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048F9B" w14:textId="77777777" w:rsidR="00446222" w:rsidRDefault="00000000">
      <w:pPr>
        <w:pStyle w:val="Title"/>
        <w:keepNext w:val="0"/>
      </w:pPr>
      <w:r>
        <w:t>Additional file 1. Supplementary information</w:t>
      </w:r>
    </w:p>
    <w:p w14:paraId="14061131" w14:textId="32E4B42C" w:rsidR="00446222" w:rsidRDefault="00000000">
      <w:pPr>
        <w:spacing w:line="288" w:lineRule="auto"/>
      </w:pPr>
      <w:r>
        <w:t>Self-reported dietary patterns and breast cancer among women in Akwa Ibom State, Nigeria: an exploratory case</w:t>
      </w:r>
      <w:r w:rsidR="00F84930">
        <w:t>-</w:t>
      </w:r>
      <w:r>
        <w:t>control study</w:t>
      </w:r>
    </w:p>
    <w:p w14:paraId="1F79ED65" w14:textId="45735698" w:rsidR="006834FC" w:rsidRPr="009078D4" w:rsidRDefault="006834FC" w:rsidP="006834FC">
      <w:pPr>
        <w:pStyle w:val="TitleDetail"/>
        <w:suppressLineNumbers/>
        <w:rPr>
          <w:sz w:val="24"/>
          <w:szCs w:val="24"/>
          <w:vertAlign w:val="superscript"/>
        </w:rPr>
      </w:pPr>
      <w:r>
        <w:fldChar w:fldCharType="begin"/>
      </w:r>
      <w:r>
        <w:instrText>HYPERLINK "http://favouretim54@gmail.com"</w:instrText>
      </w:r>
      <w:r>
        <w:fldChar w:fldCharType="separate"/>
      </w:r>
      <w:r w:rsidRPr="007E086F">
        <w:rPr>
          <w:rStyle w:val="Hyperlink"/>
          <w:sz w:val="24"/>
          <w:szCs w:val="24"/>
        </w:rPr>
        <w:t>Favour Inyene Etim</w:t>
      </w:r>
      <w:r>
        <w:fldChar w:fldCharType="end"/>
      </w:r>
      <w:r w:rsidRPr="009078D4">
        <w:rPr>
          <w:sz w:val="24"/>
          <w:szCs w:val="24"/>
          <w:vertAlign w:val="superscript"/>
        </w:rPr>
        <w:t>1</w:t>
      </w:r>
      <w:r w:rsidRPr="009078D4">
        <w:rPr>
          <w:sz w:val="24"/>
          <w:szCs w:val="24"/>
        </w:rPr>
        <w:t xml:space="preserve">, </w:t>
      </w:r>
      <w:hyperlink r:id="rId8" w:history="1">
        <w:proofErr w:type="spellStart"/>
        <w:r w:rsidRPr="007E086F">
          <w:rPr>
            <w:rStyle w:val="Hyperlink"/>
            <w:sz w:val="24"/>
            <w:szCs w:val="24"/>
          </w:rPr>
          <w:t>Inibehe</w:t>
        </w:r>
        <w:proofErr w:type="spellEnd"/>
        <w:r w:rsidRPr="007E086F">
          <w:rPr>
            <w:rStyle w:val="Hyperlink"/>
            <w:sz w:val="24"/>
            <w:szCs w:val="24"/>
          </w:rPr>
          <w:t xml:space="preserve"> Essien</w:t>
        </w:r>
        <w:r w:rsidRPr="007E086F">
          <w:rPr>
            <w:rStyle w:val="Hyperlink"/>
            <w:sz w:val="24"/>
            <w:szCs w:val="24"/>
            <w:vertAlign w:val="superscript"/>
          </w:rPr>
          <w:t>2</w:t>
        </w:r>
      </w:hyperlink>
      <w:r>
        <w:rPr>
          <w:sz w:val="24"/>
          <w:szCs w:val="24"/>
        </w:rPr>
        <w:t xml:space="preserve">, </w:t>
      </w:r>
      <w:hyperlink r:id="rId9" w:history="1">
        <w:r w:rsidRPr="007E086F">
          <w:rPr>
            <w:rStyle w:val="Hyperlink"/>
            <w:sz w:val="24"/>
            <w:szCs w:val="24"/>
          </w:rPr>
          <w:t>Wilson Okwudili Nnanna</w:t>
        </w:r>
      </w:hyperlink>
      <w:r>
        <w:rPr>
          <w:sz w:val="24"/>
          <w:szCs w:val="24"/>
          <w:vertAlign w:val="superscript"/>
        </w:rPr>
        <w:t>2</w:t>
      </w:r>
      <w:r>
        <w:rPr>
          <w:sz w:val="24"/>
          <w:szCs w:val="24"/>
        </w:rPr>
        <w:t xml:space="preserve">, </w:t>
      </w:r>
      <w:hyperlink r:id="rId10" w:history="1">
        <w:r w:rsidRPr="007E086F">
          <w:rPr>
            <w:rStyle w:val="Hyperlink"/>
            <w:sz w:val="24"/>
            <w:szCs w:val="24"/>
          </w:rPr>
          <w:t>Daniel Okeke</w:t>
        </w:r>
      </w:hyperlink>
      <w:r>
        <w:rPr>
          <w:sz w:val="24"/>
          <w:szCs w:val="24"/>
          <w:vertAlign w:val="superscript"/>
        </w:rPr>
        <w:t>2</w:t>
      </w:r>
      <w:r>
        <w:rPr>
          <w:sz w:val="24"/>
          <w:szCs w:val="24"/>
        </w:rPr>
        <w:t xml:space="preserve">, </w:t>
      </w:r>
      <w:hyperlink r:id="rId11" w:history="1">
        <w:r w:rsidRPr="007E086F">
          <w:rPr>
            <w:rStyle w:val="Hyperlink"/>
            <w:sz w:val="24"/>
            <w:szCs w:val="24"/>
          </w:rPr>
          <w:t>Mustapha Dibassey</w:t>
        </w:r>
      </w:hyperlink>
      <w:r w:rsidR="00C07F42">
        <w:t>,</w:t>
      </w:r>
      <w:r>
        <w:rPr>
          <w:sz w:val="24"/>
          <w:szCs w:val="24"/>
        </w:rPr>
        <w:t xml:space="preserve"> </w:t>
      </w:r>
      <w:hyperlink r:id="rId12" w:history="1">
        <w:r w:rsidRPr="00C07F42">
          <w:rPr>
            <w:rStyle w:val="Hyperlink"/>
            <w:sz w:val="24"/>
            <w:szCs w:val="24"/>
          </w:rPr>
          <w:t>Israel Ben</w:t>
        </w:r>
      </w:hyperlink>
      <w:r>
        <w:rPr>
          <w:sz w:val="24"/>
          <w:szCs w:val="24"/>
          <w:vertAlign w:val="superscript"/>
        </w:rPr>
        <w:t>2</w:t>
      </w:r>
      <w:r w:rsidRPr="009078D4">
        <w:rPr>
          <w:sz w:val="24"/>
          <w:szCs w:val="24"/>
        </w:rPr>
        <w:t xml:space="preserve">, </w:t>
      </w:r>
      <w:hyperlink r:id="rId13" w:history="1">
        <w:r w:rsidRPr="00AE3D56">
          <w:rPr>
            <w:rStyle w:val="Hyperlink"/>
            <w:sz w:val="24"/>
            <w:szCs w:val="24"/>
          </w:rPr>
          <w:t>Sunday Sambo</w:t>
        </w:r>
      </w:hyperlink>
      <w:r w:rsidRPr="009078D4">
        <w:rPr>
          <w:sz w:val="24"/>
          <w:szCs w:val="24"/>
          <w:vertAlign w:val="superscript"/>
        </w:rPr>
        <w:t>1</w:t>
      </w:r>
      <w:r w:rsidRPr="009078D4">
        <w:rPr>
          <w:sz w:val="24"/>
          <w:szCs w:val="24"/>
        </w:rPr>
        <w:t xml:space="preserve">, </w:t>
      </w:r>
      <w:hyperlink r:id="rId14" w:history="1">
        <w:r w:rsidRPr="00AE3D56">
          <w:rPr>
            <w:rStyle w:val="Hyperlink"/>
            <w:sz w:val="24"/>
            <w:szCs w:val="24"/>
          </w:rPr>
          <w:t>Blessed Nse Etoketim</w:t>
        </w:r>
      </w:hyperlink>
      <w:r w:rsidRPr="009078D4">
        <w:rPr>
          <w:sz w:val="24"/>
          <w:szCs w:val="24"/>
          <w:vertAlign w:val="superscript"/>
        </w:rPr>
        <w:t>1</w:t>
      </w:r>
      <w:r>
        <w:rPr>
          <w:sz w:val="24"/>
          <w:szCs w:val="24"/>
          <w:vertAlign w:val="superscript"/>
        </w:rPr>
        <w:t>,3</w:t>
      </w:r>
      <w:r w:rsidRPr="009078D4">
        <w:rPr>
          <w:sz w:val="24"/>
          <w:szCs w:val="24"/>
          <w:vertAlign w:val="superscript"/>
        </w:rPr>
        <w:t>*</w:t>
      </w:r>
    </w:p>
    <w:p w14:paraId="4E0CA50F" w14:textId="48457212" w:rsidR="00446222" w:rsidRPr="006834FC" w:rsidRDefault="00000000" w:rsidP="006834FC">
      <w:pPr>
        <w:spacing w:before="240" w:after="140" w:line="252" w:lineRule="auto"/>
        <w:rPr>
          <w:sz w:val="28"/>
          <w:szCs w:val="24"/>
        </w:rPr>
      </w:pPr>
      <w:r w:rsidRPr="006834FC">
        <w:rPr>
          <w:sz w:val="20"/>
          <w:szCs w:val="24"/>
        </w:rPr>
        <w:t>Supplementary methods, Tables S1</w:t>
      </w:r>
      <w:r w:rsidR="00F84930" w:rsidRPr="006834FC">
        <w:rPr>
          <w:sz w:val="20"/>
          <w:szCs w:val="24"/>
        </w:rPr>
        <w:t>-</w:t>
      </w:r>
      <w:r w:rsidRPr="006834FC">
        <w:rPr>
          <w:sz w:val="20"/>
          <w:szCs w:val="24"/>
        </w:rPr>
        <w:t>S22 and Figures S1</w:t>
      </w:r>
      <w:r w:rsidR="00F84930" w:rsidRPr="006834FC">
        <w:rPr>
          <w:sz w:val="20"/>
          <w:szCs w:val="24"/>
        </w:rPr>
        <w:t>-</w:t>
      </w:r>
      <w:r w:rsidRPr="006834FC">
        <w:rPr>
          <w:sz w:val="20"/>
          <w:szCs w:val="24"/>
        </w:rPr>
        <w:t>S20. Reference numbers correspond to the main manuscript. These materials report the frequency-and-portion analysis; no participant-level records are included.</w:t>
      </w:r>
    </w:p>
    <w:p w14:paraId="56250A83" w14:textId="77777777" w:rsidR="00446222" w:rsidRDefault="00000000">
      <w:pPr>
        <w:pStyle w:val="Heading1"/>
      </w:pPr>
      <w:r>
        <w:t>Supplementary methods</w:t>
      </w:r>
    </w:p>
    <w:p w14:paraId="66112A2A" w14:textId="77777777" w:rsidR="00446222" w:rsidRDefault="00000000">
      <w:pPr>
        <w:pStyle w:val="Heading2"/>
      </w:pPr>
      <w:r>
        <w:t>Analysis populations and dietary-data handling</w:t>
      </w:r>
    </w:p>
    <w:p w14:paraId="3B8B80A6" w14:textId="066E71BC" w:rsidR="00446222" w:rsidRDefault="00000000" w:rsidP="003B6C46">
      <w:pPr>
        <w:jc w:val="both"/>
      </w:pPr>
      <w:r>
        <w:t>The study enrolled 101 controls and 70 cases at UUTH between 29 July and 26 December 2025. The primary comparison was restricted during analysis to the shared observed age range of 23</w:t>
      </w:r>
      <w:r w:rsidR="003B6C46">
        <w:t>-</w:t>
      </w:r>
      <w:r>
        <w:t>62 years. Descriptive summaries included 87 controls and 64 cases in this range. A complete combined dietary profile required a usable value for each of the 33 food indices; 83 controls and 62 cases met this requirement. Wider-age populations and the recorded-nonstudent population were analysed separately. No individual matching or random reduction of controls was applied.</w:t>
      </w:r>
    </w:p>
    <w:p w14:paraId="71D32FA7" w14:textId="77777777" w:rsidR="00446222" w:rsidRDefault="00000000" w:rsidP="003B6C46">
      <w:pPr>
        <w:jc w:val="both"/>
      </w:pPr>
      <w:r>
        <w:t>Frequency and portion responses were linked by participant and food. A recorded frequency of zero produced a zero combined value irrespective of whether a typical portion had been entered. This rule did not recode the portion response. A missing, formula-containing or invalid frequency produced a missing combined value. Positive frequencies required an interpretable Small, Medium or Large portion. Missing or unrecognised portions were not replaced by Medium or treated as non-consumption.</w:t>
      </w:r>
    </w:p>
    <w:p w14:paraId="4DD80138" w14:textId="461512BC" w:rsidR="00446222" w:rsidRDefault="00000000" w:rsidP="003B6C46">
      <w:pPr>
        <w:jc w:val="both"/>
      </w:pPr>
      <w:r>
        <w:t>Four frequency entries were unavailable across the enrolled sample: one blank, two spreadsheet formulas and one invalid letter code. Five additional positive-frequency entries had unavailable portions; these belonged to four participants. Within ages 23</w:t>
      </w:r>
      <w:r w:rsidR="003B6C46">
        <w:t>-</w:t>
      </w:r>
      <w:r>
        <w:t xml:space="preserve">62, two women had unavailable </w:t>
      </w:r>
      <w:proofErr w:type="gramStart"/>
      <w:r>
        <w:t>frequencies</w:t>
      </w:r>
      <w:proofErr w:type="gramEnd"/>
      <w:r>
        <w:t xml:space="preserve"> and four additional women had unavailable portions at positive frequencies, leaving 145 complete combined profiles. Valid but unusual responses were preserved; constant-frequency-profile exclusion was examined only in the specified sensitivity model.</w:t>
      </w:r>
    </w:p>
    <w:p w14:paraId="6F7D69EF" w14:textId="77777777" w:rsidR="00446222" w:rsidRDefault="00000000">
      <w:pPr>
        <w:pStyle w:val="Caption"/>
        <w:keepNext/>
      </w:pPr>
      <w:r>
        <w:rPr>
          <w:b/>
        </w:rPr>
        <w:lastRenderedPageBreak/>
        <w:t>Table S1. Analysis populations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5726"/>
        <w:gridCol w:w="1304"/>
        <w:gridCol w:w="1304"/>
        <w:gridCol w:w="1304"/>
      </w:tblGrid>
      <w:tr w:rsidR="00446222" w14:paraId="1F4D3234" w14:textId="77777777">
        <w:trPr>
          <w:cantSplit/>
          <w:tblHeader/>
          <w:jc w:val="center"/>
        </w:trPr>
        <w:tc>
          <w:tcPr>
            <w:tcW w:w="5726" w:type="dxa"/>
            <w:tcBorders>
              <w:bottom w:val="single" w:sz="4" w:space="0" w:color="auto"/>
            </w:tcBorders>
            <w:vAlign w:val="center"/>
          </w:tcPr>
          <w:p w14:paraId="3955E23F" w14:textId="77777777" w:rsidR="00446222" w:rsidRDefault="00000000">
            <w:pPr>
              <w:keepNext/>
              <w:spacing w:after="0" w:line="252" w:lineRule="auto"/>
            </w:pPr>
            <w:r>
              <w:rPr>
                <w:b/>
                <w:sz w:val="19"/>
              </w:rPr>
              <w:t>Population</w:t>
            </w:r>
          </w:p>
        </w:tc>
        <w:tc>
          <w:tcPr>
            <w:tcW w:w="1304" w:type="dxa"/>
            <w:tcBorders>
              <w:bottom w:val="single" w:sz="4" w:space="0" w:color="auto"/>
            </w:tcBorders>
            <w:vAlign w:val="center"/>
          </w:tcPr>
          <w:p w14:paraId="2ED55E6F" w14:textId="77777777" w:rsidR="00446222" w:rsidRDefault="00000000">
            <w:pPr>
              <w:keepNext/>
              <w:spacing w:after="0" w:line="252" w:lineRule="auto"/>
              <w:jc w:val="center"/>
            </w:pPr>
            <w:r>
              <w:rPr>
                <w:b/>
                <w:sz w:val="19"/>
              </w:rPr>
              <w:t>Controls</w:t>
            </w:r>
          </w:p>
        </w:tc>
        <w:tc>
          <w:tcPr>
            <w:tcW w:w="1304" w:type="dxa"/>
            <w:tcBorders>
              <w:bottom w:val="single" w:sz="4" w:space="0" w:color="auto"/>
            </w:tcBorders>
            <w:vAlign w:val="center"/>
          </w:tcPr>
          <w:p w14:paraId="4A94901B" w14:textId="77777777" w:rsidR="00446222" w:rsidRDefault="00000000">
            <w:pPr>
              <w:keepNext/>
              <w:spacing w:after="0" w:line="252" w:lineRule="auto"/>
              <w:jc w:val="center"/>
            </w:pPr>
            <w:r>
              <w:rPr>
                <w:b/>
                <w:sz w:val="19"/>
              </w:rPr>
              <w:t>Cases</w:t>
            </w:r>
          </w:p>
        </w:tc>
        <w:tc>
          <w:tcPr>
            <w:tcW w:w="1304" w:type="dxa"/>
            <w:tcBorders>
              <w:bottom w:val="single" w:sz="4" w:space="0" w:color="auto"/>
            </w:tcBorders>
            <w:vAlign w:val="center"/>
          </w:tcPr>
          <w:p w14:paraId="40693619" w14:textId="77777777" w:rsidR="00446222" w:rsidRDefault="00000000">
            <w:pPr>
              <w:keepNext/>
              <w:spacing w:after="0" w:line="252" w:lineRule="auto"/>
              <w:jc w:val="center"/>
            </w:pPr>
            <w:r>
              <w:rPr>
                <w:b/>
                <w:sz w:val="19"/>
              </w:rPr>
              <w:t>Total</w:t>
            </w:r>
          </w:p>
        </w:tc>
      </w:tr>
      <w:tr w:rsidR="00446222" w14:paraId="7B6AA661" w14:textId="77777777">
        <w:trPr>
          <w:cantSplit/>
          <w:jc w:val="center"/>
        </w:trPr>
        <w:tc>
          <w:tcPr>
            <w:tcW w:w="5726" w:type="dxa"/>
            <w:vAlign w:val="center"/>
          </w:tcPr>
          <w:p w14:paraId="6F8BB58D" w14:textId="77777777" w:rsidR="00446222" w:rsidRDefault="00000000">
            <w:pPr>
              <w:spacing w:after="0" w:line="252" w:lineRule="auto"/>
            </w:pPr>
            <w:r>
              <w:rPr>
                <w:sz w:val="19"/>
              </w:rPr>
              <w:t>All enrolled</w:t>
            </w:r>
          </w:p>
        </w:tc>
        <w:tc>
          <w:tcPr>
            <w:tcW w:w="1304" w:type="dxa"/>
            <w:vAlign w:val="center"/>
          </w:tcPr>
          <w:p w14:paraId="5DC0D90F" w14:textId="77777777" w:rsidR="00446222" w:rsidRDefault="00000000">
            <w:pPr>
              <w:spacing w:after="0" w:line="252" w:lineRule="auto"/>
              <w:jc w:val="center"/>
            </w:pPr>
            <w:r>
              <w:rPr>
                <w:sz w:val="19"/>
              </w:rPr>
              <w:t>101</w:t>
            </w:r>
          </w:p>
        </w:tc>
        <w:tc>
          <w:tcPr>
            <w:tcW w:w="1304" w:type="dxa"/>
            <w:vAlign w:val="center"/>
          </w:tcPr>
          <w:p w14:paraId="4A53F16F" w14:textId="77777777" w:rsidR="00446222" w:rsidRDefault="00000000">
            <w:pPr>
              <w:spacing w:after="0" w:line="252" w:lineRule="auto"/>
              <w:jc w:val="center"/>
            </w:pPr>
            <w:r>
              <w:rPr>
                <w:sz w:val="19"/>
              </w:rPr>
              <w:t>70</w:t>
            </w:r>
          </w:p>
        </w:tc>
        <w:tc>
          <w:tcPr>
            <w:tcW w:w="1304" w:type="dxa"/>
            <w:vAlign w:val="center"/>
          </w:tcPr>
          <w:p w14:paraId="11621920" w14:textId="77777777" w:rsidR="00446222" w:rsidRDefault="00000000">
            <w:pPr>
              <w:spacing w:after="0" w:line="252" w:lineRule="auto"/>
              <w:jc w:val="center"/>
            </w:pPr>
            <w:r>
              <w:rPr>
                <w:sz w:val="19"/>
              </w:rPr>
              <w:t>171</w:t>
            </w:r>
          </w:p>
        </w:tc>
      </w:tr>
      <w:tr w:rsidR="00446222" w14:paraId="28EDEE53" w14:textId="77777777">
        <w:trPr>
          <w:cantSplit/>
          <w:jc w:val="center"/>
        </w:trPr>
        <w:tc>
          <w:tcPr>
            <w:tcW w:w="5726" w:type="dxa"/>
            <w:vAlign w:val="center"/>
          </w:tcPr>
          <w:p w14:paraId="457DDB90" w14:textId="77777777" w:rsidR="00446222" w:rsidRDefault="00000000">
            <w:pPr>
              <w:spacing w:after="0" w:line="252" w:lineRule="auto"/>
            </w:pPr>
            <w:r>
              <w:rPr>
                <w:sz w:val="19"/>
              </w:rPr>
              <w:t>Age ≥23</w:t>
            </w:r>
          </w:p>
        </w:tc>
        <w:tc>
          <w:tcPr>
            <w:tcW w:w="1304" w:type="dxa"/>
            <w:vAlign w:val="center"/>
          </w:tcPr>
          <w:p w14:paraId="085CF49D" w14:textId="77777777" w:rsidR="00446222" w:rsidRDefault="00000000">
            <w:pPr>
              <w:spacing w:after="0" w:line="252" w:lineRule="auto"/>
              <w:jc w:val="center"/>
            </w:pPr>
            <w:r>
              <w:rPr>
                <w:sz w:val="19"/>
              </w:rPr>
              <w:t>87</w:t>
            </w:r>
          </w:p>
        </w:tc>
        <w:tc>
          <w:tcPr>
            <w:tcW w:w="1304" w:type="dxa"/>
            <w:vAlign w:val="center"/>
          </w:tcPr>
          <w:p w14:paraId="7120E195" w14:textId="77777777" w:rsidR="00446222" w:rsidRDefault="00000000">
            <w:pPr>
              <w:spacing w:after="0" w:line="252" w:lineRule="auto"/>
              <w:jc w:val="center"/>
            </w:pPr>
            <w:r>
              <w:rPr>
                <w:sz w:val="19"/>
              </w:rPr>
              <w:t>70</w:t>
            </w:r>
          </w:p>
        </w:tc>
        <w:tc>
          <w:tcPr>
            <w:tcW w:w="1304" w:type="dxa"/>
            <w:vAlign w:val="center"/>
          </w:tcPr>
          <w:p w14:paraId="157AF3F6" w14:textId="77777777" w:rsidR="00446222" w:rsidRDefault="00000000">
            <w:pPr>
              <w:spacing w:after="0" w:line="252" w:lineRule="auto"/>
              <w:jc w:val="center"/>
            </w:pPr>
            <w:r>
              <w:rPr>
                <w:sz w:val="19"/>
              </w:rPr>
              <w:t>157</w:t>
            </w:r>
          </w:p>
        </w:tc>
      </w:tr>
      <w:tr w:rsidR="00446222" w14:paraId="50B5CFE8" w14:textId="77777777">
        <w:trPr>
          <w:cantSplit/>
          <w:jc w:val="center"/>
        </w:trPr>
        <w:tc>
          <w:tcPr>
            <w:tcW w:w="5726" w:type="dxa"/>
            <w:vAlign w:val="center"/>
          </w:tcPr>
          <w:p w14:paraId="4ADCA458" w14:textId="7A9873BD" w:rsidR="00446222" w:rsidRDefault="00000000">
            <w:pPr>
              <w:spacing w:after="0" w:line="252" w:lineRule="auto"/>
            </w:pPr>
            <w:r>
              <w:rPr>
                <w:sz w:val="19"/>
              </w:rPr>
              <w:t>Shared ages 23</w:t>
            </w:r>
            <w:r w:rsidR="00F84930">
              <w:rPr>
                <w:sz w:val="19"/>
              </w:rPr>
              <w:t>-</w:t>
            </w:r>
            <w:r>
              <w:rPr>
                <w:sz w:val="19"/>
              </w:rPr>
              <w:t>62</w:t>
            </w:r>
          </w:p>
        </w:tc>
        <w:tc>
          <w:tcPr>
            <w:tcW w:w="1304" w:type="dxa"/>
            <w:vAlign w:val="center"/>
          </w:tcPr>
          <w:p w14:paraId="0D9994AC" w14:textId="77777777" w:rsidR="00446222" w:rsidRDefault="00000000">
            <w:pPr>
              <w:spacing w:after="0" w:line="252" w:lineRule="auto"/>
              <w:jc w:val="center"/>
            </w:pPr>
            <w:r>
              <w:rPr>
                <w:sz w:val="19"/>
              </w:rPr>
              <w:t>87</w:t>
            </w:r>
          </w:p>
        </w:tc>
        <w:tc>
          <w:tcPr>
            <w:tcW w:w="1304" w:type="dxa"/>
            <w:vAlign w:val="center"/>
          </w:tcPr>
          <w:p w14:paraId="57E92FA6" w14:textId="77777777" w:rsidR="00446222" w:rsidRDefault="00000000">
            <w:pPr>
              <w:spacing w:after="0" w:line="252" w:lineRule="auto"/>
              <w:jc w:val="center"/>
            </w:pPr>
            <w:r>
              <w:rPr>
                <w:sz w:val="19"/>
              </w:rPr>
              <w:t>64</w:t>
            </w:r>
          </w:p>
        </w:tc>
        <w:tc>
          <w:tcPr>
            <w:tcW w:w="1304" w:type="dxa"/>
            <w:vAlign w:val="center"/>
          </w:tcPr>
          <w:p w14:paraId="27D5D0BE" w14:textId="77777777" w:rsidR="00446222" w:rsidRDefault="00000000">
            <w:pPr>
              <w:spacing w:after="0" w:line="252" w:lineRule="auto"/>
              <w:jc w:val="center"/>
            </w:pPr>
            <w:r>
              <w:rPr>
                <w:sz w:val="19"/>
              </w:rPr>
              <w:t>151</w:t>
            </w:r>
          </w:p>
        </w:tc>
      </w:tr>
      <w:tr w:rsidR="00446222" w14:paraId="6A7F2845" w14:textId="77777777">
        <w:trPr>
          <w:cantSplit/>
          <w:jc w:val="center"/>
        </w:trPr>
        <w:tc>
          <w:tcPr>
            <w:tcW w:w="5726" w:type="dxa"/>
            <w:vAlign w:val="center"/>
          </w:tcPr>
          <w:p w14:paraId="69F5CAAD" w14:textId="77777777" w:rsidR="00446222" w:rsidRDefault="00000000">
            <w:pPr>
              <w:spacing w:after="0" w:line="252" w:lineRule="auto"/>
            </w:pPr>
            <w:r>
              <w:rPr>
                <w:sz w:val="19"/>
              </w:rPr>
              <w:t>Shared ages; complete frequency profile</w:t>
            </w:r>
          </w:p>
        </w:tc>
        <w:tc>
          <w:tcPr>
            <w:tcW w:w="1304" w:type="dxa"/>
            <w:vAlign w:val="center"/>
          </w:tcPr>
          <w:p w14:paraId="156D2F0F" w14:textId="77777777" w:rsidR="00446222" w:rsidRDefault="00000000">
            <w:pPr>
              <w:spacing w:after="0" w:line="252" w:lineRule="auto"/>
              <w:jc w:val="center"/>
            </w:pPr>
            <w:r>
              <w:rPr>
                <w:sz w:val="19"/>
              </w:rPr>
              <w:t>86</w:t>
            </w:r>
          </w:p>
        </w:tc>
        <w:tc>
          <w:tcPr>
            <w:tcW w:w="1304" w:type="dxa"/>
            <w:vAlign w:val="center"/>
          </w:tcPr>
          <w:p w14:paraId="18B30E9F" w14:textId="77777777" w:rsidR="00446222" w:rsidRDefault="00000000">
            <w:pPr>
              <w:spacing w:after="0" w:line="252" w:lineRule="auto"/>
              <w:jc w:val="center"/>
            </w:pPr>
            <w:r>
              <w:rPr>
                <w:sz w:val="19"/>
              </w:rPr>
              <w:t>63</w:t>
            </w:r>
          </w:p>
        </w:tc>
        <w:tc>
          <w:tcPr>
            <w:tcW w:w="1304" w:type="dxa"/>
            <w:vAlign w:val="center"/>
          </w:tcPr>
          <w:p w14:paraId="284497C5" w14:textId="77777777" w:rsidR="00446222" w:rsidRDefault="00000000">
            <w:pPr>
              <w:spacing w:after="0" w:line="252" w:lineRule="auto"/>
              <w:jc w:val="center"/>
            </w:pPr>
            <w:r>
              <w:rPr>
                <w:sz w:val="19"/>
              </w:rPr>
              <w:t>149</w:t>
            </w:r>
          </w:p>
        </w:tc>
      </w:tr>
      <w:tr w:rsidR="00446222" w14:paraId="0E0E27EE" w14:textId="77777777">
        <w:trPr>
          <w:cantSplit/>
          <w:jc w:val="center"/>
        </w:trPr>
        <w:tc>
          <w:tcPr>
            <w:tcW w:w="5726" w:type="dxa"/>
            <w:vAlign w:val="center"/>
          </w:tcPr>
          <w:p w14:paraId="2B38D8C0" w14:textId="77777777" w:rsidR="00446222" w:rsidRDefault="00000000">
            <w:pPr>
              <w:spacing w:after="0" w:line="252" w:lineRule="auto"/>
            </w:pPr>
            <w:r>
              <w:rPr>
                <w:sz w:val="19"/>
              </w:rPr>
              <w:t>Shared ages; complete combined profile</w:t>
            </w:r>
          </w:p>
        </w:tc>
        <w:tc>
          <w:tcPr>
            <w:tcW w:w="1304" w:type="dxa"/>
            <w:vAlign w:val="center"/>
          </w:tcPr>
          <w:p w14:paraId="3EE016FD" w14:textId="77777777" w:rsidR="00446222" w:rsidRDefault="00000000">
            <w:pPr>
              <w:spacing w:after="0" w:line="252" w:lineRule="auto"/>
              <w:jc w:val="center"/>
            </w:pPr>
            <w:r>
              <w:rPr>
                <w:sz w:val="19"/>
              </w:rPr>
              <w:t>83</w:t>
            </w:r>
          </w:p>
        </w:tc>
        <w:tc>
          <w:tcPr>
            <w:tcW w:w="1304" w:type="dxa"/>
            <w:vAlign w:val="center"/>
          </w:tcPr>
          <w:p w14:paraId="35DECE90" w14:textId="77777777" w:rsidR="00446222" w:rsidRDefault="00000000">
            <w:pPr>
              <w:spacing w:after="0" w:line="252" w:lineRule="auto"/>
              <w:jc w:val="center"/>
            </w:pPr>
            <w:r>
              <w:rPr>
                <w:sz w:val="19"/>
              </w:rPr>
              <w:t>62</w:t>
            </w:r>
          </w:p>
        </w:tc>
        <w:tc>
          <w:tcPr>
            <w:tcW w:w="1304" w:type="dxa"/>
            <w:vAlign w:val="center"/>
          </w:tcPr>
          <w:p w14:paraId="3FA73E4F" w14:textId="77777777" w:rsidR="00446222" w:rsidRDefault="00000000">
            <w:pPr>
              <w:spacing w:after="0" w:line="252" w:lineRule="auto"/>
              <w:jc w:val="center"/>
            </w:pPr>
            <w:r>
              <w:rPr>
                <w:sz w:val="19"/>
              </w:rPr>
              <w:t>145</w:t>
            </w:r>
          </w:p>
        </w:tc>
      </w:tr>
      <w:tr w:rsidR="00446222" w14:paraId="4678D402" w14:textId="77777777">
        <w:trPr>
          <w:cantSplit/>
          <w:jc w:val="center"/>
        </w:trPr>
        <w:tc>
          <w:tcPr>
            <w:tcW w:w="5726" w:type="dxa"/>
            <w:vAlign w:val="center"/>
          </w:tcPr>
          <w:p w14:paraId="501E9706" w14:textId="77777777" w:rsidR="00446222" w:rsidRDefault="00000000">
            <w:pPr>
              <w:spacing w:after="0" w:line="252" w:lineRule="auto"/>
            </w:pPr>
            <w:r>
              <w:rPr>
                <w:sz w:val="19"/>
              </w:rPr>
              <w:t>Age ≥23; complete combined profile</w:t>
            </w:r>
          </w:p>
        </w:tc>
        <w:tc>
          <w:tcPr>
            <w:tcW w:w="1304" w:type="dxa"/>
            <w:vAlign w:val="center"/>
          </w:tcPr>
          <w:p w14:paraId="4094988C" w14:textId="77777777" w:rsidR="00446222" w:rsidRDefault="00000000">
            <w:pPr>
              <w:spacing w:after="0" w:line="252" w:lineRule="auto"/>
              <w:jc w:val="center"/>
            </w:pPr>
            <w:r>
              <w:rPr>
                <w:sz w:val="19"/>
              </w:rPr>
              <w:t>83</w:t>
            </w:r>
          </w:p>
        </w:tc>
        <w:tc>
          <w:tcPr>
            <w:tcW w:w="1304" w:type="dxa"/>
            <w:vAlign w:val="center"/>
          </w:tcPr>
          <w:p w14:paraId="1FAD04C2" w14:textId="77777777" w:rsidR="00446222" w:rsidRDefault="00000000">
            <w:pPr>
              <w:spacing w:after="0" w:line="252" w:lineRule="auto"/>
              <w:jc w:val="center"/>
            </w:pPr>
            <w:r>
              <w:rPr>
                <w:sz w:val="19"/>
              </w:rPr>
              <w:t>67</w:t>
            </w:r>
          </w:p>
        </w:tc>
        <w:tc>
          <w:tcPr>
            <w:tcW w:w="1304" w:type="dxa"/>
            <w:vAlign w:val="center"/>
          </w:tcPr>
          <w:p w14:paraId="4B9C4E68" w14:textId="77777777" w:rsidR="00446222" w:rsidRDefault="00000000">
            <w:pPr>
              <w:spacing w:after="0" w:line="252" w:lineRule="auto"/>
              <w:jc w:val="center"/>
            </w:pPr>
            <w:r>
              <w:rPr>
                <w:sz w:val="19"/>
              </w:rPr>
              <w:t>150</w:t>
            </w:r>
          </w:p>
        </w:tc>
      </w:tr>
      <w:tr w:rsidR="00446222" w14:paraId="4A0FDB3D" w14:textId="77777777">
        <w:trPr>
          <w:cantSplit/>
          <w:jc w:val="center"/>
        </w:trPr>
        <w:tc>
          <w:tcPr>
            <w:tcW w:w="5726" w:type="dxa"/>
            <w:vAlign w:val="center"/>
          </w:tcPr>
          <w:p w14:paraId="246A1D9B" w14:textId="77777777" w:rsidR="00446222" w:rsidRDefault="00000000">
            <w:pPr>
              <w:spacing w:after="0" w:line="252" w:lineRule="auto"/>
            </w:pPr>
            <w:r>
              <w:rPr>
                <w:sz w:val="19"/>
              </w:rPr>
              <w:t>All ages; complete combined profile</w:t>
            </w:r>
          </w:p>
        </w:tc>
        <w:tc>
          <w:tcPr>
            <w:tcW w:w="1304" w:type="dxa"/>
            <w:vAlign w:val="center"/>
          </w:tcPr>
          <w:p w14:paraId="15FE84B9" w14:textId="77777777" w:rsidR="00446222" w:rsidRDefault="00000000">
            <w:pPr>
              <w:spacing w:after="0" w:line="252" w:lineRule="auto"/>
              <w:jc w:val="center"/>
            </w:pPr>
            <w:r>
              <w:rPr>
                <w:sz w:val="19"/>
              </w:rPr>
              <w:t>96</w:t>
            </w:r>
          </w:p>
        </w:tc>
        <w:tc>
          <w:tcPr>
            <w:tcW w:w="1304" w:type="dxa"/>
            <w:vAlign w:val="center"/>
          </w:tcPr>
          <w:p w14:paraId="603676A3" w14:textId="77777777" w:rsidR="00446222" w:rsidRDefault="00000000">
            <w:pPr>
              <w:spacing w:after="0" w:line="252" w:lineRule="auto"/>
              <w:jc w:val="center"/>
            </w:pPr>
            <w:r>
              <w:rPr>
                <w:sz w:val="19"/>
              </w:rPr>
              <w:t>67</w:t>
            </w:r>
          </w:p>
        </w:tc>
        <w:tc>
          <w:tcPr>
            <w:tcW w:w="1304" w:type="dxa"/>
            <w:vAlign w:val="center"/>
          </w:tcPr>
          <w:p w14:paraId="2472255B" w14:textId="77777777" w:rsidR="00446222" w:rsidRDefault="00000000">
            <w:pPr>
              <w:spacing w:after="0" w:line="252" w:lineRule="auto"/>
              <w:jc w:val="center"/>
            </w:pPr>
            <w:r>
              <w:rPr>
                <w:sz w:val="19"/>
              </w:rPr>
              <w:t>163</w:t>
            </w:r>
          </w:p>
        </w:tc>
      </w:tr>
      <w:tr w:rsidR="00446222" w14:paraId="4DAFE71A" w14:textId="77777777">
        <w:trPr>
          <w:cantSplit/>
          <w:jc w:val="center"/>
        </w:trPr>
        <w:tc>
          <w:tcPr>
            <w:tcW w:w="5726" w:type="dxa"/>
            <w:vAlign w:val="center"/>
          </w:tcPr>
          <w:p w14:paraId="5D5AA26D" w14:textId="77777777" w:rsidR="00446222" w:rsidRDefault="00000000">
            <w:pPr>
              <w:spacing w:after="0" w:line="252" w:lineRule="auto"/>
            </w:pPr>
            <w:r>
              <w:rPr>
                <w:sz w:val="19"/>
              </w:rPr>
              <w:t>Shared ages; recorded nonstudents</w:t>
            </w:r>
          </w:p>
        </w:tc>
        <w:tc>
          <w:tcPr>
            <w:tcW w:w="1304" w:type="dxa"/>
            <w:vAlign w:val="center"/>
          </w:tcPr>
          <w:p w14:paraId="791625AE" w14:textId="77777777" w:rsidR="00446222" w:rsidRDefault="00000000">
            <w:pPr>
              <w:spacing w:after="0" w:line="252" w:lineRule="auto"/>
              <w:jc w:val="center"/>
            </w:pPr>
            <w:r>
              <w:rPr>
                <w:sz w:val="19"/>
              </w:rPr>
              <w:t>69</w:t>
            </w:r>
          </w:p>
        </w:tc>
        <w:tc>
          <w:tcPr>
            <w:tcW w:w="1304" w:type="dxa"/>
            <w:vAlign w:val="center"/>
          </w:tcPr>
          <w:p w14:paraId="61B08E9A" w14:textId="77777777" w:rsidR="00446222" w:rsidRDefault="00000000">
            <w:pPr>
              <w:spacing w:after="0" w:line="252" w:lineRule="auto"/>
              <w:jc w:val="center"/>
            </w:pPr>
            <w:r>
              <w:rPr>
                <w:sz w:val="19"/>
              </w:rPr>
              <w:t>57</w:t>
            </w:r>
          </w:p>
        </w:tc>
        <w:tc>
          <w:tcPr>
            <w:tcW w:w="1304" w:type="dxa"/>
            <w:vAlign w:val="center"/>
          </w:tcPr>
          <w:p w14:paraId="4D5B96AA" w14:textId="77777777" w:rsidR="00446222" w:rsidRDefault="00000000">
            <w:pPr>
              <w:spacing w:after="0" w:line="252" w:lineRule="auto"/>
              <w:jc w:val="center"/>
            </w:pPr>
            <w:r>
              <w:rPr>
                <w:sz w:val="19"/>
              </w:rPr>
              <w:t>126</w:t>
            </w:r>
          </w:p>
        </w:tc>
      </w:tr>
      <w:tr w:rsidR="00446222" w14:paraId="60B05DCC" w14:textId="77777777">
        <w:trPr>
          <w:cantSplit/>
          <w:jc w:val="center"/>
        </w:trPr>
        <w:tc>
          <w:tcPr>
            <w:tcW w:w="5726" w:type="dxa"/>
            <w:vAlign w:val="center"/>
          </w:tcPr>
          <w:p w14:paraId="7041A722" w14:textId="77777777" w:rsidR="00446222" w:rsidRDefault="00000000">
            <w:pPr>
              <w:spacing w:after="0" w:line="252" w:lineRule="auto"/>
            </w:pPr>
            <w:r>
              <w:rPr>
                <w:sz w:val="19"/>
              </w:rPr>
              <w:t>Shared ages; complete nonstudents</w:t>
            </w:r>
          </w:p>
        </w:tc>
        <w:tc>
          <w:tcPr>
            <w:tcW w:w="1304" w:type="dxa"/>
            <w:vAlign w:val="center"/>
          </w:tcPr>
          <w:p w14:paraId="21B5C9A0" w14:textId="77777777" w:rsidR="00446222" w:rsidRDefault="00000000">
            <w:pPr>
              <w:spacing w:after="0" w:line="252" w:lineRule="auto"/>
              <w:jc w:val="center"/>
            </w:pPr>
            <w:r>
              <w:rPr>
                <w:sz w:val="19"/>
              </w:rPr>
              <w:t>66</w:t>
            </w:r>
          </w:p>
        </w:tc>
        <w:tc>
          <w:tcPr>
            <w:tcW w:w="1304" w:type="dxa"/>
            <w:vAlign w:val="center"/>
          </w:tcPr>
          <w:p w14:paraId="5604C5C8" w14:textId="77777777" w:rsidR="00446222" w:rsidRDefault="00000000">
            <w:pPr>
              <w:spacing w:after="0" w:line="252" w:lineRule="auto"/>
              <w:jc w:val="center"/>
            </w:pPr>
            <w:r>
              <w:rPr>
                <w:sz w:val="19"/>
              </w:rPr>
              <w:t>55</w:t>
            </w:r>
          </w:p>
        </w:tc>
        <w:tc>
          <w:tcPr>
            <w:tcW w:w="1304" w:type="dxa"/>
            <w:vAlign w:val="center"/>
          </w:tcPr>
          <w:p w14:paraId="10246E83" w14:textId="77777777" w:rsidR="00446222" w:rsidRDefault="00000000">
            <w:pPr>
              <w:spacing w:after="0" w:line="252" w:lineRule="auto"/>
              <w:jc w:val="center"/>
            </w:pPr>
            <w:r>
              <w:rPr>
                <w:sz w:val="19"/>
              </w:rPr>
              <w:t>121</w:t>
            </w:r>
          </w:p>
        </w:tc>
      </w:tr>
      <w:tr w:rsidR="00446222" w14:paraId="621D465A" w14:textId="77777777">
        <w:trPr>
          <w:cantSplit/>
          <w:jc w:val="center"/>
        </w:trPr>
        <w:tc>
          <w:tcPr>
            <w:tcW w:w="5726" w:type="dxa"/>
            <w:vAlign w:val="center"/>
          </w:tcPr>
          <w:p w14:paraId="690B3C84" w14:textId="667BAC4A" w:rsidR="00446222" w:rsidRDefault="00000000">
            <w:pPr>
              <w:keepNext/>
              <w:spacing w:after="0" w:line="252" w:lineRule="auto"/>
            </w:pPr>
            <w:r>
              <w:rPr>
                <w:sz w:val="19"/>
              </w:rPr>
              <w:t>Ages 23</w:t>
            </w:r>
            <w:r w:rsidR="006834FC">
              <w:rPr>
                <w:sz w:val="19"/>
              </w:rPr>
              <w:t>-</w:t>
            </w:r>
            <w:r>
              <w:rPr>
                <w:sz w:val="19"/>
              </w:rPr>
              <w:t>58; complete combined profile</w:t>
            </w:r>
          </w:p>
        </w:tc>
        <w:tc>
          <w:tcPr>
            <w:tcW w:w="1304" w:type="dxa"/>
            <w:vAlign w:val="center"/>
          </w:tcPr>
          <w:p w14:paraId="6F1D72E2" w14:textId="77777777" w:rsidR="00446222" w:rsidRDefault="00000000">
            <w:pPr>
              <w:keepNext/>
              <w:spacing w:after="0" w:line="252" w:lineRule="auto"/>
              <w:jc w:val="center"/>
            </w:pPr>
            <w:r>
              <w:rPr>
                <w:sz w:val="19"/>
              </w:rPr>
              <w:t>82</w:t>
            </w:r>
          </w:p>
        </w:tc>
        <w:tc>
          <w:tcPr>
            <w:tcW w:w="1304" w:type="dxa"/>
            <w:vAlign w:val="center"/>
          </w:tcPr>
          <w:p w14:paraId="57CD4D9F" w14:textId="77777777" w:rsidR="00446222" w:rsidRDefault="00000000">
            <w:pPr>
              <w:keepNext/>
              <w:spacing w:after="0" w:line="252" w:lineRule="auto"/>
              <w:jc w:val="center"/>
            </w:pPr>
            <w:r>
              <w:rPr>
                <w:sz w:val="19"/>
              </w:rPr>
              <w:t>53</w:t>
            </w:r>
          </w:p>
        </w:tc>
        <w:tc>
          <w:tcPr>
            <w:tcW w:w="1304" w:type="dxa"/>
            <w:vAlign w:val="center"/>
          </w:tcPr>
          <w:p w14:paraId="7A27C0D3" w14:textId="77777777" w:rsidR="00446222" w:rsidRDefault="00000000">
            <w:pPr>
              <w:keepNext/>
              <w:spacing w:after="0" w:line="252" w:lineRule="auto"/>
              <w:jc w:val="center"/>
            </w:pPr>
            <w:r>
              <w:rPr>
                <w:sz w:val="19"/>
              </w:rPr>
              <w:t>135</w:t>
            </w:r>
          </w:p>
        </w:tc>
      </w:tr>
    </w:tbl>
    <w:p w14:paraId="1820D386" w14:textId="77777777" w:rsidR="00446222" w:rsidRDefault="00000000" w:rsidP="0047469F">
      <w:pPr>
        <w:keepLines/>
        <w:spacing w:after="140" w:line="252" w:lineRule="auto"/>
        <w:jc w:val="both"/>
      </w:pPr>
      <w:r>
        <w:rPr>
          <w:sz w:val="18"/>
        </w:rPr>
        <w:t>Populations overlap and must not be added. A complete combined profile has 33 usable frequency × portion indices; complete frequency data alone are insufficient when a positive frequency has an unavailable portion.</w:t>
      </w:r>
    </w:p>
    <w:p w14:paraId="7F9BE4D2" w14:textId="77777777" w:rsidR="006B3B70" w:rsidRDefault="006B3B70">
      <w:pPr>
        <w:pStyle w:val="Caption"/>
        <w:keepNext/>
        <w:rPr>
          <w:b/>
        </w:rPr>
      </w:pPr>
    </w:p>
    <w:p w14:paraId="0043B696" w14:textId="77777777" w:rsidR="006B3B70" w:rsidRDefault="006B3B70">
      <w:pPr>
        <w:pStyle w:val="Caption"/>
        <w:keepNext/>
        <w:rPr>
          <w:b/>
        </w:rPr>
      </w:pPr>
    </w:p>
    <w:p w14:paraId="3E5F7394" w14:textId="1BF0CF0C" w:rsidR="00446222" w:rsidRDefault="00000000">
      <w:pPr>
        <w:pStyle w:val="Caption"/>
        <w:keepNext/>
      </w:pPr>
      <w:r>
        <w:rPr>
          <w:b/>
        </w:rPr>
        <w:t>Table S2. Data handling and coding decisions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1871"/>
        <w:gridCol w:w="7767"/>
      </w:tblGrid>
      <w:tr w:rsidR="00446222" w14:paraId="5D702358" w14:textId="77777777">
        <w:trPr>
          <w:cantSplit/>
          <w:tblHeader/>
          <w:jc w:val="center"/>
        </w:trPr>
        <w:tc>
          <w:tcPr>
            <w:tcW w:w="1871" w:type="dxa"/>
            <w:tcBorders>
              <w:bottom w:val="single" w:sz="4" w:space="0" w:color="auto"/>
            </w:tcBorders>
            <w:vAlign w:val="center"/>
          </w:tcPr>
          <w:p w14:paraId="6EE1BB92" w14:textId="77777777" w:rsidR="00446222" w:rsidRDefault="00000000">
            <w:pPr>
              <w:keepNext/>
              <w:spacing w:after="0" w:line="252" w:lineRule="auto"/>
            </w:pPr>
            <w:r>
              <w:rPr>
                <w:b/>
                <w:sz w:val="18"/>
              </w:rPr>
              <w:t>Domain</w:t>
            </w:r>
          </w:p>
        </w:tc>
        <w:tc>
          <w:tcPr>
            <w:tcW w:w="7767" w:type="dxa"/>
            <w:tcBorders>
              <w:bottom w:val="single" w:sz="4" w:space="0" w:color="auto"/>
            </w:tcBorders>
            <w:vAlign w:val="center"/>
          </w:tcPr>
          <w:p w14:paraId="64E5C2D4" w14:textId="77777777" w:rsidR="00446222" w:rsidRDefault="00000000">
            <w:pPr>
              <w:keepNext/>
              <w:spacing w:after="0" w:line="252" w:lineRule="auto"/>
            </w:pPr>
            <w:r>
              <w:rPr>
                <w:b/>
                <w:sz w:val="18"/>
              </w:rPr>
              <w:t>Applied rule</w:t>
            </w:r>
          </w:p>
        </w:tc>
      </w:tr>
      <w:tr w:rsidR="00446222" w14:paraId="4B05AC44" w14:textId="77777777">
        <w:trPr>
          <w:cantSplit/>
          <w:jc w:val="center"/>
        </w:trPr>
        <w:tc>
          <w:tcPr>
            <w:tcW w:w="1871" w:type="dxa"/>
            <w:vAlign w:val="center"/>
          </w:tcPr>
          <w:p w14:paraId="3208C920" w14:textId="77777777" w:rsidR="00446222" w:rsidRDefault="00000000">
            <w:pPr>
              <w:spacing w:after="0" w:line="252" w:lineRule="auto"/>
            </w:pPr>
            <w:r>
              <w:rPr>
                <w:sz w:val="18"/>
              </w:rPr>
              <w:t>Source linkage</w:t>
            </w:r>
          </w:p>
        </w:tc>
        <w:tc>
          <w:tcPr>
            <w:tcW w:w="7767" w:type="dxa"/>
            <w:vAlign w:val="center"/>
          </w:tcPr>
          <w:p w14:paraId="1618A885" w14:textId="77777777" w:rsidR="00446222" w:rsidRDefault="00000000">
            <w:pPr>
              <w:spacing w:after="0" w:line="252" w:lineRule="auto"/>
            </w:pPr>
            <w:r>
              <w:rPr>
                <w:sz w:val="18"/>
              </w:rPr>
              <w:t>Coded identifiers linked frequency and portion sheets. Repeated demographic fields were compared numerically or after trimming outer whitespace.</w:t>
            </w:r>
          </w:p>
        </w:tc>
      </w:tr>
      <w:tr w:rsidR="00446222" w14:paraId="1D177B42" w14:textId="77777777">
        <w:trPr>
          <w:cantSplit/>
          <w:jc w:val="center"/>
        </w:trPr>
        <w:tc>
          <w:tcPr>
            <w:tcW w:w="1871" w:type="dxa"/>
            <w:vAlign w:val="center"/>
          </w:tcPr>
          <w:p w14:paraId="33AE7E27" w14:textId="77777777" w:rsidR="00446222" w:rsidRDefault="00000000">
            <w:pPr>
              <w:spacing w:after="0" w:line="252" w:lineRule="auto"/>
            </w:pPr>
            <w:r>
              <w:rPr>
                <w:sz w:val="18"/>
              </w:rPr>
              <w:t>Frequency</w:t>
            </w:r>
          </w:p>
        </w:tc>
        <w:tc>
          <w:tcPr>
            <w:tcW w:w="7767" w:type="dxa"/>
            <w:vAlign w:val="center"/>
          </w:tcPr>
          <w:p w14:paraId="482A62A7" w14:textId="79598111" w:rsidR="00446222" w:rsidRDefault="00000000">
            <w:pPr>
              <w:spacing w:after="0" w:line="252" w:lineRule="auto"/>
            </w:pPr>
            <w:r>
              <w:rPr>
                <w:sz w:val="18"/>
              </w:rPr>
              <w:t>Entered integer codes 0</w:t>
            </w:r>
            <w:r w:rsidR="00F84930">
              <w:rPr>
                <w:sz w:val="18"/>
              </w:rPr>
              <w:t>-</w:t>
            </w:r>
            <w:r>
              <w:rPr>
                <w:sz w:val="18"/>
              </w:rPr>
              <w:t>7 were retained. Blanks, formulas and invalid codes were unavailable; no frequency was imputed.</w:t>
            </w:r>
          </w:p>
        </w:tc>
      </w:tr>
      <w:tr w:rsidR="00446222" w14:paraId="7179522A" w14:textId="77777777">
        <w:trPr>
          <w:cantSplit/>
          <w:jc w:val="center"/>
        </w:trPr>
        <w:tc>
          <w:tcPr>
            <w:tcW w:w="1871" w:type="dxa"/>
            <w:vAlign w:val="center"/>
          </w:tcPr>
          <w:p w14:paraId="28E05D9B" w14:textId="77777777" w:rsidR="00446222" w:rsidRDefault="00000000">
            <w:pPr>
              <w:spacing w:after="0" w:line="252" w:lineRule="auto"/>
            </w:pPr>
            <w:r>
              <w:rPr>
                <w:sz w:val="18"/>
              </w:rPr>
              <w:t>Portion</w:t>
            </w:r>
          </w:p>
        </w:tc>
        <w:tc>
          <w:tcPr>
            <w:tcW w:w="7767" w:type="dxa"/>
            <w:vAlign w:val="center"/>
          </w:tcPr>
          <w:p w14:paraId="4273D9DA" w14:textId="77777777" w:rsidR="00446222" w:rsidRDefault="00000000">
            <w:pPr>
              <w:spacing w:after="0" w:line="252" w:lineRule="auto"/>
            </w:pPr>
            <w:r>
              <w:rPr>
                <w:sz w:val="18"/>
              </w:rPr>
              <w:t>Small = 50, Medium = 100, Large = 150. These are assigned weights, not calibrated grams or millilitres.</w:t>
            </w:r>
          </w:p>
        </w:tc>
      </w:tr>
      <w:tr w:rsidR="00446222" w14:paraId="2304005C" w14:textId="77777777">
        <w:trPr>
          <w:cantSplit/>
          <w:jc w:val="center"/>
        </w:trPr>
        <w:tc>
          <w:tcPr>
            <w:tcW w:w="1871" w:type="dxa"/>
            <w:vAlign w:val="center"/>
          </w:tcPr>
          <w:p w14:paraId="56520A85" w14:textId="77777777" w:rsidR="00446222" w:rsidRDefault="00000000">
            <w:pPr>
              <w:spacing w:after="0" w:line="252" w:lineRule="auto"/>
            </w:pPr>
            <w:r>
              <w:rPr>
                <w:sz w:val="18"/>
              </w:rPr>
              <w:t>Zero frequency</w:t>
            </w:r>
          </w:p>
        </w:tc>
        <w:tc>
          <w:tcPr>
            <w:tcW w:w="7767" w:type="dxa"/>
            <w:vAlign w:val="center"/>
          </w:tcPr>
          <w:p w14:paraId="246A747F" w14:textId="77777777" w:rsidR="00446222" w:rsidRDefault="00000000">
            <w:pPr>
              <w:spacing w:after="0" w:line="252" w:lineRule="auto"/>
            </w:pPr>
            <w:r>
              <w:rPr>
                <w:sz w:val="18"/>
              </w:rPr>
              <w:t>The combined index was zero when frequency was recorded as never. An unused or unrecognised portion remained separately identifiable.</w:t>
            </w:r>
          </w:p>
        </w:tc>
      </w:tr>
      <w:tr w:rsidR="00446222" w14:paraId="579F2A46" w14:textId="77777777">
        <w:trPr>
          <w:cantSplit/>
          <w:jc w:val="center"/>
        </w:trPr>
        <w:tc>
          <w:tcPr>
            <w:tcW w:w="1871" w:type="dxa"/>
            <w:vAlign w:val="center"/>
          </w:tcPr>
          <w:p w14:paraId="6B8E8330" w14:textId="77777777" w:rsidR="00446222" w:rsidRDefault="00000000">
            <w:pPr>
              <w:spacing w:after="0" w:line="252" w:lineRule="auto"/>
            </w:pPr>
            <w:r>
              <w:rPr>
                <w:sz w:val="18"/>
              </w:rPr>
              <w:t>Positive frequency</w:t>
            </w:r>
          </w:p>
        </w:tc>
        <w:tc>
          <w:tcPr>
            <w:tcW w:w="7767" w:type="dxa"/>
            <w:vAlign w:val="center"/>
          </w:tcPr>
          <w:p w14:paraId="554BCA5D" w14:textId="77777777" w:rsidR="00446222" w:rsidRDefault="00000000">
            <w:pPr>
              <w:spacing w:after="0" w:line="252" w:lineRule="auto"/>
            </w:pPr>
            <w:r>
              <w:rPr>
                <w:sz w:val="18"/>
              </w:rPr>
              <w:t>A usable S/M/L portion was required. N, blank, O or formula entries were unavailable rather than inferred non-consumption.</w:t>
            </w:r>
          </w:p>
        </w:tc>
      </w:tr>
      <w:tr w:rsidR="00446222" w14:paraId="1FE07214" w14:textId="77777777">
        <w:trPr>
          <w:cantSplit/>
          <w:jc w:val="center"/>
        </w:trPr>
        <w:tc>
          <w:tcPr>
            <w:tcW w:w="1871" w:type="dxa"/>
            <w:vAlign w:val="center"/>
          </w:tcPr>
          <w:p w14:paraId="1025AD21" w14:textId="77777777" w:rsidR="00446222" w:rsidRDefault="00000000">
            <w:pPr>
              <w:spacing w:after="0" w:line="252" w:lineRule="auto"/>
            </w:pPr>
            <w:r>
              <w:rPr>
                <w:sz w:val="18"/>
              </w:rPr>
              <w:t>Student status</w:t>
            </w:r>
          </w:p>
        </w:tc>
        <w:tc>
          <w:tcPr>
            <w:tcW w:w="7767" w:type="dxa"/>
            <w:vAlign w:val="center"/>
          </w:tcPr>
          <w:p w14:paraId="106F7B78" w14:textId="77777777" w:rsidR="00446222" w:rsidRDefault="00000000">
            <w:pPr>
              <w:spacing w:after="0" w:line="252" w:lineRule="auto"/>
            </w:pPr>
            <w:r>
              <w:rPr>
                <w:sz w:val="18"/>
              </w:rPr>
              <w:t>Occupation entries containing the word student were coded as recorded student occupation. This does not verify field of study or recruitment route.</w:t>
            </w:r>
          </w:p>
        </w:tc>
      </w:tr>
      <w:tr w:rsidR="00446222" w14:paraId="107AC818" w14:textId="77777777">
        <w:trPr>
          <w:cantSplit/>
          <w:jc w:val="center"/>
        </w:trPr>
        <w:tc>
          <w:tcPr>
            <w:tcW w:w="1871" w:type="dxa"/>
            <w:vAlign w:val="center"/>
          </w:tcPr>
          <w:p w14:paraId="008527AF" w14:textId="77777777" w:rsidR="00446222" w:rsidRDefault="00000000">
            <w:pPr>
              <w:spacing w:after="0" w:line="252" w:lineRule="auto"/>
            </w:pPr>
            <w:r>
              <w:rPr>
                <w:sz w:val="18"/>
              </w:rPr>
              <w:t>Other covariates</w:t>
            </w:r>
          </w:p>
        </w:tc>
        <w:tc>
          <w:tcPr>
            <w:tcW w:w="7767" w:type="dxa"/>
            <w:vAlign w:val="center"/>
          </w:tcPr>
          <w:p w14:paraId="0F5023D1" w14:textId="77777777" w:rsidR="00446222" w:rsidRDefault="00000000">
            <w:pPr>
              <w:spacing w:after="0" w:line="252" w:lineRule="auto"/>
            </w:pPr>
            <w:r>
              <w:rPr>
                <w:sz w:val="18"/>
              </w:rPr>
              <w:t>Recorded age, anthropometry, family history, menopause, education and residence were retained. Contraception was not modelled because recording was incomplete and inconsistent.</w:t>
            </w:r>
          </w:p>
        </w:tc>
      </w:tr>
      <w:tr w:rsidR="00446222" w14:paraId="4A61BF7F" w14:textId="77777777">
        <w:trPr>
          <w:cantSplit/>
          <w:jc w:val="center"/>
        </w:trPr>
        <w:tc>
          <w:tcPr>
            <w:tcW w:w="1871" w:type="dxa"/>
            <w:vAlign w:val="center"/>
          </w:tcPr>
          <w:p w14:paraId="515B046A" w14:textId="77777777" w:rsidR="00446222" w:rsidRDefault="00000000">
            <w:pPr>
              <w:spacing w:after="0" w:line="252" w:lineRule="auto"/>
            </w:pPr>
            <w:r>
              <w:rPr>
                <w:sz w:val="18"/>
              </w:rPr>
              <w:t>Food coverage</w:t>
            </w:r>
          </w:p>
        </w:tc>
        <w:tc>
          <w:tcPr>
            <w:tcW w:w="7767" w:type="dxa"/>
            <w:vAlign w:val="center"/>
          </w:tcPr>
          <w:p w14:paraId="2BC547D7" w14:textId="77777777" w:rsidR="00446222" w:rsidRDefault="00000000">
            <w:pPr>
              <w:spacing w:after="0" w:line="252" w:lineRule="auto"/>
            </w:pPr>
            <w:r>
              <w:rPr>
                <w:sz w:val="18"/>
              </w:rPr>
              <w:t>The common 33 food items were analysed. Optional free-text additional foods and preparation notes were not assigned invented frequencies or portions.</w:t>
            </w:r>
          </w:p>
        </w:tc>
      </w:tr>
      <w:tr w:rsidR="00446222" w14:paraId="22027CA4" w14:textId="77777777">
        <w:trPr>
          <w:cantSplit/>
          <w:jc w:val="center"/>
        </w:trPr>
        <w:tc>
          <w:tcPr>
            <w:tcW w:w="1871" w:type="dxa"/>
            <w:vAlign w:val="center"/>
          </w:tcPr>
          <w:p w14:paraId="22FC546A" w14:textId="77777777" w:rsidR="00446222" w:rsidRDefault="00000000">
            <w:pPr>
              <w:keepNext/>
              <w:spacing w:after="0" w:line="252" w:lineRule="auto"/>
            </w:pPr>
            <w:r>
              <w:rPr>
                <w:sz w:val="18"/>
              </w:rPr>
              <w:t>Eligibility and scoring</w:t>
            </w:r>
          </w:p>
        </w:tc>
        <w:tc>
          <w:tcPr>
            <w:tcW w:w="7767" w:type="dxa"/>
            <w:vAlign w:val="center"/>
          </w:tcPr>
          <w:p w14:paraId="453F21DA" w14:textId="77777777" w:rsidR="00446222" w:rsidRDefault="00000000">
            <w:pPr>
              <w:keepNext/>
              <w:spacing w:after="0" w:line="252" w:lineRule="auto"/>
            </w:pPr>
            <w:r>
              <w:rPr>
                <w:sz w:val="18"/>
              </w:rPr>
              <w:t>Age restrictions were applied analytically. All enrolled records were retained; separate denominators were used for each summary and model.</w:t>
            </w:r>
          </w:p>
        </w:tc>
      </w:tr>
    </w:tbl>
    <w:p w14:paraId="54746E40" w14:textId="77777777" w:rsidR="00446222" w:rsidRDefault="00000000">
      <w:pPr>
        <w:keepLines/>
        <w:spacing w:after="140" w:line="252" w:lineRule="auto"/>
      </w:pPr>
      <w:r>
        <w:rPr>
          <w:sz w:val="18"/>
        </w:rPr>
        <w:t>The analysis did not convert missing responses to zero, use hypothetical preparation splits or infer nutrient intake from generic portion weights.</w:t>
      </w:r>
    </w:p>
    <w:p w14:paraId="3B5699D1" w14:textId="77777777" w:rsidR="006B3B70" w:rsidRDefault="006B3B70">
      <w:pPr>
        <w:pStyle w:val="Heading1"/>
      </w:pPr>
    </w:p>
    <w:p w14:paraId="0174F3D9" w14:textId="77777777" w:rsidR="006B3B70" w:rsidRDefault="006B3B70">
      <w:pPr>
        <w:pStyle w:val="Heading1"/>
      </w:pPr>
    </w:p>
    <w:p w14:paraId="0D1C077F" w14:textId="77777777" w:rsidR="006B3B70" w:rsidRPr="006B3B70" w:rsidRDefault="006B3B70" w:rsidP="006B3B70"/>
    <w:p w14:paraId="21C53F2E" w14:textId="69FEEA5C" w:rsidR="00446222" w:rsidRDefault="00000000">
      <w:pPr>
        <w:pStyle w:val="Heading1"/>
      </w:pPr>
      <w:r>
        <w:t>Food list and combined-index calculation</w:t>
      </w:r>
    </w:p>
    <w:p w14:paraId="2715847B" w14:textId="77777777" w:rsidR="00446222" w:rsidRDefault="00000000">
      <w:pPr>
        <w:pStyle w:val="Caption"/>
        <w:keepNext/>
      </w:pPr>
      <w:r>
        <w:rPr>
          <w:b/>
        </w:rPr>
        <w:t>Table S3. Food items in the common questionnaire</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37"/>
        <w:gridCol w:w="8901"/>
      </w:tblGrid>
      <w:tr w:rsidR="00446222" w14:paraId="435CFCC1" w14:textId="77777777">
        <w:trPr>
          <w:cantSplit/>
          <w:tblHeader/>
          <w:jc w:val="center"/>
        </w:trPr>
        <w:tc>
          <w:tcPr>
            <w:tcW w:w="737" w:type="dxa"/>
            <w:tcBorders>
              <w:bottom w:val="single" w:sz="4" w:space="0" w:color="auto"/>
            </w:tcBorders>
            <w:vAlign w:val="center"/>
          </w:tcPr>
          <w:p w14:paraId="7F882212" w14:textId="77777777" w:rsidR="00446222" w:rsidRDefault="00000000" w:rsidP="006B3B70">
            <w:pPr>
              <w:keepNext/>
              <w:spacing w:after="0" w:line="240" w:lineRule="auto"/>
            </w:pPr>
            <w:r>
              <w:rPr>
                <w:b/>
                <w:sz w:val="19"/>
              </w:rPr>
              <w:t>Item</w:t>
            </w:r>
          </w:p>
        </w:tc>
        <w:tc>
          <w:tcPr>
            <w:tcW w:w="8901" w:type="dxa"/>
            <w:tcBorders>
              <w:bottom w:val="single" w:sz="4" w:space="0" w:color="auto"/>
            </w:tcBorders>
            <w:vAlign w:val="center"/>
          </w:tcPr>
          <w:p w14:paraId="24900001" w14:textId="77777777" w:rsidR="00446222" w:rsidRDefault="00000000" w:rsidP="006B3B70">
            <w:pPr>
              <w:keepNext/>
              <w:spacing w:after="0" w:line="240" w:lineRule="auto"/>
            </w:pPr>
            <w:r>
              <w:rPr>
                <w:b/>
                <w:sz w:val="19"/>
              </w:rPr>
              <w:t>Questionnaire description</w:t>
            </w:r>
          </w:p>
        </w:tc>
      </w:tr>
      <w:tr w:rsidR="00446222" w14:paraId="524C734A" w14:textId="77777777">
        <w:trPr>
          <w:cantSplit/>
          <w:jc w:val="center"/>
        </w:trPr>
        <w:tc>
          <w:tcPr>
            <w:tcW w:w="737" w:type="dxa"/>
            <w:vAlign w:val="center"/>
          </w:tcPr>
          <w:p w14:paraId="61596282" w14:textId="77777777" w:rsidR="00446222" w:rsidRDefault="00000000" w:rsidP="006B3B70">
            <w:pPr>
              <w:spacing w:after="0" w:line="240" w:lineRule="auto"/>
            </w:pPr>
            <w:r>
              <w:rPr>
                <w:sz w:val="19"/>
              </w:rPr>
              <w:t>1</w:t>
            </w:r>
          </w:p>
        </w:tc>
        <w:tc>
          <w:tcPr>
            <w:tcW w:w="8901" w:type="dxa"/>
            <w:vAlign w:val="center"/>
          </w:tcPr>
          <w:p w14:paraId="3D2512BB" w14:textId="77777777" w:rsidR="00446222" w:rsidRDefault="00000000" w:rsidP="006B3B70">
            <w:pPr>
              <w:spacing w:after="0" w:line="240" w:lineRule="auto"/>
            </w:pPr>
            <w:r>
              <w:rPr>
                <w:sz w:val="19"/>
              </w:rPr>
              <w:t>Yam, cocoyam (boiled, pounded, ekpang nkukwo)</w:t>
            </w:r>
          </w:p>
        </w:tc>
      </w:tr>
      <w:tr w:rsidR="00446222" w14:paraId="3D5BC638" w14:textId="77777777">
        <w:trPr>
          <w:cantSplit/>
          <w:jc w:val="center"/>
        </w:trPr>
        <w:tc>
          <w:tcPr>
            <w:tcW w:w="737" w:type="dxa"/>
            <w:vAlign w:val="center"/>
          </w:tcPr>
          <w:p w14:paraId="59EFB22D" w14:textId="77777777" w:rsidR="00446222" w:rsidRDefault="00000000" w:rsidP="006B3B70">
            <w:pPr>
              <w:spacing w:after="0" w:line="240" w:lineRule="auto"/>
            </w:pPr>
            <w:r>
              <w:rPr>
                <w:sz w:val="19"/>
              </w:rPr>
              <w:t>2</w:t>
            </w:r>
          </w:p>
        </w:tc>
        <w:tc>
          <w:tcPr>
            <w:tcW w:w="8901" w:type="dxa"/>
            <w:vAlign w:val="center"/>
          </w:tcPr>
          <w:p w14:paraId="5B934F73" w14:textId="77777777" w:rsidR="00446222" w:rsidRDefault="00000000" w:rsidP="006B3B70">
            <w:pPr>
              <w:spacing w:after="0" w:line="240" w:lineRule="auto"/>
            </w:pPr>
            <w:r>
              <w:rPr>
                <w:sz w:val="19"/>
              </w:rPr>
              <w:t>Cassava (fufu, garri, abacha)</w:t>
            </w:r>
          </w:p>
        </w:tc>
      </w:tr>
      <w:tr w:rsidR="00446222" w14:paraId="16639033" w14:textId="77777777">
        <w:trPr>
          <w:cantSplit/>
          <w:jc w:val="center"/>
        </w:trPr>
        <w:tc>
          <w:tcPr>
            <w:tcW w:w="737" w:type="dxa"/>
            <w:vAlign w:val="center"/>
          </w:tcPr>
          <w:p w14:paraId="04D02B36" w14:textId="77777777" w:rsidR="00446222" w:rsidRDefault="00000000" w:rsidP="006B3B70">
            <w:pPr>
              <w:spacing w:after="0" w:line="240" w:lineRule="auto"/>
            </w:pPr>
            <w:r>
              <w:rPr>
                <w:sz w:val="19"/>
              </w:rPr>
              <w:lastRenderedPageBreak/>
              <w:t>3</w:t>
            </w:r>
          </w:p>
        </w:tc>
        <w:tc>
          <w:tcPr>
            <w:tcW w:w="8901" w:type="dxa"/>
            <w:vAlign w:val="center"/>
          </w:tcPr>
          <w:p w14:paraId="41167A6D" w14:textId="77777777" w:rsidR="00446222" w:rsidRDefault="00000000" w:rsidP="006B3B70">
            <w:pPr>
              <w:spacing w:after="0" w:line="240" w:lineRule="auto"/>
            </w:pPr>
            <w:r>
              <w:rPr>
                <w:sz w:val="19"/>
              </w:rPr>
              <w:t>Rice (white, stew, jollof, fried, coconut rice)</w:t>
            </w:r>
          </w:p>
        </w:tc>
      </w:tr>
      <w:tr w:rsidR="00446222" w14:paraId="7C47FABB" w14:textId="77777777">
        <w:trPr>
          <w:cantSplit/>
          <w:jc w:val="center"/>
        </w:trPr>
        <w:tc>
          <w:tcPr>
            <w:tcW w:w="737" w:type="dxa"/>
            <w:vAlign w:val="center"/>
          </w:tcPr>
          <w:p w14:paraId="049FBDE3" w14:textId="77777777" w:rsidR="00446222" w:rsidRDefault="00000000" w:rsidP="006B3B70">
            <w:pPr>
              <w:spacing w:after="0" w:line="240" w:lineRule="auto"/>
            </w:pPr>
            <w:r>
              <w:rPr>
                <w:sz w:val="19"/>
              </w:rPr>
              <w:t>4</w:t>
            </w:r>
          </w:p>
        </w:tc>
        <w:tc>
          <w:tcPr>
            <w:tcW w:w="8901" w:type="dxa"/>
            <w:vAlign w:val="center"/>
          </w:tcPr>
          <w:p w14:paraId="7F445A45" w14:textId="77777777" w:rsidR="00446222" w:rsidRDefault="00000000" w:rsidP="006B3B70">
            <w:pPr>
              <w:spacing w:after="0" w:line="240" w:lineRule="auto"/>
            </w:pPr>
            <w:r>
              <w:rPr>
                <w:sz w:val="19"/>
              </w:rPr>
              <w:t>Plantain (boiled, fried, porridge)</w:t>
            </w:r>
          </w:p>
        </w:tc>
      </w:tr>
      <w:tr w:rsidR="00446222" w14:paraId="5926D472" w14:textId="77777777">
        <w:trPr>
          <w:cantSplit/>
          <w:jc w:val="center"/>
        </w:trPr>
        <w:tc>
          <w:tcPr>
            <w:tcW w:w="737" w:type="dxa"/>
            <w:vAlign w:val="center"/>
          </w:tcPr>
          <w:p w14:paraId="706AC6E6" w14:textId="77777777" w:rsidR="00446222" w:rsidRDefault="00000000" w:rsidP="006B3B70">
            <w:pPr>
              <w:spacing w:after="0" w:line="240" w:lineRule="auto"/>
            </w:pPr>
            <w:r>
              <w:rPr>
                <w:sz w:val="19"/>
              </w:rPr>
              <w:t>5</w:t>
            </w:r>
          </w:p>
        </w:tc>
        <w:tc>
          <w:tcPr>
            <w:tcW w:w="8901" w:type="dxa"/>
            <w:vAlign w:val="center"/>
          </w:tcPr>
          <w:p w14:paraId="4B5D6635" w14:textId="77777777" w:rsidR="00446222" w:rsidRDefault="00000000" w:rsidP="006B3B70">
            <w:pPr>
              <w:spacing w:after="0" w:line="240" w:lineRule="auto"/>
            </w:pPr>
            <w:r>
              <w:rPr>
                <w:sz w:val="19"/>
              </w:rPr>
              <w:t>Afang soup</w:t>
            </w:r>
          </w:p>
        </w:tc>
      </w:tr>
      <w:tr w:rsidR="00446222" w14:paraId="2FD6CC80" w14:textId="77777777">
        <w:trPr>
          <w:cantSplit/>
          <w:jc w:val="center"/>
        </w:trPr>
        <w:tc>
          <w:tcPr>
            <w:tcW w:w="737" w:type="dxa"/>
            <w:vAlign w:val="center"/>
          </w:tcPr>
          <w:p w14:paraId="41B10769" w14:textId="77777777" w:rsidR="00446222" w:rsidRDefault="00000000" w:rsidP="006B3B70">
            <w:pPr>
              <w:spacing w:after="0" w:line="240" w:lineRule="auto"/>
            </w:pPr>
            <w:r>
              <w:rPr>
                <w:sz w:val="19"/>
              </w:rPr>
              <w:t>6</w:t>
            </w:r>
          </w:p>
        </w:tc>
        <w:tc>
          <w:tcPr>
            <w:tcW w:w="8901" w:type="dxa"/>
            <w:vAlign w:val="center"/>
          </w:tcPr>
          <w:p w14:paraId="3F76137F" w14:textId="77777777" w:rsidR="00446222" w:rsidRDefault="00000000" w:rsidP="006B3B70">
            <w:pPr>
              <w:spacing w:after="0" w:line="240" w:lineRule="auto"/>
            </w:pPr>
            <w:r>
              <w:rPr>
                <w:sz w:val="19"/>
              </w:rPr>
              <w:t>Moringa oleifera (leaves, soup)</w:t>
            </w:r>
          </w:p>
        </w:tc>
      </w:tr>
      <w:tr w:rsidR="00446222" w14:paraId="0B733204" w14:textId="77777777">
        <w:trPr>
          <w:cantSplit/>
          <w:jc w:val="center"/>
        </w:trPr>
        <w:tc>
          <w:tcPr>
            <w:tcW w:w="737" w:type="dxa"/>
            <w:vAlign w:val="center"/>
          </w:tcPr>
          <w:p w14:paraId="5E700A6A" w14:textId="77777777" w:rsidR="00446222" w:rsidRDefault="00000000" w:rsidP="006B3B70">
            <w:pPr>
              <w:spacing w:after="0" w:line="240" w:lineRule="auto"/>
            </w:pPr>
            <w:r>
              <w:rPr>
                <w:sz w:val="19"/>
              </w:rPr>
              <w:t>7</w:t>
            </w:r>
          </w:p>
        </w:tc>
        <w:tc>
          <w:tcPr>
            <w:tcW w:w="8901" w:type="dxa"/>
            <w:vAlign w:val="center"/>
          </w:tcPr>
          <w:p w14:paraId="0B4C5C07" w14:textId="77777777" w:rsidR="00446222" w:rsidRDefault="00000000" w:rsidP="006B3B70">
            <w:pPr>
              <w:spacing w:after="0" w:line="240" w:lineRule="auto"/>
            </w:pPr>
            <w:r>
              <w:rPr>
                <w:sz w:val="19"/>
              </w:rPr>
              <w:t>Pumpkin leaves (edikanikong soup)</w:t>
            </w:r>
          </w:p>
        </w:tc>
      </w:tr>
      <w:tr w:rsidR="00446222" w14:paraId="15C90FEC" w14:textId="77777777">
        <w:trPr>
          <w:cantSplit/>
          <w:jc w:val="center"/>
        </w:trPr>
        <w:tc>
          <w:tcPr>
            <w:tcW w:w="737" w:type="dxa"/>
            <w:vAlign w:val="center"/>
          </w:tcPr>
          <w:p w14:paraId="5D528324" w14:textId="77777777" w:rsidR="00446222" w:rsidRDefault="00000000" w:rsidP="006B3B70">
            <w:pPr>
              <w:spacing w:after="0" w:line="240" w:lineRule="auto"/>
            </w:pPr>
            <w:r>
              <w:rPr>
                <w:sz w:val="19"/>
              </w:rPr>
              <w:t>8</w:t>
            </w:r>
          </w:p>
        </w:tc>
        <w:tc>
          <w:tcPr>
            <w:tcW w:w="8901" w:type="dxa"/>
            <w:vAlign w:val="center"/>
          </w:tcPr>
          <w:p w14:paraId="417DE50E" w14:textId="77777777" w:rsidR="00446222" w:rsidRDefault="00000000" w:rsidP="006B3B70">
            <w:pPr>
              <w:spacing w:after="0" w:line="240" w:lineRule="auto"/>
            </w:pPr>
            <w:r>
              <w:rPr>
                <w:sz w:val="19"/>
              </w:rPr>
              <w:t>Waterleaf (edikanikong soup, stew)</w:t>
            </w:r>
          </w:p>
        </w:tc>
      </w:tr>
      <w:tr w:rsidR="00446222" w14:paraId="2EEB7117" w14:textId="77777777">
        <w:trPr>
          <w:cantSplit/>
          <w:jc w:val="center"/>
        </w:trPr>
        <w:tc>
          <w:tcPr>
            <w:tcW w:w="737" w:type="dxa"/>
            <w:vAlign w:val="center"/>
          </w:tcPr>
          <w:p w14:paraId="5D748F4C" w14:textId="77777777" w:rsidR="00446222" w:rsidRDefault="00000000" w:rsidP="006B3B70">
            <w:pPr>
              <w:spacing w:after="0" w:line="240" w:lineRule="auto"/>
            </w:pPr>
            <w:r>
              <w:rPr>
                <w:sz w:val="19"/>
              </w:rPr>
              <w:t>9</w:t>
            </w:r>
          </w:p>
        </w:tc>
        <w:tc>
          <w:tcPr>
            <w:tcW w:w="8901" w:type="dxa"/>
            <w:vAlign w:val="center"/>
          </w:tcPr>
          <w:p w14:paraId="5BAA4A26" w14:textId="77777777" w:rsidR="00446222" w:rsidRDefault="00000000" w:rsidP="006B3B70">
            <w:pPr>
              <w:spacing w:after="0" w:line="240" w:lineRule="auto"/>
            </w:pPr>
            <w:r>
              <w:rPr>
                <w:sz w:val="19"/>
              </w:rPr>
              <w:t>Okra (soup, stew)</w:t>
            </w:r>
          </w:p>
        </w:tc>
      </w:tr>
      <w:tr w:rsidR="00446222" w14:paraId="6124B126" w14:textId="77777777">
        <w:trPr>
          <w:cantSplit/>
          <w:jc w:val="center"/>
        </w:trPr>
        <w:tc>
          <w:tcPr>
            <w:tcW w:w="737" w:type="dxa"/>
            <w:vAlign w:val="center"/>
          </w:tcPr>
          <w:p w14:paraId="195E5EAB" w14:textId="77777777" w:rsidR="00446222" w:rsidRDefault="00000000" w:rsidP="006B3B70">
            <w:pPr>
              <w:spacing w:after="0" w:line="240" w:lineRule="auto"/>
            </w:pPr>
            <w:r>
              <w:rPr>
                <w:sz w:val="19"/>
              </w:rPr>
              <w:t>10</w:t>
            </w:r>
          </w:p>
        </w:tc>
        <w:tc>
          <w:tcPr>
            <w:tcW w:w="8901" w:type="dxa"/>
            <w:vAlign w:val="center"/>
          </w:tcPr>
          <w:p w14:paraId="54627B65" w14:textId="77777777" w:rsidR="00446222" w:rsidRDefault="00000000" w:rsidP="006B3B70">
            <w:pPr>
              <w:spacing w:after="0" w:line="240" w:lineRule="auto"/>
            </w:pPr>
            <w:r>
              <w:rPr>
                <w:sz w:val="19"/>
              </w:rPr>
              <w:t>Egusi soup (melon seed-based)</w:t>
            </w:r>
          </w:p>
        </w:tc>
      </w:tr>
      <w:tr w:rsidR="00446222" w14:paraId="1A5A5477" w14:textId="77777777">
        <w:trPr>
          <w:cantSplit/>
          <w:jc w:val="center"/>
        </w:trPr>
        <w:tc>
          <w:tcPr>
            <w:tcW w:w="737" w:type="dxa"/>
            <w:vAlign w:val="center"/>
          </w:tcPr>
          <w:p w14:paraId="57ACE861" w14:textId="77777777" w:rsidR="00446222" w:rsidRDefault="00000000" w:rsidP="006B3B70">
            <w:pPr>
              <w:spacing w:after="0" w:line="240" w:lineRule="auto"/>
            </w:pPr>
            <w:r>
              <w:rPr>
                <w:sz w:val="19"/>
              </w:rPr>
              <w:t>11</w:t>
            </w:r>
          </w:p>
        </w:tc>
        <w:tc>
          <w:tcPr>
            <w:tcW w:w="8901" w:type="dxa"/>
            <w:vAlign w:val="center"/>
          </w:tcPr>
          <w:p w14:paraId="1F5BA875" w14:textId="77777777" w:rsidR="00446222" w:rsidRDefault="00000000" w:rsidP="006B3B70">
            <w:pPr>
              <w:spacing w:after="0" w:line="240" w:lineRule="auto"/>
            </w:pPr>
            <w:r>
              <w:rPr>
                <w:sz w:val="19"/>
              </w:rPr>
              <w:t>Fish (fresh, smoked, e.g., mackerel)</w:t>
            </w:r>
          </w:p>
        </w:tc>
      </w:tr>
      <w:tr w:rsidR="00446222" w14:paraId="0082941E" w14:textId="77777777">
        <w:trPr>
          <w:cantSplit/>
          <w:jc w:val="center"/>
        </w:trPr>
        <w:tc>
          <w:tcPr>
            <w:tcW w:w="737" w:type="dxa"/>
            <w:vAlign w:val="center"/>
          </w:tcPr>
          <w:p w14:paraId="16672968" w14:textId="77777777" w:rsidR="00446222" w:rsidRDefault="00000000" w:rsidP="006B3B70">
            <w:pPr>
              <w:spacing w:after="0" w:line="240" w:lineRule="auto"/>
            </w:pPr>
            <w:r>
              <w:rPr>
                <w:sz w:val="19"/>
              </w:rPr>
              <w:t>12</w:t>
            </w:r>
          </w:p>
        </w:tc>
        <w:tc>
          <w:tcPr>
            <w:tcW w:w="8901" w:type="dxa"/>
            <w:vAlign w:val="center"/>
          </w:tcPr>
          <w:p w14:paraId="0EAC3BE6" w14:textId="77777777" w:rsidR="00446222" w:rsidRDefault="00000000" w:rsidP="006B3B70">
            <w:pPr>
              <w:spacing w:after="0" w:line="240" w:lineRule="auto"/>
            </w:pPr>
            <w:r>
              <w:rPr>
                <w:sz w:val="19"/>
              </w:rPr>
              <w:t>Shrimp/crayfish (soup, stew)</w:t>
            </w:r>
          </w:p>
        </w:tc>
      </w:tr>
      <w:tr w:rsidR="00446222" w14:paraId="311BC93E" w14:textId="77777777">
        <w:trPr>
          <w:cantSplit/>
          <w:jc w:val="center"/>
        </w:trPr>
        <w:tc>
          <w:tcPr>
            <w:tcW w:w="737" w:type="dxa"/>
            <w:vAlign w:val="center"/>
          </w:tcPr>
          <w:p w14:paraId="2C78E0CC" w14:textId="77777777" w:rsidR="00446222" w:rsidRDefault="00000000" w:rsidP="006B3B70">
            <w:pPr>
              <w:spacing w:after="0" w:line="240" w:lineRule="auto"/>
            </w:pPr>
            <w:r>
              <w:rPr>
                <w:sz w:val="19"/>
              </w:rPr>
              <w:t>13</w:t>
            </w:r>
          </w:p>
        </w:tc>
        <w:tc>
          <w:tcPr>
            <w:tcW w:w="8901" w:type="dxa"/>
            <w:vAlign w:val="center"/>
          </w:tcPr>
          <w:p w14:paraId="3454B7CB" w14:textId="77777777" w:rsidR="00446222" w:rsidRDefault="00000000" w:rsidP="006B3B70">
            <w:pPr>
              <w:spacing w:after="0" w:line="240" w:lineRule="auto"/>
            </w:pPr>
            <w:r>
              <w:rPr>
                <w:sz w:val="19"/>
              </w:rPr>
              <w:t>Periwinkle (isam)</w:t>
            </w:r>
          </w:p>
        </w:tc>
      </w:tr>
      <w:tr w:rsidR="00446222" w14:paraId="7ABD5DF2" w14:textId="77777777">
        <w:trPr>
          <w:cantSplit/>
          <w:jc w:val="center"/>
        </w:trPr>
        <w:tc>
          <w:tcPr>
            <w:tcW w:w="737" w:type="dxa"/>
            <w:vAlign w:val="center"/>
          </w:tcPr>
          <w:p w14:paraId="12040D3B" w14:textId="77777777" w:rsidR="00446222" w:rsidRDefault="00000000" w:rsidP="006B3B70">
            <w:pPr>
              <w:spacing w:after="0" w:line="240" w:lineRule="auto"/>
            </w:pPr>
            <w:r>
              <w:rPr>
                <w:sz w:val="19"/>
              </w:rPr>
              <w:t>14</w:t>
            </w:r>
          </w:p>
        </w:tc>
        <w:tc>
          <w:tcPr>
            <w:tcW w:w="8901" w:type="dxa"/>
            <w:vAlign w:val="center"/>
          </w:tcPr>
          <w:p w14:paraId="407C4705" w14:textId="77777777" w:rsidR="00446222" w:rsidRDefault="00000000" w:rsidP="006B3B70">
            <w:pPr>
              <w:spacing w:after="0" w:line="240" w:lineRule="auto"/>
            </w:pPr>
            <w:r>
              <w:rPr>
                <w:sz w:val="19"/>
              </w:rPr>
              <w:t>Crab</w:t>
            </w:r>
          </w:p>
        </w:tc>
      </w:tr>
      <w:tr w:rsidR="00446222" w14:paraId="58F37D8C" w14:textId="77777777">
        <w:trPr>
          <w:cantSplit/>
          <w:jc w:val="center"/>
        </w:trPr>
        <w:tc>
          <w:tcPr>
            <w:tcW w:w="737" w:type="dxa"/>
            <w:vAlign w:val="center"/>
          </w:tcPr>
          <w:p w14:paraId="4DCA0E51" w14:textId="77777777" w:rsidR="00446222" w:rsidRDefault="00000000" w:rsidP="006B3B70">
            <w:pPr>
              <w:spacing w:after="0" w:line="240" w:lineRule="auto"/>
            </w:pPr>
            <w:r>
              <w:rPr>
                <w:sz w:val="19"/>
              </w:rPr>
              <w:t>15</w:t>
            </w:r>
          </w:p>
        </w:tc>
        <w:tc>
          <w:tcPr>
            <w:tcW w:w="8901" w:type="dxa"/>
            <w:vAlign w:val="center"/>
          </w:tcPr>
          <w:p w14:paraId="5B940793" w14:textId="77777777" w:rsidR="00446222" w:rsidRDefault="00000000" w:rsidP="006B3B70">
            <w:pPr>
              <w:spacing w:after="0" w:line="240" w:lineRule="auto"/>
            </w:pPr>
            <w:r>
              <w:rPr>
                <w:sz w:val="19"/>
              </w:rPr>
              <w:t>Mango</w:t>
            </w:r>
          </w:p>
        </w:tc>
      </w:tr>
      <w:tr w:rsidR="00446222" w14:paraId="587527A6" w14:textId="77777777">
        <w:trPr>
          <w:cantSplit/>
          <w:jc w:val="center"/>
        </w:trPr>
        <w:tc>
          <w:tcPr>
            <w:tcW w:w="737" w:type="dxa"/>
            <w:vAlign w:val="center"/>
          </w:tcPr>
          <w:p w14:paraId="10245A53" w14:textId="77777777" w:rsidR="00446222" w:rsidRDefault="00000000" w:rsidP="006B3B70">
            <w:pPr>
              <w:spacing w:after="0" w:line="240" w:lineRule="auto"/>
            </w:pPr>
            <w:r>
              <w:rPr>
                <w:sz w:val="19"/>
              </w:rPr>
              <w:t>16</w:t>
            </w:r>
          </w:p>
        </w:tc>
        <w:tc>
          <w:tcPr>
            <w:tcW w:w="8901" w:type="dxa"/>
            <w:vAlign w:val="center"/>
          </w:tcPr>
          <w:p w14:paraId="5DA9DC4C" w14:textId="77777777" w:rsidR="00446222" w:rsidRDefault="00000000" w:rsidP="006B3B70">
            <w:pPr>
              <w:spacing w:after="0" w:line="240" w:lineRule="auto"/>
            </w:pPr>
            <w:r>
              <w:rPr>
                <w:sz w:val="19"/>
              </w:rPr>
              <w:t>Guava</w:t>
            </w:r>
          </w:p>
        </w:tc>
      </w:tr>
      <w:tr w:rsidR="00446222" w14:paraId="577A5DFB" w14:textId="77777777">
        <w:trPr>
          <w:cantSplit/>
          <w:jc w:val="center"/>
        </w:trPr>
        <w:tc>
          <w:tcPr>
            <w:tcW w:w="737" w:type="dxa"/>
            <w:vAlign w:val="center"/>
          </w:tcPr>
          <w:p w14:paraId="217EF58E" w14:textId="77777777" w:rsidR="00446222" w:rsidRDefault="00000000" w:rsidP="006B3B70">
            <w:pPr>
              <w:spacing w:after="0" w:line="240" w:lineRule="auto"/>
            </w:pPr>
            <w:r>
              <w:rPr>
                <w:sz w:val="19"/>
              </w:rPr>
              <w:t>17</w:t>
            </w:r>
          </w:p>
        </w:tc>
        <w:tc>
          <w:tcPr>
            <w:tcW w:w="8901" w:type="dxa"/>
            <w:vAlign w:val="center"/>
          </w:tcPr>
          <w:p w14:paraId="1E9F11CB" w14:textId="77777777" w:rsidR="00446222" w:rsidRDefault="00000000" w:rsidP="006B3B70">
            <w:pPr>
              <w:spacing w:after="0" w:line="240" w:lineRule="auto"/>
            </w:pPr>
            <w:r>
              <w:rPr>
                <w:sz w:val="19"/>
              </w:rPr>
              <w:t>Pawpaw (Carica papaya)</w:t>
            </w:r>
          </w:p>
        </w:tc>
      </w:tr>
      <w:tr w:rsidR="00446222" w14:paraId="23BE80C5" w14:textId="77777777">
        <w:trPr>
          <w:cantSplit/>
          <w:jc w:val="center"/>
        </w:trPr>
        <w:tc>
          <w:tcPr>
            <w:tcW w:w="737" w:type="dxa"/>
            <w:vAlign w:val="center"/>
          </w:tcPr>
          <w:p w14:paraId="0C7439BB" w14:textId="77777777" w:rsidR="00446222" w:rsidRDefault="00000000" w:rsidP="006B3B70">
            <w:pPr>
              <w:spacing w:after="0" w:line="240" w:lineRule="auto"/>
            </w:pPr>
            <w:r>
              <w:rPr>
                <w:sz w:val="19"/>
              </w:rPr>
              <w:t>18</w:t>
            </w:r>
          </w:p>
        </w:tc>
        <w:tc>
          <w:tcPr>
            <w:tcW w:w="8901" w:type="dxa"/>
            <w:vAlign w:val="center"/>
          </w:tcPr>
          <w:p w14:paraId="61D782B7" w14:textId="77777777" w:rsidR="00446222" w:rsidRDefault="00000000" w:rsidP="006B3B70">
            <w:pPr>
              <w:spacing w:after="0" w:line="240" w:lineRule="auto"/>
            </w:pPr>
            <w:r>
              <w:rPr>
                <w:sz w:val="19"/>
              </w:rPr>
              <w:t>Pineapple</w:t>
            </w:r>
          </w:p>
        </w:tc>
      </w:tr>
      <w:tr w:rsidR="00446222" w14:paraId="0C85AE6C" w14:textId="77777777">
        <w:trPr>
          <w:cantSplit/>
          <w:jc w:val="center"/>
        </w:trPr>
        <w:tc>
          <w:tcPr>
            <w:tcW w:w="737" w:type="dxa"/>
            <w:vAlign w:val="center"/>
          </w:tcPr>
          <w:p w14:paraId="5E5EDAAF" w14:textId="77777777" w:rsidR="00446222" w:rsidRDefault="00000000" w:rsidP="006B3B70">
            <w:pPr>
              <w:spacing w:after="0" w:line="240" w:lineRule="auto"/>
            </w:pPr>
            <w:r>
              <w:rPr>
                <w:sz w:val="19"/>
              </w:rPr>
              <w:t>19</w:t>
            </w:r>
          </w:p>
        </w:tc>
        <w:tc>
          <w:tcPr>
            <w:tcW w:w="8901" w:type="dxa"/>
            <w:vAlign w:val="center"/>
          </w:tcPr>
          <w:p w14:paraId="77F85299" w14:textId="77777777" w:rsidR="00446222" w:rsidRDefault="00000000" w:rsidP="006B3B70">
            <w:pPr>
              <w:spacing w:after="0" w:line="240" w:lineRule="auto"/>
            </w:pPr>
            <w:r>
              <w:rPr>
                <w:sz w:val="19"/>
              </w:rPr>
              <w:t>Beans (moi moi, ekpang nkukwo)</w:t>
            </w:r>
          </w:p>
        </w:tc>
      </w:tr>
      <w:tr w:rsidR="00446222" w14:paraId="56C6B12E" w14:textId="77777777">
        <w:trPr>
          <w:cantSplit/>
          <w:jc w:val="center"/>
        </w:trPr>
        <w:tc>
          <w:tcPr>
            <w:tcW w:w="737" w:type="dxa"/>
            <w:vAlign w:val="center"/>
          </w:tcPr>
          <w:p w14:paraId="7F811BDB" w14:textId="77777777" w:rsidR="00446222" w:rsidRDefault="00000000" w:rsidP="006B3B70">
            <w:pPr>
              <w:spacing w:after="0" w:line="240" w:lineRule="auto"/>
            </w:pPr>
            <w:r>
              <w:rPr>
                <w:sz w:val="19"/>
              </w:rPr>
              <w:t>20</w:t>
            </w:r>
          </w:p>
        </w:tc>
        <w:tc>
          <w:tcPr>
            <w:tcW w:w="8901" w:type="dxa"/>
            <w:vAlign w:val="center"/>
          </w:tcPr>
          <w:p w14:paraId="17168A5C" w14:textId="77777777" w:rsidR="00446222" w:rsidRDefault="00000000" w:rsidP="006B3B70">
            <w:pPr>
              <w:spacing w:after="0" w:line="240" w:lineRule="auto"/>
            </w:pPr>
            <w:r>
              <w:rPr>
                <w:sz w:val="19"/>
              </w:rPr>
              <w:t>Chicken (grilled, boiled, fried)</w:t>
            </w:r>
          </w:p>
        </w:tc>
      </w:tr>
      <w:tr w:rsidR="00446222" w14:paraId="18807792" w14:textId="77777777">
        <w:trPr>
          <w:cantSplit/>
          <w:jc w:val="center"/>
        </w:trPr>
        <w:tc>
          <w:tcPr>
            <w:tcW w:w="737" w:type="dxa"/>
            <w:vAlign w:val="center"/>
          </w:tcPr>
          <w:p w14:paraId="1F880FAC" w14:textId="77777777" w:rsidR="00446222" w:rsidRDefault="00000000" w:rsidP="006B3B70">
            <w:pPr>
              <w:spacing w:after="0" w:line="240" w:lineRule="auto"/>
            </w:pPr>
            <w:r>
              <w:rPr>
                <w:sz w:val="19"/>
              </w:rPr>
              <w:t>21</w:t>
            </w:r>
          </w:p>
        </w:tc>
        <w:tc>
          <w:tcPr>
            <w:tcW w:w="8901" w:type="dxa"/>
            <w:vAlign w:val="center"/>
          </w:tcPr>
          <w:p w14:paraId="41CE0AC8" w14:textId="77777777" w:rsidR="00446222" w:rsidRDefault="00000000" w:rsidP="006B3B70">
            <w:pPr>
              <w:spacing w:after="0" w:line="240" w:lineRule="auto"/>
            </w:pPr>
            <w:r>
              <w:rPr>
                <w:sz w:val="19"/>
              </w:rPr>
              <w:t>Red meat (beef, goat)</w:t>
            </w:r>
          </w:p>
        </w:tc>
      </w:tr>
      <w:tr w:rsidR="00446222" w14:paraId="2B989265" w14:textId="77777777">
        <w:trPr>
          <w:cantSplit/>
          <w:jc w:val="center"/>
        </w:trPr>
        <w:tc>
          <w:tcPr>
            <w:tcW w:w="737" w:type="dxa"/>
            <w:vAlign w:val="center"/>
          </w:tcPr>
          <w:p w14:paraId="1377D882" w14:textId="77777777" w:rsidR="00446222" w:rsidRDefault="00000000" w:rsidP="006B3B70">
            <w:pPr>
              <w:spacing w:after="0" w:line="240" w:lineRule="auto"/>
            </w:pPr>
            <w:r>
              <w:rPr>
                <w:sz w:val="19"/>
              </w:rPr>
              <w:t>22</w:t>
            </w:r>
          </w:p>
        </w:tc>
        <w:tc>
          <w:tcPr>
            <w:tcW w:w="8901" w:type="dxa"/>
            <w:vAlign w:val="center"/>
          </w:tcPr>
          <w:p w14:paraId="77B9BD1A" w14:textId="77777777" w:rsidR="00446222" w:rsidRDefault="00000000" w:rsidP="006B3B70">
            <w:pPr>
              <w:spacing w:after="0" w:line="240" w:lineRule="auto"/>
            </w:pPr>
            <w:r>
              <w:rPr>
                <w:sz w:val="19"/>
              </w:rPr>
              <w:t>Palm oil (red, unrefined)</w:t>
            </w:r>
          </w:p>
        </w:tc>
      </w:tr>
      <w:tr w:rsidR="00446222" w14:paraId="4D99C8DF" w14:textId="77777777">
        <w:trPr>
          <w:cantSplit/>
          <w:jc w:val="center"/>
        </w:trPr>
        <w:tc>
          <w:tcPr>
            <w:tcW w:w="737" w:type="dxa"/>
            <w:vAlign w:val="center"/>
          </w:tcPr>
          <w:p w14:paraId="17350197" w14:textId="77777777" w:rsidR="00446222" w:rsidRDefault="00000000" w:rsidP="006B3B70">
            <w:pPr>
              <w:spacing w:after="0" w:line="240" w:lineRule="auto"/>
            </w:pPr>
            <w:r>
              <w:rPr>
                <w:sz w:val="19"/>
              </w:rPr>
              <w:t>23</w:t>
            </w:r>
          </w:p>
        </w:tc>
        <w:tc>
          <w:tcPr>
            <w:tcW w:w="8901" w:type="dxa"/>
            <w:vAlign w:val="center"/>
          </w:tcPr>
          <w:p w14:paraId="678AA99D" w14:textId="77777777" w:rsidR="00446222" w:rsidRDefault="00000000" w:rsidP="006B3B70">
            <w:pPr>
              <w:spacing w:after="0" w:line="240" w:lineRule="auto"/>
            </w:pPr>
            <w:r>
              <w:rPr>
                <w:sz w:val="19"/>
              </w:rPr>
              <w:t>Vegetable oil (refined, e.g., groundnut)</w:t>
            </w:r>
          </w:p>
        </w:tc>
      </w:tr>
      <w:tr w:rsidR="00446222" w14:paraId="1851A117" w14:textId="77777777">
        <w:trPr>
          <w:cantSplit/>
          <w:jc w:val="center"/>
        </w:trPr>
        <w:tc>
          <w:tcPr>
            <w:tcW w:w="737" w:type="dxa"/>
            <w:vAlign w:val="center"/>
          </w:tcPr>
          <w:p w14:paraId="1FBBEEE0" w14:textId="77777777" w:rsidR="00446222" w:rsidRDefault="00000000" w:rsidP="006B3B70">
            <w:pPr>
              <w:spacing w:after="0" w:line="240" w:lineRule="auto"/>
            </w:pPr>
            <w:r>
              <w:rPr>
                <w:sz w:val="19"/>
              </w:rPr>
              <w:t>24</w:t>
            </w:r>
          </w:p>
        </w:tc>
        <w:tc>
          <w:tcPr>
            <w:tcW w:w="8901" w:type="dxa"/>
            <w:vAlign w:val="center"/>
          </w:tcPr>
          <w:p w14:paraId="07C7D561" w14:textId="77777777" w:rsidR="00446222" w:rsidRDefault="00000000" w:rsidP="006B3B70">
            <w:pPr>
              <w:spacing w:after="0" w:line="240" w:lineRule="auto"/>
            </w:pPr>
            <w:r>
              <w:rPr>
                <w:sz w:val="19"/>
              </w:rPr>
              <w:t>Hibiscus tea (zobo)</w:t>
            </w:r>
          </w:p>
        </w:tc>
      </w:tr>
      <w:tr w:rsidR="00446222" w14:paraId="393B614D" w14:textId="77777777">
        <w:trPr>
          <w:cantSplit/>
          <w:jc w:val="center"/>
        </w:trPr>
        <w:tc>
          <w:tcPr>
            <w:tcW w:w="737" w:type="dxa"/>
            <w:vAlign w:val="center"/>
          </w:tcPr>
          <w:p w14:paraId="0E9DA156" w14:textId="77777777" w:rsidR="00446222" w:rsidRDefault="00000000" w:rsidP="006B3B70">
            <w:pPr>
              <w:spacing w:after="0" w:line="240" w:lineRule="auto"/>
            </w:pPr>
            <w:r>
              <w:rPr>
                <w:sz w:val="19"/>
              </w:rPr>
              <w:t>25</w:t>
            </w:r>
          </w:p>
        </w:tc>
        <w:tc>
          <w:tcPr>
            <w:tcW w:w="8901" w:type="dxa"/>
            <w:vAlign w:val="center"/>
          </w:tcPr>
          <w:p w14:paraId="504319A3" w14:textId="77777777" w:rsidR="00446222" w:rsidRDefault="00000000" w:rsidP="006B3B70">
            <w:pPr>
              <w:spacing w:after="0" w:line="240" w:lineRule="auto"/>
            </w:pPr>
            <w:r>
              <w:rPr>
                <w:sz w:val="19"/>
              </w:rPr>
              <w:t>Fruit juice (fresh, e.g., pineapple)</w:t>
            </w:r>
          </w:p>
        </w:tc>
      </w:tr>
      <w:tr w:rsidR="00446222" w14:paraId="42A8E611" w14:textId="77777777">
        <w:trPr>
          <w:cantSplit/>
          <w:jc w:val="center"/>
        </w:trPr>
        <w:tc>
          <w:tcPr>
            <w:tcW w:w="737" w:type="dxa"/>
            <w:vAlign w:val="center"/>
          </w:tcPr>
          <w:p w14:paraId="36108DB5" w14:textId="77777777" w:rsidR="00446222" w:rsidRDefault="00000000" w:rsidP="006B3B70">
            <w:pPr>
              <w:spacing w:after="0" w:line="240" w:lineRule="auto"/>
            </w:pPr>
            <w:r>
              <w:rPr>
                <w:sz w:val="19"/>
              </w:rPr>
              <w:t>26</w:t>
            </w:r>
          </w:p>
        </w:tc>
        <w:tc>
          <w:tcPr>
            <w:tcW w:w="8901" w:type="dxa"/>
            <w:vAlign w:val="center"/>
          </w:tcPr>
          <w:p w14:paraId="34191E37" w14:textId="77777777" w:rsidR="00446222" w:rsidRDefault="00000000" w:rsidP="006B3B70">
            <w:pPr>
              <w:spacing w:after="0" w:line="240" w:lineRule="auto"/>
            </w:pPr>
            <w:r>
              <w:rPr>
                <w:sz w:val="19"/>
              </w:rPr>
              <w:t>Soda (e.g., Coke, Fanta)</w:t>
            </w:r>
          </w:p>
        </w:tc>
      </w:tr>
      <w:tr w:rsidR="00446222" w14:paraId="205CF06D" w14:textId="77777777">
        <w:trPr>
          <w:cantSplit/>
          <w:jc w:val="center"/>
        </w:trPr>
        <w:tc>
          <w:tcPr>
            <w:tcW w:w="737" w:type="dxa"/>
            <w:vAlign w:val="center"/>
          </w:tcPr>
          <w:p w14:paraId="648EFBF5" w14:textId="77777777" w:rsidR="00446222" w:rsidRDefault="00000000" w:rsidP="006B3B70">
            <w:pPr>
              <w:spacing w:after="0" w:line="240" w:lineRule="auto"/>
            </w:pPr>
            <w:r>
              <w:rPr>
                <w:sz w:val="19"/>
              </w:rPr>
              <w:t>27</w:t>
            </w:r>
          </w:p>
        </w:tc>
        <w:tc>
          <w:tcPr>
            <w:tcW w:w="8901" w:type="dxa"/>
            <w:vAlign w:val="center"/>
          </w:tcPr>
          <w:p w14:paraId="5C64C16A" w14:textId="77777777" w:rsidR="00446222" w:rsidRDefault="00000000" w:rsidP="006B3B70">
            <w:pPr>
              <w:spacing w:after="0" w:line="240" w:lineRule="auto"/>
            </w:pPr>
            <w:r>
              <w:rPr>
                <w:sz w:val="19"/>
              </w:rPr>
              <w:t>Instant noodles</w:t>
            </w:r>
          </w:p>
        </w:tc>
      </w:tr>
      <w:tr w:rsidR="00446222" w14:paraId="49F680CA" w14:textId="77777777">
        <w:trPr>
          <w:cantSplit/>
          <w:jc w:val="center"/>
        </w:trPr>
        <w:tc>
          <w:tcPr>
            <w:tcW w:w="737" w:type="dxa"/>
            <w:vAlign w:val="center"/>
          </w:tcPr>
          <w:p w14:paraId="2880552C" w14:textId="77777777" w:rsidR="00446222" w:rsidRDefault="00000000" w:rsidP="006B3B70">
            <w:pPr>
              <w:spacing w:after="0" w:line="240" w:lineRule="auto"/>
            </w:pPr>
            <w:r>
              <w:rPr>
                <w:sz w:val="19"/>
              </w:rPr>
              <w:t>28</w:t>
            </w:r>
          </w:p>
        </w:tc>
        <w:tc>
          <w:tcPr>
            <w:tcW w:w="8901" w:type="dxa"/>
            <w:vAlign w:val="center"/>
          </w:tcPr>
          <w:p w14:paraId="5E504F13" w14:textId="77777777" w:rsidR="00446222" w:rsidRDefault="00000000" w:rsidP="006B3B70">
            <w:pPr>
              <w:spacing w:after="0" w:line="240" w:lineRule="auto"/>
            </w:pPr>
            <w:r>
              <w:rPr>
                <w:sz w:val="19"/>
              </w:rPr>
              <w:t>Bread (white, wheat)</w:t>
            </w:r>
          </w:p>
        </w:tc>
      </w:tr>
      <w:tr w:rsidR="00446222" w14:paraId="31B0C183" w14:textId="77777777">
        <w:trPr>
          <w:cantSplit/>
          <w:jc w:val="center"/>
        </w:trPr>
        <w:tc>
          <w:tcPr>
            <w:tcW w:w="737" w:type="dxa"/>
            <w:vAlign w:val="center"/>
          </w:tcPr>
          <w:p w14:paraId="10B7AD03" w14:textId="77777777" w:rsidR="00446222" w:rsidRDefault="00000000" w:rsidP="006B3B70">
            <w:pPr>
              <w:spacing w:after="0" w:line="240" w:lineRule="auto"/>
            </w:pPr>
            <w:r>
              <w:rPr>
                <w:sz w:val="19"/>
              </w:rPr>
              <w:t>29</w:t>
            </w:r>
          </w:p>
        </w:tc>
        <w:tc>
          <w:tcPr>
            <w:tcW w:w="8901" w:type="dxa"/>
            <w:vAlign w:val="center"/>
          </w:tcPr>
          <w:p w14:paraId="71750795" w14:textId="77777777" w:rsidR="00446222" w:rsidRDefault="00000000" w:rsidP="006B3B70">
            <w:pPr>
              <w:spacing w:after="0" w:line="240" w:lineRule="auto"/>
            </w:pPr>
            <w:r>
              <w:rPr>
                <w:sz w:val="19"/>
              </w:rPr>
              <w:t>Biscuits/cookies</w:t>
            </w:r>
          </w:p>
        </w:tc>
      </w:tr>
      <w:tr w:rsidR="00446222" w14:paraId="59CCB973" w14:textId="77777777">
        <w:trPr>
          <w:cantSplit/>
          <w:jc w:val="center"/>
        </w:trPr>
        <w:tc>
          <w:tcPr>
            <w:tcW w:w="737" w:type="dxa"/>
            <w:vAlign w:val="center"/>
          </w:tcPr>
          <w:p w14:paraId="64FC8518" w14:textId="77777777" w:rsidR="00446222" w:rsidRDefault="00000000" w:rsidP="006B3B70">
            <w:pPr>
              <w:spacing w:after="0" w:line="240" w:lineRule="auto"/>
            </w:pPr>
            <w:r>
              <w:rPr>
                <w:sz w:val="19"/>
              </w:rPr>
              <w:t>30</w:t>
            </w:r>
          </w:p>
        </w:tc>
        <w:tc>
          <w:tcPr>
            <w:tcW w:w="8901" w:type="dxa"/>
            <w:vAlign w:val="center"/>
          </w:tcPr>
          <w:p w14:paraId="468AE700" w14:textId="77777777" w:rsidR="00446222" w:rsidRDefault="00000000" w:rsidP="006B3B70">
            <w:pPr>
              <w:spacing w:after="0" w:line="240" w:lineRule="auto"/>
            </w:pPr>
            <w:r>
              <w:rPr>
                <w:sz w:val="19"/>
              </w:rPr>
              <w:t>Fried snacks (e.g., puff-puff, buns)</w:t>
            </w:r>
          </w:p>
        </w:tc>
      </w:tr>
      <w:tr w:rsidR="00446222" w14:paraId="6CDA6CFA" w14:textId="77777777">
        <w:trPr>
          <w:cantSplit/>
          <w:jc w:val="center"/>
        </w:trPr>
        <w:tc>
          <w:tcPr>
            <w:tcW w:w="737" w:type="dxa"/>
            <w:vAlign w:val="center"/>
          </w:tcPr>
          <w:p w14:paraId="1DF35170" w14:textId="77777777" w:rsidR="00446222" w:rsidRDefault="00000000" w:rsidP="006B3B70">
            <w:pPr>
              <w:spacing w:after="0" w:line="240" w:lineRule="auto"/>
            </w:pPr>
            <w:r>
              <w:rPr>
                <w:sz w:val="19"/>
              </w:rPr>
              <w:t>31</w:t>
            </w:r>
          </w:p>
        </w:tc>
        <w:tc>
          <w:tcPr>
            <w:tcW w:w="8901" w:type="dxa"/>
            <w:vAlign w:val="center"/>
          </w:tcPr>
          <w:p w14:paraId="1A87F54E" w14:textId="77777777" w:rsidR="00446222" w:rsidRDefault="00000000" w:rsidP="006B3B70">
            <w:pPr>
              <w:spacing w:after="0" w:line="240" w:lineRule="auto"/>
            </w:pPr>
            <w:r>
              <w:rPr>
                <w:sz w:val="19"/>
              </w:rPr>
              <w:t>Garlic</w:t>
            </w:r>
          </w:p>
        </w:tc>
      </w:tr>
      <w:tr w:rsidR="00446222" w14:paraId="5424B9A2" w14:textId="77777777">
        <w:trPr>
          <w:cantSplit/>
          <w:jc w:val="center"/>
        </w:trPr>
        <w:tc>
          <w:tcPr>
            <w:tcW w:w="737" w:type="dxa"/>
            <w:vAlign w:val="center"/>
          </w:tcPr>
          <w:p w14:paraId="1293A324" w14:textId="77777777" w:rsidR="00446222" w:rsidRDefault="00000000" w:rsidP="006B3B70">
            <w:pPr>
              <w:spacing w:after="0" w:line="240" w:lineRule="auto"/>
            </w:pPr>
            <w:r>
              <w:rPr>
                <w:sz w:val="19"/>
              </w:rPr>
              <w:t>32</w:t>
            </w:r>
          </w:p>
        </w:tc>
        <w:tc>
          <w:tcPr>
            <w:tcW w:w="8901" w:type="dxa"/>
            <w:vAlign w:val="center"/>
          </w:tcPr>
          <w:p w14:paraId="44E65A58" w14:textId="77777777" w:rsidR="00446222" w:rsidRDefault="00000000" w:rsidP="006B3B70">
            <w:pPr>
              <w:spacing w:after="0" w:line="240" w:lineRule="auto"/>
            </w:pPr>
            <w:r>
              <w:rPr>
                <w:sz w:val="19"/>
              </w:rPr>
              <w:t>Ginger</w:t>
            </w:r>
          </w:p>
        </w:tc>
      </w:tr>
      <w:tr w:rsidR="00446222" w14:paraId="4D9688C3" w14:textId="77777777">
        <w:trPr>
          <w:cantSplit/>
          <w:jc w:val="center"/>
        </w:trPr>
        <w:tc>
          <w:tcPr>
            <w:tcW w:w="737" w:type="dxa"/>
            <w:vAlign w:val="center"/>
          </w:tcPr>
          <w:p w14:paraId="1FF269A0" w14:textId="77777777" w:rsidR="00446222" w:rsidRDefault="00000000" w:rsidP="006B3B70">
            <w:pPr>
              <w:keepNext/>
              <w:spacing w:after="0" w:line="240" w:lineRule="auto"/>
            </w:pPr>
            <w:r>
              <w:rPr>
                <w:sz w:val="19"/>
              </w:rPr>
              <w:t>33</w:t>
            </w:r>
          </w:p>
        </w:tc>
        <w:tc>
          <w:tcPr>
            <w:tcW w:w="8901" w:type="dxa"/>
            <w:vAlign w:val="center"/>
          </w:tcPr>
          <w:p w14:paraId="31CAD693" w14:textId="77777777" w:rsidR="00446222" w:rsidRDefault="00000000" w:rsidP="006B3B70">
            <w:pPr>
              <w:keepNext/>
              <w:spacing w:after="0" w:line="240" w:lineRule="auto"/>
            </w:pPr>
            <w:r>
              <w:rPr>
                <w:sz w:val="19"/>
              </w:rPr>
              <w:t>Turmeric</w:t>
            </w:r>
          </w:p>
        </w:tc>
      </w:tr>
    </w:tbl>
    <w:p w14:paraId="230985FF" w14:textId="77777777" w:rsidR="00446222" w:rsidRDefault="00000000" w:rsidP="0047469F">
      <w:pPr>
        <w:keepLines/>
        <w:spacing w:after="140" w:line="252" w:lineRule="auto"/>
        <w:jc w:val="both"/>
      </w:pPr>
      <w:r>
        <w:rPr>
          <w:sz w:val="18"/>
        </w:rPr>
        <w:t>Food descriptions are retained with spelling and spacing standardised for display. The items include both dishes and ingredients and are not mutually exclusive food groups or a NOVA classification. All 33 items contributed to component derivation.</w:t>
      </w:r>
    </w:p>
    <w:p w14:paraId="5132CAFB" w14:textId="77777777" w:rsidR="00446222" w:rsidRDefault="00000000" w:rsidP="006B3B70">
      <w:pPr>
        <w:spacing w:before="240"/>
        <w:jc w:val="both"/>
      </w:pPr>
      <w:r>
        <w:t>For participant i and food j, let cᵢⱼ denote the recorded frequency category and Pᵢⱼ the portion weight. The primary input was Jᵢⱼ = f(cᵢⱼ) × Pᵢⱼ. Dividing J by 100 expresses an assigned medium-reference portion index per week for descriptive reporting. This is not measured grams, millilitres, energy or antioxidant intake. Both J and J/100 yield identical standardised PCA inputs because their common positive scaling factor cancels.</w:t>
      </w:r>
    </w:p>
    <w:p w14:paraId="24A1DF9E" w14:textId="77777777" w:rsidR="00446222" w:rsidRPr="000E7868" w:rsidRDefault="00000000">
      <w:pPr>
        <w:pStyle w:val="Caption"/>
        <w:keepNext/>
        <w:rPr>
          <w:sz w:val="21"/>
          <w:szCs w:val="20"/>
        </w:rPr>
      </w:pPr>
      <w:r w:rsidRPr="000E7868">
        <w:rPr>
          <w:b/>
          <w:sz w:val="21"/>
          <w:szCs w:val="20"/>
        </w:rPr>
        <w:lastRenderedPageBreak/>
        <w:t>Table S4. Frequency assignments and portion weights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850"/>
        <w:gridCol w:w="3742"/>
        <w:gridCol w:w="1871"/>
        <w:gridCol w:w="1587"/>
        <w:gridCol w:w="1587"/>
      </w:tblGrid>
      <w:tr w:rsidR="00446222" w14:paraId="1A8277A1" w14:textId="77777777">
        <w:trPr>
          <w:cantSplit/>
          <w:tblHeader/>
          <w:jc w:val="center"/>
        </w:trPr>
        <w:tc>
          <w:tcPr>
            <w:tcW w:w="850" w:type="dxa"/>
            <w:tcBorders>
              <w:bottom w:val="single" w:sz="4" w:space="0" w:color="auto"/>
            </w:tcBorders>
            <w:vAlign w:val="center"/>
          </w:tcPr>
          <w:p w14:paraId="710C8178" w14:textId="77777777" w:rsidR="00446222" w:rsidRDefault="00000000">
            <w:pPr>
              <w:keepNext/>
              <w:spacing w:after="0" w:line="252" w:lineRule="auto"/>
            </w:pPr>
            <w:r>
              <w:rPr>
                <w:b/>
                <w:sz w:val="18"/>
              </w:rPr>
              <w:t>Code</w:t>
            </w:r>
          </w:p>
        </w:tc>
        <w:tc>
          <w:tcPr>
            <w:tcW w:w="3742" w:type="dxa"/>
            <w:tcBorders>
              <w:bottom w:val="single" w:sz="4" w:space="0" w:color="auto"/>
            </w:tcBorders>
            <w:vAlign w:val="center"/>
          </w:tcPr>
          <w:p w14:paraId="07CFC6F8" w14:textId="77777777" w:rsidR="00446222" w:rsidRDefault="00000000">
            <w:pPr>
              <w:keepNext/>
              <w:spacing w:after="0" w:line="252" w:lineRule="auto"/>
            </w:pPr>
            <w:r>
              <w:rPr>
                <w:b/>
                <w:sz w:val="18"/>
              </w:rPr>
              <w:t>Recorded category</w:t>
            </w:r>
          </w:p>
        </w:tc>
        <w:tc>
          <w:tcPr>
            <w:tcW w:w="1871" w:type="dxa"/>
            <w:tcBorders>
              <w:bottom w:val="single" w:sz="4" w:space="0" w:color="auto"/>
            </w:tcBorders>
            <w:vAlign w:val="center"/>
          </w:tcPr>
          <w:p w14:paraId="4910BAA3" w14:textId="77777777" w:rsidR="00446222" w:rsidRDefault="00000000">
            <w:pPr>
              <w:keepNext/>
              <w:spacing w:after="0" w:line="252" w:lineRule="auto"/>
              <w:jc w:val="center"/>
            </w:pPr>
            <w:r>
              <w:rPr>
                <w:b/>
                <w:sz w:val="18"/>
              </w:rPr>
              <w:t>Primary weekly</w:t>
            </w:r>
            <w:r>
              <w:rPr>
                <w:b/>
                <w:sz w:val="18"/>
              </w:rPr>
              <w:br/>
              <w:t>assignment</w:t>
            </w:r>
          </w:p>
        </w:tc>
        <w:tc>
          <w:tcPr>
            <w:tcW w:w="1587" w:type="dxa"/>
            <w:tcBorders>
              <w:bottom w:val="single" w:sz="4" w:space="0" w:color="auto"/>
            </w:tcBorders>
            <w:vAlign w:val="center"/>
          </w:tcPr>
          <w:p w14:paraId="21D4CEF1" w14:textId="77777777" w:rsidR="00446222" w:rsidRDefault="00000000">
            <w:pPr>
              <w:keepNext/>
              <w:spacing w:after="0" w:line="252" w:lineRule="auto"/>
              <w:jc w:val="center"/>
            </w:pPr>
            <w:r>
              <w:rPr>
                <w:b/>
                <w:sz w:val="18"/>
              </w:rPr>
              <w:t>Raw-code</w:t>
            </w:r>
            <w:r>
              <w:rPr>
                <w:b/>
                <w:sz w:val="18"/>
              </w:rPr>
              <w:br/>
              <w:t>multiplier</w:t>
            </w:r>
          </w:p>
        </w:tc>
        <w:tc>
          <w:tcPr>
            <w:tcW w:w="1587" w:type="dxa"/>
            <w:tcBorders>
              <w:bottom w:val="single" w:sz="4" w:space="0" w:color="auto"/>
            </w:tcBorders>
            <w:vAlign w:val="center"/>
          </w:tcPr>
          <w:p w14:paraId="7C13B137" w14:textId="77777777" w:rsidR="00446222" w:rsidRDefault="00000000">
            <w:pPr>
              <w:keepNext/>
              <w:spacing w:after="0" w:line="252" w:lineRule="auto"/>
              <w:jc w:val="center"/>
            </w:pPr>
            <w:r>
              <w:rPr>
                <w:b/>
                <w:sz w:val="18"/>
              </w:rPr>
              <w:t>Alternative</w:t>
            </w:r>
            <w:r>
              <w:rPr>
                <w:b/>
                <w:sz w:val="18"/>
              </w:rPr>
              <w:br/>
              <w:t>multiplier</w:t>
            </w:r>
          </w:p>
        </w:tc>
      </w:tr>
      <w:tr w:rsidR="00446222" w14:paraId="1AEBE79A" w14:textId="77777777">
        <w:trPr>
          <w:cantSplit/>
          <w:jc w:val="center"/>
        </w:trPr>
        <w:tc>
          <w:tcPr>
            <w:tcW w:w="850" w:type="dxa"/>
            <w:vAlign w:val="center"/>
          </w:tcPr>
          <w:p w14:paraId="1A341D81" w14:textId="77777777" w:rsidR="00446222" w:rsidRDefault="00000000">
            <w:pPr>
              <w:spacing w:after="0" w:line="252" w:lineRule="auto"/>
            </w:pPr>
            <w:r>
              <w:rPr>
                <w:sz w:val="18"/>
              </w:rPr>
              <w:t>0</w:t>
            </w:r>
          </w:p>
        </w:tc>
        <w:tc>
          <w:tcPr>
            <w:tcW w:w="3742" w:type="dxa"/>
            <w:vAlign w:val="center"/>
          </w:tcPr>
          <w:p w14:paraId="5C5C9250" w14:textId="77777777" w:rsidR="00446222" w:rsidRDefault="00000000">
            <w:pPr>
              <w:spacing w:after="0" w:line="252" w:lineRule="auto"/>
            </w:pPr>
            <w:r>
              <w:rPr>
                <w:sz w:val="18"/>
              </w:rPr>
              <w:t>Never</w:t>
            </w:r>
          </w:p>
        </w:tc>
        <w:tc>
          <w:tcPr>
            <w:tcW w:w="1871" w:type="dxa"/>
            <w:vAlign w:val="center"/>
          </w:tcPr>
          <w:p w14:paraId="6665E698" w14:textId="77777777" w:rsidR="00446222" w:rsidRDefault="00000000">
            <w:pPr>
              <w:spacing w:after="0" w:line="252" w:lineRule="auto"/>
              <w:jc w:val="center"/>
            </w:pPr>
            <w:r>
              <w:rPr>
                <w:sz w:val="18"/>
              </w:rPr>
              <w:t>0</w:t>
            </w:r>
          </w:p>
        </w:tc>
        <w:tc>
          <w:tcPr>
            <w:tcW w:w="1587" w:type="dxa"/>
            <w:vAlign w:val="center"/>
          </w:tcPr>
          <w:p w14:paraId="6E4C45C2" w14:textId="77777777" w:rsidR="00446222" w:rsidRDefault="00000000">
            <w:pPr>
              <w:spacing w:after="0" w:line="252" w:lineRule="auto"/>
              <w:jc w:val="center"/>
            </w:pPr>
            <w:r>
              <w:rPr>
                <w:sz w:val="18"/>
              </w:rPr>
              <w:t>0</w:t>
            </w:r>
          </w:p>
        </w:tc>
        <w:tc>
          <w:tcPr>
            <w:tcW w:w="1587" w:type="dxa"/>
            <w:vAlign w:val="center"/>
          </w:tcPr>
          <w:p w14:paraId="7F1D1CEF" w14:textId="77777777" w:rsidR="00446222" w:rsidRDefault="00000000">
            <w:pPr>
              <w:spacing w:after="0" w:line="252" w:lineRule="auto"/>
              <w:jc w:val="center"/>
            </w:pPr>
            <w:r>
              <w:rPr>
                <w:sz w:val="18"/>
              </w:rPr>
              <w:t>0</w:t>
            </w:r>
          </w:p>
        </w:tc>
      </w:tr>
      <w:tr w:rsidR="00446222" w14:paraId="48956E8D" w14:textId="77777777">
        <w:trPr>
          <w:cantSplit/>
          <w:jc w:val="center"/>
        </w:trPr>
        <w:tc>
          <w:tcPr>
            <w:tcW w:w="850" w:type="dxa"/>
            <w:vAlign w:val="center"/>
          </w:tcPr>
          <w:p w14:paraId="6720AC46" w14:textId="77777777" w:rsidR="00446222" w:rsidRDefault="00000000">
            <w:pPr>
              <w:spacing w:after="0" w:line="252" w:lineRule="auto"/>
            </w:pPr>
            <w:r>
              <w:rPr>
                <w:sz w:val="18"/>
              </w:rPr>
              <w:t>1</w:t>
            </w:r>
          </w:p>
        </w:tc>
        <w:tc>
          <w:tcPr>
            <w:tcW w:w="3742" w:type="dxa"/>
            <w:vAlign w:val="center"/>
          </w:tcPr>
          <w:p w14:paraId="6B7DF582" w14:textId="77777777" w:rsidR="00446222" w:rsidRDefault="00000000">
            <w:pPr>
              <w:spacing w:after="0" w:line="252" w:lineRule="auto"/>
            </w:pPr>
            <w:r>
              <w:rPr>
                <w:sz w:val="18"/>
              </w:rPr>
              <w:t>&lt;1/month</w:t>
            </w:r>
          </w:p>
        </w:tc>
        <w:tc>
          <w:tcPr>
            <w:tcW w:w="1871" w:type="dxa"/>
            <w:vAlign w:val="center"/>
          </w:tcPr>
          <w:p w14:paraId="5A4074A3" w14:textId="77777777" w:rsidR="00446222" w:rsidRDefault="00000000">
            <w:pPr>
              <w:spacing w:after="0" w:line="252" w:lineRule="auto"/>
              <w:jc w:val="center"/>
            </w:pPr>
            <w:r>
              <w:rPr>
                <w:sz w:val="18"/>
              </w:rPr>
              <w:t>0.115385</w:t>
            </w:r>
          </w:p>
        </w:tc>
        <w:tc>
          <w:tcPr>
            <w:tcW w:w="1587" w:type="dxa"/>
            <w:vAlign w:val="center"/>
          </w:tcPr>
          <w:p w14:paraId="75C76728" w14:textId="77777777" w:rsidR="00446222" w:rsidRDefault="00000000">
            <w:pPr>
              <w:spacing w:after="0" w:line="252" w:lineRule="auto"/>
              <w:jc w:val="center"/>
            </w:pPr>
            <w:r>
              <w:rPr>
                <w:sz w:val="18"/>
              </w:rPr>
              <w:t>1</w:t>
            </w:r>
          </w:p>
        </w:tc>
        <w:tc>
          <w:tcPr>
            <w:tcW w:w="1587" w:type="dxa"/>
            <w:vAlign w:val="center"/>
          </w:tcPr>
          <w:p w14:paraId="7DCD507B" w14:textId="77777777" w:rsidR="00446222" w:rsidRDefault="00000000">
            <w:pPr>
              <w:spacing w:after="0" w:line="252" w:lineRule="auto"/>
              <w:jc w:val="center"/>
            </w:pPr>
            <w:r>
              <w:rPr>
                <w:sz w:val="18"/>
              </w:rPr>
              <w:t>1</w:t>
            </w:r>
          </w:p>
        </w:tc>
      </w:tr>
      <w:tr w:rsidR="00446222" w14:paraId="022E7DBA" w14:textId="77777777">
        <w:trPr>
          <w:cantSplit/>
          <w:jc w:val="center"/>
        </w:trPr>
        <w:tc>
          <w:tcPr>
            <w:tcW w:w="850" w:type="dxa"/>
            <w:vAlign w:val="center"/>
          </w:tcPr>
          <w:p w14:paraId="27BEF868" w14:textId="77777777" w:rsidR="00446222" w:rsidRDefault="00000000">
            <w:pPr>
              <w:spacing w:after="0" w:line="252" w:lineRule="auto"/>
            </w:pPr>
            <w:r>
              <w:rPr>
                <w:sz w:val="18"/>
              </w:rPr>
              <w:t>2</w:t>
            </w:r>
          </w:p>
        </w:tc>
        <w:tc>
          <w:tcPr>
            <w:tcW w:w="3742" w:type="dxa"/>
            <w:vAlign w:val="center"/>
          </w:tcPr>
          <w:p w14:paraId="644C77CF" w14:textId="3020C82B" w:rsidR="00446222" w:rsidRDefault="00000000">
            <w:pPr>
              <w:spacing w:after="0" w:line="252" w:lineRule="auto"/>
            </w:pPr>
            <w:r>
              <w:rPr>
                <w:sz w:val="18"/>
              </w:rPr>
              <w:t>1</w:t>
            </w:r>
            <w:r w:rsidR="00F84930">
              <w:rPr>
                <w:sz w:val="18"/>
              </w:rPr>
              <w:t>-</w:t>
            </w:r>
            <w:r>
              <w:rPr>
                <w:sz w:val="18"/>
              </w:rPr>
              <w:t>3/month</w:t>
            </w:r>
          </w:p>
        </w:tc>
        <w:tc>
          <w:tcPr>
            <w:tcW w:w="1871" w:type="dxa"/>
            <w:vAlign w:val="center"/>
          </w:tcPr>
          <w:p w14:paraId="649D2BB8" w14:textId="77777777" w:rsidR="00446222" w:rsidRDefault="00000000">
            <w:pPr>
              <w:spacing w:after="0" w:line="252" w:lineRule="auto"/>
              <w:jc w:val="center"/>
            </w:pPr>
            <w:r>
              <w:rPr>
                <w:sz w:val="18"/>
              </w:rPr>
              <w:t>0.461538</w:t>
            </w:r>
          </w:p>
        </w:tc>
        <w:tc>
          <w:tcPr>
            <w:tcW w:w="1587" w:type="dxa"/>
            <w:vAlign w:val="center"/>
          </w:tcPr>
          <w:p w14:paraId="7CA324C8" w14:textId="77777777" w:rsidR="00446222" w:rsidRDefault="00000000">
            <w:pPr>
              <w:spacing w:after="0" w:line="252" w:lineRule="auto"/>
              <w:jc w:val="center"/>
            </w:pPr>
            <w:r>
              <w:rPr>
                <w:sz w:val="18"/>
              </w:rPr>
              <w:t>2</w:t>
            </w:r>
          </w:p>
        </w:tc>
        <w:tc>
          <w:tcPr>
            <w:tcW w:w="1587" w:type="dxa"/>
            <w:vAlign w:val="center"/>
          </w:tcPr>
          <w:p w14:paraId="19C6FEED" w14:textId="77777777" w:rsidR="00446222" w:rsidRDefault="00000000">
            <w:pPr>
              <w:spacing w:after="0" w:line="252" w:lineRule="auto"/>
              <w:jc w:val="center"/>
            </w:pPr>
            <w:r>
              <w:rPr>
                <w:sz w:val="18"/>
              </w:rPr>
              <w:t>2</w:t>
            </w:r>
          </w:p>
        </w:tc>
      </w:tr>
      <w:tr w:rsidR="00446222" w14:paraId="74716A3B" w14:textId="77777777">
        <w:trPr>
          <w:cantSplit/>
          <w:jc w:val="center"/>
        </w:trPr>
        <w:tc>
          <w:tcPr>
            <w:tcW w:w="850" w:type="dxa"/>
            <w:vAlign w:val="center"/>
          </w:tcPr>
          <w:p w14:paraId="4C9A01D1" w14:textId="77777777" w:rsidR="00446222" w:rsidRDefault="00000000">
            <w:pPr>
              <w:spacing w:after="0" w:line="252" w:lineRule="auto"/>
            </w:pPr>
            <w:r>
              <w:rPr>
                <w:sz w:val="18"/>
              </w:rPr>
              <w:t>3</w:t>
            </w:r>
          </w:p>
        </w:tc>
        <w:tc>
          <w:tcPr>
            <w:tcW w:w="3742" w:type="dxa"/>
            <w:vAlign w:val="center"/>
          </w:tcPr>
          <w:p w14:paraId="4B448013" w14:textId="77777777" w:rsidR="00446222" w:rsidRDefault="00000000">
            <w:pPr>
              <w:spacing w:after="0" w:line="252" w:lineRule="auto"/>
            </w:pPr>
            <w:r>
              <w:rPr>
                <w:sz w:val="18"/>
              </w:rPr>
              <w:t>1/week</w:t>
            </w:r>
          </w:p>
        </w:tc>
        <w:tc>
          <w:tcPr>
            <w:tcW w:w="1871" w:type="dxa"/>
            <w:vAlign w:val="center"/>
          </w:tcPr>
          <w:p w14:paraId="1DF23EE2" w14:textId="77777777" w:rsidR="00446222" w:rsidRDefault="00000000">
            <w:pPr>
              <w:spacing w:after="0" w:line="252" w:lineRule="auto"/>
              <w:jc w:val="center"/>
            </w:pPr>
            <w:r>
              <w:rPr>
                <w:sz w:val="18"/>
              </w:rPr>
              <w:t>1</w:t>
            </w:r>
          </w:p>
        </w:tc>
        <w:tc>
          <w:tcPr>
            <w:tcW w:w="1587" w:type="dxa"/>
            <w:vAlign w:val="center"/>
          </w:tcPr>
          <w:p w14:paraId="71631FBE" w14:textId="77777777" w:rsidR="00446222" w:rsidRDefault="00000000">
            <w:pPr>
              <w:spacing w:after="0" w:line="252" w:lineRule="auto"/>
              <w:jc w:val="center"/>
            </w:pPr>
            <w:r>
              <w:rPr>
                <w:sz w:val="18"/>
              </w:rPr>
              <w:t>3</w:t>
            </w:r>
          </w:p>
        </w:tc>
        <w:tc>
          <w:tcPr>
            <w:tcW w:w="1587" w:type="dxa"/>
            <w:vAlign w:val="center"/>
          </w:tcPr>
          <w:p w14:paraId="02C5AC58" w14:textId="77777777" w:rsidR="00446222" w:rsidRDefault="00000000">
            <w:pPr>
              <w:spacing w:after="0" w:line="252" w:lineRule="auto"/>
              <w:jc w:val="center"/>
            </w:pPr>
            <w:r>
              <w:rPr>
                <w:sz w:val="18"/>
              </w:rPr>
              <w:t>3</w:t>
            </w:r>
          </w:p>
        </w:tc>
      </w:tr>
      <w:tr w:rsidR="00446222" w14:paraId="3E997F89" w14:textId="77777777">
        <w:trPr>
          <w:cantSplit/>
          <w:jc w:val="center"/>
        </w:trPr>
        <w:tc>
          <w:tcPr>
            <w:tcW w:w="850" w:type="dxa"/>
            <w:vAlign w:val="center"/>
          </w:tcPr>
          <w:p w14:paraId="3E055777" w14:textId="77777777" w:rsidR="00446222" w:rsidRDefault="00000000">
            <w:pPr>
              <w:spacing w:after="0" w:line="252" w:lineRule="auto"/>
            </w:pPr>
            <w:r>
              <w:rPr>
                <w:sz w:val="18"/>
              </w:rPr>
              <w:t>4</w:t>
            </w:r>
          </w:p>
        </w:tc>
        <w:tc>
          <w:tcPr>
            <w:tcW w:w="3742" w:type="dxa"/>
            <w:vAlign w:val="center"/>
          </w:tcPr>
          <w:p w14:paraId="6DF94E90" w14:textId="500A0963" w:rsidR="00446222" w:rsidRDefault="00000000">
            <w:pPr>
              <w:spacing w:after="0" w:line="252" w:lineRule="auto"/>
            </w:pPr>
            <w:r>
              <w:rPr>
                <w:sz w:val="18"/>
              </w:rPr>
              <w:t>2</w:t>
            </w:r>
            <w:r w:rsidR="00F84930">
              <w:rPr>
                <w:sz w:val="18"/>
              </w:rPr>
              <w:t>-</w:t>
            </w:r>
            <w:r>
              <w:rPr>
                <w:sz w:val="18"/>
              </w:rPr>
              <w:t>4/week</w:t>
            </w:r>
          </w:p>
        </w:tc>
        <w:tc>
          <w:tcPr>
            <w:tcW w:w="1871" w:type="dxa"/>
            <w:vAlign w:val="center"/>
          </w:tcPr>
          <w:p w14:paraId="1047DE74" w14:textId="77777777" w:rsidR="00446222" w:rsidRDefault="00000000">
            <w:pPr>
              <w:spacing w:after="0" w:line="252" w:lineRule="auto"/>
              <w:jc w:val="center"/>
            </w:pPr>
            <w:r>
              <w:rPr>
                <w:sz w:val="18"/>
              </w:rPr>
              <w:t>3</w:t>
            </w:r>
          </w:p>
        </w:tc>
        <w:tc>
          <w:tcPr>
            <w:tcW w:w="1587" w:type="dxa"/>
            <w:vAlign w:val="center"/>
          </w:tcPr>
          <w:p w14:paraId="302DD073" w14:textId="77777777" w:rsidR="00446222" w:rsidRDefault="00000000">
            <w:pPr>
              <w:spacing w:after="0" w:line="252" w:lineRule="auto"/>
              <w:jc w:val="center"/>
            </w:pPr>
            <w:r>
              <w:rPr>
                <w:sz w:val="18"/>
              </w:rPr>
              <w:t>4</w:t>
            </w:r>
          </w:p>
        </w:tc>
        <w:tc>
          <w:tcPr>
            <w:tcW w:w="1587" w:type="dxa"/>
            <w:vAlign w:val="center"/>
          </w:tcPr>
          <w:p w14:paraId="68A28A1E" w14:textId="77777777" w:rsidR="00446222" w:rsidRDefault="00000000">
            <w:pPr>
              <w:spacing w:after="0" w:line="252" w:lineRule="auto"/>
              <w:jc w:val="center"/>
            </w:pPr>
            <w:r>
              <w:rPr>
                <w:sz w:val="18"/>
              </w:rPr>
              <w:t>4</w:t>
            </w:r>
          </w:p>
        </w:tc>
      </w:tr>
      <w:tr w:rsidR="00446222" w14:paraId="21EA9E97" w14:textId="77777777">
        <w:trPr>
          <w:cantSplit/>
          <w:jc w:val="center"/>
        </w:trPr>
        <w:tc>
          <w:tcPr>
            <w:tcW w:w="850" w:type="dxa"/>
            <w:vAlign w:val="center"/>
          </w:tcPr>
          <w:p w14:paraId="21BE6E0F" w14:textId="77777777" w:rsidR="00446222" w:rsidRDefault="00000000">
            <w:pPr>
              <w:spacing w:after="0" w:line="252" w:lineRule="auto"/>
            </w:pPr>
            <w:r>
              <w:rPr>
                <w:sz w:val="18"/>
              </w:rPr>
              <w:t>5</w:t>
            </w:r>
          </w:p>
        </w:tc>
        <w:tc>
          <w:tcPr>
            <w:tcW w:w="3742" w:type="dxa"/>
            <w:vAlign w:val="center"/>
          </w:tcPr>
          <w:p w14:paraId="2190ED46" w14:textId="12A30026" w:rsidR="00446222" w:rsidRDefault="00000000">
            <w:pPr>
              <w:spacing w:after="0" w:line="252" w:lineRule="auto"/>
            </w:pPr>
            <w:r>
              <w:rPr>
                <w:sz w:val="18"/>
              </w:rPr>
              <w:t>5</w:t>
            </w:r>
            <w:r w:rsidR="00F84930">
              <w:rPr>
                <w:sz w:val="18"/>
              </w:rPr>
              <w:t>-</w:t>
            </w:r>
            <w:r>
              <w:rPr>
                <w:sz w:val="18"/>
              </w:rPr>
              <w:t>6/week</w:t>
            </w:r>
          </w:p>
        </w:tc>
        <w:tc>
          <w:tcPr>
            <w:tcW w:w="1871" w:type="dxa"/>
            <w:vAlign w:val="center"/>
          </w:tcPr>
          <w:p w14:paraId="4FEB5645" w14:textId="77777777" w:rsidR="00446222" w:rsidRDefault="00000000">
            <w:pPr>
              <w:spacing w:after="0" w:line="252" w:lineRule="auto"/>
              <w:jc w:val="center"/>
            </w:pPr>
            <w:r>
              <w:rPr>
                <w:sz w:val="18"/>
              </w:rPr>
              <w:t>5.5</w:t>
            </w:r>
          </w:p>
        </w:tc>
        <w:tc>
          <w:tcPr>
            <w:tcW w:w="1587" w:type="dxa"/>
            <w:vAlign w:val="center"/>
          </w:tcPr>
          <w:p w14:paraId="1259659E" w14:textId="77777777" w:rsidR="00446222" w:rsidRDefault="00000000">
            <w:pPr>
              <w:spacing w:after="0" w:line="252" w:lineRule="auto"/>
              <w:jc w:val="center"/>
            </w:pPr>
            <w:r>
              <w:rPr>
                <w:sz w:val="18"/>
              </w:rPr>
              <w:t>5</w:t>
            </w:r>
          </w:p>
        </w:tc>
        <w:tc>
          <w:tcPr>
            <w:tcW w:w="1587" w:type="dxa"/>
            <w:vAlign w:val="center"/>
          </w:tcPr>
          <w:p w14:paraId="0A9C1BFE" w14:textId="77777777" w:rsidR="00446222" w:rsidRDefault="00000000">
            <w:pPr>
              <w:spacing w:after="0" w:line="252" w:lineRule="auto"/>
              <w:jc w:val="center"/>
            </w:pPr>
            <w:r>
              <w:rPr>
                <w:sz w:val="18"/>
              </w:rPr>
              <w:t>5</w:t>
            </w:r>
          </w:p>
        </w:tc>
      </w:tr>
      <w:tr w:rsidR="00446222" w14:paraId="4785F567" w14:textId="77777777">
        <w:trPr>
          <w:cantSplit/>
          <w:jc w:val="center"/>
        </w:trPr>
        <w:tc>
          <w:tcPr>
            <w:tcW w:w="850" w:type="dxa"/>
            <w:vAlign w:val="center"/>
          </w:tcPr>
          <w:p w14:paraId="40D2CCFD" w14:textId="77777777" w:rsidR="00446222" w:rsidRDefault="00000000">
            <w:pPr>
              <w:spacing w:after="0" w:line="252" w:lineRule="auto"/>
            </w:pPr>
            <w:r>
              <w:rPr>
                <w:sz w:val="18"/>
              </w:rPr>
              <w:t>6</w:t>
            </w:r>
          </w:p>
        </w:tc>
        <w:tc>
          <w:tcPr>
            <w:tcW w:w="3742" w:type="dxa"/>
            <w:vAlign w:val="center"/>
          </w:tcPr>
          <w:p w14:paraId="720EE059" w14:textId="77777777" w:rsidR="00446222" w:rsidRDefault="00000000">
            <w:pPr>
              <w:spacing w:after="0" w:line="252" w:lineRule="auto"/>
            </w:pPr>
            <w:r>
              <w:rPr>
                <w:sz w:val="18"/>
              </w:rPr>
              <w:t>1/day</w:t>
            </w:r>
          </w:p>
        </w:tc>
        <w:tc>
          <w:tcPr>
            <w:tcW w:w="1871" w:type="dxa"/>
            <w:vAlign w:val="center"/>
          </w:tcPr>
          <w:p w14:paraId="3FC19963" w14:textId="77777777" w:rsidR="00446222" w:rsidRDefault="00000000">
            <w:pPr>
              <w:spacing w:after="0" w:line="252" w:lineRule="auto"/>
              <w:jc w:val="center"/>
            </w:pPr>
            <w:r>
              <w:rPr>
                <w:sz w:val="18"/>
              </w:rPr>
              <w:t>7</w:t>
            </w:r>
          </w:p>
        </w:tc>
        <w:tc>
          <w:tcPr>
            <w:tcW w:w="1587" w:type="dxa"/>
            <w:vAlign w:val="center"/>
          </w:tcPr>
          <w:p w14:paraId="012649C1" w14:textId="77777777" w:rsidR="00446222" w:rsidRDefault="00000000">
            <w:pPr>
              <w:spacing w:after="0" w:line="252" w:lineRule="auto"/>
              <w:jc w:val="center"/>
            </w:pPr>
            <w:r>
              <w:rPr>
                <w:sz w:val="18"/>
              </w:rPr>
              <w:t>6</w:t>
            </w:r>
          </w:p>
        </w:tc>
        <w:tc>
          <w:tcPr>
            <w:tcW w:w="1587" w:type="dxa"/>
            <w:vAlign w:val="center"/>
          </w:tcPr>
          <w:p w14:paraId="34E81BF9" w14:textId="77777777" w:rsidR="00446222" w:rsidRDefault="00000000">
            <w:pPr>
              <w:spacing w:after="0" w:line="252" w:lineRule="auto"/>
              <w:jc w:val="center"/>
            </w:pPr>
            <w:r>
              <w:rPr>
                <w:sz w:val="18"/>
              </w:rPr>
              <w:t>7</w:t>
            </w:r>
          </w:p>
        </w:tc>
      </w:tr>
      <w:tr w:rsidR="00446222" w14:paraId="74EF5C8D" w14:textId="77777777">
        <w:trPr>
          <w:cantSplit/>
          <w:jc w:val="center"/>
        </w:trPr>
        <w:tc>
          <w:tcPr>
            <w:tcW w:w="850" w:type="dxa"/>
            <w:vAlign w:val="center"/>
          </w:tcPr>
          <w:p w14:paraId="79243C81" w14:textId="77777777" w:rsidR="00446222" w:rsidRDefault="00000000">
            <w:pPr>
              <w:keepNext/>
              <w:spacing w:after="0" w:line="252" w:lineRule="auto"/>
            </w:pPr>
            <w:r>
              <w:rPr>
                <w:sz w:val="18"/>
              </w:rPr>
              <w:t>7</w:t>
            </w:r>
          </w:p>
        </w:tc>
        <w:tc>
          <w:tcPr>
            <w:tcW w:w="3742" w:type="dxa"/>
            <w:vAlign w:val="center"/>
          </w:tcPr>
          <w:p w14:paraId="7E321F6A" w14:textId="77777777" w:rsidR="00446222" w:rsidRDefault="00000000">
            <w:pPr>
              <w:keepNext/>
              <w:spacing w:after="0" w:line="252" w:lineRule="auto"/>
            </w:pPr>
            <w:r>
              <w:rPr>
                <w:sz w:val="18"/>
              </w:rPr>
              <w:t>2+/day</w:t>
            </w:r>
          </w:p>
        </w:tc>
        <w:tc>
          <w:tcPr>
            <w:tcW w:w="1871" w:type="dxa"/>
            <w:vAlign w:val="center"/>
          </w:tcPr>
          <w:p w14:paraId="63EC1DC4" w14:textId="77777777" w:rsidR="00446222" w:rsidRDefault="00000000">
            <w:pPr>
              <w:keepNext/>
              <w:spacing w:after="0" w:line="252" w:lineRule="auto"/>
              <w:jc w:val="center"/>
            </w:pPr>
            <w:r>
              <w:rPr>
                <w:sz w:val="18"/>
              </w:rPr>
              <w:t>14</w:t>
            </w:r>
          </w:p>
        </w:tc>
        <w:tc>
          <w:tcPr>
            <w:tcW w:w="1587" w:type="dxa"/>
            <w:vAlign w:val="center"/>
          </w:tcPr>
          <w:p w14:paraId="743ED692" w14:textId="77777777" w:rsidR="00446222" w:rsidRDefault="00000000">
            <w:pPr>
              <w:keepNext/>
              <w:spacing w:after="0" w:line="252" w:lineRule="auto"/>
              <w:jc w:val="center"/>
            </w:pPr>
            <w:r>
              <w:rPr>
                <w:sz w:val="18"/>
              </w:rPr>
              <w:t>7</w:t>
            </w:r>
          </w:p>
        </w:tc>
        <w:tc>
          <w:tcPr>
            <w:tcW w:w="1587" w:type="dxa"/>
            <w:vAlign w:val="center"/>
          </w:tcPr>
          <w:p w14:paraId="29BA8E3C" w14:textId="77777777" w:rsidR="00446222" w:rsidRDefault="00000000">
            <w:pPr>
              <w:keepNext/>
              <w:spacing w:after="0" w:line="252" w:lineRule="auto"/>
              <w:jc w:val="center"/>
            </w:pPr>
            <w:r>
              <w:rPr>
                <w:sz w:val="18"/>
              </w:rPr>
              <w:t>14</w:t>
            </w:r>
          </w:p>
        </w:tc>
      </w:tr>
    </w:tbl>
    <w:p w14:paraId="1DBE7560" w14:textId="27F2DE1E" w:rsidR="00446222" w:rsidRDefault="00000000">
      <w:pPr>
        <w:keepLines/>
        <w:spacing w:after="140" w:line="252" w:lineRule="auto"/>
      </w:pPr>
      <w:r>
        <w:rPr>
          <w:sz w:val="18"/>
        </w:rPr>
        <w:t>Primary assignments use 0.5/month for &lt;1/month, 2/month for 1</w:t>
      </w:r>
      <w:r w:rsidR="00F84930">
        <w:rPr>
          <w:sz w:val="18"/>
        </w:rPr>
        <w:t>-</w:t>
      </w:r>
      <w:r>
        <w:rPr>
          <w:sz w:val="18"/>
        </w:rPr>
        <w:t>3/month, closed-range midpoints, and 2/day for ≥2/day. Monthly frequencies were multiplied by 12/52 to obtain assigned weekly frequencies. The open-ended highest-category sensitivity assigns 3/day. Raw codes and the alternative multiplier vector (0, 1, 2, 3, 4, 5, 7, 14) are numerical sensitivity codings, not observed weekly rates.</w:t>
      </w:r>
    </w:p>
    <w:p w14:paraId="2EA9A9C9" w14:textId="77777777" w:rsidR="00446222" w:rsidRDefault="00000000">
      <w:pPr>
        <w:pStyle w:val="Caption"/>
        <w:keepNext/>
      </w:pPr>
      <w:r>
        <w:rPr>
          <w:b/>
        </w:rPr>
        <w:t>Portion-weight component of Table S4</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3742"/>
        <w:gridCol w:w="2948"/>
        <w:gridCol w:w="2948"/>
      </w:tblGrid>
      <w:tr w:rsidR="00446222" w14:paraId="5B7D09F2" w14:textId="77777777">
        <w:trPr>
          <w:cantSplit/>
          <w:tblHeader/>
          <w:jc w:val="center"/>
        </w:trPr>
        <w:tc>
          <w:tcPr>
            <w:tcW w:w="3742" w:type="dxa"/>
            <w:tcBorders>
              <w:bottom w:val="single" w:sz="4" w:space="0" w:color="auto"/>
            </w:tcBorders>
            <w:vAlign w:val="center"/>
          </w:tcPr>
          <w:p w14:paraId="3DE3498E" w14:textId="77777777" w:rsidR="00446222" w:rsidRDefault="00000000">
            <w:pPr>
              <w:keepNext/>
              <w:spacing w:after="0" w:line="252" w:lineRule="auto"/>
            </w:pPr>
            <w:r>
              <w:rPr>
                <w:b/>
                <w:sz w:val="19"/>
              </w:rPr>
              <w:t>Recorded portion</w:t>
            </w:r>
          </w:p>
        </w:tc>
        <w:tc>
          <w:tcPr>
            <w:tcW w:w="2948" w:type="dxa"/>
            <w:tcBorders>
              <w:bottom w:val="single" w:sz="4" w:space="0" w:color="auto"/>
            </w:tcBorders>
            <w:vAlign w:val="center"/>
          </w:tcPr>
          <w:p w14:paraId="538995A4" w14:textId="77777777" w:rsidR="00446222" w:rsidRDefault="00000000">
            <w:pPr>
              <w:keepNext/>
              <w:spacing w:after="0" w:line="252" w:lineRule="auto"/>
              <w:jc w:val="center"/>
            </w:pPr>
            <w:r>
              <w:rPr>
                <w:b/>
                <w:sz w:val="19"/>
              </w:rPr>
              <w:t>Numerical weight</w:t>
            </w:r>
          </w:p>
        </w:tc>
        <w:tc>
          <w:tcPr>
            <w:tcW w:w="2948" w:type="dxa"/>
            <w:tcBorders>
              <w:bottom w:val="single" w:sz="4" w:space="0" w:color="auto"/>
            </w:tcBorders>
            <w:vAlign w:val="center"/>
          </w:tcPr>
          <w:p w14:paraId="603E923D" w14:textId="77777777" w:rsidR="00446222" w:rsidRDefault="00000000">
            <w:pPr>
              <w:keepNext/>
              <w:spacing w:after="0" w:line="252" w:lineRule="auto"/>
              <w:jc w:val="center"/>
            </w:pPr>
            <w:r>
              <w:rPr>
                <w:b/>
                <w:sz w:val="19"/>
              </w:rPr>
              <w:t>Relative to Medium</w:t>
            </w:r>
          </w:p>
        </w:tc>
      </w:tr>
      <w:tr w:rsidR="00446222" w14:paraId="4BF5B64B" w14:textId="77777777">
        <w:trPr>
          <w:cantSplit/>
          <w:jc w:val="center"/>
        </w:trPr>
        <w:tc>
          <w:tcPr>
            <w:tcW w:w="3742" w:type="dxa"/>
            <w:vAlign w:val="center"/>
          </w:tcPr>
          <w:p w14:paraId="66F3764F" w14:textId="77777777" w:rsidR="00446222" w:rsidRDefault="00000000">
            <w:pPr>
              <w:spacing w:after="0" w:line="252" w:lineRule="auto"/>
            </w:pPr>
            <w:r>
              <w:rPr>
                <w:sz w:val="19"/>
              </w:rPr>
              <w:t>S</w:t>
            </w:r>
          </w:p>
        </w:tc>
        <w:tc>
          <w:tcPr>
            <w:tcW w:w="2948" w:type="dxa"/>
            <w:vAlign w:val="center"/>
          </w:tcPr>
          <w:p w14:paraId="250E9608" w14:textId="77777777" w:rsidR="00446222" w:rsidRDefault="00000000">
            <w:pPr>
              <w:spacing w:after="0" w:line="252" w:lineRule="auto"/>
              <w:jc w:val="center"/>
            </w:pPr>
            <w:r>
              <w:rPr>
                <w:sz w:val="19"/>
              </w:rPr>
              <w:t>50</w:t>
            </w:r>
          </w:p>
        </w:tc>
        <w:tc>
          <w:tcPr>
            <w:tcW w:w="2948" w:type="dxa"/>
            <w:vAlign w:val="center"/>
          </w:tcPr>
          <w:p w14:paraId="3B9E88DF" w14:textId="77777777" w:rsidR="00446222" w:rsidRDefault="00000000">
            <w:pPr>
              <w:spacing w:after="0" w:line="252" w:lineRule="auto"/>
              <w:jc w:val="center"/>
            </w:pPr>
            <w:r>
              <w:rPr>
                <w:sz w:val="19"/>
              </w:rPr>
              <w:t>0.5</w:t>
            </w:r>
          </w:p>
        </w:tc>
      </w:tr>
      <w:tr w:rsidR="00446222" w14:paraId="37DC232B" w14:textId="77777777">
        <w:trPr>
          <w:cantSplit/>
          <w:jc w:val="center"/>
        </w:trPr>
        <w:tc>
          <w:tcPr>
            <w:tcW w:w="3742" w:type="dxa"/>
            <w:vAlign w:val="center"/>
          </w:tcPr>
          <w:p w14:paraId="2C5F2893" w14:textId="77777777" w:rsidR="00446222" w:rsidRDefault="00000000">
            <w:pPr>
              <w:spacing w:after="0" w:line="252" w:lineRule="auto"/>
            </w:pPr>
            <w:r>
              <w:rPr>
                <w:sz w:val="19"/>
              </w:rPr>
              <w:t>M</w:t>
            </w:r>
          </w:p>
        </w:tc>
        <w:tc>
          <w:tcPr>
            <w:tcW w:w="2948" w:type="dxa"/>
            <w:vAlign w:val="center"/>
          </w:tcPr>
          <w:p w14:paraId="59A45443" w14:textId="77777777" w:rsidR="00446222" w:rsidRDefault="00000000">
            <w:pPr>
              <w:spacing w:after="0" w:line="252" w:lineRule="auto"/>
              <w:jc w:val="center"/>
            </w:pPr>
            <w:r>
              <w:rPr>
                <w:sz w:val="19"/>
              </w:rPr>
              <w:t>100</w:t>
            </w:r>
          </w:p>
        </w:tc>
        <w:tc>
          <w:tcPr>
            <w:tcW w:w="2948" w:type="dxa"/>
            <w:vAlign w:val="center"/>
          </w:tcPr>
          <w:p w14:paraId="10416569" w14:textId="77777777" w:rsidR="00446222" w:rsidRDefault="00000000">
            <w:pPr>
              <w:spacing w:after="0" w:line="252" w:lineRule="auto"/>
              <w:jc w:val="center"/>
            </w:pPr>
            <w:r>
              <w:rPr>
                <w:sz w:val="19"/>
              </w:rPr>
              <w:t>1</w:t>
            </w:r>
          </w:p>
        </w:tc>
      </w:tr>
      <w:tr w:rsidR="00446222" w14:paraId="78E7840D" w14:textId="77777777">
        <w:trPr>
          <w:cantSplit/>
          <w:jc w:val="center"/>
        </w:trPr>
        <w:tc>
          <w:tcPr>
            <w:tcW w:w="3742" w:type="dxa"/>
            <w:vAlign w:val="center"/>
          </w:tcPr>
          <w:p w14:paraId="133E010A" w14:textId="77777777" w:rsidR="00446222" w:rsidRDefault="00000000">
            <w:pPr>
              <w:keepNext/>
              <w:spacing w:after="0" w:line="252" w:lineRule="auto"/>
            </w:pPr>
            <w:r>
              <w:rPr>
                <w:sz w:val="19"/>
              </w:rPr>
              <w:t>L</w:t>
            </w:r>
          </w:p>
        </w:tc>
        <w:tc>
          <w:tcPr>
            <w:tcW w:w="2948" w:type="dxa"/>
            <w:vAlign w:val="center"/>
          </w:tcPr>
          <w:p w14:paraId="4CBA9CFF" w14:textId="77777777" w:rsidR="00446222" w:rsidRDefault="00000000">
            <w:pPr>
              <w:keepNext/>
              <w:spacing w:after="0" w:line="252" w:lineRule="auto"/>
              <w:jc w:val="center"/>
            </w:pPr>
            <w:r>
              <w:rPr>
                <w:sz w:val="19"/>
              </w:rPr>
              <w:t>150</w:t>
            </w:r>
          </w:p>
        </w:tc>
        <w:tc>
          <w:tcPr>
            <w:tcW w:w="2948" w:type="dxa"/>
            <w:vAlign w:val="center"/>
          </w:tcPr>
          <w:p w14:paraId="2E25BD9A" w14:textId="77777777" w:rsidR="00446222" w:rsidRDefault="00000000">
            <w:pPr>
              <w:keepNext/>
              <w:spacing w:after="0" w:line="252" w:lineRule="auto"/>
              <w:jc w:val="center"/>
            </w:pPr>
            <w:r>
              <w:rPr>
                <w:sz w:val="19"/>
              </w:rPr>
              <w:t>1.5</w:t>
            </w:r>
          </w:p>
        </w:tc>
      </w:tr>
    </w:tbl>
    <w:p w14:paraId="64C1CF05" w14:textId="77777777" w:rsidR="00446222" w:rsidRDefault="00000000" w:rsidP="0047469F">
      <w:pPr>
        <w:keepLines/>
        <w:spacing w:after="140" w:line="252" w:lineRule="auto"/>
        <w:jc w:val="both"/>
      </w:pPr>
      <w:r>
        <w:rPr>
          <w:sz w:val="18"/>
        </w:rPr>
        <w:t>S = Small, M = Medium and L = Large. The 0.5/1/1.5 relationship has precedent in FFQ methodology [13] but was not locally validated here. Food-specific physical reference weights were unavailable. Nutrient values per 100 g in the regional composition table are not serving-size definitions [14].</w:t>
      </w:r>
    </w:p>
    <w:p w14:paraId="7A2FED05" w14:textId="77777777" w:rsidR="00446222" w:rsidRDefault="00000000" w:rsidP="0047469F">
      <w:pPr>
        <w:jc w:val="both"/>
      </w:pPr>
      <w:r>
        <w:t>For example, frequency code 6 and a Small portion give 7 × 50 = 350 index units, or 3.5 assigned medium-reference units per week. Under the raw-code sensitivity, the same responses give 6 × 50 = 300. Both are assigned indices; neither estimates calibrated food mass or volume.</w:t>
      </w:r>
    </w:p>
    <w:p w14:paraId="1F9EF58D" w14:textId="77777777" w:rsidR="00446222" w:rsidRDefault="00000000">
      <w:pPr>
        <w:pStyle w:val="Heading1"/>
      </w:pPr>
      <w:r>
        <w:t>Participant characteristics</w:t>
      </w:r>
    </w:p>
    <w:p w14:paraId="303ED27A" w14:textId="77777777" w:rsidR="00446222" w:rsidRDefault="00000000">
      <w:pPr>
        <w:pStyle w:val="Caption"/>
        <w:keepNext/>
      </w:pPr>
      <w:r>
        <w:rPr>
          <w:b/>
        </w:rPr>
        <w:t>Table S5. Characteristics of all enrolled participants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2835"/>
        <w:gridCol w:w="2977"/>
        <w:gridCol w:w="2181"/>
        <w:gridCol w:w="1644"/>
      </w:tblGrid>
      <w:tr w:rsidR="00446222" w14:paraId="35F402BE" w14:textId="77777777" w:rsidTr="00F84930">
        <w:trPr>
          <w:cantSplit/>
          <w:tblHeader/>
          <w:jc w:val="center"/>
        </w:trPr>
        <w:tc>
          <w:tcPr>
            <w:tcW w:w="2835" w:type="dxa"/>
            <w:tcBorders>
              <w:bottom w:val="single" w:sz="4" w:space="0" w:color="auto"/>
            </w:tcBorders>
            <w:vAlign w:val="center"/>
          </w:tcPr>
          <w:p w14:paraId="751D6B42" w14:textId="77777777" w:rsidR="00446222" w:rsidRDefault="00000000">
            <w:pPr>
              <w:keepNext/>
              <w:spacing w:after="0" w:line="252" w:lineRule="auto"/>
            </w:pPr>
            <w:r>
              <w:rPr>
                <w:b/>
                <w:sz w:val="18"/>
              </w:rPr>
              <w:t>Characteristic</w:t>
            </w:r>
          </w:p>
        </w:tc>
        <w:tc>
          <w:tcPr>
            <w:tcW w:w="2977" w:type="dxa"/>
            <w:tcBorders>
              <w:bottom w:val="single" w:sz="4" w:space="0" w:color="auto"/>
            </w:tcBorders>
            <w:vAlign w:val="center"/>
          </w:tcPr>
          <w:p w14:paraId="04A8B41F" w14:textId="77777777" w:rsidR="00446222" w:rsidRDefault="00000000">
            <w:pPr>
              <w:keepNext/>
              <w:spacing w:after="0" w:line="252" w:lineRule="auto"/>
              <w:jc w:val="center"/>
            </w:pPr>
            <w:r>
              <w:rPr>
                <w:b/>
                <w:sz w:val="18"/>
              </w:rPr>
              <w:t>Controls</w:t>
            </w:r>
            <w:r>
              <w:rPr>
                <w:b/>
                <w:sz w:val="18"/>
              </w:rPr>
              <w:br/>
              <w:t>(n = 101)</w:t>
            </w:r>
          </w:p>
        </w:tc>
        <w:tc>
          <w:tcPr>
            <w:tcW w:w="2181" w:type="dxa"/>
            <w:tcBorders>
              <w:bottom w:val="single" w:sz="4" w:space="0" w:color="auto"/>
            </w:tcBorders>
            <w:vAlign w:val="center"/>
          </w:tcPr>
          <w:p w14:paraId="5712C760" w14:textId="77777777" w:rsidR="00446222" w:rsidRDefault="00000000">
            <w:pPr>
              <w:keepNext/>
              <w:spacing w:after="0" w:line="252" w:lineRule="auto"/>
              <w:jc w:val="center"/>
            </w:pPr>
            <w:r>
              <w:rPr>
                <w:b/>
                <w:sz w:val="18"/>
              </w:rPr>
              <w:t>Cases</w:t>
            </w:r>
            <w:r>
              <w:rPr>
                <w:b/>
                <w:sz w:val="18"/>
              </w:rPr>
              <w:br/>
              <w:t>(n = 70)</w:t>
            </w:r>
          </w:p>
        </w:tc>
        <w:tc>
          <w:tcPr>
            <w:tcW w:w="1644" w:type="dxa"/>
            <w:tcBorders>
              <w:bottom w:val="single" w:sz="4" w:space="0" w:color="auto"/>
            </w:tcBorders>
            <w:vAlign w:val="center"/>
          </w:tcPr>
          <w:p w14:paraId="06779DF9" w14:textId="77777777" w:rsidR="00446222" w:rsidRDefault="00000000">
            <w:pPr>
              <w:keepNext/>
              <w:spacing w:after="0" w:line="252" w:lineRule="auto"/>
              <w:jc w:val="center"/>
            </w:pPr>
            <w:r>
              <w:rPr>
                <w:b/>
                <w:sz w:val="18"/>
              </w:rPr>
              <w:t>Standardised</w:t>
            </w:r>
            <w:r>
              <w:rPr>
                <w:b/>
                <w:sz w:val="18"/>
              </w:rPr>
              <w:br/>
              <w:t>difference</w:t>
            </w:r>
          </w:p>
        </w:tc>
      </w:tr>
      <w:tr w:rsidR="00446222" w14:paraId="7B3050E1" w14:textId="77777777" w:rsidTr="00F84930">
        <w:trPr>
          <w:cantSplit/>
          <w:jc w:val="center"/>
        </w:trPr>
        <w:tc>
          <w:tcPr>
            <w:tcW w:w="2835" w:type="dxa"/>
            <w:vAlign w:val="center"/>
          </w:tcPr>
          <w:p w14:paraId="6D1A1015" w14:textId="77777777" w:rsidR="00446222" w:rsidRDefault="00000000">
            <w:pPr>
              <w:spacing w:after="0" w:line="252" w:lineRule="auto"/>
            </w:pPr>
            <w:r>
              <w:rPr>
                <w:sz w:val="18"/>
              </w:rPr>
              <w:t>Age (years), mean (SD)</w:t>
            </w:r>
          </w:p>
        </w:tc>
        <w:tc>
          <w:tcPr>
            <w:tcW w:w="2977" w:type="dxa"/>
            <w:vAlign w:val="center"/>
          </w:tcPr>
          <w:p w14:paraId="1BE7E666" w14:textId="77777777" w:rsidR="00446222" w:rsidRDefault="00000000">
            <w:pPr>
              <w:spacing w:after="0" w:line="252" w:lineRule="auto"/>
              <w:jc w:val="center"/>
            </w:pPr>
            <w:r>
              <w:rPr>
                <w:sz w:val="18"/>
              </w:rPr>
              <w:t>34.80 (10.67)</w:t>
            </w:r>
          </w:p>
        </w:tc>
        <w:tc>
          <w:tcPr>
            <w:tcW w:w="2181" w:type="dxa"/>
            <w:vAlign w:val="center"/>
          </w:tcPr>
          <w:p w14:paraId="2A7E98C5" w14:textId="77777777" w:rsidR="00446222" w:rsidRDefault="00000000">
            <w:pPr>
              <w:spacing w:after="0" w:line="252" w:lineRule="auto"/>
              <w:jc w:val="center"/>
            </w:pPr>
            <w:r>
              <w:rPr>
                <w:sz w:val="18"/>
              </w:rPr>
              <w:t>47.77 (12.29)</w:t>
            </w:r>
          </w:p>
        </w:tc>
        <w:tc>
          <w:tcPr>
            <w:tcW w:w="1644" w:type="dxa"/>
            <w:vAlign w:val="center"/>
          </w:tcPr>
          <w:p w14:paraId="55B77C81" w14:textId="77777777" w:rsidR="00446222" w:rsidRDefault="00000000">
            <w:pPr>
              <w:spacing w:after="0" w:line="252" w:lineRule="auto"/>
              <w:jc w:val="center"/>
            </w:pPr>
            <w:r>
              <w:rPr>
                <w:sz w:val="18"/>
              </w:rPr>
              <w:t>1.127</w:t>
            </w:r>
          </w:p>
        </w:tc>
      </w:tr>
      <w:tr w:rsidR="00446222" w14:paraId="24B3D9F4" w14:textId="77777777" w:rsidTr="00F84930">
        <w:trPr>
          <w:cantSplit/>
          <w:jc w:val="center"/>
        </w:trPr>
        <w:tc>
          <w:tcPr>
            <w:tcW w:w="2835" w:type="dxa"/>
            <w:vAlign w:val="center"/>
          </w:tcPr>
          <w:p w14:paraId="079BB6C9" w14:textId="53B83141" w:rsidR="00446222" w:rsidRDefault="00000000">
            <w:pPr>
              <w:spacing w:after="0" w:line="252" w:lineRule="auto"/>
            </w:pPr>
            <w:r>
              <w:rPr>
                <w:sz w:val="18"/>
              </w:rPr>
              <w:t>Age (years), median (Q1</w:t>
            </w:r>
            <w:r w:rsidR="00F84930">
              <w:rPr>
                <w:sz w:val="18"/>
              </w:rPr>
              <w:t>-</w:t>
            </w:r>
            <w:r>
              <w:rPr>
                <w:sz w:val="18"/>
              </w:rPr>
              <w:t>Q3)</w:t>
            </w:r>
          </w:p>
        </w:tc>
        <w:tc>
          <w:tcPr>
            <w:tcW w:w="2977" w:type="dxa"/>
            <w:vAlign w:val="center"/>
          </w:tcPr>
          <w:p w14:paraId="7BBFF7D6" w14:textId="341462F8" w:rsidR="00446222" w:rsidRDefault="00000000">
            <w:pPr>
              <w:spacing w:after="0" w:line="252" w:lineRule="auto"/>
              <w:jc w:val="center"/>
            </w:pPr>
            <w:r>
              <w:rPr>
                <w:sz w:val="18"/>
              </w:rPr>
              <w:t>34.0 (26.0</w:t>
            </w:r>
            <w:r w:rsidR="00F84930">
              <w:rPr>
                <w:sz w:val="18"/>
              </w:rPr>
              <w:t>-</w:t>
            </w:r>
            <w:r>
              <w:rPr>
                <w:sz w:val="18"/>
              </w:rPr>
              <w:t>41.0)</w:t>
            </w:r>
          </w:p>
        </w:tc>
        <w:tc>
          <w:tcPr>
            <w:tcW w:w="2181" w:type="dxa"/>
            <w:vAlign w:val="center"/>
          </w:tcPr>
          <w:p w14:paraId="0E93BD23" w14:textId="302D8EC9" w:rsidR="00446222" w:rsidRDefault="00000000">
            <w:pPr>
              <w:spacing w:after="0" w:line="252" w:lineRule="auto"/>
              <w:jc w:val="center"/>
            </w:pPr>
            <w:r>
              <w:rPr>
                <w:sz w:val="18"/>
              </w:rPr>
              <w:t>48.0 (39.0</w:t>
            </w:r>
            <w:r w:rsidR="00F84930">
              <w:rPr>
                <w:sz w:val="18"/>
              </w:rPr>
              <w:t>-</w:t>
            </w:r>
            <w:r>
              <w:rPr>
                <w:sz w:val="18"/>
              </w:rPr>
              <w:t>56.0)</w:t>
            </w:r>
          </w:p>
        </w:tc>
        <w:tc>
          <w:tcPr>
            <w:tcW w:w="1644" w:type="dxa"/>
            <w:vAlign w:val="center"/>
          </w:tcPr>
          <w:p w14:paraId="54CBACDF" w14:textId="349BA6D8" w:rsidR="00446222" w:rsidRDefault="00122507">
            <w:pPr>
              <w:spacing w:after="0" w:line="252" w:lineRule="auto"/>
              <w:jc w:val="center"/>
            </w:pPr>
            <w:r>
              <w:rPr>
                <w:sz w:val="18"/>
              </w:rPr>
              <w:t>--</w:t>
            </w:r>
            <w:r w:rsidR="00BC4976">
              <w:rPr>
                <w:sz w:val="18"/>
              </w:rPr>
              <w:t>-</w:t>
            </w:r>
          </w:p>
        </w:tc>
      </w:tr>
      <w:tr w:rsidR="00446222" w14:paraId="0563247D" w14:textId="77777777" w:rsidTr="00F84930">
        <w:trPr>
          <w:cantSplit/>
          <w:jc w:val="center"/>
        </w:trPr>
        <w:tc>
          <w:tcPr>
            <w:tcW w:w="2835" w:type="dxa"/>
            <w:vAlign w:val="center"/>
          </w:tcPr>
          <w:p w14:paraId="22BD318C" w14:textId="77777777" w:rsidR="00446222" w:rsidRDefault="00000000">
            <w:pPr>
              <w:spacing w:after="0" w:line="252" w:lineRule="auto"/>
            </w:pPr>
            <w:r>
              <w:rPr>
                <w:sz w:val="18"/>
              </w:rPr>
              <w:t>BMI (kg/m²), mean (SD)</w:t>
            </w:r>
          </w:p>
        </w:tc>
        <w:tc>
          <w:tcPr>
            <w:tcW w:w="2977" w:type="dxa"/>
            <w:vAlign w:val="center"/>
          </w:tcPr>
          <w:p w14:paraId="4F227B69" w14:textId="77777777" w:rsidR="00446222" w:rsidRDefault="00000000">
            <w:pPr>
              <w:spacing w:after="0" w:line="252" w:lineRule="auto"/>
              <w:jc w:val="center"/>
            </w:pPr>
            <w:r>
              <w:rPr>
                <w:sz w:val="18"/>
              </w:rPr>
              <w:t>24.82 (5.69)</w:t>
            </w:r>
          </w:p>
        </w:tc>
        <w:tc>
          <w:tcPr>
            <w:tcW w:w="2181" w:type="dxa"/>
            <w:vAlign w:val="center"/>
          </w:tcPr>
          <w:p w14:paraId="78E543C8" w14:textId="77777777" w:rsidR="00446222" w:rsidRDefault="00000000">
            <w:pPr>
              <w:spacing w:after="0" w:line="252" w:lineRule="auto"/>
              <w:jc w:val="center"/>
            </w:pPr>
            <w:r>
              <w:rPr>
                <w:sz w:val="18"/>
              </w:rPr>
              <w:t>24.19 (5.27)</w:t>
            </w:r>
          </w:p>
        </w:tc>
        <w:tc>
          <w:tcPr>
            <w:tcW w:w="1644" w:type="dxa"/>
            <w:vAlign w:val="center"/>
          </w:tcPr>
          <w:p w14:paraId="0E664B4B" w14:textId="77777777" w:rsidR="00446222" w:rsidRDefault="00000000">
            <w:pPr>
              <w:spacing w:after="0" w:line="252" w:lineRule="auto"/>
              <w:jc w:val="center"/>
            </w:pPr>
            <w:r>
              <w:rPr>
                <w:sz w:val="18"/>
              </w:rPr>
              <w:t>-0.115</w:t>
            </w:r>
          </w:p>
        </w:tc>
      </w:tr>
      <w:tr w:rsidR="00446222" w14:paraId="2E0DCB50" w14:textId="77777777" w:rsidTr="00F84930">
        <w:trPr>
          <w:cantSplit/>
          <w:jc w:val="center"/>
        </w:trPr>
        <w:tc>
          <w:tcPr>
            <w:tcW w:w="2835" w:type="dxa"/>
            <w:vAlign w:val="center"/>
          </w:tcPr>
          <w:p w14:paraId="477B7147" w14:textId="308C696D" w:rsidR="00446222" w:rsidRDefault="00000000">
            <w:pPr>
              <w:spacing w:after="0" w:line="252" w:lineRule="auto"/>
            </w:pPr>
            <w:r>
              <w:rPr>
                <w:sz w:val="18"/>
              </w:rPr>
              <w:t>BMI (kg/m²), median (Q1</w:t>
            </w:r>
            <w:r w:rsidR="00F84930">
              <w:rPr>
                <w:sz w:val="18"/>
              </w:rPr>
              <w:t>-</w:t>
            </w:r>
            <w:r>
              <w:rPr>
                <w:sz w:val="18"/>
              </w:rPr>
              <w:t>Q3)</w:t>
            </w:r>
          </w:p>
        </w:tc>
        <w:tc>
          <w:tcPr>
            <w:tcW w:w="2977" w:type="dxa"/>
            <w:vAlign w:val="center"/>
          </w:tcPr>
          <w:p w14:paraId="65B58E87" w14:textId="0120D515" w:rsidR="00446222" w:rsidRDefault="00000000">
            <w:pPr>
              <w:spacing w:after="0" w:line="252" w:lineRule="auto"/>
              <w:jc w:val="center"/>
            </w:pPr>
            <w:r>
              <w:rPr>
                <w:sz w:val="18"/>
              </w:rPr>
              <w:t>23.9 (20.6</w:t>
            </w:r>
            <w:r w:rsidR="00F84930">
              <w:rPr>
                <w:sz w:val="18"/>
              </w:rPr>
              <w:t>-</w:t>
            </w:r>
            <w:r>
              <w:rPr>
                <w:sz w:val="18"/>
              </w:rPr>
              <w:t>28.1)</w:t>
            </w:r>
          </w:p>
        </w:tc>
        <w:tc>
          <w:tcPr>
            <w:tcW w:w="2181" w:type="dxa"/>
            <w:vAlign w:val="center"/>
          </w:tcPr>
          <w:p w14:paraId="0129B3CD" w14:textId="70AF5494" w:rsidR="00446222" w:rsidRDefault="00000000">
            <w:pPr>
              <w:spacing w:after="0" w:line="252" w:lineRule="auto"/>
              <w:jc w:val="center"/>
            </w:pPr>
            <w:r>
              <w:rPr>
                <w:sz w:val="18"/>
              </w:rPr>
              <w:t>23.2 (19.8</w:t>
            </w:r>
            <w:r w:rsidR="00F84930">
              <w:rPr>
                <w:sz w:val="18"/>
              </w:rPr>
              <w:t>-</w:t>
            </w:r>
            <w:r>
              <w:rPr>
                <w:sz w:val="18"/>
              </w:rPr>
              <w:t>27.1)</w:t>
            </w:r>
          </w:p>
        </w:tc>
        <w:tc>
          <w:tcPr>
            <w:tcW w:w="1644" w:type="dxa"/>
            <w:vAlign w:val="center"/>
          </w:tcPr>
          <w:p w14:paraId="37E38262" w14:textId="7304BB25" w:rsidR="00446222" w:rsidRDefault="00BC4976">
            <w:pPr>
              <w:spacing w:after="0" w:line="252" w:lineRule="auto"/>
              <w:jc w:val="center"/>
            </w:pPr>
            <w:r>
              <w:rPr>
                <w:sz w:val="18"/>
              </w:rPr>
              <w:t>-</w:t>
            </w:r>
          </w:p>
        </w:tc>
      </w:tr>
      <w:tr w:rsidR="00446222" w14:paraId="4B810940" w14:textId="77777777" w:rsidTr="00F84930">
        <w:trPr>
          <w:cantSplit/>
          <w:jc w:val="center"/>
        </w:trPr>
        <w:tc>
          <w:tcPr>
            <w:tcW w:w="2835" w:type="dxa"/>
            <w:vAlign w:val="center"/>
          </w:tcPr>
          <w:p w14:paraId="623D759B" w14:textId="77777777" w:rsidR="00446222" w:rsidRDefault="00000000">
            <w:pPr>
              <w:spacing w:after="0" w:line="252" w:lineRule="auto"/>
            </w:pPr>
            <w:r>
              <w:rPr>
                <w:sz w:val="18"/>
              </w:rPr>
              <w:t>Weight (kg), mean (SD)</w:t>
            </w:r>
          </w:p>
        </w:tc>
        <w:tc>
          <w:tcPr>
            <w:tcW w:w="2977" w:type="dxa"/>
            <w:vAlign w:val="center"/>
          </w:tcPr>
          <w:p w14:paraId="6AD5A854" w14:textId="77777777" w:rsidR="00446222" w:rsidRDefault="00000000">
            <w:pPr>
              <w:spacing w:after="0" w:line="252" w:lineRule="auto"/>
              <w:jc w:val="center"/>
            </w:pPr>
            <w:r>
              <w:rPr>
                <w:sz w:val="18"/>
              </w:rPr>
              <w:t>69.52 (14.56)</w:t>
            </w:r>
          </w:p>
        </w:tc>
        <w:tc>
          <w:tcPr>
            <w:tcW w:w="2181" w:type="dxa"/>
            <w:vAlign w:val="center"/>
          </w:tcPr>
          <w:p w14:paraId="21A7835F" w14:textId="77777777" w:rsidR="00446222" w:rsidRDefault="00000000">
            <w:pPr>
              <w:spacing w:after="0" w:line="252" w:lineRule="auto"/>
              <w:jc w:val="center"/>
            </w:pPr>
            <w:r>
              <w:rPr>
                <w:sz w:val="18"/>
              </w:rPr>
              <w:t>66.99 (14.76)</w:t>
            </w:r>
          </w:p>
        </w:tc>
        <w:tc>
          <w:tcPr>
            <w:tcW w:w="1644" w:type="dxa"/>
            <w:vAlign w:val="center"/>
          </w:tcPr>
          <w:p w14:paraId="326799B8" w14:textId="77777777" w:rsidR="00446222" w:rsidRDefault="00000000">
            <w:pPr>
              <w:spacing w:after="0" w:line="252" w:lineRule="auto"/>
              <w:jc w:val="center"/>
            </w:pPr>
            <w:r>
              <w:rPr>
                <w:sz w:val="18"/>
              </w:rPr>
              <w:t>-0.173</w:t>
            </w:r>
          </w:p>
        </w:tc>
      </w:tr>
      <w:tr w:rsidR="00446222" w14:paraId="25516D92" w14:textId="77777777" w:rsidTr="00F84930">
        <w:trPr>
          <w:cantSplit/>
          <w:jc w:val="center"/>
        </w:trPr>
        <w:tc>
          <w:tcPr>
            <w:tcW w:w="2835" w:type="dxa"/>
            <w:vAlign w:val="center"/>
          </w:tcPr>
          <w:p w14:paraId="304CBB2F" w14:textId="1E2FD222" w:rsidR="00446222" w:rsidRDefault="00000000">
            <w:pPr>
              <w:spacing w:after="0" w:line="252" w:lineRule="auto"/>
            </w:pPr>
            <w:r>
              <w:rPr>
                <w:sz w:val="18"/>
              </w:rPr>
              <w:t>Weight (kg), median (Q1</w:t>
            </w:r>
            <w:r w:rsidR="00F84930">
              <w:rPr>
                <w:sz w:val="18"/>
              </w:rPr>
              <w:t>-</w:t>
            </w:r>
            <w:r>
              <w:rPr>
                <w:sz w:val="18"/>
              </w:rPr>
              <w:t>Q3)</w:t>
            </w:r>
          </w:p>
        </w:tc>
        <w:tc>
          <w:tcPr>
            <w:tcW w:w="2977" w:type="dxa"/>
            <w:vAlign w:val="center"/>
          </w:tcPr>
          <w:p w14:paraId="0AB5D93D" w14:textId="49ABB1C3" w:rsidR="00446222" w:rsidRDefault="00000000">
            <w:pPr>
              <w:spacing w:after="0" w:line="252" w:lineRule="auto"/>
              <w:jc w:val="center"/>
            </w:pPr>
            <w:r>
              <w:rPr>
                <w:sz w:val="18"/>
              </w:rPr>
              <w:t>70.0 (59.0</w:t>
            </w:r>
            <w:r w:rsidR="00F84930">
              <w:rPr>
                <w:sz w:val="18"/>
              </w:rPr>
              <w:t>-</w:t>
            </w:r>
            <w:r>
              <w:rPr>
                <w:sz w:val="18"/>
              </w:rPr>
              <w:t>81.0)</w:t>
            </w:r>
          </w:p>
        </w:tc>
        <w:tc>
          <w:tcPr>
            <w:tcW w:w="2181" w:type="dxa"/>
            <w:vAlign w:val="center"/>
          </w:tcPr>
          <w:p w14:paraId="7D5BA07E" w14:textId="61121B72" w:rsidR="00446222" w:rsidRDefault="00000000">
            <w:pPr>
              <w:spacing w:after="0" w:line="252" w:lineRule="auto"/>
              <w:jc w:val="center"/>
            </w:pPr>
            <w:r>
              <w:rPr>
                <w:sz w:val="18"/>
              </w:rPr>
              <w:t>63.0 (55.2</w:t>
            </w:r>
            <w:r w:rsidR="00F84930">
              <w:rPr>
                <w:sz w:val="18"/>
              </w:rPr>
              <w:t>-</w:t>
            </w:r>
            <w:r>
              <w:rPr>
                <w:sz w:val="18"/>
              </w:rPr>
              <w:t>79.0)</w:t>
            </w:r>
          </w:p>
        </w:tc>
        <w:tc>
          <w:tcPr>
            <w:tcW w:w="1644" w:type="dxa"/>
            <w:vAlign w:val="center"/>
          </w:tcPr>
          <w:p w14:paraId="3F290FD6" w14:textId="1E82E037" w:rsidR="00446222" w:rsidRDefault="00122507">
            <w:pPr>
              <w:spacing w:after="0" w:line="252" w:lineRule="auto"/>
              <w:jc w:val="center"/>
            </w:pPr>
            <w:r>
              <w:rPr>
                <w:sz w:val="18"/>
              </w:rPr>
              <w:t>--</w:t>
            </w:r>
            <w:r w:rsidR="00BC4976">
              <w:rPr>
                <w:sz w:val="18"/>
              </w:rPr>
              <w:t>-</w:t>
            </w:r>
          </w:p>
        </w:tc>
      </w:tr>
      <w:tr w:rsidR="00446222" w14:paraId="5950363C" w14:textId="77777777" w:rsidTr="00F84930">
        <w:trPr>
          <w:cantSplit/>
          <w:jc w:val="center"/>
        </w:trPr>
        <w:tc>
          <w:tcPr>
            <w:tcW w:w="2835" w:type="dxa"/>
            <w:vAlign w:val="center"/>
          </w:tcPr>
          <w:p w14:paraId="3FE531F0" w14:textId="77777777" w:rsidR="00446222" w:rsidRDefault="00000000">
            <w:pPr>
              <w:spacing w:after="0" w:line="252" w:lineRule="auto"/>
            </w:pPr>
            <w:r>
              <w:rPr>
                <w:sz w:val="18"/>
              </w:rPr>
              <w:t>Height (cm), mean (SD)</w:t>
            </w:r>
          </w:p>
        </w:tc>
        <w:tc>
          <w:tcPr>
            <w:tcW w:w="2977" w:type="dxa"/>
            <w:vAlign w:val="center"/>
          </w:tcPr>
          <w:p w14:paraId="56B98AFE" w14:textId="77777777" w:rsidR="00446222" w:rsidRDefault="00000000">
            <w:pPr>
              <w:spacing w:after="0" w:line="252" w:lineRule="auto"/>
              <w:jc w:val="center"/>
            </w:pPr>
            <w:r>
              <w:rPr>
                <w:sz w:val="18"/>
              </w:rPr>
              <w:t>167.87 (9.11)</w:t>
            </w:r>
          </w:p>
        </w:tc>
        <w:tc>
          <w:tcPr>
            <w:tcW w:w="2181" w:type="dxa"/>
            <w:vAlign w:val="center"/>
          </w:tcPr>
          <w:p w14:paraId="27162511" w14:textId="77777777" w:rsidR="00446222" w:rsidRDefault="00000000">
            <w:pPr>
              <w:spacing w:after="0" w:line="252" w:lineRule="auto"/>
              <w:jc w:val="center"/>
            </w:pPr>
            <w:r>
              <w:rPr>
                <w:sz w:val="18"/>
              </w:rPr>
              <w:t>166.63 (9.84)</w:t>
            </w:r>
          </w:p>
        </w:tc>
        <w:tc>
          <w:tcPr>
            <w:tcW w:w="1644" w:type="dxa"/>
            <w:vAlign w:val="center"/>
          </w:tcPr>
          <w:p w14:paraId="1798BB25" w14:textId="77777777" w:rsidR="00446222" w:rsidRDefault="00000000">
            <w:pPr>
              <w:spacing w:after="0" w:line="252" w:lineRule="auto"/>
              <w:jc w:val="center"/>
            </w:pPr>
            <w:r>
              <w:rPr>
                <w:sz w:val="18"/>
              </w:rPr>
              <w:t>-0.131</w:t>
            </w:r>
          </w:p>
        </w:tc>
      </w:tr>
      <w:tr w:rsidR="00446222" w14:paraId="33600E2E" w14:textId="77777777" w:rsidTr="00F84930">
        <w:trPr>
          <w:cantSplit/>
          <w:jc w:val="center"/>
        </w:trPr>
        <w:tc>
          <w:tcPr>
            <w:tcW w:w="2835" w:type="dxa"/>
            <w:vAlign w:val="center"/>
          </w:tcPr>
          <w:p w14:paraId="753D73AF" w14:textId="2B1F6D42" w:rsidR="00446222" w:rsidRDefault="00000000">
            <w:pPr>
              <w:spacing w:after="0" w:line="252" w:lineRule="auto"/>
            </w:pPr>
            <w:r>
              <w:rPr>
                <w:sz w:val="18"/>
              </w:rPr>
              <w:t>Height (cm), median (Q1</w:t>
            </w:r>
            <w:r w:rsidR="00F84930">
              <w:rPr>
                <w:sz w:val="18"/>
              </w:rPr>
              <w:t>-</w:t>
            </w:r>
            <w:r>
              <w:rPr>
                <w:sz w:val="18"/>
              </w:rPr>
              <w:t>Q3)</w:t>
            </w:r>
          </w:p>
        </w:tc>
        <w:tc>
          <w:tcPr>
            <w:tcW w:w="2977" w:type="dxa"/>
            <w:vAlign w:val="center"/>
          </w:tcPr>
          <w:p w14:paraId="518C0340" w14:textId="22775BA8" w:rsidR="00446222" w:rsidRDefault="00000000">
            <w:pPr>
              <w:spacing w:after="0" w:line="252" w:lineRule="auto"/>
              <w:jc w:val="center"/>
            </w:pPr>
            <w:r>
              <w:rPr>
                <w:sz w:val="18"/>
              </w:rPr>
              <w:t>168.0 (162.0</w:t>
            </w:r>
            <w:r w:rsidR="00F84930">
              <w:rPr>
                <w:sz w:val="18"/>
              </w:rPr>
              <w:t>-</w:t>
            </w:r>
            <w:r>
              <w:rPr>
                <w:sz w:val="18"/>
              </w:rPr>
              <w:t>174.0)</w:t>
            </w:r>
          </w:p>
        </w:tc>
        <w:tc>
          <w:tcPr>
            <w:tcW w:w="2181" w:type="dxa"/>
            <w:vAlign w:val="center"/>
          </w:tcPr>
          <w:p w14:paraId="03657FB3" w14:textId="5B77CEC7" w:rsidR="00446222" w:rsidRDefault="00000000">
            <w:pPr>
              <w:spacing w:after="0" w:line="252" w:lineRule="auto"/>
              <w:jc w:val="center"/>
            </w:pPr>
            <w:r>
              <w:rPr>
                <w:sz w:val="18"/>
              </w:rPr>
              <w:t>167.0 (159.0</w:t>
            </w:r>
            <w:r w:rsidR="00F84930">
              <w:rPr>
                <w:sz w:val="18"/>
              </w:rPr>
              <w:t>-</w:t>
            </w:r>
            <w:r>
              <w:rPr>
                <w:sz w:val="18"/>
              </w:rPr>
              <w:t>172.0)</w:t>
            </w:r>
          </w:p>
        </w:tc>
        <w:tc>
          <w:tcPr>
            <w:tcW w:w="1644" w:type="dxa"/>
            <w:vAlign w:val="center"/>
          </w:tcPr>
          <w:p w14:paraId="67E0BA82" w14:textId="256BAE39" w:rsidR="00446222" w:rsidRDefault="00122507">
            <w:pPr>
              <w:spacing w:after="0" w:line="252" w:lineRule="auto"/>
              <w:jc w:val="center"/>
            </w:pPr>
            <w:r>
              <w:rPr>
                <w:sz w:val="18"/>
              </w:rPr>
              <w:t>--</w:t>
            </w:r>
            <w:r w:rsidR="00BC4976">
              <w:rPr>
                <w:sz w:val="18"/>
              </w:rPr>
              <w:t>-</w:t>
            </w:r>
          </w:p>
        </w:tc>
      </w:tr>
      <w:tr w:rsidR="00446222" w14:paraId="59E7C8E7" w14:textId="77777777" w:rsidTr="00F84930">
        <w:trPr>
          <w:cantSplit/>
          <w:jc w:val="center"/>
        </w:trPr>
        <w:tc>
          <w:tcPr>
            <w:tcW w:w="2835" w:type="dxa"/>
            <w:vAlign w:val="center"/>
          </w:tcPr>
          <w:p w14:paraId="070CC558" w14:textId="77777777" w:rsidR="00446222" w:rsidRDefault="00000000">
            <w:pPr>
              <w:spacing w:after="0" w:line="252" w:lineRule="auto"/>
            </w:pPr>
            <w:r>
              <w:rPr>
                <w:sz w:val="18"/>
              </w:rPr>
              <w:t>Family history of breast cancer: yes</w:t>
            </w:r>
          </w:p>
        </w:tc>
        <w:tc>
          <w:tcPr>
            <w:tcW w:w="2977" w:type="dxa"/>
            <w:vAlign w:val="center"/>
          </w:tcPr>
          <w:p w14:paraId="0FFB7127" w14:textId="77777777" w:rsidR="00446222" w:rsidRDefault="00000000">
            <w:pPr>
              <w:spacing w:after="0" w:line="252" w:lineRule="auto"/>
              <w:jc w:val="center"/>
            </w:pPr>
            <w:r>
              <w:rPr>
                <w:sz w:val="18"/>
              </w:rPr>
              <w:t>13 (12.9)</w:t>
            </w:r>
          </w:p>
        </w:tc>
        <w:tc>
          <w:tcPr>
            <w:tcW w:w="2181" w:type="dxa"/>
            <w:vAlign w:val="center"/>
          </w:tcPr>
          <w:p w14:paraId="3C3090C7" w14:textId="77777777" w:rsidR="00446222" w:rsidRDefault="00000000">
            <w:pPr>
              <w:spacing w:after="0" w:line="252" w:lineRule="auto"/>
              <w:jc w:val="center"/>
            </w:pPr>
            <w:r>
              <w:rPr>
                <w:sz w:val="18"/>
              </w:rPr>
              <w:t>18 (25.7)</w:t>
            </w:r>
          </w:p>
        </w:tc>
        <w:tc>
          <w:tcPr>
            <w:tcW w:w="1644" w:type="dxa"/>
            <w:vAlign w:val="center"/>
          </w:tcPr>
          <w:p w14:paraId="2E2EF132" w14:textId="77777777" w:rsidR="00446222" w:rsidRDefault="00000000">
            <w:pPr>
              <w:spacing w:after="0" w:line="252" w:lineRule="auto"/>
              <w:jc w:val="center"/>
            </w:pPr>
            <w:r>
              <w:rPr>
                <w:sz w:val="18"/>
              </w:rPr>
              <w:t>0.330</w:t>
            </w:r>
          </w:p>
        </w:tc>
      </w:tr>
      <w:tr w:rsidR="00446222" w14:paraId="3F1C90E3" w14:textId="77777777" w:rsidTr="00F84930">
        <w:trPr>
          <w:cantSplit/>
          <w:jc w:val="center"/>
        </w:trPr>
        <w:tc>
          <w:tcPr>
            <w:tcW w:w="2835" w:type="dxa"/>
            <w:vAlign w:val="center"/>
          </w:tcPr>
          <w:p w14:paraId="2C133989" w14:textId="77777777" w:rsidR="00446222" w:rsidRDefault="00000000">
            <w:pPr>
              <w:spacing w:after="0" w:line="252" w:lineRule="auto"/>
            </w:pPr>
            <w:r>
              <w:rPr>
                <w:sz w:val="18"/>
              </w:rPr>
              <w:t>Post-menopausal</w:t>
            </w:r>
          </w:p>
        </w:tc>
        <w:tc>
          <w:tcPr>
            <w:tcW w:w="2977" w:type="dxa"/>
            <w:vAlign w:val="center"/>
          </w:tcPr>
          <w:p w14:paraId="7892FAA8" w14:textId="77777777" w:rsidR="00446222" w:rsidRDefault="00000000">
            <w:pPr>
              <w:spacing w:after="0" w:line="252" w:lineRule="auto"/>
              <w:jc w:val="center"/>
            </w:pPr>
            <w:r>
              <w:rPr>
                <w:sz w:val="18"/>
              </w:rPr>
              <w:t>19 (18.8)</w:t>
            </w:r>
          </w:p>
        </w:tc>
        <w:tc>
          <w:tcPr>
            <w:tcW w:w="2181" w:type="dxa"/>
            <w:vAlign w:val="center"/>
          </w:tcPr>
          <w:p w14:paraId="39A70095" w14:textId="77777777" w:rsidR="00446222" w:rsidRDefault="00000000">
            <w:pPr>
              <w:spacing w:after="0" w:line="252" w:lineRule="auto"/>
              <w:jc w:val="center"/>
            </w:pPr>
            <w:r>
              <w:rPr>
                <w:sz w:val="18"/>
              </w:rPr>
              <w:t>40 (57.1)</w:t>
            </w:r>
          </w:p>
        </w:tc>
        <w:tc>
          <w:tcPr>
            <w:tcW w:w="1644" w:type="dxa"/>
            <w:vAlign w:val="center"/>
          </w:tcPr>
          <w:p w14:paraId="56CE3037" w14:textId="77777777" w:rsidR="00446222" w:rsidRDefault="00000000">
            <w:pPr>
              <w:spacing w:after="0" w:line="252" w:lineRule="auto"/>
              <w:jc w:val="center"/>
            </w:pPr>
            <w:r>
              <w:rPr>
                <w:sz w:val="18"/>
              </w:rPr>
              <w:t>0.860</w:t>
            </w:r>
          </w:p>
        </w:tc>
      </w:tr>
      <w:tr w:rsidR="00446222" w14:paraId="1995A11B" w14:textId="77777777" w:rsidTr="00F84930">
        <w:trPr>
          <w:cantSplit/>
          <w:jc w:val="center"/>
        </w:trPr>
        <w:tc>
          <w:tcPr>
            <w:tcW w:w="2835" w:type="dxa"/>
            <w:vAlign w:val="center"/>
          </w:tcPr>
          <w:p w14:paraId="45EF2550" w14:textId="77777777" w:rsidR="00446222" w:rsidRDefault="00000000">
            <w:pPr>
              <w:spacing w:after="0" w:line="252" w:lineRule="auto"/>
            </w:pPr>
            <w:r>
              <w:rPr>
                <w:sz w:val="18"/>
              </w:rPr>
              <w:t>Rural residence</w:t>
            </w:r>
          </w:p>
        </w:tc>
        <w:tc>
          <w:tcPr>
            <w:tcW w:w="2977" w:type="dxa"/>
            <w:vAlign w:val="center"/>
          </w:tcPr>
          <w:p w14:paraId="02774788" w14:textId="77777777" w:rsidR="00446222" w:rsidRDefault="00000000">
            <w:pPr>
              <w:spacing w:after="0" w:line="252" w:lineRule="auto"/>
              <w:jc w:val="center"/>
            </w:pPr>
            <w:r>
              <w:rPr>
                <w:sz w:val="18"/>
              </w:rPr>
              <w:t>29 (28.7)</w:t>
            </w:r>
          </w:p>
        </w:tc>
        <w:tc>
          <w:tcPr>
            <w:tcW w:w="2181" w:type="dxa"/>
            <w:vAlign w:val="center"/>
          </w:tcPr>
          <w:p w14:paraId="34FFDB3D" w14:textId="77777777" w:rsidR="00446222" w:rsidRDefault="00000000">
            <w:pPr>
              <w:spacing w:after="0" w:line="252" w:lineRule="auto"/>
              <w:jc w:val="center"/>
            </w:pPr>
            <w:r>
              <w:rPr>
                <w:sz w:val="18"/>
              </w:rPr>
              <w:t>32 (45.7)</w:t>
            </w:r>
          </w:p>
        </w:tc>
        <w:tc>
          <w:tcPr>
            <w:tcW w:w="1644" w:type="dxa"/>
            <w:vAlign w:val="center"/>
          </w:tcPr>
          <w:p w14:paraId="568A7ACB" w14:textId="77777777" w:rsidR="00446222" w:rsidRDefault="00000000">
            <w:pPr>
              <w:spacing w:after="0" w:line="252" w:lineRule="auto"/>
              <w:jc w:val="center"/>
            </w:pPr>
            <w:r>
              <w:rPr>
                <w:sz w:val="18"/>
              </w:rPr>
              <w:t>0.357</w:t>
            </w:r>
          </w:p>
        </w:tc>
      </w:tr>
      <w:tr w:rsidR="00446222" w14:paraId="70DAA3FD" w14:textId="77777777" w:rsidTr="00F84930">
        <w:trPr>
          <w:cantSplit/>
          <w:jc w:val="center"/>
        </w:trPr>
        <w:tc>
          <w:tcPr>
            <w:tcW w:w="2835" w:type="dxa"/>
            <w:vAlign w:val="center"/>
          </w:tcPr>
          <w:p w14:paraId="1C5236BE" w14:textId="77777777" w:rsidR="00446222" w:rsidRDefault="00000000">
            <w:pPr>
              <w:spacing w:after="0" w:line="252" w:lineRule="auto"/>
            </w:pPr>
            <w:r>
              <w:rPr>
                <w:sz w:val="18"/>
              </w:rPr>
              <w:t>Recorded student occupation</w:t>
            </w:r>
          </w:p>
        </w:tc>
        <w:tc>
          <w:tcPr>
            <w:tcW w:w="2977" w:type="dxa"/>
            <w:vAlign w:val="center"/>
          </w:tcPr>
          <w:p w14:paraId="190AD7C4" w14:textId="77777777" w:rsidR="00446222" w:rsidRDefault="00000000">
            <w:pPr>
              <w:spacing w:after="0" w:line="252" w:lineRule="auto"/>
              <w:jc w:val="center"/>
            </w:pPr>
            <w:r>
              <w:rPr>
                <w:sz w:val="18"/>
              </w:rPr>
              <w:t>29 (28.7)</w:t>
            </w:r>
          </w:p>
        </w:tc>
        <w:tc>
          <w:tcPr>
            <w:tcW w:w="2181" w:type="dxa"/>
            <w:vAlign w:val="center"/>
          </w:tcPr>
          <w:p w14:paraId="50042B48" w14:textId="77777777" w:rsidR="00446222" w:rsidRDefault="00000000">
            <w:pPr>
              <w:spacing w:after="0" w:line="252" w:lineRule="auto"/>
              <w:jc w:val="center"/>
            </w:pPr>
            <w:r>
              <w:rPr>
                <w:sz w:val="18"/>
              </w:rPr>
              <w:t>7 (10.0)</w:t>
            </w:r>
          </w:p>
        </w:tc>
        <w:tc>
          <w:tcPr>
            <w:tcW w:w="1644" w:type="dxa"/>
            <w:vAlign w:val="center"/>
          </w:tcPr>
          <w:p w14:paraId="4AFD4205" w14:textId="77777777" w:rsidR="00446222" w:rsidRDefault="00000000">
            <w:pPr>
              <w:spacing w:after="0" w:line="252" w:lineRule="auto"/>
              <w:jc w:val="center"/>
            </w:pPr>
            <w:r>
              <w:rPr>
                <w:sz w:val="18"/>
              </w:rPr>
              <w:t>-0.488</w:t>
            </w:r>
          </w:p>
        </w:tc>
      </w:tr>
      <w:tr w:rsidR="00446222" w14:paraId="076B0125" w14:textId="77777777" w:rsidTr="00F84930">
        <w:trPr>
          <w:cantSplit/>
          <w:jc w:val="center"/>
        </w:trPr>
        <w:tc>
          <w:tcPr>
            <w:tcW w:w="2835" w:type="dxa"/>
            <w:vAlign w:val="center"/>
          </w:tcPr>
          <w:p w14:paraId="0ED20983" w14:textId="77777777" w:rsidR="00446222" w:rsidRDefault="00000000">
            <w:pPr>
              <w:spacing w:after="0" w:line="252" w:lineRule="auto"/>
            </w:pPr>
            <w:r>
              <w:rPr>
                <w:sz w:val="18"/>
              </w:rPr>
              <w:t>Education: primary</w:t>
            </w:r>
          </w:p>
        </w:tc>
        <w:tc>
          <w:tcPr>
            <w:tcW w:w="2977" w:type="dxa"/>
            <w:vAlign w:val="center"/>
          </w:tcPr>
          <w:p w14:paraId="2AC3AFF2" w14:textId="77777777" w:rsidR="00446222" w:rsidRDefault="00000000">
            <w:pPr>
              <w:spacing w:after="0" w:line="252" w:lineRule="auto"/>
              <w:jc w:val="center"/>
            </w:pPr>
            <w:r>
              <w:rPr>
                <w:sz w:val="18"/>
              </w:rPr>
              <w:t>1 (1.0)</w:t>
            </w:r>
          </w:p>
        </w:tc>
        <w:tc>
          <w:tcPr>
            <w:tcW w:w="2181" w:type="dxa"/>
            <w:vAlign w:val="center"/>
          </w:tcPr>
          <w:p w14:paraId="3041AA16" w14:textId="77777777" w:rsidR="00446222" w:rsidRDefault="00000000">
            <w:pPr>
              <w:spacing w:after="0" w:line="252" w:lineRule="auto"/>
              <w:jc w:val="center"/>
            </w:pPr>
            <w:r>
              <w:rPr>
                <w:sz w:val="18"/>
              </w:rPr>
              <w:t>1 (1.4)</w:t>
            </w:r>
          </w:p>
        </w:tc>
        <w:tc>
          <w:tcPr>
            <w:tcW w:w="1644" w:type="dxa"/>
            <w:vAlign w:val="center"/>
          </w:tcPr>
          <w:p w14:paraId="6226D94B" w14:textId="77777777" w:rsidR="00446222" w:rsidRDefault="00000000">
            <w:pPr>
              <w:spacing w:after="0" w:line="252" w:lineRule="auto"/>
              <w:jc w:val="center"/>
            </w:pPr>
            <w:r>
              <w:rPr>
                <w:sz w:val="18"/>
              </w:rPr>
              <w:t>0.040</w:t>
            </w:r>
          </w:p>
        </w:tc>
      </w:tr>
      <w:tr w:rsidR="00446222" w14:paraId="45EC1E15" w14:textId="77777777" w:rsidTr="00F84930">
        <w:trPr>
          <w:cantSplit/>
          <w:jc w:val="center"/>
        </w:trPr>
        <w:tc>
          <w:tcPr>
            <w:tcW w:w="2835" w:type="dxa"/>
            <w:vAlign w:val="center"/>
          </w:tcPr>
          <w:p w14:paraId="2F179553" w14:textId="77777777" w:rsidR="00446222" w:rsidRDefault="00000000">
            <w:pPr>
              <w:spacing w:after="0" w:line="252" w:lineRule="auto"/>
            </w:pPr>
            <w:r>
              <w:rPr>
                <w:sz w:val="18"/>
              </w:rPr>
              <w:t>Education: secondary</w:t>
            </w:r>
          </w:p>
        </w:tc>
        <w:tc>
          <w:tcPr>
            <w:tcW w:w="2977" w:type="dxa"/>
            <w:vAlign w:val="center"/>
          </w:tcPr>
          <w:p w14:paraId="36C8636D" w14:textId="77777777" w:rsidR="00446222" w:rsidRDefault="00000000">
            <w:pPr>
              <w:spacing w:after="0" w:line="252" w:lineRule="auto"/>
              <w:jc w:val="center"/>
            </w:pPr>
            <w:r>
              <w:rPr>
                <w:sz w:val="18"/>
              </w:rPr>
              <w:t>16 (15.8)</w:t>
            </w:r>
          </w:p>
        </w:tc>
        <w:tc>
          <w:tcPr>
            <w:tcW w:w="2181" w:type="dxa"/>
            <w:vAlign w:val="center"/>
          </w:tcPr>
          <w:p w14:paraId="409B1102" w14:textId="77777777" w:rsidR="00446222" w:rsidRDefault="00000000">
            <w:pPr>
              <w:spacing w:after="0" w:line="252" w:lineRule="auto"/>
              <w:jc w:val="center"/>
            </w:pPr>
            <w:r>
              <w:rPr>
                <w:sz w:val="18"/>
              </w:rPr>
              <w:t>11 (15.7)</w:t>
            </w:r>
          </w:p>
        </w:tc>
        <w:tc>
          <w:tcPr>
            <w:tcW w:w="1644" w:type="dxa"/>
            <w:vAlign w:val="center"/>
          </w:tcPr>
          <w:p w14:paraId="17E84D59" w14:textId="77777777" w:rsidR="00446222" w:rsidRDefault="00000000">
            <w:pPr>
              <w:spacing w:after="0" w:line="252" w:lineRule="auto"/>
              <w:jc w:val="center"/>
            </w:pPr>
            <w:r>
              <w:rPr>
                <w:sz w:val="18"/>
              </w:rPr>
              <w:t>-0.003</w:t>
            </w:r>
          </w:p>
        </w:tc>
      </w:tr>
      <w:tr w:rsidR="00446222" w14:paraId="5403B496" w14:textId="77777777" w:rsidTr="00F84930">
        <w:trPr>
          <w:cantSplit/>
          <w:jc w:val="center"/>
        </w:trPr>
        <w:tc>
          <w:tcPr>
            <w:tcW w:w="2835" w:type="dxa"/>
            <w:vAlign w:val="center"/>
          </w:tcPr>
          <w:p w14:paraId="0E4AE1CD" w14:textId="77777777" w:rsidR="00446222" w:rsidRDefault="00000000">
            <w:pPr>
              <w:keepNext/>
              <w:spacing w:after="0" w:line="252" w:lineRule="auto"/>
            </w:pPr>
            <w:r>
              <w:rPr>
                <w:sz w:val="18"/>
              </w:rPr>
              <w:lastRenderedPageBreak/>
              <w:t>Education: tertiary</w:t>
            </w:r>
          </w:p>
        </w:tc>
        <w:tc>
          <w:tcPr>
            <w:tcW w:w="2977" w:type="dxa"/>
            <w:vAlign w:val="center"/>
          </w:tcPr>
          <w:p w14:paraId="69C5249A" w14:textId="77777777" w:rsidR="00446222" w:rsidRDefault="00000000">
            <w:pPr>
              <w:keepNext/>
              <w:spacing w:after="0" w:line="252" w:lineRule="auto"/>
              <w:jc w:val="center"/>
            </w:pPr>
            <w:r>
              <w:rPr>
                <w:sz w:val="18"/>
              </w:rPr>
              <w:t>84 (83.2)</w:t>
            </w:r>
          </w:p>
        </w:tc>
        <w:tc>
          <w:tcPr>
            <w:tcW w:w="2181" w:type="dxa"/>
            <w:vAlign w:val="center"/>
          </w:tcPr>
          <w:p w14:paraId="4B1A0B73" w14:textId="77777777" w:rsidR="00446222" w:rsidRDefault="00000000">
            <w:pPr>
              <w:keepNext/>
              <w:spacing w:after="0" w:line="252" w:lineRule="auto"/>
              <w:jc w:val="center"/>
            </w:pPr>
            <w:r>
              <w:rPr>
                <w:sz w:val="18"/>
              </w:rPr>
              <w:t>58 (82.9)</w:t>
            </w:r>
          </w:p>
        </w:tc>
        <w:tc>
          <w:tcPr>
            <w:tcW w:w="1644" w:type="dxa"/>
            <w:vAlign w:val="center"/>
          </w:tcPr>
          <w:p w14:paraId="41361D02" w14:textId="77777777" w:rsidR="00446222" w:rsidRDefault="00000000">
            <w:pPr>
              <w:keepNext/>
              <w:spacing w:after="0" w:line="252" w:lineRule="auto"/>
              <w:jc w:val="center"/>
            </w:pPr>
            <w:r>
              <w:rPr>
                <w:sz w:val="18"/>
              </w:rPr>
              <w:t>-0.008</w:t>
            </w:r>
          </w:p>
        </w:tc>
      </w:tr>
    </w:tbl>
    <w:p w14:paraId="2D33B6AF" w14:textId="1315A7EA" w:rsidR="00446222" w:rsidRDefault="00000000" w:rsidP="0047469F">
      <w:pPr>
        <w:keepLines/>
        <w:spacing w:after="140" w:line="252" w:lineRule="auto"/>
        <w:jc w:val="both"/>
      </w:pPr>
      <w:r>
        <w:rPr>
          <w:sz w:val="18"/>
        </w:rPr>
        <w:t>Values are mean (SD), median (Q1</w:t>
      </w:r>
      <w:r w:rsidR="00BC4976">
        <w:rPr>
          <w:sz w:val="18"/>
        </w:rPr>
        <w:t>-</w:t>
      </w:r>
      <w:r>
        <w:rPr>
          <w:sz w:val="18"/>
        </w:rPr>
        <w:t>Q3) or n (%) as labelled. Standardised differences are cases minus controls and are not hypothesis tests. For continuous variables, the denominator is the square root of the mean of the two group variances; binary-category differences use the analogous proportion-based denominator. All displayed fields were available. Student status identifies recorded occupation, not an individually verified recruitment route.</w:t>
      </w:r>
    </w:p>
    <w:p w14:paraId="38E4EF05" w14:textId="77777777" w:rsidR="00446222" w:rsidRDefault="00000000">
      <w:pPr>
        <w:pStyle w:val="Caption"/>
        <w:keepNext/>
      </w:pPr>
      <w:r>
        <w:rPr>
          <w:b/>
        </w:rPr>
        <w:t>Table S6. Characteristics of participants aged 23 and above</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3119"/>
        <w:gridCol w:w="3060"/>
        <w:gridCol w:w="1814"/>
        <w:gridCol w:w="1644"/>
      </w:tblGrid>
      <w:tr w:rsidR="00446222" w14:paraId="5937AB12" w14:textId="77777777" w:rsidTr="00BC4976">
        <w:trPr>
          <w:cantSplit/>
          <w:tblHeader/>
          <w:jc w:val="center"/>
        </w:trPr>
        <w:tc>
          <w:tcPr>
            <w:tcW w:w="3119" w:type="dxa"/>
            <w:tcBorders>
              <w:bottom w:val="single" w:sz="4" w:space="0" w:color="auto"/>
            </w:tcBorders>
            <w:vAlign w:val="center"/>
          </w:tcPr>
          <w:p w14:paraId="41B258CD" w14:textId="77777777" w:rsidR="00446222" w:rsidRDefault="00000000">
            <w:pPr>
              <w:keepNext/>
              <w:spacing w:after="0" w:line="252" w:lineRule="auto"/>
            </w:pPr>
            <w:r>
              <w:rPr>
                <w:b/>
                <w:sz w:val="18"/>
              </w:rPr>
              <w:t>Characteristic</w:t>
            </w:r>
          </w:p>
        </w:tc>
        <w:tc>
          <w:tcPr>
            <w:tcW w:w="3060" w:type="dxa"/>
            <w:tcBorders>
              <w:bottom w:val="single" w:sz="4" w:space="0" w:color="auto"/>
            </w:tcBorders>
            <w:vAlign w:val="center"/>
          </w:tcPr>
          <w:p w14:paraId="72057CF9" w14:textId="77777777" w:rsidR="00446222" w:rsidRDefault="00000000">
            <w:pPr>
              <w:keepNext/>
              <w:spacing w:after="0" w:line="252" w:lineRule="auto"/>
              <w:jc w:val="center"/>
            </w:pPr>
            <w:r>
              <w:rPr>
                <w:b/>
                <w:sz w:val="18"/>
              </w:rPr>
              <w:t>Controls</w:t>
            </w:r>
            <w:r>
              <w:rPr>
                <w:b/>
                <w:sz w:val="18"/>
              </w:rPr>
              <w:br/>
              <w:t>(n = 87)</w:t>
            </w:r>
          </w:p>
        </w:tc>
        <w:tc>
          <w:tcPr>
            <w:tcW w:w="1814" w:type="dxa"/>
            <w:tcBorders>
              <w:bottom w:val="single" w:sz="4" w:space="0" w:color="auto"/>
            </w:tcBorders>
            <w:vAlign w:val="center"/>
          </w:tcPr>
          <w:p w14:paraId="579847C1" w14:textId="77777777" w:rsidR="00446222" w:rsidRDefault="00000000">
            <w:pPr>
              <w:keepNext/>
              <w:spacing w:after="0" w:line="252" w:lineRule="auto"/>
              <w:jc w:val="center"/>
            </w:pPr>
            <w:r>
              <w:rPr>
                <w:b/>
                <w:sz w:val="18"/>
              </w:rPr>
              <w:t>Cases</w:t>
            </w:r>
            <w:r>
              <w:rPr>
                <w:b/>
                <w:sz w:val="18"/>
              </w:rPr>
              <w:br/>
              <w:t>(n = 70)</w:t>
            </w:r>
          </w:p>
        </w:tc>
        <w:tc>
          <w:tcPr>
            <w:tcW w:w="1644" w:type="dxa"/>
            <w:tcBorders>
              <w:bottom w:val="single" w:sz="4" w:space="0" w:color="auto"/>
            </w:tcBorders>
            <w:vAlign w:val="center"/>
          </w:tcPr>
          <w:p w14:paraId="08059527" w14:textId="77777777" w:rsidR="00446222" w:rsidRDefault="00000000">
            <w:pPr>
              <w:keepNext/>
              <w:spacing w:after="0" w:line="252" w:lineRule="auto"/>
              <w:jc w:val="center"/>
            </w:pPr>
            <w:r>
              <w:rPr>
                <w:b/>
                <w:sz w:val="18"/>
              </w:rPr>
              <w:t>Standardised</w:t>
            </w:r>
            <w:r>
              <w:rPr>
                <w:b/>
                <w:sz w:val="18"/>
              </w:rPr>
              <w:br/>
              <w:t>difference</w:t>
            </w:r>
          </w:p>
        </w:tc>
      </w:tr>
      <w:tr w:rsidR="00446222" w14:paraId="25755899" w14:textId="77777777" w:rsidTr="00BC4976">
        <w:trPr>
          <w:cantSplit/>
          <w:jc w:val="center"/>
        </w:trPr>
        <w:tc>
          <w:tcPr>
            <w:tcW w:w="3119" w:type="dxa"/>
            <w:vAlign w:val="center"/>
          </w:tcPr>
          <w:p w14:paraId="47AAAA54" w14:textId="77777777" w:rsidR="00446222" w:rsidRDefault="00000000">
            <w:pPr>
              <w:spacing w:after="0" w:line="252" w:lineRule="auto"/>
            </w:pPr>
            <w:r>
              <w:rPr>
                <w:sz w:val="18"/>
              </w:rPr>
              <w:t>Age (years), mean (SD)</w:t>
            </w:r>
          </w:p>
        </w:tc>
        <w:tc>
          <w:tcPr>
            <w:tcW w:w="3060" w:type="dxa"/>
            <w:vAlign w:val="center"/>
          </w:tcPr>
          <w:p w14:paraId="79553BB8" w14:textId="77777777" w:rsidR="00446222" w:rsidRDefault="00000000">
            <w:pPr>
              <w:spacing w:after="0" w:line="252" w:lineRule="auto"/>
              <w:jc w:val="center"/>
            </w:pPr>
            <w:r>
              <w:rPr>
                <w:sz w:val="18"/>
              </w:rPr>
              <w:t>37.07 (9.73)</w:t>
            </w:r>
          </w:p>
        </w:tc>
        <w:tc>
          <w:tcPr>
            <w:tcW w:w="1814" w:type="dxa"/>
            <w:vAlign w:val="center"/>
          </w:tcPr>
          <w:p w14:paraId="55E0EE90" w14:textId="77777777" w:rsidR="00446222" w:rsidRDefault="00000000">
            <w:pPr>
              <w:spacing w:after="0" w:line="252" w:lineRule="auto"/>
              <w:jc w:val="center"/>
            </w:pPr>
            <w:r>
              <w:rPr>
                <w:sz w:val="18"/>
              </w:rPr>
              <w:t>47.77 (12.29)</w:t>
            </w:r>
          </w:p>
        </w:tc>
        <w:tc>
          <w:tcPr>
            <w:tcW w:w="1644" w:type="dxa"/>
            <w:vAlign w:val="center"/>
          </w:tcPr>
          <w:p w14:paraId="312CF9BB" w14:textId="77777777" w:rsidR="00446222" w:rsidRDefault="00000000">
            <w:pPr>
              <w:spacing w:after="0" w:line="252" w:lineRule="auto"/>
              <w:jc w:val="center"/>
            </w:pPr>
            <w:r>
              <w:rPr>
                <w:sz w:val="18"/>
              </w:rPr>
              <w:t>0.965</w:t>
            </w:r>
          </w:p>
        </w:tc>
      </w:tr>
      <w:tr w:rsidR="00446222" w14:paraId="06330C6A" w14:textId="77777777" w:rsidTr="00BC4976">
        <w:trPr>
          <w:cantSplit/>
          <w:jc w:val="center"/>
        </w:trPr>
        <w:tc>
          <w:tcPr>
            <w:tcW w:w="3119" w:type="dxa"/>
            <w:vAlign w:val="center"/>
          </w:tcPr>
          <w:p w14:paraId="21D49B02" w14:textId="58921EBE" w:rsidR="00446222" w:rsidRDefault="00000000">
            <w:pPr>
              <w:spacing w:after="0" w:line="252" w:lineRule="auto"/>
            </w:pPr>
            <w:r>
              <w:rPr>
                <w:sz w:val="18"/>
              </w:rPr>
              <w:t>Age (years), median (Q1</w:t>
            </w:r>
            <w:r w:rsidR="00BC4976">
              <w:rPr>
                <w:sz w:val="18"/>
              </w:rPr>
              <w:t>-</w:t>
            </w:r>
            <w:r>
              <w:rPr>
                <w:sz w:val="18"/>
              </w:rPr>
              <w:t>Q3)</w:t>
            </w:r>
          </w:p>
        </w:tc>
        <w:tc>
          <w:tcPr>
            <w:tcW w:w="3060" w:type="dxa"/>
            <w:vAlign w:val="center"/>
          </w:tcPr>
          <w:p w14:paraId="744B62C1" w14:textId="6A33EF30" w:rsidR="00446222" w:rsidRDefault="00000000">
            <w:pPr>
              <w:spacing w:after="0" w:line="252" w:lineRule="auto"/>
              <w:jc w:val="center"/>
            </w:pPr>
            <w:r>
              <w:rPr>
                <w:sz w:val="18"/>
              </w:rPr>
              <w:t>37.0 (28.0</w:t>
            </w:r>
            <w:r w:rsidR="00BC4976">
              <w:rPr>
                <w:sz w:val="18"/>
              </w:rPr>
              <w:t>-</w:t>
            </w:r>
            <w:r>
              <w:rPr>
                <w:sz w:val="18"/>
              </w:rPr>
              <w:t>43.0)</w:t>
            </w:r>
          </w:p>
        </w:tc>
        <w:tc>
          <w:tcPr>
            <w:tcW w:w="1814" w:type="dxa"/>
            <w:vAlign w:val="center"/>
          </w:tcPr>
          <w:p w14:paraId="0B188DD0" w14:textId="5B1A4CDC" w:rsidR="00446222" w:rsidRDefault="00000000">
            <w:pPr>
              <w:spacing w:after="0" w:line="252" w:lineRule="auto"/>
              <w:jc w:val="center"/>
            </w:pPr>
            <w:r>
              <w:rPr>
                <w:sz w:val="18"/>
              </w:rPr>
              <w:t>48.0 (39.0</w:t>
            </w:r>
            <w:r w:rsidR="00BC4976">
              <w:rPr>
                <w:sz w:val="18"/>
              </w:rPr>
              <w:t>-</w:t>
            </w:r>
            <w:r>
              <w:rPr>
                <w:sz w:val="18"/>
              </w:rPr>
              <w:t>56.0)</w:t>
            </w:r>
          </w:p>
        </w:tc>
        <w:tc>
          <w:tcPr>
            <w:tcW w:w="1644" w:type="dxa"/>
            <w:vAlign w:val="center"/>
          </w:tcPr>
          <w:p w14:paraId="4805163D" w14:textId="14FA202F" w:rsidR="00446222" w:rsidRDefault="00BC4976">
            <w:pPr>
              <w:spacing w:after="0" w:line="252" w:lineRule="auto"/>
              <w:jc w:val="center"/>
            </w:pPr>
            <w:r>
              <w:rPr>
                <w:sz w:val="18"/>
              </w:rPr>
              <w:t>-</w:t>
            </w:r>
            <w:r w:rsidR="00122507">
              <w:rPr>
                <w:sz w:val="18"/>
              </w:rPr>
              <w:t>--</w:t>
            </w:r>
          </w:p>
        </w:tc>
      </w:tr>
      <w:tr w:rsidR="00446222" w14:paraId="431A7D84" w14:textId="77777777" w:rsidTr="00BC4976">
        <w:trPr>
          <w:cantSplit/>
          <w:jc w:val="center"/>
        </w:trPr>
        <w:tc>
          <w:tcPr>
            <w:tcW w:w="3119" w:type="dxa"/>
            <w:vAlign w:val="center"/>
          </w:tcPr>
          <w:p w14:paraId="6F6FE159" w14:textId="77777777" w:rsidR="00446222" w:rsidRDefault="00000000">
            <w:pPr>
              <w:spacing w:after="0" w:line="252" w:lineRule="auto"/>
            </w:pPr>
            <w:r>
              <w:rPr>
                <w:sz w:val="18"/>
              </w:rPr>
              <w:t>BMI (kg/m²), mean (SD)</w:t>
            </w:r>
          </w:p>
        </w:tc>
        <w:tc>
          <w:tcPr>
            <w:tcW w:w="3060" w:type="dxa"/>
            <w:vAlign w:val="center"/>
          </w:tcPr>
          <w:p w14:paraId="3224FEEE" w14:textId="77777777" w:rsidR="00446222" w:rsidRDefault="00000000">
            <w:pPr>
              <w:spacing w:after="0" w:line="252" w:lineRule="auto"/>
              <w:jc w:val="center"/>
            </w:pPr>
            <w:r>
              <w:rPr>
                <w:sz w:val="18"/>
              </w:rPr>
              <w:t>25.11 (5.88)</w:t>
            </w:r>
          </w:p>
        </w:tc>
        <w:tc>
          <w:tcPr>
            <w:tcW w:w="1814" w:type="dxa"/>
            <w:vAlign w:val="center"/>
          </w:tcPr>
          <w:p w14:paraId="5054C401" w14:textId="77777777" w:rsidR="00446222" w:rsidRDefault="00000000">
            <w:pPr>
              <w:spacing w:after="0" w:line="252" w:lineRule="auto"/>
              <w:jc w:val="center"/>
            </w:pPr>
            <w:r>
              <w:rPr>
                <w:sz w:val="18"/>
              </w:rPr>
              <w:t>24.19 (5.27)</w:t>
            </w:r>
          </w:p>
        </w:tc>
        <w:tc>
          <w:tcPr>
            <w:tcW w:w="1644" w:type="dxa"/>
            <w:vAlign w:val="center"/>
          </w:tcPr>
          <w:p w14:paraId="5EF04882" w14:textId="77777777" w:rsidR="00446222" w:rsidRDefault="00000000">
            <w:pPr>
              <w:spacing w:after="0" w:line="252" w:lineRule="auto"/>
              <w:jc w:val="center"/>
            </w:pPr>
            <w:r>
              <w:rPr>
                <w:sz w:val="18"/>
              </w:rPr>
              <w:t>-0.165</w:t>
            </w:r>
          </w:p>
        </w:tc>
      </w:tr>
      <w:tr w:rsidR="00446222" w14:paraId="75ADCB2E" w14:textId="77777777" w:rsidTr="00BC4976">
        <w:trPr>
          <w:cantSplit/>
          <w:jc w:val="center"/>
        </w:trPr>
        <w:tc>
          <w:tcPr>
            <w:tcW w:w="3119" w:type="dxa"/>
            <w:vAlign w:val="center"/>
          </w:tcPr>
          <w:p w14:paraId="6A4E0612" w14:textId="1484EEF7" w:rsidR="00446222" w:rsidRDefault="00000000">
            <w:pPr>
              <w:spacing w:after="0" w:line="252" w:lineRule="auto"/>
            </w:pPr>
            <w:r>
              <w:rPr>
                <w:sz w:val="18"/>
              </w:rPr>
              <w:t>BMI (kg/m²), median (Q1</w:t>
            </w:r>
            <w:r w:rsidR="00BC4976">
              <w:rPr>
                <w:sz w:val="18"/>
              </w:rPr>
              <w:t>-</w:t>
            </w:r>
            <w:r>
              <w:rPr>
                <w:sz w:val="18"/>
              </w:rPr>
              <w:t>Q3)</w:t>
            </w:r>
          </w:p>
        </w:tc>
        <w:tc>
          <w:tcPr>
            <w:tcW w:w="3060" w:type="dxa"/>
            <w:vAlign w:val="center"/>
          </w:tcPr>
          <w:p w14:paraId="4E4BC791" w14:textId="1CB05661" w:rsidR="00446222" w:rsidRDefault="00000000">
            <w:pPr>
              <w:spacing w:after="0" w:line="252" w:lineRule="auto"/>
              <w:jc w:val="center"/>
            </w:pPr>
            <w:r>
              <w:rPr>
                <w:sz w:val="18"/>
              </w:rPr>
              <w:t>25.2 (20.7</w:t>
            </w:r>
            <w:r w:rsidR="00BC4976">
              <w:rPr>
                <w:sz w:val="18"/>
              </w:rPr>
              <w:t>-</w:t>
            </w:r>
            <w:r>
              <w:rPr>
                <w:sz w:val="18"/>
              </w:rPr>
              <w:t>28.4)</w:t>
            </w:r>
          </w:p>
        </w:tc>
        <w:tc>
          <w:tcPr>
            <w:tcW w:w="1814" w:type="dxa"/>
            <w:vAlign w:val="center"/>
          </w:tcPr>
          <w:p w14:paraId="4C33D626" w14:textId="794FA544" w:rsidR="00446222" w:rsidRDefault="00000000">
            <w:pPr>
              <w:spacing w:after="0" w:line="252" w:lineRule="auto"/>
              <w:jc w:val="center"/>
            </w:pPr>
            <w:r>
              <w:rPr>
                <w:sz w:val="18"/>
              </w:rPr>
              <w:t>23.2 (19.8</w:t>
            </w:r>
            <w:r w:rsidR="00BC4976">
              <w:rPr>
                <w:sz w:val="18"/>
              </w:rPr>
              <w:t>-</w:t>
            </w:r>
            <w:r>
              <w:rPr>
                <w:sz w:val="18"/>
              </w:rPr>
              <w:t>27.1)</w:t>
            </w:r>
          </w:p>
        </w:tc>
        <w:tc>
          <w:tcPr>
            <w:tcW w:w="1644" w:type="dxa"/>
            <w:vAlign w:val="center"/>
          </w:tcPr>
          <w:p w14:paraId="7BAB4CCA" w14:textId="63437D00" w:rsidR="00446222" w:rsidRDefault="00BC4976">
            <w:pPr>
              <w:spacing w:after="0" w:line="252" w:lineRule="auto"/>
              <w:jc w:val="center"/>
            </w:pPr>
            <w:r>
              <w:rPr>
                <w:sz w:val="18"/>
              </w:rPr>
              <w:t>-</w:t>
            </w:r>
          </w:p>
        </w:tc>
      </w:tr>
      <w:tr w:rsidR="00446222" w14:paraId="5ED0200C" w14:textId="77777777" w:rsidTr="00BC4976">
        <w:trPr>
          <w:cantSplit/>
          <w:jc w:val="center"/>
        </w:trPr>
        <w:tc>
          <w:tcPr>
            <w:tcW w:w="3119" w:type="dxa"/>
            <w:vAlign w:val="center"/>
          </w:tcPr>
          <w:p w14:paraId="27588FD6" w14:textId="77777777" w:rsidR="00446222" w:rsidRDefault="00000000">
            <w:pPr>
              <w:spacing w:after="0" w:line="252" w:lineRule="auto"/>
            </w:pPr>
            <w:r>
              <w:rPr>
                <w:sz w:val="18"/>
              </w:rPr>
              <w:t>Weight (kg), mean (SD)</w:t>
            </w:r>
          </w:p>
        </w:tc>
        <w:tc>
          <w:tcPr>
            <w:tcW w:w="3060" w:type="dxa"/>
            <w:vAlign w:val="center"/>
          </w:tcPr>
          <w:p w14:paraId="0B92BC6B" w14:textId="77777777" w:rsidR="00446222" w:rsidRDefault="00000000">
            <w:pPr>
              <w:spacing w:after="0" w:line="252" w:lineRule="auto"/>
              <w:jc w:val="center"/>
            </w:pPr>
            <w:r>
              <w:rPr>
                <w:sz w:val="18"/>
              </w:rPr>
              <w:t>70.06 (14.72)</w:t>
            </w:r>
          </w:p>
        </w:tc>
        <w:tc>
          <w:tcPr>
            <w:tcW w:w="1814" w:type="dxa"/>
            <w:vAlign w:val="center"/>
          </w:tcPr>
          <w:p w14:paraId="175306C7" w14:textId="77777777" w:rsidR="00446222" w:rsidRDefault="00000000">
            <w:pPr>
              <w:spacing w:after="0" w:line="252" w:lineRule="auto"/>
              <w:jc w:val="center"/>
            </w:pPr>
            <w:r>
              <w:rPr>
                <w:sz w:val="18"/>
              </w:rPr>
              <w:t>66.99 (14.76)</w:t>
            </w:r>
          </w:p>
        </w:tc>
        <w:tc>
          <w:tcPr>
            <w:tcW w:w="1644" w:type="dxa"/>
            <w:vAlign w:val="center"/>
          </w:tcPr>
          <w:p w14:paraId="6737B2B8" w14:textId="77777777" w:rsidR="00446222" w:rsidRDefault="00000000">
            <w:pPr>
              <w:spacing w:after="0" w:line="252" w:lineRule="auto"/>
              <w:jc w:val="center"/>
            </w:pPr>
            <w:r>
              <w:rPr>
                <w:sz w:val="18"/>
              </w:rPr>
              <w:t>-0.208</w:t>
            </w:r>
          </w:p>
        </w:tc>
      </w:tr>
      <w:tr w:rsidR="00446222" w14:paraId="288A2453" w14:textId="77777777" w:rsidTr="00BC4976">
        <w:trPr>
          <w:cantSplit/>
          <w:jc w:val="center"/>
        </w:trPr>
        <w:tc>
          <w:tcPr>
            <w:tcW w:w="3119" w:type="dxa"/>
            <w:vAlign w:val="center"/>
          </w:tcPr>
          <w:p w14:paraId="716A5914" w14:textId="34A05725" w:rsidR="00446222" w:rsidRDefault="00000000">
            <w:pPr>
              <w:spacing w:after="0" w:line="252" w:lineRule="auto"/>
            </w:pPr>
            <w:r>
              <w:rPr>
                <w:sz w:val="18"/>
              </w:rPr>
              <w:t>Weight (kg), median (Q1</w:t>
            </w:r>
            <w:r w:rsidR="00BC4976">
              <w:rPr>
                <w:sz w:val="18"/>
              </w:rPr>
              <w:t>-</w:t>
            </w:r>
            <w:r>
              <w:rPr>
                <w:sz w:val="18"/>
              </w:rPr>
              <w:t>Q3)</w:t>
            </w:r>
          </w:p>
        </w:tc>
        <w:tc>
          <w:tcPr>
            <w:tcW w:w="3060" w:type="dxa"/>
            <w:vAlign w:val="center"/>
          </w:tcPr>
          <w:p w14:paraId="17E8439D" w14:textId="1D5D8929" w:rsidR="00446222" w:rsidRDefault="00000000">
            <w:pPr>
              <w:spacing w:after="0" w:line="252" w:lineRule="auto"/>
              <w:jc w:val="center"/>
            </w:pPr>
            <w:r>
              <w:rPr>
                <w:sz w:val="18"/>
              </w:rPr>
              <w:t>70.0 (59.0</w:t>
            </w:r>
            <w:r w:rsidR="00BC4976">
              <w:rPr>
                <w:sz w:val="18"/>
              </w:rPr>
              <w:t>-</w:t>
            </w:r>
            <w:r>
              <w:rPr>
                <w:sz w:val="18"/>
              </w:rPr>
              <w:t>81.0)</w:t>
            </w:r>
          </w:p>
        </w:tc>
        <w:tc>
          <w:tcPr>
            <w:tcW w:w="1814" w:type="dxa"/>
            <w:vAlign w:val="center"/>
          </w:tcPr>
          <w:p w14:paraId="44768E5D" w14:textId="7CA45515" w:rsidR="00446222" w:rsidRDefault="00000000">
            <w:pPr>
              <w:spacing w:after="0" w:line="252" w:lineRule="auto"/>
              <w:jc w:val="center"/>
            </w:pPr>
            <w:r>
              <w:rPr>
                <w:sz w:val="18"/>
              </w:rPr>
              <w:t>63.0 (55.2</w:t>
            </w:r>
            <w:r w:rsidR="00BC4976">
              <w:rPr>
                <w:sz w:val="18"/>
              </w:rPr>
              <w:t>-</w:t>
            </w:r>
            <w:r>
              <w:rPr>
                <w:sz w:val="18"/>
              </w:rPr>
              <w:t>79.0)</w:t>
            </w:r>
          </w:p>
        </w:tc>
        <w:tc>
          <w:tcPr>
            <w:tcW w:w="1644" w:type="dxa"/>
            <w:vAlign w:val="center"/>
          </w:tcPr>
          <w:p w14:paraId="134065B2" w14:textId="4E1DA3DB" w:rsidR="00446222" w:rsidRDefault="00BC4976">
            <w:pPr>
              <w:spacing w:after="0" w:line="252" w:lineRule="auto"/>
              <w:jc w:val="center"/>
            </w:pPr>
            <w:r>
              <w:rPr>
                <w:sz w:val="18"/>
              </w:rPr>
              <w:t>-</w:t>
            </w:r>
            <w:r w:rsidR="00122507">
              <w:rPr>
                <w:sz w:val="18"/>
              </w:rPr>
              <w:t>--</w:t>
            </w:r>
          </w:p>
        </w:tc>
      </w:tr>
      <w:tr w:rsidR="00446222" w14:paraId="7A7F2B61" w14:textId="77777777" w:rsidTr="00BC4976">
        <w:trPr>
          <w:cantSplit/>
          <w:jc w:val="center"/>
        </w:trPr>
        <w:tc>
          <w:tcPr>
            <w:tcW w:w="3119" w:type="dxa"/>
            <w:vAlign w:val="center"/>
          </w:tcPr>
          <w:p w14:paraId="56A042A4" w14:textId="77777777" w:rsidR="00446222" w:rsidRDefault="00000000">
            <w:pPr>
              <w:spacing w:after="0" w:line="252" w:lineRule="auto"/>
            </w:pPr>
            <w:r>
              <w:rPr>
                <w:sz w:val="18"/>
              </w:rPr>
              <w:t>Height (cm), mean (SD)</w:t>
            </w:r>
          </w:p>
        </w:tc>
        <w:tc>
          <w:tcPr>
            <w:tcW w:w="3060" w:type="dxa"/>
            <w:vAlign w:val="center"/>
          </w:tcPr>
          <w:p w14:paraId="5D297A26" w14:textId="77777777" w:rsidR="00446222" w:rsidRDefault="00000000">
            <w:pPr>
              <w:spacing w:after="0" w:line="252" w:lineRule="auto"/>
              <w:jc w:val="center"/>
            </w:pPr>
            <w:r>
              <w:rPr>
                <w:sz w:val="18"/>
              </w:rPr>
              <w:t>167.67 (9.53)</w:t>
            </w:r>
          </w:p>
        </w:tc>
        <w:tc>
          <w:tcPr>
            <w:tcW w:w="1814" w:type="dxa"/>
            <w:vAlign w:val="center"/>
          </w:tcPr>
          <w:p w14:paraId="1B3FE537" w14:textId="77777777" w:rsidR="00446222" w:rsidRDefault="00000000">
            <w:pPr>
              <w:spacing w:after="0" w:line="252" w:lineRule="auto"/>
              <w:jc w:val="center"/>
            </w:pPr>
            <w:r>
              <w:rPr>
                <w:sz w:val="18"/>
              </w:rPr>
              <w:t>166.63 (9.84)</w:t>
            </w:r>
          </w:p>
        </w:tc>
        <w:tc>
          <w:tcPr>
            <w:tcW w:w="1644" w:type="dxa"/>
            <w:vAlign w:val="center"/>
          </w:tcPr>
          <w:p w14:paraId="7D49278C" w14:textId="77777777" w:rsidR="00446222" w:rsidRDefault="00000000">
            <w:pPr>
              <w:spacing w:after="0" w:line="252" w:lineRule="auto"/>
              <w:jc w:val="center"/>
            </w:pPr>
            <w:r>
              <w:rPr>
                <w:sz w:val="18"/>
              </w:rPr>
              <w:t>-0.107</w:t>
            </w:r>
          </w:p>
        </w:tc>
      </w:tr>
      <w:tr w:rsidR="00446222" w14:paraId="19D53A45" w14:textId="77777777" w:rsidTr="00BC4976">
        <w:trPr>
          <w:cantSplit/>
          <w:jc w:val="center"/>
        </w:trPr>
        <w:tc>
          <w:tcPr>
            <w:tcW w:w="3119" w:type="dxa"/>
            <w:vAlign w:val="center"/>
          </w:tcPr>
          <w:p w14:paraId="7BB01C4D" w14:textId="1144426D" w:rsidR="00446222" w:rsidRDefault="00000000">
            <w:pPr>
              <w:spacing w:after="0" w:line="252" w:lineRule="auto"/>
            </w:pPr>
            <w:r>
              <w:rPr>
                <w:sz w:val="18"/>
              </w:rPr>
              <w:t>Height (cm), median (Q1</w:t>
            </w:r>
            <w:r w:rsidR="00BC4976">
              <w:rPr>
                <w:sz w:val="18"/>
              </w:rPr>
              <w:t>-</w:t>
            </w:r>
            <w:r>
              <w:rPr>
                <w:sz w:val="18"/>
              </w:rPr>
              <w:t>Q3)</w:t>
            </w:r>
          </w:p>
        </w:tc>
        <w:tc>
          <w:tcPr>
            <w:tcW w:w="3060" w:type="dxa"/>
            <w:vAlign w:val="center"/>
          </w:tcPr>
          <w:p w14:paraId="2E3A9DC0" w14:textId="4DFDE137" w:rsidR="00446222" w:rsidRDefault="00000000">
            <w:pPr>
              <w:spacing w:after="0" w:line="252" w:lineRule="auto"/>
              <w:jc w:val="center"/>
            </w:pPr>
            <w:r>
              <w:rPr>
                <w:sz w:val="18"/>
              </w:rPr>
              <w:t>167.0 (161.5</w:t>
            </w:r>
            <w:r w:rsidR="00BC4976">
              <w:rPr>
                <w:sz w:val="18"/>
              </w:rPr>
              <w:t>-</w:t>
            </w:r>
            <w:r>
              <w:rPr>
                <w:sz w:val="18"/>
              </w:rPr>
              <w:t>174.5)</w:t>
            </w:r>
          </w:p>
        </w:tc>
        <w:tc>
          <w:tcPr>
            <w:tcW w:w="1814" w:type="dxa"/>
            <w:vAlign w:val="center"/>
          </w:tcPr>
          <w:p w14:paraId="19C29842" w14:textId="0824ABA3" w:rsidR="00446222" w:rsidRDefault="00000000">
            <w:pPr>
              <w:spacing w:after="0" w:line="252" w:lineRule="auto"/>
              <w:jc w:val="center"/>
            </w:pPr>
            <w:r>
              <w:rPr>
                <w:sz w:val="18"/>
              </w:rPr>
              <w:t>167.0 (159.0</w:t>
            </w:r>
            <w:r w:rsidR="00BC4976">
              <w:rPr>
                <w:sz w:val="18"/>
              </w:rPr>
              <w:t>-</w:t>
            </w:r>
            <w:r>
              <w:rPr>
                <w:sz w:val="18"/>
              </w:rPr>
              <w:t>172.0)</w:t>
            </w:r>
          </w:p>
        </w:tc>
        <w:tc>
          <w:tcPr>
            <w:tcW w:w="1644" w:type="dxa"/>
            <w:vAlign w:val="center"/>
          </w:tcPr>
          <w:p w14:paraId="5957D6B8" w14:textId="1C0B33A2" w:rsidR="00446222" w:rsidRDefault="00122507">
            <w:pPr>
              <w:spacing w:after="0" w:line="252" w:lineRule="auto"/>
              <w:jc w:val="center"/>
            </w:pPr>
            <w:r>
              <w:rPr>
                <w:sz w:val="18"/>
              </w:rPr>
              <w:t>--</w:t>
            </w:r>
            <w:r w:rsidR="00BC4976">
              <w:rPr>
                <w:sz w:val="18"/>
              </w:rPr>
              <w:t>-</w:t>
            </w:r>
          </w:p>
        </w:tc>
      </w:tr>
      <w:tr w:rsidR="00446222" w14:paraId="181559A2" w14:textId="77777777" w:rsidTr="00BC4976">
        <w:trPr>
          <w:cantSplit/>
          <w:jc w:val="center"/>
        </w:trPr>
        <w:tc>
          <w:tcPr>
            <w:tcW w:w="3119" w:type="dxa"/>
            <w:vAlign w:val="center"/>
          </w:tcPr>
          <w:p w14:paraId="24293259" w14:textId="77777777" w:rsidR="00446222" w:rsidRDefault="00000000">
            <w:pPr>
              <w:spacing w:after="0" w:line="252" w:lineRule="auto"/>
            </w:pPr>
            <w:r>
              <w:rPr>
                <w:sz w:val="18"/>
              </w:rPr>
              <w:t>Family history of breast cancer: yes</w:t>
            </w:r>
          </w:p>
        </w:tc>
        <w:tc>
          <w:tcPr>
            <w:tcW w:w="3060" w:type="dxa"/>
            <w:vAlign w:val="center"/>
          </w:tcPr>
          <w:p w14:paraId="5B7D4C88" w14:textId="77777777" w:rsidR="00446222" w:rsidRDefault="00000000">
            <w:pPr>
              <w:spacing w:after="0" w:line="252" w:lineRule="auto"/>
              <w:jc w:val="center"/>
            </w:pPr>
            <w:r>
              <w:rPr>
                <w:sz w:val="18"/>
              </w:rPr>
              <w:t>12 (13.8)</w:t>
            </w:r>
          </w:p>
        </w:tc>
        <w:tc>
          <w:tcPr>
            <w:tcW w:w="1814" w:type="dxa"/>
            <w:vAlign w:val="center"/>
          </w:tcPr>
          <w:p w14:paraId="70EDF331" w14:textId="77777777" w:rsidR="00446222" w:rsidRDefault="00000000">
            <w:pPr>
              <w:spacing w:after="0" w:line="252" w:lineRule="auto"/>
              <w:jc w:val="center"/>
            </w:pPr>
            <w:r>
              <w:rPr>
                <w:sz w:val="18"/>
              </w:rPr>
              <w:t>18 (25.7)</w:t>
            </w:r>
          </w:p>
        </w:tc>
        <w:tc>
          <w:tcPr>
            <w:tcW w:w="1644" w:type="dxa"/>
            <w:vAlign w:val="center"/>
          </w:tcPr>
          <w:p w14:paraId="73978D51" w14:textId="77777777" w:rsidR="00446222" w:rsidRDefault="00000000">
            <w:pPr>
              <w:spacing w:after="0" w:line="252" w:lineRule="auto"/>
              <w:jc w:val="center"/>
            </w:pPr>
            <w:r>
              <w:rPr>
                <w:sz w:val="18"/>
              </w:rPr>
              <w:t>0.303</w:t>
            </w:r>
          </w:p>
        </w:tc>
      </w:tr>
      <w:tr w:rsidR="00446222" w14:paraId="663D552A" w14:textId="77777777" w:rsidTr="00BC4976">
        <w:trPr>
          <w:cantSplit/>
          <w:jc w:val="center"/>
        </w:trPr>
        <w:tc>
          <w:tcPr>
            <w:tcW w:w="3119" w:type="dxa"/>
            <w:vAlign w:val="center"/>
          </w:tcPr>
          <w:p w14:paraId="061C6369" w14:textId="77777777" w:rsidR="00446222" w:rsidRDefault="00000000">
            <w:pPr>
              <w:spacing w:after="0" w:line="252" w:lineRule="auto"/>
            </w:pPr>
            <w:r>
              <w:rPr>
                <w:sz w:val="18"/>
              </w:rPr>
              <w:t>Post-menopausal</w:t>
            </w:r>
          </w:p>
        </w:tc>
        <w:tc>
          <w:tcPr>
            <w:tcW w:w="3060" w:type="dxa"/>
            <w:vAlign w:val="center"/>
          </w:tcPr>
          <w:p w14:paraId="0A1E7888" w14:textId="77777777" w:rsidR="00446222" w:rsidRDefault="00000000">
            <w:pPr>
              <w:spacing w:after="0" w:line="252" w:lineRule="auto"/>
              <w:jc w:val="center"/>
            </w:pPr>
            <w:r>
              <w:rPr>
                <w:sz w:val="18"/>
              </w:rPr>
              <w:t>19 (21.8)</w:t>
            </w:r>
          </w:p>
        </w:tc>
        <w:tc>
          <w:tcPr>
            <w:tcW w:w="1814" w:type="dxa"/>
            <w:vAlign w:val="center"/>
          </w:tcPr>
          <w:p w14:paraId="4E02B486" w14:textId="77777777" w:rsidR="00446222" w:rsidRDefault="00000000">
            <w:pPr>
              <w:spacing w:after="0" w:line="252" w:lineRule="auto"/>
              <w:jc w:val="center"/>
            </w:pPr>
            <w:r>
              <w:rPr>
                <w:sz w:val="18"/>
              </w:rPr>
              <w:t>40 (57.1)</w:t>
            </w:r>
          </w:p>
        </w:tc>
        <w:tc>
          <w:tcPr>
            <w:tcW w:w="1644" w:type="dxa"/>
            <w:vAlign w:val="center"/>
          </w:tcPr>
          <w:p w14:paraId="58D45E95" w14:textId="77777777" w:rsidR="00446222" w:rsidRDefault="00000000">
            <w:pPr>
              <w:spacing w:after="0" w:line="252" w:lineRule="auto"/>
              <w:jc w:val="center"/>
            </w:pPr>
            <w:r>
              <w:rPr>
                <w:sz w:val="18"/>
              </w:rPr>
              <w:t>0.774</w:t>
            </w:r>
          </w:p>
        </w:tc>
      </w:tr>
      <w:tr w:rsidR="00446222" w14:paraId="1EC1001B" w14:textId="77777777" w:rsidTr="00BC4976">
        <w:trPr>
          <w:cantSplit/>
          <w:jc w:val="center"/>
        </w:trPr>
        <w:tc>
          <w:tcPr>
            <w:tcW w:w="3119" w:type="dxa"/>
            <w:vAlign w:val="center"/>
          </w:tcPr>
          <w:p w14:paraId="59F920B2" w14:textId="77777777" w:rsidR="00446222" w:rsidRDefault="00000000">
            <w:pPr>
              <w:spacing w:after="0" w:line="252" w:lineRule="auto"/>
            </w:pPr>
            <w:r>
              <w:rPr>
                <w:sz w:val="18"/>
              </w:rPr>
              <w:t>Rural residence</w:t>
            </w:r>
          </w:p>
        </w:tc>
        <w:tc>
          <w:tcPr>
            <w:tcW w:w="3060" w:type="dxa"/>
            <w:vAlign w:val="center"/>
          </w:tcPr>
          <w:p w14:paraId="456830D8" w14:textId="77777777" w:rsidR="00446222" w:rsidRDefault="00000000">
            <w:pPr>
              <w:spacing w:after="0" w:line="252" w:lineRule="auto"/>
              <w:jc w:val="center"/>
            </w:pPr>
            <w:r>
              <w:rPr>
                <w:sz w:val="18"/>
              </w:rPr>
              <w:t>26 (29.9)</w:t>
            </w:r>
          </w:p>
        </w:tc>
        <w:tc>
          <w:tcPr>
            <w:tcW w:w="1814" w:type="dxa"/>
            <w:vAlign w:val="center"/>
          </w:tcPr>
          <w:p w14:paraId="4926A2B0" w14:textId="77777777" w:rsidR="00446222" w:rsidRDefault="00000000">
            <w:pPr>
              <w:spacing w:after="0" w:line="252" w:lineRule="auto"/>
              <w:jc w:val="center"/>
            </w:pPr>
            <w:r>
              <w:rPr>
                <w:sz w:val="18"/>
              </w:rPr>
              <w:t>32 (45.7)</w:t>
            </w:r>
          </w:p>
        </w:tc>
        <w:tc>
          <w:tcPr>
            <w:tcW w:w="1644" w:type="dxa"/>
            <w:vAlign w:val="center"/>
          </w:tcPr>
          <w:p w14:paraId="6A3C1A11" w14:textId="77777777" w:rsidR="00446222" w:rsidRDefault="00000000">
            <w:pPr>
              <w:spacing w:after="0" w:line="252" w:lineRule="auto"/>
              <w:jc w:val="center"/>
            </w:pPr>
            <w:r>
              <w:rPr>
                <w:sz w:val="18"/>
              </w:rPr>
              <w:t>0.331</w:t>
            </w:r>
          </w:p>
        </w:tc>
      </w:tr>
      <w:tr w:rsidR="00446222" w14:paraId="18F4B3A8" w14:textId="77777777" w:rsidTr="00BC4976">
        <w:trPr>
          <w:cantSplit/>
          <w:jc w:val="center"/>
        </w:trPr>
        <w:tc>
          <w:tcPr>
            <w:tcW w:w="3119" w:type="dxa"/>
            <w:vAlign w:val="center"/>
          </w:tcPr>
          <w:p w14:paraId="6D2DBDEF" w14:textId="77777777" w:rsidR="00446222" w:rsidRDefault="00000000">
            <w:pPr>
              <w:spacing w:after="0" w:line="252" w:lineRule="auto"/>
            </w:pPr>
            <w:r>
              <w:rPr>
                <w:sz w:val="18"/>
              </w:rPr>
              <w:t>Recorded student occupation</w:t>
            </w:r>
          </w:p>
        </w:tc>
        <w:tc>
          <w:tcPr>
            <w:tcW w:w="3060" w:type="dxa"/>
            <w:vAlign w:val="center"/>
          </w:tcPr>
          <w:p w14:paraId="0EDC6786" w14:textId="77777777" w:rsidR="00446222" w:rsidRDefault="00000000">
            <w:pPr>
              <w:spacing w:after="0" w:line="252" w:lineRule="auto"/>
              <w:jc w:val="center"/>
            </w:pPr>
            <w:r>
              <w:rPr>
                <w:sz w:val="18"/>
              </w:rPr>
              <w:t>18 (20.7)</w:t>
            </w:r>
          </w:p>
        </w:tc>
        <w:tc>
          <w:tcPr>
            <w:tcW w:w="1814" w:type="dxa"/>
            <w:vAlign w:val="center"/>
          </w:tcPr>
          <w:p w14:paraId="387C3029" w14:textId="77777777" w:rsidR="00446222" w:rsidRDefault="00000000">
            <w:pPr>
              <w:spacing w:after="0" w:line="252" w:lineRule="auto"/>
              <w:jc w:val="center"/>
            </w:pPr>
            <w:r>
              <w:rPr>
                <w:sz w:val="18"/>
              </w:rPr>
              <w:t>7 (10.0)</w:t>
            </w:r>
          </w:p>
        </w:tc>
        <w:tc>
          <w:tcPr>
            <w:tcW w:w="1644" w:type="dxa"/>
            <w:vAlign w:val="center"/>
          </w:tcPr>
          <w:p w14:paraId="0F505C61" w14:textId="77777777" w:rsidR="00446222" w:rsidRDefault="00000000">
            <w:pPr>
              <w:spacing w:after="0" w:line="252" w:lineRule="auto"/>
              <w:jc w:val="center"/>
            </w:pPr>
            <w:r>
              <w:rPr>
                <w:sz w:val="18"/>
              </w:rPr>
              <w:t>-0.300</w:t>
            </w:r>
          </w:p>
        </w:tc>
      </w:tr>
      <w:tr w:rsidR="00446222" w14:paraId="7FBD1CA6" w14:textId="77777777" w:rsidTr="00BC4976">
        <w:trPr>
          <w:cantSplit/>
          <w:jc w:val="center"/>
        </w:trPr>
        <w:tc>
          <w:tcPr>
            <w:tcW w:w="3119" w:type="dxa"/>
            <w:vAlign w:val="center"/>
          </w:tcPr>
          <w:p w14:paraId="7E9CF344" w14:textId="77777777" w:rsidR="00446222" w:rsidRDefault="00000000">
            <w:pPr>
              <w:spacing w:after="0" w:line="252" w:lineRule="auto"/>
            </w:pPr>
            <w:r>
              <w:rPr>
                <w:sz w:val="18"/>
              </w:rPr>
              <w:t>Education: primary</w:t>
            </w:r>
          </w:p>
        </w:tc>
        <w:tc>
          <w:tcPr>
            <w:tcW w:w="3060" w:type="dxa"/>
            <w:vAlign w:val="center"/>
          </w:tcPr>
          <w:p w14:paraId="662D8398" w14:textId="77777777" w:rsidR="00446222" w:rsidRDefault="00000000">
            <w:pPr>
              <w:spacing w:after="0" w:line="252" w:lineRule="auto"/>
              <w:jc w:val="center"/>
            </w:pPr>
            <w:r>
              <w:rPr>
                <w:sz w:val="18"/>
              </w:rPr>
              <w:t>1 (1.1)</w:t>
            </w:r>
          </w:p>
        </w:tc>
        <w:tc>
          <w:tcPr>
            <w:tcW w:w="1814" w:type="dxa"/>
            <w:vAlign w:val="center"/>
          </w:tcPr>
          <w:p w14:paraId="7B1E3CDA" w14:textId="77777777" w:rsidR="00446222" w:rsidRDefault="00000000">
            <w:pPr>
              <w:spacing w:after="0" w:line="252" w:lineRule="auto"/>
              <w:jc w:val="center"/>
            </w:pPr>
            <w:r>
              <w:rPr>
                <w:sz w:val="18"/>
              </w:rPr>
              <w:t>1 (1.4)</w:t>
            </w:r>
          </w:p>
        </w:tc>
        <w:tc>
          <w:tcPr>
            <w:tcW w:w="1644" w:type="dxa"/>
            <w:vAlign w:val="center"/>
          </w:tcPr>
          <w:p w14:paraId="521160D8" w14:textId="77777777" w:rsidR="00446222" w:rsidRDefault="00000000">
            <w:pPr>
              <w:spacing w:after="0" w:line="252" w:lineRule="auto"/>
              <w:jc w:val="center"/>
            </w:pPr>
            <w:r>
              <w:rPr>
                <w:sz w:val="18"/>
              </w:rPr>
              <w:t>0.025</w:t>
            </w:r>
          </w:p>
        </w:tc>
      </w:tr>
      <w:tr w:rsidR="00446222" w14:paraId="7922A2B6" w14:textId="77777777" w:rsidTr="00BC4976">
        <w:trPr>
          <w:cantSplit/>
          <w:jc w:val="center"/>
        </w:trPr>
        <w:tc>
          <w:tcPr>
            <w:tcW w:w="3119" w:type="dxa"/>
            <w:vAlign w:val="center"/>
          </w:tcPr>
          <w:p w14:paraId="150118E0" w14:textId="77777777" w:rsidR="00446222" w:rsidRDefault="00000000">
            <w:pPr>
              <w:spacing w:after="0" w:line="252" w:lineRule="auto"/>
            </w:pPr>
            <w:r>
              <w:rPr>
                <w:sz w:val="18"/>
              </w:rPr>
              <w:t>Education: secondary</w:t>
            </w:r>
          </w:p>
        </w:tc>
        <w:tc>
          <w:tcPr>
            <w:tcW w:w="3060" w:type="dxa"/>
            <w:vAlign w:val="center"/>
          </w:tcPr>
          <w:p w14:paraId="6623F38F" w14:textId="77777777" w:rsidR="00446222" w:rsidRDefault="00000000">
            <w:pPr>
              <w:spacing w:after="0" w:line="252" w:lineRule="auto"/>
              <w:jc w:val="center"/>
            </w:pPr>
            <w:r>
              <w:rPr>
                <w:sz w:val="18"/>
              </w:rPr>
              <w:t>9 (10.3)</w:t>
            </w:r>
          </w:p>
        </w:tc>
        <w:tc>
          <w:tcPr>
            <w:tcW w:w="1814" w:type="dxa"/>
            <w:vAlign w:val="center"/>
          </w:tcPr>
          <w:p w14:paraId="0C4398E8" w14:textId="77777777" w:rsidR="00446222" w:rsidRDefault="00000000">
            <w:pPr>
              <w:spacing w:after="0" w:line="252" w:lineRule="auto"/>
              <w:jc w:val="center"/>
            </w:pPr>
            <w:r>
              <w:rPr>
                <w:sz w:val="18"/>
              </w:rPr>
              <w:t>11 (15.7)</w:t>
            </w:r>
          </w:p>
        </w:tc>
        <w:tc>
          <w:tcPr>
            <w:tcW w:w="1644" w:type="dxa"/>
            <w:vAlign w:val="center"/>
          </w:tcPr>
          <w:p w14:paraId="184DBB99" w14:textId="77777777" w:rsidR="00446222" w:rsidRDefault="00000000">
            <w:pPr>
              <w:spacing w:after="0" w:line="252" w:lineRule="auto"/>
              <w:jc w:val="center"/>
            </w:pPr>
            <w:r>
              <w:rPr>
                <w:sz w:val="18"/>
              </w:rPr>
              <w:t>0.160</w:t>
            </w:r>
          </w:p>
        </w:tc>
      </w:tr>
      <w:tr w:rsidR="00446222" w14:paraId="0C1BBACD" w14:textId="77777777" w:rsidTr="00BC4976">
        <w:trPr>
          <w:cantSplit/>
          <w:jc w:val="center"/>
        </w:trPr>
        <w:tc>
          <w:tcPr>
            <w:tcW w:w="3119" w:type="dxa"/>
            <w:vAlign w:val="center"/>
          </w:tcPr>
          <w:p w14:paraId="40C920EB" w14:textId="77777777" w:rsidR="00446222" w:rsidRDefault="00000000">
            <w:pPr>
              <w:keepNext/>
              <w:spacing w:after="0" w:line="252" w:lineRule="auto"/>
            </w:pPr>
            <w:r>
              <w:rPr>
                <w:sz w:val="18"/>
              </w:rPr>
              <w:t>Education: tertiary</w:t>
            </w:r>
          </w:p>
        </w:tc>
        <w:tc>
          <w:tcPr>
            <w:tcW w:w="3060" w:type="dxa"/>
            <w:vAlign w:val="center"/>
          </w:tcPr>
          <w:p w14:paraId="7F00BA7F" w14:textId="77777777" w:rsidR="00446222" w:rsidRDefault="00000000">
            <w:pPr>
              <w:keepNext/>
              <w:spacing w:after="0" w:line="252" w:lineRule="auto"/>
              <w:jc w:val="center"/>
            </w:pPr>
            <w:r>
              <w:rPr>
                <w:sz w:val="18"/>
              </w:rPr>
              <w:t>77 (88.5)</w:t>
            </w:r>
          </w:p>
        </w:tc>
        <w:tc>
          <w:tcPr>
            <w:tcW w:w="1814" w:type="dxa"/>
            <w:vAlign w:val="center"/>
          </w:tcPr>
          <w:p w14:paraId="59FFA640" w14:textId="77777777" w:rsidR="00446222" w:rsidRDefault="00000000">
            <w:pPr>
              <w:keepNext/>
              <w:spacing w:after="0" w:line="252" w:lineRule="auto"/>
              <w:jc w:val="center"/>
            </w:pPr>
            <w:r>
              <w:rPr>
                <w:sz w:val="18"/>
              </w:rPr>
              <w:t>58 (82.9)</w:t>
            </w:r>
          </w:p>
        </w:tc>
        <w:tc>
          <w:tcPr>
            <w:tcW w:w="1644" w:type="dxa"/>
            <w:vAlign w:val="center"/>
          </w:tcPr>
          <w:p w14:paraId="3F99D8B7" w14:textId="77777777" w:rsidR="00446222" w:rsidRDefault="00000000">
            <w:pPr>
              <w:keepNext/>
              <w:spacing w:after="0" w:line="252" w:lineRule="auto"/>
              <w:jc w:val="center"/>
            </w:pPr>
            <w:r>
              <w:rPr>
                <w:sz w:val="18"/>
              </w:rPr>
              <w:t>-0.162</w:t>
            </w:r>
          </w:p>
        </w:tc>
      </w:tr>
    </w:tbl>
    <w:p w14:paraId="1EDA078B" w14:textId="43D17C50" w:rsidR="00446222" w:rsidRDefault="00000000" w:rsidP="0047469F">
      <w:pPr>
        <w:keepLines/>
        <w:spacing w:after="140" w:line="252" w:lineRule="auto"/>
        <w:jc w:val="both"/>
      </w:pPr>
      <w:r>
        <w:rPr>
          <w:sz w:val="18"/>
        </w:rPr>
        <w:t>Values are mean (SD), median (Q1</w:t>
      </w:r>
      <w:r w:rsidR="00BC4976">
        <w:rPr>
          <w:sz w:val="18"/>
        </w:rPr>
        <w:t>-</w:t>
      </w:r>
      <w:r>
        <w:rPr>
          <w:sz w:val="18"/>
        </w:rPr>
        <w:t>Q3) or n (%) as labelled. Standardised differences are cases minus controls and are not hypothesis tests. For continuous variables, the denominator is the square root of the mean of the two group variances; binary-category differences use the analogous proportion-based denominator. All displayed fields were available. Student status identifies recorded occupation, not an individually verified recruitment route.</w:t>
      </w:r>
    </w:p>
    <w:p w14:paraId="59FB49AC" w14:textId="77777777" w:rsidR="00446222" w:rsidRDefault="00000000">
      <w:pPr>
        <w:pStyle w:val="Caption"/>
        <w:keepNext/>
      </w:pPr>
      <w:r>
        <w:rPr>
          <w:b/>
        </w:rPr>
        <w:t>Table S7. Characteristics of the primary combined-profile population</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4365"/>
        <w:gridCol w:w="1814"/>
        <w:gridCol w:w="1814"/>
        <w:gridCol w:w="1644"/>
      </w:tblGrid>
      <w:tr w:rsidR="00446222" w14:paraId="13867580" w14:textId="77777777">
        <w:trPr>
          <w:cantSplit/>
          <w:tblHeader/>
          <w:jc w:val="center"/>
        </w:trPr>
        <w:tc>
          <w:tcPr>
            <w:tcW w:w="4365" w:type="dxa"/>
            <w:tcBorders>
              <w:bottom w:val="single" w:sz="4" w:space="0" w:color="auto"/>
            </w:tcBorders>
            <w:vAlign w:val="center"/>
          </w:tcPr>
          <w:p w14:paraId="1846234E" w14:textId="77777777" w:rsidR="00446222" w:rsidRDefault="00000000">
            <w:pPr>
              <w:keepNext/>
              <w:spacing w:after="0" w:line="252" w:lineRule="auto"/>
            </w:pPr>
            <w:r>
              <w:rPr>
                <w:b/>
                <w:sz w:val="18"/>
              </w:rPr>
              <w:t>Characteristic</w:t>
            </w:r>
          </w:p>
        </w:tc>
        <w:tc>
          <w:tcPr>
            <w:tcW w:w="1814" w:type="dxa"/>
            <w:tcBorders>
              <w:bottom w:val="single" w:sz="4" w:space="0" w:color="auto"/>
            </w:tcBorders>
            <w:vAlign w:val="center"/>
          </w:tcPr>
          <w:p w14:paraId="55C51651" w14:textId="77777777" w:rsidR="00446222" w:rsidRDefault="00000000">
            <w:pPr>
              <w:keepNext/>
              <w:spacing w:after="0" w:line="252" w:lineRule="auto"/>
              <w:jc w:val="center"/>
            </w:pPr>
            <w:r>
              <w:rPr>
                <w:b/>
                <w:sz w:val="18"/>
              </w:rPr>
              <w:t>Controls</w:t>
            </w:r>
            <w:r>
              <w:rPr>
                <w:b/>
                <w:sz w:val="18"/>
              </w:rPr>
              <w:br/>
              <w:t>(n = 83)</w:t>
            </w:r>
          </w:p>
        </w:tc>
        <w:tc>
          <w:tcPr>
            <w:tcW w:w="1814" w:type="dxa"/>
            <w:tcBorders>
              <w:bottom w:val="single" w:sz="4" w:space="0" w:color="auto"/>
            </w:tcBorders>
            <w:vAlign w:val="center"/>
          </w:tcPr>
          <w:p w14:paraId="04F5F6FF" w14:textId="77777777" w:rsidR="00446222" w:rsidRDefault="00000000">
            <w:pPr>
              <w:keepNext/>
              <w:spacing w:after="0" w:line="252" w:lineRule="auto"/>
              <w:jc w:val="center"/>
            </w:pPr>
            <w:r>
              <w:rPr>
                <w:b/>
                <w:sz w:val="18"/>
              </w:rPr>
              <w:t>Cases</w:t>
            </w:r>
            <w:r>
              <w:rPr>
                <w:b/>
                <w:sz w:val="18"/>
              </w:rPr>
              <w:br/>
              <w:t>(n = 62)</w:t>
            </w:r>
          </w:p>
        </w:tc>
        <w:tc>
          <w:tcPr>
            <w:tcW w:w="1644" w:type="dxa"/>
            <w:tcBorders>
              <w:bottom w:val="single" w:sz="4" w:space="0" w:color="auto"/>
            </w:tcBorders>
            <w:vAlign w:val="center"/>
          </w:tcPr>
          <w:p w14:paraId="6B1158BF" w14:textId="77777777" w:rsidR="00446222" w:rsidRDefault="00000000">
            <w:pPr>
              <w:keepNext/>
              <w:spacing w:after="0" w:line="252" w:lineRule="auto"/>
              <w:jc w:val="center"/>
            </w:pPr>
            <w:r>
              <w:rPr>
                <w:b/>
                <w:sz w:val="18"/>
              </w:rPr>
              <w:t>Standardised</w:t>
            </w:r>
            <w:r>
              <w:rPr>
                <w:b/>
                <w:sz w:val="18"/>
              </w:rPr>
              <w:br/>
              <w:t>difference</w:t>
            </w:r>
          </w:p>
        </w:tc>
      </w:tr>
      <w:tr w:rsidR="00446222" w14:paraId="7A2A455D" w14:textId="77777777">
        <w:trPr>
          <w:cantSplit/>
          <w:jc w:val="center"/>
        </w:trPr>
        <w:tc>
          <w:tcPr>
            <w:tcW w:w="4365" w:type="dxa"/>
            <w:vAlign w:val="center"/>
          </w:tcPr>
          <w:p w14:paraId="2856685F" w14:textId="77777777" w:rsidR="00446222" w:rsidRDefault="00000000">
            <w:pPr>
              <w:spacing w:after="0" w:line="252" w:lineRule="auto"/>
            </w:pPr>
            <w:r>
              <w:rPr>
                <w:sz w:val="18"/>
              </w:rPr>
              <w:t>Age (years), mean (SD)</w:t>
            </w:r>
          </w:p>
        </w:tc>
        <w:tc>
          <w:tcPr>
            <w:tcW w:w="1814" w:type="dxa"/>
            <w:vAlign w:val="center"/>
          </w:tcPr>
          <w:p w14:paraId="15EED92F" w14:textId="77777777" w:rsidR="00446222" w:rsidRDefault="00000000">
            <w:pPr>
              <w:spacing w:after="0" w:line="252" w:lineRule="auto"/>
              <w:jc w:val="center"/>
            </w:pPr>
            <w:r>
              <w:rPr>
                <w:sz w:val="18"/>
              </w:rPr>
              <w:t>37.28 (9.84)</w:t>
            </w:r>
          </w:p>
        </w:tc>
        <w:tc>
          <w:tcPr>
            <w:tcW w:w="1814" w:type="dxa"/>
            <w:vAlign w:val="center"/>
          </w:tcPr>
          <w:p w14:paraId="070E9D4B" w14:textId="77777777" w:rsidR="00446222" w:rsidRDefault="00000000">
            <w:pPr>
              <w:spacing w:after="0" w:line="252" w:lineRule="auto"/>
              <w:jc w:val="center"/>
            </w:pPr>
            <w:r>
              <w:rPr>
                <w:sz w:val="18"/>
              </w:rPr>
              <w:t>45.44 (10.63)</w:t>
            </w:r>
          </w:p>
        </w:tc>
        <w:tc>
          <w:tcPr>
            <w:tcW w:w="1644" w:type="dxa"/>
            <w:vAlign w:val="center"/>
          </w:tcPr>
          <w:p w14:paraId="56B50915" w14:textId="77777777" w:rsidR="00446222" w:rsidRDefault="00000000">
            <w:pPr>
              <w:spacing w:after="0" w:line="252" w:lineRule="auto"/>
              <w:jc w:val="center"/>
            </w:pPr>
            <w:r>
              <w:rPr>
                <w:sz w:val="18"/>
              </w:rPr>
              <w:t>0.797</w:t>
            </w:r>
          </w:p>
        </w:tc>
      </w:tr>
      <w:tr w:rsidR="00446222" w14:paraId="67209B0C" w14:textId="77777777">
        <w:trPr>
          <w:cantSplit/>
          <w:jc w:val="center"/>
        </w:trPr>
        <w:tc>
          <w:tcPr>
            <w:tcW w:w="4365" w:type="dxa"/>
            <w:vAlign w:val="center"/>
          </w:tcPr>
          <w:p w14:paraId="42B3FFB7" w14:textId="24EE7E71" w:rsidR="00446222" w:rsidRDefault="00000000">
            <w:pPr>
              <w:spacing w:after="0" w:line="252" w:lineRule="auto"/>
            </w:pPr>
            <w:r>
              <w:rPr>
                <w:sz w:val="18"/>
              </w:rPr>
              <w:t>Age (years), median (Q1</w:t>
            </w:r>
            <w:r w:rsidR="00BC4976">
              <w:rPr>
                <w:sz w:val="18"/>
              </w:rPr>
              <w:t>-</w:t>
            </w:r>
            <w:r>
              <w:rPr>
                <w:sz w:val="18"/>
              </w:rPr>
              <w:t>Q3)</w:t>
            </w:r>
          </w:p>
        </w:tc>
        <w:tc>
          <w:tcPr>
            <w:tcW w:w="1814" w:type="dxa"/>
            <w:vAlign w:val="center"/>
          </w:tcPr>
          <w:p w14:paraId="0E65DDC9" w14:textId="6FC4FBB6" w:rsidR="00446222" w:rsidRDefault="00000000">
            <w:pPr>
              <w:spacing w:after="0" w:line="252" w:lineRule="auto"/>
              <w:jc w:val="center"/>
            </w:pPr>
            <w:r>
              <w:rPr>
                <w:sz w:val="18"/>
              </w:rPr>
              <w:t>37.0 (28.0</w:t>
            </w:r>
            <w:r w:rsidR="00BC4976">
              <w:rPr>
                <w:sz w:val="18"/>
              </w:rPr>
              <w:t>-</w:t>
            </w:r>
            <w:r>
              <w:rPr>
                <w:sz w:val="18"/>
              </w:rPr>
              <w:t>44.0)</w:t>
            </w:r>
          </w:p>
        </w:tc>
        <w:tc>
          <w:tcPr>
            <w:tcW w:w="1814" w:type="dxa"/>
            <w:vAlign w:val="center"/>
          </w:tcPr>
          <w:p w14:paraId="74FA1460" w14:textId="4333887B" w:rsidR="00446222" w:rsidRDefault="00000000">
            <w:pPr>
              <w:spacing w:after="0" w:line="252" w:lineRule="auto"/>
              <w:jc w:val="center"/>
            </w:pPr>
            <w:r>
              <w:rPr>
                <w:sz w:val="18"/>
              </w:rPr>
              <w:t>46.0 (38.2</w:t>
            </w:r>
            <w:r w:rsidR="00122507">
              <w:rPr>
                <w:sz w:val="18"/>
              </w:rPr>
              <w:t>-</w:t>
            </w:r>
            <w:r>
              <w:rPr>
                <w:sz w:val="18"/>
              </w:rPr>
              <w:t>54.8)</w:t>
            </w:r>
          </w:p>
        </w:tc>
        <w:tc>
          <w:tcPr>
            <w:tcW w:w="1644" w:type="dxa"/>
            <w:vAlign w:val="center"/>
          </w:tcPr>
          <w:p w14:paraId="38EC9518" w14:textId="43C7A9A9" w:rsidR="00446222" w:rsidRDefault="00122507">
            <w:pPr>
              <w:spacing w:after="0" w:line="252" w:lineRule="auto"/>
              <w:jc w:val="center"/>
            </w:pPr>
            <w:r>
              <w:rPr>
                <w:sz w:val="18"/>
              </w:rPr>
              <w:t>---</w:t>
            </w:r>
          </w:p>
        </w:tc>
      </w:tr>
      <w:tr w:rsidR="00446222" w14:paraId="2505B70A" w14:textId="77777777">
        <w:trPr>
          <w:cantSplit/>
          <w:jc w:val="center"/>
        </w:trPr>
        <w:tc>
          <w:tcPr>
            <w:tcW w:w="4365" w:type="dxa"/>
            <w:vAlign w:val="center"/>
          </w:tcPr>
          <w:p w14:paraId="68E919B0" w14:textId="77777777" w:rsidR="00446222" w:rsidRDefault="00000000">
            <w:pPr>
              <w:spacing w:after="0" w:line="252" w:lineRule="auto"/>
            </w:pPr>
            <w:r>
              <w:rPr>
                <w:sz w:val="18"/>
              </w:rPr>
              <w:t>BMI (kg/m²), mean (SD)</w:t>
            </w:r>
          </w:p>
        </w:tc>
        <w:tc>
          <w:tcPr>
            <w:tcW w:w="1814" w:type="dxa"/>
            <w:vAlign w:val="center"/>
          </w:tcPr>
          <w:p w14:paraId="518B5837" w14:textId="77777777" w:rsidR="00446222" w:rsidRDefault="00000000">
            <w:pPr>
              <w:spacing w:after="0" w:line="252" w:lineRule="auto"/>
              <w:jc w:val="center"/>
            </w:pPr>
            <w:r>
              <w:rPr>
                <w:sz w:val="18"/>
              </w:rPr>
              <w:t>25.05 (5.99)</w:t>
            </w:r>
          </w:p>
        </w:tc>
        <w:tc>
          <w:tcPr>
            <w:tcW w:w="1814" w:type="dxa"/>
            <w:vAlign w:val="center"/>
          </w:tcPr>
          <w:p w14:paraId="69C429AB" w14:textId="77777777" w:rsidR="00446222" w:rsidRDefault="00000000">
            <w:pPr>
              <w:spacing w:after="0" w:line="252" w:lineRule="auto"/>
              <w:jc w:val="center"/>
            </w:pPr>
            <w:r>
              <w:rPr>
                <w:sz w:val="18"/>
              </w:rPr>
              <w:t>24.14 (5.33)</w:t>
            </w:r>
          </w:p>
        </w:tc>
        <w:tc>
          <w:tcPr>
            <w:tcW w:w="1644" w:type="dxa"/>
            <w:vAlign w:val="center"/>
          </w:tcPr>
          <w:p w14:paraId="257F7058" w14:textId="77777777" w:rsidR="00446222" w:rsidRDefault="00000000">
            <w:pPr>
              <w:spacing w:after="0" w:line="252" w:lineRule="auto"/>
              <w:jc w:val="center"/>
            </w:pPr>
            <w:r>
              <w:rPr>
                <w:sz w:val="18"/>
              </w:rPr>
              <w:t>-0.161</w:t>
            </w:r>
          </w:p>
        </w:tc>
      </w:tr>
      <w:tr w:rsidR="00446222" w14:paraId="3B07521B" w14:textId="77777777">
        <w:trPr>
          <w:cantSplit/>
          <w:jc w:val="center"/>
        </w:trPr>
        <w:tc>
          <w:tcPr>
            <w:tcW w:w="4365" w:type="dxa"/>
            <w:vAlign w:val="center"/>
          </w:tcPr>
          <w:p w14:paraId="674BB0A7" w14:textId="5FD202D0" w:rsidR="00446222" w:rsidRDefault="00000000">
            <w:pPr>
              <w:spacing w:after="0" w:line="252" w:lineRule="auto"/>
            </w:pPr>
            <w:r>
              <w:rPr>
                <w:sz w:val="18"/>
              </w:rPr>
              <w:t>BMI (kg/m²), median (Q1</w:t>
            </w:r>
            <w:r w:rsidR="00BC4976">
              <w:rPr>
                <w:sz w:val="18"/>
              </w:rPr>
              <w:t>-</w:t>
            </w:r>
            <w:r>
              <w:rPr>
                <w:sz w:val="18"/>
              </w:rPr>
              <w:t>Q3)</w:t>
            </w:r>
          </w:p>
        </w:tc>
        <w:tc>
          <w:tcPr>
            <w:tcW w:w="1814" w:type="dxa"/>
            <w:vAlign w:val="center"/>
          </w:tcPr>
          <w:p w14:paraId="5DC4F572" w14:textId="3529446C" w:rsidR="00446222" w:rsidRDefault="00000000">
            <w:pPr>
              <w:spacing w:after="0" w:line="252" w:lineRule="auto"/>
              <w:jc w:val="center"/>
            </w:pPr>
            <w:r>
              <w:rPr>
                <w:sz w:val="18"/>
              </w:rPr>
              <w:t>25.2 (20.6</w:t>
            </w:r>
            <w:r w:rsidR="00BC4976">
              <w:rPr>
                <w:sz w:val="18"/>
              </w:rPr>
              <w:t>-</w:t>
            </w:r>
            <w:r>
              <w:rPr>
                <w:sz w:val="18"/>
              </w:rPr>
              <w:t>28.4)</w:t>
            </w:r>
          </w:p>
        </w:tc>
        <w:tc>
          <w:tcPr>
            <w:tcW w:w="1814" w:type="dxa"/>
            <w:vAlign w:val="center"/>
          </w:tcPr>
          <w:p w14:paraId="6808FD23" w14:textId="5E8A35EF" w:rsidR="00446222" w:rsidRDefault="00000000">
            <w:pPr>
              <w:spacing w:after="0" w:line="252" w:lineRule="auto"/>
              <w:jc w:val="center"/>
            </w:pPr>
            <w:r>
              <w:rPr>
                <w:sz w:val="18"/>
              </w:rPr>
              <w:t>23.2 (19.8</w:t>
            </w:r>
            <w:r w:rsidR="00122507">
              <w:rPr>
                <w:sz w:val="18"/>
              </w:rPr>
              <w:t>-</w:t>
            </w:r>
            <w:r>
              <w:rPr>
                <w:sz w:val="18"/>
              </w:rPr>
              <w:t>27.1)</w:t>
            </w:r>
          </w:p>
        </w:tc>
        <w:tc>
          <w:tcPr>
            <w:tcW w:w="1644" w:type="dxa"/>
            <w:vAlign w:val="center"/>
          </w:tcPr>
          <w:p w14:paraId="3BE4290B" w14:textId="5572CADC" w:rsidR="00446222" w:rsidRDefault="00122507">
            <w:pPr>
              <w:spacing w:after="0" w:line="252" w:lineRule="auto"/>
              <w:jc w:val="center"/>
            </w:pPr>
            <w:r>
              <w:rPr>
                <w:sz w:val="18"/>
              </w:rPr>
              <w:t>---</w:t>
            </w:r>
          </w:p>
        </w:tc>
      </w:tr>
      <w:tr w:rsidR="00446222" w14:paraId="1CD82084" w14:textId="77777777">
        <w:trPr>
          <w:cantSplit/>
          <w:jc w:val="center"/>
        </w:trPr>
        <w:tc>
          <w:tcPr>
            <w:tcW w:w="4365" w:type="dxa"/>
            <w:vAlign w:val="center"/>
          </w:tcPr>
          <w:p w14:paraId="22E597BF" w14:textId="77777777" w:rsidR="00446222" w:rsidRDefault="00000000">
            <w:pPr>
              <w:spacing w:after="0" w:line="252" w:lineRule="auto"/>
            </w:pPr>
            <w:r>
              <w:rPr>
                <w:sz w:val="18"/>
              </w:rPr>
              <w:t>Weight (kg), mean (SD)</w:t>
            </w:r>
          </w:p>
        </w:tc>
        <w:tc>
          <w:tcPr>
            <w:tcW w:w="1814" w:type="dxa"/>
            <w:vAlign w:val="center"/>
          </w:tcPr>
          <w:p w14:paraId="5CFB4E3B" w14:textId="77777777" w:rsidR="00446222" w:rsidRDefault="00000000">
            <w:pPr>
              <w:spacing w:after="0" w:line="252" w:lineRule="auto"/>
              <w:jc w:val="center"/>
            </w:pPr>
            <w:r>
              <w:rPr>
                <w:sz w:val="18"/>
              </w:rPr>
              <w:t>70.06 (14.96)</w:t>
            </w:r>
          </w:p>
        </w:tc>
        <w:tc>
          <w:tcPr>
            <w:tcW w:w="1814" w:type="dxa"/>
            <w:vAlign w:val="center"/>
          </w:tcPr>
          <w:p w14:paraId="2FF51117" w14:textId="77777777" w:rsidR="00446222" w:rsidRDefault="00000000">
            <w:pPr>
              <w:spacing w:after="0" w:line="252" w:lineRule="auto"/>
              <w:jc w:val="center"/>
            </w:pPr>
            <w:r>
              <w:rPr>
                <w:sz w:val="18"/>
              </w:rPr>
              <w:t>66.53 (14.77)</w:t>
            </w:r>
          </w:p>
        </w:tc>
        <w:tc>
          <w:tcPr>
            <w:tcW w:w="1644" w:type="dxa"/>
            <w:vAlign w:val="center"/>
          </w:tcPr>
          <w:p w14:paraId="679D6928" w14:textId="77777777" w:rsidR="00446222" w:rsidRDefault="00000000">
            <w:pPr>
              <w:spacing w:after="0" w:line="252" w:lineRule="auto"/>
              <w:jc w:val="center"/>
            </w:pPr>
            <w:r>
              <w:rPr>
                <w:sz w:val="18"/>
              </w:rPr>
              <w:t>-0.237</w:t>
            </w:r>
          </w:p>
        </w:tc>
      </w:tr>
      <w:tr w:rsidR="00446222" w14:paraId="284DDD14" w14:textId="77777777">
        <w:trPr>
          <w:cantSplit/>
          <w:jc w:val="center"/>
        </w:trPr>
        <w:tc>
          <w:tcPr>
            <w:tcW w:w="4365" w:type="dxa"/>
            <w:vAlign w:val="center"/>
          </w:tcPr>
          <w:p w14:paraId="2A641A88" w14:textId="013A1A0A" w:rsidR="00446222" w:rsidRDefault="00000000">
            <w:pPr>
              <w:spacing w:after="0" w:line="252" w:lineRule="auto"/>
            </w:pPr>
            <w:r>
              <w:rPr>
                <w:sz w:val="18"/>
              </w:rPr>
              <w:t>Weight (kg), median (Q1</w:t>
            </w:r>
            <w:r w:rsidR="00BC4976">
              <w:rPr>
                <w:sz w:val="18"/>
              </w:rPr>
              <w:t>-</w:t>
            </w:r>
            <w:r>
              <w:rPr>
                <w:sz w:val="18"/>
              </w:rPr>
              <w:t>Q3)</w:t>
            </w:r>
          </w:p>
        </w:tc>
        <w:tc>
          <w:tcPr>
            <w:tcW w:w="1814" w:type="dxa"/>
            <w:vAlign w:val="center"/>
          </w:tcPr>
          <w:p w14:paraId="5D5A9E2F" w14:textId="51966BF4" w:rsidR="00446222" w:rsidRDefault="00000000">
            <w:pPr>
              <w:spacing w:after="0" w:line="252" w:lineRule="auto"/>
              <w:jc w:val="center"/>
            </w:pPr>
            <w:r>
              <w:rPr>
                <w:sz w:val="18"/>
              </w:rPr>
              <w:t>70.0 (59.0</w:t>
            </w:r>
            <w:r w:rsidR="00BC4976">
              <w:rPr>
                <w:sz w:val="18"/>
              </w:rPr>
              <w:t>-</w:t>
            </w:r>
            <w:r>
              <w:rPr>
                <w:sz w:val="18"/>
              </w:rPr>
              <w:t>81.0)</w:t>
            </w:r>
          </w:p>
        </w:tc>
        <w:tc>
          <w:tcPr>
            <w:tcW w:w="1814" w:type="dxa"/>
            <w:vAlign w:val="center"/>
          </w:tcPr>
          <w:p w14:paraId="7873558D" w14:textId="449FEA16" w:rsidR="00446222" w:rsidRDefault="00000000">
            <w:pPr>
              <w:spacing w:after="0" w:line="252" w:lineRule="auto"/>
              <w:jc w:val="center"/>
            </w:pPr>
            <w:r>
              <w:rPr>
                <w:sz w:val="18"/>
              </w:rPr>
              <w:t>62.0 (55.2</w:t>
            </w:r>
            <w:r w:rsidR="00122507">
              <w:rPr>
                <w:sz w:val="18"/>
              </w:rPr>
              <w:t>-</w:t>
            </w:r>
            <w:r>
              <w:rPr>
                <w:sz w:val="18"/>
              </w:rPr>
              <w:t>77.8)</w:t>
            </w:r>
          </w:p>
        </w:tc>
        <w:tc>
          <w:tcPr>
            <w:tcW w:w="1644" w:type="dxa"/>
            <w:vAlign w:val="center"/>
          </w:tcPr>
          <w:p w14:paraId="7BA5F250" w14:textId="2A619EE0" w:rsidR="00446222" w:rsidRDefault="00122507">
            <w:pPr>
              <w:spacing w:after="0" w:line="252" w:lineRule="auto"/>
              <w:jc w:val="center"/>
            </w:pPr>
            <w:r>
              <w:rPr>
                <w:sz w:val="18"/>
              </w:rPr>
              <w:t>---</w:t>
            </w:r>
          </w:p>
        </w:tc>
      </w:tr>
      <w:tr w:rsidR="00446222" w14:paraId="67D64B0C" w14:textId="77777777">
        <w:trPr>
          <w:cantSplit/>
          <w:jc w:val="center"/>
        </w:trPr>
        <w:tc>
          <w:tcPr>
            <w:tcW w:w="4365" w:type="dxa"/>
            <w:vAlign w:val="center"/>
          </w:tcPr>
          <w:p w14:paraId="4E26FF0A" w14:textId="77777777" w:rsidR="00446222" w:rsidRDefault="00000000">
            <w:pPr>
              <w:spacing w:after="0" w:line="252" w:lineRule="auto"/>
            </w:pPr>
            <w:r>
              <w:rPr>
                <w:sz w:val="18"/>
              </w:rPr>
              <w:t>Height (cm), mean (SD)</w:t>
            </w:r>
          </w:p>
        </w:tc>
        <w:tc>
          <w:tcPr>
            <w:tcW w:w="1814" w:type="dxa"/>
            <w:vAlign w:val="center"/>
          </w:tcPr>
          <w:p w14:paraId="4912F401" w14:textId="77777777" w:rsidR="00446222" w:rsidRDefault="00000000">
            <w:pPr>
              <w:spacing w:after="0" w:line="252" w:lineRule="auto"/>
              <w:jc w:val="center"/>
            </w:pPr>
            <w:r>
              <w:rPr>
                <w:sz w:val="18"/>
              </w:rPr>
              <w:t>167.89 (9.69)</w:t>
            </w:r>
          </w:p>
        </w:tc>
        <w:tc>
          <w:tcPr>
            <w:tcW w:w="1814" w:type="dxa"/>
            <w:vAlign w:val="center"/>
          </w:tcPr>
          <w:p w14:paraId="7727AE3D" w14:textId="77777777" w:rsidR="00446222" w:rsidRDefault="00000000">
            <w:pPr>
              <w:spacing w:after="0" w:line="252" w:lineRule="auto"/>
              <w:jc w:val="center"/>
            </w:pPr>
            <w:r>
              <w:rPr>
                <w:sz w:val="18"/>
              </w:rPr>
              <w:t>166.29 (9.84)</w:t>
            </w:r>
          </w:p>
        </w:tc>
        <w:tc>
          <w:tcPr>
            <w:tcW w:w="1644" w:type="dxa"/>
            <w:vAlign w:val="center"/>
          </w:tcPr>
          <w:p w14:paraId="48545F3C" w14:textId="77777777" w:rsidR="00446222" w:rsidRDefault="00000000">
            <w:pPr>
              <w:spacing w:after="0" w:line="252" w:lineRule="auto"/>
              <w:jc w:val="center"/>
            </w:pPr>
            <w:r>
              <w:rPr>
                <w:sz w:val="18"/>
              </w:rPr>
              <w:t>-0.164</w:t>
            </w:r>
          </w:p>
        </w:tc>
      </w:tr>
      <w:tr w:rsidR="00446222" w14:paraId="14113572" w14:textId="77777777">
        <w:trPr>
          <w:cantSplit/>
          <w:jc w:val="center"/>
        </w:trPr>
        <w:tc>
          <w:tcPr>
            <w:tcW w:w="4365" w:type="dxa"/>
            <w:vAlign w:val="center"/>
          </w:tcPr>
          <w:p w14:paraId="230A0BCA" w14:textId="53A078C9" w:rsidR="00446222" w:rsidRPr="00BC4976" w:rsidRDefault="00000000">
            <w:pPr>
              <w:spacing w:after="0" w:line="252" w:lineRule="auto"/>
              <w:rPr>
                <w:sz w:val="18"/>
              </w:rPr>
            </w:pPr>
            <w:r>
              <w:rPr>
                <w:sz w:val="18"/>
              </w:rPr>
              <w:t>Height (cm), median (Q1</w:t>
            </w:r>
            <w:r w:rsidR="00BC4976">
              <w:rPr>
                <w:sz w:val="18"/>
              </w:rPr>
              <w:t>-</w:t>
            </w:r>
            <w:r>
              <w:rPr>
                <w:sz w:val="18"/>
              </w:rPr>
              <w:t>Q3)</w:t>
            </w:r>
          </w:p>
        </w:tc>
        <w:tc>
          <w:tcPr>
            <w:tcW w:w="1814" w:type="dxa"/>
            <w:vAlign w:val="center"/>
          </w:tcPr>
          <w:p w14:paraId="53730498" w14:textId="5F06CF7A" w:rsidR="00446222" w:rsidRDefault="00000000">
            <w:pPr>
              <w:spacing w:after="0" w:line="252" w:lineRule="auto"/>
              <w:jc w:val="center"/>
            </w:pPr>
            <w:r>
              <w:rPr>
                <w:sz w:val="18"/>
              </w:rPr>
              <w:t>168.0 (161.5</w:t>
            </w:r>
            <w:r w:rsidR="00122507">
              <w:rPr>
                <w:sz w:val="18"/>
              </w:rPr>
              <w:t>-</w:t>
            </w:r>
            <w:r>
              <w:rPr>
                <w:sz w:val="18"/>
              </w:rPr>
              <w:t>175.0)</w:t>
            </w:r>
          </w:p>
        </w:tc>
        <w:tc>
          <w:tcPr>
            <w:tcW w:w="1814" w:type="dxa"/>
            <w:vAlign w:val="center"/>
          </w:tcPr>
          <w:p w14:paraId="7E842E9B" w14:textId="771385F2" w:rsidR="00446222" w:rsidRDefault="00000000">
            <w:pPr>
              <w:spacing w:after="0" w:line="252" w:lineRule="auto"/>
              <w:jc w:val="center"/>
            </w:pPr>
            <w:r>
              <w:rPr>
                <w:sz w:val="18"/>
              </w:rPr>
              <w:t>167.0 (159.0</w:t>
            </w:r>
            <w:r w:rsidR="00122507">
              <w:rPr>
                <w:sz w:val="18"/>
              </w:rPr>
              <w:t>-</w:t>
            </w:r>
            <w:r>
              <w:rPr>
                <w:sz w:val="18"/>
              </w:rPr>
              <w:t>172.0)</w:t>
            </w:r>
          </w:p>
        </w:tc>
        <w:tc>
          <w:tcPr>
            <w:tcW w:w="1644" w:type="dxa"/>
            <w:vAlign w:val="center"/>
          </w:tcPr>
          <w:p w14:paraId="2FFCE606" w14:textId="53706EF6" w:rsidR="00446222" w:rsidRDefault="00122507">
            <w:pPr>
              <w:spacing w:after="0" w:line="252" w:lineRule="auto"/>
              <w:jc w:val="center"/>
            </w:pPr>
            <w:r>
              <w:rPr>
                <w:sz w:val="18"/>
              </w:rPr>
              <w:t>---</w:t>
            </w:r>
          </w:p>
        </w:tc>
      </w:tr>
      <w:tr w:rsidR="00446222" w14:paraId="1E538C37" w14:textId="77777777">
        <w:trPr>
          <w:cantSplit/>
          <w:jc w:val="center"/>
        </w:trPr>
        <w:tc>
          <w:tcPr>
            <w:tcW w:w="4365" w:type="dxa"/>
            <w:vAlign w:val="center"/>
          </w:tcPr>
          <w:p w14:paraId="733C11E8" w14:textId="77777777" w:rsidR="00446222" w:rsidRDefault="00000000">
            <w:pPr>
              <w:spacing w:after="0" w:line="252" w:lineRule="auto"/>
            </w:pPr>
            <w:r>
              <w:rPr>
                <w:sz w:val="18"/>
              </w:rPr>
              <w:t>Family history of breast cancer: yes</w:t>
            </w:r>
          </w:p>
        </w:tc>
        <w:tc>
          <w:tcPr>
            <w:tcW w:w="1814" w:type="dxa"/>
            <w:vAlign w:val="center"/>
          </w:tcPr>
          <w:p w14:paraId="6287D3A9" w14:textId="77777777" w:rsidR="00446222" w:rsidRDefault="00000000">
            <w:pPr>
              <w:spacing w:after="0" w:line="252" w:lineRule="auto"/>
              <w:jc w:val="center"/>
            </w:pPr>
            <w:r>
              <w:rPr>
                <w:sz w:val="18"/>
              </w:rPr>
              <w:t>9 (10.8)</w:t>
            </w:r>
          </w:p>
        </w:tc>
        <w:tc>
          <w:tcPr>
            <w:tcW w:w="1814" w:type="dxa"/>
            <w:vAlign w:val="center"/>
          </w:tcPr>
          <w:p w14:paraId="0FCFE745" w14:textId="77777777" w:rsidR="00446222" w:rsidRDefault="00000000">
            <w:pPr>
              <w:spacing w:after="0" w:line="252" w:lineRule="auto"/>
              <w:jc w:val="center"/>
            </w:pPr>
            <w:r>
              <w:rPr>
                <w:sz w:val="18"/>
              </w:rPr>
              <w:t>16 (25.8)</w:t>
            </w:r>
          </w:p>
        </w:tc>
        <w:tc>
          <w:tcPr>
            <w:tcW w:w="1644" w:type="dxa"/>
            <w:vAlign w:val="center"/>
          </w:tcPr>
          <w:p w14:paraId="35E7F29F" w14:textId="77777777" w:rsidR="00446222" w:rsidRDefault="00000000">
            <w:pPr>
              <w:spacing w:after="0" w:line="252" w:lineRule="auto"/>
              <w:jc w:val="center"/>
            </w:pPr>
            <w:r>
              <w:rPr>
                <w:sz w:val="18"/>
              </w:rPr>
              <w:t>0.394</w:t>
            </w:r>
          </w:p>
        </w:tc>
      </w:tr>
      <w:tr w:rsidR="00446222" w14:paraId="7C08B842" w14:textId="77777777">
        <w:trPr>
          <w:cantSplit/>
          <w:jc w:val="center"/>
        </w:trPr>
        <w:tc>
          <w:tcPr>
            <w:tcW w:w="4365" w:type="dxa"/>
            <w:vAlign w:val="center"/>
          </w:tcPr>
          <w:p w14:paraId="0636D447" w14:textId="77777777" w:rsidR="00446222" w:rsidRDefault="00000000">
            <w:pPr>
              <w:spacing w:after="0" w:line="252" w:lineRule="auto"/>
            </w:pPr>
            <w:r>
              <w:rPr>
                <w:sz w:val="18"/>
              </w:rPr>
              <w:t>Post-menopausal</w:t>
            </w:r>
          </w:p>
        </w:tc>
        <w:tc>
          <w:tcPr>
            <w:tcW w:w="1814" w:type="dxa"/>
            <w:vAlign w:val="center"/>
          </w:tcPr>
          <w:p w14:paraId="007A6769" w14:textId="77777777" w:rsidR="00446222" w:rsidRDefault="00000000">
            <w:pPr>
              <w:spacing w:after="0" w:line="252" w:lineRule="auto"/>
              <w:jc w:val="center"/>
            </w:pPr>
            <w:r>
              <w:rPr>
                <w:sz w:val="18"/>
              </w:rPr>
              <w:t>19 (22.9)</w:t>
            </w:r>
          </w:p>
        </w:tc>
        <w:tc>
          <w:tcPr>
            <w:tcW w:w="1814" w:type="dxa"/>
            <w:vAlign w:val="center"/>
          </w:tcPr>
          <w:p w14:paraId="72DDE2C9" w14:textId="77777777" w:rsidR="00446222" w:rsidRDefault="00000000">
            <w:pPr>
              <w:spacing w:after="0" w:line="252" w:lineRule="auto"/>
              <w:jc w:val="center"/>
            </w:pPr>
            <w:r>
              <w:rPr>
                <w:sz w:val="18"/>
              </w:rPr>
              <w:t>32 (51.6)</w:t>
            </w:r>
          </w:p>
        </w:tc>
        <w:tc>
          <w:tcPr>
            <w:tcW w:w="1644" w:type="dxa"/>
            <w:vAlign w:val="center"/>
          </w:tcPr>
          <w:p w14:paraId="45522957" w14:textId="77777777" w:rsidR="00446222" w:rsidRDefault="00000000">
            <w:pPr>
              <w:spacing w:after="0" w:line="252" w:lineRule="auto"/>
              <w:jc w:val="center"/>
            </w:pPr>
            <w:r>
              <w:rPr>
                <w:sz w:val="18"/>
              </w:rPr>
              <w:t>0.622</w:t>
            </w:r>
          </w:p>
        </w:tc>
      </w:tr>
      <w:tr w:rsidR="00446222" w14:paraId="2C2E1484" w14:textId="77777777">
        <w:trPr>
          <w:cantSplit/>
          <w:jc w:val="center"/>
        </w:trPr>
        <w:tc>
          <w:tcPr>
            <w:tcW w:w="4365" w:type="dxa"/>
            <w:vAlign w:val="center"/>
          </w:tcPr>
          <w:p w14:paraId="7591AB04" w14:textId="77777777" w:rsidR="00446222" w:rsidRDefault="00000000">
            <w:pPr>
              <w:spacing w:after="0" w:line="252" w:lineRule="auto"/>
            </w:pPr>
            <w:r>
              <w:rPr>
                <w:sz w:val="18"/>
              </w:rPr>
              <w:t>Rural residence</w:t>
            </w:r>
          </w:p>
        </w:tc>
        <w:tc>
          <w:tcPr>
            <w:tcW w:w="1814" w:type="dxa"/>
            <w:vAlign w:val="center"/>
          </w:tcPr>
          <w:p w14:paraId="705ABFFF" w14:textId="77777777" w:rsidR="00446222" w:rsidRDefault="00000000">
            <w:pPr>
              <w:spacing w:after="0" w:line="252" w:lineRule="auto"/>
              <w:jc w:val="center"/>
            </w:pPr>
            <w:r>
              <w:rPr>
                <w:sz w:val="18"/>
              </w:rPr>
              <w:t>25 (30.1)</w:t>
            </w:r>
          </w:p>
        </w:tc>
        <w:tc>
          <w:tcPr>
            <w:tcW w:w="1814" w:type="dxa"/>
            <w:vAlign w:val="center"/>
          </w:tcPr>
          <w:p w14:paraId="64848A1A" w14:textId="77777777" w:rsidR="00446222" w:rsidRDefault="00000000">
            <w:pPr>
              <w:spacing w:after="0" w:line="252" w:lineRule="auto"/>
              <w:jc w:val="center"/>
            </w:pPr>
            <w:r>
              <w:rPr>
                <w:sz w:val="18"/>
              </w:rPr>
              <w:t>29 (46.8)</w:t>
            </w:r>
          </w:p>
        </w:tc>
        <w:tc>
          <w:tcPr>
            <w:tcW w:w="1644" w:type="dxa"/>
            <w:vAlign w:val="center"/>
          </w:tcPr>
          <w:p w14:paraId="4BB2FA03" w14:textId="77777777" w:rsidR="00446222" w:rsidRDefault="00000000">
            <w:pPr>
              <w:spacing w:after="0" w:line="252" w:lineRule="auto"/>
              <w:jc w:val="center"/>
            </w:pPr>
            <w:r>
              <w:rPr>
                <w:sz w:val="18"/>
              </w:rPr>
              <w:t>0.347</w:t>
            </w:r>
          </w:p>
        </w:tc>
      </w:tr>
      <w:tr w:rsidR="00446222" w14:paraId="4705EB37" w14:textId="77777777">
        <w:trPr>
          <w:cantSplit/>
          <w:jc w:val="center"/>
        </w:trPr>
        <w:tc>
          <w:tcPr>
            <w:tcW w:w="4365" w:type="dxa"/>
            <w:vAlign w:val="center"/>
          </w:tcPr>
          <w:p w14:paraId="7ED5D41B" w14:textId="77777777" w:rsidR="00446222" w:rsidRDefault="00000000">
            <w:pPr>
              <w:spacing w:after="0" w:line="252" w:lineRule="auto"/>
            </w:pPr>
            <w:r>
              <w:rPr>
                <w:sz w:val="18"/>
              </w:rPr>
              <w:t>Recorded student occupation</w:t>
            </w:r>
          </w:p>
        </w:tc>
        <w:tc>
          <w:tcPr>
            <w:tcW w:w="1814" w:type="dxa"/>
            <w:vAlign w:val="center"/>
          </w:tcPr>
          <w:p w14:paraId="6C370CF0" w14:textId="77777777" w:rsidR="00446222" w:rsidRDefault="00000000">
            <w:pPr>
              <w:spacing w:after="0" w:line="252" w:lineRule="auto"/>
              <w:jc w:val="center"/>
            </w:pPr>
            <w:r>
              <w:rPr>
                <w:sz w:val="18"/>
              </w:rPr>
              <w:t>17 (20.5)</w:t>
            </w:r>
          </w:p>
        </w:tc>
        <w:tc>
          <w:tcPr>
            <w:tcW w:w="1814" w:type="dxa"/>
            <w:vAlign w:val="center"/>
          </w:tcPr>
          <w:p w14:paraId="16F83A11" w14:textId="77777777" w:rsidR="00446222" w:rsidRDefault="00000000">
            <w:pPr>
              <w:spacing w:after="0" w:line="252" w:lineRule="auto"/>
              <w:jc w:val="center"/>
            </w:pPr>
            <w:r>
              <w:rPr>
                <w:sz w:val="18"/>
              </w:rPr>
              <w:t>7 (11.3)</w:t>
            </w:r>
          </w:p>
        </w:tc>
        <w:tc>
          <w:tcPr>
            <w:tcW w:w="1644" w:type="dxa"/>
            <w:vAlign w:val="center"/>
          </w:tcPr>
          <w:p w14:paraId="4BD860C9" w14:textId="77777777" w:rsidR="00446222" w:rsidRDefault="00000000">
            <w:pPr>
              <w:spacing w:after="0" w:line="252" w:lineRule="auto"/>
              <w:jc w:val="center"/>
            </w:pPr>
            <w:r>
              <w:rPr>
                <w:sz w:val="18"/>
              </w:rPr>
              <w:t>-0.253</w:t>
            </w:r>
          </w:p>
        </w:tc>
      </w:tr>
      <w:tr w:rsidR="00446222" w14:paraId="746D50C1" w14:textId="77777777">
        <w:trPr>
          <w:cantSplit/>
          <w:jc w:val="center"/>
        </w:trPr>
        <w:tc>
          <w:tcPr>
            <w:tcW w:w="4365" w:type="dxa"/>
            <w:vAlign w:val="center"/>
          </w:tcPr>
          <w:p w14:paraId="491D81E9" w14:textId="77777777" w:rsidR="00446222" w:rsidRDefault="00000000">
            <w:pPr>
              <w:spacing w:after="0" w:line="252" w:lineRule="auto"/>
            </w:pPr>
            <w:r>
              <w:rPr>
                <w:sz w:val="18"/>
              </w:rPr>
              <w:t>Education: primary</w:t>
            </w:r>
          </w:p>
        </w:tc>
        <w:tc>
          <w:tcPr>
            <w:tcW w:w="1814" w:type="dxa"/>
            <w:vAlign w:val="center"/>
          </w:tcPr>
          <w:p w14:paraId="0C0D94D3" w14:textId="77777777" w:rsidR="00446222" w:rsidRDefault="00000000">
            <w:pPr>
              <w:spacing w:after="0" w:line="252" w:lineRule="auto"/>
              <w:jc w:val="center"/>
            </w:pPr>
            <w:r>
              <w:rPr>
                <w:sz w:val="18"/>
              </w:rPr>
              <w:t>1 (1.2)</w:t>
            </w:r>
          </w:p>
        </w:tc>
        <w:tc>
          <w:tcPr>
            <w:tcW w:w="1814" w:type="dxa"/>
            <w:vAlign w:val="center"/>
          </w:tcPr>
          <w:p w14:paraId="00131994" w14:textId="77777777" w:rsidR="00446222" w:rsidRDefault="00000000">
            <w:pPr>
              <w:spacing w:after="0" w:line="252" w:lineRule="auto"/>
              <w:jc w:val="center"/>
            </w:pPr>
            <w:r>
              <w:rPr>
                <w:sz w:val="18"/>
              </w:rPr>
              <w:t>1 (1.6)</w:t>
            </w:r>
          </w:p>
        </w:tc>
        <w:tc>
          <w:tcPr>
            <w:tcW w:w="1644" w:type="dxa"/>
            <w:vAlign w:val="center"/>
          </w:tcPr>
          <w:p w14:paraId="77C8FBB5" w14:textId="77777777" w:rsidR="00446222" w:rsidRDefault="00000000">
            <w:pPr>
              <w:spacing w:after="0" w:line="252" w:lineRule="auto"/>
              <w:jc w:val="center"/>
            </w:pPr>
            <w:r>
              <w:rPr>
                <w:sz w:val="18"/>
              </w:rPr>
              <w:t>0.035</w:t>
            </w:r>
          </w:p>
        </w:tc>
      </w:tr>
      <w:tr w:rsidR="00446222" w14:paraId="55EC844E" w14:textId="77777777">
        <w:trPr>
          <w:cantSplit/>
          <w:jc w:val="center"/>
        </w:trPr>
        <w:tc>
          <w:tcPr>
            <w:tcW w:w="4365" w:type="dxa"/>
            <w:vAlign w:val="center"/>
          </w:tcPr>
          <w:p w14:paraId="20BFE949" w14:textId="77777777" w:rsidR="00446222" w:rsidRDefault="00000000">
            <w:pPr>
              <w:spacing w:after="0" w:line="252" w:lineRule="auto"/>
            </w:pPr>
            <w:r>
              <w:rPr>
                <w:sz w:val="18"/>
              </w:rPr>
              <w:t>Education: secondary</w:t>
            </w:r>
          </w:p>
        </w:tc>
        <w:tc>
          <w:tcPr>
            <w:tcW w:w="1814" w:type="dxa"/>
            <w:vAlign w:val="center"/>
          </w:tcPr>
          <w:p w14:paraId="7D656205" w14:textId="77777777" w:rsidR="00446222" w:rsidRDefault="00000000">
            <w:pPr>
              <w:spacing w:after="0" w:line="252" w:lineRule="auto"/>
              <w:jc w:val="center"/>
            </w:pPr>
            <w:r>
              <w:rPr>
                <w:sz w:val="18"/>
              </w:rPr>
              <w:t>8 (9.6)</w:t>
            </w:r>
          </w:p>
        </w:tc>
        <w:tc>
          <w:tcPr>
            <w:tcW w:w="1814" w:type="dxa"/>
            <w:vAlign w:val="center"/>
          </w:tcPr>
          <w:p w14:paraId="356E451D" w14:textId="77777777" w:rsidR="00446222" w:rsidRDefault="00000000">
            <w:pPr>
              <w:spacing w:after="0" w:line="252" w:lineRule="auto"/>
              <w:jc w:val="center"/>
            </w:pPr>
            <w:r>
              <w:rPr>
                <w:sz w:val="18"/>
              </w:rPr>
              <w:t>10 (16.1)</w:t>
            </w:r>
          </w:p>
        </w:tc>
        <w:tc>
          <w:tcPr>
            <w:tcW w:w="1644" w:type="dxa"/>
            <w:vAlign w:val="center"/>
          </w:tcPr>
          <w:p w14:paraId="625E4792" w14:textId="77777777" w:rsidR="00446222" w:rsidRDefault="00000000">
            <w:pPr>
              <w:spacing w:after="0" w:line="252" w:lineRule="auto"/>
              <w:jc w:val="center"/>
            </w:pPr>
            <w:r>
              <w:rPr>
                <w:sz w:val="18"/>
              </w:rPr>
              <w:t>0.195</w:t>
            </w:r>
          </w:p>
        </w:tc>
      </w:tr>
      <w:tr w:rsidR="00446222" w14:paraId="4B2FA545" w14:textId="77777777">
        <w:trPr>
          <w:cantSplit/>
          <w:jc w:val="center"/>
        </w:trPr>
        <w:tc>
          <w:tcPr>
            <w:tcW w:w="4365" w:type="dxa"/>
            <w:vAlign w:val="center"/>
          </w:tcPr>
          <w:p w14:paraId="6D9C7D20" w14:textId="77777777" w:rsidR="00446222" w:rsidRDefault="00000000">
            <w:pPr>
              <w:keepNext/>
              <w:spacing w:after="0" w:line="252" w:lineRule="auto"/>
            </w:pPr>
            <w:r>
              <w:rPr>
                <w:sz w:val="18"/>
              </w:rPr>
              <w:t>Education: tertiary</w:t>
            </w:r>
          </w:p>
        </w:tc>
        <w:tc>
          <w:tcPr>
            <w:tcW w:w="1814" w:type="dxa"/>
            <w:vAlign w:val="center"/>
          </w:tcPr>
          <w:p w14:paraId="277917D5" w14:textId="77777777" w:rsidR="00446222" w:rsidRDefault="00000000">
            <w:pPr>
              <w:keepNext/>
              <w:spacing w:after="0" w:line="252" w:lineRule="auto"/>
              <w:jc w:val="center"/>
            </w:pPr>
            <w:r>
              <w:rPr>
                <w:sz w:val="18"/>
              </w:rPr>
              <w:t>74 (89.2)</w:t>
            </w:r>
          </w:p>
        </w:tc>
        <w:tc>
          <w:tcPr>
            <w:tcW w:w="1814" w:type="dxa"/>
            <w:vAlign w:val="center"/>
          </w:tcPr>
          <w:p w14:paraId="6B940CBC" w14:textId="77777777" w:rsidR="00446222" w:rsidRDefault="00000000">
            <w:pPr>
              <w:keepNext/>
              <w:spacing w:after="0" w:line="252" w:lineRule="auto"/>
              <w:jc w:val="center"/>
            </w:pPr>
            <w:r>
              <w:rPr>
                <w:sz w:val="18"/>
              </w:rPr>
              <w:t>51 (82.3)</w:t>
            </w:r>
          </w:p>
        </w:tc>
        <w:tc>
          <w:tcPr>
            <w:tcW w:w="1644" w:type="dxa"/>
            <w:vAlign w:val="center"/>
          </w:tcPr>
          <w:p w14:paraId="29B977A4" w14:textId="77777777" w:rsidR="00446222" w:rsidRDefault="00000000">
            <w:pPr>
              <w:keepNext/>
              <w:spacing w:after="0" w:line="252" w:lineRule="auto"/>
              <w:jc w:val="center"/>
            </w:pPr>
            <w:r>
              <w:rPr>
                <w:sz w:val="18"/>
              </w:rPr>
              <w:t>-0.198</w:t>
            </w:r>
          </w:p>
        </w:tc>
      </w:tr>
    </w:tbl>
    <w:p w14:paraId="7DE427F9" w14:textId="77777777" w:rsidR="00446222" w:rsidRDefault="00000000">
      <w:pPr>
        <w:keepLines/>
        <w:spacing w:after="140" w:line="252" w:lineRule="auto"/>
      </w:pPr>
      <w:r>
        <w:rPr>
          <w:sz w:val="18"/>
        </w:rPr>
        <w:t>Values describe the 145 participants in the primary combined-profile analysis. Definitions match Table S5; main Table 1 describes all 151 women in the shared-age range.</w:t>
      </w:r>
    </w:p>
    <w:p w14:paraId="535AF53F" w14:textId="77777777" w:rsidR="00446222" w:rsidRDefault="00000000">
      <w:pPr>
        <w:keepNext/>
        <w:spacing w:after="60" w:line="240" w:lineRule="auto"/>
        <w:jc w:val="center"/>
      </w:pPr>
      <w:r>
        <w:rPr>
          <w:noProof/>
        </w:rPr>
        <w:lastRenderedPageBreak/>
        <w:drawing>
          <wp:inline distT="0" distB="0" distL="0" distR="0" wp14:anchorId="7834CED0" wp14:editId="2831CC04">
            <wp:extent cx="4622800" cy="3208550"/>
            <wp:effectExtent l="0" t="0" r="0" b="5080"/>
            <wp:docPr id="1" name="Figure_S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png"/>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Lst>
                    </a:blip>
                    <a:stretch>
                      <a:fillRect/>
                    </a:stretch>
                  </pic:blipFill>
                  <pic:spPr>
                    <a:xfrm>
                      <a:off x="0" y="0"/>
                      <a:ext cx="4644069" cy="3223312"/>
                    </a:xfrm>
                    <a:prstGeom prst="rect">
                      <a:avLst/>
                    </a:prstGeom>
                  </pic:spPr>
                </pic:pic>
              </a:graphicData>
            </a:graphic>
          </wp:inline>
        </w:drawing>
      </w:r>
    </w:p>
    <w:p w14:paraId="637F656D" w14:textId="77777777" w:rsidR="00446222" w:rsidRDefault="00000000" w:rsidP="0047469F">
      <w:pPr>
        <w:pStyle w:val="Caption"/>
        <w:keepLines/>
        <w:jc w:val="both"/>
      </w:pPr>
      <w:r>
        <w:rPr>
          <w:b/>
        </w:rPr>
        <w:t xml:space="preserve">Figure S1. </w:t>
      </w:r>
      <w:r>
        <w:t>Age distribution of all enrolled participants. Recorded ages for 101 controls and 70 cases, before complete-profile restrictions. Boxes show the median and quartiles; whiskers extend to values within 1.5 interquartile ranges, and horizontally jittered points show individual values without identifiers. Colours and symbols distinguish groups, not significance. The analytical age restriction does not establish age matching.</w:t>
      </w:r>
    </w:p>
    <w:p w14:paraId="1E2B5064" w14:textId="77777777" w:rsidR="000E7868" w:rsidRPr="000E7868" w:rsidRDefault="000E7868" w:rsidP="000E7868"/>
    <w:p w14:paraId="51CD3469" w14:textId="77777777" w:rsidR="00446222" w:rsidRDefault="00000000">
      <w:pPr>
        <w:keepNext/>
        <w:spacing w:after="60" w:line="240" w:lineRule="auto"/>
        <w:jc w:val="center"/>
      </w:pPr>
      <w:r>
        <w:rPr>
          <w:noProof/>
        </w:rPr>
        <w:drawing>
          <wp:inline distT="0" distB="0" distL="0" distR="0" wp14:anchorId="197C7E6F" wp14:editId="0D1CBA6E">
            <wp:extent cx="5940000" cy="4122780"/>
            <wp:effectExtent l="0" t="0" r="3810" b="5080"/>
            <wp:docPr id="2" name="Figure_S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png"/>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tretch>
                      <a:fillRect/>
                    </a:stretch>
                  </pic:blipFill>
                  <pic:spPr>
                    <a:xfrm>
                      <a:off x="0" y="0"/>
                      <a:ext cx="5940000" cy="4122780"/>
                    </a:xfrm>
                    <a:prstGeom prst="rect">
                      <a:avLst/>
                    </a:prstGeom>
                  </pic:spPr>
                </pic:pic>
              </a:graphicData>
            </a:graphic>
          </wp:inline>
        </w:drawing>
      </w:r>
    </w:p>
    <w:p w14:paraId="48607BC8" w14:textId="77777777" w:rsidR="00446222" w:rsidRDefault="00000000" w:rsidP="0047469F">
      <w:pPr>
        <w:pStyle w:val="Caption"/>
        <w:keepLines/>
        <w:jc w:val="both"/>
      </w:pPr>
      <w:r>
        <w:rPr>
          <w:b/>
        </w:rPr>
        <w:t xml:space="preserve">Figure S2. </w:t>
      </w:r>
      <w:r>
        <w:t>Age distribution among participants aged 23 and above. Recorded ages for 87 controls and 70 cases, before complete-profile restrictions. Boxes show the median and quartiles; whiskers extend to values within 1.5 interquartile ranges, and horizontally jittered points show individual values without identifiers. Colours and symbols distinguish groups, not significance. The analytical age restriction does not establish age matching.</w:t>
      </w:r>
    </w:p>
    <w:p w14:paraId="29414D1C" w14:textId="77777777" w:rsidR="00446222" w:rsidRDefault="00000000" w:rsidP="0047469F">
      <w:pPr>
        <w:keepNext/>
        <w:spacing w:after="60" w:line="240" w:lineRule="auto"/>
      </w:pPr>
      <w:r>
        <w:rPr>
          <w:noProof/>
        </w:rPr>
        <w:lastRenderedPageBreak/>
        <w:drawing>
          <wp:inline distT="0" distB="0" distL="0" distR="0" wp14:anchorId="3ED166A7" wp14:editId="5E7F5DA0">
            <wp:extent cx="5807891" cy="4031087"/>
            <wp:effectExtent l="0" t="0" r="0" b="0"/>
            <wp:docPr id="3" name="Figure_S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png"/>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Lst>
                    </a:blip>
                    <a:stretch>
                      <a:fillRect/>
                    </a:stretch>
                  </pic:blipFill>
                  <pic:spPr>
                    <a:xfrm>
                      <a:off x="0" y="0"/>
                      <a:ext cx="5840253" cy="4053549"/>
                    </a:xfrm>
                    <a:prstGeom prst="rect">
                      <a:avLst/>
                    </a:prstGeom>
                  </pic:spPr>
                </pic:pic>
              </a:graphicData>
            </a:graphic>
          </wp:inline>
        </w:drawing>
      </w:r>
    </w:p>
    <w:p w14:paraId="49380263" w14:textId="4F9A3803" w:rsidR="00446222" w:rsidRDefault="00000000" w:rsidP="0047469F">
      <w:pPr>
        <w:pStyle w:val="Caption"/>
        <w:keepLines/>
        <w:jc w:val="both"/>
      </w:pPr>
      <w:r>
        <w:rPr>
          <w:b/>
        </w:rPr>
        <w:t xml:space="preserve">Figure S3. </w:t>
      </w:r>
      <w:r>
        <w:t>Age distribution in the shared-age descriptive population. Recorded ages for 87 controls and 64 cases aged 23</w:t>
      </w:r>
      <w:r w:rsidR="00BE3B67">
        <w:t>-</w:t>
      </w:r>
      <w:r>
        <w:t>62, before complete-profile restrictions. Boxes show the median and quartiles; whiskers extend to values within 1.5 interquartile ranges, and horizontally jittered points show individual values without identifiers. Colours and symbols distinguish groups, not significance. The analytical age restriction does not establish age matching.</w:t>
      </w:r>
    </w:p>
    <w:p w14:paraId="6720390E" w14:textId="77777777" w:rsidR="00446222" w:rsidRDefault="00000000">
      <w:pPr>
        <w:pStyle w:val="Heading1"/>
      </w:pPr>
      <w:r>
        <w:t>Portion distributions and combined-index summaries</w:t>
      </w:r>
    </w:p>
    <w:p w14:paraId="5A39B590" w14:textId="77777777" w:rsidR="00446222" w:rsidRDefault="00000000" w:rsidP="0047469F">
      <w:pPr>
        <w:spacing w:after="140" w:line="252" w:lineRule="auto"/>
        <w:jc w:val="both"/>
      </w:pPr>
      <w:r>
        <w:rPr>
          <w:sz w:val="18"/>
        </w:rPr>
        <w:t>Portion distributions are reported among participants with a valid positive frequency for each food in the shared-age descriptive population. Denominators therefore vary across foods and are not restricted to the 145 complete profiles. Unavailable portions remain a separate category in the denominator. Non-consumers and participants with unavailable frequencies are not included in that food’s consumer denominator. Full frequency and portion counts are supplied in Additional file 2.</w:t>
      </w:r>
    </w:p>
    <w:p w14:paraId="72F7293B" w14:textId="77777777" w:rsidR="00446222" w:rsidRDefault="00000000">
      <w:pPr>
        <w:pStyle w:val="Caption"/>
        <w:keepNext/>
      </w:pPr>
      <w:r>
        <w:rPr>
          <w:b/>
        </w:rPr>
        <w:t>Table S8. Recorded portions among control consumers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2948"/>
        <w:gridCol w:w="1134"/>
        <w:gridCol w:w="1361"/>
        <w:gridCol w:w="1361"/>
        <w:gridCol w:w="1361"/>
        <w:gridCol w:w="1474"/>
      </w:tblGrid>
      <w:tr w:rsidR="00446222" w14:paraId="68EC23CD" w14:textId="77777777">
        <w:trPr>
          <w:cantSplit/>
          <w:tblHeader/>
          <w:jc w:val="center"/>
        </w:trPr>
        <w:tc>
          <w:tcPr>
            <w:tcW w:w="2948" w:type="dxa"/>
            <w:tcBorders>
              <w:bottom w:val="single" w:sz="4" w:space="0" w:color="auto"/>
            </w:tcBorders>
            <w:vAlign w:val="center"/>
          </w:tcPr>
          <w:p w14:paraId="0EF5A70F" w14:textId="77777777" w:rsidR="00446222" w:rsidRDefault="00000000">
            <w:pPr>
              <w:keepNext/>
              <w:spacing w:after="0" w:line="252" w:lineRule="auto"/>
            </w:pPr>
            <w:r>
              <w:rPr>
                <w:b/>
                <w:sz w:val="18"/>
              </w:rPr>
              <w:t>Food</w:t>
            </w:r>
          </w:p>
        </w:tc>
        <w:tc>
          <w:tcPr>
            <w:tcW w:w="1134" w:type="dxa"/>
            <w:tcBorders>
              <w:bottom w:val="single" w:sz="4" w:space="0" w:color="auto"/>
            </w:tcBorders>
            <w:vAlign w:val="center"/>
          </w:tcPr>
          <w:p w14:paraId="0116B036" w14:textId="77777777" w:rsidR="00446222" w:rsidRDefault="00000000">
            <w:pPr>
              <w:keepNext/>
              <w:spacing w:after="0" w:line="252" w:lineRule="auto"/>
              <w:jc w:val="center"/>
            </w:pPr>
            <w:r>
              <w:rPr>
                <w:b/>
                <w:sz w:val="18"/>
              </w:rPr>
              <w:t>Consumers</w:t>
            </w:r>
            <w:r>
              <w:rPr>
                <w:b/>
                <w:sz w:val="18"/>
              </w:rPr>
              <w:br/>
              <w:t>(n)</w:t>
            </w:r>
          </w:p>
        </w:tc>
        <w:tc>
          <w:tcPr>
            <w:tcW w:w="1361" w:type="dxa"/>
            <w:tcBorders>
              <w:bottom w:val="single" w:sz="4" w:space="0" w:color="auto"/>
            </w:tcBorders>
            <w:vAlign w:val="center"/>
          </w:tcPr>
          <w:p w14:paraId="5E72BF36" w14:textId="77777777" w:rsidR="00446222" w:rsidRDefault="00000000">
            <w:pPr>
              <w:keepNext/>
              <w:spacing w:after="0" w:line="252" w:lineRule="auto"/>
              <w:jc w:val="center"/>
            </w:pPr>
            <w:r>
              <w:rPr>
                <w:b/>
                <w:sz w:val="18"/>
              </w:rPr>
              <w:t>Small</w:t>
            </w:r>
            <w:r>
              <w:rPr>
                <w:b/>
                <w:sz w:val="18"/>
              </w:rPr>
              <w:br/>
              <w:t>n (%)</w:t>
            </w:r>
          </w:p>
        </w:tc>
        <w:tc>
          <w:tcPr>
            <w:tcW w:w="1361" w:type="dxa"/>
            <w:tcBorders>
              <w:bottom w:val="single" w:sz="4" w:space="0" w:color="auto"/>
            </w:tcBorders>
            <w:vAlign w:val="center"/>
          </w:tcPr>
          <w:p w14:paraId="731E7247" w14:textId="77777777" w:rsidR="00446222" w:rsidRDefault="00000000">
            <w:pPr>
              <w:keepNext/>
              <w:spacing w:after="0" w:line="252" w:lineRule="auto"/>
              <w:jc w:val="center"/>
            </w:pPr>
            <w:r>
              <w:rPr>
                <w:b/>
                <w:sz w:val="18"/>
              </w:rPr>
              <w:t>Medium</w:t>
            </w:r>
            <w:r>
              <w:rPr>
                <w:b/>
                <w:sz w:val="18"/>
              </w:rPr>
              <w:br/>
              <w:t>n (%)</w:t>
            </w:r>
          </w:p>
        </w:tc>
        <w:tc>
          <w:tcPr>
            <w:tcW w:w="1361" w:type="dxa"/>
            <w:tcBorders>
              <w:bottom w:val="single" w:sz="4" w:space="0" w:color="auto"/>
            </w:tcBorders>
            <w:vAlign w:val="center"/>
          </w:tcPr>
          <w:p w14:paraId="7212F62A" w14:textId="77777777" w:rsidR="00446222" w:rsidRDefault="00000000">
            <w:pPr>
              <w:keepNext/>
              <w:spacing w:after="0" w:line="252" w:lineRule="auto"/>
              <w:jc w:val="center"/>
            </w:pPr>
            <w:r>
              <w:rPr>
                <w:b/>
                <w:sz w:val="18"/>
              </w:rPr>
              <w:t>Large</w:t>
            </w:r>
            <w:r>
              <w:rPr>
                <w:b/>
                <w:sz w:val="18"/>
              </w:rPr>
              <w:br/>
              <w:t>n (%)</w:t>
            </w:r>
          </w:p>
        </w:tc>
        <w:tc>
          <w:tcPr>
            <w:tcW w:w="1474" w:type="dxa"/>
            <w:tcBorders>
              <w:bottom w:val="single" w:sz="4" w:space="0" w:color="auto"/>
            </w:tcBorders>
            <w:vAlign w:val="center"/>
          </w:tcPr>
          <w:p w14:paraId="5C7AAA82" w14:textId="77777777" w:rsidR="00446222" w:rsidRDefault="00000000">
            <w:pPr>
              <w:keepNext/>
              <w:spacing w:after="0" w:line="252" w:lineRule="auto"/>
              <w:jc w:val="center"/>
            </w:pPr>
            <w:r>
              <w:rPr>
                <w:b/>
                <w:sz w:val="18"/>
              </w:rPr>
              <w:t>Unavailable</w:t>
            </w:r>
            <w:r>
              <w:rPr>
                <w:b/>
                <w:sz w:val="18"/>
              </w:rPr>
              <w:br/>
              <w:t>n (%)</w:t>
            </w:r>
          </w:p>
        </w:tc>
      </w:tr>
      <w:tr w:rsidR="00446222" w14:paraId="6A5525CD" w14:textId="77777777">
        <w:trPr>
          <w:cantSplit/>
          <w:jc w:val="center"/>
        </w:trPr>
        <w:tc>
          <w:tcPr>
            <w:tcW w:w="2948" w:type="dxa"/>
            <w:vAlign w:val="center"/>
          </w:tcPr>
          <w:p w14:paraId="462662DD" w14:textId="77777777" w:rsidR="00446222" w:rsidRDefault="00000000">
            <w:pPr>
              <w:spacing w:after="0" w:line="252" w:lineRule="auto"/>
            </w:pPr>
            <w:r>
              <w:rPr>
                <w:sz w:val="18"/>
              </w:rPr>
              <w:t>Yam / cocoyam</w:t>
            </w:r>
          </w:p>
        </w:tc>
        <w:tc>
          <w:tcPr>
            <w:tcW w:w="1134" w:type="dxa"/>
            <w:vAlign w:val="center"/>
          </w:tcPr>
          <w:p w14:paraId="49AB87A2" w14:textId="77777777" w:rsidR="00446222" w:rsidRDefault="00000000">
            <w:pPr>
              <w:spacing w:after="0" w:line="252" w:lineRule="auto"/>
              <w:jc w:val="center"/>
            </w:pPr>
            <w:r>
              <w:rPr>
                <w:sz w:val="18"/>
              </w:rPr>
              <w:t>86</w:t>
            </w:r>
          </w:p>
        </w:tc>
        <w:tc>
          <w:tcPr>
            <w:tcW w:w="1361" w:type="dxa"/>
            <w:vAlign w:val="center"/>
          </w:tcPr>
          <w:p w14:paraId="547F3967" w14:textId="77777777" w:rsidR="00446222" w:rsidRDefault="00000000">
            <w:pPr>
              <w:spacing w:after="0" w:line="252" w:lineRule="auto"/>
              <w:jc w:val="center"/>
            </w:pPr>
            <w:r>
              <w:rPr>
                <w:sz w:val="18"/>
              </w:rPr>
              <w:t>18 (20.9)</w:t>
            </w:r>
          </w:p>
        </w:tc>
        <w:tc>
          <w:tcPr>
            <w:tcW w:w="1361" w:type="dxa"/>
            <w:vAlign w:val="center"/>
          </w:tcPr>
          <w:p w14:paraId="2FC9FF4F" w14:textId="77777777" w:rsidR="00446222" w:rsidRDefault="00000000">
            <w:pPr>
              <w:spacing w:after="0" w:line="252" w:lineRule="auto"/>
              <w:jc w:val="center"/>
            </w:pPr>
            <w:r>
              <w:rPr>
                <w:sz w:val="18"/>
              </w:rPr>
              <w:t>59 (68.6)</w:t>
            </w:r>
          </w:p>
        </w:tc>
        <w:tc>
          <w:tcPr>
            <w:tcW w:w="1361" w:type="dxa"/>
            <w:vAlign w:val="center"/>
          </w:tcPr>
          <w:p w14:paraId="735439D6" w14:textId="77777777" w:rsidR="00446222" w:rsidRDefault="00000000">
            <w:pPr>
              <w:spacing w:after="0" w:line="252" w:lineRule="auto"/>
              <w:jc w:val="center"/>
            </w:pPr>
            <w:r>
              <w:rPr>
                <w:sz w:val="18"/>
              </w:rPr>
              <w:t>9 (10.5)</w:t>
            </w:r>
          </w:p>
        </w:tc>
        <w:tc>
          <w:tcPr>
            <w:tcW w:w="1474" w:type="dxa"/>
            <w:vAlign w:val="center"/>
          </w:tcPr>
          <w:p w14:paraId="013BB32B" w14:textId="77777777" w:rsidR="00446222" w:rsidRDefault="00000000">
            <w:pPr>
              <w:spacing w:after="0" w:line="252" w:lineRule="auto"/>
              <w:jc w:val="center"/>
            </w:pPr>
            <w:r>
              <w:rPr>
                <w:sz w:val="18"/>
              </w:rPr>
              <w:t>0 (0.0)</w:t>
            </w:r>
          </w:p>
        </w:tc>
      </w:tr>
      <w:tr w:rsidR="00446222" w14:paraId="0D01C19B" w14:textId="77777777">
        <w:trPr>
          <w:cantSplit/>
          <w:jc w:val="center"/>
        </w:trPr>
        <w:tc>
          <w:tcPr>
            <w:tcW w:w="2948" w:type="dxa"/>
            <w:vAlign w:val="center"/>
          </w:tcPr>
          <w:p w14:paraId="5F98179E" w14:textId="77777777" w:rsidR="00446222" w:rsidRDefault="00000000">
            <w:pPr>
              <w:spacing w:after="0" w:line="252" w:lineRule="auto"/>
            </w:pPr>
            <w:r>
              <w:rPr>
                <w:sz w:val="18"/>
              </w:rPr>
              <w:t>Cassava</w:t>
            </w:r>
          </w:p>
        </w:tc>
        <w:tc>
          <w:tcPr>
            <w:tcW w:w="1134" w:type="dxa"/>
            <w:vAlign w:val="center"/>
          </w:tcPr>
          <w:p w14:paraId="68CEEE26" w14:textId="77777777" w:rsidR="00446222" w:rsidRDefault="00000000">
            <w:pPr>
              <w:spacing w:after="0" w:line="252" w:lineRule="auto"/>
              <w:jc w:val="center"/>
            </w:pPr>
            <w:r>
              <w:rPr>
                <w:sz w:val="18"/>
              </w:rPr>
              <w:t>84</w:t>
            </w:r>
          </w:p>
        </w:tc>
        <w:tc>
          <w:tcPr>
            <w:tcW w:w="1361" w:type="dxa"/>
            <w:vAlign w:val="center"/>
          </w:tcPr>
          <w:p w14:paraId="65931B44" w14:textId="77777777" w:rsidR="00446222" w:rsidRDefault="00000000">
            <w:pPr>
              <w:spacing w:after="0" w:line="252" w:lineRule="auto"/>
              <w:jc w:val="center"/>
            </w:pPr>
            <w:r>
              <w:rPr>
                <w:sz w:val="18"/>
              </w:rPr>
              <w:t>24 (28.6)</w:t>
            </w:r>
          </w:p>
        </w:tc>
        <w:tc>
          <w:tcPr>
            <w:tcW w:w="1361" w:type="dxa"/>
            <w:vAlign w:val="center"/>
          </w:tcPr>
          <w:p w14:paraId="5789FC62" w14:textId="77777777" w:rsidR="00446222" w:rsidRDefault="00000000">
            <w:pPr>
              <w:spacing w:after="0" w:line="252" w:lineRule="auto"/>
              <w:jc w:val="center"/>
            </w:pPr>
            <w:r>
              <w:rPr>
                <w:sz w:val="18"/>
              </w:rPr>
              <w:t>49 (58.3)</w:t>
            </w:r>
          </w:p>
        </w:tc>
        <w:tc>
          <w:tcPr>
            <w:tcW w:w="1361" w:type="dxa"/>
            <w:vAlign w:val="center"/>
          </w:tcPr>
          <w:p w14:paraId="63A41F08" w14:textId="77777777" w:rsidR="00446222" w:rsidRDefault="00000000">
            <w:pPr>
              <w:spacing w:after="0" w:line="252" w:lineRule="auto"/>
              <w:jc w:val="center"/>
            </w:pPr>
            <w:r>
              <w:rPr>
                <w:sz w:val="18"/>
              </w:rPr>
              <w:t>11 (13.1)</w:t>
            </w:r>
          </w:p>
        </w:tc>
        <w:tc>
          <w:tcPr>
            <w:tcW w:w="1474" w:type="dxa"/>
            <w:vAlign w:val="center"/>
          </w:tcPr>
          <w:p w14:paraId="2A47512C" w14:textId="77777777" w:rsidR="00446222" w:rsidRDefault="00000000">
            <w:pPr>
              <w:spacing w:after="0" w:line="252" w:lineRule="auto"/>
              <w:jc w:val="center"/>
            </w:pPr>
            <w:r>
              <w:rPr>
                <w:sz w:val="18"/>
              </w:rPr>
              <w:t>0 (0.0)</w:t>
            </w:r>
          </w:p>
        </w:tc>
      </w:tr>
      <w:tr w:rsidR="00446222" w14:paraId="597921B5" w14:textId="77777777">
        <w:trPr>
          <w:cantSplit/>
          <w:jc w:val="center"/>
        </w:trPr>
        <w:tc>
          <w:tcPr>
            <w:tcW w:w="2948" w:type="dxa"/>
            <w:vAlign w:val="center"/>
          </w:tcPr>
          <w:p w14:paraId="176D08C4" w14:textId="77777777" w:rsidR="00446222" w:rsidRDefault="00000000">
            <w:pPr>
              <w:spacing w:after="0" w:line="252" w:lineRule="auto"/>
            </w:pPr>
            <w:r>
              <w:rPr>
                <w:sz w:val="18"/>
              </w:rPr>
              <w:t>Rice</w:t>
            </w:r>
          </w:p>
        </w:tc>
        <w:tc>
          <w:tcPr>
            <w:tcW w:w="1134" w:type="dxa"/>
            <w:vAlign w:val="center"/>
          </w:tcPr>
          <w:p w14:paraId="4CF5F62F" w14:textId="77777777" w:rsidR="00446222" w:rsidRDefault="00000000">
            <w:pPr>
              <w:spacing w:after="0" w:line="252" w:lineRule="auto"/>
              <w:jc w:val="center"/>
            </w:pPr>
            <w:r>
              <w:rPr>
                <w:sz w:val="18"/>
              </w:rPr>
              <w:t>87</w:t>
            </w:r>
          </w:p>
        </w:tc>
        <w:tc>
          <w:tcPr>
            <w:tcW w:w="1361" w:type="dxa"/>
            <w:vAlign w:val="center"/>
          </w:tcPr>
          <w:p w14:paraId="12F23EA5" w14:textId="77777777" w:rsidR="00446222" w:rsidRDefault="00000000">
            <w:pPr>
              <w:spacing w:after="0" w:line="252" w:lineRule="auto"/>
              <w:jc w:val="center"/>
            </w:pPr>
            <w:r>
              <w:rPr>
                <w:sz w:val="18"/>
              </w:rPr>
              <w:t>19 (21.8)</w:t>
            </w:r>
          </w:p>
        </w:tc>
        <w:tc>
          <w:tcPr>
            <w:tcW w:w="1361" w:type="dxa"/>
            <w:vAlign w:val="center"/>
          </w:tcPr>
          <w:p w14:paraId="725A040C" w14:textId="77777777" w:rsidR="00446222" w:rsidRDefault="00000000">
            <w:pPr>
              <w:spacing w:after="0" w:line="252" w:lineRule="auto"/>
              <w:jc w:val="center"/>
            </w:pPr>
            <w:r>
              <w:rPr>
                <w:sz w:val="18"/>
              </w:rPr>
              <w:t>47 (54.0)</w:t>
            </w:r>
          </w:p>
        </w:tc>
        <w:tc>
          <w:tcPr>
            <w:tcW w:w="1361" w:type="dxa"/>
            <w:vAlign w:val="center"/>
          </w:tcPr>
          <w:p w14:paraId="025A44D6" w14:textId="77777777" w:rsidR="00446222" w:rsidRDefault="00000000">
            <w:pPr>
              <w:spacing w:after="0" w:line="252" w:lineRule="auto"/>
              <w:jc w:val="center"/>
            </w:pPr>
            <w:r>
              <w:rPr>
                <w:sz w:val="18"/>
              </w:rPr>
              <w:t>21 (24.1)</w:t>
            </w:r>
          </w:p>
        </w:tc>
        <w:tc>
          <w:tcPr>
            <w:tcW w:w="1474" w:type="dxa"/>
            <w:vAlign w:val="center"/>
          </w:tcPr>
          <w:p w14:paraId="5C0F7E9D" w14:textId="77777777" w:rsidR="00446222" w:rsidRDefault="00000000">
            <w:pPr>
              <w:spacing w:after="0" w:line="252" w:lineRule="auto"/>
              <w:jc w:val="center"/>
            </w:pPr>
            <w:r>
              <w:rPr>
                <w:sz w:val="18"/>
              </w:rPr>
              <w:t>0 (0.0)</w:t>
            </w:r>
          </w:p>
        </w:tc>
      </w:tr>
      <w:tr w:rsidR="00446222" w14:paraId="42885181" w14:textId="77777777">
        <w:trPr>
          <w:cantSplit/>
          <w:jc w:val="center"/>
        </w:trPr>
        <w:tc>
          <w:tcPr>
            <w:tcW w:w="2948" w:type="dxa"/>
            <w:vAlign w:val="center"/>
          </w:tcPr>
          <w:p w14:paraId="170EF0FA" w14:textId="77777777" w:rsidR="00446222" w:rsidRDefault="00000000">
            <w:pPr>
              <w:spacing w:after="0" w:line="252" w:lineRule="auto"/>
            </w:pPr>
            <w:r>
              <w:rPr>
                <w:sz w:val="18"/>
              </w:rPr>
              <w:t>Plantain</w:t>
            </w:r>
          </w:p>
        </w:tc>
        <w:tc>
          <w:tcPr>
            <w:tcW w:w="1134" w:type="dxa"/>
            <w:vAlign w:val="center"/>
          </w:tcPr>
          <w:p w14:paraId="333F6097" w14:textId="77777777" w:rsidR="00446222" w:rsidRDefault="00000000">
            <w:pPr>
              <w:spacing w:after="0" w:line="252" w:lineRule="auto"/>
              <w:jc w:val="center"/>
            </w:pPr>
            <w:r>
              <w:rPr>
                <w:sz w:val="18"/>
              </w:rPr>
              <w:t>85</w:t>
            </w:r>
          </w:p>
        </w:tc>
        <w:tc>
          <w:tcPr>
            <w:tcW w:w="1361" w:type="dxa"/>
            <w:vAlign w:val="center"/>
          </w:tcPr>
          <w:p w14:paraId="21695C6C" w14:textId="77777777" w:rsidR="00446222" w:rsidRDefault="00000000">
            <w:pPr>
              <w:spacing w:after="0" w:line="252" w:lineRule="auto"/>
              <w:jc w:val="center"/>
            </w:pPr>
            <w:r>
              <w:rPr>
                <w:sz w:val="18"/>
              </w:rPr>
              <w:t>24 (28.2)</w:t>
            </w:r>
          </w:p>
        </w:tc>
        <w:tc>
          <w:tcPr>
            <w:tcW w:w="1361" w:type="dxa"/>
            <w:vAlign w:val="center"/>
          </w:tcPr>
          <w:p w14:paraId="620B4D5C" w14:textId="77777777" w:rsidR="00446222" w:rsidRDefault="00000000">
            <w:pPr>
              <w:spacing w:after="0" w:line="252" w:lineRule="auto"/>
              <w:jc w:val="center"/>
            </w:pPr>
            <w:r>
              <w:rPr>
                <w:sz w:val="18"/>
              </w:rPr>
              <w:t>43 (50.6)</w:t>
            </w:r>
          </w:p>
        </w:tc>
        <w:tc>
          <w:tcPr>
            <w:tcW w:w="1361" w:type="dxa"/>
            <w:vAlign w:val="center"/>
          </w:tcPr>
          <w:p w14:paraId="66A3B01D" w14:textId="77777777" w:rsidR="00446222" w:rsidRDefault="00000000">
            <w:pPr>
              <w:spacing w:after="0" w:line="252" w:lineRule="auto"/>
              <w:jc w:val="center"/>
            </w:pPr>
            <w:r>
              <w:rPr>
                <w:sz w:val="18"/>
              </w:rPr>
              <w:t>18 (21.2)</w:t>
            </w:r>
          </w:p>
        </w:tc>
        <w:tc>
          <w:tcPr>
            <w:tcW w:w="1474" w:type="dxa"/>
            <w:vAlign w:val="center"/>
          </w:tcPr>
          <w:p w14:paraId="30A845BE" w14:textId="77777777" w:rsidR="00446222" w:rsidRDefault="00000000">
            <w:pPr>
              <w:spacing w:after="0" w:line="252" w:lineRule="auto"/>
              <w:jc w:val="center"/>
            </w:pPr>
            <w:r>
              <w:rPr>
                <w:sz w:val="18"/>
              </w:rPr>
              <w:t>0 (0.0)</w:t>
            </w:r>
          </w:p>
        </w:tc>
      </w:tr>
      <w:tr w:rsidR="00446222" w14:paraId="57F5419F" w14:textId="77777777">
        <w:trPr>
          <w:cantSplit/>
          <w:jc w:val="center"/>
        </w:trPr>
        <w:tc>
          <w:tcPr>
            <w:tcW w:w="2948" w:type="dxa"/>
            <w:vAlign w:val="center"/>
          </w:tcPr>
          <w:p w14:paraId="02ABA6A5" w14:textId="77777777" w:rsidR="00446222" w:rsidRDefault="00000000">
            <w:pPr>
              <w:spacing w:after="0" w:line="252" w:lineRule="auto"/>
            </w:pPr>
            <w:r>
              <w:rPr>
                <w:sz w:val="18"/>
              </w:rPr>
              <w:t>Afang soup</w:t>
            </w:r>
          </w:p>
        </w:tc>
        <w:tc>
          <w:tcPr>
            <w:tcW w:w="1134" w:type="dxa"/>
            <w:vAlign w:val="center"/>
          </w:tcPr>
          <w:p w14:paraId="0E24C72F" w14:textId="77777777" w:rsidR="00446222" w:rsidRDefault="00000000">
            <w:pPr>
              <w:spacing w:after="0" w:line="252" w:lineRule="auto"/>
              <w:jc w:val="center"/>
            </w:pPr>
            <w:r>
              <w:rPr>
                <w:sz w:val="18"/>
              </w:rPr>
              <w:t>84</w:t>
            </w:r>
          </w:p>
        </w:tc>
        <w:tc>
          <w:tcPr>
            <w:tcW w:w="1361" w:type="dxa"/>
            <w:vAlign w:val="center"/>
          </w:tcPr>
          <w:p w14:paraId="33FA153E" w14:textId="77777777" w:rsidR="00446222" w:rsidRDefault="00000000">
            <w:pPr>
              <w:spacing w:after="0" w:line="252" w:lineRule="auto"/>
              <w:jc w:val="center"/>
            </w:pPr>
            <w:r>
              <w:rPr>
                <w:sz w:val="18"/>
              </w:rPr>
              <w:t>16 (19.0)</w:t>
            </w:r>
          </w:p>
        </w:tc>
        <w:tc>
          <w:tcPr>
            <w:tcW w:w="1361" w:type="dxa"/>
            <w:vAlign w:val="center"/>
          </w:tcPr>
          <w:p w14:paraId="1C0DBABA" w14:textId="77777777" w:rsidR="00446222" w:rsidRDefault="00000000">
            <w:pPr>
              <w:spacing w:after="0" w:line="252" w:lineRule="auto"/>
              <w:jc w:val="center"/>
            </w:pPr>
            <w:r>
              <w:rPr>
                <w:sz w:val="18"/>
              </w:rPr>
              <w:t>50 (59.5)</w:t>
            </w:r>
          </w:p>
        </w:tc>
        <w:tc>
          <w:tcPr>
            <w:tcW w:w="1361" w:type="dxa"/>
            <w:vAlign w:val="center"/>
          </w:tcPr>
          <w:p w14:paraId="55C124D2" w14:textId="77777777" w:rsidR="00446222" w:rsidRDefault="00000000">
            <w:pPr>
              <w:spacing w:after="0" w:line="252" w:lineRule="auto"/>
              <w:jc w:val="center"/>
            </w:pPr>
            <w:r>
              <w:rPr>
                <w:sz w:val="18"/>
              </w:rPr>
              <w:t>18 (21.4)</w:t>
            </w:r>
          </w:p>
        </w:tc>
        <w:tc>
          <w:tcPr>
            <w:tcW w:w="1474" w:type="dxa"/>
            <w:vAlign w:val="center"/>
          </w:tcPr>
          <w:p w14:paraId="6DAE6F6B" w14:textId="77777777" w:rsidR="00446222" w:rsidRDefault="00000000">
            <w:pPr>
              <w:spacing w:after="0" w:line="252" w:lineRule="auto"/>
              <w:jc w:val="center"/>
            </w:pPr>
            <w:r>
              <w:rPr>
                <w:sz w:val="18"/>
              </w:rPr>
              <w:t>0 (0.0)</w:t>
            </w:r>
          </w:p>
        </w:tc>
      </w:tr>
      <w:tr w:rsidR="00446222" w14:paraId="5C5D261C" w14:textId="77777777">
        <w:trPr>
          <w:cantSplit/>
          <w:jc w:val="center"/>
        </w:trPr>
        <w:tc>
          <w:tcPr>
            <w:tcW w:w="2948" w:type="dxa"/>
            <w:vAlign w:val="center"/>
          </w:tcPr>
          <w:p w14:paraId="76E36439" w14:textId="77777777" w:rsidR="00446222" w:rsidRDefault="00000000">
            <w:pPr>
              <w:spacing w:after="0" w:line="252" w:lineRule="auto"/>
            </w:pPr>
            <w:r>
              <w:rPr>
                <w:sz w:val="18"/>
              </w:rPr>
              <w:t>Moringa</w:t>
            </w:r>
          </w:p>
        </w:tc>
        <w:tc>
          <w:tcPr>
            <w:tcW w:w="1134" w:type="dxa"/>
            <w:vAlign w:val="center"/>
          </w:tcPr>
          <w:p w14:paraId="0C88DB64" w14:textId="77777777" w:rsidR="00446222" w:rsidRDefault="00000000">
            <w:pPr>
              <w:spacing w:after="0" w:line="252" w:lineRule="auto"/>
              <w:jc w:val="center"/>
            </w:pPr>
            <w:r>
              <w:rPr>
                <w:sz w:val="18"/>
              </w:rPr>
              <w:t>45</w:t>
            </w:r>
          </w:p>
        </w:tc>
        <w:tc>
          <w:tcPr>
            <w:tcW w:w="1361" w:type="dxa"/>
            <w:vAlign w:val="center"/>
          </w:tcPr>
          <w:p w14:paraId="79554864" w14:textId="77777777" w:rsidR="00446222" w:rsidRDefault="00000000">
            <w:pPr>
              <w:spacing w:after="0" w:line="252" w:lineRule="auto"/>
              <w:jc w:val="center"/>
            </w:pPr>
            <w:r>
              <w:rPr>
                <w:sz w:val="18"/>
              </w:rPr>
              <w:t>21 (46.7)</w:t>
            </w:r>
          </w:p>
        </w:tc>
        <w:tc>
          <w:tcPr>
            <w:tcW w:w="1361" w:type="dxa"/>
            <w:vAlign w:val="center"/>
          </w:tcPr>
          <w:p w14:paraId="57C725F4" w14:textId="77777777" w:rsidR="00446222" w:rsidRDefault="00000000">
            <w:pPr>
              <w:spacing w:after="0" w:line="252" w:lineRule="auto"/>
              <w:jc w:val="center"/>
            </w:pPr>
            <w:r>
              <w:rPr>
                <w:sz w:val="18"/>
              </w:rPr>
              <w:t>17 (37.8)</w:t>
            </w:r>
          </w:p>
        </w:tc>
        <w:tc>
          <w:tcPr>
            <w:tcW w:w="1361" w:type="dxa"/>
            <w:vAlign w:val="center"/>
          </w:tcPr>
          <w:p w14:paraId="0E07E4A0" w14:textId="77777777" w:rsidR="00446222" w:rsidRDefault="00000000">
            <w:pPr>
              <w:spacing w:after="0" w:line="252" w:lineRule="auto"/>
              <w:jc w:val="center"/>
            </w:pPr>
            <w:r>
              <w:rPr>
                <w:sz w:val="18"/>
              </w:rPr>
              <w:t>7 (15.6)</w:t>
            </w:r>
          </w:p>
        </w:tc>
        <w:tc>
          <w:tcPr>
            <w:tcW w:w="1474" w:type="dxa"/>
            <w:vAlign w:val="center"/>
          </w:tcPr>
          <w:p w14:paraId="5FDA7F93" w14:textId="77777777" w:rsidR="00446222" w:rsidRDefault="00000000">
            <w:pPr>
              <w:spacing w:after="0" w:line="252" w:lineRule="auto"/>
              <w:jc w:val="center"/>
            </w:pPr>
            <w:r>
              <w:rPr>
                <w:sz w:val="18"/>
              </w:rPr>
              <w:t>0 (0.0)</w:t>
            </w:r>
          </w:p>
        </w:tc>
      </w:tr>
      <w:tr w:rsidR="00446222" w14:paraId="3D2ED11B" w14:textId="77777777">
        <w:trPr>
          <w:cantSplit/>
          <w:jc w:val="center"/>
        </w:trPr>
        <w:tc>
          <w:tcPr>
            <w:tcW w:w="2948" w:type="dxa"/>
            <w:vAlign w:val="center"/>
          </w:tcPr>
          <w:p w14:paraId="7C8BD5BD" w14:textId="77777777" w:rsidR="00446222" w:rsidRDefault="00000000">
            <w:pPr>
              <w:spacing w:after="0" w:line="252" w:lineRule="auto"/>
            </w:pPr>
            <w:r>
              <w:rPr>
                <w:sz w:val="18"/>
              </w:rPr>
              <w:t>Pumpkin leaves</w:t>
            </w:r>
          </w:p>
        </w:tc>
        <w:tc>
          <w:tcPr>
            <w:tcW w:w="1134" w:type="dxa"/>
            <w:vAlign w:val="center"/>
          </w:tcPr>
          <w:p w14:paraId="1B939E23" w14:textId="77777777" w:rsidR="00446222" w:rsidRDefault="00000000">
            <w:pPr>
              <w:spacing w:after="0" w:line="252" w:lineRule="auto"/>
              <w:jc w:val="center"/>
            </w:pPr>
            <w:r>
              <w:rPr>
                <w:sz w:val="18"/>
              </w:rPr>
              <w:t>85</w:t>
            </w:r>
          </w:p>
        </w:tc>
        <w:tc>
          <w:tcPr>
            <w:tcW w:w="1361" w:type="dxa"/>
            <w:vAlign w:val="center"/>
          </w:tcPr>
          <w:p w14:paraId="09265C8A" w14:textId="77777777" w:rsidR="00446222" w:rsidRDefault="00000000">
            <w:pPr>
              <w:spacing w:after="0" w:line="252" w:lineRule="auto"/>
              <w:jc w:val="center"/>
            </w:pPr>
            <w:r>
              <w:rPr>
                <w:sz w:val="18"/>
              </w:rPr>
              <w:t>29 (34.1)</w:t>
            </w:r>
          </w:p>
        </w:tc>
        <w:tc>
          <w:tcPr>
            <w:tcW w:w="1361" w:type="dxa"/>
            <w:vAlign w:val="center"/>
          </w:tcPr>
          <w:p w14:paraId="1FB8D9F9" w14:textId="77777777" w:rsidR="00446222" w:rsidRDefault="00000000">
            <w:pPr>
              <w:spacing w:after="0" w:line="252" w:lineRule="auto"/>
              <w:jc w:val="center"/>
            </w:pPr>
            <w:r>
              <w:rPr>
                <w:sz w:val="18"/>
              </w:rPr>
              <w:t>38 (44.7)</w:t>
            </w:r>
          </w:p>
        </w:tc>
        <w:tc>
          <w:tcPr>
            <w:tcW w:w="1361" w:type="dxa"/>
            <w:vAlign w:val="center"/>
          </w:tcPr>
          <w:p w14:paraId="118EF602" w14:textId="77777777" w:rsidR="00446222" w:rsidRDefault="00000000">
            <w:pPr>
              <w:spacing w:after="0" w:line="252" w:lineRule="auto"/>
              <w:jc w:val="center"/>
            </w:pPr>
            <w:r>
              <w:rPr>
                <w:sz w:val="18"/>
              </w:rPr>
              <w:t>18 (21.2)</w:t>
            </w:r>
          </w:p>
        </w:tc>
        <w:tc>
          <w:tcPr>
            <w:tcW w:w="1474" w:type="dxa"/>
            <w:vAlign w:val="center"/>
          </w:tcPr>
          <w:p w14:paraId="34806852" w14:textId="77777777" w:rsidR="00446222" w:rsidRDefault="00000000">
            <w:pPr>
              <w:spacing w:after="0" w:line="252" w:lineRule="auto"/>
              <w:jc w:val="center"/>
            </w:pPr>
            <w:r>
              <w:rPr>
                <w:sz w:val="18"/>
              </w:rPr>
              <w:t>0 (0.0)</w:t>
            </w:r>
          </w:p>
        </w:tc>
      </w:tr>
      <w:tr w:rsidR="00446222" w14:paraId="275311D6" w14:textId="77777777">
        <w:trPr>
          <w:cantSplit/>
          <w:jc w:val="center"/>
        </w:trPr>
        <w:tc>
          <w:tcPr>
            <w:tcW w:w="2948" w:type="dxa"/>
            <w:vAlign w:val="center"/>
          </w:tcPr>
          <w:p w14:paraId="4818BEF1" w14:textId="77777777" w:rsidR="00446222" w:rsidRDefault="00000000">
            <w:pPr>
              <w:spacing w:after="0" w:line="252" w:lineRule="auto"/>
            </w:pPr>
            <w:r>
              <w:rPr>
                <w:sz w:val="18"/>
              </w:rPr>
              <w:t>Waterleaf</w:t>
            </w:r>
          </w:p>
        </w:tc>
        <w:tc>
          <w:tcPr>
            <w:tcW w:w="1134" w:type="dxa"/>
            <w:vAlign w:val="center"/>
          </w:tcPr>
          <w:p w14:paraId="7861FDFC" w14:textId="77777777" w:rsidR="00446222" w:rsidRDefault="00000000">
            <w:pPr>
              <w:spacing w:after="0" w:line="252" w:lineRule="auto"/>
              <w:jc w:val="center"/>
            </w:pPr>
            <w:r>
              <w:rPr>
                <w:sz w:val="18"/>
              </w:rPr>
              <w:t>82</w:t>
            </w:r>
          </w:p>
        </w:tc>
        <w:tc>
          <w:tcPr>
            <w:tcW w:w="1361" w:type="dxa"/>
            <w:vAlign w:val="center"/>
          </w:tcPr>
          <w:p w14:paraId="6259B5F7" w14:textId="77777777" w:rsidR="00446222" w:rsidRDefault="00000000">
            <w:pPr>
              <w:spacing w:after="0" w:line="252" w:lineRule="auto"/>
              <w:jc w:val="center"/>
            </w:pPr>
            <w:r>
              <w:rPr>
                <w:sz w:val="18"/>
              </w:rPr>
              <w:t>30 (36.6)</w:t>
            </w:r>
          </w:p>
        </w:tc>
        <w:tc>
          <w:tcPr>
            <w:tcW w:w="1361" w:type="dxa"/>
            <w:vAlign w:val="center"/>
          </w:tcPr>
          <w:p w14:paraId="26A6A384" w14:textId="77777777" w:rsidR="00446222" w:rsidRDefault="00000000">
            <w:pPr>
              <w:spacing w:after="0" w:line="252" w:lineRule="auto"/>
              <w:jc w:val="center"/>
            </w:pPr>
            <w:r>
              <w:rPr>
                <w:sz w:val="18"/>
              </w:rPr>
              <w:t>31 (37.8)</w:t>
            </w:r>
          </w:p>
        </w:tc>
        <w:tc>
          <w:tcPr>
            <w:tcW w:w="1361" w:type="dxa"/>
            <w:vAlign w:val="center"/>
          </w:tcPr>
          <w:p w14:paraId="61DBD02C" w14:textId="77777777" w:rsidR="00446222" w:rsidRDefault="00000000">
            <w:pPr>
              <w:spacing w:after="0" w:line="252" w:lineRule="auto"/>
              <w:jc w:val="center"/>
            </w:pPr>
            <w:r>
              <w:rPr>
                <w:sz w:val="18"/>
              </w:rPr>
              <w:t>21 (25.6)</w:t>
            </w:r>
          </w:p>
        </w:tc>
        <w:tc>
          <w:tcPr>
            <w:tcW w:w="1474" w:type="dxa"/>
            <w:vAlign w:val="center"/>
          </w:tcPr>
          <w:p w14:paraId="48CE244A" w14:textId="77777777" w:rsidR="00446222" w:rsidRDefault="00000000">
            <w:pPr>
              <w:spacing w:after="0" w:line="252" w:lineRule="auto"/>
              <w:jc w:val="center"/>
            </w:pPr>
            <w:r>
              <w:rPr>
                <w:sz w:val="18"/>
              </w:rPr>
              <w:t>0 (0.0)</w:t>
            </w:r>
          </w:p>
        </w:tc>
      </w:tr>
      <w:tr w:rsidR="00446222" w14:paraId="7F6EBCFE" w14:textId="77777777">
        <w:trPr>
          <w:cantSplit/>
          <w:jc w:val="center"/>
        </w:trPr>
        <w:tc>
          <w:tcPr>
            <w:tcW w:w="2948" w:type="dxa"/>
            <w:vAlign w:val="center"/>
          </w:tcPr>
          <w:p w14:paraId="38E0083F" w14:textId="77777777" w:rsidR="00446222" w:rsidRDefault="00000000">
            <w:pPr>
              <w:spacing w:after="0" w:line="252" w:lineRule="auto"/>
            </w:pPr>
            <w:r>
              <w:rPr>
                <w:sz w:val="18"/>
              </w:rPr>
              <w:t>Okra</w:t>
            </w:r>
          </w:p>
        </w:tc>
        <w:tc>
          <w:tcPr>
            <w:tcW w:w="1134" w:type="dxa"/>
            <w:vAlign w:val="center"/>
          </w:tcPr>
          <w:p w14:paraId="05A939FF" w14:textId="77777777" w:rsidR="00446222" w:rsidRDefault="00000000">
            <w:pPr>
              <w:spacing w:after="0" w:line="252" w:lineRule="auto"/>
              <w:jc w:val="center"/>
            </w:pPr>
            <w:r>
              <w:rPr>
                <w:sz w:val="18"/>
              </w:rPr>
              <w:t>87</w:t>
            </w:r>
          </w:p>
        </w:tc>
        <w:tc>
          <w:tcPr>
            <w:tcW w:w="1361" w:type="dxa"/>
            <w:vAlign w:val="center"/>
          </w:tcPr>
          <w:p w14:paraId="4822AEB3" w14:textId="77777777" w:rsidR="00446222" w:rsidRDefault="00000000">
            <w:pPr>
              <w:spacing w:after="0" w:line="252" w:lineRule="auto"/>
              <w:jc w:val="center"/>
            </w:pPr>
            <w:r>
              <w:rPr>
                <w:sz w:val="18"/>
              </w:rPr>
              <w:t>33 (37.9)</w:t>
            </w:r>
          </w:p>
        </w:tc>
        <w:tc>
          <w:tcPr>
            <w:tcW w:w="1361" w:type="dxa"/>
            <w:vAlign w:val="center"/>
          </w:tcPr>
          <w:p w14:paraId="7594D24E" w14:textId="77777777" w:rsidR="00446222" w:rsidRDefault="00000000">
            <w:pPr>
              <w:spacing w:after="0" w:line="252" w:lineRule="auto"/>
              <w:jc w:val="center"/>
            </w:pPr>
            <w:r>
              <w:rPr>
                <w:sz w:val="18"/>
              </w:rPr>
              <w:t>38 (43.7)</w:t>
            </w:r>
          </w:p>
        </w:tc>
        <w:tc>
          <w:tcPr>
            <w:tcW w:w="1361" w:type="dxa"/>
            <w:vAlign w:val="center"/>
          </w:tcPr>
          <w:p w14:paraId="6954ECE6" w14:textId="77777777" w:rsidR="00446222" w:rsidRDefault="00000000">
            <w:pPr>
              <w:spacing w:after="0" w:line="252" w:lineRule="auto"/>
              <w:jc w:val="center"/>
            </w:pPr>
            <w:r>
              <w:rPr>
                <w:sz w:val="18"/>
              </w:rPr>
              <w:t>16 (18.4)</w:t>
            </w:r>
          </w:p>
        </w:tc>
        <w:tc>
          <w:tcPr>
            <w:tcW w:w="1474" w:type="dxa"/>
            <w:vAlign w:val="center"/>
          </w:tcPr>
          <w:p w14:paraId="7A11296A" w14:textId="77777777" w:rsidR="00446222" w:rsidRDefault="00000000">
            <w:pPr>
              <w:spacing w:after="0" w:line="252" w:lineRule="auto"/>
              <w:jc w:val="center"/>
            </w:pPr>
            <w:r>
              <w:rPr>
                <w:sz w:val="18"/>
              </w:rPr>
              <w:t>0 (0.0)</w:t>
            </w:r>
          </w:p>
        </w:tc>
      </w:tr>
      <w:tr w:rsidR="00446222" w14:paraId="594C643D" w14:textId="77777777">
        <w:trPr>
          <w:cantSplit/>
          <w:jc w:val="center"/>
        </w:trPr>
        <w:tc>
          <w:tcPr>
            <w:tcW w:w="2948" w:type="dxa"/>
            <w:vAlign w:val="center"/>
          </w:tcPr>
          <w:p w14:paraId="56555548" w14:textId="77777777" w:rsidR="00446222" w:rsidRDefault="00000000">
            <w:pPr>
              <w:spacing w:after="0" w:line="252" w:lineRule="auto"/>
            </w:pPr>
            <w:r>
              <w:rPr>
                <w:sz w:val="18"/>
              </w:rPr>
              <w:t>Egusi soup</w:t>
            </w:r>
          </w:p>
        </w:tc>
        <w:tc>
          <w:tcPr>
            <w:tcW w:w="1134" w:type="dxa"/>
            <w:vAlign w:val="center"/>
          </w:tcPr>
          <w:p w14:paraId="22B5927C" w14:textId="77777777" w:rsidR="00446222" w:rsidRDefault="00000000">
            <w:pPr>
              <w:spacing w:after="0" w:line="252" w:lineRule="auto"/>
              <w:jc w:val="center"/>
            </w:pPr>
            <w:r>
              <w:rPr>
                <w:sz w:val="18"/>
              </w:rPr>
              <w:t>85</w:t>
            </w:r>
          </w:p>
        </w:tc>
        <w:tc>
          <w:tcPr>
            <w:tcW w:w="1361" w:type="dxa"/>
            <w:vAlign w:val="center"/>
          </w:tcPr>
          <w:p w14:paraId="2AC16508" w14:textId="77777777" w:rsidR="00446222" w:rsidRDefault="00000000">
            <w:pPr>
              <w:spacing w:after="0" w:line="252" w:lineRule="auto"/>
              <w:jc w:val="center"/>
            </w:pPr>
            <w:r>
              <w:rPr>
                <w:sz w:val="18"/>
              </w:rPr>
              <w:t>28 (32.9)</w:t>
            </w:r>
          </w:p>
        </w:tc>
        <w:tc>
          <w:tcPr>
            <w:tcW w:w="1361" w:type="dxa"/>
            <w:vAlign w:val="center"/>
          </w:tcPr>
          <w:p w14:paraId="584DB068" w14:textId="77777777" w:rsidR="00446222" w:rsidRDefault="00000000">
            <w:pPr>
              <w:spacing w:after="0" w:line="252" w:lineRule="auto"/>
              <w:jc w:val="center"/>
            </w:pPr>
            <w:r>
              <w:rPr>
                <w:sz w:val="18"/>
              </w:rPr>
              <w:t>44 (51.8)</w:t>
            </w:r>
          </w:p>
        </w:tc>
        <w:tc>
          <w:tcPr>
            <w:tcW w:w="1361" w:type="dxa"/>
            <w:vAlign w:val="center"/>
          </w:tcPr>
          <w:p w14:paraId="37757114" w14:textId="77777777" w:rsidR="00446222" w:rsidRDefault="00000000">
            <w:pPr>
              <w:spacing w:after="0" w:line="252" w:lineRule="auto"/>
              <w:jc w:val="center"/>
            </w:pPr>
            <w:r>
              <w:rPr>
                <w:sz w:val="18"/>
              </w:rPr>
              <w:t>13 (15.3)</w:t>
            </w:r>
          </w:p>
        </w:tc>
        <w:tc>
          <w:tcPr>
            <w:tcW w:w="1474" w:type="dxa"/>
            <w:vAlign w:val="center"/>
          </w:tcPr>
          <w:p w14:paraId="2F7FEA4D" w14:textId="77777777" w:rsidR="00446222" w:rsidRDefault="00000000">
            <w:pPr>
              <w:spacing w:after="0" w:line="252" w:lineRule="auto"/>
              <w:jc w:val="center"/>
            </w:pPr>
            <w:r>
              <w:rPr>
                <w:sz w:val="18"/>
              </w:rPr>
              <w:t>0 (0.0)</w:t>
            </w:r>
          </w:p>
        </w:tc>
      </w:tr>
      <w:tr w:rsidR="00446222" w14:paraId="50568815" w14:textId="77777777">
        <w:trPr>
          <w:cantSplit/>
          <w:jc w:val="center"/>
        </w:trPr>
        <w:tc>
          <w:tcPr>
            <w:tcW w:w="2948" w:type="dxa"/>
            <w:vAlign w:val="center"/>
          </w:tcPr>
          <w:p w14:paraId="62AE50F3" w14:textId="77777777" w:rsidR="00446222" w:rsidRDefault="00000000">
            <w:pPr>
              <w:spacing w:after="0" w:line="252" w:lineRule="auto"/>
            </w:pPr>
            <w:r>
              <w:rPr>
                <w:sz w:val="18"/>
              </w:rPr>
              <w:t>Fish</w:t>
            </w:r>
          </w:p>
        </w:tc>
        <w:tc>
          <w:tcPr>
            <w:tcW w:w="1134" w:type="dxa"/>
            <w:vAlign w:val="center"/>
          </w:tcPr>
          <w:p w14:paraId="54645D7B" w14:textId="77777777" w:rsidR="00446222" w:rsidRDefault="00000000">
            <w:pPr>
              <w:spacing w:after="0" w:line="252" w:lineRule="auto"/>
              <w:jc w:val="center"/>
            </w:pPr>
            <w:r>
              <w:rPr>
                <w:sz w:val="18"/>
              </w:rPr>
              <w:t>86</w:t>
            </w:r>
          </w:p>
        </w:tc>
        <w:tc>
          <w:tcPr>
            <w:tcW w:w="1361" w:type="dxa"/>
            <w:vAlign w:val="center"/>
          </w:tcPr>
          <w:p w14:paraId="29632468" w14:textId="77777777" w:rsidR="00446222" w:rsidRDefault="00000000">
            <w:pPr>
              <w:spacing w:after="0" w:line="252" w:lineRule="auto"/>
              <w:jc w:val="center"/>
            </w:pPr>
            <w:r>
              <w:rPr>
                <w:sz w:val="18"/>
              </w:rPr>
              <w:t>29 (33.7)</w:t>
            </w:r>
          </w:p>
        </w:tc>
        <w:tc>
          <w:tcPr>
            <w:tcW w:w="1361" w:type="dxa"/>
            <w:vAlign w:val="center"/>
          </w:tcPr>
          <w:p w14:paraId="5B7872C3" w14:textId="77777777" w:rsidR="00446222" w:rsidRDefault="00000000">
            <w:pPr>
              <w:spacing w:after="0" w:line="252" w:lineRule="auto"/>
              <w:jc w:val="center"/>
            </w:pPr>
            <w:r>
              <w:rPr>
                <w:sz w:val="18"/>
              </w:rPr>
              <w:t>40 (46.5)</w:t>
            </w:r>
          </w:p>
        </w:tc>
        <w:tc>
          <w:tcPr>
            <w:tcW w:w="1361" w:type="dxa"/>
            <w:vAlign w:val="center"/>
          </w:tcPr>
          <w:p w14:paraId="36D77988" w14:textId="77777777" w:rsidR="00446222" w:rsidRDefault="00000000">
            <w:pPr>
              <w:spacing w:after="0" w:line="252" w:lineRule="auto"/>
              <w:jc w:val="center"/>
            </w:pPr>
            <w:r>
              <w:rPr>
                <w:sz w:val="18"/>
              </w:rPr>
              <w:t>17 (19.8)</w:t>
            </w:r>
          </w:p>
        </w:tc>
        <w:tc>
          <w:tcPr>
            <w:tcW w:w="1474" w:type="dxa"/>
            <w:vAlign w:val="center"/>
          </w:tcPr>
          <w:p w14:paraId="035E3652" w14:textId="77777777" w:rsidR="00446222" w:rsidRDefault="00000000">
            <w:pPr>
              <w:spacing w:after="0" w:line="252" w:lineRule="auto"/>
              <w:jc w:val="center"/>
            </w:pPr>
            <w:r>
              <w:rPr>
                <w:sz w:val="18"/>
              </w:rPr>
              <w:t>0 (0.0)</w:t>
            </w:r>
          </w:p>
        </w:tc>
      </w:tr>
      <w:tr w:rsidR="00446222" w14:paraId="0F8E6390" w14:textId="77777777">
        <w:trPr>
          <w:cantSplit/>
          <w:jc w:val="center"/>
        </w:trPr>
        <w:tc>
          <w:tcPr>
            <w:tcW w:w="2948" w:type="dxa"/>
            <w:vAlign w:val="center"/>
          </w:tcPr>
          <w:p w14:paraId="22AF727C" w14:textId="77777777" w:rsidR="00446222" w:rsidRDefault="00000000">
            <w:pPr>
              <w:spacing w:after="0" w:line="252" w:lineRule="auto"/>
            </w:pPr>
            <w:r>
              <w:rPr>
                <w:sz w:val="18"/>
              </w:rPr>
              <w:t>Shrimp / crayfish</w:t>
            </w:r>
          </w:p>
        </w:tc>
        <w:tc>
          <w:tcPr>
            <w:tcW w:w="1134" w:type="dxa"/>
            <w:vAlign w:val="center"/>
          </w:tcPr>
          <w:p w14:paraId="3FC7C541" w14:textId="77777777" w:rsidR="00446222" w:rsidRDefault="00000000">
            <w:pPr>
              <w:spacing w:after="0" w:line="252" w:lineRule="auto"/>
              <w:jc w:val="center"/>
            </w:pPr>
            <w:r>
              <w:rPr>
                <w:sz w:val="18"/>
              </w:rPr>
              <w:t>86</w:t>
            </w:r>
          </w:p>
        </w:tc>
        <w:tc>
          <w:tcPr>
            <w:tcW w:w="1361" w:type="dxa"/>
            <w:vAlign w:val="center"/>
          </w:tcPr>
          <w:p w14:paraId="6DE73005" w14:textId="77777777" w:rsidR="00446222" w:rsidRDefault="00000000">
            <w:pPr>
              <w:spacing w:after="0" w:line="252" w:lineRule="auto"/>
              <w:jc w:val="center"/>
            </w:pPr>
            <w:r>
              <w:rPr>
                <w:sz w:val="18"/>
              </w:rPr>
              <w:t>33 (38.4)</w:t>
            </w:r>
          </w:p>
        </w:tc>
        <w:tc>
          <w:tcPr>
            <w:tcW w:w="1361" w:type="dxa"/>
            <w:vAlign w:val="center"/>
          </w:tcPr>
          <w:p w14:paraId="592A0EC0" w14:textId="77777777" w:rsidR="00446222" w:rsidRDefault="00000000">
            <w:pPr>
              <w:spacing w:after="0" w:line="252" w:lineRule="auto"/>
              <w:jc w:val="center"/>
            </w:pPr>
            <w:r>
              <w:rPr>
                <w:sz w:val="18"/>
              </w:rPr>
              <w:t>30 (34.9)</w:t>
            </w:r>
          </w:p>
        </w:tc>
        <w:tc>
          <w:tcPr>
            <w:tcW w:w="1361" w:type="dxa"/>
            <w:vAlign w:val="center"/>
          </w:tcPr>
          <w:p w14:paraId="3D84BAFC" w14:textId="77777777" w:rsidR="00446222" w:rsidRDefault="00000000">
            <w:pPr>
              <w:spacing w:after="0" w:line="252" w:lineRule="auto"/>
              <w:jc w:val="center"/>
            </w:pPr>
            <w:r>
              <w:rPr>
                <w:sz w:val="18"/>
              </w:rPr>
              <w:t>23 (26.7)</w:t>
            </w:r>
          </w:p>
        </w:tc>
        <w:tc>
          <w:tcPr>
            <w:tcW w:w="1474" w:type="dxa"/>
            <w:vAlign w:val="center"/>
          </w:tcPr>
          <w:p w14:paraId="28062A38" w14:textId="77777777" w:rsidR="00446222" w:rsidRDefault="00000000">
            <w:pPr>
              <w:spacing w:after="0" w:line="252" w:lineRule="auto"/>
              <w:jc w:val="center"/>
            </w:pPr>
            <w:r>
              <w:rPr>
                <w:sz w:val="18"/>
              </w:rPr>
              <w:t>0 (0.0)</w:t>
            </w:r>
          </w:p>
        </w:tc>
      </w:tr>
      <w:tr w:rsidR="00446222" w14:paraId="374B29B6" w14:textId="77777777">
        <w:trPr>
          <w:cantSplit/>
          <w:jc w:val="center"/>
        </w:trPr>
        <w:tc>
          <w:tcPr>
            <w:tcW w:w="2948" w:type="dxa"/>
            <w:vAlign w:val="center"/>
          </w:tcPr>
          <w:p w14:paraId="648E4E26" w14:textId="77777777" w:rsidR="00446222" w:rsidRDefault="00000000">
            <w:pPr>
              <w:spacing w:after="0" w:line="252" w:lineRule="auto"/>
            </w:pPr>
            <w:r>
              <w:rPr>
                <w:sz w:val="18"/>
              </w:rPr>
              <w:t>Periwinkle</w:t>
            </w:r>
          </w:p>
        </w:tc>
        <w:tc>
          <w:tcPr>
            <w:tcW w:w="1134" w:type="dxa"/>
            <w:vAlign w:val="center"/>
          </w:tcPr>
          <w:p w14:paraId="4258E28B" w14:textId="77777777" w:rsidR="00446222" w:rsidRDefault="00000000">
            <w:pPr>
              <w:spacing w:after="0" w:line="252" w:lineRule="auto"/>
              <w:jc w:val="center"/>
            </w:pPr>
            <w:r>
              <w:rPr>
                <w:sz w:val="18"/>
              </w:rPr>
              <w:t>85</w:t>
            </w:r>
          </w:p>
        </w:tc>
        <w:tc>
          <w:tcPr>
            <w:tcW w:w="1361" w:type="dxa"/>
            <w:vAlign w:val="center"/>
          </w:tcPr>
          <w:p w14:paraId="66F7C70F" w14:textId="77777777" w:rsidR="00446222" w:rsidRDefault="00000000">
            <w:pPr>
              <w:spacing w:after="0" w:line="252" w:lineRule="auto"/>
              <w:jc w:val="center"/>
            </w:pPr>
            <w:r>
              <w:rPr>
                <w:sz w:val="18"/>
              </w:rPr>
              <w:t>32 (37.6)</w:t>
            </w:r>
          </w:p>
        </w:tc>
        <w:tc>
          <w:tcPr>
            <w:tcW w:w="1361" w:type="dxa"/>
            <w:vAlign w:val="center"/>
          </w:tcPr>
          <w:p w14:paraId="4A9C7F1D" w14:textId="77777777" w:rsidR="00446222" w:rsidRDefault="00000000">
            <w:pPr>
              <w:spacing w:after="0" w:line="252" w:lineRule="auto"/>
              <w:jc w:val="center"/>
            </w:pPr>
            <w:r>
              <w:rPr>
                <w:sz w:val="18"/>
              </w:rPr>
              <w:t>25 (29.4)</w:t>
            </w:r>
          </w:p>
        </w:tc>
        <w:tc>
          <w:tcPr>
            <w:tcW w:w="1361" w:type="dxa"/>
            <w:vAlign w:val="center"/>
          </w:tcPr>
          <w:p w14:paraId="70C54E41" w14:textId="77777777" w:rsidR="00446222" w:rsidRDefault="00000000">
            <w:pPr>
              <w:spacing w:after="0" w:line="252" w:lineRule="auto"/>
              <w:jc w:val="center"/>
            </w:pPr>
            <w:r>
              <w:rPr>
                <w:sz w:val="18"/>
              </w:rPr>
              <w:t>28 (32.9)</w:t>
            </w:r>
          </w:p>
        </w:tc>
        <w:tc>
          <w:tcPr>
            <w:tcW w:w="1474" w:type="dxa"/>
            <w:vAlign w:val="center"/>
          </w:tcPr>
          <w:p w14:paraId="5C5801D5" w14:textId="77777777" w:rsidR="00446222" w:rsidRDefault="00000000">
            <w:pPr>
              <w:spacing w:after="0" w:line="252" w:lineRule="auto"/>
              <w:jc w:val="center"/>
            </w:pPr>
            <w:r>
              <w:rPr>
                <w:sz w:val="18"/>
              </w:rPr>
              <w:t>0 (0.0)</w:t>
            </w:r>
          </w:p>
        </w:tc>
      </w:tr>
      <w:tr w:rsidR="00446222" w14:paraId="78C8D062" w14:textId="77777777">
        <w:trPr>
          <w:cantSplit/>
          <w:jc w:val="center"/>
        </w:trPr>
        <w:tc>
          <w:tcPr>
            <w:tcW w:w="2948" w:type="dxa"/>
            <w:vAlign w:val="center"/>
          </w:tcPr>
          <w:p w14:paraId="598C0315" w14:textId="77777777" w:rsidR="00446222" w:rsidRDefault="00000000">
            <w:pPr>
              <w:spacing w:after="0" w:line="252" w:lineRule="auto"/>
            </w:pPr>
            <w:r>
              <w:rPr>
                <w:sz w:val="18"/>
              </w:rPr>
              <w:t>Crab</w:t>
            </w:r>
          </w:p>
        </w:tc>
        <w:tc>
          <w:tcPr>
            <w:tcW w:w="1134" w:type="dxa"/>
            <w:vAlign w:val="center"/>
          </w:tcPr>
          <w:p w14:paraId="6B5F1FE8" w14:textId="77777777" w:rsidR="00446222" w:rsidRDefault="00000000">
            <w:pPr>
              <w:spacing w:after="0" w:line="252" w:lineRule="auto"/>
              <w:jc w:val="center"/>
            </w:pPr>
            <w:r>
              <w:rPr>
                <w:sz w:val="18"/>
              </w:rPr>
              <w:t>67</w:t>
            </w:r>
          </w:p>
        </w:tc>
        <w:tc>
          <w:tcPr>
            <w:tcW w:w="1361" w:type="dxa"/>
            <w:vAlign w:val="center"/>
          </w:tcPr>
          <w:p w14:paraId="3B57FAF9" w14:textId="77777777" w:rsidR="00446222" w:rsidRDefault="00000000">
            <w:pPr>
              <w:spacing w:after="0" w:line="252" w:lineRule="auto"/>
              <w:jc w:val="center"/>
            </w:pPr>
            <w:r>
              <w:rPr>
                <w:sz w:val="18"/>
              </w:rPr>
              <w:t>28 (41.8)</w:t>
            </w:r>
          </w:p>
        </w:tc>
        <w:tc>
          <w:tcPr>
            <w:tcW w:w="1361" w:type="dxa"/>
            <w:vAlign w:val="center"/>
          </w:tcPr>
          <w:p w14:paraId="3943E751" w14:textId="77777777" w:rsidR="00446222" w:rsidRDefault="00000000">
            <w:pPr>
              <w:spacing w:after="0" w:line="252" w:lineRule="auto"/>
              <w:jc w:val="center"/>
            </w:pPr>
            <w:r>
              <w:rPr>
                <w:sz w:val="18"/>
              </w:rPr>
              <w:t>23 (34.3)</w:t>
            </w:r>
          </w:p>
        </w:tc>
        <w:tc>
          <w:tcPr>
            <w:tcW w:w="1361" w:type="dxa"/>
            <w:vAlign w:val="center"/>
          </w:tcPr>
          <w:p w14:paraId="7D0DE57D" w14:textId="77777777" w:rsidR="00446222" w:rsidRDefault="00000000">
            <w:pPr>
              <w:spacing w:after="0" w:line="252" w:lineRule="auto"/>
              <w:jc w:val="center"/>
            </w:pPr>
            <w:r>
              <w:rPr>
                <w:sz w:val="18"/>
              </w:rPr>
              <w:t>16 (23.9)</w:t>
            </w:r>
          </w:p>
        </w:tc>
        <w:tc>
          <w:tcPr>
            <w:tcW w:w="1474" w:type="dxa"/>
            <w:vAlign w:val="center"/>
          </w:tcPr>
          <w:p w14:paraId="1929EF2A" w14:textId="77777777" w:rsidR="00446222" w:rsidRDefault="00000000">
            <w:pPr>
              <w:spacing w:after="0" w:line="252" w:lineRule="auto"/>
              <w:jc w:val="center"/>
            </w:pPr>
            <w:r>
              <w:rPr>
                <w:sz w:val="18"/>
              </w:rPr>
              <w:t>0 (0.0)</w:t>
            </w:r>
          </w:p>
        </w:tc>
      </w:tr>
      <w:tr w:rsidR="00446222" w14:paraId="6E083D36" w14:textId="77777777">
        <w:trPr>
          <w:cantSplit/>
          <w:jc w:val="center"/>
        </w:trPr>
        <w:tc>
          <w:tcPr>
            <w:tcW w:w="2948" w:type="dxa"/>
            <w:vAlign w:val="center"/>
          </w:tcPr>
          <w:p w14:paraId="4AEF2D4C" w14:textId="77777777" w:rsidR="00446222" w:rsidRDefault="00000000">
            <w:pPr>
              <w:spacing w:after="0" w:line="252" w:lineRule="auto"/>
            </w:pPr>
            <w:r>
              <w:rPr>
                <w:sz w:val="18"/>
              </w:rPr>
              <w:t>Mango</w:t>
            </w:r>
          </w:p>
        </w:tc>
        <w:tc>
          <w:tcPr>
            <w:tcW w:w="1134" w:type="dxa"/>
            <w:vAlign w:val="center"/>
          </w:tcPr>
          <w:p w14:paraId="54A99373" w14:textId="77777777" w:rsidR="00446222" w:rsidRDefault="00000000">
            <w:pPr>
              <w:spacing w:after="0" w:line="252" w:lineRule="auto"/>
              <w:jc w:val="center"/>
            </w:pPr>
            <w:r>
              <w:rPr>
                <w:sz w:val="18"/>
              </w:rPr>
              <w:t>81</w:t>
            </w:r>
          </w:p>
        </w:tc>
        <w:tc>
          <w:tcPr>
            <w:tcW w:w="1361" w:type="dxa"/>
            <w:vAlign w:val="center"/>
          </w:tcPr>
          <w:p w14:paraId="088A90A0" w14:textId="77777777" w:rsidR="00446222" w:rsidRDefault="00000000">
            <w:pPr>
              <w:spacing w:after="0" w:line="252" w:lineRule="auto"/>
              <w:jc w:val="center"/>
            </w:pPr>
            <w:r>
              <w:rPr>
                <w:sz w:val="18"/>
              </w:rPr>
              <w:t>20 (24.7)</w:t>
            </w:r>
          </w:p>
        </w:tc>
        <w:tc>
          <w:tcPr>
            <w:tcW w:w="1361" w:type="dxa"/>
            <w:vAlign w:val="center"/>
          </w:tcPr>
          <w:p w14:paraId="46DB088A" w14:textId="77777777" w:rsidR="00446222" w:rsidRDefault="00000000">
            <w:pPr>
              <w:spacing w:after="0" w:line="252" w:lineRule="auto"/>
              <w:jc w:val="center"/>
            </w:pPr>
            <w:r>
              <w:rPr>
                <w:sz w:val="18"/>
              </w:rPr>
              <w:t>36 (44.4)</w:t>
            </w:r>
          </w:p>
        </w:tc>
        <w:tc>
          <w:tcPr>
            <w:tcW w:w="1361" w:type="dxa"/>
            <w:vAlign w:val="center"/>
          </w:tcPr>
          <w:p w14:paraId="5BE37BBC" w14:textId="77777777" w:rsidR="00446222" w:rsidRDefault="00000000">
            <w:pPr>
              <w:spacing w:after="0" w:line="252" w:lineRule="auto"/>
              <w:jc w:val="center"/>
            </w:pPr>
            <w:r>
              <w:rPr>
                <w:sz w:val="18"/>
              </w:rPr>
              <w:t>24 (29.6)</w:t>
            </w:r>
          </w:p>
        </w:tc>
        <w:tc>
          <w:tcPr>
            <w:tcW w:w="1474" w:type="dxa"/>
            <w:vAlign w:val="center"/>
          </w:tcPr>
          <w:p w14:paraId="410EC0D3" w14:textId="77777777" w:rsidR="00446222" w:rsidRDefault="00000000">
            <w:pPr>
              <w:spacing w:after="0" w:line="252" w:lineRule="auto"/>
              <w:jc w:val="center"/>
            </w:pPr>
            <w:r>
              <w:rPr>
                <w:sz w:val="18"/>
              </w:rPr>
              <w:t>1 (1.2)</w:t>
            </w:r>
          </w:p>
        </w:tc>
      </w:tr>
      <w:tr w:rsidR="00446222" w14:paraId="184D82E2" w14:textId="77777777">
        <w:trPr>
          <w:cantSplit/>
          <w:jc w:val="center"/>
        </w:trPr>
        <w:tc>
          <w:tcPr>
            <w:tcW w:w="2948" w:type="dxa"/>
            <w:vAlign w:val="center"/>
          </w:tcPr>
          <w:p w14:paraId="4D21234C" w14:textId="77777777" w:rsidR="00446222" w:rsidRDefault="00000000">
            <w:pPr>
              <w:spacing w:after="0" w:line="252" w:lineRule="auto"/>
            </w:pPr>
            <w:r>
              <w:rPr>
                <w:sz w:val="18"/>
              </w:rPr>
              <w:lastRenderedPageBreak/>
              <w:t>Guava</w:t>
            </w:r>
          </w:p>
        </w:tc>
        <w:tc>
          <w:tcPr>
            <w:tcW w:w="1134" w:type="dxa"/>
            <w:vAlign w:val="center"/>
          </w:tcPr>
          <w:p w14:paraId="0B53FCFE" w14:textId="77777777" w:rsidR="00446222" w:rsidRDefault="00000000">
            <w:pPr>
              <w:spacing w:after="0" w:line="252" w:lineRule="auto"/>
              <w:jc w:val="center"/>
            </w:pPr>
            <w:r>
              <w:rPr>
                <w:sz w:val="18"/>
              </w:rPr>
              <w:t>77</w:t>
            </w:r>
          </w:p>
        </w:tc>
        <w:tc>
          <w:tcPr>
            <w:tcW w:w="1361" w:type="dxa"/>
            <w:vAlign w:val="center"/>
          </w:tcPr>
          <w:p w14:paraId="301D62B5" w14:textId="77777777" w:rsidR="00446222" w:rsidRDefault="00000000">
            <w:pPr>
              <w:spacing w:after="0" w:line="252" w:lineRule="auto"/>
              <w:jc w:val="center"/>
            </w:pPr>
            <w:r>
              <w:rPr>
                <w:sz w:val="18"/>
              </w:rPr>
              <w:t>29 (37.7)</w:t>
            </w:r>
          </w:p>
        </w:tc>
        <w:tc>
          <w:tcPr>
            <w:tcW w:w="1361" w:type="dxa"/>
            <w:vAlign w:val="center"/>
          </w:tcPr>
          <w:p w14:paraId="726089B3" w14:textId="77777777" w:rsidR="00446222" w:rsidRDefault="00000000">
            <w:pPr>
              <w:spacing w:after="0" w:line="252" w:lineRule="auto"/>
              <w:jc w:val="center"/>
            </w:pPr>
            <w:r>
              <w:rPr>
                <w:sz w:val="18"/>
              </w:rPr>
              <w:t>35 (45.5)</w:t>
            </w:r>
          </w:p>
        </w:tc>
        <w:tc>
          <w:tcPr>
            <w:tcW w:w="1361" w:type="dxa"/>
            <w:vAlign w:val="center"/>
          </w:tcPr>
          <w:p w14:paraId="7C8F90F5" w14:textId="77777777" w:rsidR="00446222" w:rsidRDefault="00000000">
            <w:pPr>
              <w:spacing w:after="0" w:line="252" w:lineRule="auto"/>
              <w:jc w:val="center"/>
            </w:pPr>
            <w:r>
              <w:rPr>
                <w:sz w:val="18"/>
              </w:rPr>
              <w:t>13 (16.9)</w:t>
            </w:r>
          </w:p>
        </w:tc>
        <w:tc>
          <w:tcPr>
            <w:tcW w:w="1474" w:type="dxa"/>
            <w:vAlign w:val="center"/>
          </w:tcPr>
          <w:p w14:paraId="2AB90DA7" w14:textId="77777777" w:rsidR="00446222" w:rsidRDefault="00000000">
            <w:pPr>
              <w:spacing w:after="0" w:line="252" w:lineRule="auto"/>
              <w:jc w:val="center"/>
            </w:pPr>
            <w:r>
              <w:rPr>
                <w:sz w:val="18"/>
              </w:rPr>
              <w:t>0 (0.0)</w:t>
            </w:r>
          </w:p>
        </w:tc>
      </w:tr>
      <w:tr w:rsidR="00446222" w14:paraId="57D29B88" w14:textId="77777777">
        <w:trPr>
          <w:cantSplit/>
          <w:jc w:val="center"/>
        </w:trPr>
        <w:tc>
          <w:tcPr>
            <w:tcW w:w="2948" w:type="dxa"/>
            <w:vAlign w:val="center"/>
          </w:tcPr>
          <w:p w14:paraId="70A2C8F4" w14:textId="77777777" w:rsidR="00446222" w:rsidRDefault="00000000">
            <w:pPr>
              <w:spacing w:after="0" w:line="252" w:lineRule="auto"/>
            </w:pPr>
            <w:r>
              <w:rPr>
                <w:sz w:val="18"/>
              </w:rPr>
              <w:t>Pawpaw</w:t>
            </w:r>
          </w:p>
        </w:tc>
        <w:tc>
          <w:tcPr>
            <w:tcW w:w="1134" w:type="dxa"/>
            <w:vAlign w:val="center"/>
          </w:tcPr>
          <w:p w14:paraId="300422F7" w14:textId="77777777" w:rsidR="00446222" w:rsidRDefault="00000000">
            <w:pPr>
              <w:spacing w:after="0" w:line="252" w:lineRule="auto"/>
              <w:jc w:val="center"/>
            </w:pPr>
            <w:r>
              <w:rPr>
                <w:sz w:val="18"/>
              </w:rPr>
              <w:t>81</w:t>
            </w:r>
          </w:p>
        </w:tc>
        <w:tc>
          <w:tcPr>
            <w:tcW w:w="1361" w:type="dxa"/>
            <w:vAlign w:val="center"/>
          </w:tcPr>
          <w:p w14:paraId="29BE2DFB" w14:textId="77777777" w:rsidR="00446222" w:rsidRDefault="00000000">
            <w:pPr>
              <w:spacing w:after="0" w:line="252" w:lineRule="auto"/>
              <w:jc w:val="center"/>
            </w:pPr>
            <w:r>
              <w:rPr>
                <w:sz w:val="18"/>
              </w:rPr>
              <w:t>33 (40.7)</w:t>
            </w:r>
          </w:p>
        </w:tc>
        <w:tc>
          <w:tcPr>
            <w:tcW w:w="1361" w:type="dxa"/>
            <w:vAlign w:val="center"/>
          </w:tcPr>
          <w:p w14:paraId="7FF6BE43" w14:textId="77777777" w:rsidR="00446222" w:rsidRDefault="00000000">
            <w:pPr>
              <w:spacing w:after="0" w:line="252" w:lineRule="auto"/>
              <w:jc w:val="center"/>
            </w:pPr>
            <w:r>
              <w:rPr>
                <w:sz w:val="18"/>
              </w:rPr>
              <w:t>32 (39.5)</w:t>
            </w:r>
          </w:p>
        </w:tc>
        <w:tc>
          <w:tcPr>
            <w:tcW w:w="1361" w:type="dxa"/>
            <w:vAlign w:val="center"/>
          </w:tcPr>
          <w:p w14:paraId="37EE0681" w14:textId="77777777" w:rsidR="00446222" w:rsidRDefault="00000000">
            <w:pPr>
              <w:spacing w:after="0" w:line="252" w:lineRule="auto"/>
              <w:jc w:val="center"/>
            </w:pPr>
            <w:r>
              <w:rPr>
                <w:sz w:val="18"/>
              </w:rPr>
              <w:t>15 (18.5)</w:t>
            </w:r>
          </w:p>
        </w:tc>
        <w:tc>
          <w:tcPr>
            <w:tcW w:w="1474" w:type="dxa"/>
            <w:vAlign w:val="center"/>
          </w:tcPr>
          <w:p w14:paraId="417C4793" w14:textId="77777777" w:rsidR="00446222" w:rsidRDefault="00000000">
            <w:pPr>
              <w:spacing w:after="0" w:line="252" w:lineRule="auto"/>
              <w:jc w:val="center"/>
            </w:pPr>
            <w:r>
              <w:rPr>
                <w:sz w:val="18"/>
              </w:rPr>
              <w:t>1 (1.2)</w:t>
            </w:r>
          </w:p>
        </w:tc>
      </w:tr>
      <w:tr w:rsidR="00446222" w14:paraId="3F041ED8" w14:textId="77777777">
        <w:trPr>
          <w:cantSplit/>
          <w:jc w:val="center"/>
        </w:trPr>
        <w:tc>
          <w:tcPr>
            <w:tcW w:w="2948" w:type="dxa"/>
            <w:vAlign w:val="center"/>
          </w:tcPr>
          <w:p w14:paraId="45A59509" w14:textId="77777777" w:rsidR="00446222" w:rsidRDefault="00000000">
            <w:pPr>
              <w:spacing w:after="0" w:line="252" w:lineRule="auto"/>
            </w:pPr>
            <w:r>
              <w:rPr>
                <w:sz w:val="18"/>
              </w:rPr>
              <w:t>Pineapple</w:t>
            </w:r>
          </w:p>
        </w:tc>
        <w:tc>
          <w:tcPr>
            <w:tcW w:w="1134" w:type="dxa"/>
            <w:vAlign w:val="center"/>
          </w:tcPr>
          <w:p w14:paraId="7C5351EF" w14:textId="77777777" w:rsidR="00446222" w:rsidRDefault="00000000">
            <w:pPr>
              <w:spacing w:after="0" w:line="252" w:lineRule="auto"/>
              <w:jc w:val="center"/>
            </w:pPr>
            <w:r>
              <w:rPr>
                <w:sz w:val="18"/>
              </w:rPr>
              <w:t>83</w:t>
            </w:r>
          </w:p>
        </w:tc>
        <w:tc>
          <w:tcPr>
            <w:tcW w:w="1361" w:type="dxa"/>
            <w:vAlign w:val="center"/>
          </w:tcPr>
          <w:p w14:paraId="237B2B99" w14:textId="77777777" w:rsidR="00446222" w:rsidRDefault="00000000">
            <w:pPr>
              <w:spacing w:after="0" w:line="252" w:lineRule="auto"/>
              <w:jc w:val="center"/>
            </w:pPr>
            <w:r>
              <w:rPr>
                <w:sz w:val="18"/>
              </w:rPr>
              <w:t>21 (25.3)</w:t>
            </w:r>
          </w:p>
        </w:tc>
        <w:tc>
          <w:tcPr>
            <w:tcW w:w="1361" w:type="dxa"/>
            <w:vAlign w:val="center"/>
          </w:tcPr>
          <w:p w14:paraId="4744441B" w14:textId="77777777" w:rsidR="00446222" w:rsidRDefault="00000000">
            <w:pPr>
              <w:spacing w:after="0" w:line="252" w:lineRule="auto"/>
              <w:jc w:val="center"/>
            </w:pPr>
            <w:r>
              <w:rPr>
                <w:sz w:val="18"/>
              </w:rPr>
              <w:t>42 (50.6)</w:t>
            </w:r>
          </w:p>
        </w:tc>
        <w:tc>
          <w:tcPr>
            <w:tcW w:w="1361" w:type="dxa"/>
            <w:vAlign w:val="center"/>
          </w:tcPr>
          <w:p w14:paraId="20F58A24" w14:textId="77777777" w:rsidR="00446222" w:rsidRDefault="00000000">
            <w:pPr>
              <w:spacing w:after="0" w:line="252" w:lineRule="auto"/>
              <w:jc w:val="center"/>
            </w:pPr>
            <w:r>
              <w:rPr>
                <w:sz w:val="18"/>
              </w:rPr>
              <w:t>20 (24.1)</w:t>
            </w:r>
          </w:p>
        </w:tc>
        <w:tc>
          <w:tcPr>
            <w:tcW w:w="1474" w:type="dxa"/>
            <w:vAlign w:val="center"/>
          </w:tcPr>
          <w:p w14:paraId="06C141C0" w14:textId="77777777" w:rsidR="00446222" w:rsidRDefault="00000000">
            <w:pPr>
              <w:spacing w:after="0" w:line="252" w:lineRule="auto"/>
              <w:jc w:val="center"/>
            </w:pPr>
            <w:r>
              <w:rPr>
                <w:sz w:val="18"/>
              </w:rPr>
              <w:t>0 (0.0)</w:t>
            </w:r>
          </w:p>
        </w:tc>
      </w:tr>
      <w:tr w:rsidR="00446222" w14:paraId="672C9452" w14:textId="77777777">
        <w:trPr>
          <w:cantSplit/>
          <w:jc w:val="center"/>
        </w:trPr>
        <w:tc>
          <w:tcPr>
            <w:tcW w:w="2948" w:type="dxa"/>
            <w:vAlign w:val="center"/>
          </w:tcPr>
          <w:p w14:paraId="1C2011DF" w14:textId="77777777" w:rsidR="00446222" w:rsidRDefault="00000000">
            <w:pPr>
              <w:spacing w:after="0" w:line="252" w:lineRule="auto"/>
            </w:pPr>
            <w:r>
              <w:rPr>
                <w:sz w:val="18"/>
              </w:rPr>
              <w:t>Beans</w:t>
            </w:r>
          </w:p>
        </w:tc>
        <w:tc>
          <w:tcPr>
            <w:tcW w:w="1134" w:type="dxa"/>
            <w:vAlign w:val="center"/>
          </w:tcPr>
          <w:p w14:paraId="155A63D8" w14:textId="77777777" w:rsidR="00446222" w:rsidRDefault="00000000">
            <w:pPr>
              <w:spacing w:after="0" w:line="252" w:lineRule="auto"/>
              <w:jc w:val="center"/>
            </w:pPr>
            <w:r>
              <w:rPr>
                <w:sz w:val="18"/>
              </w:rPr>
              <w:t>87</w:t>
            </w:r>
          </w:p>
        </w:tc>
        <w:tc>
          <w:tcPr>
            <w:tcW w:w="1361" w:type="dxa"/>
            <w:vAlign w:val="center"/>
          </w:tcPr>
          <w:p w14:paraId="47B5020D" w14:textId="77777777" w:rsidR="00446222" w:rsidRDefault="00000000">
            <w:pPr>
              <w:spacing w:after="0" w:line="252" w:lineRule="auto"/>
              <w:jc w:val="center"/>
            </w:pPr>
            <w:r>
              <w:rPr>
                <w:sz w:val="18"/>
              </w:rPr>
              <w:t>17 (19.5)</w:t>
            </w:r>
          </w:p>
        </w:tc>
        <w:tc>
          <w:tcPr>
            <w:tcW w:w="1361" w:type="dxa"/>
            <w:vAlign w:val="center"/>
          </w:tcPr>
          <w:p w14:paraId="061C897D" w14:textId="77777777" w:rsidR="00446222" w:rsidRDefault="00000000">
            <w:pPr>
              <w:spacing w:after="0" w:line="252" w:lineRule="auto"/>
              <w:jc w:val="center"/>
            </w:pPr>
            <w:r>
              <w:rPr>
                <w:sz w:val="18"/>
              </w:rPr>
              <w:t>48 (55.2)</w:t>
            </w:r>
          </w:p>
        </w:tc>
        <w:tc>
          <w:tcPr>
            <w:tcW w:w="1361" w:type="dxa"/>
            <w:vAlign w:val="center"/>
          </w:tcPr>
          <w:p w14:paraId="0FD32EF2" w14:textId="77777777" w:rsidR="00446222" w:rsidRDefault="00000000">
            <w:pPr>
              <w:spacing w:after="0" w:line="252" w:lineRule="auto"/>
              <w:jc w:val="center"/>
            </w:pPr>
            <w:r>
              <w:rPr>
                <w:sz w:val="18"/>
              </w:rPr>
              <w:t>22 (25.3)</w:t>
            </w:r>
          </w:p>
        </w:tc>
        <w:tc>
          <w:tcPr>
            <w:tcW w:w="1474" w:type="dxa"/>
            <w:vAlign w:val="center"/>
          </w:tcPr>
          <w:p w14:paraId="33BCA5AC" w14:textId="77777777" w:rsidR="00446222" w:rsidRDefault="00000000">
            <w:pPr>
              <w:spacing w:after="0" w:line="252" w:lineRule="auto"/>
              <w:jc w:val="center"/>
            </w:pPr>
            <w:r>
              <w:rPr>
                <w:sz w:val="18"/>
              </w:rPr>
              <w:t>0 (0.0)</w:t>
            </w:r>
          </w:p>
        </w:tc>
      </w:tr>
      <w:tr w:rsidR="00446222" w14:paraId="4063BB24" w14:textId="77777777">
        <w:trPr>
          <w:cantSplit/>
          <w:jc w:val="center"/>
        </w:trPr>
        <w:tc>
          <w:tcPr>
            <w:tcW w:w="2948" w:type="dxa"/>
            <w:vAlign w:val="center"/>
          </w:tcPr>
          <w:p w14:paraId="3442E9A7" w14:textId="77777777" w:rsidR="00446222" w:rsidRDefault="00000000">
            <w:pPr>
              <w:spacing w:after="0" w:line="252" w:lineRule="auto"/>
            </w:pPr>
            <w:r>
              <w:rPr>
                <w:sz w:val="18"/>
              </w:rPr>
              <w:t>Chicken</w:t>
            </w:r>
          </w:p>
        </w:tc>
        <w:tc>
          <w:tcPr>
            <w:tcW w:w="1134" w:type="dxa"/>
            <w:vAlign w:val="center"/>
          </w:tcPr>
          <w:p w14:paraId="060A79AC" w14:textId="77777777" w:rsidR="00446222" w:rsidRDefault="00000000">
            <w:pPr>
              <w:spacing w:after="0" w:line="252" w:lineRule="auto"/>
              <w:jc w:val="center"/>
            </w:pPr>
            <w:r>
              <w:rPr>
                <w:sz w:val="18"/>
              </w:rPr>
              <w:t>86</w:t>
            </w:r>
          </w:p>
        </w:tc>
        <w:tc>
          <w:tcPr>
            <w:tcW w:w="1361" w:type="dxa"/>
            <w:vAlign w:val="center"/>
          </w:tcPr>
          <w:p w14:paraId="5AEA7255" w14:textId="77777777" w:rsidR="00446222" w:rsidRDefault="00000000">
            <w:pPr>
              <w:spacing w:after="0" w:line="252" w:lineRule="auto"/>
              <w:jc w:val="center"/>
            </w:pPr>
            <w:r>
              <w:rPr>
                <w:sz w:val="18"/>
              </w:rPr>
              <w:t>19 (22.1)</w:t>
            </w:r>
          </w:p>
        </w:tc>
        <w:tc>
          <w:tcPr>
            <w:tcW w:w="1361" w:type="dxa"/>
            <w:vAlign w:val="center"/>
          </w:tcPr>
          <w:p w14:paraId="6F30FF38" w14:textId="77777777" w:rsidR="00446222" w:rsidRDefault="00000000">
            <w:pPr>
              <w:spacing w:after="0" w:line="252" w:lineRule="auto"/>
              <w:jc w:val="center"/>
            </w:pPr>
            <w:r>
              <w:rPr>
                <w:sz w:val="18"/>
              </w:rPr>
              <w:t>41 (47.7)</w:t>
            </w:r>
          </w:p>
        </w:tc>
        <w:tc>
          <w:tcPr>
            <w:tcW w:w="1361" w:type="dxa"/>
            <w:vAlign w:val="center"/>
          </w:tcPr>
          <w:p w14:paraId="45BBE71A" w14:textId="77777777" w:rsidR="00446222" w:rsidRDefault="00000000">
            <w:pPr>
              <w:spacing w:after="0" w:line="252" w:lineRule="auto"/>
              <w:jc w:val="center"/>
            </w:pPr>
            <w:r>
              <w:rPr>
                <w:sz w:val="18"/>
              </w:rPr>
              <w:t>26 (30.2)</w:t>
            </w:r>
          </w:p>
        </w:tc>
        <w:tc>
          <w:tcPr>
            <w:tcW w:w="1474" w:type="dxa"/>
            <w:vAlign w:val="center"/>
          </w:tcPr>
          <w:p w14:paraId="549DAF87" w14:textId="77777777" w:rsidR="00446222" w:rsidRDefault="00000000">
            <w:pPr>
              <w:spacing w:after="0" w:line="252" w:lineRule="auto"/>
              <w:jc w:val="center"/>
            </w:pPr>
            <w:r>
              <w:rPr>
                <w:sz w:val="18"/>
              </w:rPr>
              <w:t>0 (0.0)</w:t>
            </w:r>
          </w:p>
        </w:tc>
      </w:tr>
      <w:tr w:rsidR="00446222" w14:paraId="60A84A2E" w14:textId="77777777">
        <w:trPr>
          <w:cantSplit/>
          <w:jc w:val="center"/>
        </w:trPr>
        <w:tc>
          <w:tcPr>
            <w:tcW w:w="2948" w:type="dxa"/>
            <w:vAlign w:val="center"/>
          </w:tcPr>
          <w:p w14:paraId="4D0F1989" w14:textId="77777777" w:rsidR="00446222" w:rsidRDefault="00000000">
            <w:pPr>
              <w:spacing w:after="0" w:line="252" w:lineRule="auto"/>
            </w:pPr>
            <w:r>
              <w:rPr>
                <w:sz w:val="18"/>
              </w:rPr>
              <w:t>Red meat</w:t>
            </w:r>
          </w:p>
        </w:tc>
        <w:tc>
          <w:tcPr>
            <w:tcW w:w="1134" w:type="dxa"/>
            <w:vAlign w:val="center"/>
          </w:tcPr>
          <w:p w14:paraId="57538538" w14:textId="77777777" w:rsidR="00446222" w:rsidRDefault="00000000">
            <w:pPr>
              <w:spacing w:after="0" w:line="252" w:lineRule="auto"/>
              <w:jc w:val="center"/>
            </w:pPr>
            <w:r>
              <w:rPr>
                <w:sz w:val="18"/>
              </w:rPr>
              <w:t>84</w:t>
            </w:r>
          </w:p>
        </w:tc>
        <w:tc>
          <w:tcPr>
            <w:tcW w:w="1361" w:type="dxa"/>
            <w:vAlign w:val="center"/>
          </w:tcPr>
          <w:p w14:paraId="3A2A9720" w14:textId="77777777" w:rsidR="00446222" w:rsidRDefault="00000000">
            <w:pPr>
              <w:spacing w:after="0" w:line="252" w:lineRule="auto"/>
              <w:jc w:val="center"/>
            </w:pPr>
            <w:r>
              <w:rPr>
                <w:sz w:val="18"/>
              </w:rPr>
              <w:t>31 (36.9)</w:t>
            </w:r>
          </w:p>
        </w:tc>
        <w:tc>
          <w:tcPr>
            <w:tcW w:w="1361" w:type="dxa"/>
            <w:vAlign w:val="center"/>
          </w:tcPr>
          <w:p w14:paraId="0EF4820A" w14:textId="77777777" w:rsidR="00446222" w:rsidRDefault="00000000">
            <w:pPr>
              <w:spacing w:after="0" w:line="252" w:lineRule="auto"/>
              <w:jc w:val="center"/>
            </w:pPr>
            <w:r>
              <w:rPr>
                <w:sz w:val="18"/>
              </w:rPr>
              <w:t>40 (47.6)</w:t>
            </w:r>
          </w:p>
        </w:tc>
        <w:tc>
          <w:tcPr>
            <w:tcW w:w="1361" w:type="dxa"/>
            <w:vAlign w:val="center"/>
          </w:tcPr>
          <w:p w14:paraId="552D842F" w14:textId="77777777" w:rsidR="00446222" w:rsidRDefault="00000000">
            <w:pPr>
              <w:spacing w:after="0" w:line="252" w:lineRule="auto"/>
              <w:jc w:val="center"/>
            </w:pPr>
            <w:r>
              <w:rPr>
                <w:sz w:val="18"/>
              </w:rPr>
              <w:t>13 (15.5)</w:t>
            </w:r>
          </w:p>
        </w:tc>
        <w:tc>
          <w:tcPr>
            <w:tcW w:w="1474" w:type="dxa"/>
            <w:vAlign w:val="center"/>
          </w:tcPr>
          <w:p w14:paraId="4E34F503" w14:textId="77777777" w:rsidR="00446222" w:rsidRDefault="00000000">
            <w:pPr>
              <w:spacing w:after="0" w:line="252" w:lineRule="auto"/>
              <w:jc w:val="center"/>
            </w:pPr>
            <w:r>
              <w:rPr>
                <w:sz w:val="18"/>
              </w:rPr>
              <w:t>0 (0.0)</w:t>
            </w:r>
          </w:p>
        </w:tc>
      </w:tr>
      <w:tr w:rsidR="00446222" w14:paraId="1204878A" w14:textId="77777777">
        <w:trPr>
          <w:cantSplit/>
          <w:jc w:val="center"/>
        </w:trPr>
        <w:tc>
          <w:tcPr>
            <w:tcW w:w="2948" w:type="dxa"/>
            <w:vAlign w:val="center"/>
          </w:tcPr>
          <w:p w14:paraId="3332BB9A" w14:textId="77777777" w:rsidR="00446222" w:rsidRDefault="00000000">
            <w:pPr>
              <w:spacing w:after="0" w:line="252" w:lineRule="auto"/>
            </w:pPr>
            <w:r>
              <w:rPr>
                <w:sz w:val="18"/>
              </w:rPr>
              <w:t>Palm oil</w:t>
            </w:r>
          </w:p>
        </w:tc>
        <w:tc>
          <w:tcPr>
            <w:tcW w:w="1134" w:type="dxa"/>
            <w:vAlign w:val="center"/>
          </w:tcPr>
          <w:p w14:paraId="3C53C435" w14:textId="77777777" w:rsidR="00446222" w:rsidRDefault="00000000">
            <w:pPr>
              <w:spacing w:after="0" w:line="252" w:lineRule="auto"/>
              <w:jc w:val="center"/>
            </w:pPr>
            <w:r>
              <w:rPr>
                <w:sz w:val="18"/>
              </w:rPr>
              <w:t>87</w:t>
            </w:r>
          </w:p>
        </w:tc>
        <w:tc>
          <w:tcPr>
            <w:tcW w:w="1361" w:type="dxa"/>
            <w:vAlign w:val="center"/>
          </w:tcPr>
          <w:p w14:paraId="749B071B" w14:textId="77777777" w:rsidR="00446222" w:rsidRDefault="00000000">
            <w:pPr>
              <w:spacing w:after="0" w:line="252" w:lineRule="auto"/>
              <w:jc w:val="center"/>
            </w:pPr>
            <w:r>
              <w:rPr>
                <w:sz w:val="18"/>
              </w:rPr>
              <w:t>29 (33.3)</w:t>
            </w:r>
          </w:p>
        </w:tc>
        <w:tc>
          <w:tcPr>
            <w:tcW w:w="1361" w:type="dxa"/>
            <w:vAlign w:val="center"/>
          </w:tcPr>
          <w:p w14:paraId="7A6C9F8D" w14:textId="77777777" w:rsidR="00446222" w:rsidRDefault="00000000">
            <w:pPr>
              <w:spacing w:after="0" w:line="252" w:lineRule="auto"/>
              <w:jc w:val="center"/>
            </w:pPr>
            <w:r>
              <w:rPr>
                <w:sz w:val="18"/>
              </w:rPr>
              <w:t>42 (48.3)</w:t>
            </w:r>
          </w:p>
        </w:tc>
        <w:tc>
          <w:tcPr>
            <w:tcW w:w="1361" w:type="dxa"/>
            <w:vAlign w:val="center"/>
          </w:tcPr>
          <w:p w14:paraId="3431D118" w14:textId="77777777" w:rsidR="00446222" w:rsidRDefault="00000000">
            <w:pPr>
              <w:spacing w:after="0" w:line="252" w:lineRule="auto"/>
              <w:jc w:val="center"/>
            </w:pPr>
            <w:r>
              <w:rPr>
                <w:sz w:val="18"/>
              </w:rPr>
              <w:t>15 (17.2)</w:t>
            </w:r>
          </w:p>
        </w:tc>
        <w:tc>
          <w:tcPr>
            <w:tcW w:w="1474" w:type="dxa"/>
            <w:vAlign w:val="center"/>
          </w:tcPr>
          <w:p w14:paraId="762F5CB5" w14:textId="77777777" w:rsidR="00446222" w:rsidRDefault="00000000">
            <w:pPr>
              <w:spacing w:after="0" w:line="252" w:lineRule="auto"/>
              <w:jc w:val="center"/>
            </w:pPr>
            <w:r>
              <w:rPr>
                <w:sz w:val="18"/>
              </w:rPr>
              <w:t>1 (1.1)</w:t>
            </w:r>
          </w:p>
        </w:tc>
      </w:tr>
      <w:tr w:rsidR="00446222" w14:paraId="2663690B" w14:textId="77777777">
        <w:trPr>
          <w:cantSplit/>
          <w:jc w:val="center"/>
        </w:trPr>
        <w:tc>
          <w:tcPr>
            <w:tcW w:w="2948" w:type="dxa"/>
            <w:vAlign w:val="center"/>
          </w:tcPr>
          <w:p w14:paraId="52D06F4E" w14:textId="77777777" w:rsidR="00446222" w:rsidRDefault="00000000">
            <w:pPr>
              <w:spacing w:after="0" w:line="252" w:lineRule="auto"/>
            </w:pPr>
            <w:r>
              <w:rPr>
                <w:sz w:val="18"/>
              </w:rPr>
              <w:t>Vegetable oil</w:t>
            </w:r>
          </w:p>
        </w:tc>
        <w:tc>
          <w:tcPr>
            <w:tcW w:w="1134" w:type="dxa"/>
            <w:vAlign w:val="center"/>
          </w:tcPr>
          <w:p w14:paraId="214AE9B1" w14:textId="77777777" w:rsidR="00446222" w:rsidRDefault="00000000">
            <w:pPr>
              <w:spacing w:after="0" w:line="252" w:lineRule="auto"/>
              <w:jc w:val="center"/>
            </w:pPr>
            <w:r>
              <w:rPr>
                <w:sz w:val="18"/>
              </w:rPr>
              <w:t>85</w:t>
            </w:r>
          </w:p>
        </w:tc>
        <w:tc>
          <w:tcPr>
            <w:tcW w:w="1361" w:type="dxa"/>
            <w:vAlign w:val="center"/>
          </w:tcPr>
          <w:p w14:paraId="51F3E36C" w14:textId="77777777" w:rsidR="00446222" w:rsidRDefault="00000000">
            <w:pPr>
              <w:spacing w:after="0" w:line="252" w:lineRule="auto"/>
              <w:jc w:val="center"/>
            </w:pPr>
            <w:r>
              <w:rPr>
                <w:sz w:val="18"/>
              </w:rPr>
              <w:t>38 (44.7)</w:t>
            </w:r>
          </w:p>
        </w:tc>
        <w:tc>
          <w:tcPr>
            <w:tcW w:w="1361" w:type="dxa"/>
            <w:vAlign w:val="center"/>
          </w:tcPr>
          <w:p w14:paraId="146881F3" w14:textId="77777777" w:rsidR="00446222" w:rsidRDefault="00000000">
            <w:pPr>
              <w:spacing w:after="0" w:line="252" w:lineRule="auto"/>
              <w:jc w:val="center"/>
            </w:pPr>
            <w:r>
              <w:rPr>
                <w:sz w:val="18"/>
              </w:rPr>
              <w:t>29 (34.1)</w:t>
            </w:r>
          </w:p>
        </w:tc>
        <w:tc>
          <w:tcPr>
            <w:tcW w:w="1361" w:type="dxa"/>
            <w:vAlign w:val="center"/>
          </w:tcPr>
          <w:p w14:paraId="084E0758" w14:textId="77777777" w:rsidR="00446222" w:rsidRDefault="00000000">
            <w:pPr>
              <w:spacing w:after="0" w:line="252" w:lineRule="auto"/>
              <w:jc w:val="center"/>
            </w:pPr>
            <w:r>
              <w:rPr>
                <w:sz w:val="18"/>
              </w:rPr>
              <w:t>17 (20.0)</w:t>
            </w:r>
          </w:p>
        </w:tc>
        <w:tc>
          <w:tcPr>
            <w:tcW w:w="1474" w:type="dxa"/>
            <w:vAlign w:val="center"/>
          </w:tcPr>
          <w:p w14:paraId="347C7A0F" w14:textId="77777777" w:rsidR="00446222" w:rsidRDefault="00000000">
            <w:pPr>
              <w:spacing w:after="0" w:line="252" w:lineRule="auto"/>
              <w:jc w:val="center"/>
            </w:pPr>
            <w:r>
              <w:rPr>
                <w:sz w:val="18"/>
              </w:rPr>
              <w:t>1 (1.2)</w:t>
            </w:r>
          </w:p>
        </w:tc>
      </w:tr>
      <w:tr w:rsidR="00446222" w14:paraId="615D8CC8" w14:textId="77777777">
        <w:trPr>
          <w:cantSplit/>
          <w:jc w:val="center"/>
        </w:trPr>
        <w:tc>
          <w:tcPr>
            <w:tcW w:w="2948" w:type="dxa"/>
            <w:vAlign w:val="center"/>
          </w:tcPr>
          <w:p w14:paraId="4EC18B6F" w14:textId="77777777" w:rsidR="00446222" w:rsidRDefault="00000000">
            <w:pPr>
              <w:spacing w:after="0" w:line="252" w:lineRule="auto"/>
            </w:pPr>
            <w:r>
              <w:rPr>
                <w:sz w:val="18"/>
              </w:rPr>
              <w:t>Hibiscus tea</w:t>
            </w:r>
          </w:p>
        </w:tc>
        <w:tc>
          <w:tcPr>
            <w:tcW w:w="1134" w:type="dxa"/>
            <w:vAlign w:val="center"/>
          </w:tcPr>
          <w:p w14:paraId="720F0341" w14:textId="77777777" w:rsidR="00446222" w:rsidRDefault="00000000">
            <w:pPr>
              <w:spacing w:after="0" w:line="252" w:lineRule="auto"/>
              <w:jc w:val="center"/>
            </w:pPr>
            <w:r>
              <w:rPr>
                <w:sz w:val="18"/>
              </w:rPr>
              <w:t>75</w:t>
            </w:r>
          </w:p>
        </w:tc>
        <w:tc>
          <w:tcPr>
            <w:tcW w:w="1361" w:type="dxa"/>
            <w:vAlign w:val="center"/>
          </w:tcPr>
          <w:p w14:paraId="44FCBDF6" w14:textId="77777777" w:rsidR="00446222" w:rsidRDefault="00000000">
            <w:pPr>
              <w:spacing w:after="0" w:line="252" w:lineRule="auto"/>
              <w:jc w:val="center"/>
            </w:pPr>
            <w:r>
              <w:rPr>
                <w:sz w:val="18"/>
              </w:rPr>
              <w:t>32 (42.7)</w:t>
            </w:r>
          </w:p>
        </w:tc>
        <w:tc>
          <w:tcPr>
            <w:tcW w:w="1361" w:type="dxa"/>
            <w:vAlign w:val="center"/>
          </w:tcPr>
          <w:p w14:paraId="2F106F0B" w14:textId="77777777" w:rsidR="00446222" w:rsidRDefault="00000000">
            <w:pPr>
              <w:spacing w:after="0" w:line="252" w:lineRule="auto"/>
              <w:jc w:val="center"/>
            </w:pPr>
            <w:r>
              <w:rPr>
                <w:sz w:val="18"/>
              </w:rPr>
              <w:t>27 (36.0)</w:t>
            </w:r>
          </w:p>
        </w:tc>
        <w:tc>
          <w:tcPr>
            <w:tcW w:w="1361" w:type="dxa"/>
            <w:vAlign w:val="center"/>
          </w:tcPr>
          <w:p w14:paraId="2480C952" w14:textId="77777777" w:rsidR="00446222" w:rsidRDefault="00000000">
            <w:pPr>
              <w:spacing w:after="0" w:line="252" w:lineRule="auto"/>
              <w:jc w:val="center"/>
            </w:pPr>
            <w:r>
              <w:rPr>
                <w:sz w:val="18"/>
              </w:rPr>
              <w:t>16 (21.3)</w:t>
            </w:r>
          </w:p>
        </w:tc>
        <w:tc>
          <w:tcPr>
            <w:tcW w:w="1474" w:type="dxa"/>
            <w:vAlign w:val="center"/>
          </w:tcPr>
          <w:p w14:paraId="7BB81DD6" w14:textId="77777777" w:rsidR="00446222" w:rsidRDefault="00000000">
            <w:pPr>
              <w:spacing w:after="0" w:line="252" w:lineRule="auto"/>
              <w:jc w:val="center"/>
            </w:pPr>
            <w:r>
              <w:rPr>
                <w:sz w:val="18"/>
              </w:rPr>
              <w:t>0 (0.0)</w:t>
            </w:r>
          </w:p>
        </w:tc>
      </w:tr>
      <w:tr w:rsidR="00446222" w14:paraId="09DBE6CB" w14:textId="77777777">
        <w:trPr>
          <w:cantSplit/>
          <w:jc w:val="center"/>
        </w:trPr>
        <w:tc>
          <w:tcPr>
            <w:tcW w:w="2948" w:type="dxa"/>
            <w:vAlign w:val="center"/>
          </w:tcPr>
          <w:p w14:paraId="5CEEC007" w14:textId="77777777" w:rsidR="00446222" w:rsidRDefault="00000000">
            <w:pPr>
              <w:spacing w:after="0" w:line="252" w:lineRule="auto"/>
            </w:pPr>
            <w:r>
              <w:rPr>
                <w:sz w:val="18"/>
              </w:rPr>
              <w:t>Fruit juice</w:t>
            </w:r>
          </w:p>
        </w:tc>
        <w:tc>
          <w:tcPr>
            <w:tcW w:w="1134" w:type="dxa"/>
            <w:vAlign w:val="center"/>
          </w:tcPr>
          <w:p w14:paraId="4E49B18C" w14:textId="77777777" w:rsidR="00446222" w:rsidRDefault="00000000">
            <w:pPr>
              <w:spacing w:after="0" w:line="252" w:lineRule="auto"/>
              <w:jc w:val="center"/>
            </w:pPr>
            <w:r>
              <w:rPr>
                <w:sz w:val="18"/>
              </w:rPr>
              <w:t>76</w:t>
            </w:r>
          </w:p>
        </w:tc>
        <w:tc>
          <w:tcPr>
            <w:tcW w:w="1361" w:type="dxa"/>
            <w:vAlign w:val="center"/>
          </w:tcPr>
          <w:p w14:paraId="7C2D1C00" w14:textId="77777777" w:rsidR="00446222" w:rsidRDefault="00000000">
            <w:pPr>
              <w:spacing w:after="0" w:line="252" w:lineRule="auto"/>
              <w:jc w:val="center"/>
            </w:pPr>
            <w:r>
              <w:rPr>
                <w:sz w:val="18"/>
              </w:rPr>
              <w:t>32 (42.1)</w:t>
            </w:r>
          </w:p>
        </w:tc>
        <w:tc>
          <w:tcPr>
            <w:tcW w:w="1361" w:type="dxa"/>
            <w:vAlign w:val="center"/>
          </w:tcPr>
          <w:p w14:paraId="69982B87" w14:textId="77777777" w:rsidR="00446222" w:rsidRDefault="00000000">
            <w:pPr>
              <w:spacing w:after="0" w:line="252" w:lineRule="auto"/>
              <w:jc w:val="center"/>
            </w:pPr>
            <w:r>
              <w:rPr>
                <w:sz w:val="18"/>
              </w:rPr>
              <w:t>33 (43.4)</w:t>
            </w:r>
          </w:p>
        </w:tc>
        <w:tc>
          <w:tcPr>
            <w:tcW w:w="1361" w:type="dxa"/>
            <w:vAlign w:val="center"/>
          </w:tcPr>
          <w:p w14:paraId="0DCAB9BB" w14:textId="77777777" w:rsidR="00446222" w:rsidRDefault="00000000">
            <w:pPr>
              <w:spacing w:after="0" w:line="252" w:lineRule="auto"/>
              <w:jc w:val="center"/>
            </w:pPr>
            <w:r>
              <w:rPr>
                <w:sz w:val="18"/>
              </w:rPr>
              <w:t>11 (14.5)</w:t>
            </w:r>
          </w:p>
        </w:tc>
        <w:tc>
          <w:tcPr>
            <w:tcW w:w="1474" w:type="dxa"/>
            <w:vAlign w:val="center"/>
          </w:tcPr>
          <w:p w14:paraId="3543ECB0" w14:textId="77777777" w:rsidR="00446222" w:rsidRDefault="00000000">
            <w:pPr>
              <w:spacing w:after="0" w:line="252" w:lineRule="auto"/>
              <w:jc w:val="center"/>
            </w:pPr>
            <w:r>
              <w:rPr>
                <w:sz w:val="18"/>
              </w:rPr>
              <w:t>0 (0.0)</w:t>
            </w:r>
          </w:p>
        </w:tc>
      </w:tr>
      <w:tr w:rsidR="00446222" w14:paraId="2814A71C" w14:textId="77777777">
        <w:trPr>
          <w:cantSplit/>
          <w:jc w:val="center"/>
        </w:trPr>
        <w:tc>
          <w:tcPr>
            <w:tcW w:w="2948" w:type="dxa"/>
            <w:vAlign w:val="center"/>
          </w:tcPr>
          <w:p w14:paraId="5431BED4" w14:textId="77777777" w:rsidR="00446222" w:rsidRDefault="00000000">
            <w:pPr>
              <w:spacing w:after="0" w:line="252" w:lineRule="auto"/>
            </w:pPr>
            <w:r>
              <w:rPr>
                <w:sz w:val="18"/>
              </w:rPr>
              <w:t>Soda</w:t>
            </w:r>
          </w:p>
        </w:tc>
        <w:tc>
          <w:tcPr>
            <w:tcW w:w="1134" w:type="dxa"/>
            <w:vAlign w:val="center"/>
          </w:tcPr>
          <w:p w14:paraId="1372B6FE" w14:textId="77777777" w:rsidR="00446222" w:rsidRDefault="00000000">
            <w:pPr>
              <w:spacing w:after="0" w:line="252" w:lineRule="auto"/>
              <w:jc w:val="center"/>
            </w:pPr>
            <w:r>
              <w:rPr>
                <w:sz w:val="18"/>
              </w:rPr>
              <w:t>79</w:t>
            </w:r>
          </w:p>
        </w:tc>
        <w:tc>
          <w:tcPr>
            <w:tcW w:w="1361" w:type="dxa"/>
            <w:vAlign w:val="center"/>
          </w:tcPr>
          <w:p w14:paraId="32E2D7EF" w14:textId="77777777" w:rsidR="00446222" w:rsidRDefault="00000000">
            <w:pPr>
              <w:spacing w:after="0" w:line="252" w:lineRule="auto"/>
              <w:jc w:val="center"/>
            </w:pPr>
            <w:r>
              <w:rPr>
                <w:sz w:val="18"/>
              </w:rPr>
              <w:t>44 (55.7)</w:t>
            </w:r>
          </w:p>
        </w:tc>
        <w:tc>
          <w:tcPr>
            <w:tcW w:w="1361" w:type="dxa"/>
            <w:vAlign w:val="center"/>
          </w:tcPr>
          <w:p w14:paraId="4382C55D" w14:textId="77777777" w:rsidR="00446222" w:rsidRDefault="00000000">
            <w:pPr>
              <w:spacing w:after="0" w:line="252" w:lineRule="auto"/>
              <w:jc w:val="center"/>
            </w:pPr>
            <w:r>
              <w:rPr>
                <w:sz w:val="18"/>
              </w:rPr>
              <w:t>26 (32.9)</w:t>
            </w:r>
          </w:p>
        </w:tc>
        <w:tc>
          <w:tcPr>
            <w:tcW w:w="1361" w:type="dxa"/>
            <w:vAlign w:val="center"/>
          </w:tcPr>
          <w:p w14:paraId="0ADA5CF3" w14:textId="77777777" w:rsidR="00446222" w:rsidRDefault="00000000">
            <w:pPr>
              <w:spacing w:after="0" w:line="252" w:lineRule="auto"/>
              <w:jc w:val="center"/>
            </w:pPr>
            <w:r>
              <w:rPr>
                <w:sz w:val="18"/>
              </w:rPr>
              <w:t>9 (11.4)</w:t>
            </w:r>
          </w:p>
        </w:tc>
        <w:tc>
          <w:tcPr>
            <w:tcW w:w="1474" w:type="dxa"/>
            <w:vAlign w:val="center"/>
          </w:tcPr>
          <w:p w14:paraId="762C99C9" w14:textId="77777777" w:rsidR="00446222" w:rsidRDefault="00000000">
            <w:pPr>
              <w:spacing w:after="0" w:line="252" w:lineRule="auto"/>
              <w:jc w:val="center"/>
            </w:pPr>
            <w:r>
              <w:rPr>
                <w:sz w:val="18"/>
              </w:rPr>
              <w:t>0 (0.0)</w:t>
            </w:r>
          </w:p>
        </w:tc>
      </w:tr>
      <w:tr w:rsidR="00446222" w14:paraId="75095789" w14:textId="77777777">
        <w:trPr>
          <w:cantSplit/>
          <w:jc w:val="center"/>
        </w:trPr>
        <w:tc>
          <w:tcPr>
            <w:tcW w:w="2948" w:type="dxa"/>
            <w:vAlign w:val="center"/>
          </w:tcPr>
          <w:p w14:paraId="3B5BB703" w14:textId="77777777" w:rsidR="00446222" w:rsidRDefault="00000000">
            <w:pPr>
              <w:spacing w:after="0" w:line="252" w:lineRule="auto"/>
            </w:pPr>
            <w:r>
              <w:rPr>
                <w:sz w:val="18"/>
              </w:rPr>
              <w:t>Instant noodles</w:t>
            </w:r>
          </w:p>
        </w:tc>
        <w:tc>
          <w:tcPr>
            <w:tcW w:w="1134" w:type="dxa"/>
            <w:vAlign w:val="center"/>
          </w:tcPr>
          <w:p w14:paraId="4888BFC3" w14:textId="77777777" w:rsidR="00446222" w:rsidRDefault="00000000">
            <w:pPr>
              <w:spacing w:after="0" w:line="252" w:lineRule="auto"/>
              <w:jc w:val="center"/>
            </w:pPr>
            <w:r>
              <w:rPr>
                <w:sz w:val="18"/>
              </w:rPr>
              <w:t>69</w:t>
            </w:r>
          </w:p>
        </w:tc>
        <w:tc>
          <w:tcPr>
            <w:tcW w:w="1361" w:type="dxa"/>
            <w:vAlign w:val="center"/>
          </w:tcPr>
          <w:p w14:paraId="4131753B" w14:textId="77777777" w:rsidR="00446222" w:rsidRDefault="00000000">
            <w:pPr>
              <w:spacing w:after="0" w:line="252" w:lineRule="auto"/>
              <w:jc w:val="center"/>
            </w:pPr>
            <w:r>
              <w:rPr>
                <w:sz w:val="18"/>
              </w:rPr>
              <w:t>28 (40.6)</w:t>
            </w:r>
          </w:p>
        </w:tc>
        <w:tc>
          <w:tcPr>
            <w:tcW w:w="1361" w:type="dxa"/>
            <w:vAlign w:val="center"/>
          </w:tcPr>
          <w:p w14:paraId="216B26A9" w14:textId="77777777" w:rsidR="00446222" w:rsidRDefault="00000000">
            <w:pPr>
              <w:spacing w:after="0" w:line="252" w:lineRule="auto"/>
              <w:jc w:val="center"/>
            </w:pPr>
            <w:r>
              <w:rPr>
                <w:sz w:val="18"/>
              </w:rPr>
              <w:t>31 (44.9)</w:t>
            </w:r>
          </w:p>
        </w:tc>
        <w:tc>
          <w:tcPr>
            <w:tcW w:w="1361" w:type="dxa"/>
            <w:vAlign w:val="center"/>
          </w:tcPr>
          <w:p w14:paraId="26B6ED26" w14:textId="77777777" w:rsidR="00446222" w:rsidRDefault="00000000">
            <w:pPr>
              <w:spacing w:after="0" w:line="252" w:lineRule="auto"/>
              <w:jc w:val="center"/>
            </w:pPr>
            <w:r>
              <w:rPr>
                <w:sz w:val="18"/>
              </w:rPr>
              <w:t>10 (14.5)</w:t>
            </w:r>
          </w:p>
        </w:tc>
        <w:tc>
          <w:tcPr>
            <w:tcW w:w="1474" w:type="dxa"/>
            <w:vAlign w:val="center"/>
          </w:tcPr>
          <w:p w14:paraId="52B496C8" w14:textId="77777777" w:rsidR="00446222" w:rsidRDefault="00000000">
            <w:pPr>
              <w:spacing w:after="0" w:line="252" w:lineRule="auto"/>
              <w:jc w:val="center"/>
            </w:pPr>
            <w:r>
              <w:rPr>
                <w:sz w:val="18"/>
              </w:rPr>
              <w:t>0 (0.0)</w:t>
            </w:r>
          </w:p>
        </w:tc>
      </w:tr>
      <w:tr w:rsidR="00446222" w14:paraId="6E50A5D8" w14:textId="77777777">
        <w:trPr>
          <w:cantSplit/>
          <w:jc w:val="center"/>
        </w:trPr>
        <w:tc>
          <w:tcPr>
            <w:tcW w:w="2948" w:type="dxa"/>
            <w:vAlign w:val="center"/>
          </w:tcPr>
          <w:p w14:paraId="02701DA8" w14:textId="77777777" w:rsidR="00446222" w:rsidRDefault="00000000">
            <w:pPr>
              <w:spacing w:after="0" w:line="252" w:lineRule="auto"/>
            </w:pPr>
            <w:r>
              <w:rPr>
                <w:sz w:val="18"/>
              </w:rPr>
              <w:t>Bread</w:t>
            </w:r>
          </w:p>
        </w:tc>
        <w:tc>
          <w:tcPr>
            <w:tcW w:w="1134" w:type="dxa"/>
            <w:vAlign w:val="center"/>
          </w:tcPr>
          <w:p w14:paraId="222E6550" w14:textId="77777777" w:rsidR="00446222" w:rsidRDefault="00000000">
            <w:pPr>
              <w:spacing w:after="0" w:line="252" w:lineRule="auto"/>
              <w:jc w:val="center"/>
            </w:pPr>
            <w:r>
              <w:rPr>
                <w:sz w:val="18"/>
              </w:rPr>
              <w:t>79</w:t>
            </w:r>
          </w:p>
        </w:tc>
        <w:tc>
          <w:tcPr>
            <w:tcW w:w="1361" w:type="dxa"/>
            <w:vAlign w:val="center"/>
          </w:tcPr>
          <w:p w14:paraId="68F17924" w14:textId="77777777" w:rsidR="00446222" w:rsidRDefault="00000000">
            <w:pPr>
              <w:spacing w:after="0" w:line="252" w:lineRule="auto"/>
              <w:jc w:val="center"/>
            </w:pPr>
            <w:r>
              <w:rPr>
                <w:sz w:val="18"/>
              </w:rPr>
              <w:t>31 (39.2)</w:t>
            </w:r>
          </w:p>
        </w:tc>
        <w:tc>
          <w:tcPr>
            <w:tcW w:w="1361" w:type="dxa"/>
            <w:vAlign w:val="center"/>
          </w:tcPr>
          <w:p w14:paraId="12C14B13" w14:textId="77777777" w:rsidR="00446222" w:rsidRDefault="00000000">
            <w:pPr>
              <w:spacing w:after="0" w:line="252" w:lineRule="auto"/>
              <w:jc w:val="center"/>
            </w:pPr>
            <w:r>
              <w:rPr>
                <w:sz w:val="18"/>
              </w:rPr>
              <w:t>28 (35.4)</w:t>
            </w:r>
          </w:p>
        </w:tc>
        <w:tc>
          <w:tcPr>
            <w:tcW w:w="1361" w:type="dxa"/>
            <w:vAlign w:val="center"/>
          </w:tcPr>
          <w:p w14:paraId="1C69C815" w14:textId="77777777" w:rsidR="00446222" w:rsidRDefault="00000000">
            <w:pPr>
              <w:spacing w:after="0" w:line="252" w:lineRule="auto"/>
              <w:jc w:val="center"/>
            </w:pPr>
            <w:r>
              <w:rPr>
                <w:sz w:val="18"/>
              </w:rPr>
              <w:t>20 (25.3)</w:t>
            </w:r>
          </w:p>
        </w:tc>
        <w:tc>
          <w:tcPr>
            <w:tcW w:w="1474" w:type="dxa"/>
            <w:vAlign w:val="center"/>
          </w:tcPr>
          <w:p w14:paraId="212D9F9A" w14:textId="77777777" w:rsidR="00446222" w:rsidRDefault="00000000">
            <w:pPr>
              <w:spacing w:after="0" w:line="252" w:lineRule="auto"/>
              <w:jc w:val="center"/>
            </w:pPr>
            <w:r>
              <w:rPr>
                <w:sz w:val="18"/>
              </w:rPr>
              <w:t>0 (0.0)</w:t>
            </w:r>
          </w:p>
        </w:tc>
      </w:tr>
      <w:tr w:rsidR="00446222" w14:paraId="13AC1620" w14:textId="77777777">
        <w:trPr>
          <w:cantSplit/>
          <w:jc w:val="center"/>
        </w:trPr>
        <w:tc>
          <w:tcPr>
            <w:tcW w:w="2948" w:type="dxa"/>
            <w:vAlign w:val="center"/>
          </w:tcPr>
          <w:p w14:paraId="26F73393" w14:textId="77777777" w:rsidR="00446222" w:rsidRDefault="00000000">
            <w:pPr>
              <w:spacing w:after="0" w:line="252" w:lineRule="auto"/>
            </w:pPr>
            <w:r>
              <w:rPr>
                <w:sz w:val="18"/>
              </w:rPr>
              <w:t>Biscuits / cookies</w:t>
            </w:r>
          </w:p>
        </w:tc>
        <w:tc>
          <w:tcPr>
            <w:tcW w:w="1134" w:type="dxa"/>
            <w:vAlign w:val="center"/>
          </w:tcPr>
          <w:p w14:paraId="74825BA7" w14:textId="77777777" w:rsidR="00446222" w:rsidRDefault="00000000">
            <w:pPr>
              <w:spacing w:after="0" w:line="252" w:lineRule="auto"/>
              <w:jc w:val="center"/>
            </w:pPr>
            <w:r>
              <w:rPr>
                <w:sz w:val="18"/>
              </w:rPr>
              <w:t>80</w:t>
            </w:r>
          </w:p>
        </w:tc>
        <w:tc>
          <w:tcPr>
            <w:tcW w:w="1361" w:type="dxa"/>
            <w:vAlign w:val="center"/>
          </w:tcPr>
          <w:p w14:paraId="4802F9EC" w14:textId="77777777" w:rsidR="00446222" w:rsidRDefault="00000000">
            <w:pPr>
              <w:spacing w:after="0" w:line="252" w:lineRule="auto"/>
              <w:jc w:val="center"/>
            </w:pPr>
            <w:r>
              <w:rPr>
                <w:sz w:val="18"/>
              </w:rPr>
              <w:t>43 (53.8)</w:t>
            </w:r>
          </w:p>
        </w:tc>
        <w:tc>
          <w:tcPr>
            <w:tcW w:w="1361" w:type="dxa"/>
            <w:vAlign w:val="center"/>
          </w:tcPr>
          <w:p w14:paraId="353AADEC" w14:textId="77777777" w:rsidR="00446222" w:rsidRDefault="00000000">
            <w:pPr>
              <w:spacing w:after="0" w:line="252" w:lineRule="auto"/>
              <w:jc w:val="center"/>
            </w:pPr>
            <w:r>
              <w:rPr>
                <w:sz w:val="18"/>
              </w:rPr>
              <w:t>22 (27.5)</w:t>
            </w:r>
          </w:p>
        </w:tc>
        <w:tc>
          <w:tcPr>
            <w:tcW w:w="1361" w:type="dxa"/>
            <w:vAlign w:val="center"/>
          </w:tcPr>
          <w:p w14:paraId="272F12C0" w14:textId="77777777" w:rsidR="00446222" w:rsidRDefault="00000000">
            <w:pPr>
              <w:spacing w:after="0" w:line="252" w:lineRule="auto"/>
              <w:jc w:val="center"/>
            </w:pPr>
            <w:r>
              <w:rPr>
                <w:sz w:val="18"/>
              </w:rPr>
              <w:t>15 (18.8)</w:t>
            </w:r>
          </w:p>
        </w:tc>
        <w:tc>
          <w:tcPr>
            <w:tcW w:w="1474" w:type="dxa"/>
            <w:vAlign w:val="center"/>
          </w:tcPr>
          <w:p w14:paraId="53EF0553" w14:textId="77777777" w:rsidR="00446222" w:rsidRDefault="00000000">
            <w:pPr>
              <w:spacing w:after="0" w:line="252" w:lineRule="auto"/>
              <w:jc w:val="center"/>
            </w:pPr>
            <w:r>
              <w:rPr>
                <w:sz w:val="18"/>
              </w:rPr>
              <w:t>0 (0.0)</w:t>
            </w:r>
          </w:p>
        </w:tc>
      </w:tr>
      <w:tr w:rsidR="00446222" w14:paraId="22FD7848" w14:textId="77777777">
        <w:trPr>
          <w:cantSplit/>
          <w:jc w:val="center"/>
        </w:trPr>
        <w:tc>
          <w:tcPr>
            <w:tcW w:w="2948" w:type="dxa"/>
            <w:vAlign w:val="center"/>
          </w:tcPr>
          <w:p w14:paraId="4BD97C5A" w14:textId="77777777" w:rsidR="00446222" w:rsidRDefault="00000000">
            <w:pPr>
              <w:spacing w:after="0" w:line="252" w:lineRule="auto"/>
            </w:pPr>
            <w:r>
              <w:rPr>
                <w:sz w:val="18"/>
              </w:rPr>
              <w:t>Fried snacks</w:t>
            </w:r>
          </w:p>
        </w:tc>
        <w:tc>
          <w:tcPr>
            <w:tcW w:w="1134" w:type="dxa"/>
            <w:vAlign w:val="center"/>
          </w:tcPr>
          <w:p w14:paraId="71846168" w14:textId="77777777" w:rsidR="00446222" w:rsidRDefault="00000000">
            <w:pPr>
              <w:spacing w:after="0" w:line="252" w:lineRule="auto"/>
              <w:jc w:val="center"/>
            </w:pPr>
            <w:r>
              <w:rPr>
                <w:sz w:val="18"/>
              </w:rPr>
              <w:t>76</w:t>
            </w:r>
          </w:p>
        </w:tc>
        <w:tc>
          <w:tcPr>
            <w:tcW w:w="1361" w:type="dxa"/>
            <w:vAlign w:val="center"/>
          </w:tcPr>
          <w:p w14:paraId="7E99D561" w14:textId="77777777" w:rsidR="00446222" w:rsidRDefault="00000000">
            <w:pPr>
              <w:spacing w:after="0" w:line="252" w:lineRule="auto"/>
              <w:jc w:val="center"/>
            </w:pPr>
            <w:r>
              <w:rPr>
                <w:sz w:val="18"/>
              </w:rPr>
              <w:t>32 (42.1)</w:t>
            </w:r>
          </w:p>
        </w:tc>
        <w:tc>
          <w:tcPr>
            <w:tcW w:w="1361" w:type="dxa"/>
            <w:vAlign w:val="center"/>
          </w:tcPr>
          <w:p w14:paraId="6E9BDB27" w14:textId="77777777" w:rsidR="00446222" w:rsidRDefault="00000000">
            <w:pPr>
              <w:spacing w:after="0" w:line="252" w:lineRule="auto"/>
              <w:jc w:val="center"/>
            </w:pPr>
            <w:r>
              <w:rPr>
                <w:sz w:val="18"/>
              </w:rPr>
              <w:t>25 (32.9)</w:t>
            </w:r>
          </w:p>
        </w:tc>
        <w:tc>
          <w:tcPr>
            <w:tcW w:w="1361" w:type="dxa"/>
            <w:vAlign w:val="center"/>
          </w:tcPr>
          <w:p w14:paraId="6C335D2D" w14:textId="77777777" w:rsidR="00446222" w:rsidRDefault="00000000">
            <w:pPr>
              <w:spacing w:after="0" w:line="252" w:lineRule="auto"/>
              <w:jc w:val="center"/>
            </w:pPr>
            <w:r>
              <w:rPr>
                <w:sz w:val="18"/>
              </w:rPr>
              <w:t>19 (25.0)</w:t>
            </w:r>
          </w:p>
        </w:tc>
        <w:tc>
          <w:tcPr>
            <w:tcW w:w="1474" w:type="dxa"/>
            <w:vAlign w:val="center"/>
          </w:tcPr>
          <w:p w14:paraId="098A8ADA" w14:textId="77777777" w:rsidR="00446222" w:rsidRDefault="00000000">
            <w:pPr>
              <w:spacing w:after="0" w:line="252" w:lineRule="auto"/>
              <w:jc w:val="center"/>
            </w:pPr>
            <w:r>
              <w:rPr>
                <w:sz w:val="18"/>
              </w:rPr>
              <w:t>0 (0.0)</w:t>
            </w:r>
          </w:p>
        </w:tc>
      </w:tr>
      <w:tr w:rsidR="00446222" w14:paraId="0535FF80" w14:textId="77777777">
        <w:trPr>
          <w:cantSplit/>
          <w:jc w:val="center"/>
        </w:trPr>
        <w:tc>
          <w:tcPr>
            <w:tcW w:w="2948" w:type="dxa"/>
            <w:vAlign w:val="center"/>
          </w:tcPr>
          <w:p w14:paraId="70FC26A3" w14:textId="77777777" w:rsidR="00446222" w:rsidRDefault="00000000">
            <w:pPr>
              <w:spacing w:after="0" w:line="252" w:lineRule="auto"/>
            </w:pPr>
            <w:r>
              <w:rPr>
                <w:sz w:val="18"/>
              </w:rPr>
              <w:t>Garlic</w:t>
            </w:r>
          </w:p>
        </w:tc>
        <w:tc>
          <w:tcPr>
            <w:tcW w:w="1134" w:type="dxa"/>
            <w:vAlign w:val="center"/>
          </w:tcPr>
          <w:p w14:paraId="14633C2B" w14:textId="77777777" w:rsidR="00446222" w:rsidRDefault="00000000">
            <w:pPr>
              <w:spacing w:after="0" w:line="252" w:lineRule="auto"/>
              <w:jc w:val="center"/>
            </w:pPr>
            <w:r>
              <w:rPr>
                <w:sz w:val="18"/>
              </w:rPr>
              <w:t>80</w:t>
            </w:r>
          </w:p>
        </w:tc>
        <w:tc>
          <w:tcPr>
            <w:tcW w:w="1361" w:type="dxa"/>
            <w:vAlign w:val="center"/>
          </w:tcPr>
          <w:p w14:paraId="3E080853" w14:textId="77777777" w:rsidR="00446222" w:rsidRDefault="00000000">
            <w:pPr>
              <w:spacing w:after="0" w:line="252" w:lineRule="auto"/>
              <w:jc w:val="center"/>
            </w:pPr>
            <w:r>
              <w:rPr>
                <w:sz w:val="18"/>
              </w:rPr>
              <w:t>37 (46.2)</w:t>
            </w:r>
          </w:p>
        </w:tc>
        <w:tc>
          <w:tcPr>
            <w:tcW w:w="1361" w:type="dxa"/>
            <w:vAlign w:val="center"/>
          </w:tcPr>
          <w:p w14:paraId="553435A9" w14:textId="77777777" w:rsidR="00446222" w:rsidRDefault="00000000">
            <w:pPr>
              <w:spacing w:after="0" w:line="252" w:lineRule="auto"/>
              <w:jc w:val="center"/>
            </w:pPr>
            <w:r>
              <w:rPr>
                <w:sz w:val="18"/>
              </w:rPr>
              <w:t>35 (43.8)</w:t>
            </w:r>
          </w:p>
        </w:tc>
        <w:tc>
          <w:tcPr>
            <w:tcW w:w="1361" w:type="dxa"/>
            <w:vAlign w:val="center"/>
          </w:tcPr>
          <w:p w14:paraId="4EFB889C" w14:textId="77777777" w:rsidR="00446222" w:rsidRDefault="00000000">
            <w:pPr>
              <w:spacing w:after="0" w:line="252" w:lineRule="auto"/>
              <w:jc w:val="center"/>
            </w:pPr>
            <w:r>
              <w:rPr>
                <w:sz w:val="18"/>
              </w:rPr>
              <w:t>8 (10.0)</w:t>
            </w:r>
          </w:p>
        </w:tc>
        <w:tc>
          <w:tcPr>
            <w:tcW w:w="1474" w:type="dxa"/>
            <w:vAlign w:val="center"/>
          </w:tcPr>
          <w:p w14:paraId="22B497F3" w14:textId="77777777" w:rsidR="00446222" w:rsidRDefault="00000000">
            <w:pPr>
              <w:spacing w:after="0" w:line="252" w:lineRule="auto"/>
              <w:jc w:val="center"/>
            </w:pPr>
            <w:r>
              <w:rPr>
                <w:sz w:val="18"/>
              </w:rPr>
              <w:t>0 (0.0)</w:t>
            </w:r>
          </w:p>
        </w:tc>
      </w:tr>
      <w:tr w:rsidR="00446222" w14:paraId="1C23EF52" w14:textId="77777777">
        <w:trPr>
          <w:cantSplit/>
          <w:jc w:val="center"/>
        </w:trPr>
        <w:tc>
          <w:tcPr>
            <w:tcW w:w="2948" w:type="dxa"/>
            <w:vAlign w:val="center"/>
          </w:tcPr>
          <w:p w14:paraId="03978A26" w14:textId="77777777" w:rsidR="00446222" w:rsidRDefault="00000000">
            <w:pPr>
              <w:spacing w:after="0" w:line="252" w:lineRule="auto"/>
            </w:pPr>
            <w:r>
              <w:rPr>
                <w:sz w:val="18"/>
              </w:rPr>
              <w:t>Ginger</w:t>
            </w:r>
          </w:p>
        </w:tc>
        <w:tc>
          <w:tcPr>
            <w:tcW w:w="1134" w:type="dxa"/>
            <w:vAlign w:val="center"/>
          </w:tcPr>
          <w:p w14:paraId="679B9391" w14:textId="77777777" w:rsidR="00446222" w:rsidRDefault="00000000">
            <w:pPr>
              <w:spacing w:after="0" w:line="252" w:lineRule="auto"/>
              <w:jc w:val="center"/>
            </w:pPr>
            <w:r>
              <w:rPr>
                <w:sz w:val="18"/>
              </w:rPr>
              <w:t>80</w:t>
            </w:r>
          </w:p>
        </w:tc>
        <w:tc>
          <w:tcPr>
            <w:tcW w:w="1361" w:type="dxa"/>
            <w:vAlign w:val="center"/>
          </w:tcPr>
          <w:p w14:paraId="5679119E" w14:textId="77777777" w:rsidR="00446222" w:rsidRDefault="00000000">
            <w:pPr>
              <w:spacing w:after="0" w:line="252" w:lineRule="auto"/>
              <w:jc w:val="center"/>
            </w:pPr>
            <w:r>
              <w:rPr>
                <w:sz w:val="18"/>
              </w:rPr>
              <w:t>40 (50.0)</w:t>
            </w:r>
          </w:p>
        </w:tc>
        <w:tc>
          <w:tcPr>
            <w:tcW w:w="1361" w:type="dxa"/>
            <w:vAlign w:val="center"/>
          </w:tcPr>
          <w:p w14:paraId="7DA5C278" w14:textId="77777777" w:rsidR="00446222" w:rsidRDefault="00000000">
            <w:pPr>
              <w:spacing w:after="0" w:line="252" w:lineRule="auto"/>
              <w:jc w:val="center"/>
            </w:pPr>
            <w:r>
              <w:rPr>
                <w:sz w:val="18"/>
              </w:rPr>
              <w:t>30 (37.5)</w:t>
            </w:r>
          </w:p>
        </w:tc>
        <w:tc>
          <w:tcPr>
            <w:tcW w:w="1361" w:type="dxa"/>
            <w:vAlign w:val="center"/>
          </w:tcPr>
          <w:p w14:paraId="5B228142" w14:textId="77777777" w:rsidR="00446222" w:rsidRDefault="00000000">
            <w:pPr>
              <w:spacing w:after="0" w:line="252" w:lineRule="auto"/>
              <w:jc w:val="center"/>
            </w:pPr>
            <w:r>
              <w:rPr>
                <w:sz w:val="18"/>
              </w:rPr>
              <w:t>10 (12.5)</w:t>
            </w:r>
          </w:p>
        </w:tc>
        <w:tc>
          <w:tcPr>
            <w:tcW w:w="1474" w:type="dxa"/>
            <w:vAlign w:val="center"/>
          </w:tcPr>
          <w:p w14:paraId="55C5B0FE" w14:textId="77777777" w:rsidR="00446222" w:rsidRDefault="00000000">
            <w:pPr>
              <w:spacing w:after="0" w:line="252" w:lineRule="auto"/>
              <w:jc w:val="center"/>
            </w:pPr>
            <w:r>
              <w:rPr>
                <w:sz w:val="18"/>
              </w:rPr>
              <w:t>0 (0.0)</w:t>
            </w:r>
          </w:p>
        </w:tc>
      </w:tr>
      <w:tr w:rsidR="00446222" w14:paraId="67042E05" w14:textId="77777777">
        <w:trPr>
          <w:cantSplit/>
          <w:jc w:val="center"/>
        </w:trPr>
        <w:tc>
          <w:tcPr>
            <w:tcW w:w="2948" w:type="dxa"/>
            <w:vAlign w:val="center"/>
          </w:tcPr>
          <w:p w14:paraId="29A0D79C" w14:textId="77777777" w:rsidR="00446222" w:rsidRDefault="00000000">
            <w:pPr>
              <w:keepNext/>
              <w:spacing w:after="0" w:line="252" w:lineRule="auto"/>
            </w:pPr>
            <w:r>
              <w:rPr>
                <w:sz w:val="18"/>
              </w:rPr>
              <w:t>Turmeric</w:t>
            </w:r>
          </w:p>
        </w:tc>
        <w:tc>
          <w:tcPr>
            <w:tcW w:w="1134" w:type="dxa"/>
            <w:vAlign w:val="center"/>
          </w:tcPr>
          <w:p w14:paraId="1A7C45B4" w14:textId="77777777" w:rsidR="00446222" w:rsidRDefault="00000000">
            <w:pPr>
              <w:keepNext/>
              <w:spacing w:after="0" w:line="252" w:lineRule="auto"/>
              <w:jc w:val="center"/>
            </w:pPr>
            <w:r>
              <w:rPr>
                <w:sz w:val="18"/>
              </w:rPr>
              <w:t>78</w:t>
            </w:r>
          </w:p>
        </w:tc>
        <w:tc>
          <w:tcPr>
            <w:tcW w:w="1361" w:type="dxa"/>
            <w:vAlign w:val="center"/>
          </w:tcPr>
          <w:p w14:paraId="2C8ACF8D" w14:textId="77777777" w:rsidR="00446222" w:rsidRDefault="00000000">
            <w:pPr>
              <w:keepNext/>
              <w:spacing w:after="0" w:line="252" w:lineRule="auto"/>
              <w:jc w:val="center"/>
            </w:pPr>
            <w:r>
              <w:rPr>
                <w:sz w:val="18"/>
              </w:rPr>
              <w:t>41 (52.6)</w:t>
            </w:r>
          </w:p>
        </w:tc>
        <w:tc>
          <w:tcPr>
            <w:tcW w:w="1361" w:type="dxa"/>
            <w:vAlign w:val="center"/>
          </w:tcPr>
          <w:p w14:paraId="644920CC" w14:textId="77777777" w:rsidR="00446222" w:rsidRDefault="00000000">
            <w:pPr>
              <w:keepNext/>
              <w:spacing w:after="0" w:line="252" w:lineRule="auto"/>
              <w:jc w:val="center"/>
            </w:pPr>
            <w:r>
              <w:rPr>
                <w:sz w:val="18"/>
              </w:rPr>
              <w:t>27 (34.6)</w:t>
            </w:r>
          </w:p>
        </w:tc>
        <w:tc>
          <w:tcPr>
            <w:tcW w:w="1361" w:type="dxa"/>
            <w:vAlign w:val="center"/>
          </w:tcPr>
          <w:p w14:paraId="647C2460" w14:textId="77777777" w:rsidR="00446222" w:rsidRDefault="00000000">
            <w:pPr>
              <w:keepNext/>
              <w:spacing w:after="0" w:line="252" w:lineRule="auto"/>
              <w:jc w:val="center"/>
            </w:pPr>
            <w:r>
              <w:rPr>
                <w:sz w:val="18"/>
              </w:rPr>
              <w:t>10 (12.8)</w:t>
            </w:r>
          </w:p>
        </w:tc>
        <w:tc>
          <w:tcPr>
            <w:tcW w:w="1474" w:type="dxa"/>
            <w:vAlign w:val="center"/>
          </w:tcPr>
          <w:p w14:paraId="098C50CB" w14:textId="77777777" w:rsidR="00446222" w:rsidRDefault="00000000">
            <w:pPr>
              <w:keepNext/>
              <w:spacing w:after="0" w:line="252" w:lineRule="auto"/>
              <w:jc w:val="center"/>
            </w:pPr>
            <w:r>
              <w:rPr>
                <w:sz w:val="18"/>
              </w:rPr>
              <w:t>0 (0.0)</w:t>
            </w:r>
          </w:p>
        </w:tc>
      </w:tr>
    </w:tbl>
    <w:p w14:paraId="26667173" w14:textId="77777777" w:rsidR="00446222" w:rsidRDefault="00000000" w:rsidP="0047469F">
      <w:pPr>
        <w:keepLines/>
        <w:spacing w:after="140" w:line="252" w:lineRule="auto"/>
        <w:jc w:val="both"/>
      </w:pPr>
      <w:r>
        <w:rPr>
          <w:sz w:val="18"/>
        </w:rPr>
        <w:t>Percentages use each food’s positive-frequency consumer denominator and include unavailable portions. They may differ from percentages among all participants or among only those with known portions. S/M/L responses retain their observed categories; unavailable does not mean never consumed.</w:t>
      </w:r>
    </w:p>
    <w:p w14:paraId="015CAC79" w14:textId="77777777" w:rsidR="00446222" w:rsidRDefault="00000000">
      <w:pPr>
        <w:keepNext/>
        <w:spacing w:after="60" w:line="240" w:lineRule="auto"/>
        <w:jc w:val="center"/>
      </w:pPr>
      <w:r>
        <w:rPr>
          <w:noProof/>
        </w:rPr>
        <w:lastRenderedPageBreak/>
        <w:drawing>
          <wp:inline distT="0" distB="0" distL="0" distR="0" wp14:anchorId="19B4BB9A" wp14:editId="458DC9D4">
            <wp:extent cx="5616000" cy="6444269"/>
            <wp:effectExtent l="0" t="0" r="0" b="0"/>
            <wp:docPr id="4" name="Figure_S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png"/>
                    <pic:cNvPicPr/>
                  </pic:nvPicPr>
                  <pic:blipFill>
                    <a:blip r:embed="rId21"/>
                    <a:stretch>
                      <a:fillRect/>
                    </a:stretch>
                  </pic:blipFill>
                  <pic:spPr>
                    <a:xfrm>
                      <a:off x="0" y="0"/>
                      <a:ext cx="5616000" cy="6444269"/>
                    </a:xfrm>
                    <a:prstGeom prst="rect">
                      <a:avLst/>
                    </a:prstGeom>
                  </pic:spPr>
                </pic:pic>
              </a:graphicData>
            </a:graphic>
          </wp:inline>
        </w:drawing>
      </w:r>
    </w:p>
    <w:p w14:paraId="5B515554" w14:textId="77777777" w:rsidR="00446222" w:rsidRDefault="00000000" w:rsidP="0047469F">
      <w:pPr>
        <w:pStyle w:val="Caption"/>
        <w:keepLines/>
        <w:jc w:val="both"/>
      </w:pPr>
      <w:r>
        <w:rPr>
          <w:b/>
        </w:rPr>
        <w:t xml:space="preserve">Figure S4. </w:t>
      </w:r>
      <w:r>
        <w:t>Portion-size distributions among control consumers. Each bar represents participants with positive recorded frequency for the food in the shared-age population. Blue, teal and gold indicate Small, Medium and Large; grey denotes an unavailable portion. Denominators are food-specific and include unavailable portions. Numbers and percentages appear in Table S8.</w:t>
      </w:r>
    </w:p>
    <w:p w14:paraId="3FD82AAB" w14:textId="77777777" w:rsidR="006B3B70" w:rsidRDefault="006B3B70" w:rsidP="006B3B70"/>
    <w:p w14:paraId="63E12461" w14:textId="77777777" w:rsidR="006B3B70" w:rsidRDefault="006B3B70" w:rsidP="006B3B70"/>
    <w:p w14:paraId="66E239C1" w14:textId="77777777" w:rsidR="006B3B70" w:rsidRDefault="006B3B70" w:rsidP="006B3B70"/>
    <w:p w14:paraId="5D806782" w14:textId="77777777" w:rsidR="006B3B70" w:rsidRPr="006B3B70" w:rsidRDefault="006B3B70" w:rsidP="006B3B70"/>
    <w:p w14:paraId="64EAFDCE" w14:textId="77777777" w:rsidR="00446222" w:rsidRDefault="00000000">
      <w:pPr>
        <w:pStyle w:val="Caption"/>
        <w:keepNext/>
      </w:pPr>
      <w:r>
        <w:rPr>
          <w:b/>
        </w:rPr>
        <w:lastRenderedPageBreak/>
        <w:t>Table S9. Recorded portions among case consumers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2948"/>
        <w:gridCol w:w="1134"/>
        <w:gridCol w:w="1361"/>
        <w:gridCol w:w="1361"/>
        <w:gridCol w:w="1361"/>
        <w:gridCol w:w="1474"/>
      </w:tblGrid>
      <w:tr w:rsidR="00446222" w14:paraId="7F82321B" w14:textId="77777777">
        <w:trPr>
          <w:cantSplit/>
          <w:tblHeader/>
          <w:jc w:val="center"/>
        </w:trPr>
        <w:tc>
          <w:tcPr>
            <w:tcW w:w="2948" w:type="dxa"/>
            <w:tcBorders>
              <w:bottom w:val="single" w:sz="4" w:space="0" w:color="auto"/>
            </w:tcBorders>
            <w:vAlign w:val="center"/>
          </w:tcPr>
          <w:p w14:paraId="2617A187" w14:textId="77777777" w:rsidR="00446222" w:rsidRDefault="00000000">
            <w:pPr>
              <w:keepNext/>
              <w:spacing w:after="0" w:line="252" w:lineRule="auto"/>
            </w:pPr>
            <w:r>
              <w:rPr>
                <w:b/>
                <w:sz w:val="18"/>
              </w:rPr>
              <w:t>Food</w:t>
            </w:r>
          </w:p>
        </w:tc>
        <w:tc>
          <w:tcPr>
            <w:tcW w:w="1134" w:type="dxa"/>
            <w:tcBorders>
              <w:bottom w:val="single" w:sz="4" w:space="0" w:color="auto"/>
            </w:tcBorders>
            <w:vAlign w:val="center"/>
          </w:tcPr>
          <w:p w14:paraId="739C7BC6" w14:textId="77777777" w:rsidR="00446222" w:rsidRDefault="00000000">
            <w:pPr>
              <w:keepNext/>
              <w:spacing w:after="0" w:line="252" w:lineRule="auto"/>
              <w:jc w:val="center"/>
            </w:pPr>
            <w:r>
              <w:rPr>
                <w:b/>
                <w:sz w:val="18"/>
              </w:rPr>
              <w:t>Consumers</w:t>
            </w:r>
            <w:r>
              <w:rPr>
                <w:b/>
                <w:sz w:val="18"/>
              </w:rPr>
              <w:br/>
              <w:t>(n)</w:t>
            </w:r>
          </w:p>
        </w:tc>
        <w:tc>
          <w:tcPr>
            <w:tcW w:w="1361" w:type="dxa"/>
            <w:tcBorders>
              <w:bottom w:val="single" w:sz="4" w:space="0" w:color="auto"/>
            </w:tcBorders>
            <w:vAlign w:val="center"/>
          </w:tcPr>
          <w:p w14:paraId="554562EC" w14:textId="77777777" w:rsidR="00446222" w:rsidRDefault="00000000">
            <w:pPr>
              <w:keepNext/>
              <w:spacing w:after="0" w:line="252" w:lineRule="auto"/>
              <w:jc w:val="center"/>
            </w:pPr>
            <w:r>
              <w:rPr>
                <w:b/>
                <w:sz w:val="18"/>
              </w:rPr>
              <w:t>Small</w:t>
            </w:r>
            <w:r>
              <w:rPr>
                <w:b/>
                <w:sz w:val="18"/>
              </w:rPr>
              <w:br/>
              <w:t>n (%)</w:t>
            </w:r>
          </w:p>
        </w:tc>
        <w:tc>
          <w:tcPr>
            <w:tcW w:w="1361" w:type="dxa"/>
            <w:tcBorders>
              <w:bottom w:val="single" w:sz="4" w:space="0" w:color="auto"/>
            </w:tcBorders>
            <w:vAlign w:val="center"/>
          </w:tcPr>
          <w:p w14:paraId="61F0EBA6" w14:textId="77777777" w:rsidR="00446222" w:rsidRDefault="00000000">
            <w:pPr>
              <w:keepNext/>
              <w:spacing w:after="0" w:line="252" w:lineRule="auto"/>
              <w:jc w:val="center"/>
            </w:pPr>
            <w:r>
              <w:rPr>
                <w:b/>
                <w:sz w:val="18"/>
              </w:rPr>
              <w:t>Medium</w:t>
            </w:r>
            <w:r>
              <w:rPr>
                <w:b/>
                <w:sz w:val="18"/>
              </w:rPr>
              <w:br/>
              <w:t>n (%)</w:t>
            </w:r>
          </w:p>
        </w:tc>
        <w:tc>
          <w:tcPr>
            <w:tcW w:w="1361" w:type="dxa"/>
            <w:tcBorders>
              <w:bottom w:val="single" w:sz="4" w:space="0" w:color="auto"/>
            </w:tcBorders>
            <w:vAlign w:val="center"/>
          </w:tcPr>
          <w:p w14:paraId="728D1911" w14:textId="77777777" w:rsidR="00446222" w:rsidRDefault="00000000">
            <w:pPr>
              <w:keepNext/>
              <w:spacing w:after="0" w:line="252" w:lineRule="auto"/>
              <w:jc w:val="center"/>
            </w:pPr>
            <w:r>
              <w:rPr>
                <w:b/>
                <w:sz w:val="18"/>
              </w:rPr>
              <w:t>Large</w:t>
            </w:r>
            <w:r>
              <w:rPr>
                <w:b/>
                <w:sz w:val="18"/>
              </w:rPr>
              <w:br/>
              <w:t>n (%)</w:t>
            </w:r>
          </w:p>
        </w:tc>
        <w:tc>
          <w:tcPr>
            <w:tcW w:w="1474" w:type="dxa"/>
            <w:tcBorders>
              <w:bottom w:val="single" w:sz="4" w:space="0" w:color="auto"/>
            </w:tcBorders>
            <w:vAlign w:val="center"/>
          </w:tcPr>
          <w:p w14:paraId="2A07923F" w14:textId="77777777" w:rsidR="00446222" w:rsidRDefault="00000000">
            <w:pPr>
              <w:keepNext/>
              <w:spacing w:after="0" w:line="252" w:lineRule="auto"/>
              <w:jc w:val="center"/>
            </w:pPr>
            <w:r>
              <w:rPr>
                <w:b/>
                <w:sz w:val="18"/>
              </w:rPr>
              <w:t>Unavailable</w:t>
            </w:r>
            <w:r>
              <w:rPr>
                <w:b/>
                <w:sz w:val="18"/>
              </w:rPr>
              <w:br/>
              <w:t>n (%)</w:t>
            </w:r>
          </w:p>
        </w:tc>
      </w:tr>
      <w:tr w:rsidR="00446222" w14:paraId="2091BD77" w14:textId="77777777">
        <w:trPr>
          <w:cantSplit/>
          <w:jc w:val="center"/>
        </w:trPr>
        <w:tc>
          <w:tcPr>
            <w:tcW w:w="2948" w:type="dxa"/>
            <w:vAlign w:val="center"/>
          </w:tcPr>
          <w:p w14:paraId="40C930FE" w14:textId="77777777" w:rsidR="00446222" w:rsidRDefault="00000000">
            <w:pPr>
              <w:spacing w:after="0" w:line="252" w:lineRule="auto"/>
            </w:pPr>
            <w:r>
              <w:rPr>
                <w:sz w:val="18"/>
              </w:rPr>
              <w:t>Yam / cocoyam</w:t>
            </w:r>
          </w:p>
        </w:tc>
        <w:tc>
          <w:tcPr>
            <w:tcW w:w="1134" w:type="dxa"/>
            <w:vAlign w:val="center"/>
          </w:tcPr>
          <w:p w14:paraId="01694B6E" w14:textId="77777777" w:rsidR="00446222" w:rsidRDefault="00000000">
            <w:pPr>
              <w:spacing w:after="0" w:line="252" w:lineRule="auto"/>
              <w:jc w:val="center"/>
            </w:pPr>
            <w:r>
              <w:rPr>
                <w:sz w:val="18"/>
              </w:rPr>
              <w:t>61</w:t>
            </w:r>
          </w:p>
        </w:tc>
        <w:tc>
          <w:tcPr>
            <w:tcW w:w="1361" w:type="dxa"/>
            <w:vAlign w:val="center"/>
          </w:tcPr>
          <w:p w14:paraId="3F7F758E" w14:textId="77777777" w:rsidR="00446222" w:rsidRDefault="00000000">
            <w:pPr>
              <w:spacing w:after="0" w:line="252" w:lineRule="auto"/>
              <w:jc w:val="center"/>
            </w:pPr>
            <w:r>
              <w:rPr>
                <w:sz w:val="18"/>
              </w:rPr>
              <w:t>9 (14.8)</w:t>
            </w:r>
          </w:p>
        </w:tc>
        <w:tc>
          <w:tcPr>
            <w:tcW w:w="1361" w:type="dxa"/>
            <w:vAlign w:val="center"/>
          </w:tcPr>
          <w:p w14:paraId="17CDA414" w14:textId="77777777" w:rsidR="00446222" w:rsidRDefault="00000000">
            <w:pPr>
              <w:spacing w:after="0" w:line="252" w:lineRule="auto"/>
              <w:jc w:val="center"/>
            </w:pPr>
            <w:r>
              <w:rPr>
                <w:sz w:val="18"/>
              </w:rPr>
              <w:t>40 (65.6)</w:t>
            </w:r>
          </w:p>
        </w:tc>
        <w:tc>
          <w:tcPr>
            <w:tcW w:w="1361" w:type="dxa"/>
            <w:vAlign w:val="center"/>
          </w:tcPr>
          <w:p w14:paraId="471C49E3" w14:textId="77777777" w:rsidR="00446222" w:rsidRDefault="00000000">
            <w:pPr>
              <w:spacing w:after="0" w:line="252" w:lineRule="auto"/>
              <w:jc w:val="center"/>
            </w:pPr>
            <w:r>
              <w:rPr>
                <w:sz w:val="18"/>
              </w:rPr>
              <w:t>11 (18.0)</w:t>
            </w:r>
          </w:p>
        </w:tc>
        <w:tc>
          <w:tcPr>
            <w:tcW w:w="1474" w:type="dxa"/>
            <w:vAlign w:val="center"/>
          </w:tcPr>
          <w:p w14:paraId="234B7344" w14:textId="77777777" w:rsidR="00446222" w:rsidRDefault="00000000">
            <w:pPr>
              <w:spacing w:after="0" w:line="252" w:lineRule="auto"/>
              <w:jc w:val="center"/>
            </w:pPr>
            <w:r>
              <w:rPr>
                <w:sz w:val="18"/>
              </w:rPr>
              <w:t>1 (1.6)</w:t>
            </w:r>
          </w:p>
        </w:tc>
      </w:tr>
      <w:tr w:rsidR="00446222" w14:paraId="79A73B6A" w14:textId="77777777">
        <w:trPr>
          <w:cantSplit/>
          <w:jc w:val="center"/>
        </w:trPr>
        <w:tc>
          <w:tcPr>
            <w:tcW w:w="2948" w:type="dxa"/>
            <w:vAlign w:val="center"/>
          </w:tcPr>
          <w:p w14:paraId="121E35D5" w14:textId="77777777" w:rsidR="00446222" w:rsidRDefault="00000000">
            <w:pPr>
              <w:spacing w:after="0" w:line="252" w:lineRule="auto"/>
            </w:pPr>
            <w:r>
              <w:rPr>
                <w:sz w:val="18"/>
              </w:rPr>
              <w:t>Cassava</w:t>
            </w:r>
          </w:p>
        </w:tc>
        <w:tc>
          <w:tcPr>
            <w:tcW w:w="1134" w:type="dxa"/>
            <w:vAlign w:val="center"/>
          </w:tcPr>
          <w:p w14:paraId="2C03D750" w14:textId="77777777" w:rsidR="00446222" w:rsidRDefault="00000000">
            <w:pPr>
              <w:spacing w:after="0" w:line="252" w:lineRule="auto"/>
              <w:jc w:val="center"/>
            </w:pPr>
            <w:r>
              <w:rPr>
                <w:sz w:val="18"/>
              </w:rPr>
              <w:t>63</w:t>
            </w:r>
          </w:p>
        </w:tc>
        <w:tc>
          <w:tcPr>
            <w:tcW w:w="1361" w:type="dxa"/>
            <w:vAlign w:val="center"/>
          </w:tcPr>
          <w:p w14:paraId="2A67F4FA" w14:textId="77777777" w:rsidR="00446222" w:rsidRDefault="00000000">
            <w:pPr>
              <w:spacing w:after="0" w:line="252" w:lineRule="auto"/>
              <w:jc w:val="center"/>
            </w:pPr>
            <w:r>
              <w:rPr>
                <w:sz w:val="18"/>
              </w:rPr>
              <w:t>13 (20.6)</w:t>
            </w:r>
          </w:p>
        </w:tc>
        <w:tc>
          <w:tcPr>
            <w:tcW w:w="1361" w:type="dxa"/>
            <w:vAlign w:val="center"/>
          </w:tcPr>
          <w:p w14:paraId="712DD749" w14:textId="77777777" w:rsidR="00446222" w:rsidRDefault="00000000">
            <w:pPr>
              <w:spacing w:after="0" w:line="252" w:lineRule="auto"/>
              <w:jc w:val="center"/>
            </w:pPr>
            <w:r>
              <w:rPr>
                <w:sz w:val="18"/>
              </w:rPr>
              <w:t>31 (49.2)</w:t>
            </w:r>
          </w:p>
        </w:tc>
        <w:tc>
          <w:tcPr>
            <w:tcW w:w="1361" w:type="dxa"/>
            <w:vAlign w:val="center"/>
          </w:tcPr>
          <w:p w14:paraId="06A8FBC4" w14:textId="77777777" w:rsidR="00446222" w:rsidRDefault="00000000">
            <w:pPr>
              <w:spacing w:after="0" w:line="252" w:lineRule="auto"/>
              <w:jc w:val="center"/>
            </w:pPr>
            <w:r>
              <w:rPr>
                <w:sz w:val="18"/>
              </w:rPr>
              <w:t>19 (30.2)</w:t>
            </w:r>
          </w:p>
        </w:tc>
        <w:tc>
          <w:tcPr>
            <w:tcW w:w="1474" w:type="dxa"/>
            <w:vAlign w:val="center"/>
          </w:tcPr>
          <w:p w14:paraId="1BCF456E" w14:textId="77777777" w:rsidR="00446222" w:rsidRDefault="00000000">
            <w:pPr>
              <w:spacing w:after="0" w:line="252" w:lineRule="auto"/>
              <w:jc w:val="center"/>
            </w:pPr>
            <w:r>
              <w:rPr>
                <w:sz w:val="18"/>
              </w:rPr>
              <w:t>0 (0.0)</w:t>
            </w:r>
          </w:p>
        </w:tc>
      </w:tr>
      <w:tr w:rsidR="00446222" w14:paraId="3CD707A7" w14:textId="77777777">
        <w:trPr>
          <w:cantSplit/>
          <w:jc w:val="center"/>
        </w:trPr>
        <w:tc>
          <w:tcPr>
            <w:tcW w:w="2948" w:type="dxa"/>
            <w:vAlign w:val="center"/>
          </w:tcPr>
          <w:p w14:paraId="1F9F4307" w14:textId="77777777" w:rsidR="00446222" w:rsidRDefault="00000000">
            <w:pPr>
              <w:spacing w:after="0" w:line="252" w:lineRule="auto"/>
            </w:pPr>
            <w:r>
              <w:rPr>
                <w:sz w:val="18"/>
              </w:rPr>
              <w:t>Rice</w:t>
            </w:r>
          </w:p>
        </w:tc>
        <w:tc>
          <w:tcPr>
            <w:tcW w:w="1134" w:type="dxa"/>
            <w:vAlign w:val="center"/>
          </w:tcPr>
          <w:p w14:paraId="3BDB1E36" w14:textId="77777777" w:rsidR="00446222" w:rsidRDefault="00000000">
            <w:pPr>
              <w:spacing w:after="0" w:line="252" w:lineRule="auto"/>
              <w:jc w:val="center"/>
            </w:pPr>
            <w:r>
              <w:rPr>
                <w:sz w:val="18"/>
              </w:rPr>
              <w:t>64</w:t>
            </w:r>
          </w:p>
        </w:tc>
        <w:tc>
          <w:tcPr>
            <w:tcW w:w="1361" w:type="dxa"/>
            <w:vAlign w:val="center"/>
          </w:tcPr>
          <w:p w14:paraId="6022E012" w14:textId="77777777" w:rsidR="00446222" w:rsidRDefault="00000000">
            <w:pPr>
              <w:spacing w:after="0" w:line="252" w:lineRule="auto"/>
              <w:jc w:val="center"/>
            </w:pPr>
            <w:r>
              <w:rPr>
                <w:sz w:val="18"/>
              </w:rPr>
              <w:t>18 (28.1)</w:t>
            </w:r>
          </w:p>
        </w:tc>
        <w:tc>
          <w:tcPr>
            <w:tcW w:w="1361" w:type="dxa"/>
            <w:vAlign w:val="center"/>
          </w:tcPr>
          <w:p w14:paraId="34FB064E" w14:textId="77777777" w:rsidR="00446222" w:rsidRDefault="00000000">
            <w:pPr>
              <w:spacing w:after="0" w:line="252" w:lineRule="auto"/>
              <w:jc w:val="center"/>
            </w:pPr>
            <w:r>
              <w:rPr>
                <w:sz w:val="18"/>
              </w:rPr>
              <w:t>28 (43.8)</w:t>
            </w:r>
          </w:p>
        </w:tc>
        <w:tc>
          <w:tcPr>
            <w:tcW w:w="1361" w:type="dxa"/>
            <w:vAlign w:val="center"/>
          </w:tcPr>
          <w:p w14:paraId="1D2DAA2A" w14:textId="77777777" w:rsidR="00446222" w:rsidRDefault="00000000">
            <w:pPr>
              <w:spacing w:after="0" w:line="252" w:lineRule="auto"/>
              <w:jc w:val="center"/>
            </w:pPr>
            <w:r>
              <w:rPr>
                <w:sz w:val="18"/>
              </w:rPr>
              <w:t>18 (28.1)</w:t>
            </w:r>
          </w:p>
        </w:tc>
        <w:tc>
          <w:tcPr>
            <w:tcW w:w="1474" w:type="dxa"/>
            <w:vAlign w:val="center"/>
          </w:tcPr>
          <w:p w14:paraId="7BE5E033" w14:textId="77777777" w:rsidR="00446222" w:rsidRDefault="00000000">
            <w:pPr>
              <w:spacing w:after="0" w:line="252" w:lineRule="auto"/>
              <w:jc w:val="center"/>
            </w:pPr>
            <w:r>
              <w:rPr>
                <w:sz w:val="18"/>
              </w:rPr>
              <w:t>0 (0.0)</w:t>
            </w:r>
          </w:p>
        </w:tc>
      </w:tr>
      <w:tr w:rsidR="00446222" w14:paraId="71EC9DBE" w14:textId="77777777">
        <w:trPr>
          <w:cantSplit/>
          <w:jc w:val="center"/>
        </w:trPr>
        <w:tc>
          <w:tcPr>
            <w:tcW w:w="2948" w:type="dxa"/>
            <w:vAlign w:val="center"/>
          </w:tcPr>
          <w:p w14:paraId="204D6690" w14:textId="77777777" w:rsidR="00446222" w:rsidRDefault="00000000">
            <w:pPr>
              <w:spacing w:after="0" w:line="252" w:lineRule="auto"/>
            </w:pPr>
            <w:r>
              <w:rPr>
                <w:sz w:val="18"/>
              </w:rPr>
              <w:t>Plantain</w:t>
            </w:r>
          </w:p>
        </w:tc>
        <w:tc>
          <w:tcPr>
            <w:tcW w:w="1134" w:type="dxa"/>
            <w:vAlign w:val="center"/>
          </w:tcPr>
          <w:p w14:paraId="5464746F" w14:textId="77777777" w:rsidR="00446222" w:rsidRDefault="00000000">
            <w:pPr>
              <w:spacing w:after="0" w:line="252" w:lineRule="auto"/>
              <w:jc w:val="center"/>
            </w:pPr>
            <w:r>
              <w:rPr>
                <w:sz w:val="18"/>
              </w:rPr>
              <w:t>63</w:t>
            </w:r>
          </w:p>
        </w:tc>
        <w:tc>
          <w:tcPr>
            <w:tcW w:w="1361" w:type="dxa"/>
            <w:vAlign w:val="center"/>
          </w:tcPr>
          <w:p w14:paraId="2CD3A329" w14:textId="77777777" w:rsidR="00446222" w:rsidRDefault="00000000">
            <w:pPr>
              <w:spacing w:after="0" w:line="252" w:lineRule="auto"/>
              <w:jc w:val="center"/>
            </w:pPr>
            <w:r>
              <w:rPr>
                <w:sz w:val="18"/>
              </w:rPr>
              <w:t>19 (30.2)</w:t>
            </w:r>
          </w:p>
        </w:tc>
        <w:tc>
          <w:tcPr>
            <w:tcW w:w="1361" w:type="dxa"/>
            <w:vAlign w:val="center"/>
          </w:tcPr>
          <w:p w14:paraId="4E2737C2" w14:textId="77777777" w:rsidR="00446222" w:rsidRDefault="00000000">
            <w:pPr>
              <w:spacing w:after="0" w:line="252" w:lineRule="auto"/>
              <w:jc w:val="center"/>
            </w:pPr>
            <w:r>
              <w:rPr>
                <w:sz w:val="18"/>
              </w:rPr>
              <w:t>32 (50.8)</w:t>
            </w:r>
          </w:p>
        </w:tc>
        <w:tc>
          <w:tcPr>
            <w:tcW w:w="1361" w:type="dxa"/>
            <w:vAlign w:val="center"/>
          </w:tcPr>
          <w:p w14:paraId="5192DB7A" w14:textId="77777777" w:rsidR="00446222" w:rsidRDefault="00000000">
            <w:pPr>
              <w:spacing w:after="0" w:line="252" w:lineRule="auto"/>
              <w:jc w:val="center"/>
            </w:pPr>
            <w:r>
              <w:rPr>
                <w:sz w:val="18"/>
              </w:rPr>
              <w:t>12 (19.0)</w:t>
            </w:r>
          </w:p>
        </w:tc>
        <w:tc>
          <w:tcPr>
            <w:tcW w:w="1474" w:type="dxa"/>
            <w:vAlign w:val="center"/>
          </w:tcPr>
          <w:p w14:paraId="09FAB489" w14:textId="77777777" w:rsidR="00446222" w:rsidRDefault="00000000">
            <w:pPr>
              <w:spacing w:after="0" w:line="252" w:lineRule="auto"/>
              <w:jc w:val="center"/>
            </w:pPr>
            <w:r>
              <w:rPr>
                <w:sz w:val="18"/>
              </w:rPr>
              <w:t>0 (0.0)</w:t>
            </w:r>
          </w:p>
        </w:tc>
      </w:tr>
      <w:tr w:rsidR="00446222" w14:paraId="10C42C1D" w14:textId="77777777">
        <w:trPr>
          <w:cantSplit/>
          <w:jc w:val="center"/>
        </w:trPr>
        <w:tc>
          <w:tcPr>
            <w:tcW w:w="2948" w:type="dxa"/>
            <w:vAlign w:val="center"/>
          </w:tcPr>
          <w:p w14:paraId="1D6C8826" w14:textId="77777777" w:rsidR="00446222" w:rsidRDefault="00000000">
            <w:pPr>
              <w:spacing w:after="0" w:line="252" w:lineRule="auto"/>
            </w:pPr>
            <w:r>
              <w:rPr>
                <w:sz w:val="18"/>
              </w:rPr>
              <w:t>Afang soup</w:t>
            </w:r>
          </w:p>
        </w:tc>
        <w:tc>
          <w:tcPr>
            <w:tcW w:w="1134" w:type="dxa"/>
            <w:vAlign w:val="center"/>
          </w:tcPr>
          <w:p w14:paraId="67AFD286" w14:textId="77777777" w:rsidR="00446222" w:rsidRDefault="00000000">
            <w:pPr>
              <w:spacing w:after="0" w:line="252" w:lineRule="auto"/>
              <w:jc w:val="center"/>
            </w:pPr>
            <w:r>
              <w:rPr>
                <w:sz w:val="18"/>
              </w:rPr>
              <w:t>61</w:t>
            </w:r>
          </w:p>
        </w:tc>
        <w:tc>
          <w:tcPr>
            <w:tcW w:w="1361" w:type="dxa"/>
            <w:vAlign w:val="center"/>
          </w:tcPr>
          <w:p w14:paraId="5F2C4BC6" w14:textId="77777777" w:rsidR="00446222" w:rsidRDefault="00000000">
            <w:pPr>
              <w:spacing w:after="0" w:line="252" w:lineRule="auto"/>
              <w:jc w:val="center"/>
            </w:pPr>
            <w:r>
              <w:rPr>
                <w:sz w:val="18"/>
              </w:rPr>
              <w:t>15 (24.6)</w:t>
            </w:r>
          </w:p>
        </w:tc>
        <w:tc>
          <w:tcPr>
            <w:tcW w:w="1361" w:type="dxa"/>
            <w:vAlign w:val="center"/>
          </w:tcPr>
          <w:p w14:paraId="4163D6C0" w14:textId="77777777" w:rsidR="00446222" w:rsidRDefault="00000000">
            <w:pPr>
              <w:spacing w:after="0" w:line="252" w:lineRule="auto"/>
              <w:jc w:val="center"/>
            </w:pPr>
            <w:r>
              <w:rPr>
                <w:sz w:val="18"/>
              </w:rPr>
              <w:t>31 (50.8)</w:t>
            </w:r>
          </w:p>
        </w:tc>
        <w:tc>
          <w:tcPr>
            <w:tcW w:w="1361" w:type="dxa"/>
            <w:vAlign w:val="center"/>
          </w:tcPr>
          <w:p w14:paraId="2E326C34" w14:textId="77777777" w:rsidR="00446222" w:rsidRDefault="00000000">
            <w:pPr>
              <w:spacing w:after="0" w:line="252" w:lineRule="auto"/>
              <w:jc w:val="center"/>
            </w:pPr>
            <w:r>
              <w:rPr>
                <w:sz w:val="18"/>
              </w:rPr>
              <w:t>15 (24.6)</w:t>
            </w:r>
          </w:p>
        </w:tc>
        <w:tc>
          <w:tcPr>
            <w:tcW w:w="1474" w:type="dxa"/>
            <w:vAlign w:val="center"/>
          </w:tcPr>
          <w:p w14:paraId="5F6DC24F" w14:textId="77777777" w:rsidR="00446222" w:rsidRDefault="00000000">
            <w:pPr>
              <w:spacing w:after="0" w:line="252" w:lineRule="auto"/>
              <w:jc w:val="center"/>
            </w:pPr>
            <w:r>
              <w:rPr>
                <w:sz w:val="18"/>
              </w:rPr>
              <w:t>0 (0.0)</w:t>
            </w:r>
          </w:p>
        </w:tc>
      </w:tr>
      <w:tr w:rsidR="00446222" w14:paraId="4A71701C" w14:textId="77777777">
        <w:trPr>
          <w:cantSplit/>
          <w:jc w:val="center"/>
        </w:trPr>
        <w:tc>
          <w:tcPr>
            <w:tcW w:w="2948" w:type="dxa"/>
            <w:vAlign w:val="center"/>
          </w:tcPr>
          <w:p w14:paraId="50DD1F17" w14:textId="77777777" w:rsidR="00446222" w:rsidRDefault="00000000">
            <w:pPr>
              <w:spacing w:after="0" w:line="252" w:lineRule="auto"/>
            </w:pPr>
            <w:r>
              <w:rPr>
                <w:sz w:val="18"/>
              </w:rPr>
              <w:t>Moringa</w:t>
            </w:r>
          </w:p>
        </w:tc>
        <w:tc>
          <w:tcPr>
            <w:tcW w:w="1134" w:type="dxa"/>
            <w:vAlign w:val="center"/>
          </w:tcPr>
          <w:p w14:paraId="4DFE84EE" w14:textId="77777777" w:rsidR="00446222" w:rsidRDefault="00000000">
            <w:pPr>
              <w:spacing w:after="0" w:line="252" w:lineRule="auto"/>
              <w:jc w:val="center"/>
            </w:pPr>
            <w:r>
              <w:rPr>
                <w:sz w:val="18"/>
              </w:rPr>
              <w:t>37</w:t>
            </w:r>
          </w:p>
        </w:tc>
        <w:tc>
          <w:tcPr>
            <w:tcW w:w="1361" w:type="dxa"/>
            <w:vAlign w:val="center"/>
          </w:tcPr>
          <w:p w14:paraId="383E748E" w14:textId="77777777" w:rsidR="00446222" w:rsidRDefault="00000000">
            <w:pPr>
              <w:spacing w:after="0" w:line="252" w:lineRule="auto"/>
              <w:jc w:val="center"/>
            </w:pPr>
            <w:r>
              <w:rPr>
                <w:sz w:val="18"/>
              </w:rPr>
              <w:t>19 (51.4)</w:t>
            </w:r>
          </w:p>
        </w:tc>
        <w:tc>
          <w:tcPr>
            <w:tcW w:w="1361" w:type="dxa"/>
            <w:vAlign w:val="center"/>
          </w:tcPr>
          <w:p w14:paraId="4F0A3A1C" w14:textId="77777777" w:rsidR="00446222" w:rsidRDefault="00000000">
            <w:pPr>
              <w:spacing w:after="0" w:line="252" w:lineRule="auto"/>
              <w:jc w:val="center"/>
            </w:pPr>
            <w:r>
              <w:rPr>
                <w:sz w:val="18"/>
              </w:rPr>
              <w:t>14 (37.8)</w:t>
            </w:r>
          </w:p>
        </w:tc>
        <w:tc>
          <w:tcPr>
            <w:tcW w:w="1361" w:type="dxa"/>
            <w:vAlign w:val="center"/>
          </w:tcPr>
          <w:p w14:paraId="56642BCC" w14:textId="77777777" w:rsidR="00446222" w:rsidRDefault="00000000">
            <w:pPr>
              <w:spacing w:after="0" w:line="252" w:lineRule="auto"/>
              <w:jc w:val="center"/>
            </w:pPr>
            <w:r>
              <w:rPr>
                <w:sz w:val="18"/>
              </w:rPr>
              <w:t>4 (10.8)</w:t>
            </w:r>
          </w:p>
        </w:tc>
        <w:tc>
          <w:tcPr>
            <w:tcW w:w="1474" w:type="dxa"/>
            <w:vAlign w:val="center"/>
          </w:tcPr>
          <w:p w14:paraId="5BF112F7" w14:textId="77777777" w:rsidR="00446222" w:rsidRDefault="00000000">
            <w:pPr>
              <w:spacing w:after="0" w:line="252" w:lineRule="auto"/>
              <w:jc w:val="center"/>
            </w:pPr>
            <w:r>
              <w:rPr>
                <w:sz w:val="18"/>
              </w:rPr>
              <w:t>0 (0.0)</w:t>
            </w:r>
          </w:p>
        </w:tc>
      </w:tr>
      <w:tr w:rsidR="00446222" w14:paraId="12CF92FD" w14:textId="77777777">
        <w:trPr>
          <w:cantSplit/>
          <w:jc w:val="center"/>
        </w:trPr>
        <w:tc>
          <w:tcPr>
            <w:tcW w:w="2948" w:type="dxa"/>
            <w:vAlign w:val="center"/>
          </w:tcPr>
          <w:p w14:paraId="7CE6CEF7" w14:textId="77777777" w:rsidR="00446222" w:rsidRDefault="00000000">
            <w:pPr>
              <w:spacing w:after="0" w:line="252" w:lineRule="auto"/>
            </w:pPr>
            <w:r>
              <w:rPr>
                <w:sz w:val="18"/>
              </w:rPr>
              <w:t>Pumpkin leaves</w:t>
            </w:r>
          </w:p>
        </w:tc>
        <w:tc>
          <w:tcPr>
            <w:tcW w:w="1134" w:type="dxa"/>
            <w:vAlign w:val="center"/>
          </w:tcPr>
          <w:p w14:paraId="3D9ED00B" w14:textId="77777777" w:rsidR="00446222" w:rsidRDefault="00000000">
            <w:pPr>
              <w:spacing w:after="0" w:line="252" w:lineRule="auto"/>
              <w:jc w:val="center"/>
            </w:pPr>
            <w:r>
              <w:rPr>
                <w:sz w:val="18"/>
              </w:rPr>
              <w:t>63</w:t>
            </w:r>
          </w:p>
        </w:tc>
        <w:tc>
          <w:tcPr>
            <w:tcW w:w="1361" w:type="dxa"/>
            <w:vAlign w:val="center"/>
          </w:tcPr>
          <w:p w14:paraId="10A008A5" w14:textId="77777777" w:rsidR="00446222" w:rsidRDefault="00000000">
            <w:pPr>
              <w:spacing w:after="0" w:line="252" w:lineRule="auto"/>
              <w:jc w:val="center"/>
            </w:pPr>
            <w:r>
              <w:rPr>
                <w:sz w:val="18"/>
              </w:rPr>
              <w:t>25 (39.7)</w:t>
            </w:r>
          </w:p>
        </w:tc>
        <w:tc>
          <w:tcPr>
            <w:tcW w:w="1361" w:type="dxa"/>
            <w:vAlign w:val="center"/>
          </w:tcPr>
          <w:p w14:paraId="667862D4" w14:textId="77777777" w:rsidR="00446222" w:rsidRDefault="00000000">
            <w:pPr>
              <w:spacing w:after="0" w:line="252" w:lineRule="auto"/>
              <w:jc w:val="center"/>
            </w:pPr>
            <w:r>
              <w:rPr>
                <w:sz w:val="18"/>
              </w:rPr>
              <w:t>26 (41.3)</w:t>
            </w:r>
          </w:p>
        </w:tc>
        <w:tc>
          <w:tcPr>
            <w:tcW w:w="1361" w:type="dxa"/>
            <w:vAlign w:val="center"/>
          </w:tcPr>
          <w:p w14:paraId="33744465" w14:textId="77777777" w:rsidR="00446222" w:rsidRDefault="00000000">
            <w:pPr>
              <w:spacing w:after="0" w:line="252" w:lineRule="auto"/>
              <w:jc w:val="center"/>
            </w:pPr>
            <w:r>
              <w:rPr>
                <w:sz w:val="18"/>
              </w:rPr>
              <w:t>12 (19.0)</w:t>
            </w:r>
          </w:p>
        </w:tc>
        <w:tc>
          <w:tcPr>
            <w:tcW w:w="1474" w:type="dxa"/>
            <w:vAlign w:val="center"/>
          </w:tcPr>
          <w:p w14:paraId="0E70A751" w14:textId="77777777" w:rsidR="00446222" w:rsidRDefault="00000000">
            <w:pPr>
              <w:spacing w:after="0" w:line="252" w:lineRule="auto"/>
              <w:jc w:val="center"/>
            </w:pPr>
            <w:r>
              <w:rPr>
                <w:sz w:val="18"/>
              </w:rPr>
              <w:t>0 (0.0)</w:t>
            </w:r>
          </w:p>
        </w:tc>
      </w:tr>
      <w:tr w:rsidR="00446222" w14:paraId="3A8220D3" w14:textId="77777777">
        <w:trPr>
          <w:cantSplit/>
          <w:jc w:val="center"/>
        </w:trPr>
        <w:tc>
          <w:tcPr>
            <w:tcW w:w="2948" w:type="dxa"/>
            <w:vAlign w:val="center"/>
          </w:tcPr>
          <w:p w14:paraId="4046AF1B" w14:textId="77777777" w:rsidR="00446222" w:rsidRDefault="00000000">
            <w:pPr>
              <w:spacing w:after="0" w:line="252" w:lineRule="auto"/>
            </w:pPr>
            <w:r>
              <w:rPr>
                <w:sz w:val="18"/>
              </w:rPr>
              <w:t>Waterleaf</w:t>
            </w:r>
          </w:p>
        </w:tc>
        <w:tc>
          <w:tcPr>
            <w:tcW w:w="1134" w:type="dxa"/>
            <w:vAlign w:val="center"/>
          </w:tcPr>
          <w:p w14:paraId="72B86550" w14:textId="77777777" w:rsidR="00446222" w:rsidRDefault="00000000">
            <w:pPr>
              <w:spacing w:after="0" w:line="252" w:lineRule="auto"/>
              <w:jc w:val="center"/>
            </w:pPr>
            <w:r>
              <w:rPr>
                <w:sz w:val="18"/>
              </w:rPr>
              <w:t>64</w:t>
            </w:r>
          </w:p>
        </w:tc>
        <w:tc>
          <w:tcPr>
            <w:tcW w:w="1361" w:type="dxa"/>
            <w:vAlign w:val="center"/>
          </w:tcPr>
          <w:p w14:paraId="2713AB58" w14:textId="77777777" w:rsidR="00446222" w:rsidRDefault="00000000">
            <w:pPr>
              <w:spacing w:after="0" w:line="252" w:lineRule="auto"/>
              <w:jc w:val="center"/>
            </w:pPr>
            <w:r>
              <w:rPr>
                <w:sz w:val="18"/>
              </w:rPr>
              <w:t>25 (39.1)</w:t>
            </w:r>
          </w:p>
        </w:tc>
        <w:tc>
          <w:tcPr>
            <w:tcW w:w="1361" w:type="dxa"/>
            <w:vAlign w:val="center"/>
          </w:tcPr>
          <w:p w14:paraId="38A11D6B" w14:textId="77777777" w:rsidR="00446222" w:rsidRDefault="00000000">
            <w:pPr>
              <w:spacing w:after="0" w:line="252" w:lineRule="auto"/>
              <w:jc w:val="center"/>
            </w:pPr>
            <w:r>
              <w:rPr>
                <w:sz w:val="18"/>
              </w:rPr>
              <w:t>24 (37.5)</w:t>
            </w:r>
          </w:p>
        </w:tc>
        <w:tc>
          <w:tcPr>
            <w:tcW w:w="1361" w:type="dxa"/>
            <w:vAlign w:val="center"/>
          </w:tcPr>
          <w:p w14:paraId="17F27288" w14:textId="77777777" w:rsidR="00446222" w:rsidRDefault="00000000">
            <w:pPr>
              <w:spacing w:after="0" w:line="252" w:lineRule="auto"/>
              <w:jc w:val="center"/>
            </w:pPr>
            <w:r>
              <w:rPr>
                <w:sz w:val="18"/>
              </w:rPr>
              <w:t>15 (23.4)</w:t>
            </w:r>
          </w:p>
        </w:tc>
        <w:tc>
          <w:tcPr>
            <w:tcW w:w="1474" w:type="dxa"/>
            <w:vAlign w:val="center"/>
          </w:tcPr>
          <w:p w14:paraId="4B208B05" w14:textId="77777777" w:rsidR="00446222" w:rsidRDefault="00000000">
            <w:pPr>
              <w:spacing w:after="0" w:line="252" w:lineRule="auto"/>
              <w:jc w:val="center"/>
            </w:pPr>
            <w:r>
              <w:rPr>
                <w:sz w:val="18"/>
              </w:rPr>
              <w:t>0 (0.0)</w:t>
            </w:r>
          </w:p>
        </w:tc>
      </w:tr>
      <w:tr w:rsidR="00446222" w14:paraId="0130FC03" w14:textId="77777777">
        <w:trPr>
          <w:cantSplit/>
          <w:jc w:val="center"/>
        </w:trPr>
        <w:tc>
          <w:tcPr>
            <w:tcW w:w="2948" w:type="dxa"/>
            <w:vAlign w:val="center"/>
          </w:tcPr>
          <w:p w14:paraId="2D32089C" w14:textId="77777777" w:rsidR="00446222" w:rsidRDefault="00000000">
            <w:pPr>
              <w:spacing w:after="0" w:line="252" w:lineRule="auto"/>
            </w:pPr>
            <w:r>
              <w:rPr>
                <w:sz w:val="18"/>
              </w:rPr>
              <w:t>Okra</w:t>
            </w:r>
          </w:p>
        </w:tc>
        <w:tc>
          <w:tcPr>
            <w:tcW w:w="1134" w:type="dxa"/>
            <w:vAlign w:val="center"/>
          </w:tcPr>
          <w:p w14:paraId="738106DC" w14:textId="77777777" w:rsidR="00446222" w:rsidRDefault="00000000">
            <w:pPr>
              <w:spacing w:after="0" w:line="252" w:lineRule="auto"/>
              <w:jc w:val="center"/>
            </w:pPr>
            <w:r>
              <w:rPr>
                <w:sz w:val="18"/>
              </w:rPr>
              <w:t>62</w:t>
            </w:r>
          </w:p>
        </w:tc>
        <w:tc>
          <w:tcPr>
            <w:tcW w:w="1361" w:type="dxa"/>
            <w:vAlign w:val="center"/>
          </w:tcPr>
          <w:p w14:paraId="37F11CFC" w14:textId="77777777" w:rsidR="00446222" w:rsidRDefault="00000000">
            <w:pPr>
              <w:spacing w:after="0" w:line="252" w:lineRule="auto"/>
              <w:jc w:val="center"/>
            </w:pPr>
            <w:r>
              <w:rPr>
                <w:sz w:val="18"/>
              </w:rPr>
              <w:t>23 (37.1)</w:t>
            </w:r>
          </w:p>
        </w:tc>
        <w:tc>
          <w:tcPr>
            <w:tcW w:w="1361" w:type="dxa"/>
            <w:vAlign w:val="center"/>
          </w:tcPr>
          <w:p w14:paraId="37F1BB26" w14:textId="77777777" w:rsidR="00446222" w:rsidRDefault="00000000">
            <w:pPr>
              <w:spacing w:after="0" w:line="252" w:lineRule="auto"/>
              <w:jc w:val="center"/>
            </w:pPr>
            <w:r>
              <w:rPr>
                <w:sz w:val="18"/>
              </w:rPr>
              <w:t>25 (40.3)</w:t>
            </w:r>
          </w:p>
        </w:tc>
        <w:tc>
          <w:tcPr>
            <w:tcW w:w="1361" w:type="dxa"/>
            <w:vAlign w:val="center"/>
          </w:tcPr>
          <w:p w14:paraId="4FA58535" w14:textId="77777777" w:rsidR="00446222" w:rsidRDefault="00000000">
            <w:pPr>
              <w:spacing w:after="0" w:line="252" w:lineRule="auto"/>
              <w:jc w:val="center"/>
            </w:pPr>
            <w:r>
              <w:rPr>
                <w:sz w:val="18"/>
              </w:rPr>
              <w:t>14 (22.6)</w:t>
            </w:r>
          </w:p>
        </w:tc>
        <w:tc>
          <w:tcPr>
            <w:tcW w:w="1474" w:type="dxa"/>
            <w:vAlign w:val="center"/>
          </w:tcPr>
          <w:p w14:paraId="1BF42B61" w14:textId="77777777" w:rsidR="00446222" w:rsidRDefault="00000000">
            <w:pPr>
              <w:spacing w:after="0" w:line="252" w:lineRule="auto"/>
              <w:jc w:val="center"/>
            </w:pPr>
            <w:r>
              <w:rPr>
                <w:sz w:val="18"/>
              </w:rPr>
              <w:t>0 (0.0)</w:t>
            </w:r>
          </w:p>
        </w:tc>
      </w:tr>
      <w:tr w:rsidR="00446222" w14:paraId="6ED9CF00" w14:textId="77777777">
        <w:trPr>
          <w:cantSplit/>
          <w:jc w:val="center"/>
        </w:trPr>
        <w:tc>
          <w:tcPr>
            <w:tcW w:w="2948" w:type="dxa"/>
            <w:vAlign w:val="center"/>
          </w:tcPr>
          <w:p w14:paraId="4F40B56A" w14:textId="77777777" w:rsidR="00446222" w:rsidRDefault="00000000">
            <w:pPr>
              <w:spacing w:after="0" w:line="252" w:lineRule="auto"/>
            </w:pPr>
            <w:r>
              <w:rPr>
                <w:sz w:val="18"/>
              </w:rPr>
              <w:t>Egusi soup</w:t>
            </w:r>
          </w:p>
        </w:tc>
        <w:tc>
          <w:tcPr>
            <w:tcW w:w="1134" w:type="dxa"/>
            <w:vAlign w:val="center"/>
          </w:tcPr>
          <w:p w14:paraId="007C7170" w14:textId="77777777" w:rsidR="00446222" w:rsidRDefault="00000000">
            <w:pPr>
              <w:spacing w:after="0" w:line="252" w:lineRule="auto"/>
              <w:jc w:val="center"/>
            </w:pPr>
            <w:r>
              <w:rPr>
                <w:sz w:val="18"/>
              </w:rPr>
              <w:t>64</w:t>
            </w:r>
          </w:p>
        </w:tc>
        <w:tc>
          <w:tcPr>
            <w:tcW w:w="1361" w:type="dxa"/>
            <w:vAlign w:val="center"/>
          </w:tcPr>
          <w:p w14:paraId="41189108" w14:textId="77777777" w:rsidR="00446222" w:rsidRDefault="00000000">
            <w:pPr>
              <w:spacing w:after="0" w:line="252" w:lineRule="auto"/>
              <w:jc w:val="center"/>
            </w:pPr>
            <w:r>
              <w:rPr>
                <w:sz w:val="18"/>
              </w:rPr>
              <w:t>24 (37.5)</w:t>
            </w:r>
          </w:p>
        </w:tc>
        <w:tc>
          <w:tcPr>
            <w:tcW w:w="1361" w:type="dxa"/>
            <w:vAlign w:val="center"/>
          </w:tcPr>
          <w:p w14:paraId="6680B459" w14:textId="77777777" w:rsidR="00446222" w:rsidRDefault="00000000">
            <w:pPr>
              <w:spacing w:after="0" w:line="252" w:lineRule="auto"/>
              <w:jc w:val="center"/>
            </w:pPr>
            <w:r>
              <w:rPr>
                <w:sz w:val="18"/>
              </w:rPr>
              <w:t>26 (40.6)</w:t>
            </w:r>
          </w:p>
        </w:tc>
        <w:tc>
          <w:tcPr>
            <w:tcW w:w="1361" w:type="dxa"/>
            <w:vAlign w:val="center"/>
          </w:tcPr>
          <w:p w14:paraId="7293BAD5" w14:textId="77777777" w:rsidR="00446222" w:rsidRDefault="00000000">
            <w:pPr>
              <w:spacing w:after="0" w:line="252" w:lineRule="auto"/>
              <w:jc w:val="center"/>
            </w:pPr>
            <w:r>
              <w:rPr>
                <w:sz w:val="18"/>
              </w:rPr>
              <w:t>14 (21.9)</w:t>
            </w:r>
          </w:p>
        </w:tc>
        <w:tc>
          <w:tcPr>
            <w:tcW w:w="1474" w:type="dxa"/>
            <w:vAlign w:val="center"/>
          </w:tcPr>
          <w:p w14:paraId="28736AED" w14:textId="77777777" w:rsidR="00446222" w:rsidRDefault="00000000">
            <w:pPr>
              <w:spacing w:after="0" w:line="252" w:lineRule="auto"/>
              <w:jc w:val="center"/>
            </w:pPr>
            <w:r>
              <w:rPr>
                <w:sz w:val="18"/>
              </w:rPr>
              <w:t>0 (0.0)</w:t>
            </w:r>
          </w:p>
        </w:tc>
      </w:tr>
      <w:tr w:rsidR="00446222" w14:paraId="5213F379" w14:textId="77777777">
        <w:trPr>
          <w:cantSplit/>
          <w:jc w:val="center"/>
        </w:trPr>
        <w:tc>
          <w:tcPr>
            <w:tcW w:w="2948" w:type="dxa"/>
            <w:vAlign w:val="center"/>
          </w:tcPr>
          <w:p w14:paraId="34E72917" w14:textId="77777777" w:rsidR="00446222" w:rsidRDefault="00000000">
            <w:pPr>
              <w:spacing w:after="0" w:line="252" w:lineRule="auto"/>
            </w:pPr>
            <w:r>
              <w:rPr>
                <w:sz w:val="18"/>
              </w:rPr>
              <w:t>Fish</w:t>
            </w:r>
          </w:p>
        </w:tc>
        <w:tc>
          <w:tcPr>
            <w:tcW w:w="1134" w:type="dxa"/>
            <w:vAlign w:val="center"/>
          </w:tcPr>
          <w:p w14:paraId="23201506" w14:textId="77777777" w:rsidR="00446222" w:rsidRDefault="00000000">
            <w:pPr>
              <w:spacing w:after="0" w:line="252" w:lineRule="auto"/>
              <w:jc w:val="center"/>
            </w:pPr>
            <w:r>
              <w:rPr>
                <w:sz w:val="18"/>
              </w:rPr>
              <w:t>64</w:t>
            </w:r>
          </w:p>
        </w:tc>
        <w:tc>
          <w:tcPr>
            <w:tcW w:w="1361" w:type="dxa"/>
            <w:vAlign w:val="center"/>
          </w:tcPr>
          <w:p w14:paraId="20D34D77" w14:textId="77777777" w:rsidR="00446222" w:rsidRDefault="00000000">
            <w:pPr>
              <w:spacing w:after="0" w:line="252" w:lineRule="auto"/>
              <w:jc w:val="center"/>
            </w:pPr>
            <w:r>
              <w:rPr>
                <w:sz w:val="18"/>
              </w:rPr>
              <w:t>25 (39.1)</w:t>
            </w:r>
          </w:p>
        </w:tc>
        <w:tc>
          <w:tcPr>
            <w:tcW w:w="1361" w:type="dxa"/>
            <w:vAlign w:val="center"/>
          </w:tcPr>
          <w:p w14:paraId="654F903E" w14:textId="77777777" w:rsidR="00446222" w:rsidRDefault="00000000">
            <w:pPr>
              <w:spacing w:after="0" w:line="252" w:lineRule="auto"/>
              <w:jc w:val="center"/>
            </w:pPr>
            <w:r>
              <w:rPr>
                <w:sz w:val="18"/>
              </w:rPr>
              <w:t>28 (43.8)</w:t>
            </w:r>
          </w:p>
        </w:tc>
        <w:tc>
          <w:tcPr>
            <w:tcW w:w="1361" w:type="dxa"/>
            <w:vAlign w:val="center"/>
          </w:tcPr>
          <w:p w14:paraId="385D7556" w14:textId="77777777" w:rsidR="00446222" w:rsidRDefault="00000000">
            <w:pPr>
              <w:spacing w:after="0" w:line="252" w:lineRule="auto"/>
              <w:jc w:val="center"/>
            </w:pPr>
            <w:r>
              <w:rPr>
                <w:sz w:val="18"/>
              </w:rPr>
              <w:t>11 (17.2)</w:t>
            </w:r>
          </w:p>
        </w:tc>
        <w:tc>
          <w:tcPr>
            <w:tcW w:w="1474" w:type="dxa"/>
            <w:vAlign w:val="center"/>
          </w:tcPr>
          <w:p w14:paraId="746B43C6" w14:textId="77777777" w:rsidR="00446222" w:rsidRDefault="00000000">
            <w:pPr>
              <w:spacing w:after="0" w:line="252" w:lineRule="auto"/>
              <w:jc w:val="center"/>
            </w:pPr>
            <w:r>
              <w:rPr>
                <w:sz w:val="18"/>
              </w:rPr>
              <w:t>0 (0.0)</w:t>
            </w:r>
          </w:p>
        </w:tc>
      </w:tr>
      <w:tr w:rsidR="00446222" w14:paraId="7DC2A022" w14:textId="77777777">
        <w:trPr>
          <w:cantSplit/>
          <w:jc w:val="center"/>
        </w:trPr>
        <w:tc>
          <w:tcPr>
            <w:tcW w:w="2948" w:type="dxa"/>
            <w:vAlign w:val="center"/>
          </w:tcPr>
          <w:p w14:paraId="62703C0D" w14:textId="77777777" w:rsidR="00446222" w:rsidRDefault="00000000">
            <w:pPr>
              <w:spacing w:after="0" w:line="252" w:lineRule="auto"/>
            </w:pPr>
            <w:r>
              <w:rPr>
                <w:sz w:val="18"/>
              </w:rPr>
              <w:t>Shrimp / crayfish</w:t>
            </w:r>
          </w:p>
        </w:tc>
        <w:tc>
          <w:tcPr>
            <w:tcW w:w="1134" w:type="dxa"/>
            <w:vAlign w:val="center"/>
          </w:tcPr>
          <w:p w14:paraId="06BCA96D" w14:textId="77777777" w:rsidR="00446222" w:rsidRDefault="00000000">
            <w:pPr>
              <w:spacing w:after="0" w:line="252" w:lineRule="auto"/>
              <w:jc w:val="center"/>
            </w:pPr>
            <w:r>
              <w:rPr>
                <w:sz w:val="18"/>
              </w:rPr>
              <w:t>62</w:t>
            </w:r>
          </w:p>
        </w:tc>
        <w:tc>
          <w:tcPr>
            <w:tcW w:w="1361" w:type="dxa"/>
            <w:vAlign w:val="center"/>
          </w:tcPr>
          <w:p w14:paraId="0EBC60E4" w14:textId="77777777" w:rsidR="00446222" w:rsidRDefault="00000000">
            <w:pPr>
              <w:spacing w:after="0" w:line="252" w:lineRule="auto"/>
              <w:jc w:val="center"/>
            </w:pPr>
            <w:r>
              <w:rPr>
                <w:sz w:val="18"/>
              </w:rPr>
              <w:t>31 (50.0)</w:t>
            </w:r>
          </w:p>
        </w:tc>
        <w:tc>
          <w:tcPr>
            <w:tcW w:w="1361" w:type="dxa"/>
            <w:vAlign w:val="center"/>
          </w:tcPr>
          <w:p w14:paraId="6BDDB755" w14:textId="77777777" w:rsidR="00446222" w:rsidRDefault="00000000">
            <w:pPr>
              <w:spacing w:after="0" w:line="252" w:lineRule="auto"/>
              <w:jc w:val="center"/>
            </w:pPr>
            <w:r>
              <w:rPr>
                <w:sz w:val="18"/>
              </w:rPr>
              <w:t>17 (27.4)</w:t>
            </w:r>
          </w:p>
        </w:tc>
        <w:tc>
          <w:tcPr>
            <w:tcW w:w="1361" w:type="dxa"/>
            <w:vAlign w:val="center"/>
          </w:tcPr>
          <w:p w14:paraId="33CF3409" w14:textId="77777777" w:rsidR="00446222" w:rsidRDefault="00000000">
            <w:pPr>
              <w:spacing w:after="0" w:line="252" w:lineRule="auto"/>
              <w:jc w:val="center"/>
            </w:pPr>
            <w:r>
              <w:rPr>
                <w:sz w:val="18"/>
              </w:rPr>
              <w:t>14 (22.6)</w:t>
            </w:r>
          </w:p>
        </w:tc>
        <w:tc>
          <w:tcPr>
            <w:tcW w:w="1474" w:type="dxa"/>
            <w:vAlign w:val="center"/>
          </w:tcPr>
          <w:p w14:paraId="2F0C165C" w14:textId="77777777" w:rsidR="00446222" w:rsidRDefault="00000000">
            <w:pPr>
              <w:spacing w:after="0" w:line="252" w:lineRule="auto"/>
              <w:jc w:val="center"/>
            </w:pPr>
            <w:r>
              <w:rPr>
                <w:sz w:val="18"/>
              </w:rPr>
              <w:t>0 (0.0)</w:t>
            </w:r>
          </w:p>
        </w:tc>
      </w:tr>
      <w:tr w:rsidR="00446222" w14:paraId="79A635F5" w14:textId="77777777">
        <w:trPr>
          <w:cantSplit/>
          <w:jc w:val="center"/>
        </w:trPr>
        <w:tc>
          <w:tcPr>
            <w:tcW w:w="2948" w:type="dxa"/>
            <w:vAlign w:val="center"/>
          </w:tcPr>
          <w:p w14:paraId="2E863AF4" w14:textId="77777777" w:rsidR="00446222" w:rsidRDefault="00000000">
            <w:pPr>
              <w:spacing w:after="0" w:line="252" w:lineRule="auto"/>
            </w:pPr>
            <w:r>
              <w:rPr>
                <w:sz w:val="18"/>
              </w:rPr>
              <w:t>Periwinkle</w:t>
            </w:r>
          </w:p>
        </w:tc>
        <w:tc>
          <w:tcPr>
            <w:tcW w:w="1134" w:type="dxa"/>
            <w:vAlign w:val="center"/>
          </w:tcPr>
          <w:p w14:paraId="6E906D31" w14:textId="77777777" w:rsidR="00446222" w:rsidRDefault="00000000">
            <w:pPr>
              <w:spacing w:after="0" w:line="252" w:lineRule="auto"/>
              <w:jc w:val="center"/>
            </w:pPr>
            <w:r>
              <w:rPr>
                <w:sz w:val="18"/>
              </w:rPr>
              <w:t>64</w:t>
            </w:r>
          </w:p>
        </w:tc>
        <w:tc>
          <w:tcPr>
            <w:tcW w:w="1361" w:type="dxa"/>
            <w:vAlign w:val="center"/>
          </w:tcPr>
          <w:p w14:paraId="35B9E6BD" w14:textId="77777777" w:rsidR="00446222" w:rsidRDefault="00000000">
            <w:pPr>
              <w:spacing w:after="0" w:line="252" w:lineRule="auto"/>
              <w:jc w:val="center"/>
            </w:pPr>
            <w:r>
              <w:rPr>
                <w:sz w:val="18"/>
              </w:rPr>
              <w:t>36 (56.2)</w:t>
            </w:r>
          </w:p>
        </w:tc>
        <w:tc>
          <w:tcPr>
            <w:tcW w:w="1361" w:type="dxa"/>
            <w:vAlign w:val="center"/>
          </w:tcPr>
          <w:p w14:paraId="37D5B6C1" w14:textId="77777777" w:rsidR="00446222" w:rsidRDefault="00000000">
            <w:pPr>
              <w:spacing w:after="0" w:line="252" w:lineRule="auto"/>
              <w:jc w:val="center"/>
            </w:pPr>
            <w:r>
              <w:rPr>
                <w:sz w:val="18"/>
              </w:rPr>
              <w:t>24 (37.5)</w:t>
            </w:r>
          </w:p>
        </w:tc>
        <w:tc>
          <w:tcPr>
            <w:tcW w:w="1361" w:type="dxa"/>
            <w:vAlign w:val="center"/>
          </w:tcPr>
          <w:p w14:paraId="1CD0D8A4" w14:textId="77777777" w:rsidR="00446222" w:rsidRDefault="00000000">
            <w:pPr>
              <w:spacing w:after="0" w:line="252" w:lineRule="auto"/>
              <w:jc w:val="center"/>
            </w:pPr>
            <w:r>
              <w:rPr>
                <w:sz w:val="18"/>
              </w:rPr>
              <w:t>4 (6.2)</w:t>
            </w:r>
          </w:p>
        </w:tc>
        <w:tc>
          <w:tcPr>
            <w:tcW w:w="1474" w:type="dxa"/>
            <w:vAlign w:val="center"/>
          </w:tcPr>
          <w:p w14:paraId="1313CCD8" w14:textId="77777777" w:rsidR="00446222" w:rsidRDefault="00000000">
            <w:pPr>
              <w:spacing w:after="0" w:line="252" w:lineRule="auto"/>
              <w:jc w:val="center"/>
            </w:pPr>
            <w:r>
              <w:rPr>
                <w:sz w:val="18"/>
              </w:rPr>
              <w:t>0 (0.0)</w:t>
            </w:r>
          </w:p>
        </w:tc>
      </w:tr>
      <w:tr w:rsidR="00446222" w14:paraId="0654014F" w14:textId="77777777">
        <w:trPr>
          <w:cantSplit/>
          <w:jc w:val="center"/>
        </w:trPr>
        <w:tc>
          <w:tcPr>
            <w:tcW w:w="2948" w:type="dxa"/>
            <w:vAlign w:val="center"/>
          </w:tcPr>
          <w:p w14:paraId="787100BF" w14:textId="77777777" w:rsidR="00446222" w:rsidRDefault="00000000">
            <w:pPr>
              <w:spacing w:after="0" w:line="252" w:lineRule="auto"/>
            </w:pPr>
            <w:r>
              <w:rPr>
                <w:sz w:val="18"/>
              </w:rPr>
              <w:t>Crab</w:t>
            </w:r>
          </w:p>
        </w:tc>
        <w:tc>
          <w:tcPr>
            <w:tcW w:w="1134" w:type="dxa"/>
            <w:vAlign w:val="center"/>
          </w:tcPr>
          <w:p w14:paraId="22368C42" w14:textId="77777777" w:rsidR="00446222" w:rsidRDefault="00000000">
            <w:pPr>
              <w:spacing w:after="0" w:line="252" w:lineRule="auto"/>
              <w:jc w:val="center"/>
            </w:pPr>
            <w:r>
              <w:rPr>
                <w:sz w:val="18"/>
              </w:rPr>
              <w:t>56</w:t>
            </w:r>
          </w:p>
        </w:tc>
        <w:tc>
          <w:tcPr>
            <w:tcW w:w="1361" w:type="dxa"/>
            <w:vAlign w:val="center"/>
          </w:tcPr>
          <w:p w14:paraId="21AF96F8" w14:textId="77777777" w:rsidR="00446222" w:rsidRDefault="00000000">
            <w:pPr>
              <w:spacing w:after="0" w:line="252" w:lineRule="auto"/>
              <w:jc w:val="center"/>
            </w:pPr>
            <w:r>
              <w:rPr>
                <w:sz w:val="18"/>
              </w:rPr>
              <w:t>33 (58.9)</w:t>
            </w:r>
          </w:p>
        </w:tc>
        <w:tc>
          <w:tcPr>
            <w:tcW w:w="1361" w:type="dxa"/>
            <w:vAlign w:val="center"/>
          </w:tcPr>
          <w:p w14:paraId="683F7D83" w14:textId="77777777" w:rsidR="00446222" w:rsidRDefault="00000000">
            <w:pPr>
              <w:spacing w:after="0" w:line="252" w:lineRule="auto"/>
              <w:jc w:val="center"/>
            </w:pPr>
            <w:r>
              <w:rPr>
                <w:sz w:val="18"/>
              </w:rPr>
              <w:t>18 (32.1)</w:t>
            </w:r>
          </w:p>
        </w:tc>
        <w:tc>
          <w:tcPr>
            <w:tcW w:w="1361" w:type="dxa"/>
            <w:vAlign w:val="center"/>
          </w:tcPr>
          <w:p w14:paraId="66BEE720" w14:textId="77777777" w:rsidR="00446222" w:rsidRDefault="00000000">
            <w:pPr>
              <w:spacing w:after="0" w:line="252" w:lineRule="auto"/>
              <w:jc w:val="center"/>
            </w:pPr>
            <w:r>
              <w:rPr>
                <w:sz w:val="18"/>
              </w:rPr>
              <w:t>5 (8.9)</w:t>
            </w:r>
          </w:p>
        </w:tc>
        <w:tc>
          <w:tcPr>
            <w:tcW w:w="1474" w:type="dxa"/>
            <w:vAlign w:val="center"/>
          </w:tcPr>
          <w:p w14:paraId="44B59CFA" w14:textId="77777777" w:rsidR="00446222" w:rsidRDefault="00000000">
            <w:pPr>
              <w:spacing w:after="0" w:line="252" w:lineRule="auto"/>
              <w:jc w:val="center"/>
            </w:pPr>
            <w:r>
              <w:rPr>
                <w:sz w:val="18"/>
              </w:rPr>
              <w:t>0 (0.0)</w:t>
            </w:r>
          </w:p>
        </w:tc>
      </w:tr>
      <w:tr w:rsidR="00446222" w14:paraId="5D17EF80" w14:textId="77777777">
        <w:trPr>
          <w:cantSplit/>
          <w:jc w:val="center"/>
        </w:trPr>
        <w:tc>
          <w:tcPr>
            <w:tcW w:w="2948" w:type="dxa"/>
            <w:vAlign w:val="center"/>
          </w:tcPr>
          <w:p w14:paraId="5FC2E90C" w14:textId="77777777" w:rsidR="00446222" w:rsidRDefault="00000000">
            <w:pPr>
              <w:spacing w:after="0" w:line="252" w:lineRule="auto"/>
            </w:pPr>
            <w:r>
              <w:rPr>
                <w:sz w:val="18"/>
              </w:rPr>
              <w:t>Mango</w:t>
            </w:r>
          </w:p>
        </w:tc>
        <w:tc>
          <w:tcPr>
            <w:tcW w:w="1134" w:type="dxa"/>
            <w:vAlign w:val="center"/>
          </w:tcPr>
          <w:p w14:paraId="537357C9" w14:textId="77777777" w:rsidR="00446222" w:rsidRDefault="00000000">
            <w:pPr>
              <w:spacing w:after="0" w:line="252" w:lineRule="auto"/>
              <w:jc w:val="center"/>
            </w:pPr>
            <w:r>
              <w:rPr>
                <w:sz w:val="18"/>
              </w:rPr>
              <w:t>61</w:t>
            </w:r>
          </w:p>
        </w:tc>
        <w:tc>
          <w:tcPr>
            <w:tcW w:w="1361" w:type="dxa"/>
            <w:vAlign w:val="center"/>
          </w:tcPr>
          <w:p w14:paraId="0AFB9F7A" w14:textId="77777777" w:rsidR="00446222" w:rsidRDefault="00000000">
            <w:pPr>
              <w:spacing w:after="0" w:line="252" w:lineRule="auto"/>
              <w:jc w:val="center"/>
            </w:pPr>
            <w:r>
              <w:rPr>
                <w:sz w:val="18"/>
              </w:rPr>
              <w:t>24 (39.3)</w:t>
            </w:r>
          </w:p>
        </w:tc>
        <w:tc>
          <w:tcPr>
            <w:tcW w:w="1361" w:type="dxa"/>
            <w:vAlign w:val="center"/>
          </w:tcPr>
          <w:p w14:paraId="7221BC8C" w14:textId="77777777" w:rsidR="00446222" w:rsidRDefault="00000000">
            <w:pPr>
              <w:spacing w:after="0" w:line="252" w:lineRule="auto"/>
              <w:jc w:val="center"/>
            </w:pPr>
            <w:r>
              <w:rPr>
                <w:sz w:val="18"/>
              </w:rPr>
              <w:t>26 (42.6)</w:t>
            </w:r>
          </w:p>
        </w:tc>
        <w:tc>
          <w:tcPr>
            <w:tcW w:w="1361" w:type="dxa"/>
            <w:vAlign w:val="center"/>
          </w:tcPr>
          <w:p w14:paraId="134B2DAA" w14:textId="77777777" w:rsidR="00446222" w:rsidRDefault="00000000">
            <w:pPr>
              <w:spacing w:after="0" w:line="252" w:lineRule="auto"/>
              <w:jc w:val="center"/>
            </w:pPr>
            <w:r>
              <w:rPr>
                <w:sz w:val="18"/>
              </w:rPr>
              <w:t>11 (18.0)</w:t>
            </w:r>
          </w:p>
        </w:tc>
        <w:tc>
          <w:tcPr>
            <w:tcW w:w="1474" w:type="dxa"/>
            <w:vAlign w:val="center"/>
          </w:tcPr>
          <w:p w14:paraId="46238E53" w14:textId="77777777" w:rsidR="00446222" w:rsidRDefault="00000000">
            <w:pPr>
              <w:spacing w:after="0" w:line="252" w:lineRule="auto"/>
              <w:jc w:val="center"/>
            </w:pPr>
            <w:r>
              <w:rPr>
                <w:sz w:val="18"/>
              </w:rPr>
              <w:t>0 (0.0)</w:t>
            </w:r>
          </w:p>
        </w:tc>
      </w:tr>
      <w:tr w:rsidR="00446222" w14:paraId="39B1C253" w14:textId="77777777">
        <w:trPr>
          <w:cantSplit/>
          <w:jc w:val="center"/>
        </w:trPr>
        <w:tc>
          <w:tcPr>
            <w:tcW w:w="2948" w:type="dxa"/>
            <w:vAlign w:val="center"/>
          </w:tcPr>
          <w:p w14:paraId="7A4BEA2C" w14:textId="77777777" w:rsidR="00446222" w:rsidRDefault="00000000">
            <w:pPr>
              <w:spacing w:after="0" w:line="252" w:lineRule="auto"/>
            </w:pPr>
            <w:r>
              <w:rPr>
                <w:sz w:val="18"/>
              </w:rPr>
              <w:t>Guava</w:t>
            </w:r>
          </w:p>
        </w:tc>
        <w:tc>
          <w:tcPr>
            <w:tcW w:w="1134" w:type="dxa"/>
            <w:vAlign w:val="center"/>
          </w:tcPr>
          <w:p w14:paraId="4D6390AC" w14:textId="77777777" w:rsidR="00446222" w:rsidRDefault="00000000">
            <w:pPr>
              <w:spacing w:after="0" w:line="252" w:lineRule="auto"/>
              <w:jc w:val="center"/>
            </w:pPr>
            <w:r>
              <w:rPr>
                <w:sz w:val="18"/>
              </w:rPr>
              <w:t>60</w:t>
            </w:r>
          </w:p>
        </w:tc>
        <w:tc>
          <w:tcPr>
            <w:tcW w:w="1361" w:type="dxa"/>
            <w:vAlign w:val="center"/>
          </w:tcPr>
          <w:p w14:paraId="7FB1E588" w14:textId="77777777" w:rsidR="00446222" w:rsidRDefault="00000000">
            <w:pPr>
              <w:spacing w:after="0" w:line="252" w:lineRule="auto"/>
              <w:jc w:val="center"/>
            </w:pPr>
            <w:r>
              <w:rPr>
                <w:sz w:val="18"/>
              </w:rPr>
              <w:t>24 (40.0)</w:t>
            </w:r>
          </w:p>
        </w:tc>
        <w:tc>
          <w:tcPr>
            <w:tcW w:w="1361" w:type="dxa"/>
            <w:vAlign w:val="center"/>
          </w:tcPr>
          <w:p w14:paraId="66BF8472" w14:textId="77777777" w:rsidR="00446222" w:rsidRDefault="00000000">
            <w:pPr>
              <w:spacing w:after="0" w:line="252" w:lineRule="auto"/>
              <w:jc w:val="center"/>
            </w:pPr>
            <w:r>
              <w:rPr>
                <w:sz w:val="18"/>
              </w:rPr>
              <w:t>24 (40.0)</w:t>
            </w:r>
          </w:p>
        </w:tc>
        <w:tc>
          <w:tcPr>
            <w:tcW w:w="1361" w:type="dxa"/>
            <w:vAlign w:val="center"/>
          </w:tcPr>
          <w:p w14:paraId="5C48F4C9" w14:textId="77777777" w:rsidR="00446222" w:rsidRDefault="00000000">
            <w:pPr>
              <w:spacing w:after="0" w:line="252" w:lineRule="auto"/>
              <w:jc w:val="center"/>
            </w:pPr>
            <w:r>
              <w:rPr>
                <w:sz w:val="18"/>
              </w:rPr>
              <w:t>12 (20.0)</w:t>
            </w:r>
          </w:p>
        </w:tc>
        <w:tc>
          <w:tcPr>
            <w:tcW w:w="1474" w:type="dxa"/>
            <w:vAlign w:val="center"/>
          </w:tcPr>
          <w:p w14:paraId="75E3A805" w14:textId="77777777" w:rsidR="00446222" w:rsidRDefault="00000000">
            <w:pPr>
              <w:spacing w:after="0" w:line="252" w:lineRule="auto"/>
              <w:jc w:val="center"/>
            </w:pPr>
            <w:r>
              <w:rPr>
                <w:sz w:val="18"/>
              </w:rPr>
              <w:t>0 (0.0)</w:t>
            </w:r>
          </w:p>
        </w:tc>
      </w:tr>
      <w:tr w:rsidR="00446222" w14:paraId="7778DB04" w14:textId="77777777">
        <w:trPr>
          <w:cantSplit/>
          <w:jc w:val="center"/>
        </w:trPr>
        <w:tc>
          <w:tcPr>
            <w:tcW w:w="2948" w:type="dxa"/>
            <w:vAlign w:val="center"/>
          </w:tcPr>
          <w:p w14:paraId="7378C364" w14:textId="77777777" w:rsidR="00446222" w:rsidRDefault="00000000">
            <w:pPr>
              <w:spacing w:after="0" w:line="252" w:lineRule="auto"/>
            </w:pPr>
            <w:r>
              <w:rPr>
                <w:sz w:val="18"/>
              </w:rPr>
              <w:t>Pawpaw</w:t>
            </w:r>
          </w:p>
        </w:tc>
        <w:tc>
          <w:tcPr>
            <w:tcW w:w="1134" w:type="dxa"/>
            <w:vAlign w:val="center"/>
          </w:tcPr>
          <w:p w14:paraId="7AECB9FA" w14:textId="77777777" w:rsidR="00446222" w:rsidRDefault="00000000">
            <w:pPr>
              <w:spacing w:after="0" w:line="252" w:lineRule="auto"/>
              <w:jc w:val="center"/>
            </w:pPr>
            <w:r>
              <w:rPr>
                <w:sz w:val="18"/>
              </w:rPr>
              <w:t>61</w:t>
            </w:r>
          </w:p>
        </w:tc>
        <w:tc>
          <w:tcPr>
            <w:tcW w:w="1361" w:type="dxa"/>
            <w:vAlign w:val="center"/>
          </w:tcPr>
          <w:p w14:paraId="66A7A62D" w14:textId="77777777" w:rsidR="00446222" w:rsidRDefault="00000000">
            <w:pPr>
              <w:spacing w:after="0" w:line="252" w:lineRule="auto"/>
              <w:jc w:val="center"/>
            </w:pPr>
            <w:r>
              <w:rPr>
                <w:sz w:val="18"/>
              </w:rPr>
              <w:t>28 (45.9)</w:t>
            </w:r>
          </w:p>
        </w:tc>
        <w:tc>
          <w:tcPr>
            <w:tcW w:w="1361" w:type="dxa"/>
            <w:vAlign w:val="center"/>
          </w:tcPr>
          <w:p w14:paraId="489EFE04" w14:textId="77777777" w:rsidR="00446222" w:rsidRDefault="00000000">
            <w:pPr>
              <w:spacing w:after="0" w:line="252" w:lineRule="auto"/>
              <w:jc w:val="center"/>
            </w:pPr>
            <w:r>
              <w:rPr>
                <w:sz w:val="18"/>
              </w:rPr>
              <w:t>25 (41.0)</w:t>
            </w:r>
          </w:p>
        </w:tc>
        <w:tc>
          <w:tcPr>
            <w:tcW w:w="1361" w:type="dxa"/>
            <w:vAlign w:val="center"/>
          </w:tcPr>
          <w:p w14:paraId="1683A7FD" w14:textId="77777777" w:rsidR="00446222" w:rsidRDefault="00000000">
            <w:pPr>
              <w:spacing w:after="0" w:line="252" w:lineRule="auto"/>
              <w:jc w:val="center"/>
            </w:pPr>
            <w:r>
              <w:rPr>
                <w:sz w:val="18"/>
              </w:rPr>
              <w:t>8 (13.1)</w:t>
            </w:r>
          </w:p>
        </w:tc>
        <w:tc>
          <w:tcPr>
            <w:tcW w:w="1474" w:type="dxa"/>
            <w:vAlign w:val="center"/>
          </w:tcPr>
          <w:p w14:paraId="53D041CB" w14:textId="77777777" w:rsidR="00446222" w:rsidRDefault="00000000">
            <w:pPr>
              <w:spacing w:after="0" w:line="252" w:lineRule="auto"/>
              <w:jc w:val="center"/>
            </w:pPr>
            <w:r>
              <w:rPr>
                <w:sz w:val="18"/>
              </w:rPr>
              <w:t>0 (0.0)</w:t>
            </w:r>
          </w:p>
        </w:tc>
      </w:tr>
      <w:tr w:rsidR="00446222" w14:paraId="779EEEC0" w14:textId="77777777">
        <w:trPr>
          <w:cantSplit/>
          <w:jc w:val="center"/>
        </w:trPr>
        <w:tc>
          <w:tcPr>
            <w:tcW w:w="2948" w:type="dxa"/>
            <w:vAlign w:val="center"/>
          </w:tcPr>
          <w:p w14:paraId="72771339" w14:textId="77777777" w:rsidR="00446222" w:rsidRDefault="00000000">
            <w:pPr>
              <w:spacing w:after="0" w:line="252" w:lineRule="auto"/>
            </w:pPr>
            <w:r>
              <w:rPr>
                <w:sz w:val="18"/>
              </w:rPr>
              <w:t>Pineapple</w:t>
            </w:r>
          </w:p>
        </w:tc>
        <w:tc>
          <w:tcPr>
            <w:tcW w:w="1134" w:type="dxa"/>
            <w:vAlign w:val="center"/>
          </w:tcPr>
          <w:p w14:paraId="5D296BC4" w14:textId="77777777" w:rsidR="00446222" w:rsidRDefault="00000000">
            <w:pPr>
              <w:spacing w:after="0" w:line="252" w:lineRule="auto"/>
              <w:jc w:val="center"/>
            </w:pPr>
            <w:r>
              <w:rPr>
                <w:sz w:val="18"/>
              </w:rPr>
              <w:t>61</w:t>
            </w:r>
          </w:p>
        </w:tc>
        <w:tc>
          <w:tcPr>
            <w:tcW w:w="1361" w:type="dxa"/>
            <w:vAlign w:val="center"/>
          </w:tcPr>
          <w:p w14:paraId="19181400" w14:textId="77777777" w:rsidR="00446222" w:rsidRDefault="00000000">
            <w:pPr>
              <w:spacing w:after="0" w:line="252" w:lineRule="auto"/>
              <w:jc w:val="center"/>
            </w:pPr>
            <w:r>
              <w:rPr>
                <w:sz w:val="18"/>
              </w:rPr>
              <w:t>24 (39.3)</w:t>
            </w:r>
          </w:p>
        </w:tc>
        <w:tc>
          <w:tcPr>
            <w:tcW w:w="1361" w:type="dxa"/>
            <w:vAlign w:val="center"/>
          </w:tcPr>
          <w:p w14:paraId="4BC3F6A7" w14:textId="77777777" w:rsidR="00446222" w:rsidRDefault="00000000">
            <w:pPr>
              <w:spacing w:after="0" w:line="252" w:lineRule="auto"/>
              <w:jc w:val="center"/>
            </w:pPr>
            <w:r>
              <w:rPr>
                <w:sz w:val="18"/>
              </w:rPr>
              <w:t>25 (41.0)</w:t>
            </w:r>
          </w:p>
        </w:tc>
        <w:tc>
          <w:tcPr>
            <w:tcW w:w="1361" w:type="dxa"/>
            <w:vAlign w:val="center"/>
          </w:tcPr>
          <w:p w14:paraId="37DA366A" w14:textId="77777777" w:rsidR="00446222" w:rsidRDefault="00000000">
            <w:pPr>
              <w:spacing w:after="0" w:line="252" w:lineRule="auto"/>
              <w:jc w:val="center"/>
            </w:pPr>
            <w:r>
              <w:rPr>
                <w:sz w:val="18"/>
              </w:rPr>
              <w:t>12 (19.7)</w:t>
            </w:r>
          </w:p>
        </w:tc>
        <w:tc>
          <w:tcPr>
            <w:tcW w:w="1474" w:type="dxa"/>
            <w:vAlign w:val="center"/>
          </w:tcPr>
          <w:p w14:paraId="496660DE" w14:textId="77777777" w:rsidR="00446222" w:rsidRDefault="00000000">
            <w:pPr>
              <w:spacing w:after="0" w:line="252" w:lineRule="auto"/>
              <w:jc w:val="center"/>
            </w:pPr>
            <w:r>
              <w:rPr>
                <w:sz w:val="18"/>
              </w:rPr>
              <w:t>0 (0.0)</w:t>
            </w:r>
          </w:p>
        </w:tc>
      </w:tr>
      <w:tr w:rsidR="00446222" w14:paraId="6B27C6CE" w14:textId="77777777">
        <w:trPr>
          <w:cantSplit/>
          <w:jc w:val="center"/>
        </w:trPr>
        <w:tc>
          <w:tcPr>
            <w:tcW w:w="2948" w:type="dxa"/>
            <w:vAlign w:val="center"/>
          </w:tcPr>
          <w:p w14:paraId="273A2E3E" w14:textId="77777777" w:rsidR="00446222" w:rsidRDefault="00000000">
            <w:pPr>
              <w:spacing w:after="0" w:line="252" w:lineRule="auto"/>
            </w:pPr>
            <w:r>
              <w:rPr>
                <w:sz w:val="18"/>
              </w:rPr>
              <w:t>Beans</w:t>
            </w:r>
          </w:p>
        </w:tc>
        <w:tc>
          <w:tcPr>
            <w:tcW w:w="1134" w:type="dxa"/>
            <w:vAlign w:val="center"/>
          </w:tcPr>
          <w:p w14:paraId="7E0CC8FA" w14:textId="77777777" w:rsidR="00446222" w:rsidRDefault="00000000">
            <w:pPr>
              <w:spacing w:after="0" w:line="252" w:lineRule="auto"/>
              <w:jc w:val="center"/>
            </w:pPr>
            <w:r>
              <w:rPr>
                <w:sz w:val="18"/>
              </w:rPr>
              <w:t>62</w:t>
            </w:r>
          </w:p>
        </w:tc>
        <w:tc>
          <w:tcPr>
            <w:tcW w:w="1361" w:type="dxa"/>
            <w:vAlign w:val="center"/>
          </w:tcPr>
          <w:p w14:paraId="4B871176" w14:textId="77777777" w:rsidR="00446222" w:rsidRDefault="00000000">
            <w:pPr>
              <w:spacing w:after="0" w:line="252" w:lineRule="auto"/>
              <w:jc w:val="center"/>
            </w:pPr>
            <w:r>
              <w:rPr>
                <w:sz w:val="18"/>
              </w:rPr>
              <w:t>23 (37.1)</w:t>
            </w:r>
          </w:p>
        </w:tc>
        <w:tc>
          <w:tcPr>
            <w:tcW w:w="1361" w:type="dxa"/>
            <w:vAlign w:val="center"/>
          </w:tcPr>
          <w:p w14:paraId="17B5B243" w14:textId="77777777" w:rsidR="00446222" w:rsidRDefault="00000000">
            <w:pPr>
              <w:spacing w:after="0" w:line="252" w:lineRule="auto"/>
              <w:jc w:val="center"/>
            </w:pPr>
            <w:r>
              <w:rPr>
                <w:sz w:val="18"/>
              </w:rPr>
              <w:t>28 (45.2)</w:t>
            </w:r>
          </w:p>
        </w:tc>
        <w:tc>
          <w:tcPr>
            <w:tcW w:w="1361" w:type="dxa"/>
            <w:vAlign w:val="center"/>
          </w:tcPr>
          <w:p w14:paraId="30847860" w14:textId="77777777" w:rsidR="00446222" w:rsidRDefault="00000000">
            <w:pPr>
              <w:spacing w:after="0" w:line="252" w:lineRule="auto"/>
              <w:jc w:val="center"/>
            </w:pPr>
            <w:r>
              <w:rPr>
                <w:sz w:val="18"/>
              </w:rPr>
              <w:t>11 (17.7)</w:t>
            </w:r>
          </w:p>
        </w:tc>
        <w:tc>
          <w:tcPr>
            <w:tcW w:w="1474" w:type="dxa"/>
            <w:vAlign w:val="center"/>
          </w:tcPr>
          <w:p w14:paraId="650AD204" w14:textId="77777777" w:rsidR="00446222" w:rsidRDefault="00000000">
            <w:pPr>
              <w:spacing w:after="0" w:line="252" w:lineRule="auto"/>
              <w:jc w:val="center"/>
            </w:pPr>
            <w:r>
              <w:rPr>
                <w:sz w:val="18"/>
              </w:rPr>
              <w:t>0 (0.0)</w:t>
            </w:r>
          </w:p>
        </w:tc>
      </w:tr>
      <w:tr w:rsidR="00446222" w14:paraId="1BEABD12" w14:textId="77777777">
        <w:trPr>
          <w:cantSplit/>
          <w:jc w:val="center"/>
        </w:trPr>
        <w:tc>
          <w:tcPr>
            <w:tcW w:w="2948" w:type="dxa"/>
            <w:vAlign w:val="center"/>
          </w:tcPr>
          <w:p w14:paraId="7002C77E" w14:textId="77777777" w:rsidR="00446222" w:rsidRDefault="00000000">
            <w:pPr>
              <w:spacing w:after="0" w:line="252" w:lineRule="auto"/>
            </w:pPr>
            <w:r>
              <w:rPr>
                <w:sz w:val="18"/>
              </w:rPr>
              <w:t>Chicken</w:t>
            </w:r>
          </w:p>
        </w:tc>
        <w:tc>
          <w:tcPr>
            <w:tcW w:w="1134" w:type="dxa"/>
            <w:vAlign w:val="center"/>
          </w:tcPr>
          <w:p w14:paraId="35AC13F3" w14:textId="77777777" w:rsidR="00446222" w:rsidRDefault="00000000">
            <w:pPr>
              <w:spacing w:after="0" w:line="252" w:lineRule="auto"/>
              <w:jc w:val="center"/>
            </w:pPr>
            <w:r>
              <w:rPr>
                <w:sz w:val="18"/>
              </w:rPr>
              <w:t>64</w:t>
            </w:r>
          </w:p>
        </w:tc>
        <w:tc>
          <w:tcPr>
            <w:tcW w:w="1361" w:type="dxa"/>
            <w:vAlign w:val="center"/>
          </w:tcPr>
          <w:p w14:paraId="25862FC4" w14:textId="77777777" w:rsidR="00446222" w:rsidRDefault="00000000">
            <w:pPr>
              <w:spacing w:after="0" w:line="252" w:lineRule="auto"/>
              <w:jc w:val="center"/>
            </w:pPr>
            <w:r>
              <w:rPr>
                <w:sz w:val="18"/>
              </w:rPr>
              <w:t>31 (48.4)</w:t>
            </w:r>
          </w:p>
        </w:tc>
        <w:tc>
          <w:tcPr>
            <w:tcW w:w="1361" w:type="dxa"/>
            <w:vAlign w:val="center"/>
          </w:tcPr>
          <w:p w14:paraId="27E3278E" w14:textId="77777777" w:rsidR="00446222" w:rsidRDefault="00000000">
            <w:pPr>
              <w:spacing w:after="0" w:line="252" w:lineRule="auto"/>
              <w:jc w:val="center"/>
            </w:pPr>
            <w:r>
              <w:rPr>
                <w:sz w:val="18"/>
              </w:rPr>
              <w:t>22 (34.4)</w:t>
            </w:r>
          </w:p>
        </w:tc>
        <w:tc>
          <w:tcPr>
            <w:tcW w:w="1361" w:type="dxa"/>
            <w:vAlign w:val="center"/>
          </w:tcPr>
          <w:p w14:paraId="507132A6" w14:textId="77777777" w:rsidR="00446222" w:rsidRDefault="00000000">
            <w:pPr>
              <w:spacing w:after="0" w:line="252" w:lineRule="auto"/>
              <w:jc w:val="center"/>
            </w:pPr>
            <w:r>
              <w:rPr>
                <w:sz w:val="18"/>
              </w:rPr>
              <w:t>11 (17.2)</w:t>
            </w:r>
          </w:p>
        </w:tc>
        <w:tc>
          <w:tcPr>
            <w:tcW w:w="1474" w:type="dxa"/>
            <w:vAlign w:val="center"/>
          </w:tcPr>
          <w:p w14:paraId="21B0EFC3" w14:textId="77777777" w:rsidR="00446222" w:rsidRDefault="00000000">
            <w:pPr>
              <w:spacing w:after="0" w:line="252" w:lineRule="auto"/>
              <w:jc w:val="center"/>
            </w:pPr>
            <w:r>
              <w:rPr>
                <w:sz w:val="18"/>
              </w:rPr>
              <w:t>0 (0.0)</w:t>
            </w:r>
          </w:p>
        </w:tc>
      </w:tr>
      <w:tr w:rsidR="00446222" w14:paraId="6AE59A5B" w14:textId="77777777">
        <w:trPr>
          <w:cantSplit/>
          <w:jc w:val="center"/>
        </w:trPr>
        <w:tc>
          <w:tcPr>
            <w:tcW w:w="2948" w:type="dxa"/>
            <w:vAlign w:val="center"/>
          </w:tcPr>
          <w:p w14:paraId="17641BFB" w14:textId="77777777" w:rsidR="00446222" w:rsidRDefault="00000000">
            <w:pPr>
              <w:spacing w:after="0" w:line="252" w:lineRule="auto"/>
            </w:pPr>
            <w:r>
              <w:rPr>
                <w:sz w:val="18"/>
              </w:rPr>
              <w:t>Red meat</w:t>
            </w:r>
          </w:p>
        </w:tc>
        <w:tc>
          <w:tcPr>
            <w:tcW w:w="1134" w:type="dxa"/>
            <w:vAlign w:val="center"/>
          </w:tcPr>
          <w:p w14:paraId="769227C0" w14:textId="77777777" w:rsidR="00446222" w:rsidRDefault="00000000">
            <w:pPr>
              <w:spacing w:after="0" w:line="252" w:lineRule="auto"/>
              <w:jc w:val="center"/>
            </w:pPr>
            <w:r>
              <w:rPr>
                <w:sz w:val="18"/>
              </w:rPr>
              <w:t>62</w:t>
            </w:r>
          </w:p>
        </w:tc>
        <w:tc>
          <w:tcPr>
            <w:tcW w:w="1361" w:type="dxa"/>
            <w:vAlign w:val="center"/>
          </w:tcPr>
          <w:p w14:paraId="600BDA19" w14:textId="77777777" w:rsidR="00446222" w:rsidRDefault="00000000">
            <w:pPr>
              <w:spacing w:after="0" w:line="252" w:lineRule="auto"/>
              <w:jc w:val="center"/>
            </w:pPr>
            <w:r>
              <w:rPr>
                <w:sz w:val="18"/>
              </w:rPr>
              <w:t>28 (45.2)</w:t>
            </w:r>
          </w:p>
        </w:tc>
        <w:tc>
          <w:tcPr>
            <w:tcW w:w="1361" w:type="dxa"/>
            <w:vAlign w:val="center"/>
          </w:tcPr>
          <w:p w14:paraId="41BAD9C2" w14:textId="77777777" w:rsidR="00446222" w:rsidRDefault="00000000">
            <w:pPr>
              <w:spacing w:after="0" w:line="252" w:lineRule="auto"/>
              <w:jc w:val="center"/>
            </w:pPr>
            <w:r>
              <w:rPr>
                <w:sz w:val="18"/>
              </w:rPr>
              <w:t>25 (40.3)</w:t>
            </w:r>
          </w:p>
        </w:tc>
        <w:tc>
          <w:tcPr>
            <w:tcW w:w="1361" w:type="dxa"/>
            <w:vAlign w:val="center"/>
          </w:tcPr>
          <w:p w14:paraId="3840B7CD" w14:textId="77777777" w:rsidR="00446222" w:rsidRDefault="00000000">
            <w:pPr>
              <w:spacing w:after="0" w:line="252" w:lineRule="auto"/>
              <w:jc w:val="center"/>
            </w:pPr>
            <w:r>
              <w:rPr>
                <w:sz w:val="18"/>
              </w:rPr>
              <w:t>9 (14.5)</w:t>
            </w:r>
          </w:p>
        </w:tc>
        <w:tc>
          <w:tcPr>
            <w:tcW w:w="1474" w:type="dxa"/>
            <w:vAlign w:val="center"/>
          </w:tcPr>
          <w:p w14:paraId="25D80286" w14:textId="77777777" w:rsidR="00446222" w:rsidRDefault="00000000">
            <w:pPr>
              <w:spacing w:after="0" w:line="252" w:lineRule="auto"/>
              <w:jc w:val="center"/>
            </w:pPr>
            <w:r>
              <w:rPr>
                <w:sz w:val="18"/>
              </w:rPr>
              <w:t>0 (0.0)</w:t>
            </w:r>
          </w:p>
        </w:tc>
      </w:tr>
      <w:tr w:rsidR="00446222" w14:paraId="6B1BA3C1" w14:textId="77777777">
        <w:trPr>
          <w:cantSplit/>
          <w:jc w:val="center"/>
        </w:trPr>
        <w:tc>
          <w:tcPr>
            <w:tcW w:w="2948" w:type="dxa"/>
            <w:vAlign w:val="center"/>
          </w:tcPr>
          <w:p w14:paraId="055F806F" w14:textId="77777777" w:rsidR="00446222" w:rsidRDefault="00000000">
            <w:pPr>
              <w:spacing w:after="0" w:line="252" w:lineRule="auto"/>
            </w:pPr>
            <w:r>
              <w:rPr>
                <w:sz w:val="18"/>
              </w:rPr>
              <w:t>Palm oil</w:t>
            </w:r>
          </w:p>
        </w:tc>
        <w:tc>
          <w:tcPr>
            <w:tcW w:w="1134" w:type="dxa"/>
            <w:vAlign w:val="center"/>
          </w:tcPr>
          <w:p w14:paraId="3BCEE10A" w14:textId="77777777" w:rsidR="00446222" w:rsidRDefault="00000000">
            <w:pPr>
              <w:spacing w:after="0" w:line="252" w:lineRule="auto"/>
              <w:jc w:val="center"/>
            </w:pPr>
            <w:r>
              <w:rPr>
                <w:sz w:val="18"/>
              </w:rPr>
              <w:t>64</w:t>
            </w:r>
          </w:p>
        </w:tc>
        <w:tc>
          <w:tcPr>
            <w:tcW w:w="1361" w:type="dxa"/>
            <w:vAlign w:val="center"/>
          </w:tcPr>
          <w:p w14:paraId="0A9C17C0" w14:textId="77777777" w:rsidR="00446222" w:rsidRDefault="00000000">
            <w:pPr>
              <w:spacing w:after="0" w:line="252" w:lineRule="auto"/>
              <w:jc w:val="center"/>
            </w:pPr>
            <w:r>
              <w:rPr>
                <w:sz w:val="18"/>
              </w:rPr>
              <w:t>22 (34.4)</w:t>
            </w:r>
          </w:p>
        </w:tc>
        <w:tc>
          <w:tcPr>
            <w:tcW w:w="1361" w:type="dxa"/>
            <w:vAlign w:val="center"/>
          </w:tcPr>
          <w:p w14:paraId="2147CF6F" w14:textId="77777777" w:rsidR="00446222" w:rsidRDefault="00000000">
            <w:pPr>
              <w:spacing w:after="0" w:line="252" w:lineRule="auto"/>
              <w:jc w:val="center"/>
            </w:pPr>
            <w:r>
              <w:rPr>
                <w:sz w:val="18"/>
              </w:rPr>
              <w:t>26 (40.6)</w:t>
            </w:r>
          </w:p>
        </w:tc>
        <w:tc>
          <w:tcPr>
            <w:tcW w:w="1361" w:type="dxa"/>
            <w:vAlign w:val="center"/>
          </w:tcPr>
          <w:p w14:paraId="5AED8F05" w14:textId="77777777" w:rsidR="00446222" w:rsidRDefault="00000000">
            <w:pPr>
              <w:spacing w:after="0" w:line="252" w:lineRule="auto"/>
              <w:jc w:val="center"/>
            </w:pPr>
            <w:r>
              <w:rPr>
                <w:sz w:val="18"/>
              </w:rPr>
              <w:t>16 (25.0)</w:t>
            </w:r>
          </w:p>
        </w:tc>
        <w:tc>
          <w:tcPr>
            <w:tcW w:w="1474" w:type="dxa"/>
            <w:vAlign w:val="center"/>
          </w:tcPr>
          <w:p w14:paraId="66948769" w14:textId="77777777" w:rsidR="00446222" w:rsidRDefault="00000000">
            <w:pPr>
              <w:spacing w:after="0" w:line="252" w:lineRule="auto"/>
              <w:jc w:val="center"/>
            </w:pPr>
            <w:r>
              <w:rPr>
                <w:sz w:val="18"/>
              </w:rPr>
              <w:t>0 (0.0)</w:t>
            </w:r>
          </w:p>
        </w:tc>
      </w:tr>
      <w:tr w:rsidR="00446222" w14:paraId="13D2D108" w14:textId="77777777">
        <w:trPr>
          <w:cantSplit/>
          <w:jc w:val="center"/>
        </w:trPr>
        <w:tc>
          <w:tcPr>
            <w:tcW w:w="2948" w:type="dxa"/>
            <w:vAlign w:val="center"/>
          </w:tcPr>
          <w:p w14:paraId="1E661070" w14:textId="77777777" w:rsidR="00446222" w:rsidRDefault="00000000">
            <w:pPr>
              <w:spacing w:after="0" w:line="252" w:lineRule="auto"/>
            </w:pPr>
            <w:r>
              <w:rPr>
                <w:sz w:val="18"/>
              </w:rPr>
              <w:t>Vegetable oil</w:t>
            </w:r>
          </w:p>
        </w:tc>
        <w:tc>
          <w:tcPr>
            <w:tcW w:w="1134" w:type="dxa"/>
            <w:vAlign w:val="center"/>
          </w:tcPr>
          <w:p w14:paraId="4C914CC3" w14:textId="77777777" w:rsidR="00446222" w:rsidRDefault="00000000">
            <w:pPr>
              <w:spacing w:after="0" w:line="252" w:lineRule="auto"/>
              <w:jc w:val="center"/>
            </w:pPr>
            <w:r>
              <w:rPr>
                <w:sz w:val="18"/>
              </w:rPr>
              <w:t>64</w:t>
            </w:r>
          </w:p>
        </w:tc>
        <w:tc>
          <w:tcPr>
            <w:tcW w:w="1361" w:type="dxa"/>
            <w:vAlign w:val="center"/>
          </w:tcPr>
          <w:p w14:paraId="7D3AB7E4" w14:textId="77777777" w:rsidR="00446222" w:rsidRDefault="00000000">
            <w:pPr>
              <w:spacing w:after="0" w:line="252" w:lineRule="auto"/>
              <w:jc w:val="center"/>
            </w:pPr>
            <w:r>
              <w:rPr>
                <w:sz w:val="18"/>
              </w:rPr>
              <w:t>25 (39.1)</w:t>
            </w:r>
          </w:p>
        </w:tc>
        <w:tc>
          <w:tcPr>
            <w:tcW w:w="1361" w:type="dxa"/>
            <w:vAlign w:val="center"/>
          </w:tcPr>
          <w:p w14:paraId="50ADAAFA" w14:textId="77777777" w:rsidR="00446222" w:rsidRDefault="00000000">
            <w:pPr>
              <w:spacing w:after="0" w:line="252" w:lineRule="auto"/>
              <w:jc w:val="center"/>
            </w:pPr>
            <w:r>
              <w:rPr>
                <w:sz w:val="18"/>
              </w:rPr>
              <w:t>27 (42.2)</w:t>
            </w:r>
          </w:p>
        </w:tc>
        <w:tc>
          <w:tcPr>
            <w:tcW w:w="1361" w:type="dxa"/>
            <w:vAlign w:val="center"/>
          </w:tcPr>
          <w:p w14:paraId="31850A1E" w14:textId="77777777" w:rsidR="00446222" w:rsidRDefault="00000000">
            <w:pPr>
              <w:spacing w:after="0" w:line="252" w:lineRule="auto"/>
              <w:jc w:val="center"/>
            </w:pPr>
            <w:r>
              <w:rPr>
                <w:sz w:val="18"/>
              </w:rPr>
              <w:t>12 (18.8)</w:t>
            </w:r>
          </w:p>
        </w:tc>
        <w:tc>
          <w:tcPr>
            <w:tcW w:w="1474" w:type="dxa"/>
            <w:vAlign w:val="center"/>
          </w:tcPr>
          <w:p w14:paraId="57E1FDCF" w14:textId="77777777" w:rsidR="00446222" w:rsidRDefault="00000000">
            <w:pPr>
              <w:spacing w:after="0" w:line="252" w:lineRule="auto"/>
              <w:jc w:val="center"/>
            </w:pPr>
            <w:r>
              <w:rPr>
                <w:sz w:val="18"/>
              </w:rPr>
              <w:t>0 (0.0)</w:t>
            </w:r>
          </w:p>
        </w:tc>
      </w:tr>
      <w:tr w:rsidR="00446222" w14:paraId="544EBB13" w14:textId="77777777">
        <w:trPr>
          <w:cantSplit/>
          <w:jc w:val="center"/>
        </w:trPr>
        <w:tc>
          <w:tcPr>
            <w:tcW w:w="2948" w:type="dxa"/>
            <w:vAlign w:val="center"/>
          </w:tcPr>
          <w:p w14:paraId="19A9E9CA" w14:textId="77777777" w:rsidR="00446222" w:rsidRDefault="00000000">
            <w:pPr>
              <w:spacing w:after="0" w:line="252" w:lineRule="auto"/>
            </w:pPr>
            <w:r>
              <w:rPr>
                <w:sz w:val="18"/>
              </w:rPr>
              <w:t>Hibiscus tea</w:t>
            </w:r>
          </w:p>
        </w:tc>
        <w:tc>
          <w:tcPr>
            <w:tcW w:w="1134" w:type="dxa"/>
            <w:vAlign w:val="center"/>
          </w:tcPr>
          <w:p w14:paraId="267AA19B" w14:textId="77777777" w:rsidR="00446222" w:rsidRDefault="00000000">
            <w:pPr>
              <w:spacing w:after="0" w:line="252" w:lineRule="auto"/>
              <w:jc w:val="center"/>
            </w:pPr>
            <w:r>
              <w:rPr>
                <w:sz w:val="18"/>
              </w:rPr>
              <w:t>61</w:t>
            </w:r>
          </w:p>
        </w:tc>
        <w:tc>
          <w:tcPr>
            <w:tcW w:w="1361" w:type="dxa"/>
            <w:vAlign w:val="center"/>
          </w:tcPr>
          <w:p w14:paraId="49968C21" w14:textId="77777777" w:rsidR="00446222" w:rsidRDefault="00000000">
            <w:pPr>
              <w:spacing w:after="0" w:line="252" w:lineRule="auto"/>
              <w:jc w:val="center"/>
            </w:pPr>
            <w:r>
              <w:rPr>
                <w:sz w:val="18"/>
              </w:rPr>
              <w:t>29 (47.5)</w:t>
            </w:r>
          </w:p>
        </w:tc>
        <w:tc>
          <w:tcPr>
            <w:tcW w:w="1361" w:type="dxa"/>
            <w:vAlign w:val="center"/>
          </w:tcPr>
          <w:p w14:paraId="2F8A9925" w14:textId="77777777" w:rsidR="00446222" w:rsidRDefault="00000000">
            <w:pPr>
              <w:spacing w:after="0" w:line="252" w:lineRule="auto"/>
              <w:jc w:val="center"/>
            </w:pPr>
            <w:r>
              <w:rPr>
                <w:sz w:val="18"/>
              </w:rPr>
              <w:t>26 (42.6)</w:t>
            </w:r>
          </w:p>
        </w:tc>
        <w:tc>
          <w:tcPr>
            <w:tcW w:w="1361" w:type="dxa"/>
            <w:vAlign w:val="center"/>
          </w:tcPr>
          <w:p w14:paraId="7321DB08" w14:textId="77777777" w:rsidR="00446222" w:rsidRDefault="00000000">
            <w:pPr>
              <w:spacing w:after="0" w:line="252" w:lineRule="auto"/>
              <w:jc w:val="center"/>
            </w:pPr>
            <w:r>
              <w:rPr>
                <w:sz w:val="18"/>
              </w:rPr>
              <w:t>6 (9.8)</w:t>
            </w:r>
          </w:p>
        </w:tc>
        <w:tc>
          <w:tcPr>
            <w:tcW w:w="1474" w:type="dxa"/>
            <w:vAlign w:val="center"/>
          </w:tcPr>
          <w:p w14:paraId="74DCC3C1" w14:textId="77777777" w:rsidR="00446222" w:rsidRDefault="00000000">
            <w:pPr>
              <w:spacing w:after="0" w:line="252" w:lineRule="auto"/>
              <w:jc w:val="center"/>
            </w:pPr>
            <w:r>
              <w:rPr>
                <w:sz w:val="18"/>
              </w:rPr>
              <w:t>0 (0.0)</w:t>
            </w:r>
          </w:p>
        </w:tc>
      </w:tr>
      <w:tr w:rsidR="00446222" w14:paraId="6E87849B" w14:textId="77777777">
        <w:trPr>
          <w:cantSplit/>
          <w:jc w:val="center"/>
        </w:trPr>
        <w:tc>
          <w:tcPr>
            <w:tcW w:w="2948" w:type="dxa"/>
            <w:vAlign w:val="center"/>
          </w:tcPr>
          <w:p w14:paraId="6B6B9A65" w14:textId="77777777" w:rsidR="00446222" w:rsidRDefault="00000000">
            <w:pPr>
              <w:spacing w:after="0" w:line="252" w:lineRule="auto"/>
            </w:pPr>
            <w:r>
              <w:rPr>
                <w:sz w:val="18"/>
              </w:rPr>
              <w:t>Fruit juice</w:t>
            </w:r>
          </w:p>
        </w:tc>
        <w:tc>
          <w:tcPr>
            <w:tcW w:w="1134" w:type="dxa"/>
            <w:vAlign w:val="center"/>
          </w:tcPr>
          <w:p w14:paraId="1A0F145F" w14:textId="77777777" w:rsidR="00446222" w:rsidRDefault="00000000">
            <w:pPr>
              <w:spacing w:after="0" w:line="252" w:lineRule="auto"/>
              <w:jc w:val="center"/>
            </w:pPr>
            <w:r>
              <w:rPr>
                <w:sz w:val="18"/>
              </w:rPr>
              <w:t>53</w:t>
            </w:r>
          </w:p>
        </w:tc>
        <w:tc>
          <w:tcPr>
            <w:tcW w:w="1361" w:type="dxa"/>
            <w:vAlign w:val="center"/>
          </w:tcPr>
          <w:p w14:paraId="4F8D47C5" w14:textId="77777777" w:rsidR="00446222" w:rsidRDefault="00000000">
            <w:pPr>
              <w:spacing w:after="0" w:line="252" w:lineRule="auto"/>
              <w:jc w:val="center"/>
            </w:pPr>
            <w:r>
              <w:rPr>
                <w:sz w:val="18"/>
              </w:rPr>
              <w:t>33 (62.3)</w:t>
            </w:r>
          </w:p>
        </w:tc>
        <w:tc>
          <w:tcPr>
            <w:tcW w:w="1361" w:type="dxa"/>
            <w:vAlign w:val="center"/>
          </w:tcPr>
          <w:p w14:paraId="7A072070" w14:textId="77777777" w:rsidR="00446222" w:rsidRDefault="00000000">
            <w:pPr>
              <w:spacing w:after="0" w:line="252" w:lineRule="auto"/>
              <w:jc w:val="center"/>
            </w:pPr>
            <w:r>
              <w:rPr>
                <w:sz w:val="18"/>
              </w:rPr>
              <w:t>16 (30.2)</w:t>
            </w:r>
          </w:p>
        </w:tc>
        <w:tc>
          <w:tcPr>
            <w:tcW w:w="1361" w:type="dxa"/>
            <w:vAlign w:val="center"/>
          </w:tcPr>
          <w:p w14:paraId="7E745AA6" w14:textId="77777777" w:rsidR="00446222" w:rsidRDefault="00000000">
            <w:pPr>
              <w:spacing w:after="0" w:line="252" w:lineRule="auto"/>
              <w:jc w:val="center"/>
            </w:pPr>
            <w:r>
              <w:rPr>
                <w:sz w:val="18"/>
              </w:rPr>
              <w:t>4 (7.5)</w:t>
            </w:r>
          </w:p>
        </w:tc>
        <w:tc>
          <w:tcPr>
            <w:tcW w:w="1474" w:type="dxa"/>
            <w:vAlign w:val="center"/>
          </w:tcPr>
          <w:p w14:paraId="50C69D25" w14:textId="77777777" w:rsidR="00446222" w:rsidRDefault="00000000">
            <w:pPr>
              <w:spacing w:after="0" w:line="252" w:lineRule="auto"/>
              <w:jc w:val="center"/>
            </w:pPr>
            <w:r>
              <w:rPr>
                <w:sz w:val="18"/>
              </w:rPr>
              <w:t>0 (0.0)</w:t>
            </w:r>
          </w:p>
        </w:tc>
      </w:tr>
      <w:tr w:rsidR="00446222" w14:paraId="4253BC66" w14:textId="77777777">
        <w:trPr>
          <w:cantSplit/>
          <w:jc w:val="center"/>
        </w:trPr>
        <w:tc>
          <w:tcPr>
            <w:tcW w:w="2948" w:type="dxa"/>
            <w:vAlign w:val="center"/>
          </w:tcPr>
          <w:p w14:paraId="5FF72B4A" w14:textId="77777777" w:rsidR="00446222" w:rsidRDefault="00000000">
            <w:pPr>
              <w:spacing w:after="0" w:line="252" w:lineRule="auto"/>
            </w:pPr>
            <w:r>
              <w:rPr>
                <w:sz w:val="18"/>
              </w:rPr>
              <w:t>Soda</w:t>
            </w:r>
          </w:p>
        </w:tc>
        <w:tc>
          <w:tcPr>
            <w:tcW w:w="1134" w:type="dxa"/>
            <w:vAlign w:val="center"/>
          </w:tcPr>
          <w:p w14:paraId="28448ED3" w14:textId="77777777" w:rsidR="00446222" w:rsidRDefault="00000000">
            <w:pPr>
              <w:spacing w:after="0" w:line="252" w:lineRule="auto"/>
              <w:jc w:val="center"/>
            </w:pPr>
            <w:r>
              <w:rPr>
                <w:sz w:val="18"/>
              </w:rPr>
              <w:t>64</w:t>
            </w:r>
          </w:p>
        </w:tc>
        <w:tc>
          <w:tcPr>
            <w:tcW w:w="1361" w:type="dxa"/>
            <w:vAlign w:val="center"/>
          </w:tcPr>
          <w:p w14:paraId="6927FF6E" w14:textId="77777777" w:rsidR="00446222" w:rsidRDefault="00000000">
            <w:pPr>
              <w:spacing w:after="0" w:line="252" w:lineRule="auto"/>
              <w:jc w:val="center"/>
            </w:pPr>
            <w:r>
              <w:rPr>
                <w:sz w:val="18"/>
              </w:rPr>
              <w:t>27 (42.2)</w:t>
            </w:r>
          </w:p>
        </w:tc>
        <w:tc>
          <w:tcPr>
            <w:tcW w:w="1361" w:type="dxa"/>
            <w:vAlign w:val="center"/>
          </w:tcPr>
          <w:p w14:paraId="3E7F0371" w14:textId="77777777" w:rsidR="00446222" w:rsidRDefault="00000000">
            <w:pPr>
              <w:spacing w:after="0" w:line="252" w:lineRule="auto"/>
              <w:jc w:val="center"/>
            </w:pPr>
            <w:r>
              <w:rPr>
                <w:sz w:val="18"/>
              </w:rPr>
              <w:t>26 (40.6)</w:t>
            </w:r>
          </w:p>
        </w:tc>
        <w:tc>
          <w:tcPr>
            <w:tcW w:w="1361" w:type="dxa"/>
            <w:vAlign w:val="center"/>
          </w:tcPr>
          <w:p w14:paraId="29B3CFC8" w14:textId="77777777" w:rsidR="00446222" w:rsidRDefault="00000000">
            <w:pPr>
              <w:spacing w:after="0" w:line="252" w:lineRule="auto"/>
              <w:jc w:val="center"/>
            </w:pPr>
            <w:r>
              <w:rPr>
                <w:sz w:val="18"/>
              </w:rPr>
              <w:t>11 (17.2)</w:t>
            </w:r>
          </w:p>
        </w:tc>
        <w:tc>
          <w:tcPr>
            <w:tcW w:w="1474" w:type="dxa"/>
            <w:vAlign w:val="center"/>
          </w:tcPr>
          <w:p w14:paraId="7236FB4D" w14:textId="77777777" w:rsidR="00446222" w:rsidRDefault="00000000">
            <w:pPr>
              <w:spacing w:after="0" w:line="252" w:lineRule="auto"/>
              <w:jc w:val="center"/>
            </w:pPr>
            <w:r>
              <w:rPr>
                <w:sz w:val="18"/>
              </w:rPr>
              <w:t>0 (0.0)</w:t>
            </w:r>
          </w:p>
        </w:tc>
      </w:tr>
      <w:tr w:rsidR="00446222" w14:paraId="08154CCB" w14:textId="77777777">
        <w:trPr>
          <w:cantSplit/>
          <w:jc w:val="center"/>
        </w:trPr>
        <w:tc>
          <w:tcPr>
            <w:tcW w:w="2948" w:type="dxa"/>
            <w:vAlign w:val="center"/>
          </w:tcPr>
          <w:p w14:paraId="216F5F76" w14:textId="77777777" w:rsidR="00446222" w:rsidRDefault="00000000">
            <w:pPr>
              <w:spacing w:after="0" w:line="252" w:lineRule="auto"/>
            </w:pPr>
            <w:r>
              <w:rPr>
                <w:sz w:val="18"/>
              </w:rPr>
              <w:t>Instant noodles</w:t>
            </w:r>
          </w:p>
        </w:tc>
        <w:tc>
          <w:tcPr>
            <w:tcW w:w="1134" w:type="dxa"/>
            <w:vAlign w:val="center"/>
          </w:tcPr>
          <w:p w14:paraId="48ADF381" w14:textId="77777777" w:rsidR="00446222" w:rsidRDefault="00000000">
            <w:pPr>
              <w:spacing w:after="0" w:line="252" w:lineRule="auto"/>
              <w:jc w:val="center"/>
            </w:pPr>
            <w:r>
              <w:rPr>
                <w:sz w:val="18"/>
              </w:rPr>
              <w:t>55</w:t>
            </w:r>
          </w:p>
        </w:tc>
        <w:tc>
          <w:tcPr>
            <w:tcW w:w="1361" w:type="dxa"/>
            <w:vAlign w:val="center"/>
          </w:tcPr>
          <w:p w14:paraId="54637A32" w14:textId="77777777" w:rsidR="00446222" w:rsidRDefault="00000000">
            <w:pPr>
              <w:spacing w:after="0" w:line="252" w:lineRule="auto"/>
              <w:jc w:val="center"/>
            </w:pPr>
            <w:r>
              <w:rPr>
                <w:sz w:val="18"/>
              </w:rPr>
              <w:t>14 (25.5)</w:t>
            </w:r>
          </w:p>
        </w:tc>
        <w:tc>
          <w:tcPr>
            <w:tcW w:w="1361" w:type="dxa"/>
            <w:vAlign w:val="center"/>
          </w:tcPr>
          <w:p w14:paraId="0753C44F" w14:textId="77777777" w:rsidR="00446222" w:rsidRDefault="00000000">
            <w:pPr>
              <w:spacing w:after="0" w:line="252" w:lineRule="auto"/>
              <w:jc w:val="center"/>
            </w:pPr>
            <w:r>
              <w:rPr>
                <w:sz w:val="18"/>
              </w:rPr>
              <w:t>30 (54.5)</w:t>
            </w:r>
          </w:p>
        </w:tc>
        <w:tc>
          <w:tcPr>
            <w:tcW w:w="1361" w:type="dxa"/>
            <w:vAlign w:val="center"/>
          </w:tcPr>
          <w:p w14:paraId="339EACA5" w14:textId="77777777" w:rsidR="00446222" w:rsidRDefault="00000000">
            <w:pPr>
              <w:spacing w:after="0" w:line="252" w:lineRule="auto"/>
              <w:jc w:val="center"/>
            </w:pPr>
            <w:r>
              <w:rPr>
                <w:sz w:val="18"/>
              </w:rPr>
              <w:t>11 (20.0)</w:t>
            </w:r>
          </w:p>
        </w:tc>
        <w:tc>
          <w:tcPr>
            <w:tcW w:w="1474" w:type="dxa"/>
            <w:vAlign w:val="center"/>
          </w:tcPr>
          <w:p w14:paraId="6951F448" w14:textId="77777777" w:rsidR="00446222" w:rsidRDefault="00000000">
            <w:pPr>
              <w:spacing w:after="0" w:line="252" w:lineRule="auto"/>
              <w:jc w:val="center"/>
            </w:pPr>
            <w:r>
              <w:rPr>
                <w:sz w:val="18"/>
              </w:rPr>
              <w:t>0 (0.0)</w:t>
            </w:r>
          </w:p>
        </w:tc>
      </w:tr>
      <w:tr w:rsidR="00446222" w14:paraId="2F520167" w14:textId="77777777">
        <w:trPr>
          <w:cantSplit/>
          <w:jc w:val="center"/>
        </w:trPr>
        <w:tc>
          <w:tcPr>
            <w:tcW w:w="2948" w:type="dxa"/>
            <w:vAlign w:val="center"/>
          </w:tcPr>
          <w:p w14:paraId="342FCB08" w14:textId="77777777" w:rsidR="00446222" w:rsidRDefault="00000000">
            <w:pPr>
              <w:spacing w:after="0" w:line="252" w:lineRule="auto"/>
            </w:pPr>
            <w:r>
              <w:rPr>
                <w:sz w:val="18"/>
              </w:rPr>
              <w:t>Bread</w:t>
            </w:r>
          </w:p>
        </w:tc>
        <w:tc>
          <w:tcPr>
            <w:tcW w:w="1134" w:type="dxa"/>
            <w:vAlign w:val="center"/>
          </w:tcPr>
          <w:p w14:paraId="288CD018" w14:textId="77777777" w:rsidR="00446222" w:rsidRDefault="00000000">
            <w:pPr>
              <w:spacing w:after="0" w:line="252" w:lineRule="auto"/>
              <w:jc w:val="center"/>
            </w:pPr>
            <w:r>
              <w:rPr>
                <w:sz w:val="18"/>
              </w:rPr>
              <w:t>62</w:t>
            </w:r>
          </w:p>
        </w:tc>
        <w:tc>
          <w:tcPr>
            <w:tcW w:w="1361" w:type="dxa"/>
            <w:vAlign w:val="center"/>
          </w:tcPr>
          <w:p w14:paraId="3D17E88F" w14:textId="77777777" w:rsidR="00446222" w:rsidRDefault="00000000">
            <w:pPr>
              <w:spacing w:after="0" w:line="252" w:lineRule="auto"/>
              <w:jc w:val="center"/>
            </w:pPr>
            <w:r>
              <w:rPr>
                <w:sz w:val="18"/>
              </w:rPr>
              <w:t>19 (30.6)</w:t>
            </w:r>
          </w:p>
        </w:tc>
        <w:tc>
          <w:tcPr>
            <w:tcW w:w="1361" w:type="dxa"/>
            <w:vAlign w:val="center"/>
          </w:tcPr>
          <w:p w14:paraId="5941867F" w14:textId="77777777" w:rsidR="00446222" w:rsidRDefault="00000000">
            <w:pPr>
              <w:spacing w:after="0" w:line="252" w:lineRule="auto"/>
              <w:jc w:val="center"/>
            </w:pPr>
            <w:r>
              <w:rPr>
                <w:sz w:val="18"/>
              </w:rPr>
              <w:t>30 (48.4)</w:t>
            </w:r>
          </w:p>
        </w:tc>
        <w:tc>
          <w:tcPr>
            <w:tcW w:w="1361" w:type="dxa"/>
            <w:vAlign w:val="center"/>
          </w:tcPr>
          <w:p w14:paraId="41D19A17" w14:textId="77777777" w:rsidR="00446222" w:rsidRDefault="00000000">
            <w:pPr>
              <w:spacing w:after="0" w:line="252" w:lineRule="auto"/>
              <w:jc w:val="center"/>
            </w:pPr>
            <w:r>
              <w:rPr>
                <w:sz w:val="18"/>
              </w:rPr>
              <w:t>13 (21.0)</w:t>
            </w:r>
          </w:p>
        </w:tc>
        <w:tc>
          <w:tcPr>
            <w:tcW w:w="1474" w:type="dxa"/>
            <w:vAlign w:val="center"/>
          </w:tcPr>
          <w:p w14:paraId="21114A09" w14:textId="77777777" w:rsidR="00446222" w:rsidRDefault="00000000">
            <w:pPr>
              <w:spacing w:after="0" w:line="252" w:lineRule="auto"/>
              <w:jc w:val="center"/>
            </w:pPr>
            <w:r>
              <w:rPr>
                <w:sz w:val="18"/>
              </w:rPr>
              <w:t>0 (0.0)</w:t>
            </w:r>
          </w:p>
        </w:tc>
      </w:tr>
      <w:tr w:rsidR="00446222" w14:paraId="7D14E5EC" w14:textId="77777777">
        <w:trPr>
          <w:cantSplit/>
          <w:jc w:val="center"/>
        </w:trPr>
        <w:tc>
          <w:tcPr>
            <w:tcW w:w="2948" w:type="dxa"/>
            <w:vAlign w:val="center"/>
          </w:tcPr>
          <w:p w14:paraId="780CA6DA" w14:textId="77777777" w:rsidR="00446222" w:rsidRDefault="00000000">
            <w:pPr>
              <w:spacing w:after="0" w:line="252" w:lineRule="auto"/>
            </w:pPr>
            <w:r>
              <w:rPr>
                <w:sz w:val="18"/>
              </w:rPr>
              <w:t>Biscuits / cookies</w:t>
            </w:r>
          </w:p>
        </w:tc>
        <w:tc>
          <w:tcPr>
            <w:tcW w:w="1134" w:type="dxa"/>
            <w:vAlign w:val="center"/>
          </w:tcPr>
          <w:p w14:paraId="186A029E" w14:textId="77777777" w:rsidR="00446222" w:rsidRDefault="00000000">
            <w:pPr>
              <w:spacing w:after="0" w:line="252" w:lineRule="auto"/>
              <w:jc w:val="center"/>
            </w:pPr>
            <w:r>
              <w:rPr>
                <w:sz w:val="18"/>
              </w:rPr>
              <w:t>61</w:t>
            </w:r>
          </w:p>
        </w:tc>
        <w:tc>
          <w:tcPr>
            <w:tcW w:w="1361" w:type="dxa"/>
            <w:vAlign w:val="center"/>
          </w:tcPr>
          <w:p w14:paraId="35F31FD2" w14:textId="77777777" w:rsidR="00446222" w:rsidRDefault="00000000">
            <w:pPr>
              <w:spacing w:after="0" w:line="252" w:lineRule="auto"/>
              <w:jc w:val="center"/>
            </w:pPr>
            <w:r>
              <w:rPr>
                <w:sz w:val="18"/>
              </w:rPr>
              <w:t>26 (42.6)</w:t>
            </w:r>
          </w:p>
        </w:tc>
        <w:tc>
          <w:tcPr>
            <w:tcW w:w="1361" w:type="dxa"/>
            <w:vAlign w:val="center"/>
          </w:tcPr>
          <w:p w14:paraId="4B188C83" w14:textId="77777777" w:rsidR="00446222" w:rsidRDefault="00000000">
            <w:pPr>
              <w:spacing w:after="0" w:line="252" w:lineRule="auto"/>
              <w:jc w:val="center"/>
            </w:pPr>
            <w:r>
              <w:rPr>
                <w:sz w:val="18"/>
              </w:rPr>
              <w:t>27 (44.3)</w:t>
            </w:r>
          </w:p>
        </w:tc>
        <w:tc>
          <w:tcPr>
            <w:tcW w:w="1361" w:type="dxa"/>
            <w:vAlign w:val="center"/>
          </w:tcPr>
          <w:p w14:paraId="07D35389" w14:textId="77777777" w:rsidR="00446222" w:rsidRDefault="00000000">
            <w:pPr>
              <w:spacing w:after="0" w:line="252" w:lineRule="auto"/>
              <w:jc w:val="center"/>
            </w:pPr>
            <w:r>
              <w:rPr>
                <w:sz w:val="18"/>
              </w:rPr>
              <w:t>8 (13.1)</w:t>
            </w:r>
          </w:p>
        </w:tc>
        <w:tc>
          <w:tcPr>
            <w:tcW w:w="1474" w:type="dxa"/>
            <w:vAlign w:val="center"/>
          </w:tcPr>
          <w:p w14:paraId="51386F5B" w14:textId="77777777" w:rsidR="00446222" w:rsidRDefault="00000000">
            <w:pPr>
              <w:spacing w:after="0" w:line="252" w:lineRule="auto"/>
              <w:jc w:val="center"/>
            </w:pPr>
            <w:r>
              <w:rPr>
                <w:sz w:val="18"/>
              </w:rPr>
              <w:t>0 (0.0)</w:t>
            </w:r>
          </w:p>
        </w:tc>
      </w:tr>
      <w:tr w:rsidR="00446222" w14:paraId="7414368E" w14:textId="77777777">
        <w:trPr>
          <w:cantSplit/>
          <w:jc w:val="center"/>
        </w:trPr>
        <w:tc>
          <w:tcPr>
            <w:tcW w:w="2948" w:type="dxa"/>
            <w:vAlign w:val="center"/>
          </w:tcPr>
          <w:p w14:paraId="25C59635" w14:textId="77777777" w:rsidR="00446222" w:rsidRDefault="00000000">
            <w:pPr>
              <w:spacing w:after="0" w:line="252" w:lineRule="auto"/>
            </w:pPr>
            <w:r>
              <w:rPr>
                <w:sz w:val="18"/>
              </w:rPr>
              <w:t>Fried snacks</w:t>
            </w:r>
          </w:p>
        </w:tc>
        <w:tc>
          <w:tcPr>
            <w:tcW w:w="1134" w:type="dxa"/>
            <w:vAlign w:val="center"/>
          </w:tcPr>
          <w:p w14:paraId="28203251" w14:textId="77777777" w:rsidR="00446222" w:rsidRDefault="00000000">
            <w:pPr>
              <w:spacing w:after="0" w:line="252" w:lineRule="auto"/>
              <w:jc w:val="center"/>
            </w:pPr>
            <w:r>
              <w:rPr>
                <w:sz w:val="18"/>
              </w:rPr>
              <w:t>58</w:t>
            </w:r>
          </w:p>
        </w:tc>
        <w:tc>
          <w:tcPr>
            <w:tcW w:w="1361" w:type="dxa"/>
            <w:vAlign w:val="center"/>
          </w:tcPr>
          <w:p w14:paraId="763716B4" w14:textId="77777777" w:rsidR="00446222" w:rsidRDefault="00000000">
            <w:pPr>
              <w:spacing w:after="0" w:line="252" w:lineRule="auto"/>
              <w:jc w:val="center"/>
            </w:pPr>
            <w:r>
              <w:rPr>
                <w:sz w:val="18"/>
              </w:rPr>
              <w:t>24 (41.4)</w:t>
            </w:r>
          </w:p>
        </w:tc>
        <w:tc>
          <w:tcPr>
            <w:tcW w:w="1361" w:type="dxa"/>
            <w:vAlign w:val="center"/>
          </w:tcPr>
          <w:p w14:paraId="3A6EE9F5" w14:textId="77777777" w:rsidR="00446222" w:rsidRDefault="00000000">
            <w:pPr>
              <w:spacing w:after="0" w:line="252" w:lineRule="auto"/>
              <w:jc w:val="center"/>
            </w:pPr>
            <w:r>
              <w:rPr>
                <w:sz w:val="18"/>
              </w:rPr>
              <w:t>27 (46.6)</w:t>
            </w:r>
          </w:p>
        </w:tc>
        <w:tc>
          <w:tcPr>
            <w:tcW w:w="1361" w:type="dxa"/>
            <w:vAlign w:val="center"/>
          </w:tcPr>
          <w:p w14:paraId="4C122B81" w14:textId="77777777" w:rsidR="00446222" w:rsidRDefault="00000000">
            <w:pPr>
              <w:spacing w:after="0" w:line="252" w:lineRule="auto"/>
              <w:jc w:val="center"/>
            </w:pPr>
            <w:r>
              <w:rPr>
                <w:sz w:val="18"/>
              </w:rPr>
              <w:t>7 (12.1)</w:t>
            </w:r>
          </w:p>
        </w:tc>
        <w:tc>
          <w:tcPr>
            <w:tcW w:w="1474" w:type="dxa"/>
            <w:vAlign w:val="center"/>
          </w:tcPr>
          <w:p w14:paraId="701BC2FC" w14:textId="77777777" w:rsidR="00446222" w:rsidRDefault="00000000">
            <w:pPr>
              <w:spacing w:after="0" w:line="252" w:lineRule="auto"/>
              <w:jc w:val="center"/>
            </w:pPr>
            <w:r>
              <w:rPr>
                <w:sz w:val="18"/>
              </w:rPr>
              <w:t>0 (0.0)</w:t>
            </w:r>
          </w:p>
        </w:tc>
      </w:tr>
      <w:tr w:rsidR="00446222" w14:paraId="5FB420E5" w14:textId="77777777">
        <w:trPr>
          <w:cantSplit/>
          <w:jc w:val="center"/>
        </w:trPr>
        <w:tc>
          <w:tcPr>
            <w:tcW w:w="2948" w:type="dxa"/>
            <w:vAlign w:val="center"/>
          </w:tcPr>
          <w:p w14:paraId="467DCCE9" w14:textId="77777777" w:rsidR="00446222" w:rsidRDefault="00000000">
            <w:pPr>
              <w:spacing w:after="0" w:line="252" w:lineRule="auto"/>
            </w:pPr>
            <w:r>
              <w:rPr>
                <w:sz w:val="18"/>
              </w:rPr>
              <w:t>Garlic</w:t>
            </w:r>
          </w:p>
        </w:tc>
        <w:tc>
          <w:tcPr>
            <w:tcW w:w="1134" w:type="dxa"/>
            <w:vAlign w:val="center"/>
          </w:tcPr>
          <w:p w14:paraId="632AF310" w14:textId="77777777" w:rsidR="00446222" w:rsidRDefault="00000000">
            <w:pPr>
              <w:spacing w:after="0" w:line="252" w:lineRule="auto"/>
              <w:jc w:val="center"/>
            </w:pPr>
            <w:r>
              <w:rPr>
                <w:sz w:val="18"/>
              </w:rPr>
              <w:t>57</w:t>
            </w:r>
          </w:p>
        </w:tc>
        <w:tc>
          <w:tcPr>
            <w:tcW w:w="1361" w:type="dxa"/>
            <w:vAlign w:val="center"/>
          </w:tcPr>
          <w:p w14:paraId="01BBA6A6" w14:textId="77777777" w:rsidR="00446222" w:rsidRDefault="00000000">
            <w:pPr>
              <w:spacing w:after="0" w:line="252" w:lineRule="auto"/>
              <w:jc w:val="center"/>
            </w:pPr>
            <w:r>
              <w:rPr>
                <w:sz w:val="18"/>
              </w:rPr>
              <w:t>32 (56.1)</w:t>
            </w:r>
          </w:p>
        </w:tc>
        <w:tc>
          <w:tcPr>
            <w:tcW w:w="1361" w:type="dxa"/>
            <w:vAlign w:val="center"/>
          </w:tcPr>
          <w:p w14:paraId="16F4EF1F" w14:textId="77777777" w:rsidR="00446222" w:rsidRDefault="00000000">
            <w:pPr>
              <w:spacing w:after="0" w:line="252" w:lineRule="auto"/>
              <w:jc w:val="center"/>
            </w:pPr>
            <w:r>
              <w:rPr>
                <w:sz w:val="18"/>
              </w:rPr>
              <w:t>19 (33.3)</w:t>
            </w:r>
          </w:p>
        </w:tc>
        <w:tc>
          <w:tcPr>
            <w:tcW w:w="1361" w:type="dxa"/>
            <w:vAlign w:val="center"/>
          </w:tcPr>
          <w:p w14:paraId="4D86304F" w14:textId="77777777" w:rsidR="00446222" w:rsidRDefault="00000000">
            <w:pPr>
              <w:spacing w:after="0" w:line="252" w:lineRule="auto"/>
              <w:jc w:val="center"/>
            </w:pPr>
            <w:r>
              <w:rPr>
                <w:sz w:val="18"/>
              </w:rPr>
              <w:t>6 (10.5)</w:t>
            </w:r>
          </w:p>
        </w:tc>
        <w:tc>
          <w:tcPr>
            <w:tcW w:w="1474" w:type="dxa"/>
            <w:vAlign w:val="center"/>
          </w:tcPr>
          <w:p w14:paraId="2FF83273" w14:textId="77777777" w:rsidR="00446222" w:rsidRDefault="00000000">
            <w:pPr>
              <w:spacing w:after="0" w:line="252" w:lineRule="auto"/>
              <w:jc w:val="center"/>
            </w:pPr>
            <w:r>
              <w:rPr>
                <w:sz w:val="18"/>
              </w:rPr>
              <w:t>0 (0.0)</w:t>
            </w:r>
          </w:p>
        </w:tc>
      </w:tr>
      <w:tr w:rsidR="00446222" w14:paraId="394034E5" w14:textId="77777777">
        <w:trPr>
          <w:cantSplit/>
          <w:jc w:val="center"/>
        </w:trPr>
        <w:tc>
          <w:tcPr>
            <w:tcW w:w="2948" w:type="dxa"/>
            <w:vAlign w:val="center"/>
          </w:tcPr>
          <w:p w14:paraId="1C5ED719" w14:textId="77777777" w:rsidR="00446222" w:rsidRDefault="00000000">
            <w:pPr>
              <w:spacing w:after="0" w:line="252" w:lineRule="auto"/>
            </w:pPr>
            <w:r>
              <w:rPr>
                <w:sz w:val="18"/>
              </w:rPr>
              <w:t>Ginger</w:t>
            </w:r>
          </w:p>
        </w:tc>
        <w:tc>
          <w:tcPr>
            <w:tcW w:w="1134" w:type="dxa"/>
            <w:vAlign w:val="center"/>
          </w:tcPr>
          <w:p w14:paraId="7D6E8EC1" w14:textId="77777777" w:rsidR="00446222" w:rsidRDefault="00000000">
            <w:pPr>
              <w:spacing w:after="0" w:line="252" w:lineRule="auto"/>
              <w:jc w:val="center"/>
            </w:pPr>
            <w:r>
              <w:rPr>
                <w:sz w:val="18"/>
              </w:rPr>
              <w:t>57</w:t>
            </w:r>
          </w:p>
        </w:tc>
        <w:tc>
          <w:tcPr>
            <w:tcW w:w="1361" w:type="dxa"/>
            <w:vAlign w:val="center"/>
          </w:tcPr>
          <w:p w14:paraId="1567768E" w14:textId="77777777" w:rsidR="00446222" w:rsidRDefault="00000000">
            <w:pPr>
              <w:spacing w:after="0" w:line="252" w:lineRule="auto"/>
              <w:jc w:val="center"/>
            </w:pPr>
            <w:r>
              <w:rPr>
                <w:sz w:val="18"/>
              </w:rPr>
              <w:t>35 (61.4)</w:t>
            </w:r>
          </w:p>
        </w:tc>
        <w:tc>
          <w:tcPr>
            <w:tcW w:w="1361" w:type="dxa"/>
            <w:vAlign w:val="center"/>
          </w:tcPr>
          <w:p w14:paraId="3D3BE367" w14:textId="77777777" w:rsidR="00446222" w:rsidRDefault="00000000">
            <w:pPr>
              <w:spacing w:after="0" w:line="252" w:lineRule="auto"/>
              <w:jc w:val="center"/>
            </w:pPr>
            <w:r>
              <w:rPr>
                <w:sz w:val="18"/>
              </w:rPr>
              <w:t>14 (24.6)</w:t>
            </w:r>
          </w:p>
        </w:tc>
        <w:tc>
          <w:tcPr>
            <w:tcW w:w="1361" w:type="dxa"/>
            <w:vAlign w:val="center"/>
          </w:tcPr>
          <w:p w14:paraId="3D8FBAA3" w14:textId="77777777" w:rsidR="00446222" w:rsidRDefault="00000000">
            <w:pPr>
              <w:spacing w:after="0" w:line="252" w:lineRule="auto"/>
              <w:jc w:val="center"/>
            </w:pPr>
            <w:r>
              <w:rPr>
                <w:sz w:val="18"/>
              </w:rPr>
              <w:t>8 (14.0)</w:t>
            </w:r>
          </w:p>
        </w:tc>
        <w:tc>
          <w:tcPr>
            <w:tcW w:w="1474" w:type="dxa"/>
            <w:vAlign w:val="center"/>
          </w:tcPr>
          <w:p w14:paraId="4DF7DF59" w14:textId="77777777" w:rsidR="00446222" w:rsidRDefault="00000000">
            <w:pPr>
              <w:spacing w:after="0" w:line="252" w:lineRule="auto"/>
              <w:jc w:val="center"/>
            </w:pPr>
            <w:r>
              <w:rPr>
                <w:sz w:val="18"/>
              </w:rPr>
              <w:t>0 (0.0)</w:t>
            </w:r>
          </w:p>
        </w:tc>
      </w:tr>
      <w:tr w:rsidR="00446222" w14:paraId="3C677D3F" w14:textId="77777777">
        <w:trPr>
          <w:cantSplit/>
          <w:jc w:val="center"/>
        </w:trPr>
        <w:tc>
          <w:tcPr>
            <w:tcW w:w="2948" w:type="dxa"/>
            <w:vAlign w:val="center"/>
          </w:tcPr>
          <w:p w14:paraId="6F3A0DAE" w14:textId="77777777" w:rsidR="00446222" w:rsidRDefault="00000000">
            <w:pPr>
              <w:keepNext/>
              <w:spacing w:after="0" w:line="252" w:lineRule="auto"/>
            </w:pPr>
            <w:r>
              <w:rPr>
                <w:sz w:val="18"/>
              </w:rPr>
              <w:t>Turmeric</w:t>
            </w:r>
          </w:p>
        </w:tc>
        <w:tc>
          <w:tcPr>
            <w:tcW w:w="1134" w:type="dxa"/>
            <w:vAlign w:val="center"/>
          </w:tcPr>
          <w:p w14:paraId="212BB9E8" w14:textId="77777777" w:rsidR="00446222" w:rsidRDefault="00000000">
            <w:pPr>
              <w:keepNext/>
              <w:spacing w:after="0" w:line="252" w:lineRule="auto"/>
              <w:jc w:val="center"/>
            </w:pPr>
            <w:r>
              <w:rPr>
                <w:sz w:val="18"/>
              </w:rPr>
              <w:t>55</w:t>
            </w:r>
          </w:p>
        </w:tc>
        <w:tc>
          <w:tcPr>
            <w:tcW w:w="1361" w:type="dxa"/>
            <w:vAlign w:val="center"/>
          </w:tcPr>
          <w:p w14:paraId="2587D020" w14:textId="77777777" w:rsidR="00446222" w:rsidRDefault="00000000">
            <w:pPr>
              <w:keepNext/>
              <w:spacing w:after="0" w:line="252" w:lineRule="auto"/>
              <w:jc w:val="center"/>
            </w:pPr>
            <w:r>
              <w:rPr>
                <w:sz w:val="18"/>
              </w:rPr>
              <w:t>35 (63.6)</w:t>
            </w:r>
          </w:p>
        </w:tc>
        <w:tc>
          <w:tcPr>
            <w:tcW w:w="1361" w:type="dxa"/>
            <w:vAlign w:val="center"/>
          </w:tcPr>
          <w:p w14:paraId="6648231B" w14:textId="77777777" w:rsidR="00446222" w:rsidRDefault="00000000">
            <w:pPr>
              <w:keepNext/>
              <w:spacing w:after="0" w:line="252" w:lineRule="auto"/>
              <w:jc w:val="center"/>
            </w:pPr>
            <w:r>
              <w:rPr>
                <w:sz w:val="18"/>
              </w:rPr>
              <w:t>11 (20.0)</w:t>
            </w:r>
          </w:p>
        </w:tc>
        <w:tc>
          <w:tcPr>
            <w:tcW w:w="1361" w:type="dxa"/>
            <w:vAlign w:val="center"/>
          </w:tcPr>
          <w:p w14:paraId="7877A796" w14:textId="77777777" w:rsidR="00446222" w:rsidRDefault="00000000">
            <w:pPr>
              <w:keepNext/>
              <w:spacing w:after="0" w:line="252" w:lineRule="auto"/>
              <w:jc w:val="center"/>
            </w:pPr>
            <w:r>
              <w:rPr>
                <w:sz w:val="18"/>
              </w:rPr>
              <w:t>9 (16.4)</w:t>
            </w:r>
          </w:p>
        </w:tc>
        <w:tc>
          <w:tcPr>
            <w:tcW w:w="1474" w:type="dxa"/>
            <w:vAlign w:val="center"/>
          </w:tcPr>
          <w:p w14:paraId="21650B19" w14:textId="77777777" w:rsidR="00446222" w:rsidRDefault="00000000">
            <w:pPr>
              <w:keepNext/>
              <w:spacing w:after="0" w:line="252" w:lineRule="auto"/>
              <w:jc w:val="center"/>
            </w:pPr>
            <w:r>
              <w:rPr>
                <w:sz w:val="18"/>
              </w:rPr>
              <w:t>0 (0.0)</w:t>
            </w:r>
          </w:p>
        </w:tc>
      </w:tr>
    </w:tbl>
    <w:p w14:paraId="693CB872" w14:textId="77777777" w:rsidR="00446222" w:rsidRDefault="00000000" w:rsidP="0047469F">
      <w:pPr>
        <w:keepLines/>
        <w:spacing w:after="140" w:line="252" w:lineRule="auto"/>
        <w:jc w:val="both"/>
      </w:pPr>
      <w:r>
        <w:rPr>
          <w:sz w:val="18"/>
        </w:rPr>
        <w:t>Percentages use each food’s positive-frequency consumer denominator and include unavailable portions. They may differ from percentages among all participants or among only those with known portions. S/M/L responses retain their observed categories; unavailable does not mean never consumed.</w:t>
      </w:r>
    </w:p>
    <w:p w14:paraId="24480B07" w14:textId="77777777" w:rsidR="00446222" w:rsidRDefault="00000000">
      <w:pPr>
        <w:keepNext/>
        <w:spacing w:after="60" w:line="240" w:lineRule="auto"/>
        <w:jc w:val="center"/>
      </w:pPr>
      <w:r>
        <w:rPr>
          <w:noProof/>
        </w:rPr>
        <w:lastRenderedPageBreak/>
        <w:drawing>
          <wp:inline distT="0" distB="0" distL="0" distR="0" wp14:anchorId="6B84B469" wp14:editId="5D0A1DA6">
            <wp:extent cx="5616000" cy="6444269"/>
            <wp:effectExtent l="0" t="0" r="0" b="0"/>
            <wp:docPr id="5" name="Figure_S5"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5.png"/>
                    <pic:cNvPicPr/>
                  </pic:nvPicPr>
                  <pic:blipFill>
                    <a:blip r:embed="rId22"/>
                    <a:stretch>
                      <a:fillRect/>
                    </a:stretch>
                  </pic:blipFill>
                  <pic:spPr>
                    <a:xfrm>
                      <a:off x="0" y="0"/>
                      <a:ext cx="5616000" cy="6444269"/>
                    </a:xfrm>
                    <a:prstGeom prst="rect">
                      <a:avLst/>
                    </a:prstGeom>
                  </pic:spPr>
                </pic:pic>
              </a:graphicData>
            </a:graphic>
          </wp:inline>
        </w:drawing>
      </w:r>
    </w:p>
    <w:p w14:paraId="7ADBCB01" w14:textId="77777777" w:rsidR="00446222" w:rsidRDefault="00000000" w:rsidP="0047469F">
      <w:pPr>
        <w:pStyle w:val="Caption"/>
        <w:keepLines/>
        <w:jc w:val="both"/>
      </w:pPr>
      <w:r>
        <w:rPr>
          <w:b/>
        </w:rPr>
        <w:t xml:space="preserve">Figure S5. </w:t>
      </w:r>
      <w:r>
        <w:t>Portion-size distributions among case consumers. Each bar represents participants with positive recorded frequency for the food in the shared-age population. Blue, teal and gold indicate Small, Medium and Large; grey denotes an unavailable portion. Denominators are food-specific and include unavailable portions. Numbers and percentages appear in Table S9.</w:t>
      </w:r>
    </w:p>
    <w:p w14:paraId="1221674F" w14:textId="77777777" w:rsidR="00446222" w:rsidRDefault="00000000">
      <w:pPr>
        <w:pStyle w:val="Caption"/>
        <w:keepNext/>
      </w:pPr>
      <w:r>
        <w:rPr>
          <w:b/>
        </w:rPr>
        <w:t>Table S10. Combined dietary indices in the shared-age descriptive population</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2835"/>
        <w:gridCol w:w="907"/>
        <w:gridCol w:w="2494"/>
        <w:gridCol w:w="907"/>
        <w:gridCol w:w="2494"/>
      </w:tblGrid>
      <w:tr w:rsidR="00446222" w14:paraId="5936BE38" w14:textId="77777777">
        <w:trPr>
          <w:cantSplit/>
          <w:tblHeader/>
          <w:jc w:val="center"/>
        </w:trPr>
        <w:tc>
          <w:tcPr>
            <w:tcW w:w="2835" w:type="dxa"/>
            <w:tcBorders>
              <w:bottom w:val="single" w:sz="4" w:space="0" w:color="auto"/>
            </w:tcBorders>
            <w:vAlign w:val="center"/>
          </w:tcPr>
          <w:p w14:paraId="2684FF24" w14:textId="77777777" w:rsidR="00446222" w:rsidRDefault="00000000">
            <w:pPr>
              <w:keepNext/>
              <w:spacing w:after="0" w:line="252" w:lineRule="auto"/>
            </w:pPr>
            <w:r>
              <w:rPr>
                <w:b/>
                <w:sz w:val="18"/>
              </w:rPr>
              <w:t>Food</w:t>
            </w:r>
          </w:p>
        </w:tc>
        <w:tc>
          <w:tcPr>
            <w:tcW w:w="907" w:type="dxa"/>
            <w:tcBorders>
              <w:bottom w:val="single" w:sz="4" w:space="0" w:color="auto"/>
            </w:tcBorders>
            <w:vAlign w:val="center"/>
          </w:tcPr>
          <w:p w14:paraId="573CDFD1" w14:textId="77777777" w:rsidR="00446222" w:rsidRDefault="00000000">
            <w:pPr>
              <w:keepNext/>
              <w:spacing w:after="0" w:line="252" w:lineRule="auto"/>
              <w:jc w:val="center"/>
            </w:pPr>
            <w:r>
              <w:rPr>
                <w:b/>
                <w:sz w:val="18"/>
              </w:rPr>
              <w:t>Controls</w:t>
            </w:r>
            <w:r>
              <w:rPr>
                <w:b/>
                <w:sz w:val="18"/>
              </w:rPr>
              <w:br/>
              <w:t>n</w:t>
            </w:r>
          </w:p>
        </w:tc>
        <w:tc>
          <w:tcPr>
            <w:tcW w:w="2494" w:type="dxa"/>
            <w:tcBorders>
              <w:bottom w:val="single" w:sz="4" w:space="0" w:color="auto"/>
            </w:tcBorders>
            <w:vAlign w:val="center"/>
          </w:tcPr>
          <w:p w14:paraId="556349AA" w14:textId="52E3D3F1" w:rsidR="00446222" w:rsidRDefault="00000000">
            <w:pPr>
              <w:keepNext/>
              <w:spacing w:after="0" w:line="252" w:lineRule="auto"/>
              <w:jc w:val="center"/>
            </w:pPr>
            <w:r>
              <w:rPr>
                <w:b/>
                <w:sz w:val="18"/>
              </w:rPr>
              <w:t>Controls</w:t>
            </w:r>
            <w:r>
              <w:rPr>
                <w:b/>
                <w:sz w:val="18"/>
              </w:rPr>
              <w:br/>
              <w:t>median (Q1</w:t>
            </w:r>
            <w:r w:rsidR="00BE3B67">
              <w:rPr>
                <w:b/>
                <w:sz w:val="18"/>
              </w:rPr>
              <w:t>-</w:t>
            </w:r>
            <w:r>
              <w:rPr>
                <w:b/>
                <w:sz w:val="18"/>
              </w:rPr>
              <w:t>Q3)</w:t>
            </w:r>
          </w:p>
        </w:tc>
        <w:tc>
          <w:tcPr>
            <w:tcW w:w="907" w:type="dxa"/>
            <w:tcBorders>
              <w:bottom w:val="single" w:sz="4" w:space="0" w:color="auto"/>
            </w:tcBorders>
            <w:vAlign w:val="center"/>
          </w:tcPr>
          <w:p w14:paraId="5D0DD872" w14:textId="77777777" w:rsidR="00446222" w:rsidRDefault="00000000">
            <w:pPr>
              <w:keepNext/>
              <w:spacing w:after="0" w:line="252" w:lineRule="auto"/>
              <w:jc w:val="center"/>
            </w:pPr>
            <w:r>
              <w:rPr>
                <w:b/>
                <w:sz w:val="18"/>
              </w:rPr>
              <w:t>Cases</w:t>
            </w:r>
            <w:r>
              <w:rPr>
                <w:b/>
                <w:sz w:val="18"/>
              </w:rPr>
              <w:br/>
              <w:t>n</w:t>
            </w:r>
          </w:p>
        </w:tc>
        <w:tc>
          <w:tcPr>
            <w:tcW w:w="2494" w:type="dxa"/>
            <w:tcBorders>
              <w:bottom w:val="single" w:sz="4" w:space="0" w:color="auto"/>
            </w:tcBorders>
            <w:vAlign w:val="center"/>
          </w:tcPr>
          <w:p w14:paraId="77357782" w14:textId="6F554919" w:rsidR="00446222" w:rsidRDefault="00000000">
            <w:pPr>
              <w:keepNext/>
              <w:spacing w:after="0" w:line="252" w:lineRule="auto"/>
              <w:jc w:val="center"/>
            </w:pPr>
            <w:r>
              <w:rPr>
                <w:b/>
                <w:sz w:val="18"/>
              </w:rPr>
              <w:t>Cases</w:t>
            </w:r>
            <w:r>
              <w:rPr>
                <w:b/>
                <w:sz w:val="18"/>
              </w:rPr>
              <w:br/>
              <w:t>median (Q1</w:t>
            </w:r>
            <w:r w:rsidR="00BE3B67">
              <w:rPr>
                <w:b/>
                <w:sz w:val="18"/>
              </w:rPr>
              <w:t>-</w:t>
            </w:r>
            <w:r>
              <w:rPr>
                <w:b/>
                <w:sz w:val="18"/>
              </w:rPr>
              <w:t>Q3)</w:t>
            </w:r>
          </w:p>
        </w:tc>
      </w:tr>
      <w:tr w:rsidR="00446222" w14:paraId="0E5E8BF7" w14:textId="77777777">
        <w:trPr>
          <w:cantSplit/>
          <w:jc w:val="center"/>
        </w:trPr>
        <w:tc>
          <w:tcPr>
            <w:tcW w:w="2835" w:type="dxa"/>
            <w:vAlign w:val="center"/>
          </w:tcPr>
          <w:p w14:paraId="242C5E43" w14:textId="77777777" w:rsidR="00446222" w:rsidRDefault="00000000">
            <w:pPr>
              <w:spacing w:after="0" w:line="252" w:lineRule="auto"/>
            </w:pPr>
            <w:r>
              <w:rPr>
                <w:sz w:val="18"/>
              </w:rPr>
              <w:t>Yam / cocoyam</w:t>
            </w:r>
          </w:p>
        </w:tc>
        <w:tc>
          <w:tcPr>
            <w:tcW w:w="907" w:type="dxa"/>
            <w:vAlign w:val="center"/>
          </w:tcPr>
          <w:p w14:paraId="5528E3BD" w14:textId="77777777" w:rsidR="00446222" w:rsidRDefault="00000000">
            <w:pPr>
              <w:spacing w:after="0" w:line="252" w:lineRule="auto"/>
              <w:jc w:val="center"/>
            </w:pPr>
            <w:r>
              <w:rPr>
                <w:sz w:val="18"/>
              </w:rPr>
              <w:t>87</w:t>
            </w:r>
          </w:p>
        </w:tc>
        <w:tc>
          <w:tcPr>
            <w:tcW w:w="2494" w:type="dxa"/>
            <w:vAlign w:val="center"/>
          </w:tcPr>
          <w:p w14:paraId="1CB5BABB" w14:textId="0588A54F" w:rsidR="00446222" w:rsidRDefault="00000000">
            <w:pPr>
              <w:spacing w:after="0" w:line="252" w:lineRule="auto"/>
              <w:jc w:val="center"/>
            </w:pPr>
            <w:r>
              <w:rPr>
                <w:sz w:val="18"/>
              </w:rPr>
              <w:t>0.69 (0.23</w:t>
            </w:r>
            <w:r w:rsidR="00BE3B67">
              <w:rPr>
                <w:sz w:val="18"/>
              </w:rPr>
              <w:t>-</w:t>
            </w:r>
            <w:r>
              <w:rPr>
                <w:sz w:val="18"/>
              </w:rPr>
              <w:t>2.75)</w:t>
            </w:r>
          </w:p>
        </w:tc>
        <w:tc>
          <w:tcPr>
            <w:tcW w:w="907" w:type="dxa"/>
            <w:vAlign w:val="center"/>
          </w:tcPr>
          <w:p w14:paraId="02C94F16" w14:textId="77777777" w:rsidR="00446222" w:rsidRDefault="00000000">
            <w:pPr>
              <w:spacing w:after="0" w:line="252" w:lineRule="auto"/>
              <w:jc w:val="center"/>
            </w:pPr>
            <w:r>
              <w:rPr>
                <w:sz w:val="18"/>
              </w:rPr>
              <w:t>63</w:t>
            </w:r>
          </w:p>
        </w:tc>
        <w:tc>
          <w:tcPr>
            <w:tcW w:w="2494" w:type="dxa"/>
            <w:vAlign w:val="center"/>
          </w:tcPr>
          <w:p w14:paraId="7FEBA67A" w14:textId="3FA8B42D" w:rsidR="00446222" w:rsidRDefault="00000000">
            <w:pPr>
              <w:spacing w:after="0" w:line="252" w:lineRule="auto"/>
              <w:jc w:val="center"/>
            </w:pPr>
            <w:r>
              <w:rPr>
                <w:sz w:val="18"/>
              </w:rPr>
              <w:t>1.00 (0.46</w:t>
            </w:r>
            <w:r w:rsidR="00BE3B67">
              <w:rPr>
                <w:sz w:val="18"/>
              </w:rPr>
              <w:t>-</w:t>
            </w:r>
            <w:r>
              <w:rPr>
                <w:sz w:val="18"/>
              </w:rPr>
              <w:t>3.00)</w:t>
            </w:r>
          </w:p>
        </w:tc>
      </w:tr>
      <w:tr w:rsidR="00446222" w14:paraId="28C8BEED" w14:textId="77777777">
        <w:trPr>
          <w:cantSplit/>
          <w:jc w:val="center"/>
        </w:trPr>
        <w:tc>
          <w:tcPr>
            <w:tcW w:w="2835" w:type="dxa"/>
            <w:vAlign w:val="center"/>
          </w:tcPr>
          <w:p w14:paraId="5C2C2D83" w14:textId="77777777" w:rsidR="00446222" w:rsidRDefault="00000000">
            <w:pPr>
              <w:spacing w:after="0" w:line="252" w:lineRule="auto"/>
            </w:pPr>
            <w:r>
              <w:rPr>
                <w:sz w:val="18"/>
              </w:rPr>
              <w:t>Cassava</w:t>
            </w:r>
          </w:p>
        </w:tc>
        <w:tc>
          <w:tcPr>
            <w:tcW w:w="907" w:type="dxa"/>
            <w:vAlign w:val="center"/>
          </w:tcPr>
          <w:p w14:paraId="25DAEFEE" w14:textId="77777777" w:rsidR="00446222" w:rsidRDefault="00000000">
            <w:pPr>
              <w:spacing w:after="0" w:line="252" w:lineRule="auto"/>
              <w:jc w:val="center"/>
            </w:pPr>
            <w:r>
              <w:rPr>
                <w:sz w:val="18"/>
              </w:rPr>
              <w:t>87</w:t>
            </w:r>
          </w:p>
        </w:tc>
        <w:tc>
          <w:tcPr>
            <w:tcW w:w="2494" w:type="dxa"/>
            <w:vAlign w:val="center"/>
          </w:tcPr>
          <w:p w14:paraId="5B33422B" w14:textId="45D9860A" w:rsidR="00446222" w:rsidRDefault="00000000">
            <w:pPr>
              <w:spacing w:after="0" w:line="252" w:lineRule="auto"/>
              <w:jc w:val="center"/>
            </w:pPr>
            <w:r>
              <w:rPr>
                <w:sz w:val="18"/>
              </w:rPr>
              <w:t>3.00 (1.00</w:t>
            </w:r>
            <w:r w:rsidR="00BE3B67">
              <w:rPr>
                <w:sz w:val="18"/>
              </w:rPr>
              <w:t>-</w:t>
            </w:r>
            <w:r>
              <w:rPr>
                <w:sz w:val="18"/>
              </w:rPr>
              <w:t>3.50)</w:t>
            </w:r>
          </w:p>
        </w:tc>
        <w:tc>
          <w:tcPr>
            <w:tcW w:w="907" w:type="dxa"/>
            <w:vAlign w:val="center"/>
          </w:tcPr>
          <w:p w14:paraId="587E5B1D" w14:textId="77777777" w:rsidR="00446222" w:rsidRDefault="00000000">
            <w:pPr>
              <w:spacing w:after="0" w:line="252" w:lineRule="auto"/>
              <w:jc w:val="center"/>
            </w:pPr>
            <w:r>
              <w:rPr>
                <w:sz w:val="18"/>
              </w:rPr>
              <w:t>64</w:t>
            </w:r>
          </w:p>
        </w:tc>
        <w:tc>
          <w:tcPr>
            <w:tcW w:w="2494" w:type="dxa"/>
            <w:vAlign w:val="center"/>
          </w:tcPr>
          <w:p w14:paraId="027A4C2B" w14:textId="46333FAF" w:rsidR="00446222" w:rsidRDefault="00000000">
            <w:pPr>
              <w:spacing w:after="0" w:line="252" w:lineRule="auto"/>
              <w:jc w:val="center"/>
            </w:pPr>
            <w:r>
              <w:rPr>
                <w:sz w:val="18"/>
              </w:rPr>
              <w:t>3.00 (1.00</w:t>
            </w:r>
            <w:r w:rsidR="00BE3B67">
              <w:rPr>
                <w:sz w:val="18"/>
              </w:rPr>
              <w:t>-</w:t>
            </w:r>
            <w:r>
              <w:rPr>
                <w:sz w:val="18"/>
              </w:rPr>
              <w:t>4.50)</w:t>
            </w:r>
          </w:p>
        </w:tc>
      </w:tr>
      <w:tr w:rsidR="00446222" w14:paraId="03DA955D" w14:textId="77777777">
        <w:trPr>
          <w:cantSplit/>
          <w:jc w:val="center"/>
        </w:trPr>
        <w:tc>
          <w:tcPr>
            <w:tcW w:w="2835" w:type="dxa"/>
            <w:vAlign w:val="center"/>
          </w:tcPr>
          <w:p w14:paraId="38515182" w14:textId="77777777" w:rsidR="00446222" w:rsidRDefault="00000000">
            <w:pPr>
              <w:spacing w:after="0" w:line="252" w:lineRule="auto"/>
            </w:pPr>
            <w:r>
              <w:rPr>
                <w:sz w:val="18"/>
              </w:rPr>
              <w:t>Rice</w:t>
            </w:r>
          </w:p>
        </w:tc>
        <w:tc>
          <w:tcPr>
            <w:tcW w:w="907" w:type="dxa"/>
            <w:vAlign w:val="center"/>
          </w:tcPr>
          <w:p w14:paraId="22B0B6AE" w14:textId="77777777" w:rsidR="00446222" w:rsidRDefault="00000000">
            <w:pPr>
              <w:spacing w:after="0" w:line="252" w:lineRule="auto"/>
              <w:jc w:val="center"/>
            </w:pPr>
            <w:r>
              <w:rPr>
                <w:sz w:val="18"/>
              </w:rPr>
              <w:t>87</w:t>
            </w:r>
          </w:p>
        </w:tc>
        <w:tc>
          <w:tcPr>
            <w:tcW w:w="2494" w:type="dxa"/>
            <w:vAlign w:val="center"/>
          </w:tcPr>
          <w:p w14:paraId="705CEB81" w14:textId="10A76F72" w:rsidR="00446222" w:rsidRDefault="00000000">
            <w:pPr>
              <w:spacing w:after="0" w:line="252" w:lineRule="auto"/>
              <w:jc w:val="center"/>
            </w:pPr>
            <w:r>
              <w:rPr>
                <w:sz w:val="18"/>
              </w:rPr>
              <w:t>3.00 (0.69</w:t>
            </w:r>
            <w:r w:rsidR="00BE3B67">
              <w:rPr>
                <w:sz w:val="18"/>
              </w:rPr>
              <w:t>-</w:t>
            </w:r>
            <w:r>
              <w:rPr>
                <w:sz w:val="18"/>
              </w:rPr>
              <w:t>5.50)</w:t>
            </w:r>
          </w:p>
        </w:tc>
        <w:tc>
          <w:tcPr>
            <w:tcW w:w="907" w:type="dxa"/>
            <w:vAlign w:val="center"/>
          </w:tcPr>
          <w:p w14:paraId="37C399D7" w14:textId="77777777" w:rsidR="00446222" w:rsidRDefault="00000000">
            <w:pPr>
              <w:spacing w:after="0" w:line="252" w:lineRule="auto"/>
              <w:jc w:val="center"/>
            </w:pPr>
            <w:r>
              <w:rPr>
                <w:sz w:val="18"/>
              </w:rPr>
              <w:t>64</w:t>
            </w:r>
          </w:p>
        </w:tc>
        <w:tc>
          <w:tcPr>
            <w:tcW w:w="2494" w:type="dxa"/>
            <w:vAlign w:val="center"/>
          </w:tcPr>
          <w:p w14:paraId="65F1AF2F" w14:textId="4014D497" w:rsidR="00446222" w:rsidRDefault="00000000">
            <w:pPr>
              <w:spacing w:after="0" w:line="252" w:lineRule="auto"/>
              <w:jc w:val="center"/>
            </w:pPr>
            <w:r>
              <w:rPr>
                <w:sz w:val="18"/>
              </w:rPr>
              <w:t>1.50 (0.50</w:t>
            </w:r>
            <w:r w:rsidR="00BE3B67">
              <w:rPr>
                <w:sz w:val="18"/>
              </w:rPr>
              <w:t>-</w:t>
            </w:r>
            <w:r>
              <w:rPr>
                <w:sz w:val="18"/>
              </w:rPr>
              <w:t>4.50)</w:t>
            </w:r>
          </w:p>
        </w:tc>
      </w:tr>
      <w:tr w:rsidR="00446222" w14:paraId="334D2490" w14:textId="77777777">
        <w:trPr>
          <w:cantSplit/>
          <w:jc w:val="center"/>
        </w:trPr>
        <w:tc>
          <w:tcPr>
            <w:tcW w:w="2835" w:type="dxa"/>
            <w:vAlign w:val="center"/>
          </w:tcPr>
          <w:p w14:paraId="73A0CADA" w14:textId="77777777" w:rsidR="00446222" w:rsidRDefault="00000000">
            <w:pPr>
              <w:spacing w:after="0" w:line="252" w:lineRule="auto"/>
            </w:pPr>
            <w:r>
              <w:rPr>
                <w:sz w:val="18"/>
              </w:rPr>
              <w:t>Plantain</w:t>
            </w:r>
          </w:p>
        </w:tc>
        <w:tc>
          <w:tcPr>
            <w:tcW w:w="907" w:type="dxa"/>
            <w:vAlign w:val="center"/>
          </w:tcPr>
          <w:p w14:paraId="7A9304A1" w14:textId="77777777" w:rsidR="00446222" w:rsidRDefault="00000000">
            <w:pPr>
              <w:spacing w:after="0" w:line="252" w:lineRule="auto"/>
              <w:jc w:val="center"/>
            </w:pPr>
            <w:r>
              <w:rPr>
                <w:sz w:val="18"/>
              </w:rPr>
              <w:t>87</w:t>
            </w:r>
          </w:p>
        </w:tc>
        <w:tc>
          <w:tcPr>
            <w:tcW w:w="2494" w:type="dxa"/>
            <w:vAlign w:val="center"/>
          </w:tcPr>
          <w:p w14:paraId="752582DB" w14:textId="49389B68" w:rsidR="00446222" w:rsidRDefault="00000000">
            <w:pPr>
              <w:spacing w:after="0" w:line="252" w:lineRule="auto"/>
              <w:jc w:val="center"/>
            </w:pPr>
            <w:r>
              <w:rPr>
                <w:sz w:val="18"/>
              </w:rPr>
              <w:t>1.00 (0.23</w:t>
            </w:r>
            <w:r w:rsidR="00BE3B67">
              <w:rPr>
                <w:sz w:val="18"/>
              </w:rPr>
              <w:t>-</w:t>
            </w:r>
            <w:r>
              <w:rPr>
                <w:sz w:val="18"/>
              </w:rPr>
              <w:t>3.00)</w:t>
            </w:r>
          </w:p>
        </w:tc>
        <w:tc>
          <w:tcPr>
            <w:tcW w:w="907" w:type="dxa"/>
            <w:vAlign w:val="center"/>
          </w:tcPr>
          <w:p w14:paraId="3B19FAD4" w14:textId="77777777" w:rsidR="00446222" w:rsidRDefault="00000000">
            <w:pPr>
              <w:spacing w:after="0" w:line="252" w:lineRule="auto"/>
              <w:jc w:val="center"/>
            </w:pPr>
            <w:r>
              <w:rPr>
                <w:sz w:val="18"/>
              </w:rPr>
              <w:t>64</w:t>
            </w:r>
          </w:p>
        </w:tc>
        <w:tc>
          <w:tcPr>
            <w:tcW w:w="2494" w:type="dxa"/>
            <w:vAlign w:val="center"/>
          </w:tcPr>
          <w:p w14:paraId="6EB866D0" w14:textId="78A23E1C" w:rsidR="00446222" w:rsidRDefault="00000000">
            <w:pPr>
              <w:spacing w:after="0" w:line="252" w:lineRule="auto"/>
              <w:jc w:val="center"/>
            </w:pPr>
            <w:r>
              <w:rPr>
                <w:sz w:val="18"/>
              </w:rPr>
              <w:t>1.50 (0.50</w:t>
            </w:r>
            <w:r w:rsidR="00BE3B67">
              <w:rPr>
                <w:sz w:val="18"/>
              </w:rPr>
              <w:t>-</w:t>
            </w:r>
            <w:r>
              <w:rPr>
                <w:sz w:val="18"/>
              </w:rPr>
              <w:t>3.00)</w:t>
            </w:r>
          </w:p>
        </w:tc>
      </w:tr>
      <w:tr w:rsidR="00446222" w14:paraId="103080AE" w14:textId="77777777">
        <w:trPr>
          <w:cantSplit/>
          <w:jc w:val="center"/>
        </w:trPr>
        <w:tc>
          <w:tcPr>
            <w:tcW w:w="2835" w:type="dxa"/>
            <w:vAlign w:val="center"/>
          </w:tcPr>
          <w:p w14:paraId="31806A7A" w14:textId="77777777" w:rsidR="00446222" w:rsidRDefault="00000000">
            <w:pPr>
              <w:spacing w:after="0" w:line="252" w:lineRule="auto"/>
            </w:pPr>
            <w:r>
              <w:rPr>
                <w:sz w:val="18"/>
              </w:rPr>
              <w:t>Afang soup</w:t>
            </w:r>
          </w:p>
        </w:tc>
        <w:tc>
          <w:tcPr>
            <w:tcW w:w="907" w:type="dxa"/>
            <w:vAlign w:val="center"/>
          </w:tcPr>
          <w:p w14:paraId="26818CB5" w14:textId="77777777" w:rsidR="00446222" w:rsidRDefault="00000000">
            <w:pPr>
              <w:spacing w:after="0" w:line="252" w:lineRule="auto"/>
              <w:jc w:val="center"/>
            </w:pPr>
            <w:r>
              <w:rPr>
                <w:sz w:val="18"/>
              </w:rPr>
              <w:t>87</w:t>
            </w:r>
          </w:p>
        </w:tc>
        <w:tc>
          <w:tcPr>
            <w:tcW w:w="2494" w:type="dxa"/>
            <w:vAlign w:val="center"/>
          </w:tcPr>
          <w:p w14:paraId="52FFD30B" w14:textId="3CBEDC0A" w:rsidR="00446222" w:rsidRDefault="00000000">
            <w:pPr>
              <w:spacing w:after="0" w:line="252" w:lineRule="auto"/>
              <w:jc w:val="center"/>
            </w:pPr>
            <w:r>
              <w:rPr>
                <w:sz w:val="18"/>
              </w:rPr>
              <w:t>1.00 (0.46</w:t>
            </w:r>
            <w:r w:rsidR="00BE3B67">
              <w:rPr>
                <w:sz w:val="18"/>
              </w:rPr>
              <w:t>-</w:t>
            </w:r>
            <w:r>
              <w:rPr>
                <w:sz w:val="18"/>
              </w:rPr>
              <w:t>3.00)</w:t>
            </w:r>
          </w:p>
        </w:tc>
        <w:tc>
          <w:tcPr>
            <w:tcW w:w="907" w:type="dxa"/>
            <w:vAlign w:val="center"/>
          </w:tcPr>
          <w:p w14:paraId="3B503E4A" w14:textId="77777777" w:rsidR="00446222" w:rsidRDefault="00000000">
            <w:pPr>
              <w:spacing w:after="0" w:line="252" w:lineRule="auto"/>
              <w:jc w:val="center"/>
            </w:pPr>
            <w:r>
              <w:rPr>
                <w:sz w:val="18"/>
              </w:rPr>
              <w:t>64</w:t>
            </w:r>
          </w:p>
        </w:tc>
        <w:tc>
          <w:tcPr>
            <w:tcW w:w="2494" w:type="dxa"/>
            <w:vAlign w:val="center"/>
          </w:tcPr>
          <w:p w14:paraId="107268F0" w14:textId="2B055B87" w:rsidR="00446222" w:rsidRDefault="00000000">
            <w:pPr>
              <w:spacing w:after="0" w:line="252" w:lineRule="auto"/>
              <w:jc w:val="center"/>
            </w:pPr>
            <w:r>
              <w:rPr>
                <w:sz w:val="18"/>
              </w:rPr>
              <w:t>2.75 (0.92</w:t>
            </w:r>
            <w:r w:rsidR="00BE3B67">
              <w:rPr>
                <w:sz w:val="18"/>
              </w:rPr>
              <w:t>-</w:t>
            </w:r>
            <w:r>
              <w:rPr>
                <w:sz w:val="18"/>
              </w:rPr>
              <w:t>3.75)</w:t>
            </w:r>
          </w:p>
        </w:tc>
      </w:tr>
      <w:tr w:rsidR="00446222" w14:paraId="1032B7BC" w14:textId="77777777">
        <w:trPr>
          <w:cantSplit/>
          <w:jc w:val="center"/>
        </w:trPr>
        <w:tc>
          <w:tcPr>
            <w:tcW w:w="2835" w:type="dxa"/>
            <w:vAlign w:val="center"/>
          </w:tcPr>
          <w:p w14:paraId="2FC53D3F" w14:textId="77777777" w:rsidR="00446222" w:rsidRDefault="00000000">
            <w:pPr>
              <w:spacing w:after="0" w:line="252" w:lineRule="auto"/>
            </w:pPr>
            <w:r>
              <w:rPr>
                <w:sz w:val="18"/>
              </w:rPr>
              <w:t>Moringa</w:t>
            </w:r>
          </w:p>
        </w:tc>
        <w:tc>
          <w:tcPr>
            <w:tcW w:w="907" w:type="dxa"/>
            <w:vAlign w:val="center"/>
          </w:tcPr>
          <w:p w14:paraId="3CCB6FE8" w14:textId="77777777" w:rsidR="00446222" w:rsidRDefault="00000000">
            <w:pPr>
              <w:spacing w:after="0" w:line="252" w:lineRule="auto"/>
              <w:jc w:val="center"/>
            </w:pPr>
            <w:r>
              <w:rPr>
                <w:sz w:val="18"/>
              </w:rPr>
              <w:t>87</w:t>
            </w:r>
          </w:p>
        </w:tc>
        <w:tc>
          <w:tcPr>
            <w:tcW w:w="2494" w:type="dxa"/>
            <w:vAlign w:val="center"/>
          </w:tcPr>
          <w:p w14:paraId="6390DED6" w14:textId="64FBB454" w:rsidR="00446222" w:rsidRDefault="00000000">
            <w:pPr>
              <w:spacing w:after="0" w:line="252" w:lineRule="auto"/>
              <w:jc w:val="center"/>
            </w:pPr>
            <w:r>
              <w:rPr>
                <w:sz w:val="18"/>
              </w:rPr>
              <w:t>0.06 (0.00</w:t>
            </w:r>
            <w:r w:rsidR="00BE3B67">
              <w:rPr>
                <w:sz w:val="18"/>
              </w:rPr>
              <w:t>-</w:t>
            </w:r>
            <w:r>
              <w:rPr>
                <w:sz w:val="18"/>
              </w:rPr>
              <w:t>0.69)</w:t>
            </w:r>
          </w:p>
        </w:tc>
        <w:tc>
          <w:tcPr>
            <w:tcW w:w="907" w:type="dxa"/>
            <w:vAlign w:val="center"/>
          </w:tcPr>
          <w:p w14:paraId="47C1A37D" w14:textId="77777777" w:rsidR="00446222" w:rsidRDefault="00000000">
            <w:pPr>
              <w:spacing w:after="0" w:line="252" w:lineRule="auto"/>
              <w:jc w:val="center"/>
            </w:pPr>
            <w:r>
              <w:rPr>
                <w:sz w:val="18"/>
              </w:rPr>
              <w:t>64</w:t>
            </w:r>
          </w:p>
        </w:tc>
        <w:tc>
          <w:tcPr>
            <w:tcW w:w="2494" w:type="dxa"/>
            <w:vAlign w:val="center"/>
          </w:tcPr>
          <w:p w14:paraId="6AA9D3E4" w14:textId="4D8997CE" w:rsidR="00446222" w:rsidRDefault="00000000">
            <w:pPr>
              <w:spacing w:after="0" w:line="252" w:lineRule="auto"/>
              <w:jc w:val="center"/>
            </w:pPr>
            <w:r>
              <w:rPr>
                <w:sz w:val="18"/>
              </w:rPr>
              <w:t>0.12 (0.00</w:t>
            </w:r>
            <w:r w:rsidR="00BE3B67">
              <w:rPr>
                <w:sz w:val="18"/>
              </w:rPr>
              <w:t>-</w:t>
            </w:r>
            <w:r>
              <w:rPr>
                <w:sz w:val="18"/>
              </w:rPr>
              <w:t>0.50)</w:t>
            </w:r>
          </w:p>
        </w:tc>
      </w:tr>
      <w:tr w:rsidR="00446222" w14:paraId="482494D0" w14:textId="77777777">
        <w:trPr>
          <w:cantSplit/>
          <w:jc w:val="center"/>
        </w:trPr>
        <w:tc>
          <w:tcPr>
            <w:tcW w:w="2835" w:type="dxa"/>
            <w:vAlign w:val="center"/>
          </w:tcPr>
          <w:p w14:paraId="04BF5BFA" w14:textId="77777777" w:rsidR="00446222" w:rsidRDefault="00000000">
            <w:pPr>
              <w:spacing w:after="0" w:line="252" w:lineRule="auto"/>
            </w:pPr>
            <w:r>
              <w:rPr>
                <w:sz w:val="18"/>
              </w:rPr>
              <w:t>Pumpkin leaves</w:t>
            </w:r>
          </w:p>
        </w:tc>
        <w:tc>
          <w:tcPr>
            <w:tcW w:w="907" w:type="dxa"/>
            <w:vAlign w:val="center"/>
          </w:tcPr>
          <w:p w14:paraId="3C382D88" w14:textId="77777777" w:rsidR="00446222" w:rsidRDefault="00000000">
            <w:pPr>
              <w:spacing w:after="0" w:line="252" w:lineRule="auto"/>
              <w:jc w:val="center"/>
            </w:pPr>
            <w:r>
              <w:rPr>
                <w:sz w:val="18"/>
              </w:rPr>
              <w:t>87</w:t>
            </w:r>
          </w:p>
        </w:tc>
        <w:tc>
          <w:tcPr>
            <w:tcW w:w="2494" w:type="dxa"/>
            <w:vAlign w:val="center"/>
          </w:tcPr>
          <w:p w14:paraId="52379E96" w14:textId="230B8210" w:rsidR="00446222" w:rsidRDefault="00000000">
            <w:pPr>
              <w:spacing w:after="0" w:line="252" w:lineRule="auto"/>
              <w:jc w:val="center"/>
            </w:pPr>
            <w:r>
              <w:rPr>
                <w:sz w:val="18"/>
              </w:rPr>
              <w:t>1.50 (0.46</w:t>
            </w:r>
            <w:r w:rsidR="00BE3B67">
              <w:rPr>
                <w:sz w:val="18"/>
              </w:rPr>
              <w:t>-</w:t>
            </w:r>
            <w:r>
              <w:rPr>
                <w:sz w:val="18"/>
              </w:rPr>
              <w:t>3.00)</w:t>
            </w:r>
          </w:p>
        </w:tc>
        <w:tc>
          <w:tcPr>
            <w:tcW w:w="907" w:type="dxa"/>
            <w:vAlign w:val="center"/>
          </w:tcPr>
          <w:p w14:paraId="3ACBB4B6" w14:textId="77777777" w:rsidR="00446222" w:rsidRDefault="00000000">
            <w:pPr>
              <w:spacing w:after="0" w:line="252" w:lineRule="auto"/>
              <w:jc w:val="center"/>
            </w:pPr>
            <w:r>
              <w:rPr>
                <w:sz w:val="18"/>
              </w:rPr>
              <w:t>64</w:t>
            </w:r>
          </w:p>
        </w:tc>
        <w:tc>
          <w:tcPr>
            <w:tcW w:w="2494" w:type="dxa"/>
            <w:vAlign w:val="center"/>
          </w:tcPr>
          <w:p w14:paraId="33E08A40" w14:textId="74246DF7" w:rsidR="00446222" w:rsidRDefault="00000000">
            <w:pPr>
              <w:spacing w:after="0" w:line="252" w:lineRule="auto"/>
              <w:jc w:val="center"/>
            </w:pPr>
            <w:r>
              <w:rPr>
                <w:sz w:val="18"/>
              </w:rPr>
              <w:t>1.50 (0.50</w:t>
            </w:r>
            <w:r w:rsidR="00BE3B67">
              <w:rPr>
                <w:sz w:val="18"/>
              </w:rPr>
              <w:t>-</w:t>
            </w:r>
            <w:r>
              <w:rPr>
                <w:sz w:val="18"/>
              </w:rPr>
              <w:t>3.38)</w:t>
            </w:r>
          </w:p>
        </w:tc>
      </w:tr>
      <w:tr w:rsidR="00446222" w14:paraId="3CB8591F" w14:textId="77777777">
        <w:trPr>
          <w:cantSplit/>
          <w:jc w:val="center"/>
        </w:trPr>
        <w:tc>
          <w:tcPr>
            <w:tcW w:w="2835" w:type="dxa"/>
            <w:vAlign w:val="center"/>
          </w:tcPr>
          <w:p w14:paraId="3E6DC80E" w14:textId="77777777" w:rsidR="00446222" w:rsidRDefault="00000000">
            <w:pPr>
              <w:spacing w:after="0" w:line="252" w:lineRule="auto"/>
            </w:pPr>
            <w:r>
              <w:rPr>
                <w:sz w:val="18"/>
              </w:rPr>
              <w:lastRenderedPageBreak/>
              <w:t>Waterleaf</w:t>
            </w:r>
          </w:p>
        </w:tc>
        <w:tc>
          <w:tcPr>
            <w:tcW w:w="907" w:type="dxa"/>
            <w:vAlign w:val="center"/>
          </w:tcPr>
          <w:p w14:paraId="14A0886C" w14:textId="77777777" w:rsidR="00446222" w:rsidRDefault="00000000">
            <w:pPr>
              <w:spacing w:after="0" w:line="252" w:lineRule="auto"/>
              <w:jc w:val="center"/>
            </w:pPr>
            <w:r>
              <w:rPr>
                <w:sz w:val="18"/>
              </w:rPr>
              <w:t>87</w:t>
            </w:r>
          </w:p>
        </w:tc>
        <w:tc>
          <w:tcPr>
            <w:tcW w:w="2494" w:type="dxa"/>
            <w:vAlign w:val="center"/>
          </w:tcPr>
          <w:p w14:paraId="6D9E47B6" w14:textId="35F8BF8F" w:rsidR="00446222" w:rsidRDefault="00000000">
            <w:pPr>
              <w:spacing w:after="0" w:line="252" w:lineRule="auto"/>
              <w:jc w:val="center"/>
            </w:pPr>
            <w:r>
              <w:rPr>
                <w:sz w:val="18"/>
              </w:rPr>
              <w:t>1.50 (0.46</w:t>
            </w:r>
            <w:r w:rsidR="00BE3B67">
              <w:rPr>
                <w:sz w:val="18"/>
              </w:rPr>
              <w:t>-</w:t>
            </w:r>
            <w:r>
              <w:rPr>
                <w:sz w:val="18"/>
              </w:rPr>
              <w:t>3.00)</w:t>
            </w:r>
          </w:p>
        </w:tc>
        <w:tc>
          <w:tcPr>
            <w:tcW w:w="907" w:type="dxa"/>
            <w:vAlign w:val="center"/>
          </w:tcPr>
          <w:p w14:paraId="6C31FEF6" w14:textId="77777777" w:rsidR="00446222" w:rsidRDefault="00000000">
            <w:pPr>
              <w:spacing w:after="0" w:line="252" w:lineRule="auto"/>
              <w:jc w:val="center"/>
            </w:pPr>
            <w:r>
              <w:rPr>
                <w:sz w:val="18"/>
              </w:rPr>
              <w:t>64</w:t>
            </w:r>
          </w:p>
        </w:tc>
        <w:tc>
          <w:tcPr>
            <w:tcW w:w="2494" w:type="dxa"/>
            <w:vAlign w:val="center"/>
          </w:tcPr>
          <w:p w14:paraId="550F0825" w14:textId="5EDD8B12" w:rsidR="00446222" w:rsidRDefault="00000000">
            <w:pPr>
              <w:spacing w:after="0" w:line="252" w:lineRule="auto"/>
              <w:jc w:val="center"/>
            </w:pPr>
            <w:r>
              <w:rPr>
                <w:sz w:val="18"/>
              </w:rPr>
              <w:t>1.50 (0.50</w:t>
            </w:r>
            <w:r w:rsidR="00BE3B67">
              <w:rPr>
                <w:sz w:val="18"/>
              </w:rPr>
              <w:t>-</w:t>
            </w:r>
            <w:r>
              <w:rPr>
                <w:sz w:val="18"/>
              </w:rPr>
              <w:t>3.00)</w:t>
            </w:r>
          </w:p>
        </w:tc>
      </w:tr>
      <w:tr w:rsidR="00446222" w14:paraId="55D3ACAE" w14:textId="77777777">
        <w:trPr>
          <w:cantSplit/>
          <w:jc w:val="center"/>
        </w:trPr>
        <w:tc>
          <w:tcPr>
            <w:tcW w:w="2835" w:type="dxa"/>
            <w:vAlign w:val="center"/>
          </w:tcPr>
          <w:p w14:paraId="073FC066" w14:textId="77777777" w:rsidR="00446222" w:rsidRDefault="00000000">
            <w:pPr>
              <w:spacing w:after="0" w:line="252" w:lineRule="auto"/>
            </w:pPr>
            <w:r>
              <w:rPr>
                <w:sz w:val="18"/>
              </w:rPr>
              <w:t>Okra</w:t>
            </w:r>
          </w:p>
        </w:tc>
        <w:tc>
          <w:tcPr>
            <w:tcW w:w="907" w:type="dxa"/>
            <w:vAlign w:val="center"/>
          </w:tcPr>
          <w:p w14:paraId="33C4BD22" w14:textId="77777777" w:rsidR="00446222" w:rsidRDefault="00000000">
            <w:pPr>
              <w:spacing w:after="0" w:line="252" w:lineRule="auto"/>
              <w:jc w:val="center"/>
            </w:pPr>
            <w:r>
              <w:rPr>
                <w:sz w:val="18"/>
              </w:rPr>
              <w:t>87</w:t>
            </w:r>
          </w:p>
        </w:tc>
        <w:tc>
          <w:tcPr>
            <w:tcW w:w="2494" w:type="dxa"/>
            <w:vAlign w:val="center"/>
          </w:tcPr>
          <w:p w14:paraId="1D987E0C" w14:textId="79E3C580" w:rsidR="00446222" w:rsidRDefault="00000000">
            <w:pPr>
              <w:spacing w:after="0" w:line="252" w:lineRule="auto"/>
              <w:jc w:val="center"/>
            </w:pPr>
            <w:r>
              <w:rPr>
                <w:sz w:val="18"/>
              </w:rPr>
              <w:t>1.00 (0.46</w:t>
            </w:r>
            <w:r w:rsidR="00BE3B67">
              <w:rPr>
                <w:sz w:val="18"/>
              </w:rPr>
              <w:t>-</w:t>
            </w:r>
            <w:r>
              <w:rPr>
                <w:sz w:val="18"/>
              </w:rPr>
              <w:t>3.00)</w:t>
            </w:r>
          </w:p>
        </w:tc>
        <w:tc>
          <w:tcPr>
            <w:tcW w:w="907" w:type="dxa"/>
            <w:vAlign w:val="center"/>
          </w:tcPr>
          <w:p w14:paraId="7E284AC7" w14:textId="77777777" w:rsidR="00446222" w:rsidRDefault="00000000">
            <w:pPr>
              <w:spacing w:after="0" w:line="252" w:lineRule="auto"/>
              <w:jc w:val="center"/>
            </w:pPr>
            <w:r>
              <w:rPr>
                <w:sz w:val="18"/>
              </w:rPr>
              <w:t>64</w:t>
            </w:r>
          </w:p>
        </w:tc>
        <w:tc>
          <w:tcPr>
            <w:tcW w:w="2494" w:type="dxa"/>
            <w:vAlign w:val="center"/>
          </w:tcPr>
          <w:p w14:paraId="6AC9ABE0" w14:textId="5C3FF0DE" w:rsidR="00446222" w:rsidRDefault="00000000">
            <w:pPr>
              <w:spacing w:after="0" w:line="252" w:lineRule="auto"/>
              <w:jc w:val="center"/>
            </w:pPr>
            <w:r>
              <w:rPr>
                <w:sz w:val="18"/>
              </w:rPr>
              <w:t>1.50 (0.50</w:t>
            </w:r>
            <w:r w:rsidR="00BE3B67">
              <w:rPr>
                <w:sz w:val="18"/>
              </w:rPr>
              <w:t>-</w:t>
            </w:r>
            <w:r>
              <w:rPr>
                <w:sz w:val="18"/>
              </w:rPr>
              <w:t>3.12)</w:t>
            </w:r>
          </w:p>
        </w:tc>
      </w:tr>
      <w:tr w:rsidR="00446222" w14:paraId="020AC194" w14:textId="77777777">
        <w:trPr>
          <w:cantSplit/>
          <w:jc w:val="center"/>
        </w:trPr>
        <w:tc>
          <w:tcPr>
            <w:tcW w:w="2835" w:type="dxa"/>
            <w:vAlign w:val="center"/>
          </w:tcPr>
          <w:p w14:paraId="3494763D" w14:textId="77777777" w:rsidR="00446222" w:rsidRDefault="00000000">
            <w:pPr>
              <w:spacing w:after="0" w:line="252" w:lineRule="auto"/>
            </w:pPr>
            <w:r>
              <w:rPr>
                <w:sz w:val="18"/>
              </w:rPr>
              <w:t>Egusi soup</w:t>
            </w:r>
          </w:p>
        </w:tc>
        <w:tc>
          <w:tcPr>
            <w:tcW w:w="907" w:type="dxa"/>
            <w:vAlign w:val="center"/>
          </w:tcPr>
          <w:p w14:paraId="3E88D2A2" w14:textId="77777777" w:rsidR="00446222" w:rsidRDefault="00000000">
            <w:pPr>
              <w:spacing w:after="0" w:line="252" w:lineRule="auto"/>
              <w:jc w:val="center"/>
            </w:pPr>
            <w:r>
              <w:rPr>
                <w:sz w:val="18"/>
              </w:rPr>
              <w:t>87</w:t>
            </w:r>
          </w:p>
        </w:tc>
        <w:tc>
          <w:tcPr>
            <w:tcW w:w="2494" w:type="dxa"/>
            <w:vAlign w:val="center"/>
          </w:tcPr>
          <w:p w14:paraId="22056DD7" w14:textId="494856E4" w:rsidR="00446222" w:rsidRDefault="00000000">
            <w:pPr>
              <w:spacing w:after="0" w:line="252" w:lineRule="auto"/>
              <w:jc w:val="center"/>
            </w:pPr>
            <w:r>
              <w:rPr>
                <w:sz w:val="18"/>
              </w:rPr>
              <w:t>1.00 (0.23</w:t>
            </w:r>
            <w:r w:rsidR="00BE3B67">
              <w:rPr>
                <w:sz w:val="18"/>
              </w:rPr>
              <w:t>-</w:t>
            </w:r>
            <w:r>
              <w:rPr>
                <w:sz w:val="18"/>
              </w:rPr>
              <w:t>3.00)</w:t>
            </w:r>
          </w:p>
        </w:tc>
        <w:tc>
          <w:tcPr>
            <w:tcW w:w="907" w:type="dxa"/>
            <w:vAlign w:val="center"/>
          </w:tcPr>
          <w:p w14:paraId="4553948A" w14:textId="77777777" w:rsidR="00446222" w:rsidRDefault="00000000">
            <w:pPr>
              <w:spacing w:after="0" w:line="252" w:lineRule="auto"/>
              <w:jc w:val="center"/>
            </w:pPr>
            <w:r>
              <w:rPr>
                <w:sz w:val="18"/>
              </w:rPr>
              <w:t>64</w:t>
            </w:r>
          </w:p>
        </w:tc>
        <w:tc>
          <w:tcPr>
            <w:tcW w:w="2494" w:type="dxa"/>
            <w:vAlign w:val="center"/>
          </w:tcPr>
          <w:p w14:paraId="32765E41" w14:textId="3F193BA2" w:rsidR="00446222" w:rsidRDefault="00000000">
            <w:pPr>
              <w:spacing w:after="0" w:line="252" w:lineRule="auto"/>
              <w:jc w:val="center"/>
            </w:pPr>
            <w:r>
              <w:rPr>
                <w:sz w:val="18"/>
              </w:rPr>
              <w:t>1.50 (0.50</w:t>
            </w:r>
            <w:r w:rsidR="00BE3B67">
              <w:rPr>
                <w:sz w:val="18"/>
              </w:rPr>
              <w:t>-</w:t>
            </w:r>
            <w:r>
              <w:rPr>
                <w:sz w:val="18"/>
              </w:rPr>
              <w:t>3.38)</w:t>
            </w:r>
          </w:p>
        </w:tc>
      </w:tr>
      <w:tr w:rsidR="00446222" w14:paraId="58BEEF1D" w14:textId="77777777">
        <w:trPr>
          <w:cantSplit/>
          <w:jc w:val="center"/>
        </w:trPr>
        <w:tc>
          <w:tcPr>
            <w:tcW w:w="2835" w:type="dxa"/>
            <w:vAlign w:val="center"/>
          </w:tcPr>
          <w:p w14:paraId="71B0F5B2" w14:textId="77777777" w:rsidR="00446222" w:rsidRDefault="00000000">
            <w:pPr>
              <w:spacing w:after="0" w:line="252" w:lineRule="auto"/>
            </w:pPr>
            <w:r>
              <w:rPr>
                <w:sz w:val="18"/>
              </w:rPr>
              <w:t>Fish</w:t>
            </w:r>
          </w:p>
        </w:tc>
        <w:tc>
          <w:tcPr>
            <w:tcW w:w="907" w:type="dxa"/>
            <w:vAlign w:val="center"/>
          </w:tcPr>
          <w:p w14:paraId="2CCEB0F1" w14:textId="77777777" w:rsidR="00446222" w:rsidRDefault="00000000">
            <w:pPr>
              <w:spacing w:after="0" w:line="252" w:lineRule="auto"/>
              <w:jc w:val="center"/>
            </w:pPr>
            <w:r>
              <w:rPr>
                <w:sz w:val="18"/>
              </w:rPr>
              <w:t>87</w:t>
            </w:r>
          </w:p>
        </w:tc>
        <w:tc>
          <w:tcPr>
            <w:tcW w:w="2494" w:type="dxa"/>
            <w:vAlign w:val="center"/>
          </w:tcPr>
          <w:p w14:paraId="1066E0F3" w14:textId="3C925E42" w:rsidR="00446222" w:rsidRDefault="00000000">
            <w:pPr>
              <w:spacing w:after="0" w:line="252" w:lineRule="auto"/>
              <w:jc w:val="center"/>
            </w:pPr>
            <w:r>
              <w:rPr>
                <w:sz w:val="18"/>
              </w:rPr>
              <w:t>2.75 (0.69</w:t>
            </w:r>
            <w:r w:rsidR="00BE3B67">
              <w:rPr>
                <w:sz w:val="18"/>
              </w:rPr>
              <w:t>-</w:t>
            </w:r>
            <w:r>
              <w:rPr>
                <w:sz w:val="18"/>
              </w:rPr>
              <w:t>5.50)</w:t>
            </w:r>
          </w:p>
        </w:tc>
        <w:tc>
          <w:tcPr>
            <w:tcW w:w="907" w:type="dxa"/>
            <w:vAlign w:val="center"/>
          </w:tcPr>
          <w:p w14:paraId="55D0841F" w14:textId="77777777" w:rsidR="00446222" w:rsidRDefault="00000000">
            <w:pPr>
              <w:spacing w:after="0" w:line="252" w:lineRule="auto"/>
              <w:jc w:val="center"/>
            </w:pPr>
            <w:r>
              <w:rPr>
                <w:sz w:val="18"/>
              </w:rPr>
              <w:t>64</w:t>
            </w:r>
          </w:p>
        </w:tc>
        <w:tc>
          <w:tcPr>
            <w:tcW w:w="2494" w:type="dxa"/>
            <w:vAlign w:val="center"/>
          </w:tcPr>
          <w:p w14:paraId="3B697BCB" w14:textId="4FF56AA1" w:rsidR="00446222" w:rsidRDefault="00000000">
            <w:pPr>
              <w:spacing w:after="0" w:line="252" w:lineRule="auto"/>
              <w:jc w:val="center"/>
            </w:pPr>
            <w:r>
              <w:rPr>
                <w:sz w:val="18"/>
              </w:rPr>
              <w:t>1.50 (1.00</w:t>
            </w:r>
            <w:r w:rsidR="00BE3B67">
              <w:rPr>
                <w:sz w:val="18"/>
              </w:rPr>
              <w:t>-</w:t>
            </w:r>
            <w:r>
              <w:rPr>
                <w:sz w:val="18"/>
              </w:rPr>
              <w:t>3.00)</w:t>
            </w:r>
          </w:p>
        </w:tc>
      </w:tr>
      <w:tr w:rsidR="00446222" w14:paraId="6C7F4974" w14:textId="77777777">
        <w:trPr>
          <w:cantSplit/>
          <w:jc w:val="center"/>
        </w:trPr>
        <w:tc>
          <w:tcPr>
            <w:tcW w:w="2835" w:type="dxa"/>
            <w:vAlign w:val="center"/>
          </w:tcPr>
          <w:p w14:paraId="2FE8199B" w14:textId="77777777" w:rsidR="00446222" w:rsidRDefault="00000000">
            <w:pPr>
              <w:spacing w:after="0" w:line="252" w:lineRule="auto"/>
            </w:pPr>
            <w:r>
              <w:rPr>
                <w:sz w:val="18"/>
              </w:rPr>
              <w:t>Shrimp / crayfish</w:t>
            </w:r>
          </w:p>
        </w:tc>
        <w:tc>
          <w:tcPr>
            <w:tcW w:w="907" w:type="dxa"/>
            <w:vAlign w:val="center"/>
          </w:tcPr>
          <w:p w14:paraId="762B22A0" w14:textId="77777777" w:rsidR="00446222" w:rsidRDefault="00000000">
            <w:pPr>
              <w:spacing w:after="0" w:line="252" w:lineRule="auto"/>
              <w:jc w:val="center"/>
            </w:pPr>
            <w:r>
              <w:rPr>
                <w:sz w:val="18"/>
              </w:rPr>
              <w:t>87</w:t>
            </w:r>
          </w:p>
        </w:tc>
        <w:tc>
          <w:tcPr>
            <w:tcW w:w="2494" w:type="dxa"/>
            <w:vAlign w:val="center"/>
          </w:tcPr>
          <w:p w14:paraId="6FDC53BA" w14:textId="1AC1E4D3" w:rsidR="00446222" w:rsidRDefault="00000000">
            <w:pPr>
              <w:spacing w:after="0" w:line="252" w:lineRule="auto"/>
              <w:jc w:val="center"/>
            </w:pPr>
            <w:r>
              <w:rPr>
                <w:sz w:val="18"/>
              </w:rPr>
              <w:t>1.50 (0.69</w:t>
            </w:r>
            <w:r w:rsidR="00BE3B67">
              <w:rPr>
                <w:sz w:val="18"/>
              </w:rPr>
              <w:t>-</w:t>
            </w:r>
            <w:r>
              <w:rPr>
                <w:sz w:val="18"/>
              </w:rPr>
              <w:t>4.50)</w:t>
            </w:r>
          </w:p>
        </w:tc>
        <w:tc>
          <w:tcPr>
            <w:tcW w:w="907" w:type="dxa"/>
            <w:vAlign w:val="center"/>
          </w:tcPr>
          <w:p w14:paraId="7284ED4B" w14:textId="77777777" w:rsidR="00446222" w:rsidRDefault="00000000">
            <w:pPr>
              <w:spacing w:after="0" w:line="252" w:lineRule="auto"/>
              <w:jc w:val="center"/>
            </w:pPr>
            <w:r>
              <w:rPr>
                <w:sz w:val="18"/>
              </w:rPr>
              <w:t>64</w:t>
            </w:r>
          </w:p>
        </w:tc>
        <w:tc>
          <w:tcPr>
            <w:tcW w:w="2494" w:type="dxa"/>
            <w:vAlign w:val="center"/>
          </w:tcPr>
          <w:p w14:paraId="709057A5" w14:textId="16FD77F3" w:rsidR="00446222" w:rsidRDefault="00000000">
            <w:pPr>
              <w:spacing w:after="0" w:line="252" w:lineRule="auto"/>
              <w:jc w:val="center"/>
            </w:pPr>
            <w:r>
              <w:rPr>
                <w:sz w:val="18"/>
              </w:rPr>
              <w:t>1.50 (0.50</w:t>
            </w:r>
            <w:r w:rsidR="00BE3B67">
              <w:rPr>
                <w:sz w:val="18"/>
              </w:rPr>
              <w:t>-</w:t>
            </w:r>
            <w:r>
              <w:rPr>
                <w:sz w:val="18"/>
              </w:rPr>
              <w:t>3.00)</w:t>
            </w:r>
          </w:p>
        </w:tc>
      </w:tr>
      <w:tr w:rsidR="00446222" w14:paraId="400B6B0A" w14:textId="77777777">
        <w:trPr>
          <w:cantSplit/>
          <w:jc w:val="center"/>
        </w:trPr>
        <w:tc>
          <w:tcPr>
            <w:tcW w:w="2835" w:type="dxa"/>
            <w:vAlign w:val="center"/>
          </w:tcPr>
          <w:p w14:paraId="6A31D25C" w14:textId="77777777" w:rsidR="00446222" w:rsidRDefault="00000000">
            <w:pPr>
              <w:spacing w:after="0" w:line="252" w:lineRule="auto"/>
            </w:pPr>
            <w:r>
              <w:rPr>
                <w:sz w:val="18"/>
              </w:rPr>
              <w:t>Periwinkle</w:t>
            </w:r>
          </w:p>
        </w:tc>
        <w:tc>
          <w:tcPr>
            <w:tcW w:w="907" w:type="dxa"/>
            <w:vAlign w:val="center"/>
          </w:tcPr>
          <w:p w14:paraId="146010EE" w14:textId="77777777" w:rsidR="00446222" w:rsidRDefault="00000000">
            <w:pPr>
              <w:spacing w:after="0" w:line="252" w:lineRule="auto"/>
              <w:jc w:val="center"/>
            </w:pPr>
            <w:r>
              <w:rPr>
                <w:sz w:val="18"/>
              </w:rPr>
              <w:t>87</w:t>
            </w:r>
          </w:p>
        </w:tc>
        <w:tc>
          <w:tcPr>
            <w:tcW w:w="2494" w:type="dxa"/>
            <w:vAlign w:val="center"/>
          </w:tcPr>
          <w:p w14:paraId="44763774" w14:textId="03DDC259" w:rsidR="00446222" w:rsidRDefault="00000000">
            <w:pPr>
              <w:spacing w:after="0" w:line="252" w:lineRule="auto"/>
              <w:jc w:val="center"/>
            </w:pPr>
            <w:r>
              <w:rPr>
                <w:sz w:val="18"/>
              </w:rPr>
              <w:t>2.75 (0.69</w:t>
            </w:r>
            <w:r w:rsidR="00BE3B67">
              <w:rPr>
                <w:sz w:val="18"/>
              </w:rPr>
              <w:t>-</w:t>
            </w:r>
            <w:r>
              <w:rPr>
                <w:sz w:val="18"/>
              </w:rPr>
              <w:t>5.00)</w:t>
            </w:r>
          </w:p>
        </w:tc>
        <w:tc>
          <w:tcPr>
            <w:tcW w:w="907" w:type="dxa"/>
            <w:vAlign w:val="center"/>
          </w:tcPr>
          <w:p w14:paraId="063A3170" w14:textId="77777777" w:rsidR="00446222" w:rsidRDefault="00000000">
            <w:pPr>
              <w:spacing w:after="0" w:line="252" w:lineRule="auto"/>
              <w:jc w:val="center"/>
            </w:pPr>
            <w:r>
              <w:rPr>
                <w:sz w:val="18"/>
              </w:rPr>
              <w:t>64</w:t>
            </w:r>
          </w:p>
        </w:tc>
        <w:tc>
          <w:tcPr>
            <w:tcW w:w="2494" w:type="dxa"/>
            <w:vAlign w:val="center"/>
          </w:tcPr>
          <w:p w14:paraId="0187566E" w14:textId="53583A66" w:rsidR="00446222" w:rsidRDefault="00000000">
            <w:pPr>
              <w:spacing w:after="0" w:line="252" w:lineRule="auto"/>
              <w:jc w:val="center"/>
            </w:pPr>
            <w:r>
              <w:rPr>
                <w:sz w:val="18"/>
              </w:rPr>
              <w:t>1.50 (0.50</w:t>
            </w:r>
            <w:r w:rsidR="00BE3B67">
              <w:rPr>
                <w:sz w:val="18"/>
              </w:rPr>
              <w:t>-</w:t>
            </w:r>
            <w:r>
              <w:rPr>
                <w:sz w:val="18"/>
              </w:rPr>
              <w:t>2.75)</w:t>
            </w:r>
          </w:p>
        </w:tc>
      </w:tr>
      <w:tr w:rsidR="00446222" w14:paraId="64946AC5" w14:textId="77777777">
        <w:trPr>
          <w:cantSplit/>
          <w:jc w:val="center"/>
        </w:trPr>
        <w:tc>
          <w:tcPr>
            <w:tcW w:w="2835" w:type="dxa"/>
            <w:vAlign w:val="center"/>
          </w:tcPr>
          <w:p w14:paraId="11163781" w14:textId="77777777" w:rsidR="00446222" w:rsidRDefault="00000000">
            <w:pPr>
              <w:spacing w:after="0" w:line="252" w:lineRule="auto"/>
            </w:pPr>
            <w:r>
              <w:rPr>
                <w:sz w:val="18"/>
              </w:rPr>
              <w:t>Crab</w:t>
            </w:r>
          </w:p>
        </w:tc>
        <w:tc>
          <w:tcPr>
            <w:tcW w:w="907" w:type="dxa"/>
            <w:vAlign w:val="center"/>
          </w:tcPr>
          <w:p w14:paraId="1C5BF8C7" w14:textId="77777777" w:rsidR="00446222" w:rsidRDefault="00000000">
            <w:pPr>
              <w:spacing w:after="0" w:line="252" w:lineRule="auto"/>
              <w:jc w:val="center"/>
            </w:pPr>
            <w:r>
              <w:rPr>
                <w:sz w:val="18"/>
              </w:rPr>
              <w:t>87</w:t>
            </w:r>
          </w:p>
        </w:tc>
        <w:tc>
          <w:tcPr>
            <w:tcW w:w="2494" w:type="dxa"/>
            <w:vAlign w:val="center"/>
          </w:tcPr>
          <w:p w14:paraId="0F63A484" w14:textId="1886010A" w:rsidR="00446222" w:rsidRDefault="00000000">
            <w:pPr>
              <w:spacing w:after="0" w:line="252" w:lineRule="auto"/>
              <w:jc w:val="center"/>
            </w:pPr>
            <w:r>
              <w:rPr>
                <w:sz w:val="18"/>
              </w:rPr>
              <w:t>0.46 (0.06</w:t>
            </w:r>
            <w:r w:rsidR="00BE3B67">
              <w:rPr>
                <w:sz w:val="18"/>
              </w:rPr>
              <w:t>-</w:t>
            </w:r>
            <w:r>
              <w:rPr>
                <w:sz w:val="18"/>
              </w:rPr>
              <w:t>2.75)</w:t>
            </w:r>
          </w:p>
        </w:tc>
        <w:tc>
          <w:tcPr>
            <w:tcW w:w="907" w:type="dxa"/>
            <w:vAlign w:val="center"/>
          </w:tcPr>
          <w:p w14:paraId="7CAB1498" w14:textId="77777777" w:rsidR="00446222" w:rsidRDefault="00000000">
            <w:pPr>
              <w:spacing w:after="0" w:line="252" w:lineRule="auto"/>
              <w:jc w:val="center"/>
            </w:pPr>
            <w:r>
              <w:rPr>
                <w:sz w:val="18"/>
              </w:rPr>
              <w:t>64</w:t>
            </w:r>
          </w:p>
        </w:tc>
        <w:tc>
          <w:tcPr>
            <w:tcW w:w="2494" w:type="dxa"/>
            <w:vAlign w:val="center"/>
          </w:tcPr>
          <w:p w14:paraId="4A4217B6" w14:textId="2169741C" w:rsidR="00446222" w:rsidRDefault="00000000">
            <w:pPr>
              <w:spacing w:after="0" w:line="252" w:lineRule="auto"/>
              <w:jc w:val="center"/>
            </w:pPr>
            <w:r>
              <w:rPr>
                <w:sz w:val="18"/>
              </w:rPr>
              <w:t>1.00 (0.23</w:t>
            </w:r>
            <w:r w:rsidR="00BE3B67">
              <w:rPr>
                <w:sz w:val="18"/>
              </w:rPr>
              <w:t>-</w:t>
            </w:r>
            <w:r>
              <w:rPr>
                <w:sz w:val="18"/>
              </w:rPr>
              <w:t>2.75)</w:t>
            </w:r>
          </w:p>
        </w:tc>
      </w:tr>
      <w:tr w:rsidR="00446222" w14:paraId="6600F8CE" w14:textId="77777777">
        <w:trPr>
          <w:cantSplit/>
          <w:jc w:val="center"/>
        </w:trPr>
        <w:tc>
          <w:tcPr>
            <w:tcW w:w="2835" w:type="dxa"/>
            <w:vAlign w:val="center"/>
          </w:tcPr>
          <w:p w14:paraId="2CD0F69D" w14:textId="77777777" w:rsidR="00446222" w:rsidRDefault="00000000">
            <w:pPr>
              <w:spacing w:after="0" w:line="252" w:lineRule="auto"/>
            </w:pPr>
            <w:r>
              <w:rPr>
                <w:sz w:val="18"/>
              </w:rPr>
              <w:t>Mango</w:t>
            </w:r>
          </w:p>
        </w:tc>
        <w:tc>
          <w:tcPr>
            <w:tcW w:w="907" w:type="dxa"/>
            <w:vAlign w:val="center"/>
          </w:tcPr>
          <w:p w14:paraId="67919FDA" w14:textId="77777777" w:rsidR="00446222" w:rsidRDefault="00000000">
            <w:pPr>
              <w:spacing w:after="0" w:line="252" w:lineRule="auto"/>
              <w:jc w:val="center"/>
            </w:pPr>
            <w:r>
              <w:rPr>
                <w:sz w:val="18"/>
              </w:rPr>
              <w:t>86</w:t>
            </w:r>
          </w:p>
        </w:tc>
        <w:tc>
          <w:tcPr>
            <w:tcW w:w="2494" w:type="dxa"/>
            <w:vAlign w:val="center"/>
          </w:tcPr>
          <w:p w14:paraId="58AE5E96" w14:textId="23B1C87E" w:rsidR="00446222" w:rsidRDefault="00000000">
            <w:pPr>
              <w:spacing w:after="0" w:line="252" w:lineRule="auto"/>
              <w:jc w:val="center"/>
            </w:pPr>
            <w:r>
              <w:rPr>
                <w:sz w:val="18"/>
              </w:rPr>
              <w:t>0.50 (0.12</w:t>
            </w:r>
            <w:r w:rsidR="00BE3B67">
              <w:rPr>
                <w:sz w:val="18"/>
              </w:rPr>
              <w:t>-</w:t>
            </w:r>
            <w:r>
              <w:rPr>
                <w:sz w:val="18"/>
              </w:rPr>
              <w:t>2.94)</w:t>
            </w:r>
          </w:p>
        </w:tc>
        <w:tc>
          <w:tcPr>
            <w:tcW w:w="907" w:type="dxa"/>
            <w:vAlign w:val="center"/>
          </w:tcPr>
          <w:p w14:paraId="346F8C04" w14:textId="77777777" w:rsidR="00446222" w:rsidRDefault="00000000">
            <w:pPr>
              <w:spacing w:after="0" w:line="252" w:lineRule="auto"/>
              <w:jc w:val="center"/>
            </w:pPr>
            <w:r>
              <w:rPr>
                <w:sz w:val="18"/>
              </w:rPr>
              <w:t>64</w:t>
            </w:r>
          </w:p>
        </w:tc>
        <w:tc>
          <w:tcPr>
            <w:tcW w:w="2494" w:type="dxa"/>
            <w:vAlign w:val="center"/>
          </w:tcPr>
          <w:p w14:paraId="365B4208" w14:textId="02990186" w:rsidR="00446222" w:rsidRDefault="00000000">
            <w:pPr>
              <w:spacing w:after="0" w:line="252" w:lineRule="auto"/>
              <w:jc w:val="center"/>
            </w:pPr>
            <w:r>
              <w:rPr>
                <w:sz w:val="18"/>
              </w:rPr>
              <w:t>0.85 (0.23</w:t>
            </w:r>
            <w:r w:rsidR="00BE3B67">
              <w:rPr>
                <w:sz w:val="18"/>
              </w:rPr>
              <w:t>-</w:t>
            </w:r>
            <w:r>
              <w:rPr>
                <w:sz w:val="18"/>
              </w:rPr>
              <w:t>3.00)</w:t>
            </w:r>
          </w:p>
        </w:tc>
      </w:tr>
      <w:tr w:rsidR="00446222" w14:paraId="3F8F442B" w14:textId="77777777">
        <w:trPr>
          <w:cantSplit/>
          <w:jc w:val="center"/>
        </w:trPr>
        <w:tc>
          <w:tcPr>
            <w:tcW w:w="2835" w:type="dxa"/>
            <w:vAlign w:val="center"/>
          </w:tcPr>
          <w:p w14:paraId="4E55F71D" w14:textId="77777777" w:rsidR="00446222" w:rsidRDefault="00000000">
            <w:pPr>
              <w:spacing w:after="0" w:line="252" w:lineRule="auto"/>
            </w:pPr>
            <w:r>
              <w:rPr>
                <w:sz w:val="18"/>
              </w:rPr>
              <w:t>Guava</w:t>
            </w:r>
          </w:p>
        </w:tc>
        <w:tc>
          <w:tcPr>
            <w:tcW w:w="907" w:type="dxa"/>
            <w:vAlign w:val="center"/>
          </w:tcPr>
          <w:p w14:paraId="52F5EC2D" w14:textId="77777777" w:rsidR="00446222" w:rsidRDefault="00000000">
            <w:pPr>
              <w:spacing w:after="0" w:line="252" w:lineRule="auto"/>
              <w:jc w:val="center"/>
            </w:pPr>
            <w:r>
              <w:rPr>
                <w:sz w:val="18"/>
              </w:rPr>
              <w:t>87</w:t>
            </w:r>
          </w:p>
        </w:tc>
        <w:tc>
          <w:tcPr>
            <w:tcW w:w="2494" w:type="dxa"/>
            <w:vAlign w:val="center"/>
          </w:tcPr>
          <w:p w14:paraId="3F724F9E" w14:textId="6C379B37" w:rsidR="00446222" w:rsidRDefault="00000000">
            <w:pPr>
              <w:spacing w:after="0" w:line="252" w:lineRule="auto"/>
              <w:jc w:val="center"/>
            </w:pPr>
            <w:r>
              <w:rPr>
                <w:sz w:val="18"/>
              </w:rPr>
              <w:t>0.50 (0.12</w:t>
            </w:r>
            <w:r w:rsidR="00BE3B67">
              <w:rPr>
                <w:sz w:val="18"/>
              </w:rPr>
              <w:t>-</w:t>
            </w:r>
            <w:r>
              <w:rPr>
                <w:sz w:val="18"/>
              </w:rPr>
              <w:t>1.50)</w:t>
            </w:r>
          </w:p>
        </w:tc>
        <w:tc>
          <w:tcPr>
            <w:tcW w:w="907" w:type="dxa"/>
            <w:vAlign w:val="center"/>
          </w:tcPr>
          <w:p w14:paraId="1F652F00" w14:textId="77777777" w:rsidR="00446222" w:rsidRDefault="00000000">
            <w:pPr>
              <w:spacing w:after="0" w:line="252" w:lineRule="auto"/>
              <w:jc w:val="center"/>
            </w:pPr>
            <w:r>
              <w:rPr>
                <w:sz w:val="18"/>
              </w:rPr>
              <w:t>64</w:t>
            </w:r>
          </w:p>
        </w:tc>
        <w:tc>
          <w:tcPr>
            <w:tcW w:w="2494" w:type="dxa"/>
            <w:vAlign w:val="center"/>
          </w:tcPr>
          <w:p w14:paraId="07C8DB3C" w14:textId="1C570B24" w:rsidR="00446222" w:rsidRDefault="00000000">
            <w:pPr>
              <w:spacing w:after="0" w:line="252" w:lineRule="auto"/>
              <w:jc w:val="center"/>
            </w:pPr>
            <w:r>
              <w:rPr>
                <w:sz w:val="18"/>
              </w:rPr>
              <w:t>1.00 (0.23</w:t>
            </w:r>
            <w:r w:rsidR="00BE3B67">
              <w:rPr>
                <w:sz w:val="18"/>
              </w:rPr>
              <w:t>-</w:t>
            </w:r>
            <w:r>
              <w:rPr>
                <w:sz w:val="18"/>
              </w:rPr>
              <w:t>3.00)</w:t>
            </w:r>
          </w:p>
        </w:tc>
      </w:tr>
      <w:tr w:rsidR="00446222" w14:paraId="74EA8750" w14:textId="77777777">
        <w:trPr>
          <w:cantSplit/>
          <w:jc w:val="center"/>
        </w:trPr>
        <w:tc>
          <w:tcPr>
            <w:tcW w:w="2835" w:type="dxa"/>
            <w:vAlign w:val="center"/>
          </w:tcPr>
          <w:p w14:paraId="76370860" w14:textId="77777777" w:rsidR="00446222" w:rsidRDefault="00000000">
            <w:pPr>
              <w:spacing w:after="0" w:line="252" w:lineRule="auto"/>
            </w:pPr>
            <w:r>
              <w:rPr>
                <w:sz w:val="18"/>
              </w:rPr>
              <w:t>Pawpaw</w:t>
            </w:r>
          </w:p>
        </w:tc>
        <w:tc>
          <w:tcPr>
            <w:tcW w:w="907" w:type="dxa"/>
            <w:vAlign w:val="center"/>
          </w:tcPr>
          <w:p w14:paraId="38493426" w14:textId="77777777" w:rsidR="00446222" w:rsidRDefault="00000000">
            <w:pPr>
              <w:spacing w:after="0" w:line="252" w:lineRule="auto"/>
              <w:jc w:val="center"/>
            </w:pPr>
            <w:r>
              <w:rPr>
                <w:sz w:val="18"/>
              </w:rPr>
              <w:t>86</w:t>
            </w:r>
          </w:p>
        </w:tc>
        <w:tc>
          <w:tcPr>
            <w:tcW w:w="2494" w:type="dxa"/>
            <w:vAlign w:val="center"/>
          </w:tcPr>
          <w:p w14:paraId="6B627795" w14:textId="7A9E6AE2" w:rsidR="00446222" w:rsidRDefault="00000000">
            <w:pPr>
              <w:spacing w:after="0" w:line="252" w:lineRule="auto"/>
              <w:jc w:val="center"/>
            </w:pPr>
            <w:r>
              <w:rPr>
                <w:sz w:val="18"/>
              </w:rPr>
              <w:t>1.00 (0.19</w:t>
            </w:r>
            <w:r w:rsidR="00BE3B67">
              <w:rPr>
                <w:sz w:val="18"/>
              </w:rPr>
              <w:t>-</w:t>
            </w:r>
            <w:r>
              <w:rPr>
                <w:sz w:val="18"/>
              </w:rPr>
              <w:t>3.00)</w:t>
            </w:r>
          </w:p>
        </w:tc>
        <w:tc>
          <w:tcPr>
            <w:tcW w:w="907" w:type="dxa"/>
            <w:vAlign w:val="center"/>
          </w:tcPr>
          <w:p w14:paraId="3B9290E8" w14:textId="77777777" w:rsidR="00446222" w:rsidRDefault="00000000">
            <w:pPr>
              <w:spacing w:after="0" w:line="252" w:lineRule="auto"/>
              <w:jc w:val="center"/>
            </w:pPr>
            <w:r>
              <w:rPr>
                <w:sz w:val="18"/>
              </w:rPr>
              <w:t>63</w:t>
            </w:r>
          </w:p>
        </w:tc>
        <w:tc>
          <w:tcPr>
            <w:tcW w:w="2494" w:type="dxa"/>
            <w:vAlign w:val="center"/>
          </w:tcPr>
          <w:p w14:paraId="00CDDED7" w14:textId="3C14B527" w:rsidR="00446222" w:rsidRDefault="00000000">
            <w:pPr>
              <w:spacing w:after="0" w:line="252" w:lineRule="auto"/>
              <w:jc w:val="center"/>
            </w:pPr>
            <w:r>
              <w:rPr>
                <w:sz w:val="18"/>
              </w:rPr>
              <w:t>1.00 (0.23</w:t>
            </w:r>
            <w:r w:rsidR="00BE3B67">
              <w:rPr>
                <w:sz w:val="18"/>
              </w:rPr>
              <w:t>-</w:t>
            </w:r>
            <w:r>
              <w:rPr>
                <w:sz w:val="18"/>
              </w:rPr>
              <w:t>3.00)</w:t>
            </w:r>
          </w:p>
        </w:tc>
      </w:tr>
      <w:tr w:rsidR="00446222" w14:paraId="23733218" w14:textId="77777777">
        <w:trPr>
          <w:cantSplit/>
          <w:jc w:val="center"/>
        </w:trPr>
        <w:tc>
          <w:tcPr>
            <w:tcW w:w="2835" w:type="dxa"/>
            <w:vAlign w:val="center"/>
          </w:tcPr>
          <w:p w14:paraId="64560485" w14:textId="77777777" w:rsidR="00446222" w:rsidRDefault="00000000">
            <w:pPr>
              <w:spacing w:after="0" w:line="252" w:lineRule="auto"/>
            </w:pPr>
            <w:r>
              <w:rPr>
                <w:sz w:val="18"/>
              </w:rPr>
              <w:t>Pineapple</w:t>
            </w:r>
          </w:p>
        </w:tc>
        <w:tc>
          <w:tcPr>
            <w:tcW w:w="907" w:type="dxa"/>
            <w:vAlign w:val="center"/>
          </w:tcPr>
          <w:p w14:paraId="52F83C4E" w14:textId="77777777" w:rsidR="00446222" w:rsidRDefault="00000000">
            <w:pPr>
              <w:spacing w:after="0" w:line="252" w:lineRule="auto"/>
              <w:jc w:val="center"/>
            </w:pPr>
            <w:r>
              <w:rPr>
                <w:sz w:val="18"/>
              </w:rPr>
              <w:t>87</w:t>
            </w:r>
          </w:p>
        </w:tc>
        <w:tc>
          <w:tcPr>
            <w:tcW w:w="2494" w:type="dxa"/>
            <w:vAlign w:val="center"/>
          </w:tcPr>
          <w:p w14:paraId="182E5BF2" w14:textId="182D8D15" w:rsidR="00446222" w:rsidRDefault="00000000">
            <w:pPr>
              <w:spacing w:after="0" w:line="252" w:lineRule="auto"/>
              <w:jc w:val="center"/>
            </w:pPr>
            <w:r>
              <w:rPr>
                <w:sz w:val="18"/>
              </w:rPr>
              <w:t>1.00 (0.20</w:t>
            </w:r>
            <w:r w:rsidR="00BE3B67">
              <w:rPr>
                <w:sz w:val="18"/>
              </w:rPr>
              <w:t>-</w:t>
            </w:r>
            <w:r>
              <w:rPr>
                <w:sz w:val="18"/>
              </w:rPr>
              <w:t>4.50)</w:t>
            </w:r>
          </w:p>
        </w:tc>
        <w:tc>
          <w:tcPr>
            <w:tcW w:w="907" w:type="dxa"/>
            <w:vAlign w:val="center"/>
          </w:tcPr>
          <w:p w14:paraId="458A2410" w14:textId="77777777" w:rsidR="00446222" w:rsidRDefault="00000000">
            <w:pPr>
              <w:spacing w:after="0" w:line="252" w:lineRule="auto"/>
              <w:jc w:val="center"/>
            </w:pPr>
            <w:r>
              <w:rPr>
                <w:sz w:val="18"/>
              </w:rPr>
              <w:t>64</w:t>
            </w:r>
          </w:p>
        </w:tc>
        <w:tc>
          <w:tcPr>
            <w:tcW w:w="2494" w:type="dxa"/>
            <w:vAlign w:val="center"/>
          </w:tcPr>
          <w:p w14:paraId="5F9648C9" w14:textId="00431387" w:rsidR="00446222" w:rsidRDefault="00000000">
            <w:pPr>
              <w:spacing w:after="0" w:line="252" w:lineRule="auto"/>
              <w:jc w:val="center"/>
            </w:pPr>
            <w:r>
              <w:rPr>
                <w:sz w:val="18"/>
              </w:rPr>
              <w:t>1.00 (0.46</w:t>
            </w:r>
            <w:r w:rsidR="00BE3B67">
              <w:rPr>
                <w:sz w:val="18"/>
              </w:rPr>
              <w:t>-</w:t>
            </w:r>
            <w:r>
              <w:rPr>
                <w:sz w:val="18"/>
              </w:rPr>
              <w:t>3.00)</w:t>
            </w:r>
          </w:p>
        </w:tc>
      </w:tr>
      <w:tr w:rsidR="00446222" w14:paraId="23B4A142" w14:textId="77777777">
        <w:trPr>
          <w:cantSplit/>
          <w:jc w:val="center"/>
        </w:trPr>
        <w:tc>
          <w:tcPr>
            <w:tcW w:w="2835" w:type="dxa"/>
            <w:vAlign w:val="center"/>
          </w:tcPr>
          <w:p w14:paraId="15558BDA" w14:textId="77777777" w:rsidR="00446222" w:rsidRDefault="00000000">
            <w:pPr>
              <w:spacing w:after="0" w:line="252" w:lineRule="auto"/>
            </w:pPr>
            <w:r>
              <w:rPr>
                <w:sz w:val="18"/>
              </w:rPr>
              <w:t>Beans</w:t>
            </w:r>
          </w:p>
        </w:tc>
        <w:tc>
          <w:tcPr>
            <w:tcW w:w="907" w:type="dxa"/>
            <w:vAlign w:val="center"/>
          </w:tcPr>
          <w:p w14:paraId="0DE2E877" w14:textId="77777777" w:rsidR="00446222" w:rsidRDefault="00000000">
            <w:pPr>
              <w:spacing w:after="0" w:line="252" w:lineRule="auto"/>
              <w:jc w:val="center"/>
            </w:pPr>
            <w:r>
              <w:rPr>
                <w:sz w:val="18"/>
              </w:rPr>
              <w:t>87</w:t>
            </w:r>
          </w:p>
        </w:tc>
        <w:tc>
          <w:tcPr>
            <w:tcW w:w="2494" w:type="dxa"/>
            <w:vAlign w:val="center"/>
          </w:tcPr>
          <w:p w14:paraId="54FCCE88" w14:textId="039A7013" w:rsidR="00446222" w:rsidRDefault="00000000">
            <w:pPr>
              <w:spacing w:after="0" w:line="252" w:lineRule="auto"/>
              <w:jc w:val="center"/>
            </w:pPr>
            <w:r>
              <w:rPr>
                <w:sz w:val="18"/>
              </w:rPr>
              <w:t>1.50 (0.50</w:t>
            </w:r>
            <w:r w:rsidR="00BE3B67">
              <w:rPr>
                <w:sz w:val="18"/>
              </w:rPr>
              <w:t>-</w:t>
            </w:r>
            <w:r>
              <w:rPr>
                <w:sz w:val="18"/>
              </w:rPr>
              <w:t>3.00)</w:t>
            </w:r>
          </w:p>
        </w:tc>
        <w:tc>
          <w:tcPr>
            <w:tcW w:w="907" w:type="dxa"/>
            <w:vAlign w:val="center"/>
          </w:tcPr>
          <w:p w14:paraId="018C252E" w14:textId="77777777" w:rsidR="00446222" w:rsidRDefault="00000000">
            <w:pPr>
              <w:spacing w:after="0" w:line="252" w:lineRule="auto"/>
              <w:jc w:val="center"/>
            </w:pPr>
            <w:r>
              <w:rPr>
                <w:sz w:val="18"/>
              </w:rPr>
              <w:t>64</w:t>
            </w:r>
          </w:p>
        </w:tc>
        <w:tc>
          <w:tcPr>
            <w:tcW w:w="2494" w:type="dxa"/>
            <w:vAlign w:val="center"/>
          </w:tcPr>
          <w:p w14:paraId="787B0D28" w14:textId="436A355F" w:rsidR="00446222" w:rsidRDefault="00000000">
            <w:pPr>
              <w:spacing w:after="0" w:line="252" w:lineRule="auto"/>
              <w:jc w:val="center"/>
            </w:pPr>
            <w:r>
              <w:rPr>
                <w:sz w:val="18"/>
              </w:rPr>
              <w:t>1.50 (0.49</w:t>
            </w:r>
            <w:r w:rsidR="00BE3B67">
              <w:rPr>
                <w:sz w:val="18"/>
              </w:rPr>
              <w:t>-</w:t>
            </w:r>
            <w:r>
              <w:rPr>
                <w:sz w:val="18"/>
              </w:rPr>
              <w:t>3.00)</w:t>
            </w:r>
          </w:p>
        </w:tc>
      </w:tr>
      <w:tr w:rsidR="00446222" w14:paraId="4B3A9EF5" w14:textId="77777777">
        <w:trPr>
          <w:cantSplit/>
          <w:jc w:val="center"/>
        </w:trPr>
        <w:tc>
          <w:tcPr>
            <w:tcW w:w="2835" w:type="dxa"/>
            <w:vAlign w:val="center"/>
          </w:tcPr>
          <w:p w14:paraId="639B2B3B" w14:textId="77777777" w:rsidR="00446222" w:rsidRDefault="00000000">
            <w:pPr>
              <w:spacing w:after="0" w:line="252" w:lineRule="auto"/>
            </w:pPr>
            <w:r>
              <w:rPr>
                <w:sz w:val="18"/>
              </w:rPr>
              <w:t>Chicken</w:t>
            </w:r>
          </w:p>
        </w:tc>
        <w:tc>
          <w:tcPr>
            <w:tcW w:w="907" w:type="dxa"/>
            <w:vAlign w:val="center"/>
          </w:tcPr>
          <w:p w14:paraId="52D6507F" w14:textId="77777777" w:rsidR="00446222" w:rsidRDefault="00000000">
            <w:pPr>
              <w:spacing w:after="0" w:line="252" w:lineRule="auto"/>
              <w:jc w:val="center"/>
            </w:pPr>
            <w:r>
              <w:rPr>
                <w:sz w:val="18"/>
              </w:rPr>
              <w:t>87</w:t>
            </w:r>
          </w:p>
        </w:tc>
        <w:tc>
          <w:tcPr>
            <w:tcW w:w="2494" w:type="dxa"/>
            <w:vAlign w:val="center"/>
          </w:tcPr>
          <w:p w14:paraId="02DAFEB8" w14:textId="0B6870E0" w:rsidR="00446222" w:rsidRDefault="00000000">
            <w:pPr>
              <w:spacing w:after="0" w:line="252" w:lineRule="auto"/>
              <w:jc w:val="center"/>
            </w:pPr>
            <w:r>
              <w:rPr>
                <w:sz w:val="18"/>
              </w:rPr>
              <w:t>1.50 (0.50</w:t>
            </w:r>
            <w:r w:rsidR="00BE3B67">
              <w:rPr>
                <w:sz w:val="18"/>
              </w:rPr>
              <w:t>-</w:t>
            </w:r>
            <w:r>
              <w:rPr>
                <w:sz w:val="18"/>
              </w:rPr>
              <w:t>3.00)</w:t>
            </w:r>
          </w:p>
        </w:tc>
        <w:tc>
          <w:tcPr>
            <w:tcW w:w="907" w:type="dxa"/>
            <w:vAlign w:val="center"/>
          </w:tcPr>
          <w:p w14:paraId="266A7F82" w14:textId="77777777" w:rsidR="00446222" w:rsidRDefault="00000000">
            <w:pPr>
              <w:spacing w:after="0" w:line="252" w:lineRule="auto"/>
              <w:jc w:val="center"/>
            </w:pPr>
            <w:r>
              <w:rPr>
                <w:sz w:val="18"/>
              </w:rPr>
              <w:t>64</w:t>
            </w:r>
          </w:p>
        </w:tc>
        <w:tc>
          <w:tcPr>
            <w:tcW w:w="2494" w:type="dxa"/>
            <w:vAlign w:val="center"/>
          </w:tcPr>
          <w:p w14:paraId="5EAA6D94" w14:textId="50F42140" w:rsidR="00446222" w:rsidRDefault="00000000">
            <w:pPr>
              <w:spacing w:after="0" w:line="252" w:lineRule="auto"/>
              <w:jc w:val="center"/>
            </w:pPr>
            <w:r>
              <w:rPr>
                <w:sz w:val="18"/>
              </w:rPr>
              <w:t>1.00 (0.49</w:t>
            </w:r>
            <w:r w:rsidR="00BE3B67">
              <w:rPr>
                <w:sz w:val="18"/>
              </w:rPr>
              <w:t>-</w:t>
            </w:r>
            <w:r>
              <w:rPr>
                <w:sz w:val="18"/>
              </w:rPr>
              <w:t>1.81)</w:t>
            </w:r>
          </w:p>
        </w:tc>
      </w:tr>
      <w:tr w:rsidR="00446222" w14:paraId="07CC03EF" w14:textId="77777777">
        <w:trPr>
          <w:cantSplit/>
          <w:jc w:val="center"/>
        </w:trPr>
        <w:tc>
          <w:tcPr>
            <w:tcW w:w="2835" w:type="dxa"/>
            <w:vAlign w:val="center"/>
          </w:tcPr>
          <w:p w14:paraId="22F0EED4" w14:textId="77777777" w:rsidR="00446222" w:rsidRDefault="00000000">
            <w:pPr>
              <w:spacing w:after="0" w:line="252" w:lineRule="auto"/>
            </w:pPr>
            <w:r>
              <w:rPr>
                <w:sz w:val="18"/>
              </w:rPr>
              <w:t>Red meat</w:t>
            </w:r>
          </w:p>
        </w:tc>
        <w:tc>
          <w:tcPr>
            <w:tcW w:w="907" w:type="dxa"/>
            <w:vAlign w:val="center"/>
          </w:tcPr>
          <w:p w14:paraId="1006FBFB" w14:textId="77777777" w:rsidR="00446222" w:rsidRDefault="00000000">
            <w:pPr>
              <w:spacing w:after="0" w:line="252" w:lineRule="auto"/>
              <w:jc w:val="center"/>
            </w:pPr>
            <w:r>
              <w:rPr>
                <w:sz w:val="18"/>
              </w:rPr>
              <w:t>87</w:t>
            </w:r>
          </w:p>
        </w:tc>
        <w:tc>
          <w:tcPr>
            <w:tcW w:w="2494" w:type="dxa"/>
            <w:vAlign w:val="center"/>
          </w:tcPr>
          <w:p w14:paraId="76FD922A" w14:textId="234E54EE" w:rsidR="00446222" w:rsidRDefault="00000000">
            <w:pPr>
              <w:spacing w:after="0" w:line="252" w:lineRule="auto"/>
              <w:jc w:val="center"/>
            </w:pPr>
            <w:r>
              <w:rPr>
                <w:sz w:val="18"/>
              </w:rPr>
              <w:t>1.50 (0.46</w:t>
            </w:r>
            <w:r w:rsidR="00BE3B67">
              <w:rPr>
                <w:sz w:val="18"/>
              </w:rPr>
              <w:t>-</w:t>
            </w:r>
            <w:r>
              <w:rPr>
                <w:sz w:val="18"/>
              </w:rPr>
              <w:t>3.50)</w:t>
            </w:r>
          </w:p>
        </w:tc>
        <w:tc>
          <w:tcPr>
            <w:tcW w:w="907" w:type="dxa"/>
            <w:vAlign w:val="center"/>
          </w:tcPr>
          <w:p w14:paraId="78DD481F" w14:textId="77777777" w:rsidR="00446222" w:rsidRDefault="00000000">
            <w:pPr>
              <w:spacing w:after="0" w:line="252" w:lineRule="auto"/>
              <w:jc w:val="center"/>
            </w:pPr>
            <w:r>
              <w:rPr>
                <w:sz w:val="18"/>
              </w:rPr>
              <w:t>64</w:t>
            </w:r>
          </w:p>
        </w:tc>
        <w:tc>
          <w:tcPr>
            <w:tcW w:w="2494" w:type="dxa"/>
            <w:vAlign w:val="center"/>
          </w:tcPr>
          <w:p w14:paraId="5C24B8A2" w14:textId="3FBAC25E" w:rsidR="00446222" w:rsidRDefault="00000000">
            <w:pPr>
              <w:spacing w:after="0" w:line="252" w:lineRule="auto"/>
              <w:jc w:val="center"/>
            </w:pPr>
            <w:r>
              <w:rPr>
                <w:sz w:val="18"/>
              </w:rPr>
              <w:t>0.85 (0.46</w:t>
            </w:r>
            <w:r w:rsidR="00BE3B67">
              <w:rPr>
                <w:sz w:val="18"/>
              </w:rPr>
              <w:t>-</w:t>
            </w:r>
            <w:r>
              <w:rPr>
                <w:sz w:val="18"/>
              </w:rPr>
              <w:t>3.00)</w:t>
            </w:r>
          </w:p>
        </w:tc>
      </w:tr>
      <w:tr w:rsidR="00446222" w14:paraId="06EBB8B4" w14:textId="77777777">
        <w:trPr>
          <w:cantSplit/>
          <w:jc w:val="center"/>
        </w:trPr>
        <w:tc>
          <w:tcPr>
            <w:tcW w:w="2835" w:type="dxa"/>
            <w:vAlign w:val="center"/>
          </w:tcPr>
          <w:p w14:paraId="38BF9C93" w14:textId="77777777" w:rsidR="00446222" w:rsidRDefault="00000000">
            <w:pPr>
              <w:spacing w:after="0" w:line="252" w:lineRule="auto"/>
            </w:pPr>
            <w:r>
              <w:rPr>
                <w:sz w:val="18"/>
              </w:rPr>
              <w:t>Palm oil</w:t>
            </w:r>
          </w:p>
        </w:tc>
        <w:tc>
          <w:tcPr>
            <w:tcW w:w="907" w:type="dxa"/>
            <w:vAlign w:val="center"/>
          </w:tcPr>
          <w:p w14:paraId="29E68873" w14:textId="77777777" w:rsidR="00446222" w:rsidRDefault="00000000">
            <w:pPr>
              <w:spacing w:after="0" w:line="252" w:lineRule="auto"/>
              <w:jc w:val="center"/>
            </w:pPr>
            <w:r>
              <w:rPr>
                <w:sz w:val="18"/>
              </w:rPr>
              <w:t>86</w:t>
            </w:r>
          </w:p>
        </w:tc>
        <w:tc>
          <w:tcPr>
            <w:tcW w:w="2494" w:type="dxa"/>
            <w:vAlign w:val="center"/>
          </w:tcPr>
          <w:p w14:paraId="0C0D5D7A" w14:textId="0B4BCB31" w:rsidR="00446222" w:rsidRDefault="00000000">
            <w:pPr>
              <w:spacing w:after="0" w:line="252" w:lineRule="auto"/>
              <w:jc w:val="center"/>
            </w:pPr>
            <w:r>
              <w:rPr>
                <w:sz w:val="18"/>
              </w:rPr>
              <w:t>3.00 (1.50</w:t>
            </w:r>
            <w:r w:rsidR="00BE3B67">
              <w:rPr>
                <w:sz w:val="18"/>
              </w:rPr>
              <w:t>-</w:t>
            </w:r>
            <w:r>
              <w:rPr>
                <w:sz w:val="18"/>
              </w:rPr>
              <w:t>5.50)</w:t>
            </w:r>
          </w:p>
        </w:tc>
        <w:tc>
          <w:tcPr>
            <w:tcW w:w="907" w:type="dxa"/>
            <w:vAlign w:val="center"/>
          </w:tcPr>
          <w:p w14:paraId="77C7BF8C" w14:textId="77777777" w:rsidR="00446222" w:rsidRDefault="00000000">
            <w:pPr>
              <w:spacing w:after="0" w:line="252" w:lineRule="auto"/>
              <w:jc w:val="center"/>
            </w:pPr>
            <w:r>
              <w:rPr>
                <w:sz w:val="18"/>
              </w:rPr>
              <w:t>64</w:t>
            </w:r>
          </w:p>
        </w:tc>
        <w:tc>
          <w:tcPr>
            <w:tcW w:w="2494" w:type="dxa"/>
            <w:vAlign w:val="center"/>
          </w:tcPr>
          <w:p w14:paraId="450C60D6" w14:textId="0A5AB5C3" w:rsidR="00446222" w:rsidRDefault="00000000">
            <w:pPr>
              <w:spacing w:after="0" w:line="252" w:lineRule="auto"/>
              <w:jc w:val="center"/>
            </w:pPr>
            <w:r>
              <w:rPr>
                <w:sz w:val="18"/>
              </w:rPr>
              <w:t>2.75 (1.38</w:t>
            </w:r>
            <w:r w:rsidR="00BE3B67">
              <w:rPr>
                <w:sz w:val="18"/>
              </w:rPr>
              <w:t>-</w:t>
            </w:r>
            <w:r>
              <w:rPr>
                <w:sz w:val="18"/>
              </w:rPr>
              <w:t>4.50)</w:t>
            </w:r>
          </w:p>
        </w:tc>
      </w:tr>
      <w:tr w:rsidR="00446222" w14:paraId="463ED2E0" w14:textId="77777777">
        <w:trPr>
          <w:cantSplit/>
          <w:jc w:val="center"/>
        </w:trPr>
        <w:tc>
          <w:tcPr>
            <w:tcW w:w="2835" w:type="dxa"/>
            <w:vAlign w:val="center"/>
          </w:tcPr>
          <w:p w14:paraId="1C198565" w14:textId="77777777" w:rsidR="00446222" w:rsidRDefault="00000000">
            <w:pPr>
              <w:spacing w:after="0" w:line="252" w:lineRule="auto"/>
            </w:pPr>
            <w:r>
              <w:rPr>
                <w:sz w:val="18"/>
              </w:rPr>
              <w:t>Vegetable oil</w:t>
            </w:r>
          </w:p>
        </w:tc>
        <w:tc>
          <w:tcPr>
            <w:tcW w:w="907" w:type="dxa"/>
            <w:vAlign w:val="center"/>
          </w:tcPr>
          <w:p w14:paraId="1A1F296B" w14:textId="77777777" w:rsidR="00446222" w:rsidRDefault="00000000">
            <w:pPr>
              <w:spacing w:after="0" w:line="252" w:lineRule="auto"/>
              <w:jc w:val="center"/>
            </w:pPr>
            <w:r>
              <w:rPr>
                <w:sz w:val="18"/>
              </w:rPr>
              <w:t>86</w:t>
            </w:r>
          </w:p>
        </w:tc>
        <w:tc>
          <w:tcPr>
            <w:tcW w:w="2494" w:type="dxa"/>
            <w:vAlign w:val="center"/>
          </w:tcPr>
          <w:p w14:paraId="3884AA6A" w14:textId="72C63000" w:rsidR="00446222" w:rsidRDefault="00000000">
            <w:pPr>
              <w:spacing w:after="0" w:line="252" w:lineRule="auto"/>
              <w:jc w:val="center"/>
            </w:pPr>
            <w:r>
              <w:rPr>
                <w:sz w:val="18"/>
              </w:rPr>
              <w:t>2.75 (0.50</w:t>
            </w:r>
            <w:r w:rsidR="00BE3B67">
              <w:rPr>
                <w:sz w:val="18"/>
              </w:rPr>
              <w:t>-</w:t>
            </w:r>
            <w:r>
              <w:rPr>
                <w:sz w:val="18"/>
              </w:rPr>
              <w:t>4.50)</w:t>
            </w:r>
          </w:p>
        </w:tc>
        <w:tc>
          <w:tcPr>
            <w:tcW w:w="907" w:type="dxa"/>
            <w:vAlign w:val="center"/>
          </w:tcPr>
          <w:p w14:paraId="548A755B" w14:textId="77777777" w:rsidR="00446222" w:rsidRDefault="00000000">
            <w:pPr>
              <w:spacing w:after="0" w:line="252" w:lineRule="auto"/>
              <w:jc w:val="center"/>
            </w:pPr>
            <w:r>
              <w:rPr>
                <w:sz w:val="18"/>
              </w:rPr>
              <w:t>64</w:t>
            </w:r>
          </w:p>
        </w:tc>
        <w:tc>
          <w:tcPr>
            <w:tcW w:w="2494" w:type="dxa"/>
            <w:vAlign w:val="center"/>
          </w:tcPr>
          <w:p w14:paraId="5EC4FD85" w14:textId="50C3B7BC" w:rsidR="00446222" w:rsidRDefault="00000000">
            <w:pPr>
              <w:spacing w:after="0" w:line="252" w:lineRule="auto"/>
              <w:jc w:val="center"/>
            </w:pPr>
            <w:r>
              <w:rPr>
                <w:sz w:val="18"/>
              </w:rPr>
              <w:t>2.75 (1.00</w:t>
            </w:r>
            <w:r w:rsidR="00BE3B67">
              <w:rPr>
                <w:sz w:val="18"/>
              </w:rPr>
              <w:t>-</w:t>
            </w:r>
            <w:r>
              <w:rPr>
                <w:sz w:val="18"/>
              </w:rPr>
              <w:t>3.75)</w:t>
            </w:r>
          </w:p>
        </w:tc>
      </w:tr>
      <w:tr w:rsidR="00446222" w14:paraId="3F70EADC" w14:textId="77777777">
        <w:trPr>
          <w:cantSplit/>
          <w:jc w:val="center"/>
        </w:trPr>
        <w:tc>
          <w:tcPr>
            <w:tcW w:w="2835" w:type="dxa"/>
            <w:vAlign w:val="center"/>
          </w:tcPr>
          <w:p w14:paraId="732CA301" w14:textId="77777777" w:rsidR="00446222" w:rsidRDefault="00000000">
            <w:pPr>
              <w:spacing w:after="0" w:line="252" w:lineRule="auto"/>
            </w:pPr>
            <w:r>
              <w:rPr>
                <w:sz w:val="18"/>
              </w:rPr>
              <w:t>Hibiscus tea</w:t>
            </w:r>
          </w:p>
        </w:tc>
        <w:tc>
          <w:tcPr>
            <w:tcW w:w="907" w:type="dxa"/>
            <w:vAlign w:val="center"/>
          </w:tcPr>
          <w:p w14:paraId="12765015" w14:textId="77777777" w:rsidR="00446222" w:rsidRDefault="00000000">
            <w:pPr>
              <w:spacing w:after="0" w:line="252" w:lineRule="auto"/>
              <w:jc w:val="center"/>
            </w:pPr>
            <w:r>
              <w:rPr>
                <w:sz w:val="18"/>
              </w:rPr>
              <w:t>86</w:t>
            </w:r>
          </w:p>
        </w:tc>
        <w:tc>
          <w:tcPr>
            <w:tcW w:w="2494" w:type="dxa"/>
            <w:vAlign w:val="center"/>
          </w:tcPr>
          <w:p w14:paraId="5FEAECB3" w14:textId="5A296FBD" w:rsidR="00446222" w:rsidRDefault="00000000">
            <w:pPr>
              <w:spacing w:after="0" w:line="252" w:lineRule="auto"/>
              <w:jc w:val="center"/>
            </w:pPr>
            <w:r>
              <w:rPr>
                <w:sz w:val="18"/>
              </w:rPr>
              <w:t>0.35 (0.12</w:t>
            </w:r>
            <w:r w:rsidR="00BE3B67">
              <w:rPr>
                <w:sz w:val="18"/>
              </w:rPr>
              <w:t>-</w:t>
            </w:r>
            <w:r>
              <w:rPr>
                <w:sz w:val="18"/>
              </w:rPr>
              <w:t>1.50)</w:t>
            </w:r>
          </w:p>
        </w:tc>
        <w:tc>
          <w:tcPr>
            <w:tcW w:w="907" w:type="dxa"/>
            <w:vAlign w:val="center"/>
          </w:tcPr>
          <w:p w14:paraId="52877C46" w14:textId="77777777" w:rsidR="00446222" w:rsidRDefault="00000000">
            <w:pPr>
              <w:spacing w:after="0" w:line="252" w:lineRule="auto"/>
              <w:jc w:val="center"/>
            </w:pPr>
            <w:r>
              <w:rPr>
                <w:sz w:val="18"/>
              </w:rPr>
              <w:t>64</w:t>
            </w:r>
          </w:p>
        </w:tc>
        <w:tc>
          <w:tcPr>
            <w:tcW w:w="2494" w:type="dxa"/>
            <w:vAlign w:val="center"/>
          </w:tcPr>
          <w:p w14:paraId="32B75CD3" w14:textId="2F317638" w:rsidR="00446222" w:rsidRDefault="00000000">
            <w:pPr>
              <w:spacing w:after="0" w:line="252" w:lineRule="auto"/>
              <w:jc w:val="center"/>
            </w:pPr>
            <w:r>
              <w:rPr>
                <w:sz w:val="18"/>
              </w:rPr>
              <w:t>1.00 (0.46</w:t>
            </w:r>
            <w:r w:rsidR="00BE3B67">
              <w:rPr>
                <w:sz w:val="18"/>
              </w:rPr>
              <w:t>-</w:t>
            </w:r>
            <w:r>
              <w:rPr>
                <w:sz w:val="18"/>
              </w:rPr>
              <w:t>2.75)</w:t>
            </w:r>
          </w:p>
        </w:tc>
      </w:tr>
      <w:tr w:rsidR="00446222" w14:paraId="12D985AF" w14:textId="77777777">
        <w:trPr>
          <w:cantSplit/>
          <w:jc w:val="center"/>
        </w:trPr>
        <w:tc>
          <w:tcPr>
            <w:tcW w:w="2835" w:type="dxa"/>
            <w:vAlign w:val="center"/>
          </w:tcPr>
          <w:p w14:paraId="69EEDC73" w14:textId="77777777" w:rsidR="00446222" w:rsidRDefault="00000000">
            <w:pPr>
              <w:spacing w:after="0" w:line="252" w:lineRule="auto"/>
            </w:pPr>
            <w:r>
              <w:rPr>
                <w:sz w:val="18"/>
              </w:rPr>
              <w:t>Fruit juice</w:t>
            </w:r>
          </w:p>
        </w:tc>
        <w:tc>
          <w:tcPr>
            <w:tcW w:w="907" w:type="dxa"/>
            <w:vAlign w:val="center"/>
          </w:tcPr>
          <w:p w14:paraId="0B8C2283" w14:textId="77777777" w:rsidR="00446222" w:rsidRDefault="00000000">
            <w:pPr>
              <w:spacing w:after="0" w:line="252" w:lineRule="auto"/>
              <w:jc w:val="center"/>
            </w:pPr>
            <w:r>
              <w:rPr>
                <w:sz w:val="18"/>
              </w:rPr>
              <w:t>87</w:t>
            </w:r>
          </w:p>
        </w:tc>
        <w:tc>
          <w:tcPr>
            <w:tcW w:w="2494" w:type="dxa"/>
            <w:vAlign w:val="center"/>
          </w:tcPr>
          <w:p w14:paraId="1A14C34D" w14:textId="0B55C546" w:rsidR="00446222" w:rsidRDefault="00000000">
            <w:pPr>
              <w:spacing w:after="0" w:line="252" w:lineRule="auto"/>
              <w:jc w:val="center"/>
            </w:pPr>
            <w:r>
              <w:rPr>
                <w:sz w:val="18"/>
              </w:rPr>
              <w:t>0.50 (0.12</w:t>
            </w:r>
            <w:r w:rsidR="00BE3B67">
              <w:rPr>
                <w:sz w:val="18"/>
              </w:rPr>
              <w:t>-</w:t>
            </w:r>
            <w:r>
              <w:rPr>
                <w:sz w:val="18"/>
              </w:rPr>
              <w:t>1.50)</w:t>
            </w:r>
          </w:p>
        </w:tc>
        <w:tc>
          <w:tcPr>
            <w:tcW w:w="907" w:type="dxa"/>
            <w:vAlign w:val="center"/>
          </w:tcPr>
          <w:p w14:paraId="29950DEE" w14:textId="77777777" w:rsidR="00446222" w:rsidRDefault="00000000">
            <w:pPr>
              <w:spacing w:after="0" w:line="252" w:lineRule="auto"/>
              <w:jc w:val="center"/>
            </w:pPr>
            <w:r>
              <w:rPr>
                <w:sz w:val="18"/>
              </w:rPr>
              <w:t>64</w:t>
            </w:r>
          </w:p>
        </w:tc>
        <w:tc>
          <w:tcPr>
            <w:tcW w:w="2494" w:type="dxa"/>
            <w:vAlign w:val="center"/>
          </w:tcPr>
          <w:p w14:paraId="56443CB3" w14:textId="138166E2" w:rsidR="00446222" w:rsidRDefault="00000000">
            <w:pPr>
              <w:spacing w:after="0" w:line="252" w:lineRule="auto"/>
              <w:jc w:val="center"/>
            </w:pPr>
            <w:r>
              <w:rPr>
                <w:sz w:val="18"/>
              </w:rPr>
              <w:t>0.50 (0.23</w:t>
            </w:r>
            <w:r w:rsidR="00BE3B67">
              <w:rPr>
                <w:sz w:val="18"/>
              </w:rPr>
              <w:t>-</w:t>
            </w:r>
            <w:r>
              <w:rPr>
                <w:sz w:val="18"/>
              </w:rPr>
              <w:t>1.50)</w:t>
            </w:r>
          </w:p>
        </w:tc>
      </w:tr>
      <w:tr w:rsidR="00446222" w14:paraId="1F769057" w14:textId="77777777">
        <w:trPr>
          <w:cantSplit/>
          <w:jc w:val="center"/>
        </w:trPr>
        <w:tc>
          <w:tcPr>
            <w:tcW w:w="2835" w:type="dxa"/>
            <w:vAlign w:val="center"/>
          </w:tcPr>
          <w:p w14:paraId="3DEA3835" w14:textId="77777777" w:rsidR="00446222" w:rsidRDefault="00000000">
            <w:pPr>
              <w:spacing w:after="0" w:line="252" w:lineRule="auto"/>
            </w:pPr>
            <w:r>
              <w:rPr>
                <w:sz w:val="18"/>
              </w:rPr>
              <w:t>Soda</w:t>
            </w:r>
          </w:p>
        </w:tc>
        <w:tc>
          <w:tcPr>
            <w:tcW w:w="907" w:type="dxa"/>
            <w:vAlign w:val="center"/>
          </w:tcPr>
          <w:p w14:paraId="5D7B147B" w14:textId="77777777" w:rsidR="00446222" w:rsidRDefault="00000000">
            <w:pPr>
              <w:spacing w:after="0" w:line="252" w:lineRule="auto"/>
              <w:jc w:val="center"/>
            </w:pPr>
            <w:r>
              <w:rPr>
                <w:sz w:val="18"/>
              </w:rPr>
              <w:t>87</w:t>
            </w:r>
          </w:p>
        </w:tc>
        <w:tc>
          <w:tcPr>
            <w:tcW w:w="2494" w:type="dxa"/>
            <w:vAlign w:val="center"/>
          </w:tcPr>
          <w:p w14:paraId="55CD9A9C" w14:textId="7786B61E" w:rsidR="00446222" w:rsidRDefault="00000000">
            <w:pPr>
              <w:spacing w:after="0" w:line="252" w:lineRule="auto"/>
              <w:jc w:val="center"/>
            </w:pPr>
            <w:r>
              <w:rPr>
                <w:sz w:val="18"/>
              </w:rPr>
              <w:t>0.50 (0.23</w:t>
            </w:r>
            <w:r w:rsidR="00BE3B67">
              <w:rPr>
                <w:sz w:val="18"/>
              </w:rPr>
              <w:t>-</w:t>
            </w:r>
            <w:r>
              <w:rPr>
                <w:sz w:val="18"/>
              </w:rPr>
              <w:t>1.50)</w:t>
            </w:r>
          </w:p>
        </w:tc>
        <w:tc>
          <w:tcPr>
            <w:tcW w:w="907" w:type="dxa"/>
            <w:vAlign w:val="center"/>
          </w:tcPr>
          <w:p w14:paraId="4BB12A0A" w14:textId="77777777" w:rsidR="00446222" w:rsidRDefault="00000000">
            <w:pPr>
              <w:spacing w:after="0" w:line="252" w:lineRule="auto"/>
              <w:jc w:val="center"/>
            </w:pPr>
            <w:r>
              <w:rPr>
                <w:sz w:val="18"/>
              </w:rPr>
              <w:t>64</w:t>
            </w:r>
          </w:p>
        </w:tc>
        <w:tc>
          <w:tcPr>
            <w:tcW w:w="2494" w:type="dxa"/>
            <w:vAlign w:val="center"/>
          </w:tcPr>
          <w:p w14:paraId="66A69387" w14:textId="0B22A306" w:rsidR="00446222" w:rsidRDefault="00000000">
            <w:pPr>
              <w:spacing w:after="0" w:line="252" w:lineRule="auto"/>
              <w:jc w:val="center"/>
            </w:pPr>
            <w:r>
              <w:rPr>
                <w:sz w:val="18"/>
              </w:rPr>
              <w:t>2.12 (0.50</w:t>
            </w:r>
            <w:r w:rsidR="00BE3B67">
              <w:rPr>
                <w:sz w:val="18"/>
              </w:rPr>
              <w:t>-</w:t>
            </w:r>
            <w:r>
              <w:rPr>
                <w:sz w:val="18"/>
              </w:rPr>
              <w:t>3.00)</w:t>
            </w:r>
          </w:p>
        </w:tc>
      </w:tr>
      <w:tr w:rsidR="00446222" w14:paraId="26DE1560" w14:textId="77777777">
        <w:trPr>
          <w:cantSplit/>
          <w:jc w:val="center"/>
        </w:trPr>
        <w:tc>
          <w:tcPr>
            <w:tcW w:w="2835" w:type="dxa"/>
            <w:vAlign w:val="center"/>
          </w:tcPr>
          <w:p w14:paraId="228C1B78" w14:textId="77777777" w:rsidR="00446222" w:rsidRDefault="00000000">
            <w:pPr>
              <w:spacing w:after="0" w:line="252" w:lineRule="auto"/>
            </w:pPr>
            <w:r>
              <w:rPr>
                <w:sz w:val="18"/>
              </w:rPr>
              <w:t>Instant noodles</w:t>
            </w:r>
          </w:p>
        </w:tc>
        <w:tc>
          <w:tcPr>
            <w:tcW w:w="907" w:type="dxa"/>
            <w:vAlign w:val="center"/>
          </w:tcPr>
          <w:p w14:paraId="74069778" w14:textId="77777777" w:rsidR="00446222" w:rsidRDefault="00000000">
            <w:pPr>
              <w:spacing w:after="0" w:line="252" w:lineRule="auto"/>
              <w:jc w:val="center"/>
            </w:pPr>
            <w:r>
              <w:rPr>
                <w:sz w:val="18"/>
              </w:rPr>
              <w:t>87</w:t>
            </w:r>
          </w:p>
        </w:tc>
        <w:tc>
          <w:tcPr>
            <w:tcW w:w="2494" w:type="dxa"/>
            <w:vAlign w:val="center"/>
          </w:tcPr>
          <w:p w14:paraId="3BEDBE5F" w14:textId="780ADA77" w:rsidR="00446222" w:rsidRDefault="00000000">
            <w:pPr>
              <w:spacing w:after="0" w:line="252" w:lineRule="auto"/>
              <w:jc w:val="center"/>
            </w:pPr>
            <w:r>
              <w:rPr>
                <w:sz w:val="18"/>
              </w:rPr>
              <w:t>0.23 (0.06</w:t>
            </w:r>
            <w:r w:rsidR="00BE3B67">
              <w:rPr>
                <w:sz w:val="18"/>
              </w:rPr>
              <w:t>-</w:t>
            </w:r>
            <w:r>
              <w:rPr>
                <w:sz w:val="18"/>
              </w:rPr>
              <w:t>0.85)</w:t>
            </w:r>
          </w:p>
        </w:tc>
        <w:tc>
          <w:tcPr>
            <w:tcW w:w="907" w:type="dxa"/>
            <w:vAlign w:val="center"/>
          </w:tcPr>
          <w:p w14:paraId="2AAD0C05" w14:textId="77777777" w:rsidR="00446222" w:rsidRDefault="00000000">
            <w:pPr>
              <w:spacing w:after="0" w:line="252" w:lineRule="auto"/>
              <w:jc w:val="center"/>
            </w:pPr>
            <w:r>
              <w:rPr>
                <w:sz w:val="18"/>
              </w:rPr>
              <w:t>64</w:t>
            </w:r>
          </w:p>
        </w:tc>
        <w:tc>
          <w:tcPr>
            <w:tcW w:w="2494" w:type="dxa"/>
            <w:vAlign w:val="center"/>
          </w:tcPr>
          <w:p w14:paraId="4BB2D68F" w14:textId="6983A97B" w:rsidR="00446222" w:rsidRDefault="00000000">
            <w:pPr>
              <w:spacing w:after="0" w:line="252" w:lineRule="auto"/>
              <w:jc w:val="center"/>
            </w:pPr>
            <w:r>
              <w:rPr>
                <w:sz w:val="18"/>
              </w:rPr>
              <w:t>2.12 (0.40</w:t>
            </w:r>
            <w:r w:rsidR="00BE3B67">
              <w:rPr>
                <w:sz w:val="18"/>
              </w:rPr>
              <w:t>-</w:t>
            </w:r>
            <w:r>
              <w:rPr>
                <w:sz w:val="18"/>
              </w:rPr>
              <w:t>4.50)</w:t>
            </w:r>
          </w:p>
        </w:tc>
      </w:tr>
      <w:tr w:rsidR="00446222" w14:paraId="5706B8F8" w14:textId="77777777">
        <w:trPr>
          <w:cantSplit/>
          <w:jc w:val="center"/>
        </w:trPr>
        <w:tc>
          <w:tcPr>
            <w:tcW w:w="2835" w:type="dxa"/>
            <w:vAlign w:val="center"/>
          </w:tcPr>
          <w:p w14:paraId="30E6CD28" w14:textId="77777777" w:rsidR="00446222" w:rsidRDefault="00000000">
            <w:pPr>
              <w:spacing w:after="0" w:line="252" w:lineRule="auto"/>
            </w:pPr>
            <w:r>
              <w:rPr>
                <w:sz w:val="18"/>
              </w:rPr>
              <w:t>Bread</w:t>
            </w:r>
          </w:p>
        </w:tc>
        <w:tc>
          <w:tcPr>
            <w:tcW w:w="907" w:type="dxa"/>
            <w:vAlign w:val="center"/>
          </w:tcPr>
          <w:p w14:paraId="215943BC" w14:textId="77777777" w:rsidR="00446222" w:rsidRDefault="00000000">
            <w:pPr>
              <w:spacing w:after="0" w:line="252" w:lineRule="auto"/>
              <w:jc w:val="center"/>
            </w:pPr>
            <w:r>
              <w:rPr>
                <w:sz w:val="18"/>
              </w:rPr>
              <w:t>87</w:t>
            </w:r>
          </w:p>
        </w:tc>
        <w:tc>
          <w:tcPr>
            <w:tcW w:w="2494" w:type="dxa"/>
            <w:vAlign w:val="center"/>
          </w:tcPr>
          <w:p w14:paraId="788852B8" w14:textId="76963C14" w:rsidR="00446222" w:rsidRDefault="00000000">
            <w:pPr>
              <w:spacing w:after="0" w:line="252" w:lineRule="auto"/>
              <w:jc w:val="center"/>
            </w:pPr>
            <w:r>
              <w:rPr>
                <w:sz w:val="18"/>
              </w:rPr>
              <w:t>1.50 (0.23</w:t>
            </w:r>
            <w:r w:rsidR="00BE3B67">
              <w:rPr>
                <w:sz w:val="18"/>
              </w:rPr>
              <w:t>-</w:t>
            </w:r>
            <w:r>
              <w:rPr>
                <w:sz w:val="18"/>
              </w:rPr>
              <w:t>3.25)</w:t>
            </w:r>
          </w:p>
        </w:tc>
        <w:tc>
          <w:tcPr>
            <w:tcW w:w="907" w:type="dxa"/>
            <w:vAlign w:val="center"/>
          </w:tcPr>
          <w:p w14:paraId="20DA4B5D" w14:textId="77777777" w:rsidR="00446222" w:rsidRDefault="00000000">
            <w:pPr>
              <w:spacing w:after="0" w:line="252" w:lineRule="auto"/>
              <w:jc w:val="center"/>
            </w:pPr>
            <w:r>
              <w:rPr>
                <w:sz w:val="18"/>
              </w:rPr>
              <w:t>64</w:t>
            </w:r>
          </w:p>
        </w:tc>
        <w:tc>
          <w:tcPr>
            <w:tcW w:w="2494" w:type="dxa"/>
            <w:vAlign w:val="center"/>
          </w:tcPr>
          <w:p w14:paraId="718A05A0" w14:textId="30076387" w:rsidR="00446222" w:rsidRDefault="00000000">
            <w:pPr>
              <w:spacing w:after="0" w:line="252" w:lineRule="auto"/>
              <w:jc w:val="center"/>
            </w:pPr>
            <w:r>
              <w:rPr>
                <w:sz w:val="18"/>
              </w:rPr>
              <w:t>2.75 (0.69</w:t>
            </w:r>
            <w:r w:rsidR="00BE3B67">
              <w:rPr>
                <w:sz w:val="18"/>
              </w:rPr>
              <w:t>-</w:t>
            </w:r>
            <w:r>
              <w:rPr>
                <w:sz w:val="18"/>
              </w:rPr>
              <w:t>5.50)</w:t>
            </w:r>
          </w:p>
        </w:tc>
      </w:tr>
      <w:tr w:rsidR="00446222" w14:paraId="66BFA77F" w14:textId="77777777">
        <w:trPr>
          <w:cantSplit/>
          <w:jc w:val="center"/>
        </w:trPr>
        <w:tc>
          <w:tcPr>
            <w:tcW w:w="2835" w:type="dxa"/>
            <w:vAlign w:val="center"/>
          </w:tcPr>
          <w:p w14:paraId="37F2E6E0" w14:textId="77777777" w:rsidR="00446222" w:rsidRDefault="00000000">
            <w:pPr>
              <w:spacing w:after="0" w:line="252" w:lineRule="auto"/>
            </w:pPr>
            <w:r>
              <w:rPr>
                <w:sz w:val="18"/>
              </w:rPr>
              <w:t>Biscuits / cookies</w:t>
            </w:r>
          </w:p>
        </w:tc>
        <w:tc>
          <w:tcPr>
            <w:tcW w:w="907" w:type="dxa"/>
            <w:vAlign w:val="center"/>
          </w:tcPr>
          <w:p w14:paraId="7C8FDE9C" w14:textId="77777777" w:rsidR="00446222" w:rsidRDefault="00000000">
            <w:pPr>
              <w:spacing w:after="0" w:line="252" w:lineRule="auto"/>
              <w:jc w:val="center"/>
            </w:pPr>
            <w:r>
              <w:rPr>
                <w:sz w:val="18"/>
              </w:rPr>
              <w:t>87</w:t>
            </w:r>
          </w:p>
        </w:tc>
        <w:tc>
          <w:tcPr>
            <w:tcW w:w="2494" w:type="dxa"/>
            <w:vAlign w:val="center"/>
          </w:tcPr>
          <w:p w14:paraId="365C1290" w14:textId="16D01E62" w:rsidR="00446222" w:rsidRDefault="00000000">
            <w:pPr>
              <w:spacing w:after="0" w:line="252" w:lineRule="auto"/>
              <w:jc w:val="center"/>
            </w:pPr>
            <w:r>
              <w:rPr>
                <w:sz w:val="18"/>
              </w:rPr>
              <w:t>0.50 (0.12</w:t>
            </w:r>
            <w:r w:rsidR="00BE3B67">
              <w:rPr>
                <w:sz w:val="18"/>
              </w:rPr>
              <w:t>-</w:t>
            </w:r>
            <w:r>
              <w:rPr>
                <w:sz w:val="18"/>
              </w:rPr>
              <w:t>2.88)</w:t>
            </w:r>
          </w:p>
        </w:tc>
        <w:tc>
          <w:tcPr>
            <w:tcW w:w="907" w:type="dxa"/>
            <w:vAlign w:val="center"/>
          </w:tcPr>
          <w:p w14:paraId="0540FCF3" w14:textId="77777777" w:rsidR="00446222" w:rsidRDefault="00000000">
            <w:pPr>
              <w:spacing w:after="0" w:line="252" w:lineRule="auto"/>
              <w:jc w:val="center"/>
            </w:pPr>
            <w:r>
              <w:rPr>
                <w:sz w:val="18"/>
              </w:rPr>
              <w:t>64</w:t>
            </w:r>
          </w:p>
        </w:tc>
        <w:tc>
          <w:tcPr>
            <w:tcW w:w="2494" w:type="dxa"/>
            <w:vAlign w:val="center"/>
          </w:tcPr>
          <w:p w14:paraId="2934B991" w14:textId="43B31BA6" w:rsidR="00446222" w:rsidRDefault="00000000">
            <w:pPr>
              <w:spacing w:after="0" w:line="252" w:lineRule="auto"/>
              <w:jc w:val="center"/>
            </w:pPr>
            <w:r>
              <w:rPr>
                <w:sz w:val="18"/>
              </w:rPr>
              <w:t>1.50 (0.50</w:t>
            </w:r>
            <w:r w:rsidR="00BE3B67">
              <w:rPr>
                <w:sz w:val="18"/>
              </w:rPr>
              <w:t>-</w:t>
            </w:r>
            <w:r>
              <w:rPr>
                <w:sz w:val="18"/>
              </w:rPr>
              <w:t>3.00)</w:t>
            </w:r>
          </w:p>
        </w:tc>
      </w:tr>
      <w:tr w:rsidR="00446222" w14:paraId="23103004" w14:textId="77777777">
        <w:trPr>
          <w:cantSplit/>
          <w:jc w:val="center"/>
        </w:trPr>
        <w:tc>
          <w:tcPr>
            <w:tcW w:w="2835" w:type="dxa"/>
            <w:vAlign w:val="center"/>
          </w:tcPr>
          <w:p w14:paraId="61899956" w14:textId="77777777" w:rsidR="00446222" w:rsidRDefault="00000000">
            <w:pPr>
              <w:spacing w:after="0" w:line="252" w:lineRule="auto"/>
            </w:pPr>
            <w:r>
              <w:rPr>
                <w:sz w:val="18"/>
              </w:rPr>
              <w:t>Fried snacks</w:t>
            </w:r>
          </w:p>
        </w:tc>
        <w:tc>
          <w:tcPr>
            <w:tcW w:w="907" w:type="dxa"/>
            <w:vAlign w:val="center"/>
          </w:tcPr>
          <w:p w14:paraId="76CC6F26" w14:textId="77777777" w:rsidR="00446222" w:rsidRDefault="00000000">
            <w:pPr>
              <w:spacing w:after="0" w:line="252" w:lineRule="auto"/>
              <w:jc w:val="center"/>
            </w:pPr>
            <w:r>
              <w:rPr>
                <w:sz w:val="18"/>
              </w:rPr>
              <w:t>87</w:t>
            </w:r>
          </w:p>
        </w:tc>
        <w:tc>
          <w:tcPr>
            <w:tcW w:w="2494" w:type="dxa"/>
            <w:vAlign w:val="center"/>
          </w:tcPr>
          <w:p w14:paraId="1BD10F20" w14:textId="67CF97AB" w:rsidR="00446222" w:rsidRDefault="00000000">
            <w:pPr>
              <w:spacing w:after="0" w:line="252" w:lineRule="auto"/>
              <w:jc w:val="center"/>
            </w:pPr>
            <w:r>
              <w:rPr>
                <w:sz w:val="18"/>
              </w:rPr>
              <w:t>0.69 (0.12</w:t>
            </w:r>
            <w:r w:rsidR="00BE3B67">
              <w:rPr>
                <w:sz w:val="18"/>
              </w:rPr>
              <w:t>-</w:t>
            </w:r>
            <w:r>
              <w:rPr>
                <w:sz w:val="18"/>
              </w:rPr>
              <w:t>3.00)</w:t>
            </w:r>
          </w:p>
        </w:tc>
        <w:tc>
          <w:tcPr>
            <w:tcW w:w="907" w:type="dxa"/>
            <w:vAlign w:val="center"/>
          </w:tcPr>
          <w:p w14:paraId="3E3DFDF1" w14:textId="77777777" w:rsidR="00446222" w:rsidRDefault="00000000">
            <w:pPr>
              <w:spacing w:after="0" w:line="252" w:lineRule="auto"/>
              <w:jc w:val="center"/>
            </w:pPr>
            <w:r>
              <w:rPr>
                <w:sz w:val="18"/>
              </w:rPr>
              <w:t>64</w:t>
            </w:r>
          </w:p>
        </w:tc>
        <w:tc>
          <w:tcPr>
            <w:tcW w:w="2494" w:type="dxa"/>
            <w:vAlign w:val="center"/>
          </w:tcPr>
          <w:p w14:paraId="6B43CCAE" w14:textId="5D83AFC8" w:rsidR="00446222" w:rsidRDefault="00000000">
            <w:pPr>
              <w:spacing w:after="0" w:line="252" w:lineRule="auto"/>
              <w:jc w:val="center"/>
            </w:pPr>
            <w:r>
              <w:rPr>
                <w:sz w:val="18"/>
              </w:rPr>
              <w:t>1.25 (0.23</w:t>
            </w:r>
            <w:r w:rsidR="00BE3B67">
              <w:rPr>
                <w:sz w:val="18"/>
              </w:rPr>
              <w:t>-</w:t>
            </w:r>
            <w:r>
              <w:rPr>
                <w:sz w:val="18"/>
              </w:rPr>
              <w:t>3.00)</w:t>
            </w:r>
          </w:p>
        </w:tc>
      </w:tr>
      <w:tr w:rsidR="00446222" w14:paraId="7A0C0DBC" w14:textId="77777777">
        <w:trPr>
          <w:cantSplit/>
          <w:jc w:val="center"/>
        </w:trPr>
        <w:tc>
          <w:tcPr>
            <w:tcW w:w="2835" w:type="dxa"/>
            <w:vAlign w:val="center"/>
          </w:tcPr>
          <w:p w14:paraId="3F0EC638" w14:textId="77777777" w:rsidR="00446222" w:rsidRDefault="00000000">
            <w:pPr>
              <w:spacing w:after="0" w:line="252" w:lineRule="auto"/>
            </w:pPr>
            <w:r>
              <w:rPr>
                <w:sz w:val="18"/>
              </w:rPr>
              <w:t>Garlic</w:t>
            </w:r>
          </w:p>
        </w:tc>
        <w:tc>
          <w:tcPr>
            <w:tcW w:w="907" w:type="dxa"/>
            <w:vAlign w:val="center"/>
          </w:tcPr>
          <w:p w14:paraId="34D73819" w14:textId="77777777" w:rsidR="00446222" w:rsidRDefault="00000000">
            <w:pPr>
              <w:spacing w:after="0" w:line="252" w:lineRule="auto"/>
              <w:jc w:val="center"/>
            </w:pPr>
            <w:r>
              <w:rPr>
                <w:sz w:val="18"/>
              </w:rPr>
              <w:t>87</w:t>
            </w:r>
          </w:p>
        </w:tc>
        <w:tc>
          <w:tcPr>
            <w:tcW w:w="2494" w:type="dxa"/>
            <w:vAlign w:val="center"/>
          </w:tcPr>
          <w:p w14:paraId="3F8FE42F" w14:textId="2A6706D7" w:rsidR="00446222" w:rsidRDefault="00000000">
            <w:pPr>
              <w:spacing w:after="0" w:line="252" w:lineRule="auto"/>
              <w:jc w:val="center"/>
            </w:pPr>
            <w:r>
              <w:rPr>
                <w:sz w:val="18"/>
              </w:rPr>
              <w:t>1.00 (0.23</w:t>
            </w:r>
            <w:r w:rsidR="00BE3B67">
              <w:rPr>
                <w:sz w:val="18"/>
              </w:rPr>
              <w:t>-</w:t>
            </w:r>
            <w:r>
              <w:rPr>
                <w:sz w:val="18"/>
              </w:rPr>
              <w:t>3.50)</w:t>
            </w:r>
          </w:p>
        </w:tc>
        <w:tc>
          <w:tcPr>
            <w:tcW w:w="907" w:type="dxa"/>
            <w:vAlign w:val="center"/>
          </w:tcPr>
          <w:p w14:paraId="0E31B565" w14:textId="77777777" w:rsidR="00446222" w:rsidRDefault="00000000">
            <w:pPr>
              <w:spacing w:after="0" w:line="252" w:lineRule="auto"/>
              <w:jc w:val="center"/>
            </w:pPr>
            <w:r>
              <w:rPr>
                <w:sz w:val="18"/>
              </w:rPr>
              <w:t>64</w:t>
            </w:r>
          </w:p>
        </w:tc>
        <w:tc>
          <w:tcPr>
            <w:tcW w:w="2494" w:type="dxa"/>
            <w:vAlign w:val="center"/>
          </w:tcPr>
          <w:p w14:paraId="2408A0C3" w14:textId="476603DC" w:rsidR="00446222" w:rsidRDefault="00000000">
            <w:pPr>
              <w:spacing w:after="0" w:line="252" w:lineRule="auto"/>
              <w:jc w:val="center"/>
            </w:pPr>
            <w:r>
              <w:rPr>
                <w:sz w:val="18"/>
              </w:rPr>
              <w:t>0.50 (0.23</w:t>
            </w:r>
            <w:r w:rsidR="00BE3B67">
              <w:rPr>
                <w:sz w:val="18"/>
              </w:rPr>
              <w:t>-</w:t>
            </w:r>
            <w:r>
              <w:rPr>
                <w:sz w:val="18"/>
              </w:rPr>
              <w:t>1.50)</w:t>
            </w:r>
          </w:p>
        </w:tc>
      </w:tr>
      <w:tr w:rsidR="00446222" w14:paraId="7FB49EC1" w14:textId="77777777">
        <w:trPr>
          <w:cantSplit/>
          <w:jc w:val="center"/>
        </w:trPr>
        <w:tc>
          <w:tcPr>
            <w:tcW w:w="2835" w:type="dxa"/>
            <w:vAlign w:val="center"/>
          </w:tcPr>
          <w:p w14:paraId="3B77EEA4" w14:textId="77777777" w:rsidR="00446222" w:rsidRDefault="00000000">
            <w:pPr>
              <w:spacing w:after="0" w:line="252" w:lineRule="auto"/>
            </w:pPr>
            <w:r>
              <w:rPr>
                <w:sz w:val="18"/>
              </w:rPr>
              <w:t>Ginger</w:t>
            </w:r>
          </w:p>
        </w:tc>
        <w:tc>
          <w:tcPr>
            <w:tcW w:w="907" w:type="dxa"/>
            <w:vAlign w:val="center"/>
          </w:tcPr>
          <w:p w14:paraId="030AE179" w14:textId="77777777" w:rsidR="00446222" w:rsidRDefault="00000000">
            <w:pPr>
              <w:spacing w:after="0" w:line="252" w:lineRule="auto"/>
              <w:jc w:val="center"/>
            </w:pPr>
            <w:r>
              <w:rPr>
                <w:sz w:val="18"/>
              </w:rPr>
              <w:t>87</w:t>
            </w:r>
          </w:p>
        </w:tc>
        <w:tc>
          <w:tcPr>
            <w:tcW w:w="2494" w:type="dxa"/>
            <w:vAlign w:val="center"/>
          </w:tcPr>
          <w:p w14:paraId="537894E8" w14:textId="5D6C8335" w:rsidR="00446222" w:rsidRDefault="00000000">
            <w:pPr>
              <w:spacing w:after="0" w:line="252" w:lineRule="auto"/>
              <w:jc w:val="center"/>
            </w:pPr>
            <w:r>
              <w:rPr>
                <w:sz w:val="18"/>
              </w:rPr>
              <w:t>1.00 (0.46</w:t>
            </w:r>
            <w:r w:rsidR="00BE3B67">
              <w:rPr>
                <w:sz w:val="18"/>
              </w:rPr>
              <w:t>-</w:t>
            </w:r>
            <w:r>
              <w:rPr>
                <w:sz w:val="18"/>
              </w:rPr>
              <w:t>3.00)</w:t>
            </w:r>
          </w:p>
        </w:tc>
        <w:tc>
          <w:tcPr>
            <w:tcW w:w="907" w:type="dxa"/>
            <w:vAlign w:val="center"/>
          </w:tcPr>
          <w:p w14:paraId="53F559BB" w14:textId="77777777" w:rsidR="00446222" w:rsidRDefault="00000000">
            <w:pPr>
              <w:spacing w:after="0" w:line="252" w:lineRule="auto"/>
              <w:jc w:val="center"/>
            </w:pPr>
            <w:r>
              <w:rPr>
                <w:sz w:val="18"/>
              </w:rPr>
              <w:t>64</w:t>
            </w:r>
          </w:p>
        </w:tc>
        <w:tc>
          <w:tcPr>
            <w:tcW w:w="2494" w:type="dxa"/>
            <w:vAlign w:val="center"/>
          </w:tcPr>
          <w:p w14:paraId="0680366D" w14:textId="5B0E8FC6" w:rsidR="00446222" w:rsidRDefault="00000000">
            <w:pPr>
              <w:spacing w:after="0" w:line="252" w:lineRule="auto"/>
              <w:jc w:val="center"/>
            </w:pPr>
            <w:r>
              <w:rPr>
                <w:sz w:val="18"/>
              </w:rPr>
              <w:t>0.50 (0.23</w:t>
            </w:r>
            <w:r w:rsidR="00BE3B67">
              <w:rPr>
                <w:sz w:val="18"/>
              </w:rPr>
              <w:t>-</w:t>
            </w:r>
            <w:r>
              <w:rPr>
                <w:sz w:val="18"/>
              </w:rPr>
              <w:t>1.50)</w:t>
            </w:r>
          </w:p>
        </w:tc>
      </w:tr>
      <w:tr w:rsidR="00446222" w14:paraId="05B74F54" w14:textId="77777777">
        <w:trPr>
          <w:cantSplit/>
          <w:jc w:val="center"/>
        </w:trPr>
        <w:tc>
          <w:tcPr>
            <w:tcW w:w="2835" w:type="dxa"/>
            <w:vAlign w:val="center"/>
          </w:tcPr>
          <w:p w14:paraId="4F3B43EE" w14:textId="77777777" w:rsidR="00446222" w:rsidRDefault="00000000">
            <w:pPr>
              <w:keepNext/>
              <w:spacing w:after="0" w:line="252" w:lineRule="auto"/>
            </w:pPr>
            <w:r>
              <w:rPr>
                <w:sz w:val="18"/>
              </w:rPr>
              <w:t>Turmeric</w:t>
            </w:r>
          </w:p>
        </w:tc>
        <w:tc>
          <w:tcPr>
            <w:tcW w:w="907" w:type="dxa"/>
            <w:vAlign w:val="center"/>
          </w:tcPr>
          <w:p w14:paraId="2FA9D801" w14:textId="77777777" w:rsidR="00446222" w:rsidRDefault="00000000">
            <w:pPr>
              <w:keepNext/>
              <w:spacing w:after="0" w:line="252" w:lineRule="auto"/>
              <w:jc w:val="center"/>
            </w:pPr>
            <w:r>
              <w:rPr>
                <w:sz w:val="18"/>
              </w:rPr>
              <w:t>87</w:t>
            </w:r>
          </w:p>
        </w:tc>
        <w:tc>
          <w:tcPr>
            <w:tcW w:w="2494" w:type="dxa"/>
            <w:vAlign w:val="center"/>
          </w:tcPr>
          <w:p w14:paraId="21D07056" w14:textId="487F7ECB" w:rsidR="00446222" w:rsidRDefault="00000000">
            <w:pPr>
              <w:keepNext/>
              <w:spacing w:after="0" w:line="252" w:lineRule="auto"/>
              <w:jc w:val="center"/>
            </w:pPr>
            <w:r>
              <w:rPr>
                <w:sz w:val="18"/>
              </w:rPr>
              <w:t>0.50 (0.12</w:t>
            </w:r>
            <w:r w:rsidR="00BE3B67">
              <w:rPr>
                <w:sz w:val="18"/>
              </w:rPr>
              <w:t>-</w:t>
            </w:r>
            <w:r>
              <w:rPr>
                <w:sz w:val="18"/>
              </w:rPr>
              <w:t>3.00)</w:t>
            </w:r>
          </w:p>
        </w:tc>
        <w:tc>
          <w:tcPr>
            <w:tcW w:w="907" w:type="dxa"/>
            <w:vAlign w:val="center"/>
          </w:tcPr>
          <w:p w14:paraId="54726224" w14:textId="77777777" w:rsidR="00446222" w:rsidRDefault="00000000">
            <w:pPr>
              <w:keepNext/>
              <w:spacing w:after="0" w:line="252" w:lineRule="auto"/>
              <w:jc w:val="center"/>
            </w:pPr>
            <w:r>
              <w:rPr>
                <w:sz w:val="18"/>
              </w:rPr>
              <w:t>64</w:t>
            </w:r>
          </w:p>
        </w:tc>
        <w:tc>
          <w:tcPr>
            <w:tcW w:w="2494" w:type="dxa"/>
            <w:vAlign w:val="center"/>
          </w:tcPr>
          <w:p w14:paraId="432BE32F" w14:textId="36B1D772" w:rsidR="00446222" w:rsidRDefault="00000000">
            <w:pPr>
              <w:keepNext/>
              <w:spacing w:after="0" w:line="252" w:lineRule="auto"/>
              <w:jc w:val="center"/>
            </w:pPr>
            <w:r>
              <w:rPr>
                <w:sz w:val="18"/>
              </w:rPr>
              <w:t>0.50 (0.06</w:t>
            </w:r>
            <w:r w:rsidR="00BE3B67">
              <w:rPr>
                <w:sz w:val="18"/>
              </w:rPr>
              <w:t>-</w:t>
            </w:r>
            <w:r>
              <w:rPr>
                <w:sz w:val="18"/>
              </w:rPr>
              <w:t>1.50)</w:t>
            </w:r>
          </w:p>
        </w:tc>
      </w:tr>
    </w:tbl>
    <w:p w14:paraId="646B0768" w14:textId="77777777" w:rsidR="00446222" w:rsidRDefault="00000000" w:rsidP="0047469F">
      <w:pPr>
        <w:keepLines/>
        <w:spacing w:after="140" w:line="252" w:lineRule="auto"/>
        <w:jc w:val="both"/>
      </w:pPr>
      <w:r>
        <w:rPr>
          <w:sz w:val="18"/>
        </w:rPr>
        <w:t>Values are J/100: assigned weekly frequency multiplied by the numerical portion weight and divided by 100. Units are assigned medium-reference portion-index units per week, not measured grams, millilitres or energy. Recorded non-consumers contribute zero; unavailable combined responses are excluded food by food. Denominators may therefore exceed the 83 controls and 62 cases with complete profiles. Means, SDs and missing counts are supplied in Additional file 2.</w:t>
      </w:r>
    </w:p>
    <w:p w14:paraId="425A351B" w14:textId="77777777" w:rsidR="00446222" w:rsidRDefault="00000000">
      <w:pPr>
        <w:pStyle w:val="Heading1"/>
      </w:pPr>
      <w:r>
        <w:t>Dietary-component derivation and structure</w:t>
      </w:r>
    </w:p>
    <w:p w14:paraId="19B428C0" w14:textId="6BE04E88" w:rsidR="00446222" w:rsidRDefault="00000000" w:rsidP="0047469F">
      <w:pPr>
        <w:jc w:val="both"/>
      </w:pPr>
      <w:r>
        <w:t>PCA used the correlation matrix of the 33 combined variables in 145 participants. Each food was centred and scaled to its sample standard deviation. Leading eigenvalues were retained while exceeding their ordered 95th-percentile values from 2,000 independent within-food permutations, stopping at the first failure [1</w:t>
      </w:r>
      <w:r w:rsidR="00890C71">
        <w:t>9</w:t>
      </w:r>
      <w:r>
        <w:t xml:space="preserve">]. Varimax rotation used Kaiser </w:t>
      </w:r>
      <w:proofErr w:type="spellStart"/>
      <w:r>
        <w:t>normalisation</w:t>
      </w:r>
      <w:proofErr w:type="spellEnd"/>
      <w:r>
        <w:t xml:space="preserve"> [</w:t>
      </w:r>
      <w:r w:rsidR="00890C71">
        <w:t>20</w:t>
      </w:r>
      <w:r>
        <w:t>]. The retained eigenvectors were divided by their eigenvalue square roots and multiplied by the rotation matrix, yielding uncorrelated unit-variance scores. Components were ordered by represented variance and oriented so their largest absolute loading was positive.</w:t>
      </w:r>
    </w:p>
    <w:p w14:paraId="2F8BFC5B" w14:textId="77777777" w:rsidR="00446222" w:rsidRDefault="00000000" w:rsidP="0047469F">
      <w:pPr>
        <w:jc w:val="both"/>
      </w:pPr>
      <w:r>
        <w:lastRenderedPageBreak/>
        <w:t>Loadings are correlations of the food variables with the derived scores. An absolute loading of at least 0.40 guided descriptive names and plot outlines but did not determine which weights entered the score. All 33 weights were retained. The labels describe food combinations, not presumed health effects. Centring, scaling, scoring weights, item-level adequacy diagnostics and full-precision loadings are included in Additional file 2.</w:t>
      </w:r>
    </w:p>
    <w:p w14:paraId="285D0826" w14:textId="77777777" w:rsidR="00446222" w:rsidRDefault="00000000">
      <w:pPr>
        <w:pStyle w:val="Caption"/>
        <w:keepNext/>
      </w:pPr>
      <w:r>
        <w:rPr>
          <w:b/>
        </w:rPr>
        <w:t>Table S11. Full loading matrix of the primary combined dietary components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2835"/>
        <w:gridCol w:w="1134"/>
        <w:gridCol w:w="1134"/>
        <w:gridCol w:w="1134"/>
        <w:gridCol w:w="1134"/>
        <w:gridCol w:w="1134"/>
        <w:gridCol w:w="1134"/>
      </w:tblGrid>
      <w:tr w:rsidR="00446222" w14:paraId="4E647318" w14:textId="77777777">
        <w:trPr>
          <w:cantSplit/>
          <w:tblHeader/>
          <w:jc w:val="center"/>
        </w:trPr>
        <w:tc>
          <w:tcPr>
            <w:tcW w:w="2835" w:type="dxa"/>
            <w:tcBorders>
              <w:bottom w:val="single" w:sz="4" w:space="0" w:color="auto"/>
            </w:tcBorders>
            <w:vAlign w:val="center"/>
          </w:tcPr>
          <w:p w14:paraId="140E7286" w14:textId="77777777" w:rsidR="00446222" w:rsidRDefault="00000000">
            <w:pPr>
              <w:keepNext/>
              <w:spacing w:after="0" w:line="252" w:lineRule="auto"/>
            </w:pPr>
            <w:r>
              <w:rPr>
                <w:b/>
                <w:sz w:val="18"/>
              </w:rPr>
              <w:t>Food</w:t>
            </w:r>
          </w:p>
        </w:tc>
        <w:tc>
          <w:tcPr>
            <w:tcW w:w="1134" w:type="dxa"/>
            <w:tcBorders>
              <w:bottom w:val="single" w:sz="4" w:space="0" w:color="auto"/>
            </w:tcBorders>
            <w:vAlign w:val="center"/>
          </w:tcPr>
          <w:p w14:paraId="094C348F" w14:textId="77777777" w:rsidR="00446222" w:rsidRDefault="00000000">
            <w:pPr>
              <w:keepNext/>
              <w:spacing w:after="0" w:line="252" w:lineRule="auto"/>
              <w:jc w:val="center"/>
            </w:pPr>
            <w:r>
              <w:rPr>
                <w:b/>
                <w:sz w:val="18"/>
              </w:rPr>
              <w:t>FP01</w:t>
            </w:r>
          </w:p>
        </w:tc>
        <w:tc>
          <w:tcPr>
            <w:tcW w:w="1134" w:type="dxa"/>
            <w:tcBorders>
              <w:bottom w:val="single" w:sz="4" w:space="0" w:color="auto"/>
            </w:tcBorders>
            <w:vAlign w:val="center"/>
          </w:tcPr>
          <w:p w14:paraId="4B88F610" w14:textId="77777777" w:rsidR="00446222" w:rsidRDefault="00000000">
            <w:pPr>
              <w:keepNext/>
              <w:spacing w:after="0" w:line="252" w:lineRule="auto"/>
              <w:jc w:val="center"/>
            </w:pPr>
            <w:r>
              <w:rPr>
                <w:b/>
                <w:sz w:val="18"/>
              </w:rPr>
              <w:t>FP02</w:t>
            </w:r>
          </w:p>
        </w:tc>
        <w:tc>
          <w:tcPr>
            <w:tcW w:w="1134" w:type="dxa"/>
            <w:tcBorders>
              <w:bottom w:val="single" w:sz="4" w:space="0" w:color="auto"/>
            </w:tcBorders>
            <w:vAlign w:val="center"/>
          </w:tcPr>
          <w:p w14:paraId="6054B2C8" w14:textId="77777777" w:rsidR="00446222" w:rsidRDefault="00000000">
            <w:pPr>
              <w:keepNext/>
              <w:spacing w:after="0" w:line="252" w:lineRule="auto"/>
              <w:jc w:val="center"/>
            </w:pPr>
            <w:r>
              <w:rPr>
                <w:b/>
                <w:sz w:val="18"/>
              </w:rPr>
              <w:t>FP03</w:t>
            </w:r>
          </w:p>
        </w:tc>
        <w:tc>
          <w:tcPr>
            <w:tcW w:w="1134" w:type="dxa"/>
            <w:tcBorders>
              <w:bottom w:val="single" w:sz="4" w:space="0" w:color="auto"/>
            </w:tcBorders>
            <w:vAlign w:val="center"/>
          </w:tcPr>
          <w:p w14:paraId="2C5B7CDF" w14:textId="77777777" w:rsidR="00446222" w:rsidRDefault="00000000">
            <w:pPr>
              <w:keepNext/>
              <w:spacing w:after="0" w:line="252" w:lineRule="auto"/>
              <w:jc w:val="center"/>
            </w:pPr>
            <w:r>
              <w:rPr>
                <w:b/>
                <w:sz w:val="18"/>
              </w:rPr>
              <w:t>FP04</w:t>
            </w:r>
          </w:p>
        </w:tc>
        <w:tc>
          <w:tcPr>
            <w:tcW w:w="1134" w:type="dxa"/>
            <w:tcBorders>
              <w:bottom w:val="single" w:sz="4" w:space="0" w:color="auto"/>
            </w:tcBorders>
            <w:vAlign w:val="center"/>
          </w:tcPr>
          <w:p w14:paraId="4CD24529" w14:textId="77777777" w:rsidR="00446222" w:rsidRDefault="00000000">
            <w:pPr>
              <w:keepNext/>
              <w:spacing w:after="0" w:line="252" w:lineRule="auto"/>
              <w:jc w:val="center"/>
            </w:pPr>
            <w:r>
              <w:rPr>
                <w:b/>
                <w:sz w:val="18"/>
              </w:rPr>
              <w:t>FP05</w:t>
            </w:r>
          </w:p>
        </w:tc>
        <w:tc>
          <w:tcPr>
            <w:tcW w:w="1134" w:type="dxa"/>
            <w:tcBorders>
              <w:bottom w:val="single" w:sz="4" w:space="0" w:color="auto"/>
            </w:tcBorders>
            <w:vAlign w:val="center"/>
          </w:tcPr>
          <w:p w14:paraId="39B4210B" w14:textId="77777777" w:rsidR="00446222" w:rsidRDefault="00000000">
            <w:pPr>
              <w:keepNext/>
              <w:spacing w:after="0" w:line="252" w:lineRule="auto"/>
              <w:jc w:val="center"/>
            </w:pPr>
            <w:r>
              <w:rPr>
                <w:b/>
                <w:sz w:val="18"/>
              </w:rPr>
              <w:t>FP06</w:t>
            </w:r>
          </w:p>
        </w:tc>
      </w:tr>
      <w:tr w:rsidR="00446222" w14:paraId="3E316833" w14:textId="77777777">
        <w:trPr>
          <w:cantSplit/>
          <w:jc w:val="center"/>
        </w:trPr>
        <w:tc>
          <w:tcPr>
            <w:tcW w:w="2835" w:type="dxa"/>
            <w:vAlign w:val="center"/>
          </w:tcPr>
          <w:p w14:paraId="7EA04039" w14:textId="77777777" w:rsidR="00446222" w:rsidRDefault="00000000">
            <w:pPr>
              <w:spacing w:after="0" w:line="252" w:lineRule="auto"/>
            </w:pPr>
            <w:r>
              <w:rPr>
                <w:sz w:val="18"/>
              </w:rPr>
              <w:t>Yam / cocoyam</w:t>
            </w:r>
          </w:p>
        </w:tc>
        <w:tc>
          <w:tcPr>
            <w:tcW w:w="1134" w:type="dxa"/>
            <w:vAlign w:val="center"/>
          </w:tcPr>
          <w:p w14:paraId="64CCC91C" w14:textId="77777777" w:rsidR="00446222" w:rsidRDefault="00000000">
            <w:pPr>
              <w:spacing w:after="0" w:line="252" w:lineRule="auto"/>
              <w:jc w:val="center"/>
            </w:pPr>
            <w:r>
              <w:rPr>
                <w:sz w:val="18"/>
              </w:rPr>
              <w:t>0.074</w:t>
            </w:r>
          </w:p>
        </w:tc>
        <w:tc>
          <w:tcPr>
            <w:tcW w:w="1134" w:type="dxa"/>
            <w:vAlign w:val="center"/>
          </w:tcPr>
          <w:p w14:paraId="1F4C217F" w14:textId="77777777" w:rsidR="00446222" w:rsidRDefault="00000000">
            <w:pPr>
              <w:spacing w:after="0" w:line="252" w:lineRule="auto"/>
              <w:jc w:val="center"/>
            </w:pPr>
            <w:r>
              <w:rPr>
                <w:sz w:val="18"/>
              </w:rPr>
              <w:t>0.501</w:t>
            </w:r>
          </w:p>
        </w:tc>
        <w:tc>
          <w:tcPr>
            <w:tcW w:w="1134" w:type="dxa"/>
            <w:vAlign w:val="center"/>
          </w:tcPr>
          <w:p w14:paraId="46ADD54F" w14:textId="77777777" w:rsidR="00446222" w:rsidRDefault="00000000">
            <w:pPr>
              <w:spacing w:after="0" w:line="252" w:lineRule="auto"/>
              <w:jc w:val="center"/>
            </w:pPr>
            <w:r>
              <w:rPr>
                <w:sz w:val="18"/>
              </w:rPr>
              <w:t>0.013</w:t>
            </w:r>
          </w:p>
        </w:tc>
        <w:tc>
          <w:tcPr>
            <w:tcW w:w="1134" w:type="dxa"/>
            <w:vAlign w:val="center"/>
          </w:tcPr>
          <w:p w14:paraId="15DD1F2E" w14:textId="77777777" w:rsidR="00446222" w:rsidRDefault="00000000">
            <w:pPr>
              <w:spacing w:after="0" w:line="252" w:lineRule="auto"/>
              <w:jc w:val="center"/>
            </w:pPr>
            <w:r>
              <w:rPr>
                <w:sz w:val="18"/>
              </w:rPr>
              <w:t>0.481</w:t>
            </w:r>
          </w:p>
        </w:tc>
        <w:tc>
          <w:tcPr>
            <w:tcW w:w="1134" w:type="dxa"/>
            <w:vAlign w:val="center"/>
          </w:tcPr>
          <w:p w14:paraId="5F01D544" w14:textId="77777777" w:rsidR="00446222" w:rsidRDefault="00000000">
            <w:pPr>
              <w:spacing w:after="0" w:line="252" w:lineRule="auto"/>
              <w:jc w:val="center"/>
            </w:pPr>
            <w:r>
              <w:rPr>
                <w:sz w:val="18"/>
              </w:rPr>
              <w:t>0.028</w:t>
            </w:r>
          </w:p>
        </w:tc>
        <w:tc>
          <w:tcPr>
            <w:tcW w:w="1134" w:type="dxa"/>
            <w:vAlign w:val="center"/>
          </w:tcPr>
          <w:p w14:paraId="645F7C53" w14:textId="77777777" w:rsidR="00446222" w:rsidRDefault="00000000">
            <w:pPr>
              <w:spacing w:after="0" w:line="252" w:lineRule="auto"/>
              <w:jc w:val="center"/>
            </w:pPr>
            <w:r>
              <w:rPr>
                <w:sz w:val="18"/>
              </w:rPr>
              <w:t>0.049</w:t>
            </w:r>
          </w:p>
        </w:tc>
      </w:tr>
      <w:tr w:rsidR="00446222" w14:paraId="318D4679" w14:textId="77777777">
        <w:trPr>
          <w:cantSplit/>
          <w:jc w:val="center"/>
        </w:trPr>
        <w:tc>
          <w:tcPr>
            <w:tcW w:w="2835" w:type="dxa"/>
            <w:vAlign w:val="center"/>
          </w:tcPr>
          <w:p w14:paraId="08774386" w14:textId="77777777" w:rsidR="00446222" w:rsidRDefault="00000000">
            <w:pPr>
              <w:spacing w:after="0" w:line="252" w:lineRule="auto"/>
            </w:pPr>
            <w:r>
              <w:rPr>
                <w:sz w:val="18"/>
              </w:rPr>
              <w:t>Cassava</w:t>
            </w:r>
          </w:p>
        </w:tc>
        <w:tc>
          <w:tcPr>
            <w:tcW w:w="1134" w:type="dxa"/>
            <w:vAlign w:val="center"/>
          </w:tcPr>
          <w:p w14:paraId="62661ABC" w14:textId="77777777" w:rsidR="00446222" w:rsidRDefault="00000000">
            <w:pPr>
              <w:spacing w:after="0" w:line="252" w:lineRule="auto"/>
              <w:jc w:val="center"/>
            </w:pPr>
            <w:r>
              <w:rPr>
                <w:sz w:val="18"/>
              </w:rPr>
              <w:t>0.484</w:t>
            </w:r>
          </w:p>
        </w:tc>
        <w:tc>
          <w:tcPr>
            <w:tcW w:w="1134" w:type="dxa"/>
            <w:vAlign w:val="center"/>
          </w:tcPr>
          <w:p w14:paraId="021C7AD6" w14:textId="77777777" w:rsidR="00446222" w:rsidRDefault="00000000">
            <w:pPr>
              <w:spacing w:after="0" w:line="252" w:lineRule="auto"/>
              <w:jc w:val="center"/>
            </w:pPr>
            <w:r>
              <w:rPr>
                <w:sz w:val="18"/>
              </w:rPr>
              <w:t>0.246</w:t>
            </w:r>
          </w:p>
        </w:tc>
        <w:tc>
          <w:tcPr>
            <w:tcW w:w="1134" w:type="dxa"/>
            <w:vAlign w:val="center"/>
          </w:tcPr>
          <w:p w14:paraId="19A123BC" w14:textId="77777777" w:rsidR="00446222" w:rsidRDefault="00000000">
            <w:pPr>
              <w:spacing w:after="0" w:line="252" w:lineRule="auto"/>
              <w:jc w:val="center"/>
            </w:pPr>
            <w:r>
              <w:rPr>
                <w:sz w:val="18"/>
              </w:rPr>
              <w:t>0.142</w:t>
            </w:r>
          </w:p>
        </w:tc>
        <w:tc>
          <w:tcPr>
            <w:tcW w:w="1134" w:type="dxa"/>
            <w:vAlign w:val="center"/>
          </w:tcPr>
          <w:p w14:paraId="55E49B6B" w14:textId="77777777" w:rsidR="00446222" w:rsidRDefault="00000000">
            <w:pPr>
              <w:spacing w:after="0" w:line="252" w:lineRule="auto"/>
              <w:jc w:val="center"/>
            </w:pPr>
            <w:r>
              <w:rPr>
                <w:sz w:val="18"/>
              </w:rPr>
              <w:t>0.100</w:t>
            </w:r>
          </w:p>
        </w:tc>
        <w:tc>
          <w:tcPr>
            <w:tcW w:w="1134" w:type="dxa"/>
            <w:vAlign w:val="center"/>
          </w:tcPr>
          <w:p w14:paraId="3E2B4A96" w14:textId="77777777" w:rsidR="00446222" w:rsidRDefault="00000000">
            <w:pPr>
              <w:spacing w:after="0" w:line="252" w:lineRule="auto"/>
              <w:jc w:val="center"/>
            </w:pPr>
            <w:r>
              <w:rPr>
                <w:sz w:val="18"/>
              </w:rPr>
              <w:t>0.013</w:t>
            </w:r>
          </w:p>
        </w:tc>
        <w:tc>
          <w:tcPr>
            <w:tcW w:w="1134" w:type="dxa"/>
            <w:vAlign w:val="center"/>
          </w:tcPr>
          <w:p w14:paraId="1DD939DB" w14:textId="77777777" w:rsidR="00446222" w:rsidRDefault="00000000">
            <w:pPr>
              <w:spacing w:after="0" w:line="252" w:lineRule="auto"/>
              <w:jc w:val="center"/>
            </w:pPr>
            <w:r>
              <w:rPr>
                <w:sz w:val="18"/>
              </w:rPr>
              <w:t>-0.286</w:t>
            </w:r>
          </w:p>
        </w:tc>
      </w:tr>
      <w:tr w:rsidR="00446222" w14:paraId="5131DE86" w14:textId="77777777">
        <w:trPr>
          <w:cantSplit/>
          <w:jc w:val="center"/>
        </w:trPr>
        <w:tc>
          <w:tcPr>
            <w:tcW w:w="2835" w:type="dxa"/>
            <w:vAlign w:val="center"/>
          </w:tcPr>
          <w:p w14:paraId="13D5677A" w14:textId="77777777" w:rsidR="00446222" w:rsidRDefault="00000000">
            <w:pPr>
              <w:spacing w:after="0" w:line="252" w:lineRule="auto"/>
            </w:pPr>
            <w:r>
              <w:rPr>
                <w:sz w:val="18"/>
              </w:rPr>
              <w:t>Rice</w:t>
            </w:r>
          </w:p>
        </w:tc>
        <w:tc>
          <w:tcPr>
            <w:tcW w:w="1134" w:type="dxa"/>
            <w:vAlign w:val="center"/>
          </w:tcPr>
          <w:p w14:paraId="7CEF6CC9" w14:textId="77777777" w:rsidR="00446222" w:rsidRDefault="00000000">
            <w:pPr>
              <w:spacing w:after="0" w:line="252" w:lineRule="auto"/>
              <w:jc w:val="center"/>
            </w:pPr>
            <w:r>
              <w:rPr>
                <w:sz w:val="18"/>
              </w:rPr>
              <w:t>0.579</w:t>
            </w:r>
          </w:p>
        </w:tc>
        <w:tc>
          <w:tcPr>
            <w:tcW w:w="1134" w:type="dxa"/>
            <w:vAlign w:val="center"/>
          </w:tcPr>
          <w:p w14:paraId="082D6770" w14:textId="77777777" w:rsidR="00446222" w:rsidRDefault="00000000">
            <w:pPr>
              <w:spacing w:after="0" w:line="252" w:lineRule="auto"/>
              <w:jc w:val="center"/>
            </w:pPr>
            <w:r>
              <w:rPr>
                <w:sz w:val="18"/>
              </w:rPr>
              <w:t>0.161</w:t>
            </w:r>
          </w:p>
        </w:tc>
        <w:tc>
          <w:tcPr>
            <w:tcW w:w="1134" w:type="dxa"/>
            <w:vAlign w:val="center"/>
          </w:tcPr>
          <w:p w14:paraId="50E5F64C" w14:textId="77777777" w:rsidR="00446222" w:rsidRDefault="00000000">
            <w:pPr>
              <w:spacing w:after="0" w:line="252" w:lineRule="auto"/>
              <w:jc w:val="center"/>
            </w:pPr>
            <w:r>
              <w:rPr>
                <w:sz w:val="18"/>
              </w:rPr>
              <w:t>0.425</w:t>
            </w:r>
          </w:p>
        </w:tc>
        <w:tc>
          <w:tcPr>
            <w:tcW w:w="1134" w:type="dxa"/>
            <w:vAlign w:val="center"/>
          </w:tcPr>
          <w:p w14:paraId="2126ADCF" w14:textId="77777777" w:rsidR="00446222" w:rsidRDefault="00000000">
            <w:pPr>
              <w:spacing w:after="0" w:line="252" w:lineRule="auto"/>
              <w:jc w:val="center"/>
            </w:pPr>
            <w:r>
              <w:rPr>
                <w:sz w:val="18"/>
              </w:rPr>
              <w:t>0.057</w:t>
            </w:r>
          </w:p>
        </w:tc>
        <w:tc>
          <w:tcPr>
            <w:tcW w:w="1134" w:type="dxa"/>
            <w:vAlign w:val="center"/>
          </w:tcPr>
          <w:p w14:paraId="63E69CC3" w14:textId="77777777" w:rsidR="00446222" w:rsidRDefault="00000000">
            <w:pPr>
              <w:spacing w:after="0" w:line="252" w:lineRule="auto"/>
              <w:jc w:val="center"/>
            </w:pPr>
            <w:r>
              <w:rPr>
                <w:sz w:val="18"/>
              </w:rPr>
              <w:t>0.109</w:t>
            </w:r>
          </w:p>
        </w:tc>
        <w:tc>
          <w:tcPr>
            <w:tcW w:w="1134" w:type="dxa"/>
            <w:vAlign w:val="center"/>
          </w:tcPr>
          <w:p w14:paraId="2118D862" w14:textId="77777777" w:rsidR="00446222" w:rsidRDefault="00000000">
            <w:pPr>
              <w:spacing w:after="0" w:line="252" w:lineRule="auto"/>
              <w:jc w:val="center"/>
            </w:pPr>
            <w:r>
              <w:rPr>
                <w:sz w:val="18"/>
              </w:rPr>
              <w:t>-0.220</w:t>
            </w:r>
          </w:p>
        </w:tc>
      </w:tr>
      <w:tr w:rsidR="00446222" w14:paraId="2BF51BA2" w14:textId="77777777">
        <w:trPr>
          <w:cantSplit/>
          <w:jc w:val="center"/>
        </w:trPr>
        <w:tc>
          <w:tcPr>
            <w:tcW w:w="2835" w:type="dxa"/>
            <w:vAlign w:val="center"/>
          </w:tcPr>
          <w:p w14:paraId="013299FE" w14:textId="77777777" w:rsidR="00446222" w:rsidRDefault="00000000">
            <w:pPr>
              <w:spacing w:after="0" w:line="252" w:lineRule="auto"/>
            </w:pPr>
            <w:r>
              <w:rPr>
                <w:sz w:val="18"/>
              </w:rPr>
              <w:t>Plantain</w:t>
            </w:r>
          </w:p>
        </w:tc>
        <w:tc>
          <w:tcPr>
            <w:tcW w:w="1134" w:type="dxa"/>
            <w:vAlign w:val="center"/>
          </w:tcPr>
          <w:p w14:paraId="0D4A5A8D" w14:textId="77777777" w:rsidR="00446222" w:rsidRDefault="00000000">
            <w:pPr>
              <w:spacing w:after="0" w:line="252" w:lineRule="auto"/>
              <w:jc w:val="center"/>
            </w:pPr>
            <w:r>
              <w:rPr>
                <w:sz w:val="18"/>
              </w:rPr>
              <w:t>0.139</w:t>
            </w:r>
          </w:p>
        </w:tc>
        <w:tc>
          <w:tcPr>
            <w:tcW w:w="1134" w:type="dxa"/>
            <w:vAlign w:val="center"/>
          </w:tcPr>
          <w:p w14:paraId="78808C51" w14:textId="77777777" w:rsidR="00446222" w:rsidRDefault="00000000">
            <w:pPr>
              <w:spacing w:after="0" w:line="252" w:lineRule="auto"/>
              <w:jc w:val="center"/>
            </w:pPr>
            <w:r>
              <w:rPr>
                <w:sz w:val="18"/>
              </w:rPr>
              <w:t>0.563</w:t>
            </w:r>
          </w:p>
        </w:tc>
        <w:tc>
          <w:tcPr>
            <w:tcW w:w="1134" w:type="dxa"/>
            <w:vAlign w:val="center"/>
          </w:tcPr>
          <w:p w14:paraId="7693F480" w14:textId="77777777" w:rsidR="00446222" w:rsidRDefault="00000000">
            <w:pPr>
              <w:spacing w:after="0" w:line="252" w:lineRule="auto"/>
              <w:jc w:val="center"/>
            </w:pPr>
            <w:r>
              <w:rPr>
                <w:sz w:val="18"/>
              </w:rPr>
              <w:t>-0.015</w:t>
            </w:r>
          </w:p>
        </w:tc>
        <w:tc>
          <w:tcPr>
            <w:tcW w:w="1134" w:type="dxa"/>
            <w:vAlign w:val="center"/>
          </w:tcPr>
          <w:p w14:paraId="2517B854" w14:textId="77777777" w:rsidR="00446222" w:rsidRDefault="00000000">
            <w:pPr>
              <w:spacing w:after="0" w:line="252" w:lineRule="auto"/>
              <w:jc w:val="center"/>
            </w:pPr>
            <w:r>
              <w:rPr>
                <w:sz w:val="18"/>
              </w:rPr>
              <w:t>0.128</w:t>
            </w:r>
          </w:p>
        </w:tc>
        <w:tc>
          <w:tcPr>
            <w:tcW w:w="1134" w:type="dxa"/>
            <w:vAlign w:val="center"/>
          </w:tcPr>
          <w:p w14:paraId="1A0742AA" w14:textId="77777777" w:rsidR="00446222" w:rsidRDefault="00000000">
            <w:pPr>
              <w:spacing w:after="0" w:line="252" w:lineRule="auto"/>
              <w:jc w:val="center"/>
            </w:pPr>
            <w:r>
              <w:rPr>
                <w:sz w:val="18"/>
              </w:rPr>
              <w:t>0.127</w:t>
            </w:r>
          </w:p>
        </w:tc>
        <w:tc>
          <w:tcPr>
            <w:tcW w:w="1134" w:type="dxa"/>
            <w:vAlign w:val="center"/>
          </w:tcPr>
          <w:p w14:paraId="23952690" w14:textId="77777777" w:rsidR="00446222" w:rsidRDefault="00000000">
            <w:pPr>
              <w:spacing w:after="0" w:line="252" w:lineRule="auto"/>
              <w:jc w:val="center"/>
            </w:pPr>
            <w:r>
              <w:rPr>
                <w:sz w:val="18"/>
              </w:rPr>
              <w:t>0.014</w:t>
            </w:r>
          </w:p>
        </w:tc>
      </w:tr>
      <w:tr w:rsidR="00446222" w14:paraId="1B7E2F9A" w14:textId="77777777">
        <w:trPr>
          <w:cantSplit/>
          <w:jc w:val="center"/>
        </w:trPr>
        <w:tc>
          <w:tcPr>
            <w:tcW w:w="2835" w:type="dxa"/>
            <w:vAlign w:val="center"/>
          </w:tcPr>
          <w:p w14:paraId="7531EDF7" w14:textId="77777777" w:rsidR="00446222" w:rsidRDefault="00000000">
            <w:pPr>
              <w:spacing w:after="0" w:line="252" w:lineRule="auto"/>
            </w:pPr>
            <w:r>
              <w:rPr>
                <w:sz w:val="18"/>
              </w:rPr>
              <w:t>Afang soup</w:t>
            </w:r>
          </w:p>
        </w:tc>
        <w:tc>
          <w:tcPr>
            <w:tcW w:w="1134" w:type="dxa"/>
            <w:vAlign w:val="center"/>
          </w:tcPr>
          <w:p w14:paraId="17830DF3" w14:textId="77777777" w:rsidR="00446222" w:rsidRDefault="00000000">
            <w:pPr>
              <w:spacing w:after="0" w:line="252" w:lineRule="auto"/>
              <w:jc w:val="center"/>
            </w:pPr>
            <w:r>
              <w:rPr>
                <w:sz w:val="18"/>
              </w:rPr>
              <w:t>0.771</w:t>
            </w:r>
          </w:p>
        </w:tc>
        <w:tc>
          <w:tcPr>
            <w:tcW w:w="1134" w:type="dxa"/>
            <w:vAlign w:val="center"/>
          </w:tcPr>
          <w:p w14:paraId="19BAE870" w14:textId="77777777" w:rsidR="00446222" w:rsidRDefault="00000000">
            <w:pPr>
              <w:spacing w:after="0" w:line="252" w:lineRule="auto"/>
              <w:jc w:val="center"/>
            </w:pPr>
            <w:r>
              <w:rPr>
                <w:sz w:val="18"/>
              </w:rPr>
              <w:t>0.103</w:t>
            </w:r>
          </w:p>
        </w:tc>
        <w:tc>
          <w:tcPr>
            <w:tcW w:w="1134" w:type="dxa"/>
            <w:vAlign w:val="center"/>
          </w:tcPr>
          <w:p w14:paraId="3273DD44" w14:textId="77777777" w:rsidR="00446222" w:rsidRDefault="00000000">
            <w:pPr>
              <w:spacing w:after="0" w:line="252" w:lineRule="auto"/>
              <w:jc w:val="center"/>
            </w:pPr>
            <w:r>
              <w:rPr>
                <w:sz w:val="18"/>
              </w:rPr>
              <w:t>-0.066</w:t>
            </w:r>
          </w:p>
        </w:tc>
        <w:tc>
          <w:tcPr>
            <w:tcW w:w="1134" w:type="dxa"/>
            <w:vAlign w:val="center"/>
          </w:tcPr>
          <w:p w14:paraId="21FC459C" w14:textId="77777777" w:rsidR="00446222" w:rsidRDefault="00000000">
            <w:pPr>
              <w:spacing w:after="0" w:line="252" w:lineRule="auto"/>
              <w:jc w:val="center"/>
            </w:pPr>
            <w:r>
              <w:rPr>
                <w:sz w:val="18"/>
              </w:rPr>
              <w:t>0.000</w:t>
            </w:r>
          </w:p>
        </w:tc>
        <w:tc>
          <w:tcPr>
            <w:tcW w:w="1134" w:type="dxa"/>
            <w:vAlign w:val="center"/>
          </w:tcPr>
          <w:p w14:paraId="66072538" w14:textId="77777777" w:rsidR="00446222" w:rsidRDefault="00000000">
            <w:pPr>
              <w:spacing w:after="0" w:line="252" w:lineRule="auto"/>
              <w:jc w:val="center"/>
            </w:pPr>
            <w:r>
              <w:rPr>
                <w:sz w:val="18"/>
              </w:rPr>
              <w:t>0.080</w:t>
            </w:r>
          </w:p>
        </w:tc>
        <w:tc>
          <w:tcPr>
            <w:tcW w:w="1134" w:type="dxa"/>
            <w:vAlign w:val="center"/>
          </w:tcPr>
          <w:p w14:paraId="3B2BD459" w14:textId="77777777" w:rsidR="00446222" w:rsidRDefault="00000000">
            <w:pPr>
              <w:spacing w:after="0" w:line="252" w:lineRule="auto"/>
              <w:jc w:val="center"/>
            </w:pPr>
            <w:r>
              <w:rPr>
                <w:sz w:val="18"/>
              </w:rPr>
              <w:t>-0.126</w:t>
            </w:r>
          </w:p>
        </w:tc>
      </w:tr>
      <w:tr w:rsidR="00446222" w14:paraId="5F4FBEA4" w14:textId="77777777">
        <w:trPr>
          <w:cantSplit/>
          <w:jc w:val="center"/>
        </w:trPr>
        <w:tc>
          <w:tcPr>
            <w:tcW w:w="2835" w:type="dxa"/>
            <w:vAlign w:val="center"/>
          </w:tcPr>
          <w:p w14:paraId="52F4F58B" w14:textId="77777777" w:rsidR="00446222" w:rsidRDefault="00000000">
            <w:pPr>
              <w:spacing w:after="0" w:line="252" w:lineRule="auto"/>
            </w:pPr>
            <w:r>
              <w:rPr>
                <w:sz w:val="18"/>
              </w:rPr>
              <w:t>Moringa</w:t>
            </w:r>
          </w:p>
        </w:tc>
        <w:tc>
          <w:tcPr>
            <w:tcW w:w="1134" w:type="dxa"/>
            <w:vAlign w:val="center"/>
          </w:tcPr>
          <w:p w14:paraId="1A7CC418" w14:textId="77777777" w:rsidR="00446222" w:rsidRDefault="00000000">
            <w:pPr>
              <w:spacing w:after="0" w:line="252" w:lineRule="auto"/>
              <w:jc w:val="center"/>
            </w:pPr>
            <w:r>
              <w:rPr>
                <w:sz w:val="18"/>
              </w:rPr>
              <w:t>-0.143</w:t>
            </w:r>
          </w:p>
        </w:tc>
        <w:tc>
          <w:tcPr>
            <w:tcW w:w="1134" w:type="dxa"/>
            <w:vAlign w:val="center"/>
          </w:tcPr>
          <w:p w14:paraId="3F7B8417" w14:textId="77777777" w:rsidR="00446222" w:rsidRDefault="00000000">
            <w:pPr>
              <w:spacing w:after="0" w:line="252" w:lineRule="auto"/>
              <w:jc w:val="center"/>
            </w:pPr>
            <w:r>
              <w:rPr>
                <w:sz w:val="18"/>
              </w:rPr>
              <w:t>0.074</w:t>
            </w:r>
          </w:p>
        </w:tc>
        <w:tc>
          <w:tcPr>
            <w:tcW w:w="1134" w:type="dxa"/>
            <w:vAlign w:val="center"/>
          </w:tcPr>
          <w:p w14:paraId="0087491D" w14:textId="77777777" w:rsidR="00446222" w:rsidRDefault="00000000">
            <w:pPr>
              <w:spacing w:after="0" w:line="252" w:lineRule="auto"/>
              <w:jc w:val="center"/>
            </w:pPr>
            <w:r>
              <w:rPr>
                <w:sz w:val="18"/>
              </w:rPr>
              <w:t>0.009</w:t>
            </w:r>
          </w:p>
        </w:tc>
        <w:tc>
          <w:tcPr>
            <w:tcW w:w="1134" w:type="dxa"/>
            <w:vAlign w:val="center"/>
          </w:tcPr>
          <w:p w14:paraId="610CA072" w14:textId="77777777" w:rsidR="00446222" w:rsidRDefault="00000000">
            <w:pPr>
              <w:spacing w:after="0" w:line="252" w:lineRule="auto"/>
              <w:jc w:val="center"/>
            </w:pPr>
            <w:r>
              <w:rPr>
                <w:sz w:val="18"/>
              </w:rPr>
              <w:t>-0.032</w:t>
            </w:r>
          </w:p>
        </w:tc>
        <w:tc>
          <w:tcPr>
            <w:tcW w:w="1134" w:type="dxa"/>
            <w:vAlign w:val="center"/>
          </w:tcPr>
          <w:p w14:paraId="3C74171F" w14:textId="77777777" w:rsidR="00446222" w:rsidRDefault="00000000">
            <w:pPr>
              <w:spacing w:after="0" w:line="252" w:lineRule="auto"/>
              <w:jc w:val="center"/>
            </w:pPr>
            <w:r>
              <w:rPr>
                <w:sz w:val="18"/>
              </w:rPr>
              <w:t>0.129</w:t>
            </w:r>
          </w:p>
        </w:tc>
        <w:tc>
          <w:tcPr>
            <w:tcW w:w="1134" w:type="dxa"/>
            <w:vAlign w:val="center"/>
          </w:tcPr>
          <w:p w14:paraId="4CA7E02B" w14:textId="77777777" w:rsidR="00446222" w:rsidRDefault="00000000">
            <w:pPr>
              <w:spacing w:after="0" w:line="252" w:lineRule="auto"/>
              <w:jc w:val="center"/>
            </w:pPr>
            <w:r>
              <w:rPr>
                <w:sz w:val="18"/>
              </w:rPr>
              <w:t>0.605</w:t>
            </w:r>
          </w:p>
        </w:tc>
      </w:tr>
      <w:tr w:rsidR="00446222" w14:paraId="5ABD0CE2" w14:textId="77777777">
        <w:trPr>
          <w:cantSplit/>
          <w:jc w:val="center"/>
        </w:trPr>
        <w:tc>
          <w:tcPr>
            <w:tcW w:w="2835" w:type="dxa"/>
            <w:vAlign w:val="center"/>
          </w:tcPr>
          <w:p w14:paraId="11517E6F" w14:textId="77777777" w:rsidR="00446222" w:rsidRDefault="00000000">
            <w:pPr>
              <w:spacing w:after="0" w:line="252" w:lineRule="auto"/>
            </w:pPr>
            <w:r>
              <w:rPr>
                <w:sz w:val="18"/>
              </w:rPr>
              <w:t>Pumpkin leaves</w:t>
            </w:r>
          </w:p>
        </w:tc>
        <w:tc>
          <w:tcPr>
            <w:tcW w:w="1134" w:type="dxa"/>
            <w:vAlign w:val="center"/>
          </w:tcPr>
          <w:p w14:paraId="7E6C2E87" w14:textId="77777777" w:rsidR="00446222" w:rsidRDefault="00000000">
            <w:pPr>
              <w:spacing w:after="0" w:line="252" w:lineRule="auto"/>
              <w:jc w:val="center"/>
            </w:pPr>
            <w:r>
              <w:rPr>
                <w:sz w:val="18"/>
              </w:rPr>
              <w:t>0.823</w:t>
            </w:r>
          </w:p>
        </w:tc>
        <w:tc>
          <w:tcPr>
            <w:tcW w:w="1134" w:type="dxa"/>
            <w:vAlign w:val="center"/>
          </w:tcPr>
          <w:p w14:paraId="1741F8D1" w14:textId="77777777" w:rsidR="00446222" w:rsidRDefault="00000000">
            <w:pPr>
              <w:spacing w:after="0" w:line="252" w:lineRule="auto"/>
              <w:jc w:val="center"/>
            </w:pPr>
            <w:r>
              <w:rPr>
                <w:sz w:val="18"/>
              </w:rPr>
              <w:t>0.009</w:t>
            </w:r>
          </w:p>
        </w:tc>
        <w:tc>
          <w:tcPr>
            <w:tcW w:w="1134" w:type="dxa"/>
            <w:vAlign w:val="center"/>
          </w:tcPr>
          <w:p w14:paraId="58F3227F" w14:textId="77777777" w:rsidR="00446222" w:rsidRDefault="00000000">
            <w:pPr>
              <w:spacing w:after="0" w:line="252" w:lineRule="auto"/>
              <w:jc w:val="center"/>
            </w:pPr>
            <w:r>
              <w:rPr>
                <w:sz w:val="18"/>
              </w:rPr>
              <w:t>0.188</w:t>
            </w:r>
          </w:p>
        </w:tc>
        <w:tc>
          <w:tcPr>
            <w:tcW w:w="1134" w:type="dxa"/>
            <w:vAlign w:val="center"/>
          </w:tcPr>
          <w:p w14:paraId="027F414D" w14:textId="77777777" w:rsidR="00446222" w:rsidRDefault="00000000">
            <w:pPr>
              <w:spacing w:after="0" w:line="252" w:lineRule="auto"/>
              <w:jc w:val="center"/>
            </w:pPr>
            <w:r>
              <w:rPr>
                <w:sz w:val="18"/>
              </w:rPr>
              <w:t>-0.021</w:t>
            </w:r>
          </w:p>
        </w:tc>
        <w:tc>
          <w:tcPr>
            <w:tcW w:w="1134" w:type="dxa"/>
            <w:vAlign w:val="center"/>
          </w:tcPr>
          <w:p w14:paraId="66F8CE4F" w14:textId="77777777" w:rsidR="00446222" w:rsidRDefault="00000000">
            <w:pPr>
              <w:spacing w:after="0" w:line="252" w:lineRule="auto"/>
              <w:jc w:val="center"/>
            </w:pPr>
            <w:r>
              <w:rPr>
                <w:sz w:val="18"/>
              </w:rPr>
              <w:t>0.084</w:t>
            </w:r>
          </w:p>
        </w:tc>
        <w:tc>
          <w:tcPr>
            <w:tcW w:w="1134" w:type="dxa"/>
            <w:vAlign w:val="center"/>
          </w:tcPr>
          <w:p w14:paraId="720F9466" w14:textId="77777777" w:rsidR="00446222" w:rsidRDefault="00000000">
            <w:pPr>
              <w:spacing w:after="0" w:line="252" w:lineRule="auto"/>
              <w:jc w:val="center"/>
            </w:pPr>
            <w:r>
              <w:rPr>
                <w:sz w:val="18"/>
              </w:rPr>
              <w:t>0.106</w:t>
            </w:r>
          </w:p>
        </w:tc>
      </w:tr>
      <w:tr w:rsidR="00446222" w14:paraId="22414DF2" w14:textId="77777777">
        <w:trPr>
          <w:cantSplit/>
          <w:jc w:val="center"/>
        </w:trPr>
        <w:tc>
          <w:tcPr>
            <w:tcW w:w="2835" w:type="dxa"/>
            <w:vAlign w:val="center"/>
          </w:tcPr>
          <w:p w14:paraId="21A40F4C" w14:textId="77777777" w:rsidR="00446222" w:rsidRDefault="00000000">
            <w:pPr>
              <w:spacing w:after="0" w:line="252" w:lineRule="auto"/>
            </w:pPr>
            <w:r>
              <w:rPr>
                <w:sz w:val="18"/>
              </w:rPr>
              <w:t>Waterleaf</w:t>
            </w:r>
          </w:p>
        </w:tc>
        <w:tc>
          <w:tcPr>
            <w:tcW w:w="1134" w:type="dxa"/>
            <w:vAlign w:val="center"/>
          </w:tcPr>
          <w:p w14:paraId="2DEB9E3E" w14:textId="77777777" w:rsidR="00446222" w:rsidRDefault="00000000">
            <w:pPr>
              <w:spacing w:after="0" w:line="252" w:lineRule="auto"/>
              <w:jc w:val="center"/>
            </w:pPr>
            <w:r>
              <w:rPr>
                <w:sz w:val="18"/>
              </w:rPr>
              <w:t>0.850</w:t>
            </w:r>
          </w:p>
        </w:tc>
        <w:tc>
          <w:tcPr>
            <w:tcW w:w="1134" w:type="dxa"/>
            <w:vAlign w:val="center"/>
          </w:tcPr>
          <w:p w14:paraId="43227CE0" w14:textId="77777777" w:rsidR="00446222" w:rsidRDefault="00000000">
            <w:pPr>
              <w:spacing w:after="0" w:line="252" w:lineRule="auto"/>
              <w:jc w:val="center"/>
            </w:pPr>
            <w:r>
              <w:rPr>
                <w:sz w:val="18"/>
              </w:rPr>
              <w:t>0.039</w:t>
            </w:r>
          </w:p>
        </w:tc>
        <w:tc>
          <w:tcPr>
            <w:tcW w:w="1134" w:type="dxa"/>
            <w:vAlign w:val="center"/>
          </w:tcPr>
          <w:p w14:paraId="1D1D7ABD" w14:textId="77777777" w:rsidR="00446222" w:rsidRDefault="00000000">
            <w:pPr>
              <w:spacing w:after="0" w:line="252" w:lineRule="auto"/>
              <w:jc w:val="center"/>
            </w:pPr>
            <w:r>
              <w:rPr>
                <w:sz w:val="18"/>
              </w:rPr>
              <w:t>0.182</w:t>
            </w:r>
          </w:p>
        </w:tc>
        <w:tc>
          <w:tcPr>
            <w:tcW w:w="1134" w:type="dxa"/>
            <w:vAlign w:val="center"/>
          </w:tcPr>
          <w:p w14:paraId="0EFA6494" w14:textId="77777777" w:rsidR="00446222" w:rsidRDefault="00000000">
            <w:pPr>
              <w:spacing w:after="0" w:line="252" w:lineRule="auto"/>
              <w:jc w:val="center"/>
            </w:pPr>
            <w:r>
              <w:rPr>
                <w:sz w:val="18"/>
              </w:rPr>
              <w:t>-0.011</w:t>
            </w:r>
          </w:p>
        </w:tc>
        <w:tc>
          <w:tcPr>
            <w:tcW w:w="1134" w:type="dxa"/>
            <w:vAlign w:val="center"/>
          </w:tcPr>
          <w:p w14:paraId="36F132EB" w14:textId="77777777" w:rsidR="00446222" w:rsidRDefault="00000000">
            <w:pPr>
              <w:spacing w:after="0" w:line="252" w:lineRule="auto"/>
              <w:jc w:val="center"/>
            </w:pPr>
            <w:r>
              <w:rPr>
                <w:sz w:val="18"/>
              </w:rPr>
              <w:t>0.040</w:t>
            </w:r>
          </w:p>
        </w:tc>
        <w:tc>
          <w:tcPr>
            <w:tcW w:w="1134" w:type="dxa"/>
            <w:vAlign w:val="center"/>
          </w:tcPr>
          <w:p w14:paraId="5E3B4134" w14:textId="77777777" w:rsidR="00446222" w:rsidRDefault="00000000">
            <w:pPr>
              <w:spacing w:after="0" w:line="252" w:lineRule="auto"/>
              <w:jc w:val="center"/>
            </w:pPr>
            <w:r>
              <w:rPr>
                <w:sz w:val="18"/>
              </w:rPr>
              <w:t>0.095</w:t>
            </w:r>
          </w:p>
        </w:tc>
      </w:tr>
      <w:tr w:rsidR="00446222" w14:paraId="0AB43414" w14:textId="77777777">
        <w:trPr>
          <w:cantSplit/>
          <w:jc w:val="center"/>
        </w:trPr>
        <w:tc>
          <w:tcPr>
            <w:tcW w:w="2835" w:type="dxa"/>
            <w:vAlign w:val="center"/>
          </w:tcPr>
          <w:p w14:paraId="3E57FF87" w14:textId="77777777" w:rsidR="00446222" w:rsidRDefault="00000000">
            <w:pPr>
              <w:spacing w:after="0" w:line="252" w:lineRule="auto"/>
            </w:pPr>
            <w:r>
              <w:rPr>
                <w:sz w:val="18"/>
              </w:rPr>
              <w:t>Okra</w:t>
            </w:r>
          </w:p>
        </w:tc>
        <w:tc>
          <w:tcPr>
            <w:tcW w:w="1134" w:type="dxa"/>
            <w:vAlign w:val="center"/>
          </w:tcPr>
          <w:p w14:paraId="50F2A3E0" w14:textId="77777777" w:rsidR="00446222" w:rsidRDefault="00000000">
            <w:pPr>
              <w:spacing w:after="0" w:line="252" w:lineRule="auto"/>
              <w:jc w:val="center"/>
            </w:pPr>
            <w:r>
              <w:rPr>
                <w:sz w:val="18"/>
              </w:rPr>
              <w:t>0.811</w:t>
            </w:r>
          </w:p>
        </w:tc>
        <w:tc>
          <w:tcPr>
            <w:tcW w:w="1134" w:type="dxa"/>
            <w:vAlign w:val="center"/>
          </w:tcPr>
          <w:p w14:paraId="0785AD4F" w14:textId="77777777" w:rsidR="00446222" w:rsidRDefault="00000000">
            <w:pPr>
              <w:spacing w:after="0" w:line="252" w:lineRule="auto"/>
              <w:jc w:val="center"/>
            </w:pPr>
            <w:r>
              <w:rPr>
                <w:sz w:val="18"/>
              </w:rPr>
              <w:t>0.088</w:t>
            </w:r>
          </w:p>
        </w:tc>
        <w:tc>
          <w:tcPr>
            <w:tcW w:w="1134" w:type="dxa"/>
            <w:vAlign w:val="center"/>
          </w:tcPr>
          <w:p w14:paraId="2E565683" w14:textId="77777777" w:rsidR="00446222" w:rsidRDefault="00000000">
            <w:pPr>
              <w:spacing w:after="0" w:line="252" w:lineRule="auto"/>
              <w:jc w:val="center"/>
            </w:pPr>
            <w:r>
              <w:rPr>
                <w:sz w:val="18"/>
              </w:rPr>
              <w:t>0.213</w:t>
            </w:r>
          </w:p>
        </w:tc>
        <w:tc>
          <w:tcPr>
            <w:tcW w:w="1134" w:type="dxa"/>
            <w:vAlign w:val="center"/>
          </w:tcPr>
          <w:p w14:paraId="4141BCE0" w14:textId="77777777" w:rsidR="00446222" w:rsidRDefault="00000000">
            <w:pPr>
              <w:spacing w:after="0" w:line="252" w:lineRule="auto"/>
              <w:jc w:val="center"/>
            </w:pPr>
            <w:r>
              <w:rPr>
                <w:sz w:val="18"/>
              </w:rPr>
              <w:t>-0.016</w:t>
            </w:r>
          </w:p>
        </w:tc>
        <w:tc>
          <w:tcPr>
            <w:tcW w:w="1134" w:type="dxa"/>
            <w:vAlign w:val="center"/>
          </w:tcPr>
          <w:p w14:paraId="11F7BCB0" w14:textId="77777777" w:rsidR="00446222" w:rsidRDefault="00000000">
            <w:pPr>
              <w:spacing w:after="0" w:line="252" w:lineRule="auto"/>
              <w:jc w:val="center"/>
            </w:pPr>
            <w:r>
              <w:rPr>
                <w:sz w:val="18"/>
              </w:rPr>
              <w:t>-0.147</w:t>
            </w:r>
          </w:p>
        </w:tc>
        <w:tc>
          <w:tcPr>
            <w:tcW w:w="1134" w:type="dxa"/>
            <w:vAlign w:val="center"/>
          </w:tcPr>
          <w:p w14:paraId="680E6136" w14:textId="77777777" w:rsidR="00446222" w:rsidRDefault="00000000">
            <w:pPr>
              <w:spacing w:after="0" w:line="252" w:lineRule="auto"/>
              <w:jc w:val="center"/>
            </w:pPr>
            <w:r>
              <w:rPr>
                <w:sz w:val="18"/>
              </w:rPr>
              <w:t>0.103</w:t>
            </w:r>
          </w:p>
        </w:tc>
      </w:tr>
      <w:tr w:rsidR="00446222" w14:paraId="257306D8" w14:textId="77777777">
        <w:trPr>
          <w:cantSplit/>
          <w:jc w:val="center"/>
        </w:trPr>
        <w:tc>
          <w:tcPr>
            <w:tcW w:w="2835" w:type="dxa"/>
            <w:vAlign w:val="center"/>
          </w:tcPr>
          <w:p w14:paraId="3E3EA67A" w14:textId="77777777" w:rsidR="00446222" w:rsidRDefault="00000000">
            <w:pPr>
              <w:spacing w:after="0" w:line="252" w:lineRule="auto"/>
            </w:pPr>
            <w:r>
              <w:rPr>
                <w:sz w:val="18"/>
              </w:rPr>
              <w:t>Egusi soup</w:t>
            </w:r>
          </w:p>
        </w:tc>
        <w:tc>
          <w:tcPr>
            <w:tcW w:w="1134" w:type="dxa"/>
            <w:vAlign w:val="center"/>
          </w:tcPr>
          <w:p w14:paraId="04856D8A" w14:textId="77777777" w:rsidR="00446222" w:rsidRDefault="00000000">
            <w:pPr>
              <w:spacing w:after="0" w:line="252" w:lineRule="auto"/>
              <w:jc w:val="center"/>
            </w:pPr>
            <w:r>
              <w:rPr>
                <w:sz w:val="18"/>
              </w:rPr>
              <w:t>0.780</w:t>
            </w:r>
          </w:p>
        </w:tc>
        <w:tc>
          <w:tcPr>
            <w:tcW w:w="1134" w:type="dxa"/>
            <w:vAlign w:val="center"/>
          </w:tcPr>
          <w:p w14:paraId="0DC80B19" w14:textId="77777777" w:rsidR="00446222" w:rsidRDefault="00000000">
            <w:pPr>
              <w:spacing w:after="0" w:line="252" w:lineRule="auto"/>
              <w:jc w:val="center"/>
            </w:pPr>
            <w:r>
              <w:rPr>
                <w:sz w:val="18"/>
              </w:rPr>
              <w:t>0.197</w:t>
            </w:r>
          </w:p>
        </w:tc>
        <w:tc>
          <w:tcPr>
            <w:tcW w:w="1134" w:type="dxa"/>
            <w:vAlign w:val="center"/>
          </w:tcPr>
          <w:p w14:paraId="4E5E67E4" w14:textId="77777777" w:rsidR="00446222" w:rsidRDefault="00000000">
            <w:pPr>
              <w:spacing w:after="0" w:line="252" w:lineRule="auto"/>
              <w:jc w:val="center"/>
            </w:pPr>
            <w:r>
              <w:rPr>
                <w:sz w:val="18"/>
              </w:rPr>
              <w:t>-0.150</w:t>
            </w:r>
          </w:p>
        </w:tc>
        <w:tc>
          <w:tcPr>
            <w:tcW w:w="1134" w:type="dxa"/>
            <w:vAlign w:val="center"/>
          </w:tcPr>
          <w:p w14:paraId="16C47D4F" w14:textId="77777777" w:rsidR="00446222" w:rsidRDefault="00000000">
            <w:pPr>
              <w:spacing w:after="0" w:line="252" w:lineRule="auto"/>
              <w:jc w:val="center"/>
            </w:pPr>
            <w:r>
              <w:rPr>
                <w:sz w:val="18"/>
              </w:rPr>
              <w:t>-0.003</w:t>
            </w:r>
          </w:p>
        </w:tc>
        <w:tc>
          <w:tcPr>
            <w:tcW w:w="1134" w:type="dxa"/>
            <w:vAlign w:val="center"/>
          </w:tcPr>
          <w:p w14:paraId="0B07ED42" w14:textId="77777777" w:rsidR="00446222" w:rsidRDefault="00000000">
            <w:pPr>
              <w:spacing w:after="0" w:line="252" w:lineRule="auto"/>
              <w:jc w:val="center"/>
            </w:pPr>
            <w:r>
              <w:rPr>
                <w:sz w:val="18"/>
              </w:rPr>
              <w:t>-0.001</w:t>
            </w:r>
          </w:p>
        </w:tc>
        <w:tc>
          <w:tcPr>
            <w:tcW w:w="1134" w:type="dxa"/>
            <w:vAlign w:val="center"/>
          </w:tcPr>
          <w:p w14:paraId="4A25C13C" w14:textId="77777777" w:rsidR="00446222" w:rsidRDefault="00000000">
            <w:pPr>
              <w:spacing w:after="0" w:line="252" w:lineRule="auto"/>
              <w:jc w:val="center"/>
            </w:pPr>
            <w:r>
              <w:rPr>
                <w:sz w:val="18"/>
              </w:rPr>
              <w:t>-0.019</w:t>
            </w:r>
          </w:p>
        </w:tc>
      </w:tr>
      <w:tr w:rsidR="00446222" w14:paraId="6A3A1F2D" w14:textId="77777777">
        <w:trPr>
          <w:cantSplit/>
          <w:jc w:val="center"/>
        </w:trPr>
        <w:tc>
          <w:tcPr>
            <w:tcW w:w="2835" w:type="dxa"/>
            <w:vAlign w:val="center"/>
          </w:tcPr>
          <w:p w14:paraId="48DA6376" w14:textId="77777777" w:rsidR="00446222" w:rsidRDefault="00000000">
            <w:pPr>
              <w:spacing w:after="0" w:line="252" w:lineRule="auto"/>
            </w:pPr>
            <w:r>
              <w:rPr>
                <w:sz w:val="18"/>
              </w:rPr>
              <w:t>Fish</w:t>
            </w:r>
          </w:p>
        </w:tc>
        <w:tc>
          <w:tcPr>
            <w:tcW w:w="1134" w:type="dxa"/>
            <w:vAlign w:val="center"/>
          </w:tcPr>
          <w:p w14:paraId="7D267B48" w14:textId="77777777" w:rsidR="00446222" w:rsidRDefault="00000000">
            <w:pPr>
              <w:spacing w:after="0" w:line="252" w:lineRule="auto"/>
              <w:jc w:val="center"/>
            </w:pPr>
            <w:r>
              <w:rPr>
                <w:sz w:val="18"/>
              </w:rPr>
              <w:t>0.193</w:t>
            </w:r>
          </w:p>
        </w:tc>
        <w:tc>
          <w:tcPr>
            <w:tcW w:w="1134" w:type="dxa"/>
            <w:vAlign w:val="center"/>
          </w:tcPr>
          <w:p w14:paraId="48547C0E" w14:textId="77777777" w:rsidR="00446222" w:rsidRDefault="00000000">
            <w:pPr>
              <w:spacing w:after="0" w:line="252" w:lineRule="auto"/>
              <w:jc w:val="center"/>
            </w:pPr>
            <w:r>
              <w:rPr>
                <w:sz w:val="18"/>
              </w:rPr>
              <w:t>-0.032</w:t>
            </w:r>
          </w:p>
        </w:tc>
        <w:tc>
          <w:tcPr>
            <w:tcW w:w="1134" w:type="dxa"/>
            <w:vAlign w:val="center"/>
          </w:tcPr>
          <w:p w14:paraId="6C280B83" w14:textId="77777777" w:rsidR="00446222" w:rsidRDefault="00000000">
            <w:pPr>
              <w:spacing w:after="0" w:line="252" w:lineRule="auto"/>
              <w:jc w:val="center"/>
            </w:pPr>
            <w:r>
              <w:rPr>
                <w:sz w:val="18"/>
              </w:rPr>
              <w:t>0.747</w:t>
            </w:r>
          </w:p>
        </w:tc>
        <w:tc>
          <w:tcPr>
            <w:tcW w:w="1134" w:type="dxa"/>
            <w:vAlign w:val="center"/>
          </w:tcPr>
          <w:p w14:paraId="574E860B" w14:textId="77777777" w:rsidR="00446222" w:rsidRDefault="00000000">
            <w:pPr>
              <w:spacing w:after="0" w:line="252" w:lineRule="auto"/>
              <w:jc w:val="center"/>
            </w:pPr>
            <w:r>
              <w:rPr>
                <w:sz w:val="18"/>
              </w:rPr>
              <w:t>0.129</w:t>
            </w:r>
          </w:p>
        </w:tc>
        <w:tc>
          <w:tcPr>
            <w:tcW w:w="1134" w:type="dxa"/>
            <w:vAlign w:val="center"/>
          </w:tcPr>
          <w:p w14:paraId="7A792B96" w14:textId="77777777" w:rsidR="00446222" w:rsidRDefault="00000000">
            <w:pPr>
              <w:spacing w:after="0" w:line="252" w:lineRule="auto"/>
              <w:jc w:val="center"/>
            </w:pPr>
            <w:r>
              <w:rPr>
                <w:sz w:val="18"/>
              </w:rPr>
              <w:t>0.100</w:t>
            </w:r>
          </w:p>
        </w:tc>
        <w:tc>
          <w:tcPr>
            <w:tcW w:w="1134" w:type="dxa"/>
            <w:vAlign w:val="center"/>
          </w:tcPr>
          <w:p w14:paraId="158A004C" w14:textId="77777777" w:rsidR="00446222" w:rsidRDefault="00000000">
            <w:pPr>
              <w:spacing w:after="0" w:line="252" w:lineRule="auto"/>
              <w:jc w:val="center"/>
            </w:pPr>
            <w:r>
              <w:rPr>
                <w:sz w:val="18"/>
              </w:rPr>
              <w:t>-0.096</w:t>
            </w:r>
          </w:p>
        </w:tc>
      </w:tr>
      <w:tr w:rsidR="00446222" w14:paraId="3B5743B9" w14:textId="77777777">
        <w:trPr>
          <w:cantSplit/>
          <w:jc w:val="center"/>
        </w:trPr>
        <w:tc>
          <w:tcPr>
            <w:tcW w:w="2835" w:type="dxa"/>
            <w:vAlign w:val="center"/>
          </w:tcPr>
          <w:p w14:paraId="52CAEAB2" w14:textId="77777777" w:rsidR="00446222" w:rsidRDefault="00000000">
            <w:pPr>
              <w:spacing w:after="0" w:line="252" w:lineRule="auto"/>
            </w:pPr>
            <w:r>
              <w:rPr>
                <w:sz w:val="18"/>
              </w:rPr>
              <w:t>Shrimp / crayfish</w:t>
            </w:r>
          </w:p>
        </w:tc>
        <w:tc>
          <w:tcPr>
            <w:tcW w:w="1134" w:type="dxa"/>
            <w:vAlign w:val="center"/>
          </w:tcPr>
          <w:p w14:paraId="4D9A9757" w14:textId="77777777" w:rsidR="00446222" w:rsidRDefault="00000000">
            <w:pPr>
              <w:spacing w:after="0" w:line="252" w:lineRule="auto"/>
              <w:jc w:val="center"/>
            </w:pPr>
            <w:r>
              <w:rPr>
                <w:sz w:val="18"/>
              </w:rPr>
              <w:t>0.168</w:t>
            </w:r>
          </w:p>
        </w:tc>
        <w:tc>
          <w:tcPr>
            <w:tcW w:w="1134" w:type="dxa"/>
            <w:vAlign w:val="center"/>
          </w:tcPr>
          <w:p w14:paraId="3EACB4EE" w14:textId="77777777" w:rsidR="00446222" w:rsidRDefault="00000000">
            <w:pPr>
              <w:spacing w:after="0" w:line="252" w:lineRule="auto"/>
              <w:jc w:val="center"/>
            </w:pPr>
            <w:r>
              <w:rPr>
                <w:sz w:val="18"/>
              </w:rPr>
              <w:t>-0.058</w:t>
            </w:r>
          </w:p>
        </w:tc>
        <w:tc>
          <w:tcPr>
            <w:tcW w:w="1134" w:type="dxa"/>
            <w:vAlign w:val="center"/>
          </w:tcPr>
          <w:p w14:paraId="02A5DD84" w14:textId="77777777" w:rsidR="00446222" w:rsidRDefault="00000000">
            <w:pPr>
              <w:spacing w:after="0" w:line="252" w:lineRule="auto"/>
              <w:jc w:val="center"/>
            </w:pPr>
            <w:r>
              <w:rPr>
                <w:sz w:val="18"/>
              </w:rPr>
              <w:t>0.770</w:t>
            </w:r>
          </w:p>
        </w:tc>
        <w:tc>
          <w:tcPr>
            <w:tcW w:w="1134" w:type="dxa"/>
            <w:vAlign w:val="center"/>
          </w:tcPr>
          <w:p w14:paraId="302FB645" w14:textId="77777777" w:rsidR="00446222" w:rsidRDefault="00000000">
            <w:pPr>
              <w:spacing w:after="0" w:line="252" w:lineRule="auto"/>
              <w:jc w:val="center"/>
            </w:pPr>
            <w:r>
              <w:rPr>
                <w:sz w:val="18"/>
              </w:rPr>
              <w:t>0.213</w:t>
            </w:r>
          </w:p>
        </w:tc>
        <w:tc>
          <w:tcPr>
            <w:tcW w:w="1134" w:type="dxa"/>
            <w:vAlign w:val="center"/>
          </w:tcPr>
          <w:p w14:paraId="31703A14" w14:textId="77777777" w:rsidR="00446222" w:rsidRDefault="00000000">
            <w:pPr>
              <w:spacing w:after="0" w:line="252" w:lineRule="auto"/>
              <w:jc w:val="center"/>
            </w:pPr>
            <w:r>
              <w:rPr>
                <w:sz w:val="18"/>
              </w:rPr>
              <w:t>0.076</w:t>
            </w:r>
          </w:p>
        </w:tc>
        <w:tc>
          <w:tcPr>
            <w:tcW w:w="1134" w:type="dxa"/>
            <w:vAlign w:val="center"/>
          </w:tcPr>
          <w:p w14:paraId="3970E6E9" w14:textId="77777777" w:rsidR="00446222" w:rsidRDefault="00000000">
            <w:pPr>
              <w:spacing w:after="0" w:line="252" w:lineRule="auto"/>
              <w:jc w:val="center"/>
            </w:pPr>
            <w:r>
              <w:rPr>
                <w:sz w:val="18"/>
              </w:rPr>
              <w:t>0.002</w:t>
            </w:r>
          </w:p>
        </w:tc>
      </w:tr>
      <w:tr w:rsidR="00446222" w14:paraId="691A95CE" w14:textId="77777777">
        <w:trPr>
          <w:cantSplit/>
          <w:jc w:val="center"/>
        </w:trPr>
        <w:tc>
          <w:tcPr>
            <w:tcW w:w="2835" w:type="dxa"/>
            <w:vAlign w:val="center"/>
          </w:tcPr>
          <w:p w14:paraId="1DCDEA33" w14:textId="77777777" w:rsidR="00446222" w:rsidRDefault="00000000">
            <w:pPr>
              <w:spacing w:after="0" w:line="252" w:lineRule="auto"/>
            </w:pPr>
            <w:r>
              <w:rPr>
                <w:sz w:val="18"/>
              </w:rPr>
              <w:t>Periwinkle</w:t>
            </w:r>
          </w:p>
        </w:tc>
        <w:tc>
          <w:tcPr>
            <w:tcW w:w="1134" w:type="dxa"/>
            <w:vAlign w:val="center"/>
          </w:tcPr>
          <w:p w14:paraId="7F9E5FC5" w14:textId="77777777" w:rsidR="00446222" w:rsidRDefault="00000000">
            <w:pPr>
              <w:spacing w:after="0" w:line="252" w:lineRule="auto"/>
              <w:jc w:val="center"/>
            </w:pPr>
            <w:r>
              <w:rPr>
                <w:sz w:val="18"/>
              </w:rPr>
              <w:t>0.017</w:t>
            </w:r>
          </w:p>
        </w:tc>
        <w:tc>
          <w:tcPr>
            <w:tcW w:w="1134" w:type="dxa"/>
            <w:vAlign w:val="center"/>
          </w:tcPr>
          <w:p w14:paraId="79CD0013" w14:textId="77777777" w:rsidR="00446222" w:rsidRDefault="00000000">
            <w:pPr>
              <w:spacing w:after="0" w:line="252" w:lineRule="auto"/>
              <w:jc w:val="center"/>
            </w:pPr>
            <w:r>
              <w:rPr>
                <w:sz w:val="18"/>
              </w:rPr>
              <w:t>-0.038</w:t>
            </w:r>
          </w:p>
        </w:tc>
        <w:tc>
          <w:tcPr>
            <w:tcW w:w="1134" w:type="dxa"/>
            <w:vAlign w:val="center"/>
          </w:tcPr>
          <w:p w14:paraId="4888CE51" w14:textId="77777777" w:rsidR="00446222" w:rsidRDefault="00000000">
            <w:pPr>
              <w:spacing w:after="0" w:line="252" w:lineRule="auto"/>
              <w:jc w:val="center"/>
            </w:pPr>
            <w:r>
              <w:rPr>
                <w:sz w:val="18"/>
              </w:rPr>
              <w:t>0.823</w:t>
            </w:r>
          </w:p>
        </w:tc>
        <w:tc>
          <w:tcPr>
            <w:tcW w:w="1134" w:type="dxa"/>
            <w:vAlign w:val="center"/>
          </w:tcPr>
          <w:p w14:paraId="435FC52E" w14:textId="77777777" w:rsidR="00446222" w:rsidRDefault="00000000">
            <w:pPr>
              <w:spacing w:after="0" w:line="252" w:lineRule="auto"/>
              <w:jc w:val="center"/>
            </w:pPr>
            <w:r>
              <w:rPr>
                <w:sz w:val="18"/>
              </w:rPr>
              <w:t>-0.001</w:t>
            </w:r>
          </w:p>
        </w:tc>
        <w:tc>
          <w:tcPr>
            <w:tcW w:w="1134" w:type="dxa"/>
            <w:vAlign w:val="center"/>
          </w:tcPr>
          <w:p w14:paraId="4C1C41B0" w14:textId="77777777" w:rsidR="00446222" w:rsidRDefault="00000000">
            <w:pPr>
              <w:spacing w:after="0" w:line="252" w:lineRule="auto"/>
              <w:jc w:val="center"/>
            </w:pPr>
            <w:r>
              <w:rPr>
                <w:sz w:val="18"/>
              </w:rPr>
              <w:t>0.078</w:t>
            </w:r>
          </w:p>
        </w:tc>
        <w:tc>
          <w:tcPr>
            <w:tcW w:w="1134" w:type="dxa"/>
            <w:vAlign w:val="center"/>
          </w:tcPr>
          <w:p w14:paraId="7310DDD1" w14:textId="77777777" w:rsidR="00446222" w:rsidRDefault="00000000">
            <w:pPr>
              <w:spacing w:after="0" w:line="252" w:lineRule="auto"/>
              <w:jc w:val="center"/>
            </w:pPr>
            <w:r>
              <w:rPr>
                <w:sz w:val="18"/>
              </w:rPr>
              <w:t>0.019</w:t>
            </w:r>
          </w:p>
        </w:tc>
      </w:tr>
      <w:tr w:rsidR="00446222" w14:paraId="265F7089" w14:textId="77777777">
        <w:trPr>
          <w:cantSplit/>
          <w:jc w:val="center"/>
        </w:trPr>
        <w:tc>
          <w:tcPr>
            <w:tcW w:w="2835" w:type="dxa"/>
            <w:vAlign w:val="center"/>
          </w:tcPr>
          <w:p w14:paraId="3BF1FBD8" w14:textId="77777777" w:rsidR="00446222" w:rsidRDefault="00000000">
            <w:pPr>
              <w:spacing w:after="0" w:line="252" w:lineRule="auto"/>
            </w:pPr>
            <w:r>
              <w:rPr>
                <w:sz w:val="18"/>
              </w:rPr>
              <w:t>Crab</w:t>
            </w:r>
          </w:p>
        </w:tc>
        <w:tc>
          <w:tcPr>
            <w:tcW w:w="1134" w:type="dxa"/>
            <w:vAlign w:val="center"/>
          </w:tcPr>
          <w:p w14:paraId="4D57588C" w14:textId="77777777" w:rsidR="00446222" w:rsidRDefault="00000000">
            <w:pPr>
              <w:spacing w:after="0" w:line="252" w:lineRule="auto"/>
              <w:jc w:val="center"/>
            </w:pPr>
            <w:r>
              <w:rPr>
                <w:sz w:val="18"/>
              </w:rPr>
              <w:t>-0.078</w:t>
            </w:r>
          </w:p>
        </w:tc>
        <w:tc>
          <w:tcPr>
            <w:tcW w:w="1134" w:type="dxa"/>
            <w:vAlign w:val="center"/>
          </w:tcPr>
          <w:p w14:paraId="2AECCCDA" w14:textId="77777777" w:rsidR="00446222" w:rsidRDefault="00000000">
            <w:pPr>
              <w:spacing w:after="0" w:line="252" w:lineRule="auto"/>
              <w:jc w:val="center"/>
            </w:pPr>
            <w:r>
              <w:rPr>
                <w:sz w:val="18"/>
              </w:rPr>
              <w:t>-0.037</w:t>
            </w:r>
          </w:p>
        </w:tc>
        <w:tc>
          <w:tcPr>
            <w:tcW w:w="1134" w:type="dxa"/>
            <w:vAlign w:val="center"/>
          </w:tcPr>
          <w:p w14:paraId="597B8070" w14:textId="77777777" w:rsidR="00446222" w:rsidRDefault="00000000">
            <w:pPr>
              <w:spacing w:after="0" w:line="252" w:lineRule="auto"/>
              <w:jc w:val="center"/>
            </w:pPr>
            <w:r>
              <w:rPr>
                <w:sz w:val="18"/>
              </w:rPr>
              <w:t>0.425</w:t>
            </w:r>
          </w:p>
        </w:tc>
        <w:tc>
          <w:tcPr>
            <w:tcW w:w="1134" w:type="dxa"/>
            <w:vAlign w:val="center"/>
          </w:tcPr>
          <w:p w14:paraId="71FB4032" w14:textId="77777777" w:rsidR="00446222" w:rsidRDefault="00000000">
            <w:pPr>
              <w:spacing w:after="0" w:line="252" w:lineRule="auto"/>
              <w:jc w:val="center"/>
            </w:pPr>
            <w:r>
              <w:rPr>
                <w:sz w:val="18"/>
              </w:rPr>
              <w:t>-0.089</w:t>
            </w:r>
          </w:p>
        </w:tc>
        <w:tc>
          <w:tcPr>
            <w:tcW w:w="1134" w:type="dxa"/>
            <w:vAlign w:val="center"/>
          </w:tcPr>
          <w:p w14:paraId="4EDAB380" w14:textId="77777777" w:rsidR="00446222" w:rsidRDefault="00000000">
            <w:pPr>
              <w:spacing w:after="0" w:line="252" w:lineRule="auto"/>
              <w:jc w:val="center"/>
            </w:pPr>
            <w:r>
              <w:rPr>
                <w:sz w:val="18"/>
              </w:rPr>
              <w:t>0.020</w:t>
            </w:r>
          </w:p>
        </w:tc>
        <w:tc>
          <w:tcPr>
            <w:tcW w:w="1134" w:type="dxa"/>
            <w:vAlign w:val="center"/>
          </w:tcPr>
          <w:p w14:paraId="37252093" w14:textId="77777777" w:rsidR="00446222" w:rsidRDefault="00000000">
            <w:pPr>
              <w:spacing w:after="0" w:line="252" w:lineRule="auto"/>
              <w:jc w:val="center"/>
            </w:pPr>
            <w:r>
              <w:rPr>
                <w:sz w:val="18"/>
              </w:rPr>
              <w:t>0.312</w:t>
            </w:r>
          </w:p>
        </w:tc>
      </w:tr>
      <w:tr w:rsidR="00446222" w14:paraId="5CC92F80" w14:textId="77777777">
        <w:trPr>
          <w:cantSplit/>
          <w:jc w:val="center"/>
        </w:trPr>
        <w:tc>
          <w:tcPr>
            <w:tcW w:w="2835" w:type="dxa"/>
            <w:vAlign w:val="center"/>
          </w:tcPr>
          <w:p w14:paraId="366CF609" w14:textId="77777777" w:rsidR="00446222" w:rsidRDefault="00000000">
            <w:pPr>
              <w:spacing w:after="0" w:line="252" w:lineRule="auto"/>
            </w:pPr>
            <w:r>
              <w:rPr>
                <w:sz w:val="18"/>
              </w:rPr>
              <w:t>Mango</w:t>
            </w:r>
          </w:p>
        </w:tc>
        <w:tc>
          <w:tcPr>
            <w:tcW w:w="1134" w:type="dxa"/>
            <w:vAlign w:val="center"/>
          </w:tcPr>
          <w:p w14:paraId="0D278EF0" w14:textId="77777777" w:rsidR="00446222" w:rsidRDefault="00000000">
            <w:pPr>
              <w:spacing w:after="0" w:line="252" w:lineRule="auto"/>
              <w:jc w:val="center"/>
            </w:pPr>
            <w:r>
              <w:rPr>
                <w:sz w:val="18"/>
              </w:rPr>
              <w:t>0.039</w:t>
            </w:r>
          </w:p>
        </w:tc>
        <w:tc>
          <w:tcPr>
            <w:tcW w:w="1134" w:type="dxa"/>
            <w:vAlign w:val="center"/>
          </w:tcPr>
          <w:p w14:paraId="41A35498" w14:textId="77777777" w:rsidR="00446222" w:rsidRDefault="00000000">
            <w:pPr>
              <w:spacing w:after="0" w:line="252" w:lineRule="auto"/>
              <w:jc w:val="center"/>
            </w:pPr>
            <w:r>
              <w:rPr>
                <w:sz w:val="18"/>
              </w:rPr>
              <w:t>-0.001</w:t>
            </w:r>
          </w:p>
        </w:tc>
        <w:tc>
          <w:tcPr>
            <w:tcW w:w="1134" w:type="dxa"/>
            <w:vAlign w:val="center"/>
          </w:tcPr>
          <w:p w14:paraId="31F12908" w14:textId="77777777" w:rsidR="00446222" w:rsidRDefault="00000000">
            <w:pPr>
              <w:spacing w:after="0" w:line="252" w:lineRule="auto"/>
              <w:jc w:val="center"/>
            </w:pPr>
            <w:r>
              <w:rPr>
                <w:sz w:val="18"/>
              </w:rPr>
              <w:t>-0.016</w:t>
            </w:r>
          </w:p>
        </w:tc>
        <w:tc>
          <w:tcPr>
            <w:tcW w:w="1134" w:type="dxa"/>
            <w:vAlign w:val="center"/>
          </w:tcPr>
          <w:p w14:paraId="0BBFDB45" w14:textId="77777777" w:rsidR="00446222" w:rsidRDefault="00000000">
            <w:pPr>
              <w:spacing w:after="0" w:line="252" w:lineRule="auto"/>
              <w:jc w:val="center"/>
            </w:pPr>
            <w:r>
              <w:rPr>
                <w:sz w:val="18"/>
              </w:rPr>
              <w:t>-0.050</w:t>
            </w:r>
          </w:p>
        </w:tc>
        <w:tc>
          <w:tcPr>
            <w:tcW w:w="1134" w:type="dxa"/>
            <w:vAlign w:val="center"/>
          </w:tcPr>
          <w:p w14:paraId="5A4BA4DB" w14:textId="77777777" w:rsidR="00446222" w:rsidRDefault="00000000">
            <w:pPr>
              <w:spacing w:after="0" w:line="252" w:lineRule="auto"/>
              <w:jc w:val="center"/>
            </w:pPr>
            <w:r>
              <w:rPr>
                <w:sz w:val="18"/>
              </w:rPr>
              <w:t>0.545</w:t>
            </w:r>
          </w:p>
        </w:tc>
        <w:tc>
          <w:tcPr>
            <w:tcW w:w="1134" w:type="dxa"/>
            <w:vAlign w:val="center"/>
          </w:tcPr>
          <w:p w14:paraId="230047A4" w14:textId="77777777" w:rsidR="00446222" w:rsidRDefault="00000000">
            <w:pPr>
              <w:spacing w:after="0" w:line="252" w:lineRule="auto"/>
              <w:jc w:val="center"/>
            </w:pPr>
            <w:r>
              <w:rPr>
                <w:sz w:val="18"/>
              </w:rPr>
              <w:t>-0.132</w:t>
            </w:r>
          </w:p>
        </w:tc>
      </w:tr>
      <w:tr w:rsidR="00446222" w14:paraId="4F35B5C6" w14:textId="77777777">
        <w:trPr>
          <w:cantSplit/>
          <w:jc w:val="center"/>
        </w:trPr>
        <w:tc>
          <w:tcPr>
            <w:tcW w:w="2835" w:type="dxa"/>
            <w:vAlign w:val="center"/>
          </w:tcPr>
          <w:p w14:paraId="2D3021EF" w14:textId="77777777" w:rsidR="00446222" w:rsidRDefault="00000000">
            <w:pPr>
              <w:spacing w:after="0" w:line="252" w:lineRule="auto"/>
            </w:pPr>
            <w:r>
              <w:rPr>
                <w:sz w:val="18"/>
              </w:rPr>
              <w:t>Guava</w:t>
            </w:r>
          </w:p>
        </w:tc>
        <w:tc>
          <w:tcPr>
            <w:tcW w:w="1134" w:type="dxa"/>
            <w:vAlign w:val="center"/>
          </w:tcPr>
          <w:p w14:paraId="2A929EE6" w14:textId="77777777" w:rsidR="00446222" w:rsidRDefault="00000000">
            <w:pPr>
              <w:spacing w:after="0" w:line="252" w:lineRule="auto"/>
              <w:jc w:val="center"/>
            </w:pPr>
            <w:r>
              <w:rPr>
                <w:sz w:val="18"/>
              </w:rPr>
              <w:t>-0.047</w:t>
            </w:r>
          </w:p>
        </w:tc>
        <w:tc>
          <w:tcPr>
            <w:tcW w:w="1134" w:type="dxa"/>
            <w:vAlign w:val="center"/>
          </w:tcPr>
          <w:p w14:paraId="55E6A58F" w14:textId="77777777" w:rsidR="00446222" w:rsidRDefault="00000000">
            <w:pPr>
              <w:spacing w:after="0" w:line="252" w:lineRule="auto"/>
              <w:jc w:val="center"/>
            </w:pPr>
            <w:r>
              <w:rPr>
                <w:sz w:val="18"/>
              </w:rPr>
              <w:t>-0.025</w:t>
            </w:r>
          </w:p>
        </w:tc>
        <w:tc>
          <w:tcPr>
            <w:tcW w:w="1134" w:type="dxa"/>
            <w:vAlign w:val="center"/>
          </w:tcPr>
          <w:p w14:paraId="0C6A4E25" w14:textId="77777777" w:rsidR="00446222" w:rsidRDefault="00000000">
            <w:pPr>
              <w:spacing w:after="0" w:line="252" w:lineRule="auto"/>
              <w:jc w:val="center"/>
            </w:pPr>
            <w:r>
              <w:rPr>
                <w:sz w:val="18"/>
              </w:rPr>
              <w:t>-0.030</w:t>
            </w:r>
          </w:p>
        </w:tc>
        <w:tc>
          <w:tcPr>
            <w:tcW w:w="1134" w:type="dxa"/>
            <w:vAlign w:val="center"/>
          </w:tcPr>
          <w:p w14:paraId="6544AA32" w14:textId="77777777" w:rsidR="00446222" w:rsidRDefault="00000000">
            <w:pPr>
              <w:spacing w:after="0" w:line="252" w:lineRule="auto"/>
              <w:jc w:val="center"/>
            </w:pPr>
            <w:r>
              <w:rPr>
                <w:sz w:val="18"/>
              </w:rPr>
              <w:t>0.024</w:t>
            </w:r>
          </w:p>
        </w:tc>
        <w:tc>
          <w:tcPr>
            <w:tcW w:w="1134" w:type="dxa"/>
            <w:vAlign w:val="center"/>
          </w:tcPr>
          <w:p w14:paraId="16422851" w14:textId="77777777" w:rsidR="00446222" w:rsidRDefault="00000000">
            <w:pPr>
              <w:spacing w:after="0" w:line="252" w:lineRule="auto"/>
              <w:jc w:val="center"/>
            </w:pPr>
            <w:r>
              <w:rPr>
                <w:sz w:val="18"/>
              </w:rPr>
              <w:t>0.680</w:t>
            </w:r>
          </w:p>
        </w:tc>
        <w:tc>
          <w:tcPr>
            <w:tcW w:w="1134" w:type="dxa"/>
            <w:vAlign w:val="center"/>
          </w:tcPr>
          <w:p w14:paraId="03117157" w14:textId="77777777" w:rsidR="00446222" w:rsidRDefault="00000000">
            <w:pPr>
              <w:spacing w:after="0" w:line="252" w:lineRule="auto"/>
              <w:jc w:val="center"/>
            </w:pPr>
            <w:r>
              <w:rPr>
                <w:sz w:val="18"/>
              </w:rPr>
              <w:t>0.109</w:t>
            </w:r>
          </w:p>
        </w:tc>
      </w:tr>
      <w:tr w:rsidR="00446222" w14:paraId="2ECB79EF" w14:textId="77777777">
        <w:trPr>
          <w:cantSplit/>
          <w:jc w:val="center"/>
        </w:trPr>
        <w:tc>
          <w:tcPr>
            <w:tcW w:w="2835" w:type="dxa"/>
            <w:vAlign w:val="center"/>
          </w:tcPr>
          <w:p w14:paraId="5A8B5C59" w14:textId="77777777" w:rsidR="00446222" w:rsidRDefault="00000000">
            <w:pPr>
              <w:spacing w:after="0" w:line="252" w:lineRule="auto"/>
            </w:pPr>
            <w:r>
              <w:rPr>
                <w:sz w:val="18"/>
              </w:rPr>
              <w:t>Pawpaw</w:t>
            </w:r>
          </w:p>
        </w:tc>
        <w:tc>
          <w:tcPr>
            <w:tcW w:w="1134" w:type="dxa"/>
            <w:vAlign w:val="center"/>
          </w:tcPr>
          <w:p w14:paraId="2F62B6FF" w14:textId="77777777" w:rsidR="00446222" w:rsidRDefault="00000000">
            <w:pPr>
              <w:spacing w:after="0" w:line="252" w:lineRule="auto"/>
              <w:jc w:val="center"/>
            </w:pPr>
            <w:r>
              <w:rPr>
                <w:sz w:val="18"/>
              </w:rPr>
              <w:t>0.607</w:t>
            </w:r>
          </w:p>
        </w:tc>
        <w:tc>
          <w:tcPr>
            <w:tcW w:w="1134" w:type="dxa"/>
            <w:vAlign w:val="center"/>
          </w:tcPr>
          <w:p w14:paraId="7913275B" w14:textId="77777777" w:rsidR="00446222" w:rsidRDefault="00000000">
            <w:pPr>
              <w:spacing w:after="0" w:line="252" w:lineRule="auto"/>
              <w:jc w:val="center"/>
            </w:pPr>
            <w:r>
              <w:rPr>
                <w:sz w:val="18"/>
              </w:rPr>
              <w:t>-0.135</w:t>
            </w:r>
          </w:p>
        </w:tc>
        <w:tc>
          <w:tcPr>
            <w:tcW w:w="1134" w:type="dxa"/>
            <w:vAlign w:val="center"/>
          </w:tcPr>
          <w:p w14:paraId="6ED9BC47" w14:textId="77777777" w:rsidR="00446222" w:rsidRDefault="00000000">
            <w:pPr>
              <w:spacing w:after="0" w:line="252" w:lineRule="auto"/>
              <w:jc w:val="center"/>
            </w:pPr>
            <w:r>
              <w:rPr>
                <w:sz w:val="18"/>
              </w:rPr>
              <w:t>0.240</w:t>
            </w:r>
          </w:p>
        </w:tc>
        <w:tc>
          <w:tcPr>
            <w:tcW w:w="1134" w:type="dxa"/>
            <w:vAlign w:val="center"/>
          </w:tcPr>
          <w:p w14:paraId="3218D120" w14:textId="77777777" w:rsidR="00446222" w:rsidRDefault="00000000">
            <w:pPr>
              <w:spacing w:after="0" w:line="252" w:lineRule="auto"/>
              <w:jc w:val="center"/>
            </w:pPr>
            <w:r>
              <w:rPr>
                <w:sz w:val="18"/>
              </w:rPr>
              <w:t>0.101</w:t>
            </w:r>
          </w:p>
        </w:tc>
        <w:tc>
          <w:tcPr>
            <w:tcW w:w="1134" w:type="dxa"/>
            <w:vAlign w:val="center"/>
          </w:tcPr>
          <w:p w14:paraId="7D1B90AA" w14:textId="77777777" w:rsidR="00446222" w:rsidRDefault="00000000">
            <w:pPr>
              <w:spacing w:after="0" w:line="252" w:lineRule="auto"/>
              <w:jc w:val="center"/>
            </w:pPr>
            <w:r>
              <w:rPr>
                <w:sz w:val="18"/>
              </w:rPr>
              <w:t>0.333</w:t>
            </w:r>
          </w:p>
        </w:tc>
        <w:tc>
          <w:tcPr>
            <w:tcW w:w="1134" w:type="dxa"/>
            <w:vAlign w:val="center"/>
          </w:tcPr>
          <w:p w14:paraId="2589B402" w14:textId="77777777" w:rsidR="00446222" w:rsidRDefault="00000000">
            <w:pPr>
              <w:spacing w:after="0" w:line="252" w:lineRule="auto"/>
              <w:jc w:val="center"/>
            </w:pPr>
            <w:r>
              <w:rPr>
                <w:sz w:val="18"/>
              </w:rPr>
              <w:t>0.214</w:t>
            </w:r>
          </w:p>
        </w:tc>
      </w:tr>
      <w:tr w:rsidR="00446222" w14:paraId="33D0FA80" w14:textId="77777777">
        <w:trPr>
          <w:cantSplit/>
          <w:jc w:val="center"/>
        </w:trPr>
        <w:tc>
          <w:tcPr>
            <w:tcW w:w="2835" w:type="dxa"/>
            <w:vAlign w:val="center"/>
          </w:tcPr>
          <w:p w14:paraId="4F118B0F" w14:textId="77777777" w:rsidR="00446222" w:rsidRDefault="00000000">
            <w:pPr>
              <w:spacing w:after="0" w:line="252" w:lineRule="auto"/>
            </w:pPr>
            <w:r>
              <w:rPr>
                <w:sz w:val="18"/>
              </w:rPr>
              <w:t>Pineapple</w:t>
            </w:r>
          </w:p>
        </w:tc>
        <w:tc>
          <w:tcPr>
            <w:tcW w:w="1134" w:type="dxa"/>
            <w:vAlign w:val="center"/>
          </w:tcPr>
          <w:p w14:paraId="6F1091FE" w14:textId="77777777" w:rsidR="00446222" w:rsidRDefault="00000000">
            <w:pPr>
              <w:spacing w:after="0" w:line="252" w:lineRule="auto"/>
              <w:jc w:val="center"/>
            </w:pPr>
            <w:r>
              <w:rPr>
                <w:sz w:val="18"/>
              </w:rPr>
              <w:t>0.173</w:t>
            </w:r>
          </w:p>
        </w:tc>
        <w:tc>
          <w:tcPr>
            <w:tcW w:w="1134" w:type="dxa"/>
            <w:vAlign w:val="center"/>
          </w:tcPr>
          <w:p w14:paraId="69BDAB6A" w14:textId="77777777" w:rsidR="00446222" w:rsidRDefault="00000000">
            <w:pPr>
              <w:spacing w:after="0" w:line="252" w:lineRule="auto"/>
              <w:jc w:val="center"/>
            </w:pPr>
            <w:r>
              <w:rPr>
                <w:sz w:val="18"/>
              </w:rPr>
              <w:t>0.072</w:t>
            </w:r>
          </w:p>
        </w:tc>
        <w:tc>
          <w:tcPr>
            <w:tcW w:w="1134" w:type="dxa"/>
            <w:vAlign w:val="center"/>
          </w:tcPr>
          <w:p w14:paraId="2C660229" w14:textId="77777777" w:rsidR="00446222" w:rsidRDefault="00000000">
            <w:pPr>
              <w:spacing w:after="0" w:line="252" w:lineRule="auto"/>
              <w:jc w:val="center"/>
            </w:pPr>
            <w:r>
              <w:rPr>
                <w:sz w:val="18"/>
              </w:rPr>
              <w:t>0.024</w:t>
            </w:r>
          </w:p>
        </w:tc>
        <w:tc>
          <w:tcPr>
            <w:tcW w:w="1134" w:type="dxa"/>
            <w:vAlign w:val="center"/>
          </w:tcPr>
          <w:p w14:paraId="606DB403" w14:textId="77777777" w:rsidR="00446222" w:rsidRDefault="00000000">
            <w:pPr>
              <w:spacing w:after="0" w:line="252" w:lineRule="auto"/>
              <w:jc w:val="center"/>
            </w:pPr>
            <w:r>
              <w:rPr>
                <w:sz w:val="18"/>
              </w:rPr>
              <w:t>0.076</w:t>
            </w:r>
          </w:p>
        </w:tc>
        <w:tc>
          <w:tcPr>
            <w:tcW w:w="1134" w:type="dxa"/>
            <w:vAlign w:val="center"/>
          </w:tcPr>
          <w:p w14:paraId="6B9FBE1D" w14:textId="77777777" w:rsidR="00446222" w:rsidRDefault="00000000">
            <w:pPr>
              <w:spacing w:after="0" w:line="252" w:lineRule="auto"/>
              <w:jc w:val="center"/>
            </w:pPr>
            <w:r>
              <w:rPr>
                <w:sz w:val="18"/>
              </w:rPr>
              <w:t>0.719</w:t>
            </w:r>
          </w:p>
        </w:tc>
        <w:tc>
          <w:tcPr>
            <w:tcW w:w="1134" w:type="dxa"/>
            <w:vAlign w:val="center"/>
          </w:tcPr>
          <w:p w14:paraId="6A4D555F" w14:textId="77777777" w:rsidR="00446222" w:rsidRDefault="00000000">
            <w:pPr>
              <w:spacing w:after="0" w:line="252" w:lineRule="auto"/>
              <w:jc w:val="center"/>
            </w:pPr>
            <w:r>
              <w:rPr>
                <w:sz w:val="18"/>
              </w:rPr>
              <w:t>0.225</w:t>
            </w:r>
          </w:p>
        </w:tc>
      </w:tr>
      <w:tr w:rsidR="00446222" w14:paraId="01183A85" w14:textId="77777777">
        <w:trPr>
          <w:cantSplit/>
          <w:jc w:val="center"/>
        </w:trPr>
        <w:tc>
          <w:tcPr>
            <w:tcW w:w="2835" w:type="dxa"/>
            <w:vAlign w:val="center"/>
          </w:tcPr>
          <w:p w14:paraId="7326C3EF" w14:textId="77777777" w:rsidR="00446222" w:rsidRDefault="00000000">
            <w:pPr>
              <w:spacing w:after="0" w:line="252" w:lineRule="auto"/>
            </w:pPr>
            <w:r>
              <w:rPr>
                <w:sz w:val="18"/>
              </w:rPr>
              <w:t>Beans</w:t>
            </w:r>
          </w:p>
        </w:tc>
        <w:tc>
          <w:tcPr>
            <w:tcW w:w="1134" w:type="dxa"/>
            <w:vAlign w:val="center"/>
          </w:tcPr>
          <w:p w14:paraId="313793F2" w14:textId="77777777" w:rsidR="00446222" w:rsidRDefault="00000000">
            <w:pPr>
              <w:spacing w:after="0" w:line="252" w:lineRule="auto"/>
              <w:jc w:val="center"/>
            </w:pPr>
            <w:r>
              <w:rPr>
                <w:sz w:val="18"/>
              </w:rPr>
              <w:t>0.465</w:t>
            </w:r>
          </w:p>
        </w:tc>
        <w:tc>
          <w:tcPr>
            <w:tcW w:w="1134" w:type="dxa"/>
            <w:vAlign w:val="center"/>
          </w:tcPr>
          <w:p w14:paraId="3C3388F3" w14:textId="77777777" w:rsidR="00446222" w:rsidRDefault="00000000">
            <w:pPr>
              <w:spacing w:after="0" w:line="252" w:lineRule="auto"/>
              <w:jc w:val="center"/>
            </w:pPr>
            <w:r>
              <w:rPr>
                <w:sz w:val="18"/>
              </w:rPr>
              <w:t>0.020</w:t>
            </w:r>
          </w:p>
        </w:tc>
        <w:tc>
          <w:tcPr>
            <w:tcW w:w="1134" w:type="dxa"/>
            <w:vAlign w:val="center"/>
          </w:tcPr>
          <w:p w14:paraId="2019AA8C" w14:textId="77777777" w:rsidR="00446222" w:rsidRDefault="00000000">
            <w:pPr>
              <w:spacing w:after="0" w:line="252" w:lineRule="auto"/>
              <w:jc w:val="center"/>
            </w:pPr>
            <w:r>
              <w:rPr>
                <w:sz w:val="18"/>
              </w:rPr>
              <w:t>0.077</w:t>
            </w:r>
          </w:p>
        </w:tc>
        <w:tc>
          <w:tcPr>
            <w:tcW w:w="1134" w:type="dxa"/>
            <w:vAlign w:val="center"/>
          </w:tcPr>
          <w:p w14:paraId="13B06F4A" w14:textId="77777777" w:rsidR="00446222" w:rsidRDefault="00000000">
            <w:pPr>
              <w:spacing w:after="0" w:line="252" w:lineRule="auto"/>
              <w:jc w:val="center"/>
            </w:pPr>
            <w:r>
              <w:rPr>
                <w:sz w:val="18"/>
              </w:rPr>
              <w:t>0.109</w:t>
            </w:r>
          </w:p>
        </w:tc>
        <w:tc>
          <w:tcPr>
            <w:tcW w:w="1134" w:type="dxa"/>
            <w:vAlign w:val="center"/>
          </w:tcPr>
          <w:p w14:paraId="72AA26B9" w14:textId="77777777" w:rsidR="00446222" w:rsidRDefault="00000000">
            <w:pPr>
              <w:spacing w:after="0" w:line="252" w:lineRule="auto"/>
              <w:jc w:val="center"/>
            </w:pPr>
            <w:r>
              <w:rPr>
                <w:sz w:val="18"/>
              </w:rPr>
              <w:t>0.486</w:t>
            </w:r>
          </w:p>
        </w:tc>
        <w:tc>
          <w:tcPr>
            <w:tcW w:w="1134" w:type="dxa"/>
            <w:vAlign w:val="center"/>
          </w:tcPr>
          <w:p w14:paraId="049C73EF" w14:textId="77777777" w:rsidR="00446222" w:rsidRDefault="00000000">
            <w:pPr>
              <w:spacing w:after="0" w:line="252" w:lineRule="auto"/>
              <w:jc w:val="center"/>
            </w:pPr>
            <w:r>
              <w:rPr>
                <w:sz w:val="18"/>
              </w:rPr>
              <w:t>0.014</w:t>
            </w:r>
          </w:p>
        </w:tc>
      </w:tr>
      <w:tr w:rsidR="00446222" w14:paraId="39F88EF6" w14:textId="77777777">
        <w:trPr>
          <w:cantSplit/>
          <w:jc w:val="center"/>
        </w:trPr>
        <w:tc>
          <w:tcPr>
            <w:tcW w:w="2835" w:type="dxa"/>
            <w:vAlign w:val="center"/>
          </w:tcPr>
          <w:p w14:paraId="1989B79E" w14:textId="77777777" w:rsidR="00446222" w:rsidRDefault="00000000">
            <w:pPr>
              <w:spacing w:after="0" w:line="252" w:lineRule="auto"/>
            </w:pPr>
            <w:r>
              <w:rPr>
                <w:sz w:val="18"/>
              </w:rPr>
              <w:t>Chicken</w:t>
            </w:r>
          </w:p>
        </w:tc>
        <w:tc>
          <w:tcPr>
            <w:tcW w:w="1134" w:type="dxa"/>
            <w:vAlign w:val="center"/>
          </w:tcPr>
          <w:p w14:paraId="5355DDD3" w14:textId="77777777" w:rsidR="00446222" w:rsidRDefault="00000000">
            <w:pPr>
              <w:spacing w:after="0" w:line="252" w:lineRule="auto"/>
              <w:jc w:val="center"/>
            </w:pPr>
            <w:r>
              <w:rPr>
                <w:sz w:val="18"/>
              </w:rPr>
              <w:t>0.073</w:t>
            </w:r>
          </w:p>
        </w:tc>
        <w:tc>
          <w:tcPr>
            <w:tcW w:w="1134" w:type="dxa"/>
            <w:vAlign w:val="center"/>
          </w:tcPr>
          <w:p w14:paraId="202BBA30" w14:textId="77777777" w:rsidR="00446222" w:rsidRDefault="00000000">
            <w:pPr>
              <w:spacing w:after="0" w:line="252" w:lineRule="auto"/>
              <w:jc w:val="center"/>
            </w:pPr>
            <w:r>
              <w:rPr>
                <w:sz w:val="18"/>
              </w:rPr>
              <w:t>0.482</w:t>
            </w:r>
          </w:p>
        </w:tc>
        <w:tc>
          <w:tcPr>
            <w:tcW w:w="1134" w:type="dxa"/>
            <w:vAlign w:val="center"/>
          </w:tcPr>
          <w:p w14:paraId="48928D18" w14:textId="77777777" w:rsidR="00446222" w:rsidRDefault="00000000">
            <w:pPr>
              <w:spacing w:after="0" w:line="252" w:lineRule="auto"/>
              <w:jc w:val="center"/>
            </w:pPr>
            <w:r>
              <w:rPr>
                <w:sz w:val="18"/>
              </w:rPr>
              <w:t>0.325</w:t>
            </w:r>
          </w:p>
        </w:tc>
        <w:tc>
          <w:tcPr>
            <w:tcW w:w="1134" w:type="dxa"/>
            <w:vAlign w:val="center"/>
          </w:tcPr>
          <w:p w14:paraId="393B9A66" w14:textId="77777777" w:rsidR="00446222" w:rsidRDefault="00000000">
            <w:pPr>
              <w:spacing w:after="0" w:line="252" w:lineRule="auto"/>
              <w:jc w:val="center"/>
            </w:pPr>
            <w:r>
              <w:rPr>
                <w:sz w:val="18"/>
              </w:rPr>
              <w:t>0.329</w:t>
            </w:r>
          </w:p>
        </w:tc>
        <w:tc>
          <w:tcPr>
            <w:tcW w:w="1134" w:type="dxa"/>
            <w:vAlign w:val="center"/>
          </w:tcPr>
          <w:p w14:paraId="3E9F1C3D" w14:textId="77777777" w:rsidR="00446222" w:rsidRDefault="00000000">
            <w:pPr>
              <w:spacing w:after="0" w:line="252" w:lineRule="auto"/>
              <w:jc w:val="center"/>
            </w:pPr>
            <w:r>
              <w:rPr>
                <w:sz w:val="18"/>
              </w:rPr>
              <w:t>0.301</w:t>
            </w:r>
          </w:p>
        </w:tc>
        <w:tc>
          <w:tcPr>
            <w:tcW w:w="1134" w:type="dxa"/>
            <w:vAlign w:val="center"/>
          </w:tcPr>
          <w:p w14:paraId="790B1A30" w14:textId="77777777" w:rsidR="00446222" w:rsidRDefault="00000000">
            <w:pPr>
              <w:spacing w:after="0" w:line="252" w:lineRule="auto"/>
              <w:jc w:val="center"/>
            </w:pPr>
            <w:r>
              <w:rPr>
                <w:sz w:val="18"/>
              </w:rPr>
              <w:t>0.036</w:t>
            </w:r>
          </w:p>
        </w:tc>
      </w:tr>
      <w:tr w:rsidR="00446222" w14:paraId="77D793B6" w14:textId="77777777">
        <w:trPr>
          <w:cantSplit/>
          <w:jc w:val="center"/>
        </w:trPr>
        <w:tc>
          <w:tcPr>
            <w:tcW w:w="2835" w:type="dxa"/>
            <w:vAlign w:val="center"/>
          </w:tcPr>
          <w:p w14:paraId="0F914006" w14:textId="77777777" w:rsidR="00446222" w:rsidRDefault="00000000">
            <w:pPr>
              <w:spacing w:after="0" w:line="252" w:lineRule="auto"/>
            </w:pPr>
            <w:r>
              <w:rPr>
                <w:sz w:val="18"/>
              </w:rPr>
              <w:t>Red meat</w:t>
            </w:r>
          </w:p>
        </w:tc>
        <w:tc>
          <w:tcPr>
            <w:tcW w:w="1134" w:type="dxa"/>
            <w:vAlign w:val="center"/>
          </w:tcPr>
          <w:p w14:paraId="5251D2B0" w14:textId="77777777" w:rsidR="00446222" w:rsidRDefault="00000000">
            <w:pPr>
              <w:spacing w:after="0" w:line="252" w:lineRule="auto"/>
              <w:jc w:val="center"/>
            </w:pPr>
            <w:r>
              <w:rPr>
                <w:sz w:val="18"/>
              </w:rPr>
              <w:t>-0.030</w:t>
            </w:r>
          </w:p>
        </w:tc>
        <w:tc>
          <w:tcPr>
            <w:tcW w:w="1134" w:type="dxa"/>
            <w:vAlign w:val="center"/>
          </w:tcPr>
          <w:p w14:paraId="280C7FBB" w14:textId="77777777" w:rsidR="00446222" w:rsidRDefault="00000000">
            <w:pPr>
              <w:spacing w:after="0" w:line="252" w:lineRule="auto"/>
              <w:jc w:val="center"/>
            </w:pPr>
            <w:r>
              <w:rPr>
                <w:sz w:val="18"/>
              </w:rPr>
              <w:t>0.317</w:t>
            </w:r>
          </w:p>
        </w:tc>
        <w:tc>
          <w:tcPr>
            <w:tcW w:w="1134" w:type="dxa"/>
            <w:vAlign w:val="center"/>
          </w:tcPr>
          <w:p w14:paraId="028D01F4" w14:textId="77777777" w:rsidR="00446222" w:rsidRDefault="00000000">
            <w:pPr>
              <w:spacing w:after="0" w:line="252" w:lineRule="auto"/>
              <w:jc w:val="center"/>
            </w:pPr>
            <w:r>
              <w:rPr>
                <w:sz w:val="18"/>
              </w:rPr>
              <w:t>0.236</w:t>
            </w:r>
          </w:p>
        </w:tc>
        <w:tc>
          <w:tcPr>
            <w:tcW w:w="1134" w:type="dxa"/>
            <w:vAlign w:val="center"/>
          </w:tcPr>
          <w:p w14:paraId="76909905" w14:textId="77777777" w:rsidR="00446222" w:rsidRDefault="00000000">
            <w:pPr>
              <w:spacing w:after="0" w:line="252" w:lineRule="auto"/>
              <w:jc w:val="center"/>
            </w:pPr>
            <w:r>
              <w:rPr>
                <w:sz w:val="18"/>
              </w:rPr>
              <w:t>0.021</w:t>
            </w:r>
          </w:p>
        </w:tc>
        <w:tc>
          <w:tcPr>
            <w:tcW w:w="1134" w:type="dxa"/>
            <w:vAlign w:val="center"/>
          </w:tcPr>
          <w:p w14:paraId="244B5B8B" w14:textId="77777777" w:rsidR="00446222" w:rsidRDefault="00000000">
            <w:pPr>
              <w:spacing w:after="0" w:line="252" w:lineRule="auto"/>
              <w:jc w:val="center"/>
            </w:pPr>
            <w:r>
              <w:rPr>
                <w:sz w:val="18"/>
              </w:rPr>
              <w:t>0.303</w:t>
            </w:r>
          </w:p>
        </w:tc>
        <w:tc>
          <w:tcPr>
            <w:tcW w:w="1134" w:type="dxa"/>
            <w:vAlign w:val="center"/>
          </w:tcPr>
          <w:p w14:paraId="7A039E29" w14:textId="77777777" w:rsidR="00446222" w:rsidRDefault="00000000">
            <w:pPr>
              <w:spacing w:after="0" w:line="252" w:lineRule="auto"/>
              <w:jc w:val="center"/>
            </w:pPr>
            <w:r>
              <w:rPr>
                <w:sz w:val="18"/>
              </w:rPr>
              <w:t>-0.088</w:t>
            </w:r>
          </w:p>
        </w:tc>
      </w:tr>
      <w:tr w:rsidR="00446222" w14:paraId="7977520D" w14:textId="77777777">
        <w:trPr>
          <w:cantSplit/>
          <w:jc w:val="center"/>
        </w:trPr>
        <w:tc>
          <w:tcPr>
            <w:tcW w:w="2835" w:type="dxa"/>
            <w:vAlign w:val="center"/>
          </w:tcPr>
          <w:p w14:paraId="244AA0E2" w14:textId="77777777" w:rsidR="00446222" w:rsidRDefault="00000000">
            <w:pPr>
              <w:spacing w:after="0" w:line="252" w:lineRule="auto"/>
            </w:pPr>
            <w:r>
              <w:rPr>
                <w:sz w:val="18"/>
              </w:rPr>
              <w:t>Palm oil</w:t>
            </w:r>
          </w:p>
        </w:tc>
        <w:tc>
          <w:tcPr>
            <w:tcW w:w="1134" w:type="dxa"/>
            <w:vAlign w:val="center"/>
          </w:tcPr>
          <w:p w14:paraId="5E0ACA01" w14:textId="77777777" w:rsidR="00446222" w:rsidRDefault="00000000">
            <w:pPr>
              <w:spacing w:after="0" w:line="252" w:lineRule="auto"/>
              <w:jc w:val="center"/>
            </w:pPr>
            <w:r>
              <w:rPr>
                <w:sz w:val="18"/>
              </w:rPr>
              <w:t>0.157</w:t>
            </w:r>
          </w:p>
        </w:tc>
        <w:tc>
          <w:tcPr>
            <w:tcW w:w="1134" w:type="dxa"/>
            <w:vAlign w:val="center"/>
          </w:tcPr>
          <w:p w14:paraId="5EF46247" w14:textId="77777777" w:rsidR="00446222" w:rsidRDefault="00000000">
            <w:pPr>
              <w:spacing w:after="0" w:line="252" w:lineRule="auto"/>
              <w:jc w:val="center"/>
            </w:pPr>
            <w:r>
              <w:rPr>
                <w:sz w:val="18"/>
              </w:rPr>
              <w:t>0.235</w:t>
            </w:r>
          </w:p>
        </w:tc>
        <w:tc>
          <w:tcPr>
            <w:tcW w:w="1134" w:type="dxa"/>
            <w:vAlign w:val="center"/>
          </w:tcPr>
          <w:p w14:paraId="606B166E" w14:textId="77777777" w:rsidR="00446222" w:rsidRDefault="00000000">
            <w:pPr>
              <w:spacing w:after="0" w:line="252" w:lineRule="auto"/>
              <w:jc w:val="center"/>
            </w:pPr>
            <w:r>
              <w:rPr>
                <w:sz w:val="18"/>
              </w:rPr>
              <w:t>0.645</w:t>
            </w:r>
          </w:p>
        </w:tc>
        <w:tc>
          <w:tcPr>
            <w:tcW w:w="1134" w:type="dxa"/>
            <w:vAlign w:val="center"/>
          </w:tcPr>
          <w:p w14:paraId="07487599" w14:textId="77777777" w:rsidR="00446222" w:rsidRDefault="00000000">
            <w:pPr>
              <w:spacing w:after="0" w:line="252" w:lineRule="auto"/>
              <w:jc w:val="center"/>
            </w:pPr>
            <w:r>
              <w:rPr>
                <w:sz w:val="18"/>
              </w:rPr>
              <w:t>-0.001</w:t>
            </w:r>
          </w:p>
        </w:tc>
        <w:tc>
          <w:tcPr>
            <w:tcW w:w="1134" w:type="dxa"/>
            <w:vAlign w:val="center"/>
          </w:tcPr>
          <w:p w14:paraId="01D416D3" w14:textId="77777777" w:rsidR="00446222" w:rsidRDefault="00000000">
            <w:pPr>
              <w:spacing w:after="0" w:line="252" w:lineRule="auto"/>
              <w:jc w:val="center"/>
            </w:pPr>
            <w:r>
              <w:rPr>
                <w:sz w:val="18"/>
              </w:rPr>
              <w:t>-0.121</w:t>
            </w:r>
          </w:p>
        </w:tc>
        <w:tc>
          <w:tcPr>
            <w:tcW w:w="1134" w:type="dxa"/>
            <w:vAlign w:val="center"/>
          </w:tcPr>
          <w:p w14:paraId="407C3E85" w14:textId="77777777" w:rsidR="00446222" w:rsidRDefault="00000000">
            <w:pPr>
              <w:spacing w:after="0" w:line="252" w:lineRule="auto"/>
              <w:jc w:val="center"/>
            </w:pPr>
            <w:r>
              <w:rPr>
                <w:sz w:val="18"/>
              </w:rPr>
              <w:t>-0.058</w:t>
            </w:r>
          </w:p>
        </w:tc>
      </w:tr>
      <w:tr w:rsidR="00446222" w14:paraId="3A12BB86" w14:textId="77777777">
        <w:trPr>
          <w:cantSplit/>
          <w:jc w:val="center"/>
        </w:trPr>
        <w:tc>
          <w:tcPr>
            <w:tcW w:w="2835" w:type="dxa"/>
            <w:vAlign w:val="center"/>
          </w:tcPr>
          <w:p w14:paraId="7193B67A" w14:textId="77777777" w:rsidR="00446222" w:rsidRDefault="00000000">
            <w:pPr>
              <w:spacing w:after="0" w:line="252" w:lineRule="auto"/>
            </w:pPr>
            <w:r>
              <w:rPr>
                <w:sz w:val="18"/>
              </w:rPr>
              <w:t>Vegetable oil</w:t>
            </w:r>
          </w:p>
        </w:tc>
        <w:tc>
          <w:tcPr>
            <w:tcW w:w="1134" w:type="dxa"/>
            <w:vAlign w:val="center"/>
          </w:tcPr>
          <w:p w14:paraId="4ACC6CF7" w14:textId="77777777" w:rsidR="00446222" w:rsidRDefault="00000000">
            <w:pPr>
              <w:spacing w:after="0" w:line="252" w:lineRule="auto"/>
              <w:jc w:val="center"/>
            </w:pPr>
            <w:r>
              <w:rPr>
                <w:sz w:val="18"/>
              </w:rPr>
              <w:t>0.234</w:t>
            </w:r>
          </w:p>
        </w:tc>
        <w:tc>
          <w:tcPr>
            <w:tcW w:w="1134" w:type="dxa"/>
            <w:vAlign w:val="center"/>
          </w:tcPr>
          <w:p w14:paraId="1F7D294F" w14:textId="77777777" w:rsidR="00446222" w:rsidRDefault="00000000">
            <w:pPr>
              <w:spacing w:after="0" w:line="252" w:lineRule="auto"/>
              <w:jc w:val="center"/>
            </w:pPr>
            <w:r>
              <w:rPr>
                <w:sz w:val="18"/>
              </w:rPr>
              <w:t>0.223</w:t>
            </w:r>
          </w:p>
        </w:tc>
        <w:tc>
          <w:tcPr>
            <w:tcW w:w="1134" w:type="dxa"/>
            <w:vAlign w:val="center"/>
          </w:tcPr>
          <w:p w14:paraId="1FA66C8E" w14:textId="77777777" w:rsidR="00446222" w:rsidRDefault="00000000">
            <w:pPr>
              <w:spacing w:after="0" w:line="252" w:lineRule="auto"/>
              <w:jc w:val="center"/>
            </w:pPr>
            <w:r>
              <w:rPr>
                <w:sz w:val="18"/>
              </w:rPr>
              <w:t>0.576</w:t>
            </w:r>
          </w:p>
        </w:tc>
        <w:tc>
          <w:tcPr>
            <w:tcW w:w="1134" w:type="dxa"/>
            <w:vAlign w:val="center"/>
          </w:tcPr>
          <w:p w14:paraId="4E9F478C" w14:textId="77777777" w:rsidR="00446222" w:rsidRDefault="00000000">
            <w:pPr>
              <w:spacing w:after="0" w:line="252" w:lineRule="auto"/>
              <w:jc w:val="center"/>
            </w:pPr>
            <w:r>
              <w:rPr>
                <w:sz w:val="18"/>
              </w:rPr>
              <w:t>0.107</w:t>
            </w:r>
          </w:p>
        </w:tc>
        <w:tc>
          <w:tcPr>
            <w:tcW w:w="1134" w:type="dxa"/>
            <w:vAlign w:val="center"/>
          </w:tcPr>
          <w:p w14:paraId="4F889608" w14:textId="77777777" w:rsidR="00446222" w:rsidRDefault="00000000">
            <w:pPr>
              <w:spacing w:after="0" w:line="252" w:lineRule="auto"/>
              <w:jc w:val="center"/>
            </w:pPr>
            <w:r>
              <w:rPr>
                <w:sz w:val="18"/>
              </w:rPr>
              <w:t>-0.187</w:t>
            </w:r>
          </w:p>
        </w:tc>
        <w:tc>
          <w:tcPr>
            <w:tcW w:w="1134" w:type="dxa"/>
            <w:vAlign w:val="center"/>
          </w:tcPr>
          <w:p w14:paraId="45F09862" w14:textId="77777777" w:rsidR="00446222" w:rsidRDefault="00000000">
            <w:pPr>
              <w:spacing w:after="0" w:line="252" w:lineRule="auto"/>
              <w:jc w:val="center"/>
            </w:pPr>
            <w:r>
              <w:rPr>
                <w:sz w:val="18"/>
              </w:rPr>
              <w:t>0.195</w:t>
            </w:r>
          </w:p>
        </w:tc>
      </w:tr>
      <w:tr w:rsidR="00446222" w14:paraId="31ABDA77" w14:textId="77777777">
        <w:trPr>
          <w:cantSplit/>
          <w:jc w:val="center"/>
        </w:trPr>
        <w:tc>
          <w:tcPr>
            <w:tcW w:w="2835" w:type="dxa"/>
            <w:vAlign w:val="center"/>
          </w:tcPr>
          <w:p w14:paraId="7BB0C7F0" w14:textId="77777777" w:rsidR="00446222" w:rsidRDefault="00000000">
            <w:pPr>
              <w:spacing w:after="0" w:line="252" w:lineRule="auto"/>
            </w:pPr>
            <w:r>
              <w:rPr>
                <w:sz w:val="18"/>
              </w:rPr>
              <w:t>Hibiscus tea</w:t>
            </w:r>
          </w:p>
        </w:tc>
        <w:tc>
          <w:tcPr>
            <w:tcW w:w="1134" w:type="dxa"/>
            <w:vAlign w:val="center"/>
          </w:tcPr>
          <w:p w14:paraId="47F32E3C" w14:textId="77777777" w:rsidR="00446222" w:rsidRDefault="00000000">
            <w:pPr>
              <w:spacing w:after="0" w:line="252" w:lineRule="auto"/>
              <w:jc w:val="center"/>
            </w:pPr>
            <w:r>
              <w:rPr>
                <w:sz w:val="18"/>
              </w:rPr>
              <w:t>0.176</w:t>
            </w:r>
          </w:p>
        </w:tc>
        <w:tc>
          <w:tcPr>
            <w:tcW w:w="1134" w:type="dxa"/>
            <w:vAlign w:val="center"/>
          </w:tcPr>
          <w:p w14:paraId="57418ACA" w14:textId="77777777" w:rsidR="00446222" w:rsidRDefault="00000000">
            <w:pPr>
              <w:spacing w:after="0" w:line="252" w:lineRule="auto"/>
              <w:jc w:val="center"/>
            </w:pPr>
            <w:r>
              <w:rPr>
                <w:sz w:val="18"/>
              </w:rPr>
              <w:t>0.122</w:t>
            </w:r>
          </w:p>
        </w:tc>
        <w:tc>
          <w:tcPr>
            <w:tcW w:w="1134" w:type="dxa"/>
            <w:vAlign w:val="center"/>
          </w:tcPr>
          <w:p w14:paraId="08763CCE" w14:textId="77777777" w:rsidR="00446222" w:rsidRDefault="00000000">
            <w:pPr>
              <w:spacing w:after="0" w:line="252" w:lineRule="auto"/>
              <w:jc w:val="center"/>
            </w:pPr>
            <w:r>
              <w:rPr>
                <w:sz w:val="18"/>
              </w:rPr>
              <w:t>0.077</w:t>
            </w:r>
          </w:p>
        </w:tc>
        <w:tc>
          <w:tcPr>
            <w:tcW w:w="1134" w:type="dxa"/>
            <w:vAlign w:val="center"/>
          </w:tcPr>
          <w:p w14:paraId="3B076102" w14:textId="77777777" w:rsidR="00446222" w:rsidRDefault="00000000">
            <w:pPr>
              <w:spacing w:after="0" w:line="252" w:lineRule="auto"/>
              <w:jc w:val="center"/>
            </w:pPr>
            <w:r>
              <w:rPr>
                <w:sz w:val="18"/>
              </w:rPr>
              <w:t>0.087</w:t>
            </w:r>
          </w:p>
        </w:tc>
        <w:tc>
          <w:tcPr>
            <w:tcW w:w="1134" w:type="dxa"/>
            <w:vAlign w:val="center"/>
          </w:tcPr>
          <w:p w14:paraId="25217015" w14:textId="77777777" w:rsidR="00446222" w:rsidRDefault="00000000">
            <w:pPr>
              <w:spacing w:after="0" w:line="252" w:lineRule="auto"/>
              <w:jc w:val="center"/>
            </w:pPr>
            <w:r>
              <w:rPr>
                <w:sz w:val="18"/>
              </w:rPr>
              <w:t>-0.118</w:t>
            </w:r>
          </w:p>
        </w:tc>
        <w:tc>
          <w:tcPr>
            <w:tcW w:w="1134" w:type="dxa"/>
            <w:vAlign w:val="center"/>
          </w:tcPr>
          <w:p w14:paraId="0ED58DC1" w14:textId="77777777" w:rsidR="00446222" w:rsidRDefault="00000000">
            <w:pPr>
              <w:spacing w:after="0" w:line="252" w:lineRule="auto"/>
              <w:jc w:val="center"/>
            </w:pPr>
            <w:r>
              <w:rPr>
                <w:sz w:val="18"/>
              </w:rPr>
              <w:t>0.709</w:t>
            </w:r>
          </w:p>
        </w:tc>
      </w:tr>
      <w:tr w:rsidR="00446222" w14:paraId="0EB53E3B" w14:textId="77777777">
        <w:trPr>
          <w:cantSplit/>
          <w:jc w:val="center"/>
        </w:trPr>
        <w:tc>
          <w:tcPr>
            <w:tcW w:w="2835" w:type="dxa"/>
            <w:vAlign w:val="center"/>
          </w:tcPr>
          <w:p w14:paraId="28E8C74C" w14:textId="77777777" w:rsidR="00446222" w:rsidRDefault="00000000">
            <w:pPr>
              <w:spacing w:after="0" w:line="252" w:lineRule="auto"/>
            </w:pPr>
            <w:r>
              <w:rPr>
                <w:sz w:val="18"/>
              </w:rPr>
              <w:t>Fruit juice</w:t>
            </w:r>
          </w:p>
        </w:tc>
        <w:tc>
          <w:tcPr>
            <w:tcW w:w="1134" w:type="dxa"/>
            <w:vAlign w:val="center"/>
          </w:tcPr>
          <w:p w14:paraId="05326DB4" w14:textId="77777777" w:rsidR="00446222" w:rsidRDefault="00000000">
            <w:pPr>
              <w:spacing w:after="0" w:line="252" w:lineRule="auto"/>
              <w:jc w:val="center"/>
            </w:pPr>
            <w:r>
              <w:rPr>
                <w:sz w:val="18"/>
              </w:rPr>
              <w:t>0.044</w:t>
            </w:r>
          </w:p>
        </w:tc>
        <w:tc>
          <w:tcPr>
            <w:tcW w:w="1134" w:type="dxa"/>
            <w:vAlign w:val="center"/>
          </w:tcPr>
          <w:p w14:paraId="7AA7439E" w14:textId="77777777" w:rsidR="00446222" w:rsidRDefault="00000000">
            <w:pPr>
              <w:spacing w:after="0" w:line="252" w:lineRule="auto"/>
              <w:jc w:val="center"/>
            </w:pPr>
            <w:r>
              <w:rPr>
                <w:sz w:val="18"/>
              </w:rPr>
              <w:t>-0.034</w:t>
            </w:r>
          </w:p>
        </w:tc>
        <w:tc>
          <w:tcPr>
            <w:tcW w:w="1134" w:type="dxa"/>
            <w:vAlign w:val="center"/>
          </w:tcPr>
          <w:p w14:paraId="7DD9EB32" w14:textId="77777777" w:rsidR="00446222" w:rsidRDefault="00000000">
            <w:pPr>
              <w:spacing w:after="0" w:line="252" w:lineRule="auto"/>
              <w:jc w:val="center"/>
            </w:pPr>
            <w:r>
              <w:rPr>
                <w:sz w:val="18"/>
              </w:rPr>
              <w:t>-0.027</w:t>
            </w:r>
          </w:p>
        </w:tc>
        <w:tc>
          <w:tcPr>
            <w:tcW w:w="1134" w:type="dxa"/>
            <w:vAlign w:val="center"/>
          </w:tcPr>
          <w:p w14:paraId="2C20E576" w14:textId="77777777" w:rsidR="00446222" w:rsidRDefault="00000000">
            <w:pPr>
              <w:spacing w:after="0" w:line="252" w:lineRule="auto"/>
              <w:jc w:val="center"/>
            </w:pPr>
            <w:r>
              <w:rPr>
                <w:sz w:val="18"/>
              </w:rPr>
              <w:t>0.145</w:t>
            </w:r>
          </w:p>
        </w:tc>
        <w:tc>
          <w:tcPr>
            <w:tcW w:w="1134" w:type="dxa"/>
            <w:vAlign w:val="center"/>
          </w:tcPr>
          <w:p w14:paraId="050FA2EF" w14:textId="77777777" w:rsidR="00446222" w:rsidRDefault="00000000">
            <w:pPr>
              <w:spacing w:after="0" w:line="252" w:lineRule="auto"/>
              <w:jc w:val="center"/>
            </w:pPr>
            <w:r>
              <w:rPr>
                <w:sz w:val="18"/>
              </w:rPr>
              <w:t>0.068</w:t>
            </w:r>
          </w:p>
        </w:tc>
        <w:tc>
          <w:tcPr>
            <w:tcW w:w="1134" w:type="dxa"/>
            <w:vAlign w:val="center"/>
          </w:tcPr>
          <w:p w14:paraId="43EA4DBE" w14:textId="77777777" w:rsidR="00446222" w:rsidRDefault="00000000">
            <w:pPr>
              <w:spacing w:after="0" w:line="252" w:lineRule="auto"/>
              <w:jc w:val="center"/>
            </w:pPr>
            <w:r>
              <w:rPr>
                <w:sz w:val="18"/>
              </w:rPr>
              <w:t>0.590</w:t>
            </w:r>
          </w:p>
        </w:tc>
      </w:tr>
      <w:tr w:rsidR="00446222" w14:paraId="76DB9334" w14:textId="77777777">
        <w:trPr>
          <w:cantSplit/>
          <w:jc w:val="center"/>
        </w:trPr>
        <w:tc>
          <w:tcPr>
            <w:tcW w:w="2835" w:type="dxa"/>
            <w:vAlign w:val="center"/>
          </w:tcPr>
          <w:p w14:paraId="5A21067E" w14:textId="77777777" w:rsidR="00446222" w:rsidRDefault="00000000">
            <w:pPr>
              <w:spacing w:after="0" w:line="252" w:lineRule="auto"/>
            </w:pPr>
            <w:r>
              <w:rPr>
                <w:sz w:val="18"/>
              </w:rPr>
              <w:t>Soda</w:t>
            </w:r>
          </w:p>
        </w:tc>
        <w:tc>
          <w:tcPr>
            <w:tcW w:w="1134" w:type="dxa"/>
            <w:vAlign w:val="center"/>
          </w:tcPr>
          <w:p w14:paraId="4002FE4B" w14:textId="77777777" w:rsidR="00446222" w:rsidRDefault="00000000">
            <w:pPr>
              <w:spacing w:after="0" w:line="252" w:lineRule="auto"/>
              <w:jc w:val="center"/>
            </w:pPr>
            <w:r>
              <w:rPr>
                <w:sz w:val="18"/>
              </w:rPr>
              <w:t>0.114</w:t>
            </w:r>
          </w:p>
        </w:tc>
        <w:tc>
          <w:tcPr>
            <w:tcW w:w="1134" w:type="dxa"/>
            <w:vAlign w:val="center"/>
          </w:tcPr>
          <w:p w14:paraId="4DE25A03" w14:textId="77777777" w:rsidR="00446222" w:rsidRDefault="00000000">
            <w:pPr>
              <w:spacing w:after="0" w:line="252" w:lineRule="auto"/>
              <w:jc w:val="center"/>
            </w:pPr>
            <w:r>
              <w:rPr>
                <w:sz w:val="18"/>
              </w:rPr>
              <w:t>0.627</w:t>
            </w:r>
          </w:p>
        </w:tc>
        <w:tc>
          <w:tcPr>
            <w:tcW w:w="1134" w:type="dxa"/>
            <w:vAlign w:val="center"/>
          </w:tcPr>
          <w:p w14:paraId="7FA40BF6" w14:textId="77777777" w:rsidR="00446222" w:rsidRDefault="00000000">
            <w:pPr>
              <w:spacing w:after="0" w:line="252" w:lineRule="auto"/>
              <w:jc w:val="center"/>
            </w:pPr>
            <w:r>
              <w:rPr>
                <w:sz w:val="18"/>
              </w:rPr>
              <w:t>-0.125</w:t>
            </w:r>
          </w:p>
        </w:tc>
        <w:tc>
          <w:tcPr>
            <w:tcW w:w="1134" w:type="dxa"/>
            <w:vAlign w:val="center"/>
          </w:tcPr>
          <w:p w14:paraId="536BEBA1" w14:textId="77777777" w:rsidR="00446222" w:rsidRDefault="00000000">
            <w:pPr>
              <w:spacing w:after="0" w:line="252" w:lineRule="auto"/>
              <w:jc w:val="center"/>
            </w:pPr>
            <w:r>
              <w:rPr>
                <w:sz w:val="18"/>
              </w:rPr>
              <w:t>-0.015</w:t>
            </w:r>
          </w:p>
        </w:tc>
        <w:tc>
          <w:tcPr>
            <w:tcW w:w="1134" w:type="dxa"/>
            <w:vAlign w:val="center"/>
          </w:tcPr>
          <w:p w14:paraId="6E3B64B7" w14:textId="77777777" w:rsidR="00446222" w:rsidRDefault="00000000">
            <w:pPr>
              <w:spacing w:after="0" w:line="252" w:lineRule="auto"/>
              <w:jc w:val="center"/>
            </w:pPr>
            <w:r>
              <w:rPr>
                <w:sz w:val="18"/>
              </w:rPr>
              <w:t>0.022</w:t>
            </w:r>
          </w:p>
        </w:tc>
        <w:tc>
          <w:tcPr>
            <w:tcW w:w="1134" w:type="dxa"/>
            <w:vAlign w:val="center"/>
          </w:tcPr>
          <w:p w14:paraId="7793A987" w14:textId="77777777" w:rsidR="00446222" w:rsidRDefault="00000000">
            <w:pPr>
              <w:spacing w:after="0" w:line="252" w:lineRule="auto"/>
              <w:jc w:val="center"/>
            </w:pPr>
            <w:r>
              <w:rPr>
                <w:sz w:val="18"/>
              </w:rPr>
              <w:t>0.013</w:t>
            </w:r>
          </w:p>
        </w:tc>
      </w:tr>
      <w:tr w:rsidR="00446222" w14:paraId="0E934082" w14:textId="77777777">
        <w:trPr>
          <w:cantSplit/>
          <w:jc w:val="center"/>
        </w:trPr>
        <w:tc>
          <w:tcPr>
            <w:tcW w:w="2835" w:type="dxa"/>
            <w:vAlign w:val="center"/>
          </w:tcPr>
          <w:p w14:paraId="60AB3922" w14:textId="77777777" w:rsidR="00446222" w:rsidRDefault="00000000">
            <w:pPr>
              <w:spacing w:after="0" w:line="252" w:lineRule="auto"/>
            </w:pPr>
            <w:r>
              <w:rPr>
                <w:sz w:val="18"/>
              </w:rPr>
              <w:t>Instant noodles</w:t>
            </w:r>
          </w:p>
        </w:tc>
        <w:tc>
          <w:tcPr>
            <w:tcW w:w="1134" w:type="dxa"/>
            <w:vAlign w:val="center"/>
          </w:tcPr>
          <w:p w14:paraId="23BBC850" w14:textId="77777777" w:rsidR="00446222" w:rsidRDefault="00000000">
            <w:pPr>
              <w:spacing w:after="0" w:line="252" w:lineRule="auto"/>
              <w:jc w:val="center"/>
            </w:pPr>
            <w:r>
              <w:rPr>
                <w:sz w:val="18"/>
              </w:rPr>
              <w:t>0.002</w:t>
            </w:r>
          </w:p>
        </w:tc>
        <w:tc>
          <w:tcPr>
            <w:tcW w:w="1134" w:type="dxa"/>
            <w:vAlign w:val="center"/>
          </w:tcPr>
          <w:p w14:paraId="76005B4F" w14:textId="77777777" w:rsidR="00446222" w:rsidRDefault="00000000">
            <w:pPr>
              <w:spacing w:after="0" w:line="252" w:lineRule="auto"/>
              <w:jc w:val="center"/>
            </w:pPr>
            <w:r>
              <w:rPr>
                <w:sz w:val="18"/>
              </w:rPr>
              <w:t>0.802</w:t>
            </w:r>
          </w:p>
        </w:tc>
        <w:tc>
          <w:tcPr>
            <w:tcW w:w="1134" w:type="dxa"/>
            <w:vAlign w:val="center"/>
          </w:tcPr>
          <w:p w14:paraId="06BBD306" w14:textId="77777777" w:rsidR="00446222" w:rsidRDefault="00000000">
            <w:pPr>
              <w:spacing w:after="0" w:line="252" w:lineRule="auto"/>
              <w:jc w:val="center"/>
            </w:pPr>
            <w:r>
              <w:rPr>
                <w:sz w:val="18"/>
              </w:rPr>
              <w:t>0.049</w:t>
            </w:r>
          </w:p>
        </w:tc>
        <w:tc>
          <w:tcPr>
            <w:tcW w:w="1134" w:type="dxa"/>
            <w:vAlign w:val="center"/>
          </w:tcPr>
          <w:p w14:paraId="6E9B4141" w14:textId="77777777" w:rsidR="00446222" w:rsidRDefault="00000000">
            <w:pPr>
              <w:spacing w:after="0" w:line="252" w:lineRule="auto"/>
              <w:jc w:val="center"/>
            </w:pPr>
            <w:r>
              <w:rPr>
                <w:sz w:val="18"/>
              </w:rPr>
              <w:t>-0.096</w:t>
            </w:r>
          </w:p>
        </w:tc>
        <w:tc>
          <w:tcPr>
            <w:tcW w:w="1134" w:type="dxa"/>
            <w:vAlign w:val="center"/>
          </w:tcPr>
          <w:p w14:paraId="55233DAB" w14:textId="77777777" w:rsidR="00446222" w:rsidRDefault="00000000">
            <w:pPr>
              <w:spacing w:after="0" w:line="252" w:lineRule="auto"/>
              <w:jc w:val="center"/>
            </w:pPr>
            <w:r>
              <w:rPr>
                <w:sz w:val="18"/>
              </w:rPr>
              <w:t>-0.090</w:t>
            </w:r>
          </w:p>
        </w:tc>
        <w:tc>
          <w:tcPr>
            <w:tcW w:w="1134" w:type="dxa"/>
            <w:vAlign w:val="center"/>
          </w:tcPr>
          <w:p w14:paraId="4401A7E8" w14:textId="77777777" w:rsidR="00446222" w:rsidRDefault="00000000">
            <w:pPr>
              <w:spacing w:after="0" w:line="252" w:lineRule="auto"/>
              <w:jc w:val="center"/>
            </w:pPr>
            <w:r>
              <w:rPr>
                <w:sz w:val="18"/>
              </w:rPr>
              <w:t>-0.081</w:t>
            </w:r>
          </w:p>
        </w:tc>
      </w:tr>
      <w:tr w:rsidR="00446222" w14:paraId="1969AE2C" w14:textId="77777777">
        <w:trPr>
          <w:cantSplit/>
          <w:jc w:val="center"/>
        </w:trPr>
        <w:tc>
          <w:tcPr>
            <w:tcW w:w="2835" w:type="dxa"/>
            <w:vAlign w:val="center"/>
          </w:tcPr>
          <w:p w14:paraId="421E6ACE" w14:textId="77777777" w:rsidR="00446222" w:rsidRDefault="00000000">
            <w:pPr>
              <w:spacing w:after="0" w:line="252" w:lineRule="auto"/>
            </w:pPr>
            <w:r>
              <w:rPr>
                <w:sz w:val="18"/>
              </w:rPr>
              <w:t>Bread</w:t>
            </w:r>
          </w:p>
        </w:tc>
        <w:tc>
          <w:tcPr>
            <w:tcW w:w="1134" w:type="dxa"/>
            <w:vAlign w:val="center"/>
          </w:tcPr>
          <w:p w14:paraId="23F447CA" w14:textId="77777777" w:rsidR="00446222" w:rsidRDefault="00000000">
            <w:pPr>
              <w:spacing w:after="0" w:line="252" w:lineRule="auto"/>
              <w:jc w:val="center"/>
            </w:pPr>
            <w:r>
              <w:rPr>
                <w:sz w:val="18"/>
              </w:rPr>
              <w:t>0.146</w:t>
            </w:r>
          </w:p>
        </w:tc>
        <w:tc>
          <w:tcPr>
            <w:tcW w:w="1134" w:type="dxa"/>
            <w:vAlign w:val="center"/>
          </w:tcPr>
          <w:p w14:paraId="6D72D9E3" w14:textId="77777777" w:rsidR="00446222" w:rsidRDefault="00000000">
            <w:pPr>
              <w:spacing w:after="0" w:line="252" w:lineRule="auto"/>
              <w:jc w:val="center"/>
            </w:pPr>
            <w:r>
              <w:rPr>
                <w:sz w:val="18"/>
              </w:rPr>
              <w:t>0.623</w:t>
            </w:r>
          </w:p>
        </w:tc>
        <w:tc>
          <w:tcPr>
            <w:tcW w:w="1134" w:type="dxa"/>
            <w:vAlign w:val="center"/>
          </w:tcPr>
          <w:p w14:paraId="6A1DBA92" w14:textId="77777777" w:rsidR="00446222" w:rsidRDefault="00000000">
            <w:pPr>
              <w:spacing w:after="0" w:line="252" w:lineRule="auto"/>
              <w:jc w:val="center"/>
            </w:pPr>
            <w:r>
              <w:rPr>
                <w:sz w:val="18"/>
              </w:rPr>
              <w:t>-0.004</w:t>
            </w:r>
          </w:p>
        </w:tc>
        <w:tc>
          <w:tcPr>
            <w:tcW w:w="1134" w:type="dxa"/>
            <w:vAlign w:val="center"/>
          </w:tcPr>
          <w:p w14:paraId="118B5C77" w14:textId="77777777" w:rsidR="00446222" w:rsidRDefault="00000000">
            <w:pPr>
              <w:spacing w:after="0" w:line="252" w:lineRule="auto"/>
              <w:jc w:val="center"/>
            </w:pPr>
            <w:r>
              <w:rPr>
                <w:sz w:val="18"/>
              </w:rPr>
              <w:t>-0.092</w:t>
            </w:r>
          </w:p>
        </w:tc>
        <w:tc>
          <w:tcPr>
            <w:tcW w:w="1134" w:type="dxa"/>
            <w:vAlign w:val="center"/>
          </w:tcPr>
          <w:p w14:paraId="2A670A83" w14:textId="77777777" w:rsidR="00446222" w:rsidRDefault="00000000">
            <w:pPr>
              <w:spacing w:after="0" w:line="252" w:lineRule="auto"/>
              <w:jc w:val="center"/>
            </w:pPr>
            <w:r>
              <w:rPr>
                <w:sz w:val="18"/>
              </w:rPr>
              <w:t>0.089</w:t>
            </w:r>
          </w:p>
        </w:tc>
        <w:tc>
          <w:tcPr>
            <w:tcW w:w="1134" w:type="dxa"/>
            <w:vAlign w:val="center"/>
          </w:tcPr>
          <w:p w14:paraId="4E0B0FCB" w14:textId="77777777" w:rsidR="00446222" w:rsidRDefault="00000000">
            <w:pPr>
              <w:spacing w:after="0" w:line="252" w:lineRule="auto"/>
              <w:jc w:val="center"/>
            </w:pPr>
            <w:r>
              <w:rPr>
                <w:sz w:val="18"/>
              </w:rPr>
              <w:t>0.026</w:t>
            </w:r>
          </w:p>
        </w:tc>
      </w:tr>
      <w:tr w:rsidR="00446222" w14:paraId="38FBA4DD" w14:textId="77777777">
        <w:trPr>
          <w:cantSplit/>
          <w:jc w:val="center"/>
        </w:trPr>
        <w:tc>
          <w:tcPr>
            <w:tcW w:w="2835" w:type="dxa"/>
            <w:vAlign w:val="center"/>
          </w:tcPr>
          <w:p w14:paraId="064B9625" w14:textId="77777777" w:rsidR="00446222" w:rsidRDefault="00000000">
            <w:pPr>
              <w:spacing w:after="0" w:line="252" w:lineRule="auto"/>
            </w:pPr>
            <w:r>
              <w:rPr>
                <w:sz w:val="18"/>
              </w:rPr>
              <w:t>Biscuits / cookies</w:t>
            </w:r>
          </w:p>
        </w:tc>
        <w:tc>
          <w:tcPr>
            <w:tcW w:w="1134" w:type="dxa"/>
            <w:vAlign w:val="center"/>
          </w:tcPr>
          <w:p w14:paraId="1CCBB9D9" w14:textId="77777777" w:rsidR="00446222" w:rsidRDefault="00000000">
            <w:pPr>
              <w:spacing w:after="0" w:line="252" w:lineRule="auto"/>
              <w:jc w:val="center"/>
            </w:pPr>
            <w:r>
              <w:rPr>
                <w:sz w:val="18"/>
              </w:rPr>
              <w:t>0.053</w:t>
            </w:r>
          </w:p>
        </w:tc>
        <w:tc>
          <w:tcPr>
            <w:tcW w:w="1134" w:type="dxa"/>
            <w:vAlign w:val="center"/>
          </w:tcPr>
          <w:p w14:paraId="4EA57A58" w14:textId="77777777" w:rsidR="00446222" w:rsidRDefault="00000000">
            <w:pPr>
              <w:spacing w:after="0" w:line="252" w:lineRule="auto"/>
              <w:jc w:val="center"/>
            </w:pPr>
            <w:r>
              <w:rPr>
                <w:sz w:val="18"/>
              </w:rPr>
              <w:t>0.740</w:t>
            </w:r>
          </w:p>
        </w:tc>
        <w:tc>
          <w:tcPr>
            <w:tcW w:w="1134" w:type="dxa"/>
            <w:vAlign w:val="center"/>
          </w:tcPr>
          <w:p w14:paraId="3D536ADE" w14:textId="77777777" w:rsidR="00446222" w:rsidRDefault="00000000">
            <w:pPr>
              <w:spacing w:after="0" w:line="252" w:lineRule="auto"/>
              <w:jc w:val="center"/>
            </w:pPr>
            <w:r>
              <w:rPr>
                <w:sz w:val="18"/>
              </w:rPr>
              <w:t>0.215</w:t>
            </w:r>
          </w:p>
        </w:tc>
        <w:tc>
          <w:tcPr>
            <w:tcW w:w="1134" w:type="dxa"/>
            <w:vAlign w:val="center"/>
          </w:tcPr>
          <w:p w14:paraId="4437ABE0" w14:textId="77777777" w:rsidR="00446222" w:rsidRDefault="00000000">
            <w:pPr>
              <w:spacing w:after="0" w:line="252" w:lineRule="auto"/>
              <w:jc w:val="center"/>
            </w:pPr>
            <w:r>
              <w:rPr>
                <w:sz w:val="18"/>
              </w:rPr>
              <w:t>0.093</w:t>
            </w:r>
          </w:p>
        </w:tc>
        <w:tc>
          <w:tcPr>
            <w:tcW w:w="1134" w:type="dxa"/>
            <w:vAlign w:val="center"/>
          </w:tcPr>
          <w:p w14:paraId="26C9996D" w14:textId="77777777" w:rsidR="00446222" w:rsidRDefault="00000000">
            <w:pPr>
              <w:spacing w:after="0" w:line="252" w:lineRule="auto"/>
              <w:jc w:val="center"/>
            </w:pPr>
            <w:r>
              <w:rPr>
                <w:sz w:val="18"/>
              </w:rPr>
              <w:t>-0.056</w:t>
            </w:r>
          </w:p>
        </w:tc>
        <w:tc>
          <w:tcPr>
            <w:tcW w:w="1134" w:type="dxa"/>
            <w:vAlign w:val="center"/>
          </w:tcPr>
          <w:p w14:paraId="1F0FB767" w14:textId="77777777" w:rsidR="00446222" w:rsidRDefault="00000000">
            <w:pPr>
              <w:spacing w:after="0" w:line="252" w:lineRule="auto"/>
              <w:jc w:val="center"/>
            </w:pPr>
            <w:r>
              <w:rPr>
                <w:sz w:val="18"/>
              </w:rPr>
              <w:t>0.221</w:t>
            </w:r>
          </w:p>
        </w:tc>
      </w:tr>
      <w:tr w:rsidR="00446222" w14:paraId="79252E88" w14:textId="77777777">
        <w:trPr>
          <w:cantSplit/>
          <w:jc w:val="center"/>
        </w:trPr>
        <w:tc>
          <w:tcPr>
            <w:tcW w:w="2835" w:type="dxa"/>
            <w:vAlign w:val="center"/>
          </w:tcPr>
          <w:p w14:paraId="28F07FD6" w14:textId="77777777" w:rsidR="00446222" w:rsidRDefault="00000000">
            <w:pPr>
              <w:spacing w:after="0" w:line="252" w:lineRule="auto"/>
            </w:pPr>
            <w:r>
              <w:rPr>
                <w:sz w:val="18"/>
              </w:rPr>
              <w:t>Fried snacks</w:t>
            </w:r>
          </w:p>
        </w:tc>
        <w:tc>
          <w:tcPr>
            <w:tcW w:w="1134" w:type="dxa"/>
            <w:vAlign w:val="center"/>
          </w:tcPr>
          <w:p w14:paraId="2D650E82" w14:textId="77777777" w:rsidR="00446222" w:rsidRDefault="00000000">
            <w:pPr>
              <w:spacing w:after="0" w:line="252" w:lineRule="auto"/>
              <w:jc w:val="center"/>
            </w:pPr>
            <w:r>
              <w:rPr>
                <w:sz w:val="18"/>
              </w:rPr>
              <w:t>-0.025</w:t>
            </w:r>
          </w:p>
        </w:tc>
        <w:tc>
          <w:tcPr>
            <w:tcW w:w="1134" w:type="dxa"/>
            <w:vAlign w:val="center"/>
          </w:tcPr>
          <w:p w14:paraId="18EA5BEF" w14:textId="77777777" w:rsidR="00446222" w:rsidRDefault="00000000">
            <w:pPr>
              <w:spacing w:after="0" w:line="252" w:lineRule="auto"/>
              <w:jc w:val="center"/>
            </w:pPr>
            <w:r>
              <w:rPr>
                <w:sz w:val="18"/>
              </w:rPr>
              <w:t>0.695</w:t>
            </w:r>
          </w:p>
        </w:tc>
        <w:tc>
          <w:tcPr>
            <w:tcW w:w="1134" w:type="dxa"/>
            <w:vAlign w:val="center"/>
          </w:tcPr>
          <w:p w14:paraId="71D596F8" w14:textId="77777777" w:rsidR="00446222" w:rsidRDefault="00000000">
            <w:pPr>
              <w:spacing w:after="0" w:line="252" w:lineRule="auto"/>
              <w:jc w:val="center"/>
            </w:pPr>
            <w:r>
              <w:rPr>
                <w:sz w:val="18"/>
              </w:rPr>
              <w:t>0.050</w:t>
            </w:r>
          </w:p>
        </w:tc>
        <w:tc>
          <w:tcPr>
            <w:tcW w:w="1134" w:type="dxa"/>
            <w:vAlign w:val="center"/>
          </w:tcPr>
          <w:p w14:paraId="2A0D9C4F" w14:textId="77777777" w:rsidR="00446222" w:rsidRDefault="00000000">
            <w:pPr>
              <w:spacing w:after="0" w:line="252" w:lineRule="auto"/>
              <w:jc w:val="center"/>
            </w:pPr>
            <w:r>
              <w:rPr>
                <w:sz w:val="18"/>
              </w:rPr>
              <w:t>0.084</w:t>
            </w:r>
          </w:p>
        </w:tc>
        <w:tc>
          <w:tcPr>
            <w:tcW w:w="1134" w:type="dxa"/>
            <w:vAlign w:val="center"/>
          </w:tcPr>
          <w:p w14:paraId="6732520C" w14:textId="77777777" w:rsidR="00446222" w:rsidRDefault="00000000">
            <w:pPr>
              <w:spacing w:after="0" w:line="252" w:lineRule="auto"/>
              <w:jc w:val="center"/>
            </w:pPr>
            <w:r>
              <w:rPr>
                <w:sz w:val="18"/>
              </w:rPr>
              <w:t>-0.124</w:t>
            </w:r>
          </w:p>
        </w:tc>
        <w:tc>
          <w:tcPr>
            <w:tcW w:w="1134" w:type="dxa"/>
            <w:vAlign w:val="center"/>
          </w:tcPr>
          <w:p w14:paraId="10827DEA" w14:textId="77777777" w:rsidR="00446222" w:rsidRDefault="00000000">
            <w:pPr>
              <w:spacing w:after="0" w:line="252" w:lineRule="auto"/>
              <w:jc w:val="center"/>
            </w:pPr>
            <w:r>
              <w:rPr>
                <w:sz w:val="18"/>
              </w:rPr>
              <w:t>0.002</w:t>
            </w:r>
          </w:p>
        </w:tc>
      </w:tr>
      <w:tr w:rsidR="00446222" w14:paraId="25FD9095" w14:textId="77777777">
        <w:trPr>
          <w:cantSplit/>
          <w:jc w:val="center"/>
        </w:trPr>
        <w:tc>
          <w:tcPr>
            <w:tcW w:w="2835" w:type="dxa"/>
            <w:vAlign w:val="center"/>
          </w:tcPr>
          <w:p w14:paraId="2276FDE9" w14:textId="77777777" w:rsidR="00446222" w:rsidRDefault="00000000">
            <w:pPr>
              <w:spacing w:after="0" w:line="252" w:lineRule="auto"/>
            </w:pPr>
            <w:r>
              <w:rPr>
                <w:sz w:val="18"/>
              </w:rPr>
              <w:t>Garlic</w:t>
            </w:r>
          </w:p>
        </w:tc>
        <w:tc>
          <w:tcPr>
            <w:tcW w:w="1134" w:type="dxa"/>
            <w:vAlign w:val="center"/>
          </w:tcPr>
          <w:p w14:paraId="49F799B4" w14:textId="77777777" w:rsidR="00446222" w:rsidRDefault="00000000">
            <w:pPr>
              <w:spacing w:after="0" w:line="252" w:lineRule="auto"/>
              <w:jc w:val="center"/>
            </w:pPr>
            <w:r>
              <w:rPr>
                <w:sz w:val="18"/>
              </w:rPr>
              <w:t>0.014</w:t>
            </w:r>
          </w:p>
        </w:tc>
        <w:tc>
          <w:tcPr>
            <w:tcW w:w="1134" w:type="dxa"/>
            <w:vAlign w:val="center"/>
          </w:tcPr>
          <w:p w14:paraId="3AD061DD" w14:textId="77777777" w:rsidR="00446222" w:rsidRDefault="00000000">
            <w:pPr>
              <w:spacing w:after="0" w:line="252" w:lineRule="auto"/>
              <w:jc w:val="center"/>
            </w:pPr>
            <w:r>
              <w:rPr>
                <w:sz w:val="18"/>
              </w:rPr>
              <w:t>0.009</w:t>
            </w:r>
          </w:p>
        </w:tc>
        <w:tc>
          <w:tcPr>
            <w:tcW w:w="1134" w:type="dxa"/>
            <w:vAlign w:val="center"/>
          </w:tcPr>
          <w:p w14:paraId="67471C19" w14:textId="77777777" w:rsidR="00446222" w:rsidRDefault="00000000">
            <w:pPr>
              <w:spacing w:after="0" w:line="252" w:lineRule="auto"/>
              <w:jc w:val="center"/>
            </w:pPr>
            <w:r>
              <w:rPr>
                <w:sz w:val="18"/>
              </w:rPr>
              <w:t>0.093</w:t>
            </w:r>
          </w:p>
        </w:tc>
        <w:tc>
          <w:tcPr>
            <w:tcW w:w="1134" w:type="dxa"/>
            <w:vAlign w:val="center"/>
          </w:tcPr>
          <w:p w14:paraId="2E0DC97E" w14:textId="77777777" w:rsidR="00446222" w:rsidRDefault="00000000">
            <w:pPr>
              <w:spacing w:after="0" w:line="252" w:lineRule="auto"/>
              <w:jc w:val="center"/>
            </w:pPr>
            <w:r>
              <w:rPr>
                <w:sz w:val="18"/>
              </w:rPr>
              <w:t>0.915</w:t>
            </w:r>
          </w:p>
        </w:tc>
        <w:tc>
          <w:tcPr>
            <w:tcW w:w="1134" w:type="dxa"/>
            <w:vAlign w:val="center"/>
          </w:tcPr>
          <w:p w14:paraId="61F7BB84" w14:textId="77777777" w:rsidR="00446222" w:rsidRDefault="00000000">
            <w:pPr>
              <w:spacing w:after="0" w:line="252" w:lineRule="auto"/>
              <w:jc w:val="center"/>
            </w:pPr>
            <w:r>
              <w:rPr>
                <w:sz w:val="18"/>
              </w:rPr>
              <w:t>0.042</w:t>
            </w:r>
          </w:p>
        </w:tc>
        <w:tc>
          <w:tcPr>
            <w:tcW w:w="1134" w:type="dxa"/>
            <w:vAlign w:val="center"/>
          </w:tcPr>
          <w:p w14:paraId="77E1A180" w14:textId="77777777" w:rsidR="00446222" w:rsidRDefault="00000000">
            <w:pPr>
              <w:spacing w:after="0" w:line="252" w:lineRule="auto"/>
              <w:jc w:val="center"/>
            </w:pPr>
            <w:r>
              <w:rPr>
                <w:sz w:val="18"/>
              </w:rPr>
              <w:t>0.118</w:t>
            </w:r>
          </w:p>
        </w:tc>
      </w:tr>
      <w:tr w:rsidR="00446222" w14:paraId="30BA5ABD" w14:textId="77777777">
        <w:trPr>
          <w:cantSplit/>
          <w:jc w:val="center"/>
        </w:trPr>
        <w:tc>
          <w:tcPr>
            <w:tcW w:w="2835" w:type="dxa"/>
            <w:vAlign w:val="center"/>
          </w:tcPr>
          <w:p w14:paraId="0BA058F5" w14:textId="77777777" w:rsidR="00446222" w:rsidRDefault="00000000">
            <w:pPr>
              <w:spacing w:after="0" w:line="252" w:lineRule="auto"/>
            </w:pPr>
            <w:r>
              <w:rPr>
                <w:sz w:val="18"/>
              </w:rPr>
              <w:t>Ginger</w:t>
            </w:r>
          </w:p>
        </w:tc>
        <w:tc>
          <w:tcPr>
            <w:tcW w:w="1134" w:type="dxa"/>
            <w:vAlign w:val="center"/>
          </w:tcPr>
          <w:p w14:paraId="218164A8" w14:textId="77777777" w:rsidR="00446222" w:rsidRDefault="00000000">
            <w:pPr>
              <w:spacing w:after="0" w:line="252" w:lineRule="auto"/>
              <w:jc w:val="center"/>
            </w:pPr>
            <w:r>
              <w:rPr>
                <w:sz w:val="18"/>
              </w:rPr>
              <w:t>-0.003</w:t>
            </w:r>
          </w:p>
        </w:tc>
        <w:tc>
          <w:tcPr>
            <w:tcW w:w="1134" w:type="dxa"/>
            <w:vAlign w:val="center"/>
          </w:tcPr>
          <w:p w14:paraId="7BFF369A" w14:textId="77777777" w:rsidR="00446222" w:rsidRDefault="00000000">
            <w:pPr>
              <w:spacing w:after="0" w:line="252" w:lineRule="auto"/>
              <w:jc w:val="center"/>
            </w:pPr>
            <w:r>
              <w:rPr>
                <w:sz w:val="18"/>
              </w:rPr>
              <w:t>0.032</w:t>
            </w:r>
          </w:p>
        </w:tc>
        <w:tc>
          <w:tcPr>
            <w:tcW w:w="1134" w:type="dxa"/>
            <w:vAlign w:val="center"/>
          </w:tcPr>
          <w:p w14:paraId="08DEAD48" w14:textId="77777777" w:rsidR="00446222" w:rsidRDefault="00000000">
            <w:pPr>
              <w:spacing w:after="0" w:line="252" w:lineRule="auto"/>
              <w:jc w:val="center"/>
            </w:pPr>
            <w:r>
              <w:rPr>
                <w:sz w:val="18"/>
              </w:rPr>
              <w:t>0.098</w:t>
            </w:r>
          </w:p>
        </w:tc>
        <w:tc>
          <w:tcPr>
            <w:tcW w:w="1134" w:type="dxa"/>
            <w:vAlign w:val="center"/>
          </w:tcPr>
          <w:p w14:paraId="61AA55E2" w14:textId="77777777" w:rsidR="00446222" w:rsidRDefault="00000000">
            <w:pPr>
              <w:spacing w:after="0" w:line="252" w:lineRule="auto"/>
              <w:jc w:val="center"/>
            </w:pPr>
            <w:r>
              <w:rPr>
                <w:sz w:val="18"/>
              </w:rPr>
              <w:t>0.928</w:t>
            </w:r>
          </w:p>
        </w:tc>
        <w:tc>
          <w:tcPr>
            <w:tcW w:w="1134" w:type="dxa"/>
            <w:vAlign w:val="center"/>
          </w:tcPr>
          <w:p w14:paraId="5EAD97D1" w14:textId="77777777" w:rsidR="00446222" w:rsidRDefault="00000000">
            <w:pPr>
              <w:spacing w:after="0" w:line="252" w:lineRule="auto"/>
              <w:jc w:val="center"/>
            </w:pPr>
            <w:r>
              <w:rPr>
                <w:sz w:val="18"/>
              </w:rPr>
              <w:t>0.037</w:t>
            </w:r>
          </w:p>
        </w:tc>
        <w:tc>
          <w:tcPr>
            <w:tcW w:w="1134" w:type="dxa"/>
            <w:vAlign w:val="center"/>
          </w:tcPr>
          <w:p w14:paraId="44A6092A" w14:textId="77777777" w:rsidR="00446222" w:rsidRDefault="00000000">
            <w:pPr>
              <w:spacing w:after="0" w:line="252" w:lineRule="auto"/>
              <w:jc w:val="center"/>
            </w:pPr>
            <w:r>
              <w:rPr>
                <w:sz w:val="18"/>
              </w:rPr>
              <w:t>0.009</w:t>
            </w:r>
          </w:p>
        </w:tc>
      </w:tr>
      <w:tr w:rsidR="00446222" w14:paraId="44199198" w14:textId="77777777">
        <w:trPr>
          <w:cantSplit/>
          <w:jc w:val="center"/>
        </w:trPr>
        <w:tc>
          <w:tcPr>
            <w:tcW w:w="2835" w:type="dxa"/>
            <w:vAlign w:val="center"/>
          </w:tcPr>
          <w:p w14:paraId="7837CD43" w14:textId="77777777" w:rsidR="00446222" w:rsidRDefault="00000000">
            <w:pPr>
              <w:keepNext/>
              <w:spacing w:after="0" w:line="252" w:lineRule="auto"/>
            </w:pPr>
            <w:r>
              <w:rPr>
                <w:sz w:val="18"/>
              </w:rPr>
              <w:lastRenderedPageBreak/>
              <w:t>Turmeric</w:t>
            </w:r>
          </w:p>
        </w:tc>
        <w:tc>
          <w:tcPr>
            <w:tcW w:w="1134" w:type="dxa"/>
            <w:vAlign w:val="center"/>
          </w:tcPr>
          <w:p w14:paraId="0FCA83EC" w14:textId="77777777" w:rsidR="00446222" w:rsidRDefault="00000000">
            <w:pPr>
              <w:keepNext/>
              <w:spacing w:after="0" w:line="252" w:lineRule="auto"/>
              <w:jc w:val="center"/>
            </w:pPr>
            <w:r>
              <w:rPr>
                <w:sz w:val="18"/>
              </w:rPr>
              <w:t>0.023</w:t>
            </w:r>
          </w:p>
        </w:tc>
        <w:tc>
          <w:tcPr>
            <w:tcW w:w="1134" w:type="dxa"/>
            <w:vAlign w:val="center"/>
          </w:tcPr>
          <w:p w14:paraId="67339C85" w14:textId="77777777" w:rsidR="00446222" w:rsidRDefault="00000000">
            <w:pPr>
              <w:keepNext/>
              <w:spacing w:after="0" w:line="252" w:lineRule="auto"/>
              <w:jc w:val="center"/>
            </w:pPr>
            <w:r>
              <w:rPr>
                <w:sz w:val="18"/>
              </w:rPr>
              <w:t>0.053</w:t>
            </w:r>
          </w:p>
        </w:tc>
        <w:tc>
          <w:tcPr>
            <w:tcW w:w="1134" w:type="dxa"/>
            <w:vAlign w:val="center"/>
          </w:tcPr>
          <w:p w14:paraId="42088577" w14:textId="77777777" w:rsidR="00446222" w:rsidRDefault="00000000">
            <w:pPr>
              <w:keepNext/>
              <w:spacing w:after="0" w:line="252" w:lineRule="auto"/>
              <w:jc w:val="center"/>
            </w:pPr>
            <w:r>
              <w:rPr>
                <w:sz w:val="18"/>
              </w:rPr>
              <w:t>0.073</w:t>
            </w:r>
          </w:p>
        </w:tc>
        <w:tc>
          <w:tcPr>
            <w:tcW w:w="1134" w:type="dxa"/>
            <w:vAlign w:val="center"/>
          </w:tcPr>
          <w:p w14:paraId="5BF4F654" w14:textId="77777777" w:rsidR="00446222" w:rsidRDefault="00000000">
            <w:pPr>
              <w:keepNext/>
              <w:spacing w:after="0" w:line="252" w:lineRule="auto"/>
              <w:jc w:val="center"/>
            </w:pPr>
            <w:r>
              <w:rPr>
                <w:sz w:val="18"/>
              </w:rPr>
              <w:t>0.925</w:t>
            </w:r>
          </w:p>
        </w:tc>
        <w:tc>
          <w:tcPr>
            <w:tcW w:w="1134" w:type="dxa"/>
            <w:vAlign w:val="center"/>
          </w:tcPr>
          <w:p w14:paraId="5F9AD506" w14:textId="77777777" w:rsidR="00446222" w:rsidRDefault="00000000">
            <w:pPr>
              <w:keepNext/>
              <w:spacing w:after="0" w:line="252" w:lineRule="auto"/>
              <w:jc w:val="center"/>
            </w:pPr>
            <w:r>
              <w:rPr>
                <w:sz w:val="18"/>
              </w:rPr>
              <w:t>-0.010</w:t>
            </w:r>
          </w:p>
        </w:tc>
        <w:tc>
          <w:tcPr>
            <w:tcW w:w="1134" w:type="dxa"/>
            <w:vAlign w:val="center"/>
          </w:tcPr>
          <w:p w14:paraId="51EB1F38" w14:textId="77777777" w:rsidR="00446222" w:rsidRDefault="00000000">
            <w:pPr>
              <w:keepNext/>
              <w:spacing w:after="0" w:line="252" w:lineRule="auto"/>
              <w:jc w:val="center"/>
            </w:pPr>
            <w:r>
              <w:rPr>
                <w:sz w:val="18"/>
              </w:rPr>
              <w:t>0.057</w:t>
            </w:r>
          </w:p>
        </w:tc>
      </w:tr>
    </w:tbl>
    <w:p w14:paraId="23F33D6D" w14:textId="44D4A170" w:rsidR="00446222" w:rsidRDefault="00000000" w:rsidP="0047469F">
      <w:pPr>
        <w:keepLines/>
        <w:spacing w:after="140" w:line="252" w:lineRule="auto"/>
        <w:jc w:val="both"/>
      </w:pPr>
      <w:r>
        <w:rPr>
          <w:sz w:val="18"/>
        </w:rPr>
        <w:t>Food</w:t>
      </w:r>
      <w:r w:rsidR="00BE3B67">
        <w:rPr>
          <w:sz w:val="18"/>
        </w:rPr>
        <w:t>-</w:t>
      </w:r>
      <w:r>
        <w:rPr>
          <w:sz w:val="18"/>
        </w:rPr>
        <w:t>score correlations from the 145-person primary matrix. Values are rounded for display; plots use unrounded absolute loadings for the 0.40 outline threshold. FP01: leafy vegetables and soups; FP02: noodles, snacks, bread and soda; FP03: seafood and oils; FP04: garlic, ginger and turmeric; FP05: fruit and beans; FP06: hibiscus tea, Moringa and fruit juice. Names summarise rather than exhaust the contributions.</w:t>
      </w:r>
    </w:p>
    <w:p w14:paraId="179F15ED" w14:textId="77777777" w:rsidR="00446222" w:rsidRDefault="00000000">
      <w:pPr>
        <w:keepNext/>
        <w:spacing w:after="60" w:line="240" w:lineRule="auto"/>
        <w:jc w:val="center"/>
      </w:pPr>
      <w:r>
        <w:rPr>
          <w:noProof/>
        </w:rPr>
        <w:drawing>
          <wp:inline distT="0" distB="0" distL="0" distR="0" wp14:anchorId="68204CBB" wp14:editId="3A2CA38F">
            <wp:extent cx="5940000" cy="4122780"/>
            <wp:effectExtent l="0" t="0" r="0" b="0"/>
            <wp:docPr id="6" name="Figure_S6"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6.png"/>
                    <pic:cNvPicPr/>
                  </pic:nvPicPr>
                  <pic:blipFill>
                    <a:blip r:embed="rId23"/>
                    <a:stretch>
                      <a:fillRect/>
                    </a:stretch>
                  </pic:blipFill>
                  <pic:spPr>
                    <a:xfrm>
                      <a:off x="0" y="0"/>
                      <a:ext cx="5940000" cy="4122780"/>
                    </a:xfrm>
                    <a:prstGeom prst="rect">
                      <a:avLst/>
                    </a:prstGeom>
                  </pic:spPr>
                </pic:pic>
              </a:graphicData>
            </a:graphic>
          </wp:inline>
        </w:drawing>
      </w:r>
    </w:p>
    <w:p w14:paraId="4D18ECE1" w14:textId="77777777" w:rsidR="00446222" w:rsidRDefault="00000000" w:rsidP="0047469F">
      <w:pPr>
        <w:pStyle w:val="Caption"/>
        <w:keepLines/>
        <w:jc w:val="both"/>
      </w:pPr>
      <w:r>
        <w:rPr>
          <w:b/>
        </w:rPr>
        <w:t xml:space="preserve">Figure S6. </w:t>
      </w:r>
      <w:r>
        <w:t>Permutation parallel analysis of the combined dietary variables. Observed ordered eigenvalues and corresponding 95th percentiles from 2,000 within-food permutations of the 145-person, 33-food matrix. Six leading components exceeded their reference values before the first failure. Full eigenvalues and reference values for every specification are provided in Additional file 2.</w:t>
      </w:r>
    </w:p>
    <w:p w14:paraId="677237A9" w14:textId="77777777" w:rsidR="00446222" w:rsidRDefault="00000000">
      <w:pPr>
        <w:pStyle w:val="Caption"/>
        <w:keepNext/>
      </w:pPr>
      <w:r>
        <w:rPr>
          <w:b/>
        </w:rPr>
        <w:t>Table S12. Alternative representations and component structures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3855"/>
        <w:gridCol w:w="794"/>
        <w:gridCol w:w="1304"/>
        <w:gridCol w:w="1020"/>
        <w:gridCol w:w="1417"/>
        <w:gridCol w:w="1247"/>
      </w:tblGrid>
      <w:tr w:rsidR="00446222" w14:paraId="0115D14B" w14:textId="77777777">
        <w:trPr>
          <w:cantSplit/>
          <w:tblHeader/>
          <w:jc w:val="center"/>
        </w:trPr>
        <w:tc>
          <w:tcPr>
            <w:tcW w:w="3855" w:type="dxa"/>
            <w:tcBorders>
              <w:bottom w:val="single" w:sz="4" w:space="0" w:color="auto"/>
            </w:tcBorders>
            <w:vAlign w:val="center"/>
          </w:tcPr>
          <w:p w14:paraId="23CE356C" w14:textId="77777777" w:rsidR="00446222" w:rsidRDefault="00000000">
            <w:pPr>
              <w:keepNext/>
              <w:spacing w:after="0" w:line="252" w:lineRule="auto"/>
            </w:pPr>
            <w:r>
              <w:rPr>
                <w:b/>
                <w:sz w:val="18"/>
              </w:rPr>
              <w:t>Specification</w:t>
            </w:r>
          </w:p>
        </w:tc>
        <w:tc>
          <w:tcPr>
            <w:tcW w:w="794" w:type="dxa"/>
            <w:tcBorders>
              <w:bottom w:val="single" w:sz="4" w:space="0" w:color="auto"/>
            </w:tcBorders>
            <w:vAlign w:val="center"/>
          </w:tcPr>
          <w:p w14:paraId="38E440B5" w14:textId="77777777" w:rsidR="00446222" w:rsidRDefault="00000000">
            <w:pPr>
              <w:keepNext/>
              <w:spacing w:after="0" w:line="252" w:lineRule="auto"/>
              <w:jc w:val="center"/>
            </w:pPr>
            <w:r>
              <w:rPr>
                <w:b/>
                <w:sz w:val="18"/>
              </w:rPr>
              <w:t>N</w:t>
            </w:r>
          </w:p>
        </w:tc>
        <w:tc>
          <w:tcPr>
            <w:tcW w:w="1304" w:type="dxa"/>
            <w:tcBorders>
              <w:bottom w:val="single" w:sz="4" w:space="0" w:color="auto"/>
            </w:tcBorders>
            <w:vAlign w:val="center"/>
          </w:tcPr>
          <w:p w14:paraId="27933CBE" w14:textId="77777777" w:rsidR="00446222" w:rsidRDefault="00000000">
            <w:pPr>
              <w:keepNext/>
              <w:spacing w:after="0" w:line="252" w:lineRule="auto"/>
              <w:jc w:val="center"/>
            </w:pPr>
            <w:r>
              <w:rPr>
                <w:b/>
                <w:sz w:val="18"/>
              </w:rPr>
              <w:t>Independent</w:t>
            </w:r>
            <w:r>
              <w:rPr>
                <w:b/>
                <w:sz w:val="18"/>
              </w:rPr>
              <w:br/>
              <w:t>count</w:t>
            </w:r>
          </w:p>
        </w:tc>
        <w:tc>
          <w:tcPr>
            <w:tcW w:w="1020" w:type="dxa"/>
            <w:tcBorders>
              <w:bottom w:val="single" w:sz="4" w:space="0" w:color="auto"/>
            </w:tcBorders>
            <w:vAlign w:val="center"/>
          </w:tcPr>
          <w:p w14:paraId="568E0875" w14:textId="77777777" w:rsidR="00446222" w:rsidRDefault="00000000">
            <w:pPr>
              <w:keepNext/>
              <w:spacing w:after="0" w:line="252" w:lineRule="auto"/>
              <w:jc w:val="center"/>
            </w:pPr>
            <w:r>
              <w:rPr>
                <w:b/>
                <w:sz w:val="18"/>
              </w:rPr>
              <w:t>Aligned</w:t>
            </w:r>
            <w:r>
              <w:rPr>
                <w:b/>
                <w:sz w:val="18"/>
              </w:rPr>
              <w:br/>
              <w:t>count</w:t>
            </w:r>
          </w:p>
        </w:tc>
        <w:tc>
          <w:tcPr>
            <w:tcW w:w="1417" w:type="dxa"/>
            <w:tcBorders>
              <w:bottom w:val="single" w:sz="4" w:space="0" w:color="auto"/>
            </w:tcBorders>
            <w:vAlign w:val="center"/>
          </w:tcPr>
          <w:p w14:paraId="21E75CA1" w14:textId="77777777" w:rsidR="00446222" w:rsidRDefault="00000000">
            <w:pPr>
              <w:keepNext/>
              <w:spacing w:after="0" w:line="252" w:lineRule="auto"/>
              <w:jc w:val="center"/>
            </w:pPr>
            <w:r>
              <w:rPr>
                <w:b/>
                <w:sz w:val="18"/>
              </w:rPr>
              <w:t>Variance at</w:t>
            </w:r>
            <w:r>
              <w:rPr>
                <w:b/>
                <w:sz w:val="18"/>
              </w:rPr>
              <w:br/>
              <w:t>aligned count (%)</w:t>
            </w:r>
          </w:p>
        </w:tc>
        <w:tc>
          <w:tcPr>
            <w:tcW w:w="1247" w:type="dxa"/>
            <w:tcBorders>
              <w:bottom w:val="single" w:sz="4" w:space="0" w:color="auto"/>
            </w:tcBorders>
            <w:vAlign w:val="center"/>
          </w:tcPr>
          <w:p w14:paraId="43D94416" w14:textId="77777777" w:rsidR="00446222" w:rsidRDefault="00000000">
            <w:pPr>
              <w:keepNext/>
              <w:spacing w:after="0" w:line="252" w:lineRule="auto"/>
              <w:jc w:val="center"/>
            </w:pPr>
            <w:r>
              <w:rPr>
                <w:b/>
                <w:sz w:val="18"/>
              </w:rPr>
              <w:t>Minimum</w:t>
            </w:r>
            <w:r>
              <w:rPr>
                <w:b/>
                <w:sz w:val="18"/>
              </w:rPr>
              <w:br/>
              <w:t>congruence</w:t>
            </w:r>
          </w:p>
        </w:tc>
      </w:tr>
      <w:tr w:rsidR="00446222" w14:paraId="3F9C5CF9" w14:textId="77777777">
        <w:trPr>
          <w:cantSplit/>
          <w:jc w:val="center"/>
        </w:trPr>
        <w:tc>
          <w:tcPr>
            <w:tcW w:w="3855" w:type="dxa"/>
            <w:vAlign w:val="center"/>
          </w:tcPr>
          <w:p w14:paraId="3D0AE0CB" w14:textId="77777777" w:rsidR="00446222" w:rsidRDefault="00000000">
            <w:pPr>
              <w:spacing w:after="0" w:line="252" w:lineRule="auto"/>
            </w:pPr>
            <w:r>
              <w:rPr>
                <w:sz w:val="18"/>
              </w:rPr>
              <w:t>Raw category × portion</w:t>
            </w:r>
          </w:p>
        </w:tc>
        <w:tc>
          <w:tcPr>
            <w:tcW w:w="794" w:type="dxa"/>
            <w:vAlign w:val="center"/>
          </w:tcPr>
          <w:p w14:paraId="655EAE93" w14:textId="77777777" w:rsidR="00446222" w:rsidRDefault="00000000">
            <w:pPr>
              <w:spacing w:after="0" w:line="252" w:lineRule="auto"/>
              <w:jc w:val="center"/>
            </w:pPr>
            <w:r>
              <w:rPr>
                <w:sz w:val="18"/>
              </w:rPr>
              <w:t>145</w:t>
            </w:r>
          </w:p>
        </w:tc>
        <w:tc>
          <w:tcPr>
            <w:tcW w:w="1304" w:type="dxa"/>
            <w:vAlign w:val="center"/>
          </w:tcPr>
          <w:p w14:paraId="7C5C391B" w14:textId="77777777" w:rsidR="00446222" w:rsidRDefault="00000000">
            <w:pPr>
              <w:spacing w:after="0" w:line="252" w:lineRule="auto"/>
              <w:jc w:val="center"/>
            </w:pPr>
            <w:r>
              <w:rPr>
                <w:sz w:val="18"/>
              </w:rPr>
              <w:t>6</w:t>
            </w:r>
          </w:p>
        </w:tc>
        <w:tc>
          <w:tcPr>
            <w:tcW w:w="1020" w:type="dxa"/>
            <w:vAlign w:val="center"/>
          </w:tcPr>
          <w:p w14:paraId="7907BCBD" w14:textId="77777777" w:rsidR="00446222" w:rsidRDefault="00000000">
            <w:pPr>
              <w:spacing w:after="0" w:line="252" w:lineRule="auto"/>
              <w:jc w:val="center"/>
            </w:pPr>
            <w:r>
              <w:rPr>
                <w:sz w:val="18"/>
              </w:rPr>
              <w:t>6</w:t>
            </w:r>
          </w:p>
        </w:tc>
        <w:tc>
          <w:tcPr>
            <w:tcW w:w="1417" w:type="dxa"/>
            <w:vAlign w:val="center"/>
          </w:tcPr>
          <w:p w14:paraId="38E08922" w14:textId="77777777" w:rsidR="00446222" w:rsidRDefault="00000000">
            <w:pPr>
              <w:spacing w:after="0" w:line="252" w:lineRule="auto"/>
              <w:jc w:val="center"/>
            </w:pPr>
            <w:r>
              <w:rPr>
                <w:sz w:val="18"/>
              </w:rPr>
              <w:t>50.62</w:t>
            </w:r>
          </w:p>
        </w:tc>
        <w:tc>
          <w:tcPr>
            <w:tcW w:w="1247" w:type="dxa"/>
            <w:vAlign w:val="center"/>
          </w:tcPr>
          <w:p w14:paraId="18F9BB8A" w14:textId="77777777" w:rsidR="00446222" w:rsidRDefault="00000000">
            <w:pPr>
              <w:spacing w:after="0" w:line="252" w:lineRule="auto"/>
              <w:jc w:val="center"/>
            </w:pPr>
            <w:r>
              <w:rPr>
                <w:sz w:val="18"/>
              </w:rPr>
              <w:t>0.610</w:t>
            </w:r>
          </w:p>
        </w:tc>
      </w:tr>
      <w:tr w:rsidR="00446222" w14:paraId="7D09B2B7" w14:textId="77777777">
        <w:trPr>
          <w:cantSplit/>
          <w:jc w:val="center"/>
        </w:trPr>
        <w:tc>
          <w:tcPr>
            <w:tcW w:w="3855" w:type="dxa"/>
            <w:vAlign w:val="center"/>
          </w:tcPr>
          <w:p w14:paraId="6CA78D01" w14:textId="77777777" w:rsidR="00446222" w:rsidRDefault="00000000">
            <w:pPr>
              <w:spacing w:after="0" w:line="252" w:lineRule="auto"/>
            </w:pPr>
            <w:r>
              <w:rPr>
                <w:sz w:val="18"/>
              </w:rPr>
              <w:t>Ranks of combined indices</w:t>
            </w:r>
          </w:p>
        </w:tc>
        <w:tc>
          <w:tcPr>
            <w:tcW w:w="794" w:type="dxa"/>
            <w:vAlign w:val="center"/>
          </w:tcPr>
          <w:p w14:paraId="72D94351" w14:textId="77777777" w:rsidR="00446222" w:rsidRDefault="00000000">
            <w:pPr>
              <w:spacing w:after="0" w:line="252" w:lineRule="auto"/>
              <w:jc w:val="center"/>
            </w:pPr>
            <w:r>
              <w:rPr>
                <w:sz w:val="18"/>
              </w:rPr>
              <w:t>145</w:t>
            </w:r>
          </w:p>
        </w:tc>
        <w:tc>
          <w:tcPr>
            <w:tcW w:w="1304" w:type="dxa"/>
            <w:vAlign w:val="center"/>
          </w:tcPr>
          <w:p w14:paraId="13F8601B" w14:textId="77777777" w:rsidR="00446222" w:rsidRDefault="00000000">
            <w:pPr>
              <w:spacing w:after="0" w:line="252" w:lineRule="auto"/>
              <w:jc w:val="center"/>
            </w:pPr>
            <w:r>
              <w:rPr>
                <w:sz w:val="18"/>
              </w:rPr>
              <w:t>6</w:t>
            </w:r>
          </w:p>
        </w:tc>
        <w:tc>
          <w:tcPr>
            <w:tcW w:w="1020" w:type="dxa"/>
            <w:vAlign w:val="center"/>
          </w:tcPr>
          <w:p w14:paraId="3A8BB204" w14:textId="77777777" w:rsidR="00446222" w:rsidRDefault="00000000">
            <w:pPr>
              <w:spacing w:after="0" w:line="252" w:lineRule="auto"/>
              <w:jc w:val="center"/>
            </w:pPr>
            <w:r>
              <w:rPr>
                <w:sz w:val="18"/>
              </w:rPr>
              <w:t>6</w:t>
            </w:r>
          </w:p>
        </w:tc>
        <w:tc>
          <w:tcPr>
            <w:tcW w:w="1417" w:type="dxa"/>
            <w:vAlign w:val="center"/>
          </w:tcPr>
          <w:p w14:paraId="1C3924DD" w14:textId="77777777" w:rsidR="00446222" w:rsidRDefault="00000000">
            <w:pPr>
              <w:spacing w:after="0" w:line="252" w:lineRule="auto"/>
              <w:jc w:val="center"/>
            </w:pPr>
            <w:r>
              <w:rPr>
                <w:sz w:val="18"/>
              </w:rPr>
              <w:t>51.57</w:t>
            </w:r>
          </w:p>
        </w:tc>
        <w:tc>
          <w:tcPr>
            <w:tcW w:w="1247" w:type="dxa"/>
            <w:vAlign w:val="center"/>
          </w:tcPr>
          <w:p w14:paraId="5747EADB" w14:textId="77777777" w:rsidR="00446222" w:rsidRDefault="00000000">
            <w:pPr>
              <w:spacing w:after="0" w:line="252" w:lineRule="auto"/>
              <w:jc w:val="center"/>
            </w:pPr>
            <w:r>
              <w:rPr>
                <w:sz w:val="18"/>
              </w:rPr>
              <w:t>0.567</w:t>
            </w:r>
          </w:p>
        </w:tc>
      </w:tr>
      <w:tr w:rsidR="00446222" w14:paraId="419DF097" w14:textId="77777777">
        <w:trPr>
          <w:cantSplit/>
          <w:jc w:val="center"/>
        </w:trPr>
        <w:tc>
          <w:tcPr>
            <w:tcW w:w="3855" w:type="dxa"/>
            <w:vAlign w:val="center"/>
          </w:tcPr>
          <w:p w14:paraId="781A0A8B" w14:textId="77777777" w:rsidR="00446222" w:rsidRDefault="00000000">
            <w:pPr>
              <w:spacing w:after="0" w:line="252" w:lineRule="auto"/>
            </w:pPr>
            <w:r>
              <w:rPr>
                <w:sz w:val="18"/>
              </w:rPr>
              <w:t>Alternative multipliers × portion</w:t>
            </w:r>
          </w:p>
        </w:tc>
        <w:tc>
          <w:tcPr>
            <w:tcW w:w="794" w:type="dxa"/>
            <w:vAlign w:val="center"/>
          </w:tcPr>
          <w:p w14:paraId="1A135E46" w14:textId="77777777" w:rsidR="00446222" w:rsidRDefault="00000000">
            <w:pPr>
              <w:spacing w:after="0" w:line="252" w:lineRule="auto"/>
              <w:jc w:val="center"/>
            </w:pPr>
            <w:r>
              <w:rPr>
                <w:sz w:val="18"/>
              </w:rPr>
              <w:t>145</w:t>
            </w:r>
          </w:p>
        </w:tc>
        <w:tc>
          <w:tcPr>
            <w:tcW w:w="1304" w:type="dxa"/>
            <w:vAlign w:val="center"/>
          </w:tcPr>
          <w:p w14:paraId="74146CEE" w14:textId="77777777" w:rsidR="00446222" w:rsidRDefault="00000000">
            <w:pPr>
              <w:spacing w:after="0" w:line="252" w:lineRule="auto"/>
              <w:jc w:val="center"/>
            </w:pPr>
            <w:r>
              <w:rPr>
                <w:sz w:val="18"/>
              </w:rPr>
              <w:t>5</w:t>
            </w:r>
          </w:p>
        </w:tc>
        <w:tc>
          <w:tcPr>
            <w:tcW w:w="1020" w:type="dxa"/>
            <w:vAlign w:val="center"/>
          </w:tcPr>
          <w:p w14:paraId="4EA3EDEE" w14:textId="77777777" w:rsidR="00446222" w:rsidRDefault="00000000">
            <w:pPr>
              <w:spacing w:after="0" w:line="252" w:lineRule="auto"/>
              <w:jc w:val="center"/>
            </w:pPr>
            <w:r>
              <w:rPr>
                <w:sz w:val="18"/>
              </w:rPr>
              <w:t>6</w:t>
            </w:r>
          </w:p>
        </w:tc>
        <w:tc>
          <w:tcPr>
            <w:tcW w:w="1417" w:type="dxa"/>
            <w:vAlign w:val="center"/>
          </w:tcPr>
          <w:p w14:paraId="01EBACE4" w14:textId="77777777" w:rsidR="00446222" w:rsidRDefault="00000000">
            <w:pPr>
              <w:spacing w:after="0" w:line="252" w:lineRule="auto"/>
              <w:jc w:val="center"/>
            </w:pPr>
            <w:r>
              <w:rPr>
                <w:sz w:val="18"/>
              </w:rPr>
              <w:t>55.97</w:t>
            </w:r>
          </w:p>
        </w:tc>
        <w:tc>
          <w:tcPr>
            <w:tcW w:w="1247" w:type="dxa"/>
            <w:vAlign w:val="center"/>
          </w:tcPr>
          <w:p w14:paraId="495449BF" w14:textId="77777777" w:rsidR="00446222" w:rsidRDefault="00000000">
            <w:pPr>
              <w:spacing w:after="0" w:line="252" w:lineRule="auto"/>
              <w:jc w:val="center"/>
            </w:pPr>
            <w:r>
              <w:rPr>
                <w:sz w:val="18"/>
              </w:rPr>
              <w:t>0.665</w:t>
            </w:r>
          </w:p>
        </w:tc>
      </w:tr>
      <w:tr w:rsidR="00446222" w14:paraId="2463BDC8" w14:textId="77777777">
        <w:trPr>
          <w:cantSplit/>
          <w:jc w:val="center"/>
        </w:trPr>
        <w:tc>
          <w:tcPr>
            <w:tcW w:w="3855" w:type="dxa"/>
            <w:vAlign w:val="center"/>
          </w:tcPr>
          <w:p w14:paraId="6323B748" w14:textId="77777777" w:rsidR="00446222" w:rsidRDefault="00000000">
            <w:pPr>
              <w:spacing w:after="0" w:line="252" w:lineRule="auto"/>
            </w:pPr>
            <w:r>
              <w:rPr>
                <w:sz w:val="18"/>
              </w:rPr>
              <w:t>Assigned weekly frequency only</w:t>
            </w:r>
          </w:p>
        </w:tc>
        <w:tc>
          <w:tcPr>
            <w:tcW w:w="794" w:type="dxa"/>
            <w:vAlign w:val="center"/>
          </w:tcPr>
          <w:p w14:paraId="6C3B2A9B" w14:textId="77777777" w:rsidR="00446222" w:rsidRDefault="00000000">
            <w:pPr>
              <w:spacing w:after="0" w:line="252" w:lineRule="auto"/>
              <w:jc w:val="center"/>
            </w:pPr>
            <w:r>
              <w:rPr>
                <w:sz w:val="18"/>
              </w:rPr>
              <w:t>145</w:t>
            </w:r>
          </w:p>
        </w:tc>
        <w:tc>
          <w:tcPr>
            <w:tcW w:w="1304" w:type="dxa"/>
            <w:vAlign w:val="center"/>
          </w:tcPr>
          <w:p w14:paraId="34DE7A44" w14:textId="77777777" w:rsidR="00446222" w:rsidRDefault="00000000">
            <w:pPr>
              <w:spacing w:after="0" w:line="252" w:lineRule="auto"/>
              <w:jc w:val="center"/>
            </w:pPr>
            <w:r>
              <w:rPr>
                <w:sz w:val="18"/>
              </w:rPr>
              <w:t>6</w:t>
            </w:r>
          </w:p>
        </w:tc>
        <w:tc>
          <w:tcPr>
            <w:tcW w:w="1020" w:type="dxa"/>
            <w:vAlign w:val="center"/>
          </w:tcPr>
          <w:p w14:paraId="56054337" w14:textId="77777777" w:rsidR="00446222" w:rsidRDefault="00000000">
            <w:pPr>
              <w:spacing w:after="0" w:line="252" w:lineRule="auto"/>
              <w:jc w:val="center"/>
            </w:pPr>
            <w:r>
              <w:rPr>
                <w:sz w:val="18"/>
              </w:rPr>
              <w:t>6</w:t>
            </w:r>
          </w:p>
        </w:tc>
        <w:tc>
          <w:tcPr>
            <w:tcW w:w="1417" w:type="dxa"/>
            <w:vAlign w:val="center"/>
          </w:tcPr>
          <w:p w14:paraId="22F07DE2" w14:textId="77777777" w:rsidR="00446222" w:rsidRDefault="00000000">
            <w:pPr>
              <w:spacing w:after="0" w:line="252" w:lineRule="auto"/>
              <w:jc w:val="center"/>
            </w:pPr>
            <w:r>
              <w:rPr>
                <w:sz w:val="18"/>
              </w:rPr>
              <w:t>55.17</w:t>
            </w:r>
          </w:p>
        </w:tc>
        <w:tc>
          <w:tcPr>
            <w:tcW w:w="1247" w:type="dxa"/>
            <w:vAlign w:val="center"/>
          </w:tcPr>
          <w:p w14:paraId="7F1A05F6" w14:textId="77777777" w:rsidR="00446222" w:rsidRDefault="00000000">
            <w:pPr>
              <w:spacing w:after="0" w:line="252" w:lineRule="auto"/>
              <w:jc w:val="center"/>
            </w:pPr>
            <w:r>
              <w:rPr>
                <w:sz w:val="18"/>
              </w:rPr>
              <w:t>0.736</w:t>
            </w:r>
          </w:p>
        </w:tc>
      </w:tr>
      <w:tr w:rsidR="00446222" w14:paraId="496D8CA5" w14:textId="77777777">
        <w:trPr>
          <w:cantSplit/>
          <w:jc w:val="center"/>
        </w:trPr>
        <w:tc>
          <w:tcPr>
            <w:tcW w:w="3855" w:type="dxa"/>
            <w:vAlign w:val="center"/>
          </w:tcPr>
          <w:p w14:paraId="21746E76" w14:textId="77777777" w:rsidR="00446222" w:rsidRDefault="00000000">
            <w:pPr>
              <w:spacing w:after="0" w:line="252" w:lineRule="auto"/>
            </w:pPr>
            <w:r>
              <w:rPr>
                <w:sz w:val="18"/>
              </w:rPr>
              <w:t>Ordinal frequency only</w:t>
            </w:r>
          </w:p>
        </w:tc>
        <w:tc>
          <w:tcPr>
            <w:tcW w:w="794" w:type="dxa"/>
            <w:vAlign w:val="center"/>
          </w:tcPr>
          <w:p w14:paraId="0ABE5F51" w14:textId="77777777" w:rsidR="00446222" w:rsidRDefault="00000000">
            <w:pPr>
              <w:spacing w:after="0" w:line="252" w:lineRule="auto"/>
              <w:jc w:val="center"/>
            </w:pPr>
            <w:r>
              <w:rPr>
                <w:sz w:val="18"/>
              </w:rPr>
              <w:t>145</w:t>
            </w:r>
          </w:p>
        </w:tc>
        <w:tc>
          <w:tcPr>
            <w:tcW w:w="1304" w:type="dxa"/>
            <w:vAlign w:val="center"/>
          </w:tcPr>
          <w:p w14:paraId="445B4D9D" w14:textId="77777777" w:rsidR="00446222" w:rsidRDefault="00000000">
            <w:pPr>
              <w:spacing w:after="0" w:line="252" w:lineRule="auto"/>
              <w:jc w:val="center"/>
            </w:pPr>
            <w:r>
              <w:rPr>
                <w:sz w:val="18"/>
              </w:rPr>
              <w:t>7</w:t>
            </w:r>
          </w:p>
        </w:tc>
        <w:tc>
          <w:tcPr>
            <w:tcW w:w="1020" w:type="dxa"/>
            <w:vAlign w:val="center"/>
          </w:tcPr>
          <w:p w14:paraId="7DBD59CC" w14:textId="77777777" w:rsidR="00446222" w:rsidRDefault="00000000">
            <w:pPr>
              <w:spacing w:after="0" w:line="252" w:lineRule="auto"/>
              <w:jc w:val="center"/>
            </w:pPr>
            <w:r>
              <w:rPr>
                <w:sz w:val="18"/>
              </w:rPr>
              <w:t>6</w:t>
            </w:r>
          </w:p>
        </w:tc>
        <w:tc>
          <w:tcPr>
            <w:tcW w:w="1417" w:type="dxa"/>
            <w:vAlign w:val="center"/>
          </w:tcPr>
          <w:p w14:paraId="642AD82D" w14:textId="77777777" w:rsidR="00446222" w:rsidRDefault="00000000">
            <w:pPr>
              <w:spacing w:after="0" w:line="252" w:lineRule="auto"/>
              <w:jc w:val="center"/>
            </w:pPr>
            <w:r>
              <w:rPr>
                <w:sz w:val="18"/>
              </w:rPr>
              <w:t>52.96</w:t>
            </w:r>
          </w:p>
        </w:tc>
        <w:tc>
          <w:tcPr>
            <w:tcW w:w="1247" w:type="dxa"/>
            <w:vAlign w:val="center"/>
          </w:tcPr>
          <w:p w14:paraId="5AB413EF" w14:textId="77777777" w:rsidR="00446222" w:rsidRDefault="00000000">
            <w:pPr>
              <w:spacing w:after="0" w:line="252" w:lineRule="auto"/>
              <w:jc w:val="center"/>
            </w:pPr>
            <w:r>
              <w:rPr>
                <w:sz w:val="18"/>
              </w:rPr>
              <w:t>0.351</w:t>
            </w:r>
          </w:p>
        </w:tc>
      </w:tr>
      <w:tr w:rsidR="00446222" w14:paraId="19C65482" w14:textId="77777777">
        <w:trPr>
          <w:cantSplit/>
          <w:jc w:val="center"/>
        </w:trPr>
        <w:tc>
          <w:tcPr>
            <w:tcW w:w="3855" w:type="dxa"/>
            <w:vAlign w:val="center"/>
          </w:tcPr>
          <w:p w14:paraId="0AB96119" w14:textId="77777777" w:rsidR="00446222" w:rsidRDefault="00000000">
            <w:pPr>
              <w:spacing w:after="0" w:line="252" w:lineRule="auto"/>
            </w:pPr>
            <w:r>
              <w:rPr>
                <w:sz w:val="18"/>
              </w:rPr>
              <w:t>Top category 3/day × portion</w:t>
            </w:r>
          </w:p>
        </w:tc>
        <w:tc>
          <w:tcPr>
            <w:tcW w:w="794" w:type="dxa"/>
            <w:vAlign w:val="center"/>
          </w:tcPr>
          <w:p w14:paraId="04CEB6AE" w14:textId="77777777" w:rsidR="00446222" w:rsidRDefault="00000000">
            <w:pPr>
              <w:spacing w:after="0" w:line="252" w:lineRule="auto"/>
              <w:jc w:val="center"/>
            </w:pPr>
            <w:r>
              <w:rPr>
                <w:sz w:val="18"/>
              </w:rPr>
              <w:t>145</w:t>
            </w:r>
          </w:p>
        </w:tc>
        <w:tc>
          <w:tcPr>
            <w:tcW w:w="1304" w:type="dxa"/>
            <w:vAlign w:val="center"/>
          </w:tcPr>
          <w:p w14:paraId="0942E657" w14:textId="77777777" w:rsidR="00446222" w:rsidRDefault="00000000">
            <w:pPr>
              <w:spacing w:after="0" w:line="252" w:lineRule="auto"/>
              <w:jc w:val="center"/>
            </w:pPr>
            <w:r>
              <w:rPr>
                <w:sz w:val="18"/>
              </w:rPr>
              <w:t>5</w:t>
            </w:r>
          </w:p>
        </w:tc>
        <w:tc>
          <w:tcPr>
            <w:tcW w:w="1020" w:type="dxa"/>
            <w:vAlign w:val="center"/>
          </w:tcPr>
          <w:p w14:paraId="668B42C3" w14:textId="77777777" w:rsidR="00446222" w:rsidRDefault="00000000">
            <w:pPr>
              <w:spacing w:after="0" w:line="252" w:lineRule="auto"/>
              <w:jc w:val="center"/>
            </w:pPr>
            <w:r>
              <w:rPr>
                <w:sz w:val="18"/>
              </w:rPr>
              <w:t>6</w:t>
            </w:r>
          </w:p>
        </w:tc>
        <w:tc>
          <w:tcPr>
            <w:tcW w:w="1417" w:type="dxa"/>
            <w:vAlign w:val="center"/>
          </w:tcPr>
          <w:p w14:paraId="078D24A9" w14:textId="77777777" w:rsidR="00446222" w:rsidRDefault="00000000">
            <w:pPr>
              <w:spacing w:after="0" w:line="252" w:lineRule="auto"/>
              <w:jc w:val="center"/>
            </w:pPr>
            <w:r>
              <w:rPr>
                <w:sz w:val="18"/>
              </w:rPr>
              <w:t>59.83</w:t>
            </w:r>
          </w:p>
        </w:tc>
        <w:tc>
          <w:tcPr>
            <w:tcW w:w="1247" w:type="dxa"/>
            <w:vAlign w:val="center"/>
          </w:tcPr>
          <w:p w14:paraId="4CC4177F" w14:textId="77777777" w:rsidR="00446222" w:rsidRDefault="00000000">
            <w:pPr>
              <w:spacing w:after="0" w:line="252" w:lineRule="auto"/>
              <w:jc w:val="center"/>
            </w:pPr>
            <w:r>
              <w:rPr>
                <w:sz w:val="18"/>
              </w:rPr>
              <w:t>0.971</w:t>
            </w:r>
          </w:p>
        </w:tc>
      </w:tr>
      <w:tr w:rsidR="00446222" w14:paraId="3C3E6DC5" w14:textId="77777777">
        <w:trPr>
          <w:cantSplit/>
          <w:jc w:val="center"/>
        </w:trPr>
        <w:tc>
          <w:tcPr>
            <w:tcW w:w="3855" w:type="dxa"/>
            <w:vAlign w:val="center"/>
          </w:tcPr>
          <w:p w14:paraId="68A4ABE2" w14:textId="77777777" w:rsidR="00446222" w:rsidRDefault="00000000">
            <w:pPr>
              <w:spacing w:after="0" w:line="252" w:lineRule="auto"/>
            </w:pPr>
            <w:r>
              <w:rPr>
                <w:sz w:val="18"/>
              </w:rPr>
              <w:t>Controls only</w:t>
            </w:r>
          </w:p>
        </w:tc>
        <w:tc>
          <w:tcPr>
            <w:tcW w:w="794" w:type="dxa"/>
            <w:vAlign w:val="center"/>
          </w:tcPr>
          <w:p w14:paraId="1062E0D6" w14:textId="77777777" w:rsidR="00446222" w:rsidRDefault="00000000">
            <w:pPr>
              <w:spacing w:after="0" w:line="252" w:lineRule="auto"/>
              <w:jc w:val="center"/>
            </w:pPr>
            <w:r>
              <w:rPr>
                <w:sz w:val="18"/>
              </w:rPr>
              <w:t>83</w:t>
            </w:r>
          </w:p>
        </w:tc>
        <w:tc>
          <w:tcPr>
            <w:tcW w:w="1304" w:type="dxa"/>
            <w:vAlign w:val="center"/>
          </w:tcPr>
          <w:p w14:paraId="3C581C27" w14:textId="77777777" w:rsidR="00446222" w:rsidRDefault="00000000">
            <w:pPr>
              <w:spacing w:after="0" w:line="252" w:lineRule="auto"/>
              <w:jc w:val="center"/>
            </w:pPr>
            <w:r>
              <w:rPr>
                <w:sz w:val="18"/>
              </w:rPr>
              <w:t>5</w:t>
            </w:r>
          </w:p>
        </w:tc>
        <w:tc>
          <w:tcPr>
            <w:tcW w:w="1020" w:type="dxa"/>
            <w:vAlign w:val="center"/>
          </w:tcPr>
          <w:p w14:paraId="1B3CD6AB" w14:textId="77777777" w:rsidR="00446222" w:rsidRDefault="00000000">
            <w:pPr>
              <w:spacing w:after="0" w:line="252" w:lineRule="auto"/>
              <w:jc w:val="center"/>
            </w:pPr>
            <w:r>
              <w:rPr>
                <w:sz w:val="18"/>
              </w:rPr>
              <w:t>6</w:t>
            </w:r>
          </w:p>
        </w:tc>
        <w:tc>
          <w:tcPr>
            <w:tcW w:w="1417" w:type="dxa"/>
            <w:vAlign w:val="center"/>
          </w:tcPr>
          <w:p w14:paraId="08041113" w14:textId="77777777" w:rsidR="00446222" w:rsidRDefault="00000000">
            <w:pPr>
              <w:spacing w:after="0" w:line="252" w:lineRule="auto"/>
              <w:jc w:val="center"/>
            </w:pPr>
            <w:r>
              <w:rPr>
                <w:sz w:val="18"/>
              </w:rPr>
              <w:t>57.94</w:t>
            </w:r>
          </w:p>
        </w:tc>
        <w:tc>
          <w:tcPr>
            <w:tcW w:w="1247" w:type="dxa"/>
            <w:vAlign w:val="center"/>
          </w:tcPr>
          <w:p w14:paraId="1F0FCD29" w14:textId="77777777" w:rsidR="00446222" w:rsidRDefault="00000000">
            <w:pPr>
              <w:spacing w:after="0" w:line="252" w:lineRule="auto"/>
              <w:jc w:val="center"/>
            </w:pPr>
            <w:r>
              <w:rPr>
                <w:sz w:val="18"/>
              </w:rPr>
              <w:t>0.783</w:t>
            </w:r>
          </w:p>
        </w:tc>
      </w:tr>
      <w:tr w:rsidR="00446222" w14:paraId="102A7D43" w14:textId="77777777">
        <w:trPr>
          <w:cantSplit/>
          <w:jc w:val="center"/>
        </w:trPr>
        <w:tc>
          <w:tcPr>
            <w:tcW w:w="3855" w:type="dxa"/>
            <w:vAlign w:val="center"/>
          </w:tcPr>
          <w:p w14:paraId="4205EA2B" w14:textId="77777777" w:rsidR="00446222" w:rsidRDefault="00000000">
            <w:pPr>
              <w:keepNext/>
              <w:spacing w:after="0" w:line="252" w:lineRule="auto"/>
            </w:pPr>
            <w:r>
              <w:rPr>
                <w:sz w:val="18"/>
              </w:rPr>
              <w:t>Recorded nonstudents</w:t>
            </w:r>
          </w:p>
        </w:tc>
        <w:tc>
          <w:tcPr>
            <w:tcW w:w="794" w:type="dxa"/>
            <w:vAlign w:val="center"/>
          </w:tcPr>
          <w:p w14:paraId="77F55806" w14:textId="77777777" w:rsidR="00446222" w:rsidRDefault="00000000">
            <w:pPr>
              <w:keepNext/>
              <w:spacing w:after="0" w:line="252" w:lineRule="auto"/>
              <w:jc w:val="center"/>
            </w:pPr>
            <w:r>
              <w:rPr>
                <w:sz w:val="18"/>
              </w:rPr>
              <w:t>121</w:t>
            </w:r>
          </w:p>
        </w:tc>
        <w:tc>
          <w:tcPr>
            <w:tcW w:w="1304" w:type="dxa"/>
            <w:vAlign w:val="center"/>
          </w:tcPr>
          <w:p w14:paraId="1A3EC74F" w14:textId="77777777" w:rsidR="00446222" w:rsidRDefault="00000000">
            <w:pPr>
              <w:keepNext/>
              <w:spacing w:after="0" w:line="252" w:lineRule="auto"/>
              <w:jc w:val="center"/>
            </w:pPr>
            <w:r>
              <w:rPr>
                <w:sz w:val="18"/>
              </w:rPr>
              <w:t>6</w:t>
            </w:r>
          </w:p>
        </w:tc>
        <w:tc>
          <w:tcPr>
            <w:tcW w:w="1020" w:type="dxa"/>
            <w:vAlign w:val="center"/>
          </w:tcPr>
          <w:p w14:paraId="7570CF2E" w14:textId="77777777" w:rsidR="00446222" w:rsidRDefault="00000000">
            <w:pPr>
              <w:keepNext/>
              <w:spacing w:after="0" w:line="252" w:lineRule="auto"/>
              <w:jc w:val="center"/>
            </w:pPr>
            <w:r>
              <w:rPr>
                <w:sz w:val="18"/>
              </w:rPr>
              <w:t>6</w:t>
            </w:r>
          </w:p>
        </w:tc>
        <w:tc>
          <w:tcPr>
            <w:tcW w:w="1417" w:type="dxa"/>
            <w:vAlign w:val="center"/>
          </w:tcPr>
          <w:p w14:paraId="03C8FB5F" w14:textId="77777777" w:rsidR="00446222" w:rsidRDefault="00000000">
            <w:pPr>
              <w:keepNext/>
              <w:spacing w:after="0" w:line="252" w:lineRule="auto"/>
              <w:jc w:val="center"/>
            </w:pPr>
            <w:r>
              <w:rPr>
                <w:sz w:val="18"/>
              </w:rPr>
              <w:t>57.17</w:t>
            </w:r>
          </w:p>
        </w:tc>
        <w:tc>
          <w:tcPr>
            <w:tcW w:w="1247" w:type="dxa"/>
            <w:vAlign w:val="center"/>
          </w:tcPr>
          <w:p w14:paraId="50600EF4" w14:textId="77777777" w:rsidR="00446222" w:rsidRDefault="00000000">
            <w:pPr>
              <w:keepNext/>
              <w:spacing w:after="0" w:line="252" w:lineRule="auto"/>
              <w:jc w:val="center"/>
            </w:pPr>
            <w:r>
              <w:rPr>
                <w:sz w:val="18"/>
              </w:rPr>
              <w:t>0.940</w:t>
            </w:r>
          </w:p>
        </w:tc>
      </w:tr>
    </w:tbl>
    <w:p w14:paraId="491425EB" w14:textId="77777777" w:rsidR="00446222" w:rsidRDefault="00000000" w:rsidP="0047469F">
      <w:pPr>
        <w:keepLines/>
        <w:spacing w:after="140" w:line="252" w:lineRule="auto"/>
        <w:jc w:val="both"/>
      </w:pPr>
      <w:r>
        <w:rPr>
          <w:sz w:val="18"/>
        </w:rPr>
        <w:t>All measurement representations use the same 145 complete-profile participants. Controls-only and nonstudent extraction use the indicated subsets. Each representation has an independently estimated retention count and a separate six-component alignment comparison. A fixed-six comparison does not replace its independently selected structure. Variance shown here is for the fixed-six solution.</w:t>
      </w:r>
    </w:p>
    <w:p w14:paraId="24FF7327" w14:textId="6522AA86" w:rsidR="00446222" w:rsidRDefault="00000000" w:rsidP="000E7868">
      <w:pPr>
        <w:jc w:val="both"/>
      </w:pPr>
      <w:r>
        <w:lastRenderedPageBreak/>
        <w:t>Alignment maximised the sum of absolute Tucker congruences using exact one-to-one matching, followed by sign orientation. All matching qualities were retained [2</w:t>
      </w:r>
      <w:r w:rsidR="00890C71">
        <w:t>1</w:t>
      </w:r>
      <w:r>
        <w:t>]. The four-column panels below describe the same eight comparisons; values close to zero indicate poor resemblance. These comparisons do not validate the components or establish that aligned scores are identical exposures.</w:t>
      </w:r>
    </w:p>
    <w:p w14:paraId="76F15D48" w14:textId="77777777" w:rsidR="00446222" w:rsidRDefault="00000000">
      <w:pPr>
        <w:pStyle w:val="Caption"/>
        <w:keepNext/>
      </w:pPr>
      <w:r>
        <w:rPr>
          <w:b/>
        </w:rPr>
        <w:t>Table S12, panel A. Component-specific loading congruence</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1247"/>
        <w:gridCol w:w="2098"/>
        <w:gridCol w:w="2098"/>
        <w:gridCol w:w="2098"/>
        <w:gridCol w:w="2098"/>
      </w:tblGrid>
      <w:tr w:rsidR="00446222" w14:paraId="0DC5C04C" w14:textId="77777777">
        <w:trPr>
          <w:cantSplit/>
          <w:tblHeader/>
          <w:jc w:val="center"/>
        </w:trPr>
        <w:tc>
          <w:tcPr>
            <w:tcW w:w="1247" w:type="dxa"/>
            <w:tcBorders>
              <w:bottom w:val="single" w:sz="4" w:space="0" w:color="auto"/>
            </w:tcBorders>
            <w:vAlign w:val="center"/>
          </w:tcPr>
          <w:p w14:paraId="24948340" w14:textId="77777777" w:rsidR="00446222" w:rsidRDefault="00000000">
            <w:pPr>
              <w:keepNext/>
              <w:spacing w:after="0" w:line="252" w:lineRule="auto"/>
            </w:pPr>
            <w:r>
              <w:rPr>
                <w:b/>
                <w:sz w:val="18"/>
              </w:rPr>
              <w:t>Component</w:t>
            </w:r>
          </w:p>
        </w:tc>
        <w:tc>
          <w:tcPr>
            <w:tcW w:w="2098" w:type="dxa"/>
            <w:tcBorders>
              <w:bottom w:val="single" w:sz="4" w:space="0" w:color="auto"/>
            </w:tcBorders>
            <w:vAlign w:val="center"/>
          </w:tcPr>
          <w:p w14:paraId="707BFDE5" w14:textId="77777777" w:rsidR="00446222" w:rsidRDefault="00000000">
            <w:pPr>
              <w:keepNext/>
              <w:spacing w:after="0" w:line="252" w:lineRule="auto"/>
              <w:jc w:val="center"/>
            </w:pPr>
            <w:r>
              <w:rPr>
                <w:b/>
                <w:sz w:val="18"/>
              </w:rPr>
              <w:t>Raw category × portion</w:t>
            </w:r>
          </w:p>
        </w:tc>
        <w:tc>
          <w:tcPr>
            <w:tcW w:w="2098" w:type="dxa"/>
            <w:tcBorders>
              <w:bottom w:val="single" w:sz="4" w:space="0" w:color="auto"/>
            </w:tcBorders>
            <w:vAlign w:val="center"/>
          </w:tcPr>
          <w:p w14:paraId="5FC83D9D" w14:textId="77777777" w:rsidR="00446222" w:rsidRDefault="00000000">
            <w:pPr>
              <w:keepNext/>
              <w:spacing w:after="0" w:line="252" w:lineRule="auto"/>
              <w:jc w:val="center"/>
            </w:pPr>
            <w:r>
              <w:rPr>
                <w:b/>
                <w:sz w:val="18"/>
              </w:rPr>
              <w:t>Ranks of combined indices</w:t>
            </w:r>
          </w:p>
        </w:tc>
        <w:tc>
          <w:tcPr>
            <w:tcW w:w="2098" w:type="dxa"/>
            <w:tcBorders>
              <w:bottom w:val="single" w:sz="4" w:space="0" w:color="auto"/>
            </w:tcBorders>
            <w:vAlign w:val="center"/>
          </w:tcPr>
          <w:p w14:paraId="1FF0A0CE" w14:textId="77777777" w:rsidR="00446222" w:rsidRDefault="00000000">
            <w:pPr>
              <w:keepNext/>
              <w:spacing w:after="0" w:line="252" w:lineRule="auto"/>
              <w:jc w:val="center"/>
            </w:pPr>
            <w:r>
              <w:rPr>
                <w:b/>
                <w:sz w:val="18"/>
              </w:rPr>
              <w:t>Alternative multipliers × portion</w:t>
            </w:r>
          </w:p>
        </w:tc>
        <w:tc>
          <w:tcPr>
            <w:tcW w:w="2098" w:type="dxa"/>
            <w:tcBorders>
              <w:bottom w:val="single" w:sz="4" w:space="0" w:color="auto"/>
            </w:tcBorders>
            <w:vAlign w:val="center"/>
          </w:tcPr>
          <w:p w14:paraId="6D55C078" w14:textId="77777777" w:rsidR="00446222" w:rsidRDefault="00000000">
            <w:pPr>
              <w:keepNext/>
              <w:spacing w:after="0" w:line="252" w:lineRule="auto"/>
              <w:jc w:val="center"/>
            </w:pPr>
            <w:r>
              <w:rPr>
                <w:b/>
                <w:sz w:val="18"/>
              </w:rPr>
              <w:t>Top category 3/day × portion</w:t>
            </w:r>
          </w:p>
        </w:tc>
      </w:tr>
      <w:tr w:rsidR="00446222" w14:paraId="6EF76B6A" w14:textId="77777777">
        <w:trPr>
          <w:cantSplit/>
          <w:jc w:val="center"/>
        </w:trPr>
        <w:tc>
          <w:tcPr>
            <w:tcW w:w="1247" w:type="dxa"/>
            <w:vAlign w:val="center"/>
          </w:tcPr>
          <w:p w14:paraId="766ECB18" w14:textId="77777777" w:rsidR="00446222" w:rsidRDefault="00000000">
            <w:pPr>
              <w:spacing w:after="0" w:line="252" w:lineRule="auto"/>
            </w:pPr>
            <w:r>
              <w:rPr>
                <w:sz w:val="18"/>
              </w:rPr>
              <w:t>FP01</w:t>
            </w:r>
          </w:p>
        </w:tc>
        <w:tc>
          <w:tcPr>
            <w:tcW w:w="2098" w:type="dxa"/>
            <w:vAlign w:val="center"/>
          </w:tcPr>
          <w:p w14:paraId="13724D5C" w14:textId="77777777" w:rsidR="00446222" w:rsidRDefault="00000000">
            <w:pPr>
              <w:spacing w:after="0" w:line="252" w:lineRule="auto"/>
              <w:jc w:val="center"/>
            </w:pPr>
            <w:r>
              <w:rPr>
                <w:sz w:val="18"/>
              </w:rPr>
              <w:t>0.949</w:t>
            </w:r>
          </w:p>
        </w:tc>
        <w:tc>
          <w:tcPr>
            <w:tcW w:w="2098" w:type="dxa"/>
            <w:vAlign w:val="center"/>
          </w:tcPr>
          <w:p w14:paraId="230E7CA5" w14:textId="77777777" w:rsidR="00446222" w:rsidRDefault="00000000">
            <w:pPr>
              <w:spacing w:after="0" w:line="252" w:lineRule="auto"/>
              <w:jc w:val="center"/>
            </w:pPr>
            <w:r>
              <w:rPr>
                <w:sz w:val="18"/>
              </w:rPr>
              <w:t>0.923</w:t>
            </w:r>
          </w:p>
        </w:tc>
        <w:tc>
          <w:tcPr>
            <w:tcW w:w="2098" w:type="dxa"/>
            <w:vAlign w:val="center"/>
          </w:tcPr>
          <w:p w14:paraId="7DD07E95" w14:textId="77777777" w:rsidR="00446222" w:rsidRDefault="00000000">
            <w:pPr>
              <w:spacing w:after="0" w:line="252" w:lineRule="auto"/>
              <w:jc w:val="center"/>
            </w:pPr>
            <w:r>
              <w:rPr>
                <w:sz w:val="18"/>
              </w:rPr>
              <w:t>0.994</w:t>
            </w:r>
          </w:p>
        </w:tc>
        <w:tc>
          <w:tcPr>
            <w:tcW w:w="2098" w:type="dxa"/>
            <w:vAlign w:val="center"/>
          </w:tcPr>
          <w:p w14:paraId="4295269F" w14:textId="77777777" w:rsidR="00446222" w:rsidRDefault="00000000">
            <w:pPr>
              <w:spacing w:after="0" w:line="252" w:lineRule="auto"/>
              <w:jc w:val="center"/>
            </w:pPr>
            <w:r>
              <w:rPr>
                <w:sz w:val="18"/>
              </w:rPr>
              <w:t>0.993</w:t>
            </w:r>
          </w:p>
        </w:tc>
      </w:tr>
      <w:tr w:rsidR="00446222" w14:paraId="2BEB18EC" w14:textId="77777777">
        <w:trPr>
          <w:cantSplit/>
          <w:jc w:val="center"/>
        </w:trPr>
        <w:tc>
          <w:tcPr>
            <w:tcW w:w="1247" w:type="dxa"/>
            <w:vAlign w:val="center"/>
          </w:tcPr>
          <w:p w14:paraId="24E0B08E" w14:textId="77777777" w:rsidR="00446222" w:rsidRDefault="00000000">
            <w:pPr>
              <w:spacing w:after="0" w:line="252" w:lineRule="auto"/>
            </w:pPr>
            <w:r>
              <w:rPr>
                <w:sz w:val="18"/>
              </w:rPr>
              <w:t>FP02</w:t>
            </w:r>
          </w:p>
        </w:tc>
        <w:tc>
          <w:tcPr>
            <w:tcW w:w="2098" w:type="dxa"/>
            <w:vAlign w:val="center"/>
          </w:tcPr>
          <w:p w14:paraId="5AE1F267" w14:textId="77777777" w:rsidR="00446222" w:rsidRDefault="00000000">
            <w:pPr>
              <w:spacing w:after="0" w:line="252" w:lineRule="auto"/>
              <w:jc w:val="center"/>
            </w:pPr>
            <w:r>
              <w:rPr>
                <w:sz w:val="18"/>
              </w:rPr>
              <w:t>0.943</w:t>
            </w:r>
          </w:p>
        </w:tc>
        <w:tc>
          <w:tcPr>
            <w:tcW w:w="2098" w:type="dxa"/>
            <w:vAlign w:val="center"/>
          </w:tcPr>
          <w:p w14:paraId="291D49D0" w14:textId="77777777" w:rsidR="00446222" w:rsidRDefault="00000000">
            <w:pPr>
              <w:spacing w:after="0" w:line="252" w:lineRule="auto"/>
              <w:jc w:val="center"/>
            </w:pPr>
            <w:r>
              <w:rPr>
                <w:sz w:val="18"/>
              </w:rPr>
              <w:t>0.834</w:t>
            </w:r>
          </w:p>
        </w:tc>
        <w:tc>
          <w:tcPr>
            <w:tcW w:w="2098" w:type="dxa"/>
            <w:vAlign w:val="center"/>
          </w:tcPr>
          <w:p w14:paraId="63A575B8" w14:textId="77777777" w:rsidR="00446222" w:rsidRDefault="00000000">
            <w:pPr>
              <w:spacing w:after="0" w:line="252" w:lineRule="auto"/>
              <w:jc w:val="center"/>
            </w:pPr>
            <w:r>
              <w:rPr>
                <w:sz w:val="18"/>
              </w:rPr>
              <w:t>0.990</w:t>
            </w:r>
          </w:p>
        </w:tc>
        <w:tc>
          <w:tcPr>
            <w:tcW w:w="2098" w:type="dxa"/>
            <w:vAlign w:val="center"/>
          </w:tcPr>
          <w:p w14:paraId="5DA206C8" w14:textId="77777777" w:rsidR="00446222" w:rsidRDefault="00000000">
            <w:pPr>
              <w:spacing w:after="0" w:line="252" w:lineRule="auto"/>
              <w:jc w:val="center"/>
            </w:pPr>
            <w:r>
              <w:rPr>
                <w:sz w:val="18"/>
              </w:rPr>
              <w:t>0.992</w:t>
            </w:r>
          </w:p>
        </w:tc>
      </w:tr>
      <w:tr w:rsidR="00446222" w14:paraId="1BE14735" w14:textId="77777777">
        <w:trPr>
          <w:cantSplit/>
          <w:jc w:val="center"/>
        </w:trPr>
        <w:tc>
          <w:tcPr>
            <w:tcW w:w="1247" w:type="dxa"/>
            <w:vAlign w:val="center"/>
          </w:tcPr>
          <w:p w14:paraId="7527EFA5" w14:textId="77777777" w:rsidR="00446222" w:rsidRDefault="00000000">
            <w:pPr>
              <w:spacing w:after="0" w:line="252" w:lineRule="auto"/>
            </w:pPr>
            <w:r>
              <w:rPr>
                <w:sz w:val="18"/>
              </w:rPr>
              <w:t>FP03</w:t>
            </w:r>
          </w:p>
        </w:tc>
        <w:tc>
          <w:tcPr>
            <w:tcW w:w="2098" w:type="dxa"/>
            <w:vAlign w:val="center"/>
          </w:tcPr>
          <w:p w14:paraId="18218BF3" w14:textId="77777777" w:rsidR="00446222" w:rsidRDefault="00000000">
            <w:pPr>
              <w:spacing w:after="0" w:line="252" w:lineRule="auto"/>
              <w:jc w:val="center"/>
            </w:pPr>
            <w:r>
              <w:rPr>
                <w:sz w:val="18"/>
              </w:rPr>
              <w:t>0.965</w:t>
            </w:r>
          </w:p>
        </w:tc>
        <w:tc>
          <w:tcPr>
            <w:tcW w:w="2098" w:type="dxa"/>
            <w:vAlign w:val="center"/>
          </w:tcPr>
          <w:p w14:paraId="5A029842" w14:textId="77777777" w:rsidR="00446222" w:rsidRDefault="00000000">
            <w:pPr>
              <w:spacing w:after="0" w:line="252" w:lineRule="auto"/>
              <w:jc w:val="center"/>
            </w:pPr>
            <w:r>
              <w:rPr>
                <w:sz w:val="18"/>
              </w:rPr>
              <w:t>0.939</w:t>
            </w:r>
          </w:p>
        </w:tc>
        <w:tc>
          <w:tcPr>
            <w:tcW w:w="2098" w:type="dxa"/>
            <w:vAlign w:val="center"/>
          </w:tcPr>
          <w:p w14:paraId="3097F18C" w14:textId="77777777" w:rsidR="00446222" w:rsidRDefault="00000000">
            <w:pPr>
              <w:spacing w:after="0" w:line="252" w:lineRule="auto"/>
              <w:jc w:val="center"/>
            </w:pPr>
            <w:r>
              <w:rPr>
                <w:sz w:val="18"/>
              </w:rPr>
              <w:t>0.990</w:t>
            </w:r>
          </w:p>
        </w:tc>
        <w:tc>
          <w:tcPr>
            <w:tcW w:w="2098" w:type="dxa"/>
            <w:vAlign w:val="center"/>
          </w:tcPr>
          <w:p w14:paraId="501A4BF8" w14:textId="77777777" w:rsidR="00446222" w:rsidRDefault="00000000">
            <w:pPr>
              <w:spacing w:after="0" w:line="252" w:lineRule="auto"/>
              <w:jc w:val="center"/>
            </w:pPr>
            <w:r>
              <w:rPr>
                <w:sz w:val="18"/>
              </w:rPr>
              <w:t>0.992</w:t>
            </w:r>
          </w:p>
        </w:tc>
      </w:tr>
      <w:tr w:rsidR="00446222" w14:paraId="0CFE8A65" w14:textId="77777777">
        <w:trPr>
          <w:cantSplit/>
          <w:jc w:val="center"/>
        </w:trPr>
        <w:tc>
          <w:tcPr>
            <w:tcW w:w="1247" w:type="dxa"/>
            <w:vAlign w:val="center"/>
          </w:tcPr>
          <w:p w14:paraId="2C757520" w14:textId="77777777" w:rsidR="00446222" w:rsidRDefault="00000000">
            <w:pPr>
              <w:spacing w:after="0" w:line="252" w:lineRule="auto"/>
            </w:pPr>
            <w:r>
              <w:rPr>
                <w:sz w:val="18"/>
              </w:rPr>
              <w:t>FP04</w:t>
            </w:r>
          </w:p>
        </w:tc>
        <w:tc>
          <w:tcPr>
            <w:tcW w:w="2098" w:type="dxa"/>
            <w:vAlign w:val="center"/>
          </w:tcPr>
          <w:p w14:paraId="311B214C" w14:textId="77777777" w:rsidR="00446222" w:rsidRDefault="00000000">
            <w:pPr>
              <w:spacing w:after="0" w:line="252" w:lineRule="auto"/>
              <w:jc w:val="center"/>
            </w:pPr>
            <w:r>
              <w:rPr>
                <w:sz w:val="18"/>
              </w:rPr>
              <w:t>0.970</w:t>
            </w:r>
          </w:p>
        </w:tc>
        <w:tc>
          <w:tcPr>
            <w:tcW w:w="2098" w:type="dxa"/>
            <w:vAlign w:val="center"/>
          </w:tcPr>
          <w:p w14:paraId="78D91DD3" w14:textId="77777777" w:rsidR="00446222" w:rsidRDefault="00000000">
            <w:pPr>
              <w:spacing w:after="0" w:line="252" w:lineRule="auto"/>
              <w:jc w:val="center"/>
            </w:pPr>
            <w:r>
              <w:rPr>
                <w:sz w:val="18"/>
              </w:rPr>
              <w:t>0.930</w:t>
            </w:r>
          </w:p>
        </w:tc>
        <w:tc>
          <w:tcPr>
            <w:tcW w:w="2098" w:type="dxa"/>
            <w:vAlign w:val="center"/>
          </w:tcPr>
          <w:p w14:paraId="3C5A10DA" w14:textId="77777777" w:rsidR="00446222" w:rsidRDefault="00000000">
            <w:pPr>
              <w:spacing w:after="0" w:line="252" w:lineRule="auto"/>
              <w:jc w:val="center"/>
            </w:pPr>
            <w:r>
              <w:rPr>
                <w:sz w:val="18"/>
              </w:rPr>
              <w:t>0.993</w:t>
            </w:r>
          </w:p>
        </w:tc>
        <w:tc>
          <w:tcPr>
            <w:tcW w:w="2098" w:type="dxa"/>
            <w:vAlign w:val="center"/>
          </w:tcPr>
          <w:p w14:paraId="664555EE" w14:textId="77777777" w:rsidR="00446222" w:rsidRDefault="00000000">
            <w:pPr>
              <w:spacing w:after="0" w:line="252" w:lineRule="auto"/>
              <w:jc w:val="center"/>
            </w:pPr>
            <w:r>
              <w:rPr>
                <w:sz w:val="18"/>
              </w:rPr>
              <w:t>0.990</w:t>
            </w:r>
          </w:p>
        </w:tc>
      </w:tr>
      <w:tr w:rsidR="00446222" w14:paraId="1D1A094C" w14:textId="77777777">
        <w:trPr>
          <w:cantSplit/>
          <w:jc w:val="center"/>
        </w:trPr>
        <w:tc>
          <w:tcPr>
            <w:tcW w:w="1247" w:type="dxa"/>
            <w:vAlign w:val="center"/>
          </w:tcPr>
          <w:p w14:paraId="1C0FECA1" w14:textId="77777777" w:rsidR="00446222" w:rsidRDefault="00000000">
            <w:pPr>
              <w:spacing w:after="0" w:line="252" w:lineRule="auto"/>
            </w:pPr>
            <w:r>
              <w:rPr>
                <w:sz w:val="18"/>
              </w:rPr>
              <w:t>FP05</w:t>
            </w:r>
          </w:p>
        </w:tc>
        <w:tc>
          <w:tcPr>
            <w:tcW w:w="2098" w:type="dxa"/>
            <w:vAlign w:val="center"/>
          </w:tcPr>
          <w:p w14:paraId="29F5AF36" w14:textId="77777777" w:rsidR="00446222" w:rsidRDefault="00000000">
            <w:pPr>
              <w:spacing w:after="0" w:line="252" w:lineRule="auto"/>
              <w:jc w:val="center"/>
            </w:pPr>
            <w:r>
              <w:rPr>
                <w:sz w:val="18"/>
              </w:rPr>
              <w:t>0.627</w:t>
            </w:r>
          </w:p>
        </w:tc>
        <w:tc>
          <w:tcPr>
            <w:tcW w:w="2098" w:type="dxa"/>
            <w:vAlign w:val="center"/>
          </w:tcPr>
          <w:p w14:paraId="514F7279" w14:textId="77777777" w:rsidR="00446222" w:rsidRDefault="00000000">
            <w:pPr>
              <w:spacing w:after="0" w:line="252" w:lineRule="auto"/>
              <w:jc w:val="center"/>
            </w:pPr>
            <w:r>
              <w:rPr>
                <w:sz w:val="18"/>
              </w:rPr>
              <w:t>0.567</w:t>
            </w:r>
          </w:p>
        </w:tc>
        <w:tc>
          <w:tcPr>
            <w:tcW w:w="2098" w:type="dxa"/>
            <w:vAlign w:val="center"/>
          </w:tcPr>
          <w:p w14:paraId="6FE76D36" w14:textId="77777777" w:rsidR="00446222" w:rsidRDefault="00000000">
            <w:pPr>
              <w:spacing w:after="0" w:line="252" w:lineRule="auto"/>
              <w:jc w:val="center"/>
            </w:pPr>
            <w:r>
              <w:rPr>
                <w:sz w:val="18"/>
              </w:rPr>
              <w:t>0.665</w:t>
            </w:r>
          </w:p>
        </w:tc>
        <w:tc>
          <w:tcPr>
            <w:tcW w:w="2098" w:type="dxa"/>
            <w:vAlign w:val="center"/>
          </w:tcPr>
          <w:p w14:paraId="1C55A7FB" w14:textId="77777777" w:rsidR="00446222" w:rsidRDefault="00000000">
            <w:pPr>
              <w:spacing w:after="0" w:line="252" w:lineRule="auto"/>
              <w:jc w:val="center"/>
            </w:pPr>
            <w:r>
              <w:rPr>
                <w:sz w:val="18"/>
              </w:rPr>
              <w:t>0.971</w:t>
            </w:r>
          </w:p>
        </w:tc>
      </w:tr>
      <w:tr w:rsidR="00446222" w14:paraId="0B6387DD" w14:textId="77777777">
        <w:trPr>
          <w:cantSplit/>
          <w:jc w:val="center"/>
        </w:trPr>
        <w:tc>
          <w:tcPr>
            <w:tcW w:w="1247" w:type="dxa"/>
            <w:vAlign w:val="center"/>
          </w:tcPr>
          <w:p w14:paraId="0AE37C88" w14:textId="77777777" w:rsidR="00446222" w:rsidRDefault="00000000">
            <w:pPr>
              <w:keepNext/>
              <w:spacing w:after="0" w:line="252" w:lineRule="auto"/>
            </w:pPr>
            <w:r>
              <w:rPr>
                <w:sz w:val="18"/>
              </w:rPr>
              <w:t>FP06</w:t>
            </w:r>
          </w:p>
        </w:tc>
        <w:tc>
          <w:tcPr>
            <w:tcW w:w="2098" w:type="dxa"/>
            <w:vAlign w:val="center"/>
          </w:tcPr>
          <w:p w14:paraId="542D31AA" w14:textId="77777777" w:rsidR="00446222" w:rsidRDefault="00000000">
            <w:pPr>
              <w:keepNext/>
              <w:spacing w:after="0" w:line="252" w:lineRule="auto"/>
              <w:jc w:val="center"/>
            </w:pPr>
            <w:r>
              <w:rPr>
                <w:sz w:val="18"/>
              </w:rPr>
              <w:t>0.610</w:t>
            </w:r>
          </w:p>
        </w:tc>
        <w:tc>
          <w:tcPr>
            <w:tcW w:w="2098" w:type="dxa"/>
            <w:vAlign w:val="center"/>
          </w:tcPr>
          <w:p w14:paraId="64D732CD" w14:textId="77777777" w:rsidR="00446222" w:rsidRDefault="00000000">
            <w:pPr>
              <w:keepNext/>
              <w:spacing w:after="0" w:line="252" w:lineRule="auto"/>
              <w:jc w:val="center"/>
            </w:pPr>
            <w:r>
              <w:rPr>
                <w:sz w:val="18"/>
              </w:rPr>
              <w:t>0.665</w:t>
            </w:r>
          </w:p>
        </w:tc>
        <w:tc>
          <w:tcPr>
            <w:tcW w:w="2098" w:type="dxa"/>
            <w:vAlign w:val="center"/>
          </w:tcPr>
          <w:p w14:paraId="2EC4DFD4" w14:textId="77777777" w:rsidR="00446222" w:rsidRDefault="00000000">
            <w:pPr>
              <w:keepNext/>
              <w:spacing w:after="0" w:line="252" w:lineRule="auto"/>
              <w:jc w:val="center"/>
            </w:pPr>
            <w:r>
              <w:rPr>
                <w:sz w:val="18"/>
              </w:rPr>
              <w:t>0.780</w:t>
            </w:r>
          </w:p>
        </w:tc>
        <w:tc>
          <w:tcPr>
            <w:tcW w:w="2098" w:type="dxa"/>
            <w:vAlign w:val="center"/>
          </w:tcPr>
          <w:p w14:paraId="51CB9D6F" w14:textId="77777777" w:rsidR="00446222" w:rsidRDefault="00000000">
            <w:pPr>
              <w:keepNext/>
              <w:spacing w:after="0" w:line="252" w:lineRule="auto"/>
              <w:jc w:val="center"/>
            </w:pPr>
            <w:r>
              <w:rPr>
                <w:sz w:val="18"/>
              </w:rPr>
              <w:t>0.989</w:t>
            </w:r>
          </w:p>
        </w:tc>
      </w:tr>
    </w:tbl>
    <w:p w14:paraId="045FE947" w14:textId="77777777" w:rsidR="00446222" w:rsidRDefault="00000000">
      <w:pPr>
        <w:keepLines/>
        <w:spacing w:after="140" w:line="252" w:lineRule="auto"/>
      </w:pPr>
      <w:r>
        <w:rPr>
          <w:sz w:val="18"/>
        </w:rPr>
        <w:t>Congruence measures resemblance of loading vectors after sign/permutation alignment; 0.85 is a descriptive reference only.</w:t>
      </w:r>
    </w:p>
    <w:p w14:paraId="6E8500E9" w14:textId="77777777" w:rsidR="00446222" w:rsidRDefault="00000000">
      <w:pPr>
        <w:pStyle w:val="Caption"/>
        <w:keepNext/>
      </w:pPr>
      <w:r>
        <w:rPr>
          <w:b/>
        </w:rPr>
        <w:t>Table S12, panel B. Component-specific loading congruence</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1247"/>
        <w:gridCol w:w="2098"/>
        <w:gridCol w:w="2098"/>
        <w:gridCol w:w="2098"/>
        <w:gridCol w:w="2098"/>
      </w:tblGrid>
      <w:tr w:rsidR="00446222" w14:paraId="61F394C3" w14:textId="77777777">
        <w:trPr>
          <w:cantSplit/>
          <w:tblHeader/>
          <w:jc w:val="center"/>
        </w:trPr>
        <w:tc>
          <w:tcPr>
            <w:tcW w:w="1247" w:type="dxa"/>
            <w:tcBorders>
              <w:bottom w:val="single" w:sz="4" w:space="0" w:color="auto"/>
            </w:tcBorders>
            <w:vAlign w:val="center"/>
          </w:tcPr>
          <w:p w14:paraId="7F80ECB7" w14:textId="77777777" w:rsidR="00446222" w:rsidRDefault="00000000">
            <w:pPr>
              <w:keepNext/>
              <w:spacing w:after="0" w:line="252" w:lineRule="auto"/>
            </w:pPr>
            <w:r>
              <w:rPr>
                <w:b/>
                <w:sz w:val="18"/>
              </w:rPr>
              <w:t>Component</w:t>
            </w:r>
          </w:p>
        </w:tc>
        <w:tc>
          <w:tcPr>
            <w:tcW w:w="2098" w:type="dxa"/>
            <w:tcBorders>
              <w:bottom w:val="single" w:sz="4" w:space="0" w:color="auto"/>
            </w:tcBorders>
            <w:vAlign w:val="center"/>
          </w:tcPr>
          <w:p w14:paraId="10063546" w14:textId="77777777" w:rsidR="00446222" w:rsidRDefault="00000000">
            <w:pPr>
              <w:keepNext/>
              <w:spacing w:after="0" w:line="252" w:lineRule="auto"/>
              <w:jc w:val="center"/>
            </w:pPr>
            <w:r>
              <w:rPr>
                <w:b/>
                <w:sz w:val="18"/>
              </w:rPr>
              <w:t>Assigned weekly frequency only</w:t>
            </w:r>
          </w:p>
        </w:tc>
        <w:tc>
          <w:tcPr>
            <w:tcW w:w="2098" w:type="dxa"/>
            <w:tcBorders>
              <w:bottom w:val="single" w:sz="4" w:space="0" w:color="auto"/>
            </w:tcBorders>
            <w:vAlign w:val="center"/>
          </w:tcPr>
          <w:p w14:paraId="59367D98" w14:textId="77777777" w:rsidR="00446222" w:rsidRDefault="00000000">
            <w:pPr>
              <w:keepNext/>
              <w:spacing w:after="0" w:line="252" w:lineRule="auto"/>
              <w:jc w:val="center"/>
            </w:pPr>
            <w:r>
              <w:rPr>
                <w:b/>
                <w:sz w:val="18"/>
              </w:rPr>
              <w:t>Ordinal frequency only</w:t>
            </w:r>
          </w:p>
        </w:tc>
        <w:tc>
          <w:tcPr>
            <w:tcW w:w="2098" w:type="dxa"/>
            <w:tcBorders>
              <w:bottom w:val="single" w:sz="4" w:space="0" w:color="auto"/>
            </w:tcBorders>
            <w:vAlign w:val="center"/>
          </w:tcPr>
          <w:p w14:paraId="1A7D0EC8" w14:textId="77777777" w:rsidR="00446222" w:rsidRDefault="00000000">
            <w:pPr>
              <w:keepNext/>
              <w:spacing w:after="0" w:line="252" w:lineRule="auto"/>
              <w:jc w:val="center"/>
            </w:pPr>
            <w:r>
              <w:rPr>
                <w:b/>
                <w:sz w:val="18"/>
              </w:rPr>
              <w:t>Controls only</w:t>
            </w:r>
          </w:p>
        </w:tc>
        <w:tc>
          <w:tcPr>
            <w:tcW w:w="2098" w:type="dxa"/>
            <w:tcBorders>
              <w:bottom w:val="single" w:sz="4" w:space="0" w:color="auto"/>
            </w:tcBorders>
            <w:vAlign w:val="center"/>
          </w:tcPr>
          <w:p w14:paraId="4AACCAF9" w14:textId="77777777" w:rsidR="00446222" w:rsidRDefault="00000000">
            <w:pPr>
              <w:keepNext/>
              <w:spacing w:after="0" w:line="252" w:lineRule="auto"/>
              <w:jc w:val="center"/>
            </w:pPr>
            <w:r>
              <w:rPr>
                <w:b/>
                <w:sz w:val="18"/>
              </w:rPr>
              <w:t>Recorded nonstudents</w:t>
            </w:r>
          </w:p>
        </w:tc>
      </w:tr>
      <w:tr w:rsidR="00446222" w14:paraId="663E4D1E" w14:textId="77777777">
        <w:trPr>
          <w:cantSplit/>
          <w:jc w:val="center"/>
        </w:trPr>
        <w:tc>
          <w:tcPr>
            <w:tcW w:w="1247" w:type="dxa"/>
            <w:vAlign w:val="center"/>
          </w:tcPr>
          <w:p w14:paraId="589EE2AB" w14:textId="77777777" w:rsidR="00446222" w:rsidRDefault="00000000">
            <w:pPr>
              <w:spacing w:after="0" w:line="252" w:lineRule="auto"/>
            </w:pPr>
            <w:r>
              <w:rPr>
                <w:sz w:val="18"/>
              </w:rPr>
              <w:t>FP01</w:t>
            </w:r>
          </w:p>
        </w:tc>
        <w:tc>
          <w:tcPr>
            <w:tcW w:w="2098" w:type="dxa"/>
            <w:vAlign w:val="center"/>
          </w:tcPr>
          <w:p w14:paraId="626A8E30" w14:textId="77777777" w:rsidR="00446222" w:rsidRDefault="00000000">
            <w:pPr>
              <w:spacing w:after="0" w:line="252" w:lineRule="auto"/>
              <w:jc w:val="center"/>
            </w:pPr>
            <w:r>
              <w:rPr>
                <w:sz w:val="18"/>
              </w:rPr>
              <w:t>0.981</w:t>
            </w:r>
          </w:p>
        </w:tc>
        <w:tc>
          <w:tcPr>
            <w:tcW w:w="2098" w:type="dxa"/>
            <w:vAlign w:val="center"/>
          </w:tcPr>
          <w:p w14:paraId="2CDDC000" w14:textId="77777777" w:rsidR="00446222" w:rsidRDefault="00000000">
            <w:pPr>
              <w:spacing w:after="0" w:line="252" w:lineRule="auto"/>
              <w:jc w:val="center"/>
            </w:pPr>
            <w:r>
              <w:rPr>
                <w:sz w:val="18"/>
              </w:rPr>
              <w:t>0.946</w:t>
            </w:r>
          </w:p>
        </w:tc>
        <w:tc>
          <w:tcPr>
            <w:tcW w:w="2098" w:type="dxa"/>
            <w:vAlign w:val="center"/>
          </w:tcPr>
          <w:p w14:paraId="521B7D71" w14:textId="77777777" w:rsidR="00446222" w:rsidRDefault="00000000">
            <w:pPr>
              <w:spacing w:after="0" w:line="252" w:lineRule="auto"/>
              <w:jc w:val="center"/>
            </w:pPr>
            <w:r>
              <w:rPr>
                <w:sz w:val="18"/>
              </w:rPr>
              <w:t>0.975</w:t>
            </w:r>
          </w:p>
        </w:tc>
        <w:tc>
          <w:tcPr>
            <w:tcW w:w="2098" w:type="dxa"/>
            <w:vAlign w:val="center"/>
          </w:tcPr>
          <w:p w14:paraId="03A82FCC" w14:textId="77777777" w:rsidR="00446222" w:rsidRDefault="00000000">
            <w:pPr>
              <w:spacing w:after="0" w:line="252" w:lineRule="auto"/>
              <w:jc w:val="center"/>
            </w:pPr>
            <w:r>
              <w:rPr>
                <w:sz w:val="18"/>
              </w:rPr>
              <w:t>0.940</w:t>
            </w:r>
          </w:p>
        </w:tc>
      </w:tr>
      <w:tr w:rsidR="00446222" w14:paraId="4E6AB743" w14:textId="77777777">
        <w:trPr>
          <w:cantSplit/>
          <w:jc w:val="center"/>
        </w:trPr>
        <w:tc>
          <w:tcPr>
            <w:tcW w:w="1247" w:type="dxa"/>
            <w:vAlign w:val="center"/>
          </w:tcPr>
          <w:p w14:paraId="7F2177F3" w14:textId="77777777" w:rsidR="00446222" w:rsidRDefault="00000000">
            <w:pPr>
              <w:spacing w:after="0" w:line="252" w:lineRule="auto"/>
            </w:pPr>
            <w:r>
              <w:rPr>
                <w:sz w:val="18"/>
              </w:rPr>
              <w:t>FP02</w:t>
            </w:r>
          </w:p>
        </w:tc>
        <w:tc>
          <w:tcPr>
            <w:tcW w:w="2098" w:type="dxa"/>
            <w:vAlign w:val="center"/>
          </w:tcPr>
          <w:p w14:paraId="42038F60" w14:textId="77777777" w:rsidR="00446222" w:rsidRDefault="00000000">
            <w:pPr>
              <w:spacing w:after="0" w:line="252" w:lineRule="auto"/>
              <w:jc w:val="center"/>
            </w:pPr>
            <w:r>
              <w:rPr>
                <w:sz w:val="18"/>
              </w:rPr>
              <w:t>0.973</w:t>
            </w:r>
          </w:p>
        </w:tc>
        <w:tc>
          <w:tcPr>
            <w:tcW w:w="2098" w:type="dxa"/>
            <w:vAlign w:val="center"/>
          </w:tcPr>
          <w:p w14:paraId="1DA03782" w14:textId="77777777" w:rsidR="00446222" w:rsidRDefault="00000000">
            <w:pPr>
              <w:spacing w:after="0" w:line="252" w:lineRule="auto"/>
              <w:jc w:val="center"/>
            </w:pPr>
            <w:r>
              <w:rPr>
                <w:sz w:val="18"/>
              </w:rPr>
              <w:t>0.627</w:t>
            </w:r>
          </w:p>
        </w:tc>
        <w:tc>
          <w:tcPr>
            <w:tcW w:w="2098" w:type="dxa"/>
            <w:vAlign w:val="center"/>
          </w:tcPr>
          <w:p w14:paraId="267E43B4" w14:textId="77777777" w:rsidR="00446222" w:rsidRDefault="00000000">
            <w:pPr>
              <w:spacing w:after="0" w:line="252" w:lineRule="auto"/>
              <w:jc w:val="center"/>
            </w:pPr>
            <w:r>
              <w:rPr>
                <w:sz w:val="18"/>
              </w:rPr>
              <w:t>0.783</w:t>
            </w:r>
          </w:p>
        </w:tc>
        <w:tc>
          <w:tcPr>
            <w:tcW w:w="2098" w:type="dxa"/>
            <w:vAlign w:val="center"/>
          </w:tcPr>
          <w:p w14:paraId="54F8232F" w14:textId="77777777" w:rsidR="00446222" w:rsidRDefault="00000000">
            <w:pPr>
              <w:spacing w:after="0" w:line="252" w:lineRule="auto"/>
              <w:jc w:val="center"/>
            </w:pPr>
            <w:r>
              <w:rPr>
                <w:sz w:val="18"/>
              </w:rPr>
              <w:t>0.990</w:t>
            </w:r>
          </w:p>
        </w:tc>
      </w:tr>
      <w:tr w:rsidR="00446222" w14:paraId="68125A79" w14:textId="77777777">
        <w:trPr>
          <w:cantSplit/>
          <w:jc w:val="center"/>
        </w:trPr>
        <w:tc>
          <w:tcPr>
            <w:tcW w:w="1247" w:type="dxa"/>
            <w:vAlign w:val="center"/>
          </w:tcPr>
          <w:p w14:paraId="6F056279" w14:textId="77777777" w:rsidR="00446222" w:rsidRDefault="00000000">
            <w:pPr>
              <w:spacing w:after="0" w:line="252" w:lineRule="auto"/>
            </w:pPr>
            <w:r>
              <w:rPr>
                <w:sz w:val="18"/>
              </w:rPr>
              <w:t>FP03</w:t>
            </w:r>
          </w:p>
        </w:tc>
        <w:tc>
          <w:tcPr>
            <w:tcW w:w="2098" w:type="dxa"/>
            <w:vAlign w:val="center"/>
          </w:tcPr>
          <w:p w14:paraId="3C9FB3B1" w14:textId="77777777" w:rsidR="00446222" w:rsidRDefault="00000000">
            <w:pPr>
              <w:spacing w:after="0" w:line="252" w:lineRule="auto"/>
              <w:jc w:val="center"/>
            </w:pPr>
            <w:r>
              <w:rPr>
                <w:sz w:val="18"/>
              </w:rPr>
              <w:t>0.960</w:t>
            </w:r>
          </w:p>
        </w:tc>
        <w:tc>
          <w:tcPr>
            <w:tcW w:w="2098" w:type="dxa"/>
            <w:vAlign w:val="center"/>
          </w:tcPr>
          <w:p w14:paraId="55BD712E" w14:textId="77777777" w:rsidR="00446222" w:rsidRDefault="00000000">
            <w:pPr>
              <w:spacing w:after="0" w:line="252" w:lineRule="auto"/>
              <w:jc w:val="center"/>
            </w:pPr>
            <w:r>
              <w:rPr>
                <w:sz w:val="18"/>
              </w:rPr>
              <w:t>0.831</w:t>
            </w:r>
          </w:p>
        </w:tc>
        <w:tc>
          <w:tcPr>
            <w:tcW w:w="2098" w:type="dxa"/>
            <w:vAlign w:val="center"/>
          </w:tcPr>
          <w:p w14:paraId="5FABD06B" w14:textId="77777777" w:rsidR="00446222" w:rsidRDefault="00000000">
            <w:pPr>
              <w:spacing w:after="0" w:line="252" w:lineRule="auto"/>
              <w:jc w:val="center"/>
            </w:pPr>
            <w:r>
              <w:rPr>
                <w:sz w:val="18"/>
              </w:rPr>
              <w:t>0.958</w:t>
            </w:r>
          </w:p>
        </w:tc>
        <w:tc>
          <w:tcPr>
            <w:tcW w:w="2098" w:type="dxa"/>
            <w:vAlign w:val="center"/>
          </w:tcPr>
          <w:p w14:paraId="5D67897D" w14:textId="77777777" w:rsidR="00446222" w:rsidRDefault="00000000">
            <w:pPr>
              <w:spacing w:after="0" w:line="252" w:lineRule="auto"/>
              <w:jc w:val="center"/>
            </w:pPr>
            <w:r>
              <w:rPr>
                <w:sz w:val="18"/>
              </w:rPr>
              <w:t>0.992</w:t>
            </w:r>
          </w:p>
        </w:tc>
      </w:tr>
      <w:tr w:rsidR="00446222" w14:paraId="01B682DB" w14:textId="77777777">
        <w:trPr>
          <w:cantSplit/>
          <w:jc w:val="center"/>
        </w:trPr>
        <w:tc>
          <w:tcPr>
            <w:tcW w:w="1247" w:type="dxa"/>
            <w:vAlign w:val="center"/>
          </w:tcPr>
          <w:p w14:paraId="2325BA89" w14:textId="77777777" w:rsidR="00446222" w:rsidRDefault="00000000">
            <w:pPr>
              <w:spacing w:after="0" w:line="252" w:lineRule="auto"/>
            </w:pPr>
            <w:r>
              <w:rPr>
                <w:sz w:val="18"/>
              </w:rPr>
              <w:t>FP04</w:t>
            </w:r>
          </w:p>
        </w:tc>
        <w:tc>
          <w:tcPr>
            <w:tcW w:w="2098" w:type="dxa"/>
            <w:vAlign w:val="center"/>
          </w:tcPr>
          <w:p w14:paraId="7971E6CB" w14:textId="77777777" w:rsidR="00446222" w:rsidRDefault="00000000">
            <w:pPr>
              <w:spacing w:after="0" w:line="252" w:lineRule="auto"/>
              <w:jc w:val="center"/>
            </w:pPr>
            <w:r>
              <w:rPr>
                <w:sz w:val="18"/>
              </w:rPr>
              <w:t>0.982</w:t>
            </w:r>
          </w:p>
        </w:tc>
        <w:tc>
          <w:tcPr>
            <w:tcW w:w="2098" w:type="dxa"/>
            <w:vAlign w:val="center"/>
          </w:tcPr>
          <w:p w14:paraId="21AFEF76" w14:textId="77777777" w:rsidR="00446222" w:rsidRDefault="00000000">
            <w:pPr>
              <w:spacing w:after="0" w:line="252" w:lineRule="auto"/>
              <w:jc w:val="center"/>
            </w:pPr>
            <w:r>
              <w:rPr>
                <w:sz w:val="18"/>
              </w:rPr>
              <w:t>0.942</w:t>
            </w:r>
          </w:p>
        </w:tc>
        <w:tc>
          <w:tcPr>
            <w:tcW w:w="2098" w:type="dxa"/>
            <w:vAlign w:val="center"/>
          </w:tcPr>
          <w:p w14:paraId="75824320" w14:textId="77777777" w:rsidR="00446222" w:rsidRDefault="00000000">
            <w:pPr>
              <w:spacing w:after="0" w:line="252" w:lineRule="auto"/>
              <w:jc w:val="center"/>
            </w:pPr>
            <w:r>
              <w:rPr>
                <w:sz w:val="18"/>
              </w:rPr>
              <w:t>0.961</w:t>
            </w:r>
          </w:p>
        </w:tc>
        <w:tc>
          <w:tcPr>
            <w:tcW w:w="2098" w:type="dxa"/>
            <w:vAlign w:val="center"/>
          </w:tcPr>
          <w:p w14:paraId="21562AD9" w14:textId="77777777" w:rsidR="00446222" w:rsidRDefault="00000000">
            <w:pPr>
              <w:spacing w:after="0" w:line="252" w:lineRule="auto"/>
              <w:jc w:val="center"/>
            </w:pPr>
            <w:r>
              <w:rPr>
                <w:sz w:val="18"/>
              </w:rPr>
              <w:t>0.977</w:t>
            </w:r>
          </w:p>
        </w:tc>
      </w:tr>
      <w:tr w:rsidR="00446222" w14:paraId="5CD1E9D1" w14:textId="77777777">
        <w:trPr>
          <w:cantSplit/>
          <w:jc w:val="center"/>
        </w:trPr>
        <w:tc>
          <w:tcPr>
            <w:tcW w:w="1247" w:type="dxa"/>
            <w:vAlign w:val="center"/>
          </w:tcPr>
          <w:p w14:paraId="51C6ABA1" w14:textId="77777777" w:rsidR="00446222" w:rsidRDefault="00000000">
            <w:pPr>
              <w:spacing w:after="0" w:line="252" w:lineRule="auto"/>
            </w:pPr>
            <w:r>
              <w:rPr>
                <w:sz w:val="18"/>
              </w:rPr>
              <w:t>FP05</w:t>
            </w:r>
          </w:p>
        </w:tc>
        <w:tc>
          <w:tcPr>
            <w:tcW w:w="2098" w:type="dxa"/>
            <w:vAlign w:val="center"/>
          </w:tcPr>
          <w:p w14:paraId="4DB30F70" w14:textId="77777777" w:rsidR="00446222" w:rsidRDefault="00000000">
            <w:pPr>
              <w:spacing w:after="0" w:line="252" w:lineRule="auto"/>
              <w:jc w:val="center"/>
            </w:pPr>
            <w:r>
              <w:rPr>
                <w:sz w:val="18"/>
              </w:rPr>
              <w:t>0.885</w:t>
            </w:r>
          </w:p>
        </w:tc>
        <w:tc>
          <w:tcPr>
            <w:tcW w:w="2098" w:type="dxa"/>
            <w:vAlign w:val="center"/>
          </w:tcPr>
          <w:p w14:paraId="69642542" w14:textId="77777777" w:rsidR="00446222" w:rsidRDefault="00000000">
            <w:pPr>
              <w:spacing w:after="0" w:line="252" w:lineRule="auto"/>
              <w:jc w:val="center"/>
            </w:pPr>
            <w:r>
              <w:rPr>
                <w:sz w:val="18"/>
              </w:rPr>
              <w:t>0.674</w:t>
            </w:r>
          </w:p>
        </w:tc>
        <w:tc>
          <w:tcPr>
            <w:tcW w:w="2098" w:type="dxa"/>
            <w:vAlign w:val="center"/>
          </w:tcPr>
          <w:p w14:paraId="41F6528E" w14:textId="77777777" w:rsidR="00446222" w:rsidRDefault="00000000">
            <w:pPr>
              <w:spacing w:after="0" w:line="252" w:lineRule="auto"/>
              <w:jc w:val="center"/>
            </w:pPr>
            <w:r>
              <w:rPr>
                <w:sz w:val="18"/>
              </w:rPr>
              <w:t>0.790</w:t>
            </w:r>
          </w:p>
        </w:tc>
        <w:tc>
          <w:tcPr>
            <w:tcW w:w="2098" w:type="dxa"/>
            <w:vAlign w:val="center"/>
          </w:tcPr>
          <w:p w14:paraId="21C9FBE9" w14:textId="77777777" w:rsidR="00446222" w:rsidRDefault="00000000">
            <w:pPr>
              <w:spacing w:after="0" w:line="252" w:lineRule="auto"/>
              <w:jc w:val="center"/>
            </w:pPr>
            <w:r>
              <w:rPr>
                <w:sz w:val="18"/>
              </w:rPr>
              <w:t>0.984</w:t>
            </w:r>
          </w:p>
        </w:tc>
      </w:tr>
      <w:tr w:rsidR="00446222" w14:paraId="1C1FD26F" w14:textId="77777777">
        <w:trPr>
          <w:cantSplit/>
          <w:jc w:val="center"/>
        </w:trPr>
        <w:tc>
          <w:tcPr>
            <w:tcW w:w="1247" w:type="dxa"/>
            <w:vAlign w:val="center"/>
          </w:tcPr>
          <w:p w14:paraId="7C03DE66" w14:textId="77777777" w:rsidR="00446222" w:rsidRDefault="00000000">
            <w:pPr>
              <w:keepNext/>
              <w:spacing w:after="0" w:line="252" w:lineRule="auto"/>
            </w:pPr>
            <w:r>
              <w:rPr>
                <w:sz w:val="18"/>
              </w:rPr>
              <w:t>FP06</w:t>
            </w:r>
          </w:p>
        </w:tc>
        <w:tc>
          <w:tcPr>
            <w:tcW w:w="2098" w:type="dxa"/>
            <w:vAlign w:val="center"/>
          </w:tcPr>
          <w:p w14:paraId="3B77E957" w14:textId="77777777" w:rsidR="00446222" w:rsidRDefault="00000000">
            <w:pPr>
              <w:keepNext/>
              <w:spacing w:after="0" w:line="252" w:lineRule="auto"/>
              <w:jc w:val="center"/>
            </w:pPr>
            <w:r>
              <w:rPr>
                <w:sz w:val="18"/>
              </w:rPr>
              <w:t>0.736</w:t>
            </w:r>
          </w:p>
        </w:tc>
        <w:tc>
          <w:tcPr>
            <w:tcW w:w="2098" w:type="dxa"/>
            <w:vAlign w:val="center"/>
          </w:tcPr>
          <w:p w14:paraId="023F72DF" w14:textId="77777777" w:rsidR="00446222" w:rsidRDefault="00000000">
            <w:pPr>
              <w:keepNext/>
              <w:spacing w:after="0" w:line="252" w:lineRule="auto"/>
              <w:jc w:val="center"/>
            </w:pPr>
            <w:r>
              <w:rPr>
                <w:sz w:val="18"/>
              </w:rPr>
              <w:t>0.351</w:t>
            </w:r>
          </w:p>
        </w:tc>
        <w:tc>
          <w:tcPr>
            <w:tcW w:w="2098" w:type="dxa"/>
            <w:vAlign w:val="center"/>
          </w:tcPr>
          <w:p w14:paraId="57267455" w14:textId="77777777" w:rsidR="00446222" w:rsidRDefault="00000000">
            <w:pPr>
              <w:keepNext/>
              <w:spacing w:after="0" w:line="252" w:lineRule="auto"/>
              <w:jc w:val="center"/>
            </w:pPr>
            <w:r>
              <w:rPr>
                <w:sz w:val="18"/>
              </w:rPr>
              <w:t>0.878</w:t>
            </w:r>
          </w:p>
        </w:tc>
        <w:tc>
          <w:tcPr>
            <w:tcW w:w="2098" w:type="dxa"/>
            <w:vAlign w:val="center"/>
          </w:tcPr>
          <w:p w14:paraId="7949B7DF" w14:textId="77777777" w:rsidR="00446222" w:rsidRDefault="00000000">
            <w:pPr>
              <w:keepNext/>
              <w:spacing w:after="0" w:line="252" w:lineRule="auto"/>
              <w:jc w:val="center"/>
            </w:pPr>
            <w:r>
              <w:rPr>
                <w:sz w:val="18"/>
              </w:rPr>
              <w:t>0.972</w:t>
            </w:r>
          </w:p>
        </w:tc>
      </w:tr>
    </w:tbl>
    <w:p w14:paraId="0BD8BFDF" w14:textId="77777777" w:rsidR="00446222" w:rsidRDefault="00000000">
      <w:pPr>
        <w:keepLines/>
        <w:spacing w:after="140" w:line="252" w:lineRule="auto"/>
      </w:pPr>
      <w:r>
        <w:rPr>
          <w:sz w:val="18"/>
        </w:rPr>
        <w:t>Congruence measures resemblance of loading vectors after sign/permutation alignment; 0.85 is a descriptive reference only.</w:t>
      </w:r>
    </w:p>
    <w:p w14:paraId="29906709" w14:textId="77777777" w:rsidR="00446222" w:rsidRDefault="00000000" w:rsidP="000E7868">
      <w:pPr>
        <w:pStyle w:val="Heading1"/>
        <w:jc w:val="both"/>
      </w:pPr>
      <w:r>
        <w:t>Joint bootstrap and component stability</w:t>
      </w:r>
    </w:p>
    <w:p w14:paraId="23CD9964" w14:textId="0D750852" w:rsidR="00446222" w:rsidRDefault="00000000" w:rsidP="000E7868">
      <w:pPr>
        <w:jc w:val="both"/>
      </w:pPr>
      <w:r>
        <w:t>Five hundred resamples were drawn separately within 83 controls and 62 cases with replacement [2</w:t>
      </w:r>
      <w:r w:rsidR="00890C71">
        <w:t>5</w:t>
      </w:r>
      <w:r>
        <w:t>]. In each resample, food standardisation, PCA and varimax rotation were repeated with the component count fixed at six. Exact loading-vector matching aligned components to the primary solution. Each re-estimated score was scaled by its standard deviation when projected into the original 145-person primary sample, and the main Firth model was refitted. The age-spline basis was fixed. No resample was discarded because of low congruence or an unfavourable association.</w:t>
      </w:r>
    </w:p>
    <w:p w14:paraId="218251FE" w14:textId="77777777" w:rsidR="00446222" w:rsidRDefault="00000000" w:rsidP="000E7868">
      <w:pPr>
        <w:jc w:val="both"/>
      </w:pPr>
      <w:r>
        <w:t xml:space="preserve">The 2.5th and 97.5th percentiles of valid bootstrap odds ratios were reported when at least 90% of requested fits succeeded. All 500 fits succeeded for every component. These exploratory intervals are conditional on the fixed component count and do not incorporate uncertainty from reselecting </w:t>
      </w:r>
      <w:r>
        <w:lastRenderedPageBreak/>
        <w:t>that count. Weakly matched components may represent different mixtures; their percentile intervals are not necessarily intervals for one uniquely identified population pattern.</w:t>
      </w:r>
    </w:p>
    <w:p w14:paraId="1F904DC0" w14:textId="77777777" w:rsidR="00446222" w:rsidRDefault="00000000">
      <w:pPr>
        <w:pStyle w:val="Caption"/>
        <w:keepNext/>
      </w:pPr>
      <w:r>
        <w:rPr>
          <w:b/>
        </w:rPr>
        <w:t>Table S13. Variance, loading stability and joint-bootstrap OR intervals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1077"/>
        <w:gridCol w:w="1191"/>
        <w:gridCol w:w="1644"/>
        <w:gridCol w:w="2098"/>
        <w:gridCol w:w="1531"/>
        <w:gridCol w:w="2098"/>
      </w:tblGrid>
      <w:tr w:rsidR="00446222" w14:paraId="0881D667" w14:textId="77777777">
        <w:trPr>
          <w:cantSplit/>
          <w:tblHeader/>
          <w:jc w:val="center"/>
        </w:trPr>
        <w:tc>
          <w:tcPr>
            <w:tcW w:w="1077" w:type="dxa"/>
            <w:tcBorders>
              <w:bottom w:val="single" w:sz="4" w:space="0" w:color="auto"/>
            </w:tcBorders>
            <w:vAlign w:val="center"/>
          </w:tcPr>
          <w:p w14:paraId="7E03755F" w14:textId="77777777" w:rsidR="00446222" w:rsidRDefault="00000000">
            <w:pPr>
              <w:keepNext/>
              <w:spacing w:after="0" w:line="252" w:lineRule="auto"/>
            </w:pPr>
            <w:r>
              <w:rPr>
                <w:b/>
                <w:sz w:val="18"/>
              </w:rPr>
              <w:t>Component</w:t>
            </w:r>
          </w:p>
        </w:tc>
        <w:tc>
          <w:tcPr>
            <w:tcW w:w="1191" w:type="dxa"/>
            <w:tcBorders>
              <w:bottom w:val="single" w:sz="4" w:space="0" w:color="auto"/>
            </w:tcBorders>
            <w:vAlign w:val="center"/>
          </w:tcPr>
          <w:p w14:paraId="65BAA74F" w14:textId="77777777" w:rsidR="00446222" w:rsidRDefault="00000000">
            <w:pPr>
              <w:keepNext/>
              <w:spacing w:after="0" w:line="252" w:lineRule="auto"/>
              <w:jc w:val="center"/>
            </w:pPr>
            <w:r>
              <w:rPr>
                <w:b/>
                <w:sz w:val="18"/>
              </w:rPr>
              <w:t>Variance</w:t>
            </w:r>
            <w:r>
              <w:rPr>
                <w:b/>
                <w:sz w:val="18"/>
              </w:rPr>
              <w:br/>
              <w:t>(%)</w:t>
            </w:r>
          </w:p>
        </w:tc>
        <w:tc>
          <w:tcPr>
            <w:tcW w:w="1644" w:type="dxa"/>
            <w:tcBorders>
              <w:bottom w:val="single" w:sz="4" w:space="0" w:color="auto"/>
            </w:tcBorders>
            <w:vAlign w:val="center"/>
          </w:tcPr>
          <w:p w14:paraId="44B16DD2" w14:textId="77777777" w:rsidR="00446222" w:rsidRDefault="00000000">
            <w:pPr>
              <w:keepNext/>
              <w:spacing w:after="0" w:line="252" w:lineRule="auto"/>
              <w:jc w:val="center"/>
            </w:pPr>
            <w:r>
              <w:rPr>
                <w:b/>
                <w:sz w:val="18"/>
              </w:rPr>
              <w:t>Median</w:t>
            </w:r>
            <w:r>
              <w:rPr>
                <w:b/>
                <w:sz w:val="18"/>
              </w:rPr>
              <w:br/>
              <w:t>congruence</w:t>
            </w:r>
          </w:p>
        </w:tc>
        <w:tc>
          <w:tcPr>
            <w:tcW w:w="2098" w:type="dxa"/>
            <w:tcBorders>
              <w:bottom w:val="single" w:sz="4" w:space="0" w:color="auto"/>
            </w:tcBorders>
            <w:vAlign w:val="center"/>
          </w:tcPr>
          <w:p w14:paraId="65CEEF3F" w14:textId="17F77956" w:rsidR="00446222" w:rsidRDefault="00000000">
            <w:pPr>
              <w:keepNext/>
              <w:spacing w:after="0" w:line="252" w:lineRule="auto"/>
              <w:jc w:val="center"/>
            </w:pPr>
            <w:r>
              <w:rPr>
                <w:b/>
                <w:sz w:val="18"/>
              </w:rPr>
              <w:t>Congruence</w:t>
            </w:r>
            <w:r>
              <w:rPr>
                <w:b/>
                <w:sz w:val="18"/>
              </w:rPr>
              <w:br/>
              <w:t>2.5</w:t>
            </w:r>
            <w:r w:rsidRPr="0047469F">
              <w:rPr>
                <w:b/>
                <w:sz w:val="18"/>
              </w:rPr>
              <w:t>th</w:t>
            </w:r>
            <w:r w:rsidR="0047469F">
              <w:rPr>
                <w:b/>
                <w:sz w:val="18"/>
              </w:rPr>
              <w:t>-</w:t>
            </w:r>
            <w:r>
              <w:rPr>
                <w:b/>
                <w:sz w:val="18"/>
              </w:rPr>
              <w:t>97.5th</w:t>
            </w:r>
          </w:p>
        </w:tc>
        <w:tc>
          <w:tcPr>
            <w:tcW w:w="1531" w:type="dxa"/>
            <w:tcBorders>
              <w:bottom w:val="single" w:sz="4" w:space="0" w:color="auto"/>
            </w:tcBorders>
            <w:vAlign w:val="center"/>
          </w:tcPr>
          <w:p w14:paraId="4EBD3B8C" w14:textId="77777777" w:rsidR="00446222" w:rsidRDefault="00000000">
            <w:pPr>
              <w:keepNext/>
              <w:spacing w:after="0" w:line="252" w:lineRule="auto"/>
              <w:jc w:val="center"/>
            </w:pPr>
            <w:r>
              <w:rPr>
                <w:b/>
                <w:sz w:val="18"/>
              </w:rPr>
              <w:t>Congruence</w:t>
            </w:r>
            <w:r>
              <w:rPr>
                <w:b/>
                <w:sz w:val="18"/>
              </w:rPr>
              <w:br/>
              <w:t>≥0.85 (%)</w:t>
            </w:r>
          </w:p>
        </w:tc>
        <w:tc>
          <w:tcPr>
            <w:tcW w:w="2098" w:type="dxa"/>
            <w:tcBorders>
              <w:bottom w:val="single" w:sz="4" w:space="0" w:color="auto"/>
            </w:tcBorders>
            <w:vAlign w:val="center"/>
          </w:tcPr>
          <w:p w14:paraId="4CA246C5" w14:textId="350F3661" w:rsidR="00446222" w:rsidRDefault="00000000">
            <w:pPr>
              <w:keepNext/>
              <w:spacing w:after="0" w:line="252" w:lineRule="auto"/>
              <w:jc w:val="center"/>
            </w:pPr>
            <w:r>
              <w:rPr>
                <w:b/>
                <w:sz w:val="18"/>
              </w:rPr>
              <w:t>Bootstrap OR</w:t>
            </w:r>
            <w:r>
              <w:rPr>
                <w:b/>
                <w:sz w:val="18"/>
              </w:rPr>
              <w:br/>
              <w:t>2.5</w:t>
            </w:r>
            <w:r w:rsidRPr="0047469F">
              <w:rPr>
                <w:b/>
                <w:sz w:val="18"/>
                <w:vertAlign w:val="superscript"/>
              </w:rPr>
              <w:t>th</w:t>
            </w:r>
            <w:r w:rsidR="0047469F">
              <w:rPr>
                <w:b/>
                <w:sz w:val="18"/>
              </w:rPr>
              <w:t>-</w:t>
            </w:r>
            <w:r>
              <w:rPr>
                <w:b/>
                <w:sz w:val="18"/>
              </w:rPr>
              <w:t>97.5th</w:t>
            </w:r>
          </w:p>
        </w:tc>
      </w:tr>
      <w:tr w:rsidR="00446222" w14:paraId="2CF30514" w14:textId="77777777">
        <w:trPr>
          <w:cantSplit/>
          <w:jc w:val="center"/>
        </w:trPr>
        <w:tc>
          <w:tcPr>
            <w:tcW w:w="1077" w:type="dxa"/>
            <w:vAlign w:val="center"/>
          </w:tcPr>
          <w:p w14:paraId="780AD0EE" w14:textId="77777777" w:rsidR="00446222" w:rsidRDefault="00000000">
            <w:pPr>
              <w:spacing w:after="0" w:line="252" w:lineRule="auto"/>
            </w:pPr>
            <w:r>
              <w:rPr>
                <w:sz w:val="18"/>
              </w:rPr>
              <w:t>FP01</w:t>
            </w:r>
          </w:p>
        </w:tc>
        <w:tc>
          <w:tcPr>
            <w:tcW w:w="1191" w:type="dxa"/>
            <w:vAlign w:val="center"/>
          </w:tcPr>
          <w:p w14:paraId="51FE3E69" w14:textId="77777777" w:rsidR="00446222" w:rsidRDefault="00000000">
            <w:pPr>
              <w:spacing w:after="0" w:line="252" w:lineRule="auto"/>
              <w:jc w:val="center"/>
            </w:pPr>
            <w:r>
              <w:rPr>
                <w:sz w:val="18"/>
              </w:rPr>
              <w:t>14.31</w:t>
            </w:r>
          </w:p>
        </w:tc>
        <w:tc>
          <w:tcPr>
            <w:tcW w:w="1644" w:type="dxa"/>
            <w:vAlign w:val="center"/>
          </w:tcPr>
          <w:p w14:paraId="21AD170A" w14:textId="77777777" w:rsidR="00446222" w:rsidRDefault="00000000">
            <w:pPr>
              <w:spacing w:after="0" w:line="252" w:lineRule="auto"/>
              <w:jc w:val="center"/>
            </w:pPr>
            <w:r>
              <w:rPr>
                <w:sz w:val="18"/>
              </w:rPr>
              <w:t>0.971</w:t>
            </w:r>
          </w:p>
        </w:tc>
        <w:tc>
          <w:tcPr>
            <w:tcW w:w="2098" w:type="dxa"/>
            <w:vAlign w:val="center"/>
          </w:tcPr>
          <w:p w14:paraId="0859ACC2" w14:textId="20FEAEE8" w:rsidR="00446222" w:rsidRDefault="00000000">
            <w:pPr>
              <w:spacing w:after="0" w:line="252" w:lineRule="auto"/>
              <w:jc w:val="center"/>
            </w:pPr>
            <w:r>
              <w:rPr>
                <w:sz w:val="18"/>
              </w:rPr>
              <w:t>0.665</w:t>
            </w:r>
            <w:r w:rsidR="0047469F">
              <w:rPr>
                <w:sz w:val="18"/>
              </w:rPr>
              <w:t>-</w:t>
            </w:r>
            <w:r>
              <w:rPr>
                <w:sz w:val="18"/>
              </w:rPr>
              <w:t>0.991</w:t>
            </w:r>
          </w:p>
        </w:tc>
        <w:tc>
          <w:tcPr>
            <w:tcW w:w="1531" w:type="dxa"/>
            <w:vAlign w:val="center"/>
          </w:tcPr>
          <w:p w14:paraId="734544F2" w14:textId="77777777" w:rsidR="00446222" w:rsidRDefault="00000000">
            <w:pPr>
              <w:spacing w:after="0" w:line="252" w:lineRule="auto"/>
              <w:jc w:val="center"/>
            </w:pPr>
            <w:r>
              <w:rPr>
                <w:sz w:val="18"/>
              </w:rPr>
              <w:t>88.6</w:t>
            </w:r>
          </w:p>
        </w:tc>
        <w:tc>
          <w:tcPr>
            <w:tcW w:w="2098" w:type="dxa"/>
            <w:vAlign w:val="center"/>
          </w:tcPr>
          <w:p w14:paraId="4372FA24" w14:textId="3ADB7C70" w:rsidR="00446222" w:rsidRDefault="00000000">
            <w:pPr>
              <w:spacing w:after="0" w:line="252" w:lineRule="auto"/>
              <w:jc w:val="center"/>
            </w:pPr>
            <w:r>
              <w:rPr>
                <w:sz w:val="18"/>
              </w:rPr>
              <w:t>0.770</w:t>
            </w:r>
            <w:r w:rsidR="0047469F">
              <w:rPr>
                <w:sz w:val="18"/>
              </w:rPr>
              <w:t>-</w:t>
            </w:r>
            <w:r>
              <w:rPr>
                <w:sz w:val="18"/>
              </w:rPr>
              <w:t>1.857</w:t>
            </w:r>
          </w:p>
        </w:tc>
      </w:tr>
      <w:tr w:rsidR="00446222" w14:paraId="45708A15" w14:textId="77777777">
        <w:trPr>
          <w:cantSplit/>
          <w:jc w:val="center"/>
        </w:trPr>
        <w:tc>
          <w:tcPr>
            <w:tcW w:w="1077" w:type="dxa"/>
            <w:vAlign w:val="center"/>
          </w:tcPr>
          <w:p w14:paraId="0216AD7B" w14:textId="77777777" w:rsidR="00446222" w:rsidRDefault="00000000">
            <w:pPr>
              <w:spacing w:after="0" w:line="252" w:lineRule="auto"/>
            </w:pPr>
            <w:r>
              <w:rPr>
                <w:sz w:val="18"/>
              </w:rPr>
              <w:t>FP02</w:t>
            </w:r>
          </w:p>
        </w:tc>
        <w:tc>
          <w:tcPr>
            <w:tcW w:w="1191" w:type="dxa"/>
            <w:vAlign w:val="center"/>
          </w:tcPr>
          <w:p w14:paraId="3B09F9A9" w14:textId="77777777" w:rsidR="00446222" w:rsidRDefault="00000000">
            <w:pPr>
              <w:spacing w:after="0" w:line="252" w:lineRule="auto"/>
              <w:jc w:val="center"/>
            </w:pPr>
            <w:r>
              <w:rPr>
                <w:sz w:val="18"/>
              </w:rPr>
              <w:t>11.10</w:t>
            </w:r>
          </w:p>
        </w:tc>
        <w:tc>
          <w:tcPr>
            <w:tcW w:w="1644" w:type="dxa"/>
            <w:vAlign w:val="center"/>
          </w:tcPr>
          <w:p w14:paraId="08BBA829" w14:textId="77777777" w:rsidR="00446222" w:rsidRDefault="00000000">
            <w:pPr>
              <w:spacing w:after="0" w:line="252" w:lineRule="auto"/>
              <w:jc w:val="center"/>
            </w:pPr>
            <w:r>
              <w:rPr>
                <w:sz w:val="18"/>
              </w:rPr>
              <w:t>0.953</w:t>
            </w:r>
          </w:p>
        </w:tc>
        <w:tc>
          <w:tcPr>
            <w:tcW w:w="2098" w:type="dxa"/>
            <w:vAlign w:val="center"/>
          </w:tcPr>
          <w:p w14:paraId="222ED642" w14:textId="7D9B53FD" w:rsidR="00446222" w:rsidRDefault="00000000">
            <w:pPr>
              <w:spacing w:after="0" w:line="252" w:lineRule="auto"/>
              <w:jc w:val="center"/>
            </w:pPr>
            <w:r>
              <w:rPr>
                <w:sz w:val="18"/>
              </w:rPr>
              <w:t>0.429</w:t>
            </w:r>
            <w:r w:rsidR="0047469F">
              <w:rPr>
                <w:sz w:val="18"/>
              </w:rPr>
              <w:t>-</w:t>
            </w:r>
            <w:r>
              <w:rPr>
                <w:sz w:val="18"/>
              </w:rPr>
              <w:t>0.990</w:t>
            </w:r>
          </w:p>
        </w:tc>
        <w:tc>
          <w:tcPr>
            <w:tcW w:w="1531" w:type="dxa"/>
            <w:vAlign w:val="center"/>
          </w:tcPr>
          <w:p w14:paraId="79DE5FA4" w14:textId="77777777" w:rsidR="00446222" w:rsidRDefault="00000000">
            <w:pPr>
              <w:spacing w:after="0" w:line="252" w:lineRule="auto"/>
              <w:jc w:val="center"/>
            </w:pPr>
            <w:r>
              <w:rPr>
                <w:sz w:val="18"/>
              </w:rPr>
              <w:t>68.4</w:t>
            </w:r>
          </w:p>
        </w:tc>
        <w:tc>
          <w:tcPr>
            <w:tcW w:w="2098" w:type="dxa"/>
            <w:vAlign w:val="center"/>
          </w:tcPr>
          <w:p w14:paraId="63080339" w14:textId="3C7E609B" w:rsidR="00446222" w:rsidRDefault="00000000">
            <w:pPr>
              <w:spacing w:after="0" w:line="252" w:lineRule="auto"/>
              <w:jc w:val="center"/>
            </w:pPr>
            <w:r>
              <w:rPr>
                <w:sz w:val="18"/>
              </w:rPr>
              <w:t>0.994</w:t>
            </w:r>
            <w:r w:rsidR="0047469F">
              <w:rPr>
                <w:sz w:val="18"/>
              </w:rPr>
              <w:t>-</w:t>
            </w:r>
            <w:r>
              <w:rPr>
                <w:sz w:val="18"/>
              </w:rPr>
              <w:t>3.832</w:t>
            </w:r>
          </w:p>
        </w:tc>
      </w:tr>
      <w:tr w:rsidR="00446222" w14:paraId="4474D8BC" w14:textId="77777777">
        <w:trPr>
          <w:cantSplit/>
          <w:jc w:val="center"/>
        </w:trPr>
        <w:tc>
          <w:tcPr>
            <w:tcW w:w="1077" w:type="dxa"/>
            <w:vAlign w:val="center"/>
          </w:tcPr>
          <w:p w14:paraId="096E2272" w14:textId="77777777" w:rsidR="00446222" w:rsidRDefault="00000000">
            <w:pPr>
              <w:spacing w:after="0" w:line="252" w:lineRule="auto"/>
            </w:pPr>
            <w:r>
              <w:rPr>
                <w:sz w:val="18"/>
              </w:rPr>
              <w:t>FP03</w:t>
            </w:r>
          </w:p>
        </w:tc>
        <w:tc>
          <w:tcPr>
            <w:tcW w:w="1191" w:type="dxa"/>
            <w:vAlign w:val="center"/>
          </w:tcPr>
          <w:p w14:paraId="612C2895" w14:textId="77777777" w:rsidR="00446222" w:rsidRDefault="00000000">
            <w:pPr>
              <w:spacing w:after="0" w:line="252" w:lineRule="auto"/>
              <w:jc w:val="center"/>
            </w:pPr>
            <w:r>
              <w:rPr>
                <w:sz w:val="18"/>
              </w:rPr>
              <w:t>10.37</w:t>
            </w:r>
          </w:p>
        </w:tc>
        <w:tc>
          <w:tcPr>
            <w:tcW w:w="1644" w:type="dxa"/>
            <w:vAlign w:val="center"/>
          </w:tcPr>
          <w:p w14:paraId="761DCCAB" w14:textId="77777777" w:rsidR="00446222" w:rsidRDefault="00000000">
            <w:pPr>
              <w:spacing w:after="0" w:line="252" w:lineRule="auto"/>
              <w:jc w:val="center"/>
            </w:pPr>
            <w:r>
              <w:rPr>
                <w:sz w:val="18"/>
              </w:rPr>
              <w:t>0.922</w:t>
            </w:r>
          </w:p>
        </w:tc>
        <w:tc>
          <w:tcPr>
            <w:tcW w:w="2098" w:type="dxa"/>
            <w:vAlign w:val="center"/>
          </w:tcPr>
          <w:p w14:paraId="7041B594" w14:textId="127739D9" w:rsidR="00446222" w:rsidRDefault="00000000">
            <w:pPr>
              <w:spacing w:after="0" w:line="252" w:lineRule="auto"/>
              <w:jc w:val="center"/>
            </w:pPr>
            <w:r>
              <w:rPr>
                <w:sz w:val="18"/>
              </w:rPr>
              <w:t>0.751</w:t>
            </w:r>
            <w:r w:rsidR="0047469F">
              <w:rPr>
                <w:sz w:val="18"/>
              </w:rPr>
              <w:t>-</w:t>
            </w:r>
            <w:r>
              <w:rPr>
                <w:sz w:val="18"/>
              </w:rPr>
              <w:t>0.979</w:t>
            </w:r>
          </w:p>
        </w:tc>
        <w:tc>
          <w:tcPr>
            <w:tcW w:w="1531" w:type="dxa"/>
            <w:vAlign w:val="center"/>
          </w:tcPr>
          <w:p w14:paraId="23DFD98A" w14:textId="77777777" w:rsidR="00446222" w:rsidRDefault="00000000">
            <w:pPr>
              <w:spacing w:after="0" w:line="252" w:lineRule="auto"/>
              <w:jc w:val="center"/>
            </w:pPr>
            <w:r>
              <w:rPr>
                <w:sz w:val="18"/>
              </w:rPr>
              <w:t>83.4</w:t>
            </w:r>
          </w:p>
        </w:tc>
        <w:tc>
          <w:tcPr>
            <w:tcW w:w="2098" w:type="dxa"/>
            <w:vAlign w:val="center"/>
          </w:tcPr>
          <w:p w14:paraId="5DA956D4" w14:textId="00D27D7E" w:rsidR="00446222" w:rsidRDefault="00000000">
            <w:pPr>
              <w:spacing w:after="0" w:line="252" w:lineRule="auto"/>
              <w:jc w:val="center"/>
            </w:pPr>
            <w:r>
              <w:rPr>
                <w:sz w:val="18"/>
              </w:rPr>
              <w:t>0.254</w:t>
            </w:r>
            <w:r w:rsidR="0047469F">
              <w:rPr>
                <w:sz w:val="18"/>
              </w:rPr>
              <w:t>-</w:t>
            </w:r>
            <w:r>
              <w:rPr>
                <w:sz w:val="18"/>
              </w:rPr>
              <w:t>0.923</w:t>
            </w:r>
          </w:p>
        </w:tc>
      </w:tr>
      <w:tr w:rsidR="00446222" w14:paraId="67CFB999" w14:textId="77777777">
        <w:trPr>
          <w:cantSplit/>
          <w:jc w:val="center"/>
        </w:trPr>
        <w:tc>
          <w:tcPr>
            <w:tcW w:w="1077" w:type="dxa"/>
            <w:vAlign w:val="center"/>
          </w:tcPr>
          <w:p w14:paraId="51AB7658" w14:textId="77777777" w:rsidR="00446222" w:rsidRDefault="00000000">
            <w:pPr>
              <w:spacing w:after="0" w:line="252" w:lineRule="auto"/>
            </w:pPr>
            <w:r>
              <w:rPr>
                <w:sz w:val="18"/>
              </w:rPr>
              <w:t>FP04</w:t>
            </w:r>
          </w:p>
        </w:tc>
        <w:tc>
          <w:tcPr>
            <w:tcW w:w="1191" w:type="dxa"/>
            <w:vAlign w:val="center"/>
          </w:tcPr>
          <w:p w14:paraId="39E7E3D6" w14:textId="77777777" w:rsidR="00446222" w:rsidRDefault="00000000">
            <w:pPr>
              <w:spacing w:after="0" w:line="252" w:lineRule="auto"/>
              <w:jc w:val="center"/>
            </w:pPr>
            <w:r>
              <w:rPr>
                <w:sz w:val="18"/>
              </w:rPr>
              <w:t>9.40</w:t>
            </w:r>
          </w:p>
        </w:tc>
        <w:tc>
          <w:tcPr>
            <w:tcW w:w="1644" w:type="dxa"/>
            <w:vAlign w:val="center"/>
          </w:tcPr>
          <w:p w14:paraId="101C68BB" w14:textId="77777777" w:rsidR="00446222" w:rsidRDefault="00000000">
            <w:pPr>
              <w:spacing w:after="0" w:line="252" w:lineRule="auto"/>
              <w:jc w:val="center"/>
            </w:pPr>
            <w:r>
              <w:rPr>
                <w:sz w:val="18"/>
              </w:rPr>
              <w:t>0.948</w:t>
            </w:r>
          </w:p>
        </w:tc>
        <w:tc>
          <w:tcPr>
            <w:tcW w:w="2098" w:type="dxa"/>
            <w:vAlign w:val="center"/>
          </w:tcPr>
          <w:p w14:paraId="2CEA7533" w14:textId="31DA90BD" w:rsidR="00446222" w:rsidRDefault="00000000">
            <w:pPr>
              <w:spacing w:after="0" w:line="252" w:lineRule="auto"/>
              <w:jc w:val="center"/>
            </w:pPr>
            <w:r>
              <w:rPr>
                <w:sz w:val="18"/>
              </w:rPr>
              <w:t>0.840</w:t>
            </w:r>
            <w:r w:rsidR="0047469F">
              <w:rPr>
                <w:sz w:val="18"/>
              </w:rPr>
              <w:t>-</w:t>
            </w:r>
            <w:r>
              <w:rPr>
                <w:sz w:val="18"/>
              </w:rPr>
              <w:t>0.985</w:t>
            </w:r>
          </w:p>
        </w:tc>
        <w:tc>
          <w:tcPr>
            <w:tcW w:w="1531" w:type="dxa"/>
            <w:vAlign w:val="center"/>
          </w:tcPr>
          <w:p w14:paraId="399EDFE6" w14:textId="77777777" w:rsidR="00446222" w:rsidRDefault="00000000">
            <w:pPr>
              <w:spacing w:after="0" w:line="252" w:lineRule="auto"/>
              <w:jc w:val="center"/>
            </w:pPr>
            <w:r>
              <w:rPr>
                <w:sz w:val="18"/>
              </w:rPr>
              <w:t>97.0</w:t>
            </w:r>
          </w:p>
        </w:tc>
        <w:tc>
          <w:tcPr>
            <w:tcW w:w="2098" w:type="dxa"/>
            <w:vAlign w:val="center"/>
          </w:tcPr>
          <w:p w14:paraId="1F004124" w14:textId="733DF6C9" w:rsidR="00446222" w:rsidRDefault="00000000">
            <w:pPr>
              <w:spacing w:after="0" w:line="252" w:lineRule="auto"/>
              <w:jc w:val="center"/>
            </w:pPr>
            <w:r>
              <w:rPr>
                <w:sz w:val="18"/>
              </w:rPr>
              <w:t>0.115</w:t>
            </w:r>
            <w:r w:rsidR="0047469F">
              <w:rPr>
                <w:sz w:val="18"/>
              </w:rPr>
              <w:t>-</w:t>
            </w:r>
            <w:r>
              <w:rPr>
                <w:sz w:val="18"/>
              </w:rPr>
              <w:t>0.708</w:t>
            </w:r>
          </w:p>
        </w:tc>
      </w:tr>
      <w:tr w:rsidR="00446222" w14:paraId="514F5DE7" w14:textId="77777777">
        <w:trPr>
          <w:cantSplit/>
          <w:jc w:val="center"/>
        </w:trPr>
        <w:tc>
          <w:tcPr>
            <w:tcW w:w="1077" w:type="dxa"/>
            <w:vAlign w:val="center"/>
          </w:tcPr>
          <w:p w14:paraId="27101347" w14:textId="77777777" w:rsidR="00446222" w:rsidRDefault="00000000">
            <w:pPr>
              <w:spacing w:after="0" w:line="252" w:lineRule="auto"/>
            </w:pPr>
            <w:r>
              <w:rPr>
                <w:sz w:val="18"/>
              </w:rPr>
              <w:t>FP05</w:t>
            </w:r>
          </w:p>
        </w:tc>
        <w:tc>
          <w:tcPr>
            <w:tcW w:w="1191" w:type="dxa"/>
            <w:vAlign w:val="center"/>
          </w:tcPr>
          <w:p w14:paraId="2EC04577" w14:textId="77777777" w:rsidR="00446222" w:rsidRDefault="00000000">
            <w:pPr>
              <w:spacing w:after="0" w:line="252" w:lineRule="auto"/>
              <w:jc w:val="center"/>
            </w:pPr>
            <w:r>
              <w:rPr>
                <w:sz w:val="18"/>
              </w:rPr>
              <w:t>6.11</w:t>
            </w:r>
          </w:p>
        </w:tc>
        <w:tc>
          <w:tcPr>
            <w:tcW w:w="1644" w:type="dxa"/>
            <w:vAlign w:val="center"/>
          </w:tcPr>
          <w:p w14:paraId="2135A253" w14:textId="77777777" w:rsidR="00446222" w:rsidRDefault="00000000">
            <w:pPr>
              <w:spacing w:after="0" w:line="252" w:lineRule="auto"/>
              <w:jc w:val="center"/>
            </w:pPr>
            <w:r>
              <w:rPr>
                <w:sz w:val="18"/>
              </w:rPr>
              <w:t>0.835</w:t>
            </w:r>
          </w:p>
        </w:tc>
        <w:tc>
          <w:tcPr>
            <w:tcW w:w="2098" w:type="dxa"/>
            <w:vAlign w:val="center"/>
          </w:tcPr>
          <w:p w14:paraId="21A1178E" w14:textId="4179AE07" w:rsidR="00446222" w:rsidRDefault="00000000">
            <w:pPr>
              <w:spacing w:after="0" w:line="252" w:lineRule="auto"/>
              <w:jc w:val="center"/>
            </w:pPr>
            <w:r>
              <w:rPr>
                <w:sz w:val="18"/>
              </w:rPr>
              <w:t>0.255</w:t>
            </w:r>
            <w:r w:rsidR="0047469F">
              <w:rPr>
                <w:sz w:val="18"/>
              </w:rPr>
              <w:t>-</w:t>
            </w:r>
            <w:r>
              <w:rPr>
                <w:sz w:val="18"/>
              </w:rPr>
              <w:t>0.951</w:t>
            </w:r>
          </w:p>
        </w:tc>
        <w:tc>
          <w:tcPr>
            <w:tcW w:w="1531" w:type="dxa"/>
            <w:vAlign w:val="center"/>
          </w:tcPr>
          <w:p w14:paraId="3C116E6A" w14:textId="77777777" w:rsidR="00446222" w:rsidRDefault="00000000">
            <w:pPr>
              <w:spacing w:after="0" w:line="252" w:lineRule="auto"/>
              <w:jc w:val="center"/>
            </w:pPr>
            <w:r>
              <w:rPr>
                <w:sz w:val="18"/>
              </w:rPr>
              <w:t>43.2</w:t>
            </w:r>
          </w:p>
        </w:tc>
        <w:tc>
          <w:tcPr>
            <w:tcW w:w="2098" w:type="dxa"/>
            <w:vAlign w:val="center"/>
          </w:tcPr>
          <w:p w14:paraId="03C5AB75" w14:textId="68CAC86C" w:rsidR="00446222" w:rsidRDefault="00000000">
            <w:pPr>
              <w:spacing w:after="0" w:line="252" w:lineRule="auto"/>
              <w:jc w:val="center"/>
            </w:pPr>
            <w:r>
              <w:rPr>
                <w:sz w:val="18"/>
              </w:rPr>
              <w:t>0.632</w:t>
            </w:r>
            <w:r w:rsidR="0047469F">
              <w:rPr>
                <w:sz w:val="18"/>
              </w:rPr>
              <w:t>-</w:t>
            </w:r>
            <w:r>
              <w:rPr>
                <w:sz w:val="18"/>
              </w:rPr>
              <w:t>1.527</w:t>
            </w:r>
          </w:p>
        </w:tc>
      </w:tr>
      <w:tr w:rsidR="00446222" w14:paraId="22697100" w14:textId="77777777">
        <w:trPr>
          <w:cantSplit/>
          <w:jc w:val="center"/>
        </w:trPr>
        <w:tc>
          <w:tcPr>
            <w:tcW w:w="1077" w:type="dxa"/>
            <w:vAlign w:val="center"/>
          </w:tcPr>
          <w:p w14:paraId="6CD23BCF" w14:textId="77777777" w:rsidR="00446222" w:rsidRDefault="00000000">
            <w:pPr>
              <w:keepNext/>
              <w:spacing w:after="0" w:line="252" w:lineRule="auto"/>
            </w:pPr>
            <w:r>
              <w:rPr>
                <w:sz w:val="18"/>
              </w:rPr>
              <w:t>FP06</w:t>
            </w:r>
          </w:p>
        </w:tc>
        <w:tc>
          <w:tcPr>
            <w:tcW w:w="1191" w:type="dxa"/>
            <w:vAlign w:val="center"/>
          </w:tcPr>
          <w:p w14:paraId="584D6CAF" w14:textId="77777777" w:rsidR="00446222" w:rsidRDefault="00000000">
            <w:pPr>
              <w:keepNext/>
              <w:spacing w:after="0" w:line="252" w:lineRule="auto"/>
              <w:jc w:val="center"/>
            </w:pPr>
            <w:r>
              <w:rPr>
                <w:sz w:val="18"/>
              </w:rPr>
              <w:t>5.31</w:t>
            </w:r>
          </w:p>
        </w:tc>
        <w:tc>
          <w:tcPr>
            <w:tcW w:w="1644" w:type="dxa"/>
            <w:vAlign w:val="center"/>
          </w:tcPr>
          <w:p w14:paraId="2D4F5269" w14:textId="77777777" w:rsidR="00446222" w:rsidRDefault="00000000">
            <w:pPr>
              <w:keepNext/>
              <w:spacing w:after="0" w:line="252" w:lineRule="auto"/>
              <w:jc w:val="center"/>
            </w:pPr>
            <w:r>
              <w:rPr>
                <w:sz w:val="18"/>
              </w:rPr>
              <w:t>0.693</w:t>
            </w:r>
          </w:p>
        </w:tc>
        <w:tc>
          <w:tcPr>
            <w:tcW w:w="2098" w:type="dxa"/>
            <w:vAlign w:val="center"/>
          </w:tcPr>
          <w:p w14:paraId="57196201" w14:textId="47DD3835" w:rsidR="00446222" w:rsidRDefault="00000000">
            <w:pPr>
              <w:keepNext/>
              <w:spacing w:after="0" w:line="252" w:lineRule="auto"/>
              <w:jc w:val="center"/>
            </w:pPr>
            <w:r>
              <w:rPr>
                <w:sz w:val="18"/>
              </w:rPr>
              <w:t>0.132</w:t>
            </w:r>
            <w:r w:rsidR="0047469F">
              <w:rPr>
                <w:sz w:val="18"/>
              </w:rPr>
              <w:t>-</w:t>
            </w:r>
            <w:r>
              <w:rPr>
                <w:sz w:val="18"/>
              </w:rPr>
              <w:t>0.932</w:t>
            </w:r>
          </w:p>
        </w:tc>
        <w:tc>
          <w:tcPr>
            <w:tcW w:w="1531" w:type="dxa"/>
            <w:vAlign w:val="center"/>
          </w:tcPr>
          <w:p w14:paraId="03D1B4BB" w14:textId="77777777" w:rsidR="00446222" w:rsidRDefault="00000000">
            <w:pPr>
              <w:keepNext/>
              <w:spacing w:after="0" w:line="252" w:lineRule="auto"/>
              <w:jc w:val="center"/>
            </w:pPr>
            <w:r>
              <w:rPr>
                <w:sz w:val="18"/>
              </w:rPr>
              <w:t>21.6</w:t>
            </w:r>
          </w:p>
        </w:tc>
        <w:tc>
          <w:tcPr>
            <w:tcW w:w="2098" w:type="dxa"/>
            <w:vAlign w:val="center"/>
          </w:tcPr>
          <w:p w14:paraId="1F0F20C9" w14:textId="6F0B37E7" w:rsidR="00446222" w:rsidRDefault="00000000">
            <w:pPr>
              <w:keepNext/>
              <w:spacing w:after="0" w:line="252" w:lineRule="auto"/>
              <w:jc w:val="center"/>
            </w:pPr>
            <w:r>
              <w:rPr>
                <w:sz w:val="18"/>
              </w:rPr>
              <w:t>0.588</w:t>
            </w:r>
            <w:r w:rsidR="0047469F">
              <w:rPr>
                <w:sz w:val="18"/>
              </w:rPr>
              <w:t>-</w:t>
            </w:r>
            <w:r>
              <w:rPr>
                <w:sz w:val="18"/>
              </w:rPr>
              <w:t>1.830</w:t>
            </w:r>
          </w:p>
        </w:tc>
      </w:tr>
    </w:tbl>
    <w:p w14:paraId="4220C665" w14:textId="77777777" w:rsidR="00446222" w:rsidRDefault="00000000" w:rsidP="0047469F">
      <w:pPr>
        <w:keepLines/>
        <w:spacing w:after="140" w:line="252" w:lineRule="auto"/>
        <w:jc w:val="both"/>
      </w:pPr>
      <w:r>
        <w:rPr>
          <w:sz w:val="18"/>
        </w:rPr>
        <w:t>All 500 stratified resamples were successful for each component. No low-congruence filtering was used. Percentile intervals are not multiplicity-adjusted and do not correct recruitment or recall bias. Three decimal places retain the near-null lower limit for FP02 (0.994).</w:t>
      </w:r>
    </w:p>
    <w:p w14:paraId="74666C06" w14:textId="77777777" w:rsidR="00446222" w:rsidRDefault="00000000">
      <w:pPr>
        <w:keepNext/>
        <w:spacing w:after="60" w:line="240" w:lineRule="auto"/>
        <w:jc w:val="center"/>
      </w:pPr>
      <w:r>
        <w:rPr>
          <w:noProof/>
        </w:rPr>
        <w:drawing>
          <wp:inline distT="0" distB="0" distL="0" distR="0" wp14:anchorId="5D8B87EE" wp14:editId="4CEA8D47">
            <wp:extent cx="5940000" cy="4614081"/>
            <wp:effectExtent l="0" t="0" r="0" b="0"/>
            <wp:docPr id="7" name="Figure_S7"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7.png"/>
                    <pic:cNvPicPr/>
                  </pic:nvPicPr>
                  <pic:blipFill>
                    <a:blip r:embed="rId24"/>
                    <a:stretch>
                      <a:fillRect/>
                    </a:stretch>
                  </pic:blipFill>
                  <pic:spPr>
                    <a:xfrm>
                      <a:off x="0" y="0"/>
                      <a:ext cx="5940000" cy="4614081"/>
                    </a:xfrm>
                    <a:prstGeom prst="rect">
                      <a:avLst/>
                    </a:prstGeom>
                  </pic:spPr>
                </pic:pic>
              </a:graphicData>
            </a:graphic>
          </wp:inline>
        </w:drawing>
      </w:r>
    </w:p>
    <w:p w14:paraId="184B0E01" w14:textId="1DEC2C53" w:rsidR="00446222" w:rsidRDefault="00000000" w:rsidP="0047469F">
      <w:pPr>
        <w:pStyle w:val="Caption"/>
        <w:keepLines/>
        <w:jc w:val="both"/>
      </w:pPr>
      <w:r>
        <w:rPr>
          <w:b/>
        </w:rPr>
        <w:t xml:space="preserve">Figure S7. </w:t>
      </w:r>
      <w:r>
        <w:t>Bootstrap stability of the combined dietary components. Points are median Tucker congruences; lines show 2.5</w:t>
      </w:r>
      <w:r w:rsidR="00A142B2">
        <w:t>th -</w:t>
      </w:r>
      <w:r>
        <w:t>97.5th percentiles from 500 case/control-stratified resamples with six components re-estimated and aligned. The vertical 0.85 line is descriptive, not a pass/fail criterion. These intervals quantify loading resemblance, not disease-association uncertainty.</w:t>
      </w:r>
    </w:p>
    <w:p w14:paraId="4785436E" w14:textId="77777777" w:rsidR="00446222" w:rsidRDefault="00000000">
      <w:pPr>
        <w:pStyle w:val="Heading1"/>
      </w:pPr>
      <w:r>
        <w:t>Association and sensitivity model definitions</w:t>
      </w:r>
    </w:p>
    <w:p w14:paraId="5E78AA40" w14:textId="4EFEBAAA" w:rsidR="00446222" w:rsidRDefault="00000000" w:rsidP="00A142B2">
      <w:pPr>
        <w:jc w:val="both"/>
      </w:pPr>
      <w:r>
        <w:t xml:space="preserve">Each component was fitted separately. Main models used 145 women. The natural cubic spline for age had two degrees of freedom, an internal knot at 40 and boundaries at 23 and 62 years; its basis </w:t>
      </w:r>
      <w:r>
        <w:lastRenderedPageBreak/>
        <w:t xml:space="preserve">was fixed for expanded-age and resampling analyses. Family history was Yes = 1 and rural residence was Rural = 1. BMI sensitivity used (BMI </w:t>
      </w:r>
      <w:r w:rsidR="00A142B2">
        <w:t>-</w:t>
      </w:r>
      <w:r>
        <w:t xml:space="preserve"> 25)/5; linear-age sensitivity used (age </w:t>
      </w:r>
      <w:r w:rsidR="00A142B2">
        <w:t>-</w:t>
      </w:r>
      <w:r>
        <w:t xml:space="preserve"> 40)/10. Post-menopause was coded 1. Education used primary and secondary indicators, with tertiary education as reference.</w:t>
      </w:r>
    </w:p>
    <w:p w14:paraId="56284A8A" w14:textId="41D13862" w:rsidR="00446222" w:rsidRDefault="00000000" w:rsidP="00A142B2">
      <w:pPr>
        <w:jc w:val="both"/>
      </w:pPr>
      <w:r>
        <w:t>Firth models used pointwise 95% profile intervals and penalised likelihood-ratio tests [</w:t>
      </w:r>
      <w:r w:rsidR="00890C71">
        <w:t>22</w:t>
      </w:r>
      <w:r>
        <w:t xml:space="preserve">, </w:t>
      </w:r>
      <w:r w:rsidR="00890C71">
        <w:t>23</w:t>
      </w:r>
      <w:r>
        <w:t>]. BH adjustment covered only the six M2 score tests [2</w:t>
      </w:r>
      <w:r w:rsidR="00890C71">
        <w:t>4</w:t>
      </w:r>
      <w:r>
        <w:t>]. Measurement comparisons re-estimated six aligned components and used their own SDs; other specifications retained the primary scoring basis. Sensitivity P values and intervals were not multiplicity-adjusted.</w:t>
      </w:r>
    </w:p>
    <w:p w14:paraId="62C0828C" w14:textId="77777777" w:rsidR="00446222" w:rsidRDefault="00000000">
      <w:pPr>
        <w:pStyle w:val="Caption"/>
        <w:keepNext/>
      </w:pPr>
      <w:r>
        <w:rPr>
          <w:b/>
        </w:rPr>
        <w:t>Table S14. Core and sensitivity specifications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850"/>
        <w:gridCol w:w="6293"/>
        <w:gridCol w:w="907"/>
        <w:gridCol w:w="1587"/>
      </w:tblGrid>
      <w:tr w:rsidR="00446222" w14:paraId="1A94A5D7" w14:textId="77777777">
        <w:trPr>
          <w:cantSplit/>
          <w:tblHeader/>
          <w:jc w:val="center"/>
        </w:trPr>
        <w:tc>
          <w:tcPr>
            <w:tcW w:w="850" w:type="dxa"/>
            <w:tcBorders>
              <w:bottom w:val="single" w:sz="4" w:space="0" w:color="auto"/>
            </w:tcBorders>
            <w:vAlign w:val="center"/>
          </w:tcPr>
          <w:p w14:paraId="0E5D1CB7" w14:textId="77777777" w:rsidR="00446222" w:rsidRDefault="00000000">
            <w:pPr>
              <w:keepNext/>
              <w:spacing w:after="0" w:line="252" w:lineRule="auto"/>
            </w:pPr>
            <w:r>
              <w:rPr>
                <w:b/>
                <w:sz w:val="18"/>
              </w:rPr>
              <w:t>Model</w:t>
            </w:r>
          </w:p>
        </w:tc>
        <w:tc>
          <w:tcPr>
            <w:tcW w:w="6293" w:type="dxa"/>
            <w:tcBorders>
              <w:bottom w:val="single" w:sz="4" w:space="0" w:color="auto"/>
            </w:tcBorders>
            <w:vAlign w:val="center"/>
          </w:tcPr>
          <w:p w14:paraId="25234284" w14:textId="77777777" w:rsidR="00446222" w:rsidRDefault="00000000">
            <w:pPr>
              <w:keepNext/>
              <w:spacing w:after="0" w:line="252" w:lineRule="auto"/>
            </w:pPr>
            <w:r>
              <w:rPr>
                <w:b/>
                <w:sz w:val="18"/>
              </w:rPr>
              <w:t>Specification</w:t>
            </w:r>
          </w:p>
        </w:tc>
        <w:tc>
          <w:tcPr>
            <w:tcW w:w="907" w:type="dxa"/>
            <w:tcBorders>
              <w:bottom w:val="single" w:sz="4" w:space="0" w:color="auto"/>
            </w:tcBorders>
            <w:vAlign w:val="center"/>
          </w:tcPr>
          <w:p w14:paraId="54BB97F8" w14:textId="77777777" w:rsidR="00446222" w:rsidRDefault="00000000">
            <w:pPr>
              <w:keepNext/>
              <w:spacing w:after="0" w:line="252" w:lineRule="auto"/>
              <w:jc w:val="center"/>
            </w:pPr>
            <w:r>
              <w:rPr>
                <w:b/>
                <w:sz w:val="18"/>
              </w:rPr>
              <w:t>N</w:t>
            </w:r>
          </w:p>
        </w:tc>
        <w:tc>
          <w:tcPr>
            <w:tcW w:w="1587" w:type="dxa"/>
            <w:tcBorders>
              <w:bottom w:val="single" w:sz="4" w:space="0" w:color="auto"/>
            </w:tcBorders>
            <w:vAlign w:val="center"/>
          </w:tcPr>
          <w:p w14:paraId="3BC1F304" w14:textId="77777777" w:rsidR="00446222" w:rsidRDefault="00000000">
            <w:pPr>
              <w:keepNext/>
              <w:spacing w:after="0" w:line="252" w:lineRule="auto"/>
              <w:jc w:val="center"/>
            </w:pPr>
            <w:r>
              <w:rPr>
                <w:b/>
                <w:sz w:val="18"/>
              </w:rPr>
              <w:t>Controls /</w:t>
            </w:r>
            <w:r>
              <w:rPr>
                <w:b/>
                <w:sz w:val="18"/>
              </w:rPr>
              <w:br/>
              <w:t>cases</w:t>
            </w:r>
          </w:p>
        </w:tc>
      </w:tr>
      <w:tr w:rsidR="00446222" w14:paraId="26C826FB" w14:textId="77777777">
        <w:trPr>
          <w:cantSplit/>
          <w:jc w:val="center"/>
        </w:trPr>
        <w:tc>
          <w:tcPr>
            <w:tcW w:w="850" w:type="dxa"/>
            <w:vAlign w:val="center"/>
          </w:tcPr>
          <w:p w14:paraId="53AAE439" w14:textId="77777777" w:rsidR="00446222" w:rsidRDefault="00000000">
            <w:pPr>
              <w:spacing w:after="0" w:line="252" w:lineRule="auto"/>
            </w:pPr>
            <w:r>
              <w:rPr>
                <w:sz w:val="18"/>
              </w:rPr>
              <w:t>M0</w:t>
            </w:r>
          </w:p>
        </w:tc>
        <w:tc>
          <w:tcPr>
            <w:tcW w:w="6293" w:type="dxa"/>
            <w:vAlign w:val="center"/>
          </w:tcPr>
          <w:p w14:paraId="5E02449C" w14:textId="77777777" w:rsidR="00446222" w:rsidRDefault="00000000">
            <w:pPr>
              <w:spacing w:after="0" w:line="252" w:lineRule="auto"/>
            </w:pPr>
            <w:r>
              <w:rPr>
                <w:sz w:val="18"/>
              </w:rPr>
              <w:t>Score only</w:t>
            </w:r>
          </w:p>
        </w:tc>
        <w:tc>
          <w:tcPr>
            <w:tcW w:w="907" w:type="dxa"/>
            <w:vAlign w:val="center"/>
          </w:tcPr>
          <w:p w14:paraId="180EEFB6" w14:textId="77777777" w:rsidR="00446222" w:rsidRDefault="00000000">
            <w:pPr>
              <w:spacing w:after="0" w:line="252" w:lineRule="auto"/>
              <w:jc w:val="center"/>
            </w:pPr>
            <w:r>
              <w:rPr>
                <w:sz w:val="18"/>
              </w:rPr>
              <w:t>145</w:t>
            </w:r>
          </w:p>
        </w:tc>
        <w:tc>
          <w:tcPr>
            <w:tcW w:w="1587" w:type="dxa"/>
            <w:vAlign w:val="center"/>
          </w:tcPr>
          <w:p w14:paraId="100EE732" w14:textId="77777777" w:rsidR="00446222" w:rsidRDefault="00000000">
            <w:pPr>
              <w:spacing w:after="0" w:line="252" w:lineRule="auto"/>
              <w:jc w:val="center"/>
            </w:pPr>
            <w:r>
              <w:rPr>
                <w:sz w:val="18"/>
              </w:rPr>
              <w:t>83 / 62</w:t>
            </w:r>
          </w:p>
        </w:tc>
      </w:tr>
      <w:tr w:rsidR="00446222" w14:paraId="5C3EF9EC" w14:textId="77777777">
        <w:trPr>
          <w:cantSplit/>
          <w:jc w:val="center"/>
        </w:trPr>
        <w:tc>
          <w:tcPr>
            <w:tcW w:w="850" w:type="dxa"/>
            <w:vAlign w:val="center"/>
          </w:tcPr>
          <w:p w14:paraId="678C3F67" w14:textId="77777777" w:rsidR="00446222" w:rsidRDefault="00000000">
            <w:pPr>
              <w:spacing w:after="0" w:line="252" w:lineRule="auto"/>
            </w:pPr>
            <w:r>
              <w:rPr>
                <w:sz w:val="18"/>
              </w:rPr>
              <w:t>M1</w:t>
            </w:r>
          </w:p>
        </w:tc>
        <w:tc>
          <w:tcPr>
            <w:tcW w:w="6293" w:type="dxa"/>
            <w:vAlign w:val="center"/>
          </w:tcPr>
          <w:p w14:paraId="0A69328E" w14:textId="77777777" w:rsidR="00446222" w:rsidRDefault="00000000">
            <w:pPr>
              <w:spacing w:after="0" w:line="252" w:lineRule="auto"/>
            </w:pPr>
            <w:r>
              <w:rPr>
                <w:sz w:val="18"/>
              </w:rPr>
              <w:t>Score + age spline</w:t>
            </w:r>
          </w:p>
        </w:tc>
        <w:tc>
          <w:tcPr>
            <w:tcW w:w="907" w:type="dxa"/>
            <w:vAlign w:val="center"/>
          </w:tcPr>
          <w:p w14:paraId="00C526CA" w14:textId="77777777" w:rsidR="00446222" w:rsidRDefault="00000000">
            <w:pPr>
              <w:spacing w:after="0" w:line="252" w:lineRule="auto"/>
              <w:jc w:val="center"/>
            </w:pPr>
            <w:r>
              <w:rPr>
                <w:sz w:val="18"/>
              </w:rPr>
              <w:t>145</w:t>
            </w:r>
          </w:p>
        </w:tc>
        <w:tc>
          <w:tcPr>
            <w:tcW w:w="1587" w:type="dxa"/>
            <w:vAlign w:val="center"/>
          </w:tcPr>
          <w:p w14:paraId="266DC583" w14:textId="77777777" w:rsidR="00446222" w:rsidRDefault="00000000">
            <w:pPr>
              <w:spacing w:after="0" w:line="252" w:lineRule="auto"/>
              <w:jc w:val="center"/>
            </w:pPr>
            <w:r>
              <w:rPr>
                <w:sz w:val="18"/>
              </w:rPr>
              <w:t>83 / 62</w:t>
            </w:r>
          </w:p>
        </w:tc>
      </w:tr>
      <w:tr w:rsidR="00446222" w14:paraId="520BFC31" w14:textId="77777777">
        <w:trPr>
          <w:cantSplit/>
          <w:jc w:val="center"/>
        </w:trPr>
        <w:tc>
          <w:tcPr>
            <w:tcW w:w="850" w:type="dxa"/>
            <w:vAlign w:val="center"/>
          </w:tcPr>
          <w:p w14:paraId="7706B513" w14:textId="77777777" w:rsidR="00446222" w:rsidRDefault="00000000">
            <w:pPr>
              <w:spacing w:after="0" w:line="252" w:lineRule="auto"/>
            </w:pPr>
            <w:r>
              <w:rPr>
                <w:sz w:val="18"/>
              </w:rPr>
              <w:t>M2</w:t>
            </w:r>
          </w:p>
        </w:tc>
        <w:tc>
          <w:tcPr>
            <w:tcW w:w="6293" w:type="dxa"/>
            <w:vAlign w:val="center"/>
          </w:tcPr>
          <w:p w14:paraId="575D966F" w14:textId="77777777" w:rsidR="00446222" w:rsidRDefault="00000000">
            <w:pPr>
              <w:spacing w:after="0" w:line="252" w:lineRule="auto"/>
            </w:pPr>
            <w:r>
              <w:rPr>
                <w:sz w:val="18"/>
              </w:rPr>
              <w:t>Score + age spline + family history + residence</w:t>
            </w:r>
          </w:p>
        </w:tc>
        <w:tc>
          <w:tcPr>
            <w:tcW w:w="907" w:type="dxa"/>
            <w:vAlign w:val="center"/>
          </w:tcPr>
          <w:p w14:paraId="3C60F5D1" w14:textId="77777777" w:rsidR="00446222" w:rsidRDefault="00000000">
            <w:pPr>
              <w:spacing w:after="0" w:line="252" w:lineRule="auto"/>
              <w:jc w:val="center"/>
            </w:pPr>
            <w:r>
              <w:rPr>
                <w:sz w:val="18"/>
              </w:rPr>
              <w:t>145</w:t>
            </w:r>
          </w:p>
        </w:tc>
        <w:tc>
          <w:tcPr>
            <w:tcW w:w="1587" w:type="dxa"/>
            <w:vAlign w:val="center"/>
          </w:tcPr>
          <w:p w14:paraId="6EC3366E" w14:textId="77777777" w:rsidR="00446222" w:rsidRDefault="00000000">
            <w:pPr>
              <w:spacing w:after="0" w:line="252" w:lineRule="auto"/>
              <w:jc w:val="center"/>
            </w:pPr>
            <w:r>
              <w:rPr>
                <w:sz w:val="18"/>
              </w:rPr>
              <w:t>83 / 62</w:t>
            </w:r>
          </w:p>
        </w:tc>
      </w:tr>
      <w:tr w:rsidR="00446222" w14:paraId="0F2B52AF" w14:textId="77777777">
        <w:trPr>
          <w:cantSplit/>
          <w:jc w:val="center"/>
        </w:trPr>
        <w:tc>
          <w:tcPr>
            <w:tcW w:w="850" w:type="dxa"/>
            <w:vAlign w:val="center"/>
          </w:tcPr>
          <w:p w14:paraId="30D6C2BC" w14:textId="77777777" w:rsidR="00446222" w:rsidRDefault="00000000">
            <w:pPr>
              <w:spacing w:after="0" w:line="252" w:lineRule="auto"/>
            </w:pPr>
            <w:r>
              <w:rPr>
                <w:sz w:val="18"/>
              </w:rPr>
              <w:t>S01</w:t>
            </w:r>
          </w:p>
        </w:tc>
        <w:tc>
          <w:tcPr>
            <w:tcW w:w="6293" w:type="dxa"/>
            <w:vAlign w:val="center"/>
          </w:tcPr>
          <w:p w14:paraId="39F98575" w14:textId="77777777" w:rsidR="00446222" w:rsidRDefault="00000000">
            <w:pPr>
              <w:spacing w:after="0" w:line="252" w:lineRule="auto"/>
            </w:pPr>
            <w:r>
              <w:rPr>
                <w:sz w:val="18"/>
              </w:rPr>
              <w:t>M2; ages ≥23, no upper limit</w:t>
            </w:r>
          </w:p>
        </w:tc>
        <w:tc>
          <w:tcPr>
            <w:tcW w:w="907" w:type="dxa"/>
            <w:vAlign w:val="center"/>
          </w:tcPr>
          <w:p w14:paraId="3481A735" w14:textId="77777777" w:rsidR="00446222" w:rsidRDefault="00000000">
            <w:pPr>
              <w:spacing w:after="0" w:line="252" w:lineRule="auto"/>
              <w:jc w:val="center"/>
            </w:pPr>
            <w:r>
              <w:rPr>
                <w:sz w:val="18"/>
              </w:rPr>
              <w:t>150</w:t>
            </w:r>
          </w:p>
        </w:tc>
        <w:tc>
          <w:tcPr>
            <w:tcW w:w="1587" w:type="dxa"/>
            <w:vAlign w:val="center"/>
          </w:tcPr>
          <w:p w14:paraId="6CF85D97" w14:textId="77777777" w:rsidR="00446222" w:rsidRDefault="00000000">
            <w:pPr>
              <w:spacing w:after="0" w:line="252" w:lineRule="auto"/>
              <w:jc w:val="center"/>
            </w:pPr>
            <w:r>
              <w:rPr>
                <w:sz w:val="18"/>
              </w:rPr>
              <w:t>83 / 67</w:t>
            </w:r>
          </w:p>
        </w:tc>
      </w:tr>
      <w:tr w:rsidR="00446222" w14:paraId="79A17573" w14:textId="77777777">
        <w:trPr>
          <w:cantSplit/>
          <w:jc w:val="center"/>
        </w:trPr>
        <w:tc>
          <w:tcPr>
            <w:tcW w:w="850" w:type="dxa"/>
            <w:vAlign w:val="center"/>
          </w:tcPr>
          <w:p w14:paraId="0C0FBB8D" w14:textId="77777777" w:rsidR="00446222" w:rsidRDefault="00000000">
            <w:pPr>
              <w:spacing w:after="0" w:line="252" w:lineRule="auto"/>
            </w:pPr>
            <w:r>
              <w:rPr>
                <w:sz w:val="18"/>
              </w:rPr>
              <w:t>S02</w:t>
            </w:r>
          </w:p>
        </w:tc>
        <w:tc>
          <w:tcPr>
            <w:tcW w:w="6293" w:type="dxa"/>
            <w:vAlign w:val="center"/>
          </w:tcPr>
          <w:p w14:paraId="529AB7A2" w14:textId="77777777" w:rsidR="00446222" w:rsidRDefault="00000000">
            <w:pPr>
              <w:spacing w:after="0" w:line="252" w:lineRule="auto"/>
            </w:pPr>
            <w:r>
              <w:rPr>
                <w:sz w:val="18"/>
              </w:rPr>
              <w:t>M2; all enrolled ages</w:t>
            </w:r>
          </w:p>
        </w:tc>
        <w:tc>
          <w:tcPr>
            <w:tcW w:w="907" w:type="dxa"/>
            <w:vAlign w:val="center"/>
          </w:tcPr>
          <w:p w14:paraId="1483B086" w14:textId="77777777" w:rsidR="00446222" w:rsidRDefault="00000000">
            <w:pPr>
              <w:spacing w:after="0" w:line="252" w:lineRule="auto"/>
              <w:jc w:val="center"/>
            </w:pPr>
            <w:r>
              <w:rPr>
                <w:sz w:val="18"/>
              </w:rPr>
              <w:t>163</w:t>
            </w:r>
          </w:p>
        </w:tc>
        <w:tc>
          <w:tcPr>
            <w:tcW w:w="1587" w:type="dxa"/>
            <w:vAlign w:val="center"/>
          </w:tcPr>
          <w:p w14:paraId="1B17C306" w14:textId="77777777" w:rsidR="00446222" w:rsidRDefault="00000000">
            <w:pPr>
              <w:spacing w:after="0" w:line="252" w:lineRule="auto"/>
              <w:jc w:val="center"/>
            </w:pPr>
            <w:r>
              <w:rPr>
                <w:sz w:val="18"/>
              </w:rPr>
              <w:t>96 / 67</w:t>
            </w:r>
          </w:p>
        </w:tc>
      </w:tr>
      <w:tr w:rsidR="00446222" w14:paraId="5A4D5A8C" w14:textId="77777777">
        <w:trPr>
          <w:cantSplit/>
          <w:jc w:val="center"/>
        </w:trPr>
        <w:tc>
          <w:tcPr>
            <w:tcW w:w="850" w:type="dxa"/>
            <w:vAlign w:val="center"/>
          </w:tcPr>
          <w:p w14:paraId="4223A66D" w14:textId="77777777" w:rsidR="00446222" w:rsidRDefault="00000000">
            <w:pPr>
              <w:spacing w:after="0" w:line="252" w:lineRule="auto"/>
            </w:pPr>
            <w:r>
              <w:rPr>
                <w:sz w:val="18"/>
              </w:rPr>
              <w:t>S03</w:t>
            </w:r>
          </w:p>
        </w:tc>
        <w:tc>
          <w:tcPr>
            <w:tcW w:w="6293" w:type="dxa"/>
            <w:vAlign w:val="center"/>
          </w:tcPr>
          <w:p w14:paraId="6CB481C8" w14:textId="77777777" w:rsidR="00446222" w:rsidRDefault="00000000">
            <w:pPr>
              <w:spacing w:after="0" w:line="252" w:lineRule="auto"/>
            </w:pPr>
            <w:r>
              <w:rPr>
                <w:sz w:val="18"/>
              </w:rPr>
              <w:t>M2; exclude recorded students from both groups</w:t>
            </w:r>
          </w:p>
        </w:tc>
        <w:tc>
          <w:tcPr>
            <w:tcW w:w="907" w:type="dxa"/>
            <w:vAlign w:val="center"/>
          </w:tcPr>
          <w:p w14:paraId="63E3BBDB" w14:textId="77777777" w:rsidR="00446222" w:rsidRDefault="00000000">
            <w:pPr>
              <w:spacing w:after="0" w:line="252" w:lineRule="auto"/>
              <w:jc w:val="center"/>
            </w:pPr>
            <w:r>
              <w:rPr>
                <w:sz w:val="18"/>
              </w:rPr>
              <w:t>121</w:t>
            </w:r>
          </w:p>
        </w:tc>
        <w:tc>
          <w:tcPr>
            <w:tcW w:w="1587" w:type="dxa"/>
            <w:vAlign w:val="center"/>
          </w:tcPr>
          <w:p w14:paraId="32AAB779" w14:textId="77777777" w:rsidR="00446222" w:rsidRDefault="00000000">
            <w:pPr>
              <w:spacing w:after="0" w:line="252" w:lineRule="auto"/>
              <w:jc w:val="center"/>
            </w:pPr>
            <w:r>
              <w:rPr>
                <w:sz w:val="18"/>
              </w:rPr>
              <w:t>66 / 55</w:t>
            </w:r>
          </w:p>
        </w:tc>
      </w:tr>
      <w:tr w:rsidR="00446222" w14:paraId="46603823" w14:textId="77777777">
        <w:trPr>
          <w:cantSplit/>
          <w:jc w:val="center"/>
        </w:trPr>
        <w:tc>
          <w:tcPr>
            <w:tcW w:w="850" w:type="dxa"/>
            <w:vAlign w:val="center"/>
          </w:tcPr>
          <w:p w14:paraId="64979289" w14:textId="77777777" w:rsidR="00446222" w:rsidRDefault="00000000">
            <w:pPr>
              <w:spacing w:after="0" w:line="252" w:lineRule="auto"/>
            </w:pPr>
            <w:r>
              <w:rPr>
                <w:sz w:val="18"/>
              </w:rPr>
              <w:t>S04</w:t>
            </w:r>
          </w:p>
        </w:tc>
        <w:tc>
          <w:tcPr>
            <w:tcW w:w="6293" w:type="dxa"/>
            <w:vAlign w:val="center"/>
          </w:tcPr>
          <w:p w14:paraId="25DD7E45" w14:textId="77777777" w:rsidR="00446222" w:rsidRDefault="00000000">
            <w:pPr>
              <w:spacing w:after="0" w:line="252" w:lineRule="auto"/>
            </w:pPr>
            <w:r>
              <w:rPr>
                <w:sz w:val="18"/>
              </w:rPr>
              <w:t>M2 + recorded student status</w:t>
            </w:r>
          </w:p>
        </w:tc>
        <w:tc>
          <w:tcPr>
            <w:tcW w:w="907" w:type="dxa"/>
            <w:vAlign w:val="center"/>
          </w:tcPr>
          <w:p w14:paraId="3D41D124" w14:textId="77777777" w:rsidR="00446222" w:rsidRDefault="00000000">
            <w:pPr>
              <w:spacing w:after="0" w:line="252" w:lineRule="auto"/>
              <w:jc w:val="center"/>
            </w:pPr>
            <w:r>
              <w:rPr>
                <w:sz w:val="18"/>
              </w:rPr>
              <w:t>145</w:t>
            </w:r>
          </w:p>
        </w:tc>
        <w:tc>
          <w:tcPr>
            <w:tcW w:w="1587" w:type="dxa"/>
            <w:vAlign w:val="center"/>
          </w:tcPr>
          <w:p w14:paraId="21013523" w14:textId="77777777" w:rsidR="00446222" w:rsidRDefault="00000000">
            <w:pPr>
              <w:spacing w:after="0" w:line="252" w:lineRule="auto"/>
              <w:jc w:val="center"/>
            </w:pPr>
            <w:r>
              <w:rPr>
                <w:sz w:val="18"/>
              </w:rPr>
              <w:t>83 / 62</w:t>
            </w:r>
          </w:p>
        </w:tc>
      </w:tr>
      <w:tr w:rsidR="00446222" w14:paraId="7EF4FF15" w14:textId="77777777">
        <w:trPr>
          <w:cantSplit/>
          <w:jc w:val="center"/>
        </w:trPr>
        <w:tc>
          <w:tcPr>
            <w:tcW w:w="850" w:type="dxa"/>
            <w:vAlign w:val="center"/>
          </w:tcPr>
          <w:p w14:paraId="745667EF" w14:textId="77777777" w:rsidR="00446222" w:rsidRDefault="00000000">
            <w:pPr>
              <w:spacing w:after="0" w:line="252" w:lineRule="auto"/>
            </w:pPr>
            <w:r>
              <w:rPr>
                <w:sz w:val="18"/>
              </w:rPr>
              <w:t>S05</w:t>
            </w:r>
          </w:p>
        </w:tc>
        <w:tc>
          <w:tcPr>
            <w:tcW w:w="6293" w:type="dxa"/>
            <w:vAlign w:val="center"/>
          </w:tcPr>
          <w:p w14:paraId="31DE3822" w14:textId="77777777" w:rsidR="00446222" w:rsidRDefault="00000000">
            <w:pPr>
              <w:spacing w:after="0" w:line="252" w:lineRule="auto"/>
            </w:pPr>
            <w:r>
              <w:rPr>
                <w:sz w:val="18"/>
              </w:rPr>
              <w:t>M2 with linear rather than spline age</w:t>
            </w:r>
          </w:p>
        </w:tc>
        <w:tc>
          <w:tcPr>
            <w:tcW w:w="907" w:type="dxa"/>
            <w:vAlign w:val="center"/>
          </w:tcPr>
          <w:p w14:paraId="351C3104" w14:textId="77777777" w:rsidR="00446222" w:rsidRDefault="00000000">
            <w:pPr>
              <w:spacing w:after="0" w:line="252" w:lineRule="auto"/>
              <w:jc w:val="center"/>
            </w:pPr>
            <w:r>
              <w:rPr>
                <w:sz w:val="18"/>
              </w:rPr>
              <w:t>145</w:t>
            </w:r>
          </w:p>
        </w:tc>
        <w:tc>
          <w:tcPr>
            <w:tcW w:w="1587" w:type="dxa"/>
            <w:vAlign w:val="center"/>
          </w:tcPr>
          <w:p w14:paraId="159136EE" w14:textId="77777777" w:rsidR="00446222" w:rsidRDefault="00000000">
            <w:pPr>
              <w:spacing w:after="0" w:line="252" w:lineRule="auto"/>
              <w:jc w:val="center"/>
            </w:pPr>
            <w:r>
              <w:rPr>
                <w:sz w:val="18"/>
              </w:rPr>
              <w:t>83 / 62</w:t>
            </w:r>
          </w:p>
        </w:tc>
      </w:tr>
      <w:tr w:rsidR="00446222" w14:paraId="5D146C43" w14:textId="77777777">
        <w:trPr>
          <w:cantSplit/>
          <w:jc w:val="center"/>
        </w:trPr>
        <w:tc>
          <w:tcPr>
            <w:tcW w:w="850" w:type="dxa"/>
            <w:vAlign w:val="center"/>
          </w:tcPr>
          <w:p w14:paraId="17EAB26E" w14:textId="77777777" w:rsidR="00446222" w:rsidRDefault="00000000">
            <w:pPr>
              <w:spacing w:after="0" w:line="252" w:lineRule="auto"/>
            </w:pPr>
            <w:r>
              <w:rPr>
                <w:sz w:val="18"/>
              </w:rPr>
              <w:t>S06</w:t>
            </w:r>
          </w:p>
        </w:tc>
        <w:tc>
          <w:tcPr>
            <w:tcW w:w="6293" w:type="dxa"/>
            <w:vAlign w:val="center"/>
          </w:tcPr>
          <w:p w14:paraId="21CBEBB9" w14:textId="20F86059" w:rsidR="00446222" w:rsidRDefault="00000000">
            <w:pPr>
              <w:spacing w:after="0" w:line="252" w:lineRule="auto"/>
            </w:pPr>
            <w:r>
              <w:rPr>
                <w:sz w:val="18"/>
              </w:rPr>
              <w:t>M2; ages 23</w:t>
            </w:r>
            <w:r w:rsidR="00A142B2">
              <w:rPr>
                <w:sz w:val="18"/>
              </w:rPr>
              <w:t>-</w:t>
            </w:r>
            <w:r>
              <w:rPr>
                <w:sz w:val="18"/>
              </w:rPr>
              <w:t>58</w:t>
            </w:r>
          </w:p>
        </w:tc>
        <w:tc>
          <w:tcPr>
            <w:tcW w:w="907" w:type="dxa"/>
            <w:vAlign w:val="center"/>
          </w:tcPr>
          <w:p w14:paraId="271ECFCE" w14:textId="77777777" w:rsidR="00446222" w:rsidRDefault="00000000">
            <w:pPr>
              <w:spacing w:after="0" w:line="252" w:lineRule="auto"/>
              <w:jc w:val="center"/>
            </w:pPr>
            <w:r>
              <w:rPr>
                <w:sz w:val="18"/>
              </w:rPr>
              <w:t>135</w:t>
            </w:r>
          </w:p>
        </w:tc>
        <w:tc>
          <w:tcPr>
            <w:tcW w:w="1587" w:type="dxa"/>
            <w:vAlign w:val="center"/>
          </w:tcPr>
          <w:p w14:paraId="6416E322" w14:textId="77777777" w:rsidR="00446222" w:rsidRDefault="00000000">
            <w:pPr>
              <w:spacing w:after="0" w:line="252" w:lineRule="auto"/>
              <w:jc w:val="center"/>
            </w:pPr>
            <w:r>
              <w:rPr>
                <w:sz w:val="18"/>
              </w:rPr>
              <w:t>82 / 53</w:t>
            </w:r>
          </w:p>
        </w:tc>
      </w:tr>
      <w:tr w:rsidR="00446222" w14:paraId="0F300A89" w14:textId="77777777">
        <w:trPr>
          <w:cantSplit/>
          <w:jc w:val="center"/>
        </w:trPr>
        <w:tc>
          <w:tcPr>
            <w:tcW w:w="850" w:type="dxa"/>
            <w:vAlign w:val="center"/>
          </w:tcPr>
          <w:p w14:paraId="738A292B" w14:textId="77777777" w:rsidR="00446222" w:rsidRDefault="00000000">
            <w:pPr>
              <w:spacing w:after="0" w:line="252" w:lineRule="auto"/>
            </w:pPr>
            <w:r>
              <w:rPr>
                <w:sz w:val="18"/>
              </w:rPr>
              <w:t>S07</w:t>
            </w:r>
          </w:p>
        </w:tc>
        <w:tc>
          <w:tcPr>
            <w:tcW w:w="6293" w:type="dxa"/>
            <w:vAlign w:val="center"/>
          </w:tcPr>
          <w:p w14:paraId="165A46DE" w14:textId="77777777" w:rsidR="00446222" w:rsidRDefault="00000000">
            <w:pPr>
              <w:spacing w:after="0" w:line="252" w:lineRule="auto"/>
            </w:pPr>
            <w:r>
              <w:rPr>
                <w:sz w:val="18"/>
              </w:rPr>
              <w:t>M2 + recorded BMI</w:t>
            </w:r>
          </w:p>
        </w:tc>
        <w:tc>
          <w:tcPr>
            <w:tcW w:w="907" w:type="dxa"/>
            <w:vAlign w:val="center"/>
          </w:tcPr>
          <w:p w14:paraId="205D69DF" w14:textId="77777777" w:rsidR="00446222" w:rsidRDefault="00000000">
            <w:pPr>
              <w:spacing w:after="0" w:line="252" w:lineRule="auto"/>
              <w:jc w:val="center"/>
            </w:pPr>
            <w:r>
              <w:rPr>
                <w:sz w:val="18"/>
              </w:rPr>
              <w:t>145</w:t>
            </w:r>
          </w:p>
        </w:tc>
        <w:tc>
          <w:tcPr>
            <w:tcW w:w="1587" w:type="dxa"/>
            <w:vAlign w:val="center"/>
          </w:tcPr>
          <w:p w14:paraId="3AB364D5" w14:textId="77777777" w:rsidR="00446222" w:rsidRDefault="00000000">
            <w:pPr>
              <w:spacing w:after="0" w:line="252" w:lineRule="auto"/>
              <w:jc w:val="center"/>
            </w:pPr>
            <w:r>
              <w:rPr>
                <w:sz w:val="18"/>
              </w:rPr>
              <w:t>83 / 62</w:t>
            </w:r>
          </w:p>
        </w:tc>
      </w:tr>
      <w:tr w:rsidR="00446222" w14:paraId="2D2D3430" w14:textId="77777777">
        <w:trPr>
          <w:cantSplit/>
          <w:jc w:val="center"/>
        </w:trPr>
        <w:tc>
          <w:tcPr>
            <w:tcW w:w="850" w:type="dxa"/>
            <w:vAlign w:val="center"/>
          </w:tcPr>
          <w:p w14:paraId="4110E45D" w14:textId="77777777" w:rsidR="00446222" w:rsidRDefault="00000000">
            <w:pPr>
              <w:spacing w:after="0" w:line="252" w:lineRule="auto"/>
            </w:pPr>
            <w:r>
              <w:rPr>
                <w:sz w:val="18"/>
              </w:rPr>
              <w:t>S08</w:t>
            </w:r>
          </w:p>
        </w:tc>
        <w:tc>
          <w:tcPr>
            <w:tcW w:w="6293" w:type="dxa"/>
            <w:vAlign w:val="center"/>
          </w:tcPr>
          <w:p w14:paraId="40159F46" w14:textId="77777777" w:rsidR="00446222" w:rsidRDefault="00000000">
            <w:pPr>
              <w:spacing w:after="0" w:line="252" w:lineRule="auto"/>
            </w:pPr>
            <w:r>
              <w:rPr>
                <w:sz w:val="18"/>
              </w:rPr>
              <w:t>M2 + menopausal status</w:t>
            </w:r>
          </w:p>
        </w:tc>
        <w:tc>
          <w:tcPr>
            <w:tcW w:w="907" w:type="dxa"/>
            <w:vAlign w:val="center"/>
          </w:tcPr>
          <w:p w14:paraId="188C11F4" w14:textId="77777777" w:rsidR="00446222" w:rsidRDefault="00000000">
            <w:pPr>
              <w:spacing w:after="0" w:line="252" w:lineRule="auto"/>
              <w:jc w:val="center"/>
            </w:pPr>
            <w:r>
              <w:rPr>
                <w:sz w:val="18"/>
              </w:rPr>
              <w:t>145</w:t>
            </w:r>
          </w:p>
        </w:tc>
        <w:tc>
          <w:tcPr>
            <w:tcW w:w="1587" w:type="dxa"/>
            <w:vAlign w:val="center"/>
          </w:tcPr>
          <w:p w14:paraId="50998918" w14:textId="77777777" w:rsidR="00446222" w:rsidRDefault="00000000">
            <w:pPr>
              <w:spacing w:after="0" w:line="252" w:lineRule="auto"/>
              <w:jc w:val="center"/>
            </w:pPr>
            <w:r>
              <w:rPr>
                <w:sz w:val="18"/>
              </w:rPr>
              <w:t>83 / 62</w:t>
            </w:r>
          </w:p>
        </w:tc>
      </w:tr>
      <w:tr w:rsidR="00446222" w14:paraId="3D3DA59A" w14:textId="77777777">
        <w:trPr>
          <w:cantSplit/>
          <w:jc w:val="center"/>
        </w:trPr>
        <w:tc>
          <w:tcPr>
            <w:tcW w:w="850" w:type="dxa"/>
            <w:vAlign w:val="center"/>
          </w:tcPr>
          <w:p w14:paraId="3A37E071" w14:textId="77777777" w:rsidR="00446222" w:rsidRDefault="00000000">
            <w:pPr>
              <w:spacing w:after="0" w:line="252" w:lineRule="auto"/>
            </w:pPr>
            <w:r>
              <w:rPr>
                <w:sz w:val="18"/>
              </w:rPr>
              <w:t>S09</w:t>
            </w:r>
          </w:p>
        </w:tc>
        <w:tc>
          <w:tcPr>
            <w:tcW w:w="6293" w:type="dxa"/>
            <w:vAlign w:val="center"/>
          </w:tcPr>
          <w:p w14:paraId="0CAA2213" w14:textId="77777777" w:rsidR="00446222" w:rsidRDefault="00000000">
            <w:pPr>
              <w:spacing w:after="0" w:line="252" w:lineRule="auto"/>
            </w:pPr>
            <w:r>
              <w:rPr>
                <w:sz w:val="18"/>
              </w:rPr>
              <w:t>M2 + primary/secondary education indicators</w:t>
            </w:r>
          </w:p>
        </w:tc>
        <w:tc>
          <w:tcPr>
            <w:tcW w:w="907" w:type="dxa"/>
            <w:vAlign w:val="center"/>
          </w:tcPr>
          <w:p w14:paraId="75E9F044" w14:textId="77777777" w:rsidR="00446222" w:rsidRDefault="00000000">
            <w:pPr>
              <w:spacing w:after="0" w:line="252" w:lineRule="auto"/>
              <w:jc w:val="center"/>
            </w:pPr>
            <w:r>
              <w:rPr>
                <w:sz w:val="18"/>
              </w:rPr>
              <w:t>145</w:t>
            </w:r>
          </w:p>
        </w:tc>
        <w:tc>
          <w:tcPr>
            <w:tcW w:w="1587" w:type="dxa"/>
            <w:vAlign w:val="center"/>
          </w:tcPr>
          <w:p w14:paraId="2AB357D7" w14:textId="77777777" w:rsidR="00446222" w:rsidRDefault="00000000">
            <w:pPr>
              <w:spacing w:after="0" w:line="252" w:lineRule="auto"/>
              <w:jc w:val="center"/>
            </w:pPr>
            <w:r>
              <w:rPr>
                <w:sz w:val="18"/>
              </w:rPr>
              <w:t>83 / 62</w:t>
            </w:r>
          </w:p>
        </w:tc>
      </w:tr>
      <w:tr w:rsidR="00446222" w14:paraId="2387D84C" w14:textId="77777777">
        <w:trPr>
          <w:cantSplit/>
          <w:jc w:val="center"/>
        </w:trPr>
        <w:tc>
          <w:tcPr>
            <w:tcW w:w="850" w:type="dxa"/>
            <w:vAlign w:val="center"/>
          </w:tcPr>
          <w:p w14:paraId="0106DE44" w14:textId="77777777" w:rsidR="00446222" w:rsidRDefault="00000000">
            <w:pPr>
              <w:spacing w:after="0" w:line="252" w:lineRule="auto"/>
            </w:pPr>
            <w:r>
              <w:rPr>
                <w:sz w:val="18"/>
              </w:rPr>
              <w:t>S10</w:t>
            </w:r>
          </w:p>
        </w:tc>
        <w:tc>
          <w:tcPr>
            <w:tcW w:w="6293" w:type="dxa"/>
            <w:vAlign w:val="center"/>
          </w:tcPr>
          <w:p w14:paraId="7F897798" w14:textId="77777777" w:rsidR="00446222" w:rsidRDefault="00000000">
            <w:pPr>
              <w:spacing w:after="0" w:line="252" w:lineRule="auto"/>
            </w:pPr>
            <w:r>
              <w:rPr>
                <w:sz w:val="18"/>
              </w:rPr>
              <w:t>M2; raw frequency code × portion</w:t>
            </w:r>
          </w:p>
        </w:tc>
        <w:tc>
          <w:tcPr>
            <w:tcW w:w="907" w:type="dxa"/>
            <w:vAlign w:val="center"/>
          </w:tcPr>
          <w:p w14:paraId="57BDF875" w14:textId="77777777" w:rsidR="00446222" w:rsidRDefault="00000000">
            <w:pPr>
              <w:spacing w:after="0" w:line="252" w:lineRule="auto"/>
              <w:jc w:val="center"/>
            </w:pPr>
            <w:r>
              <w:rPr>
                <w:sz w:val="18"/>
              </w:rPr>
              <w:t>145</w:t>
            </w:r>
          </w:p>
        </w:tc>
        <w:tc>
          <w:tcPr>
            <w:tcW w:w="1587" w:type="dxa"/>
            <w:vAlign w:val="center"/>
          </w:tcPr>
          <w:p w14:paraId="2DF177A6" w14:textId="77777777" w:rsidR="00446222" w:rsidRDefault="00000000">
            <w:pPr>
              <w:spacing w:after="0" w:line="252" w:lineRule="auto"/>
              <w:jc w:val="center"/>
            </w:pPr>
            <w:r>
              <w:rPr>
                <w:sz w:val="18"/>
              </w:rPr>
              <w:t>83 / 62</w:t>
            </w:r>
          </w:p>
        </w:tc>
      </w:tr>
      <w:tr w:rsidR="00446222" w14:paraId="3C9C7548" w14:textId="77777777">
        <w:trPr>
          <w:cantSplit/>
          <w:jc w:val="center"/>
        </w:trPr>
        <w:tc>
          <w:tcPr>
            <w:tcW w:w="850" w:type="dxa"/>
            <w:vAlign w:val="center"/>
          </w:tcPr>
          <w:p w14:paraId="2D81AFE8" w14:textId="77777777" w:rsidR="00446222" w:rsidRDefault="00000000">
            <w:pPr>
              <w:spacing w:after="0" w:line="252" w:lineRule="auto"/>
            </w:pPr>
            <w:r>
              <w:rPr>
                <w:sz w:val="18"/>
              </w:rPr>
              <w:t>S11</w:t>
            </w:r>
          </w:p>
        </w:tc>
        <w:tc>
          <w:tcPr>
            <w:tcW w:w="6293" w:type="dxa"/>
            <w:vAlign w:val="center"/>
          </w:tcPr>
          <w:p w14:paraId="63461804" w14:textId="77777777" w:rsidR="00446222" w:rsidRDefault="00000000">
            <w:pPr>
              <w:spacing w:after="0" w:line="252" w:lineRule="auto"/>
            </w:pPr>
            <w:r>
              <w:rPr>
                <w:sz w:val="18"/>
              </w:rPr>
              <w:t>M2; ranks of combined indices</w:t>
            </w:r>
          </w:p>
        </w:tc>
        <w:tc>
          <w:tcPr>
            <w:tcW w:w="907" w:type="dxa"/>
            <w:vAlign w:val="center"/>
          </w:tcPr>
          <w:p w14:paraId="13144F43" w14:textId="77777777" w:rsidR="00446222" w:rsidRDefault="00000000">
            <w:pPr>
              <w:spacing w:after="0" w:line="252" w:lineRule="auto"/>
              <w:jc w:val="center"/>
            </w:pPr>
            <w:r>
              <w:rPr>
                <w:sz w:val="18"/>
              </w:rPr>
              <w:t>145</w:t>
            </w:r>
          </w:p>
        </w:tc>
        <w:tc>
          <w:tcPr>
            <w:tcW w:w="1587" w:type="dxa"/>
            <w:vAlign w:val="center"/>
          </w:tcPr>
          <w:p w14:paraId="0D316FD8" w14:textId="77777777" w:rsidR="00446222" w:rsidRDefault="00000000">
            <w:pPr>
              <w:spacing w:after="0" w:line="252" w:lineRule="auto"/>
              <w:jc w:val="center"/>
            </w:pPr>
            <w:r>
              <w:rPr>
                <w:sz w:val="18"/>
              </w:rPr>
              <w:t>83 / 62</w:t>
            </w:r>
          </w:p>
        </w:tc>
      </w:tr>
      <w:tr w:rsidR="00446222" w14:paraId="09D81AA7" w14:textId="77777777">
        <w:trPr>
          <w:cantSplit/>
          <w:jc w:val="center"/>
        </w:trPr>
        <w:tc>
          <w:tcPr>
            <w:tcW w:w="850" w:type="dxa"/>
            <w:vAlign w:val="center"/>
          </w:tcPr>
          <w:p w14:paraId="594C0D64" w14:textId="77777777" w:rsidR="00446222" w:rsidRDefault="00000000">
            <w:pPr>
              <w:spacing w:after="0" w:line="252" w:lineRule="auto"/>
            </w:pPr>
            <w:r>
              <w:rPr>
                <w:sz w:val="18"/>
              </w:rPr>
              <w:t>S12</w:t>
            </w:r>
          </w:p>
        </w:tc>
        <w:tc>
          <w:tcPr>
            <w:tcW w:w="6293" w:type="dxa"/>
            <w:vAlign w:val="center"/>
          </w:tcPr>
          <w:p w14:paraId="55AAA50C" w14:textId="77777777" w:rsidR="00446222" w:rsidRDefault="00000000">
            <w:pPr>
              <w:spacing w:after="0" w:line="252" w:lineRule="auto"/>
            </w:pPr>
            <w:r>
              <w:rPr>
                <w:sz w:val="18"/>
              </w:rPr>
              <w:t>M2; exclude constant-frequency profiles</w:t>
            </w:r>
          </w:p>
        </w:tc>
        <w:tc>
          <w:tcPr>
            <w:tcW w:w="907" w:type="dxa"/>
            <w:vAlign w:val="center"/>
          </w:tcPr>
          <w:p w14:paraId="0E8A9088" w14:textId="77777777" w:rsidR="00446222" w:rsidRDefault="00000000">
            <w:pPr>
              <w:spacing w:after="0" w:line="252" w:lineRule="auto"/>
              <w:jc w:val="center"/>
            </w:pPr>
            <w:r>
              <w:rPr>
                <w:sz w:val="18"/>
              </w:rPr>
              <w:t>144</w:t>
            </w:r>
          </w:p>
        </w:tc>
        <w:tc>
          <w:tcPr>
            <w:tcW w:w="1587" w:type="dxa"/>
            <w:vAlign w:val="center"/>
          </w:tcPr>
          <w:p w14:paraId="74D77CB5" w14:textId="77777777" w:rsidR="00446222" w:rsidRDefault="00000000">
            <w:pPr>
              <w:spacing w:after="0" w:line="252" w:lineRule="auto"/>
              <w:jc w:val="center"/>
            </w:pPr>
            <w:r>
              <w:rPr>
                <w:sz w:val="18"/>
              </w:rPr>
              <w:t>82 / 62</w:t>
            </w:r>
          </w:p>
        </w:tc>
      </w:tr>
      <w:tr w:rsidR="00446222" w14:paraId="7C04336E" w14:textId="77777777">
        <w:trPr>
          <w:cantSplit/>
          <w:jc w:val="center"/>
        </w:trPr>
        <w:tc>
          <w:tcPr>
            <w:tcW w:w="850" w:type="dxa"/>
            <w:vAlign w:val="center"/>
          </w:tcPr>
          <w:p w14:paraId="4283258D" w14:textId="77777777" w:rsidR="00446222" w:rsidRDefault="00000000">
            <w:pPr>
              <w:spacing w:after="0" w:line="252" w:lineRule="auto"/>
            </w:pPr>
            <w:r>
              <w:rPr>
                <w:sz w:val="18"/>
              </w:rPr>
              <w:t>S13</w:t>
            </w:r>
          </w:p>
        </w:tc>
        <w:tc>
          <w:tcPr>
            <w:tcW w:w="6293" w:type="dxa"/>
            <w:vAlign w:val="center"/>
          </w:tcPr>
          <w:p w14:paraId="3C44647F" w14:textId="77777777" w:rsidR="00446222" w:rsidRDefault="00000000">
            <w:pPr>
              <w:spacing w:after="0" w:line="252" w:lineRule="auto"/>
            </w:pPr>
            <w:r>
              <w:rPr>
                <w:sz w:val="18"/>
              </w:rPr>
              <w:t>M2; alternative frequency multipliers × portion</w:t>
            </w:r>
          </w:p>
        </w:tc>
        <w:tc>
          <w:tcPr>
            <w:tcW w:w="907" w:type="dxa"/>
            <w:vAlign w:val="center"/>
          </w:tcPr>
          <w:p w14:paraId="26D0208C" w14:textId="77777777" w:rsidR="00446222" w:rsidRDefault="00000000">
            <w:pPr>
              <w:spacing w:after="0" w:line="252" w:lineRule="auto"/>
              <w:jc w:val="center"/>
            </w:pPr>
            <w:r>
              <w:rPr>
                <w:sz w:val="18"/>
              </w:rPr>
              <w:t>145</w:t>
            </w:r>
          </w:p>
        </w:tc>
        <w:tc>
          <w:tcPr>
            <w:tcW w:w="1587" w:type="dxa"/>
            <w:vAlign w:val="center"/>
          </w:tcPr>
          <w:p w14:paraId="197D6E7B" w14:textId="77777777" w:rsidR="00446222" w:rsidRDefault="00000000">
            <w:pPr>
              <w:spacing w:after="0" w:line="252" w:lineRule="auto"/>
              <w:jc w:val="center"/>
            </w:pPr>
            <w:r>
              <w:rPr>
                <w:sz w:val="18"/>
              </w:rPr>
              <w:t>83 / 62</w:t>
            </w:r>
          </w:p>
        </w:tc>
      </w:tr>
      <w:tr w:rsidR="00446222" w14:paraId="752990FA" w14:textId="77777777">
        <w:trPr>
          <w:cantSplit/>
          <w:jc w:val="center"/>
        </w:trPr>
        <w:tc>
          <w:tcPr>
            <w:tcW w:w="850" w:type="dxa"/>
            <w:vAlign w:val="center"/>
          </w:tcPr>
          <w:p w14:paraId="4835FF7E" w14:textId="77777777" w:rsidR="00446222" w:rsidRDefault="00000000">
            <w:pPr>
              <w:spacing w:after="0" w:line="252" w:lineRule="auto"/>
            </w:pPr>
            <w:r>
              <w:rPr>
                <w:sz w:val="18"/>
              </w:rPr>
              <w:t>S14</w:t>
            </w:r>
          </w:p>
        </w:tc>
        <w:tc>
          <w:tcPr>
            <w:tcW w:w="6293" w:type="dxa"/>
            <w:vAlign w:val="center"/>
          </w:tcPr>
          <w:p w14:paraId="5A975A44" w14:textId="77777777" w:rsidR="00446222" w:rsidRDefault="00000000">
            <w:pPr>
              <w:spacing w:after="0" w:line="252" w:lineRule="auto"/>
            </w:pPr>
            <w:r>
              <w:rPr>
                <w:sz w:val="18"/>
              </w:rPr>
              <w:t>M2; assigned weekly frequency only</w:t>
            </w:r>
          </w:p>
        </w:tc>
        <w:tc>
          <w:tcPr>
            <w:tcW w:w="907" w:type="dxa"/>
            <w:vAlign w:val="center"/>
          </w:tcPr>
          <w:p w14:paraId="7B6EC634" w14:textId="77777777" w:rsidR="00446222" w:rsidRDefault="00000000">
            <w:pPr>
              <w:spacing w:after="0" w:line="252" w:lineRule="auto"/>
              <w:jc w:val="center"/>
            </w:pPr>
            <w:r>
              <w:rPr>
                <w:sz w:val="18"/>
              </w:rPr>
              <w:t>145</w:t>
            </w:r>
          </w:p>
        </w:tc>
        <w:tc>
          <w:tcPr>
            <w:tcW w:w="1587" w:type="dxa"/>
            <w:vAlign w:val="center"/>
          </w:tcPr>
          <w:p w14:paraId="63B6C17C" w14:textId="77777777" w:rsidR="00446222" w:rsidRDefault="00000000">
            <w:pPr>
              <w:spacing w:after="0" w:line="252" w:lineRule="auto"/>
              <w:jc w:val="center"/>
            </w:pPr>
            <w:r>
              <w:rPr>
                <w:sz w:val="18"/>
              </w:rPr>
              <w:t>83 / 62</w:t>
            </w:r>
          </w:p>
        </w:tc>
      </w:tr>
      <w:tr w:rsidR="00446222" w14:paraId="4A00EFCB" w14:textId="77777777">
        <w:trPr>
          <w:cantSplit/>
          <w:jc w:val="center"/>
        </w:trPr>
        <w:tc>
          <w:tcPr>
            <w:tcW w:w="850" w:type="dxa"/>
            <w:vAlign w:val="center"/>
          </w:tcPr>
          <w:p w14:paraId="56ABCC57" w14:textId="77777777" w:rsidR="00446222" w:rsidRDefault="00000000">
            <w:pPr>
              <w:spacing w:after="0" w:line="252" w:lineRule="auto"/>
            </w:pPr>
            <w:r>
              <w:rPr>
                <w:sz w:val="18"/>
              </w:rPr>
              <w:t>S15</w:t>
            </w:r>
          </w:p>
        </w:tc>
        <w:tc>
          <w:tcPr>
            <w:tcW w:w="6293" w:type="dxa"/>
            <w:vAlign w:val="center"/>
          </w:tcPr>
          <w:p w14:paraId="17CB19AC" w14:textId="77777777" w:rsidR="00446222" w:rsidRDefault="00000000">
            <w:pPr>
              <w:spacing w:after="0" w:line="252" w:lineRule="auto"/>
            </w:pPr>
            <w:r>
              <w:rPr>
                <w:sz w:val="18"/>
              </w:rPr>
              <w:t>M2; ordinal frequency only</w:t>
            </w:r>
          </w:p>
        </w:tc>
        <w:tc>
          <w:tcPr>
            <w:tcW w:w="907" w:type="dxa"/>
            <w:vAlign w:val="center"/>
          </w:tcPr>
          <w:p w14:paraId="65A49CD2" w14:textId="77777777" w:rsidR="00446222" w:rsidRDefault="00000000">
            <w:pPr>
              <w:spacing w:after="0" w:line="252" w:lineRule="auto"/>
              <w:jc w:val="center"/>
            </w:pPr>
            <w:r>
              <w:rPr>
                <w:sz w:val="18"/>
              </w:rPr>
              <w:t>145</w:t>
            </w:r>
          </w:p>
        </w:tc>
        <w:tc>
          <w:tcPr>
            <w:tcW w:w="1587" w:type="dxa"/>
            <w:vAlign w:val="center"/>
          </w:tcPr>
          <w:p w14:paraId="77210D1C" w14:textId="77777777" w:rsidR="00446222" w:rsidRDefault="00000000">
            <w:pPr>
              <w:spacing w:after="0" w:line="252" w:lineRule="auto"/>
              <w:jc w:val="center"/>
            </w:pPr>
            <w:r>
              <w:rPr>
                <w:sz w:val="18"/>
              </w:rPr>
              <w:t>83 / 62</w:t>
            </w:r>
          </w:p>
        </w:tc>
      </w:tr>
      <w:tr w:rsidR="00446222" w14:paraId="17E1C85D" w14:textId="77777777">
        <w:trPr>
          <w:cantSplit/>
          <w:jc w:val="center"/>
        </w:trPr>
        <w:tc>
          <w:tcPr>
            <w:tcW w:w="850" w:type="dxa"/>
            <w:vAlign w:val="center"/>
          </w:tcPr>
          <w:p w14:paraId="20FC2BEB" w14:textId="77777777" w:rsidR="00446222" w:rsidRDefault="00000000">
            <w:pPr>
              <w:keepNext/>
              <w:spacing w:after="0" w:line="252" w:lineRule="auto"/>
            </w:pPr>
            <w:r>
              <w:rPr>
                <w:sz w:val="18"/>
              </w:rPr>
              <w:t>S16</w:t>
            </w:r>
          </w:p>
        </w:tc>
        <w:tc>
          <w:tcPr>
            <w:tcW w:w="6293" w:type="dxa"/>
            <w:vAlign w:val="center"/>
          </w:tcPr>
          <w:p w14:paraId="052DA2CD" w14:textId="77777777" w:rsidR="00446222" w:rsidRDefault="00000000">
            <w:pPr>
              <w:keepNext/>
              <w:spacing w:after="0" w:line="252" w:lineRule="auto"/>
            </w:pPr>
            <w:r>
              <w:rPr>
                <w:sz w:val="18"/>
              </w:rPr>
              <w:t>M2; highest category 3/day × portion</w:t>
            </w:r>
          </w:p>
        </w:tc>
        <w:tc>
          <w:tcPr>
            <w:tcW w:w="907" w:type="dxa"/>
            <w:vAlign w:val="center"/>
          </w:tcPr>
          <w:p w14:paraId="42CB5070" w14:textId="77777777" w:rsidR="00446222" w:rsidRDefault="00000000">
            <w:pPr>
              <w:keepNext/>
              <w:spacing w:after="0" w:line="252" w:lineRule="auto"/>
              <w:jc w:val="center"/>
            </w:pPr>
            <w:r>
              <w:rPr>
                <w:sz w:val="18"/>
              </w:rPr>
              <w:t>145</w:t>
            </w:r>
          </w:p>
        </w:tc>
        <w:tc>
          <w:tcPr>
            <w:tcW w:w="1587" w:type="dxa"/>
            <w:vAlign w:val="center"/>
          </w:tcPr>
          <w:p w14:paraId="0CD9BAD9" w14:textId="77777777" w:rsidR="00446222" w:rsidRDefault="00000000">
            <w:pPr>
              <w:keepNext/>
              <w:spacing w:after="0" w:line="252" w:lineRule="auto"/>
              <w:jc w:val="center"/>
            </w:pPr>
            <w:r>
              <w:rPr>
                <w:sz w:val="18"/>
              </w:rPr>
              <w:t>83 / 62</w:t>
            </w:r>
          </w:p>
        </w:tc>
      </w:tr>
    </w:tbl>
    <w:p w14:paraId="4BD04DBC" w14:textId="58283915" w:rsidR="00446222" w:rsidRDefault="00000000" w:rsidP="0047469F">
      <w:pPr>
        <w:keepLines/>
        <w:spacing w:after="140" w:line="252" w:lineRule="auto"/>
        <w:jc w:val="both"/>
      </w:pPr>
      <w:r>
        <w:rPr>
          <w:sz w:val="18"/>
        </w:rPr>
        <w:t>M0</w:t>
      </w:r>
      <w:r w:rsidR="00A142B2">
        <w:rPr>
          <w:sz w:val="18"/>
        </w:rPr>
        <w:t>-</w:t>
      </w:r>
      <w:r>
        <w:rPr>
          <w:sz w:val="18"/>
        </w:rPr>
        <w:t>M2 are core models; S01</w:t>
      </w:r>
      <w:r w:rsidR="00A142B2">
        <w:rPr>
          <w:sz w:val="18"/>
        </w:rPr>
        <w:t>-</w:t>
      </w:r>
      <w:r>
        <w:rPr>
          <w:sz w:val="18"/>
        </w:rPr>
        <w:t>S16 are sensitivity specifications. Measurement comparisons S10, S11, S13</w:t>
      </w:r>
      <w:r w:rsidR="00A142B2">
        <w:rPr>
          <w:sz w:val="18"/>
        </w:rPr>
        <w:t>-</w:t>
      </w:r>
      <w:r>
        <w:rPr>
          <w:sz w:val="18"/>
        </w:rPr>
        <w:t>S16 all use 145 participants and six aligned components, regardless of the independent retention count. S13 uses the numerical vector 0, 1, 2, 3, 4, 5, 7, 14 rather than an observed weekly-rate scale. S14 and S15 omit portions only as explicitly labelled same-participant comparisons.</w:t>
      </w:r>
    </w:p>
    <w:p w14:paraId="5100C1DF" w14:textId="77777777" w:rsidR="00446222" w:rsidRDefault="00000000">
      <w:pPr>
        <w:keepNext/>
        <w:spacing w:after="60" w:line="240" w:lineRule="auto"/>
        <w:jc w:val="center"/>
      </w:pPr>
      <w:r>
        <w:rPr>
          <w:noProof/>
        </w:rPr>
        <w:lastRenderedPageBreak/>
        <w:drawing>
          <wp:inline distT="0" distB="0" distL="0" distR="0" wp14:anchorId="5D3AB223" wp14:editId="17B30618">
            <wp:extent cx="5940000" cy="4646637"/>
            <wp:effectExtent l="0" t="0" r="3810" b="1905"/>
            <wp:docPr id="8" name="Figure_S8"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8.png"/>
                    <pic:cNvPicPr/>
                  </pic:nvPicPr>
                  <pic:blipFill>
                    <a:blip r:embed="rId25">
                      <a:extLst>
                        <a:ext uri="{BEBA8EAE-BF5A-486C-A8C5-ECC9F3942E4B}">
                          <a14:imgProps xmlns:a14="http://schemas.microsoft.com/office/drawing/2010/main">
                            <a14:imgLayer r:embed="rId26">
                              <a14:imgEffect>
                                <a14:sharpenSoften amount="50000"/>
                              </a14:imgEffect>
                            </a14:imgLayer>
                          </a14:imgProps>
                        </a:ext>
                      </a:extLst>
                    </a:blip>
                    <a:stretch>
                      <a:fillRect/>
                    </a:stretch>
                  </pic:blipFill>
                  <pic:spPr>
                    <a:xfrm>
                      <a:off x="0" y="0"/>
                      <a:ext cx="5940000" cy="4646637"/>
                    </a:xfrm>
                    <a:prstGeom prst="rect">
                      <a:avLst/>
                    </a:prstGeom>
                  </pic:spPr>
                </pic:pic>
              </a:graphicData>
            </a:graphic>
          </wp:inline>
        </w:drawing>
      </w:r>
    </w:p>
    <w:p w14:paraId="251A629A" w14:textId="77777777" w:rsidR="00446222" w:rsidRDefault="00000000" w:rsidP="0047469F">
      <w:pPr>
        <w:pStyle w:val="Caption"/>
        <w:keepLines/>
        <w:jc w:val="both"/>
      </w:pPr>
      <w:r>
        <w:rPr>
          <w:b/>
        </w:rPr>
        <w:t xml:space="preserve">Figure S8. </w:t>
      </w:r>
      <w:r>
        <w:t>Main fixed-score frequency-and-portion associations. Each component was entered separately in a Firth model adjusted for an age spline, family history and residence. Points are ORs per primary-score SD; lines are pointwise 95% profile intervals for 145 women (83 controls; 62 cases). Main Figure 3 additionally presents the joint-bootstrap percentile intervals. Food descriptions are shorthand for the complete loading vectors, not separate food effects.</w:t>
      </w:r>
    </w:p>
    <w:p w14:paraId="042F75F3" w14:textId="77777777" w:rsidR="00446222" w:rsidRDefault="00000000">
      <w:pPr>
        <w:pStyle w:val="Heading1"/>
      </w:pPr>
      <w:r>
        <w:t>FP01: Leafy vegetables and soups</w:t>
      </w:r>
    </w:p>
    <w:p w14:paraId="2BCC96E3" w14:textId="77777777" w:rsidR="00446222" w:rsidRDefault="00000000">
      <w:pPr>
        <w:pStyle w:val="Caption"/>
        <w:keepNext/>
      </w:pPr>
      <w:r>
        <w:rPr>
          <w:b/>
        </w:rPr>
        <w:t>Table S15. FP01 main and sensitivity associations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94"/>
        <w:gridCol w:w="3969"/>
        <w:gridCol w:w="737"/>
        <w:gridCol w:w="1247"/>
        <w:gridCol w:w="1871"/>
        <w:gridCol w:w="1020"/>
      </w:tblGrid>
      <w:tr w:rsidR="00446222" w14:paraId="1E0F1672" w14:textId="77777777">
        <w:trPr>
          <w:cantSplit/>
          <w:tblHeader/>
          <w:jc w:val="center"/>
        </w:trPr>
        <w:tc>
          <w:tcPr>
            <w:tcW w:w="794" w:type="dxa"/>
            <w:tcBorders>
              <w:bottom w:val="single" w:sz="4" w:space="0" w:color="auto"/>
            </w:tcBorders>
            <w:vAlign w:val="center"/>
          </w:tcPr>
          <w:p w14:paraId="62C55FBC" w14:textId="77777777" w:rsidR="00446222" w:rsidRDefault="00000000">
            <w:pPr>
              <w:keepNext/>
              <w:spacing w:after="0" w:line="252" w:lineRule="auto"/>
            </w:pPr>
            <w:r>
              <w:rPr>
                <w:b/>
                <w:sz w:val="18"/>
              </w:rPr>
              <w:t>Model</w:t>
            </w:r>
          </w:p>
        </w:tc>
        <w:tc>
          <w:tcPr>
            <w:tcW w:w="3969" w:type="dxa"/>
            <w:tcBorders>
              <w:bottom w:val="single" w:sz="4" w:space="0" w:color="auto"/>
            </w:tcBorders>
            <w:vAlign w:val="center"/>
          </w:tcPr>
          <w:p w14:paraId="48F69E14" w14:textId="77777777" w:rsidR="00446222" w:rsidRDefault="00000000">
            <w:pPr>
              <w:keepNext/>
              <w:spacing w:after="0" w:line="252" w:lineRule="auto"/>
            </w:pPr>
            <w:r>
              <w:rPr>
                <w:b/>
                <w:sz w:val="18"/>
              </w:rPr>
              <w:t>Specification</w:t>
            </w:r>
          </w:p>
        </w:tc>
        <w:tc>
          <w:tcPr>
            <w:tcW w:w="737" w:type="dxa"/>
            <w:tcBorders>
              <w:bottom w:val="single" w:sz="4" w:space="0" w:color="auto"/>
            </w:tcBorders>
            <w:vAlign w:val="center"/>
          </w:tcPr>
          <w:p w14:paraId="381B4147" w14:textId="77777777" w:rsidR="00446222" w:rsidRDefault="00000000">
            <w:pPr>
              <w:keepNext/>
              <w:spacing w:after="0" w:line="252" w:lineRule="auto"/>
              <w:jc w:val="center"/>
            </w:pPr>
            <w:r>
              <w:rPr>
                <w:b/>
                <w:sz w:val="18"/>
              </w:rPr>
              <w:t>N</w:t>
            </w:r>
          </w:p>
        </w:tc>
        <w:tc>
          <w:tcPr>
            <w:tcW w:w="1247" w:type="dxa"/>
            <w:tcBorders>
              <w:bottom w:val="single" w:sz="4" w:space="0" w:color="auto"/>
            </w:tcBorders>
            <w:vAlign w:val="center"/>
          </w:tcPr>
          <w:p w14:paraId="08A41CBC" w14:textId="77777777" w:rsidR="00446222" w:rsidRDefault="00000000">
            <w:pPr>
              <w:keepNext/>
              <w:spacing w:after="0" w:line="252" w:lineRule="auto"/>
              <w:jc w:val="center"/>
            </w:pPr>
            <w:r>
              <w:rPr>
                <w:b/>
                <w:sz w:val="18"/>
              </w:rPr>
              <w:t>Controls /</w:t>
            </w:r>
            <w:r>
              <w:rPr>
                <w:b/>
                <w:sz w:val="18"/>
              </w:rPr>
              <w:br/>
              <w:t>cases</w:t>
            </w:r>
          </w:p>
        </w:tc>
        <w:tc>
          <w:tcPr>
            <w:tcW w:w="1871" w:type="dxa"/>
            <w:tcBorders>
              <w:bottom w:val="single" w:sz="4" w:space="0" w:color="auto"/>
            </w:tcBorders>
            <w:vAlign w:val="center"/>
          </w:tcPr>
          <w:p w14:paraId="1AEF06E8" w14:textId="77777777" w:rsidR="00446222" w:rsidRDefault="00000000">
            <w:pPr>
              <w:keepNext/>
              <w:spacing w:after="0" w:line="252" w:lineRule="auto"/>
              <w:jc w:val="center"/>
            </w:pPr>
            <w:r>
              <w:rPr>
                <w:b/>
                <w:sz w:val="18"/>
              </w:rPr>
              <w:t>OR (95% CI)</w:t>
            </w:r>
          </w:p>
        </w:tc>
        <w:tc>
          <w:tcPr>
            <w:tcW w:w="1020" w:type="dxa"/>
            <w:tcBorders>
              <w:bottom w:val="single" w:sz="4" w:space="0" w:color="auto"/>
            </w:tcBorders>
            <w:vAlign w:val="center"/>
          </w:tcPr>
          <w:p w14:paraId="5EE8A502" w14:textId="77777777" w:rsidR="00446222" w:rsidRDefault="00000000">
            <w:pPr>
              <w:keepNext/>
              <w:spacing w:after="0" w:line="252" w:lineRule="auto"/>
              <w:jc w:val="center"/>
            </w:pPr>
            <w:r>
              <w:rPr>
                <w:b/>
                <w:sz w:val="18"/>
              </w:rPr>
              <w:t>Pᵃ</w:t>
            </w:r>
          </w:p>
        </w:tc>
      </w:tr>
      <w:tr w:rsidR="00446222" w14:paraId="1507B975" w14:textId="77777777">
        <w:trPr>
          <w:cantSplit/>
          <w:jc w:val="center"/>
        </w:trPr>
        <w:tc>
          <w:tcPr>
            <w:tcW w:w="794" w:type="dxa"/>
            <w:vAlign w:val="center"/>
          </w:tcPr>
          <w:p w14:paraId="43DCC94A" w14:textId="77777777" w:rsidR="00446222" w:rsidRDefault="00000000">
            <w:pPr>
              <w:spacing w:after="0" w:line="252" w:lineRule="auto"/>
            </w:pPr>
            <w:r>
              <w:rPr>
                <w:sz w:val="18"/>
              </w:rPr>
              <w:t>M2</w:t>
            </w:r>
          </w:p>
        </w:tc>
        <w:tc>
          <w:tcPr>
            <w:tcW w:w="3969" w:type="dxa"/>
            <w:vAlign w:val="center"/>
          </w:tcPr>
          <w:p w14:paraId="0822E65E" w14:textId="77777777" w:rsidR="00446222" w:rsidRDefault="00000000">
            <w:pPr>
              <w:spacing w:after="0" w:line="252" w:lineRule="auto"/>
            </w:pPr>
            <w:r>
              <w:rPr>
                <w:sz w:val="18"/>
              </w:rPr>
              <w:t>Main adjusted</w:t>
            </w:r>
          </w:p>
        </w:tc>
        <w:tc>
          <w:tcPr>
            <w:tcW w:w="737" w:type="dxa"/>
            <w:vAlign w:val="center"/>
          </w:tcPr>
          <w:p w14:paraId="3DEC4664" w14:textId="77777777" w:rsidR="00446222" w:rsidRDefault="00000000">
            <w:pPr>
              <w:spacing w:after="0" w:line="252" w:lineRule="auto"/>
              <w:jc w:val="center"/>
            </w:pPr>
            <w:r>
              <w:rPr>
                <w:sz w:val="18"/>
              </w:rPr>
              <w:t>145</w:t>
            </w:r>
          </w:p>
        </w:tc>
        <w:tc>
          <w:tcPr>
            <w:tcW w:w="1247" w:type="dxa"/>
            <w:vAlign w:val="center"/>
          </w:tcPr>
          <w:p w14:paraId="2C55448B" w14:textId="77777777" w:rsidR="00446222" w:rsidRDefault="00000000">
            <w:pPr>
              <w:spacing w:after="0" w:line="252" w:lineRule="auto"/>
              <w:jc w:val="center"/>
            </w:pPr>
            <w:r>
              <w:rPr>
                <w:sz w:val="18"/>
              </w:rPr>
              <w:t>83 / 62</w:t>
            </w:r>
          </w:p>
        </w:tc>
        <w:tc>
          <w:tcPr>
            <w:tcW w:w="1871" w:type="dxa"/>
            <w:vAlign w:val="center"/>
          </w:tcPr>
          <w:p w14:paraId="5E3356A5" w14:textId="2DBEDF7B" w:rsidR="00446222" w:rsidRDefault="00000000">
            <w:pPr>
              <w:spacing w:after="0" w:line="252" w:lineRule="auto"/>
              <w:jc w:val="center"/>
            </w:pPr>
            <w:r>
              <w:rPr>
                <w:sz w:val="18"/>
              </w:rPr>
              <w:t>1.04 (0.72</w:t>
            </w:r>
            <w:r w:rsidR="00A142B2">
              <w:rPr>
                <w:sz w:val="18"/>
              </w:rPr>
              <w:t>-</w:t>
            </w:r>
            <w:r>
              <w:rPr>
                <w:sz w:val="18"/>
              </w:rPr>
              <w:t>1.44)</w:t>
            </w:r>
          </w:p>
        </w:tc>
        <w:tc>
          <w:tcPr>
            <w:tcW w:w="1020" w:type="dxa"/>
            <w:vAlign w:val="center"/>
          </w:tcPr>
          <w:p w14:paraId="728FE316" w14:textId="77777777" w:rsidR="00446222" w:rsidRDefault="00000000">
            <w:pPr>
              <w:spacing w:after="0" w:line="252" w:lineRule="auto"/>
              <w:jc w:val="center"/>
            </w:pPr>
            <w:r>
              <w:rPr>
                <w:sz w:val="18"/>
              </w:rPr>
              <w:t>0.8066</w:t>
            </w:r>
          </w:p>
        </w:tc>
      </w:tr>
      <w:tr w:rsidR="00446222" w14:paraId="70EE8EA8" w14:textId="77777777">
        <w:trPr>
          <w:cantSplit/>
          <w:jc w:val="center"/>
        </w:trPr>
        <w:tc>
          <w:tcPr>
            <w:tcW w:w="794" w:type="dxa"/>
            <w:vAlign w:val="center"/>
          </w:tcPr>
          <w:p w14:paraId="646277B9" w14:textId="77777777" w:rsidR="00446222" w:rsidRDefault="00000000">
            <w:pPr>
              <w:spacing w:after="0" w:line="252" w:lineRule="auto"/>
            </w:pPr>
            <w:r>
              <w:rPr>
                <w:sz w:val="18"/>
              </w:rPr>
              <w:t>S01</w:t>
            </w:r>
          </w:p>
        </w:tc>
        <w:tc>
          <w:tcPr>
            <w:tcW w:w="3969" w:type="dxa"/>
            <w:vAlign w:val="center"/>
          </w:tcPr>
          <w:p w14:paraId="3097D338" w14:textId="77777777" w:rsidR="00446222" w:rsidRDefault="00000000">
            <w:pPr>
              <w:spacing w:after="0" w:line="252" w:lineRule="auto"/>
            </w:pPr>
            <w:r>
              <w:rPr>
                <w:sz w:val="18"/>
              </w:rPr>
              <w:t>ages ≥23, no upper limit</w:t>
            </w:r>
          </w:p>
        </w:tc>
        <w:tc>
          <w:tcPr>
            <w:tcW w:w="737" w:type="dxa"/>
            <w:vAlign w:val="center"/>
          </w:tcPr>
          <w:p w14:paraId="4B8ECB1B" w14:textId="77777777" w:rsidR="00446222" w:rsidRDefault="00000000">
            <w:pPr>
              <w:spacing w:after="0" w:line="252" w:lineRule="auto"/>
              <w:jc w:val="center"/>
            </w:pPr>
            <w:r>
              <w:rPr>
                <w:sz w:val="18"/>
              </w:rPr>
              <w:t>150</w:t>
            </w:r>
          </w:p>
        </w:tc>
        <w:tc>
          <w:tcPr>
            <w:tcW w:w="1247" w:type="dxa"/>
            <w:vAlign w:val="center"/>
          </w:tcPr>
          <w:p w14:paraId="4012BAC0" w14:textId="77777777" w:rsidR="00446222" w:rsidRDefault="00000000">
            <w:pPr>
              <w:spacing w:after="0" w:line="252" w:lineRule="auto"/>
              <w:jc w:val="center"/>
            </w:pPr>
            <w:r>
              <w:rPr>
                <w:sz w:val="18"/>
              </w:rPr>
              <w:t>83 / 67</w:t>
            </w:r>
          </w:p>
        </w:tc>
        <w:tc>
          <w:tcPr>
            <w:tcW w:w="1871" w:type="dxa"/>
            <w:vAlign w:val="center"/>
          </w:tcPr>
          <w:p w14:paraId="29933FD4" w14:textId="2E343F57" w:rsidR="00446222" w:rsidRDefault="00000000">
            <w:pPr>
              <w:spacing w:after="0" w:line="252" w:lineRule="auto"/>
              <w:jc w:val="center"/>
            </w:pPr>
            <w:r>
              <w:rPr>
                <w:sz w:val="18"/>
              </w:rPr>
              <w:t>1.05 (0.72</w:t>
            </w:r>
            <w:r w:rsidR="00A142B2">
              <w:rPr>
                <w:sz w:val="18"/>
              </w:rPr>
              <w:t>-</w:t>
            </w:r>
            <w:r>
              <w:rPr>
                <w:sz w:val="18"/>
              </w:rPr>
              <w:t>1.45)</w:t>
            </w:r>
          </w:p>
        </w:tc>
        <w:tc>
          <w:tcPr>
            <w:tcW w:w="1020" w:type="dxa"/>
            <w:vAlign w:val="center"/>
          </w:tcPr>
          <w:p w14:paraId="110466F5" w14:textId="77777777" w:rsidR="00446222" w:rsidRDefault="00000000">
            <w:pPr>
              <w:spacing w:after="0" w:line="252" w:lineRule="auto"/>
              <w:jc w:val="center"/>
            </w:pPr>
            <w:r>
              <w:rPr>
                <w:sz w:val="18"/>
              </w:rPr>
              <w:t>0.7810</w:t>
            </w:r>
          </w:p>
        </w:tc>
      </w:tr>
      <w:tr w:rsidR="00446222" w14:paraId="6F4DF5BB" w14:textId="77777777">
        <w:trPr>
          <w:cantSplit/>
          <w:jc w:val="center"/>
        </w:trPr>
        <w:tc>
          <w:tcPr>
            <w:tcW w:w="794" w:type="dxa"/>
            <w:vAlign w:val="center"/>
          </w:tcPr>
          <w:p w14:paraId="0AE3B214" w14:textId="77777777" w:rsidR="00446222" w:rsidRDefault="00000000">
            <w:pPr>
              <w:spacing w:after="0" w:line="252" w:lineRule="auto"/>
            </w:pPr>
            <w:r>
              <w:rPr>
                <w:sz w:val="18"/>
              </w:rPr>
              <w:t>S02</w:t>
            </w:r>
          </w:p>
        </w:tc>
        <w:tc>
          <w:tcPr>
            <w:tcW w:w="3969" w:type="dxa"/>
            <w:vAlign w:val="center"/>
          </w:tcPr>
          <w:p w14:paraId="5C336415" w14:textId="77777777" w:rsidR="00446222" w:rsidRDefault="00000000">
            <w:pPr>
              <w:spacing w:after="0" w:line="252" w:lineRule="auto"/>
            </w:pPr>
            <w:r>
              <w:rPr>
                <w:sz w:val="18"/>
              </w:rPr>
              <w:t>all enrolled ages</w:t>
            </w:r>
          </w:p>
        </w:tc>
        <w:tc>
          <w:tcPr>
            <w:tcW w:w="737" w:type="dxa"/>
            <w:vAlign w:val="center"/>
          </w:tcPr>
          <w:p w14:paraId="3A936A06" w14:textId="77777777" w:rsidR="00446222" w:rsidRDefault="00000000">
            <w:pPr>
              <w:spacing w:after="0" w:line="252" w:lineRule="auto"/>
              <w:jc w:val="center"/>
            </w:pPr>
            <w:r>
              <w:rPr>
                <w:sz w:val="18"/>
              </w:rPr>
              <w:t>163</w:t>
            </w:r>
          </w:p>
        </w:tc>
        <w:tc>
          <w:tcPr>
            <w:tcW w:w="1247" w:type="dxa"/>
            <w:vAlign w:val="center"/>
          </w:tcPr>
          <w:p w14:paraId="44572D57" w14:textId="77777777" w:rsidR="00446222" w:rsidRDefault="00000000">
            <w:pPr>
              <w:spacing w:after="0" w:line="252" w:lineRule="auto"/>
              <w:jc w:val="center"/>
            </w:pPr>
            <w:r>
              <w:rPr>
                <w:sz w:val="18"/>
              </w:rPr>
              <w:t>96 / 67</w:t>
            </w:r>
          </w:p>
        </w:tc>
        <w:tc>
          <w:tcPr>
            <w:tcW w:w="1871" w:type="dxa"/>
            <w:vAlign w:val="center"/>
          </w:tcPr>
          <w:p w14:paraId="5F732F2E" w14:textId="3FDB304B" w:rsidR="00446222" w:rsidRDefault="00000000">
            <w:pPr>
              <w:spacing w:after="0" w:line="252" w:lineRule="auto"/>
              <w:jc w:val="center"/>
            </w:pPr>
            <w:r>
              <w:rPr>
                <w:sz w:val="18"/>
              </w:rPr>
              <w:t>1.07 (0.74</w:t>
            </w:r>
            <w:r w:rsidR="00A142B2">
              <w:rPr>
                <w:sz w:val="18"/>
              </w:rPr>
              <w:t>-</w:t>
            </w:r>
            <w:r>
              <w:rPr>
                <w:sz w:val="18"/>
              </w:rPr>
              <w:t>1.48)</w:t>
            </w:r>
          </w:p>
        </w:tc>
        <w:tc>
          <w:tcPr>
            <w:tcW w:w="1020" w:type="dxa"/>
            <w:vAlign w:val="center"/>
          </w:tcPr>
          <w:p w14:paraId="60E5E9FA" w14:textId="77777777" w:rsidR="00446222" w:rsidRDefault="00000000">
            <w:pPr>
              <w:spacing w:after="0" w:line="252" w:lineRule="auto"/>
              <w:jc w:val="center"/>
            </w:pPr>
            <w:r>
              <w:rPr>
                <w:sz w:val="18"/>
              </w:rPr>
              <w:t>0.6821</w:t>
            </w:r>
          </w:p>
        </w:tc>
      </w:tr>
      <w:tr w:rsidR="00446222" w14:paraId="031A6B1A" w14:textId="77777777">
        <w:trPr>
          <w:cantSplit/>
          <w:jc w:val="center"/>
        </w:trPr>
        <w:tc>
          <w:tcPr>
            <w:tcW w:w="794" w:type="dxa"/>
            <w:vAlign w:val="center"/>
          </w:tcPr>
          <w:p w14:paraId="1CD905F1" w14:textId="77777777" w:rsidR="00446222" w:rsidRDefault="00000000">
            <w:pPr>
              <w:spacing w:after="0" w:line="252" w:lineRule="auto"/>
            </w:pPr>
            <w:r>
              <w:rPr>
                <w:sz w:val="18"/>
              </w:rPr>
              <w:t>S03</w:t>
            </w:r>
          </w:p>
        </w:tc>
        <w:tc>
          <w:tcPr>
            <w:tcW w:w="3969" w:type="dxa"/>
            <w:vAlign w:val="center"/>
          </w:tcPr>
          <w:p w14:paraId="4CC59D88" w14:textId="77777777" w:rsidR="00446222" w:rsidRDefault="00000000">
            <w:pPr>
              <w:spacing w:after="0" w:line="252" w:lineRule="auto"/>
            </w:pPr>
            <w:r>
              <w:rPr>
                <w:sz w:val="18"/>
              </w:rPr>
              <w:t>exclude recorded students from both groups</w:t>
            </w:r>
          </w:p>
        </w:tc>
        <w:tc>
          <w:tcPr>
            <w:tcW w:w="737" w:type="dxa"/>
            <w:vAlign w:val="center"/>
          </w:tcPr>
          <w:p w14:paraId="54393FF9" w14:textId="77777777" w:rsidR="00446222" w:rsidRDefault="00000000">
            <w:pPr>
              <w:spacing w:after="0" w:line="252" w:lineRule="auto"/>
              <w:jc w:val="center"/>
            </w:pPr>
            <w:r>
              <w:rPr>
                <w:sz w:val="18"/>
              </w:rPr>
              <w:t>121</w:t>
            </w:r>
          </w:p>
        </w:tc>
        <w:tc>
          <w:tcPr>
            <w:tcW w:w="1247" w:type="dxa"/>
            <w:vAlign w:val="center"/>
          </w:tcPr>
          <w:p w14:paraId="33581DEE" w14:textId="77777777" w:rsidR="00446222" w:rsidRDefault="00000000">
            <w:pPr>
              <w:spacing w:after="0" w:line="252" w:lineRule="auto"/>
              <w:jc w:val="center"/>
            </w:pPr>
            <w:r>
              <w:rPr>
                <w:sz w:val="18"/>
              </w:rPr>
              <w:t>66 / 55</w:t>
            </w:r>
          </w:p>
        </w:tc>
        <w:tc>
          <w:tcPr>
            <w:tcW w:w="1871" w:type="dxa"/>
            <w:vAlign w:val="center"/>
          </w:tcPr>
          <w:p w14:paraId="56811192" w14:textId="5A781F98" w:rsidR="00446222" w:rsidRDefault="00000000">
            <w:pPr>
              <w:spacing w:after="0" w:line="252" w:lineRule="auto"/>
              <w:jc w:val="center"/>
            </w:pPr>
            <w:r>
              <w:rPr>
                <w:sz w:val="18"/>
              </w:rPr>
              <w:t>1.20 (0.73</w:t>
            </w:r>
            <w:r w:rsidR="00A142B2">
              <w:rPr>
                <w:sz w:val="18"/>
              </w:rPr>
              <w:t>-</w:t>
            </w:r>
            <w:r>
              <w:rPr>
                <w:sz w:val="18"/>
              </w:rPr>
              <w:t>1.99)</w:t>
            </w:r>
          </w:p>
        </w:tc>
        <w:tc>
          <w:tcPr>
            <w:tcW w:w="1020" w:type="dxa"/>
            <w:vAlign w:val="center"/>
          </w:tcPr>
          <w:p w14:paraId="308BED46" w14:textId="77777777" w:rsidR="00446222" w:rsidRDefault="00000000">
            <w:pPr>
              <w:spacing w:after="0" w:line="252" w:lineRule="auto"/>
              <w:jc w:val="center"/>
            </w:pPr>
            <w:r>
              <w:rPr>
                <w:sz w:val="18"/>
              </w:rPr>
              <w:t>0.4760</w:t>
            </w:r>
          </w:p>
        </w:tc>
      </w:tr>
      <w:tr w:rsidR="00446222" w14:paraId="192FC28C" w14:textId="77777777">
        <w:trPr>
          <w:cantSplit/>
          <w:jc w:val="center"/>
        </w:trPr>
        <w:tc>
          <w:tcPr>
            <w:tcW w:w="794" w:type="dxa"/>
            <w:vAlign w:val="center"/>
          </w:tcPr>
          <w:p w14:paraId="278B81AA" w14:textId="77777777" w:rsidR="00446222" w:rsidRDefault="00000000">
            <w:pPr>
              <w:spacing w:after="0" w:line="252" w:lineRule="auto"/>
            </w:pPr>
            <w:r>
              <w:rPr>
                <w:sz w:val="18"/>
              </w:rPr>
              <w:t>S04</w:t>
            </w:r>
          </w:p>
        </w:tc>
        <w:tc>
          <w:tcPr>
            <w:tcW w:w="3969" w:type="dxa"/>
            <w:vAlign w:val="center"/>
          </w:tcPr>
          <w:p w14:paraId="2DFA1999" w14:textId="77777777" w:rsidR="00446222" w:rsidRDefault="00000000">
            <w:pPr>
              <w:spacing w:after="0" w:line="252" w:lineRule="auto"/>
            </w:pPr>
            <w:r>
              <w:rPr>
                <w:sz w:val="18"/>
              </w:rPr>
              <w:t>recorded student status</w:t>
            </w:r>
          </w:p>
        </w:tc>
        <w:tc>
          <w:tcPr>
            <w:tcW w:w="737" w:type="dxa"/>
            <w:vAlign w:val="center"/>
          </w:tcPr>
          <w:p w14:paraId="6EB4CDF5" w14:textId="77777777" w:rsidR="00446222" w:rsidRDefault="00000000">
            <w:pPr>
              <w:spacing w:after="0" w:line="252" w:lineRule="auto"/>
              <w:jc w:val="center"/>
            </w:pPr>
            <w:r>
              <w:rPr>
                <w:sz w:val="18"/>
              </w:rPr>
              <w:t>145</w:t>
            </w:r>
          </w:p>
        </w:tc>
        <w:tc>
          <w:tcPr>
            <w:tcW w:w="1247" w:type="dxa"/>
            <w:vAlign w:val="center"/>
          </w:tcPr>
          <w:p w14:paraId="294E25DE" w14:textId="77777777" w:rsidR="00446222" w:rsidRDefault="00000000">
            <w:pPr>
              <w:spacing w:after="0" w:line="252" w:lineRule="auto"/>
              <w:jc w:val="center"/>
            </w:pPr>
            <w:r>
              <w:rPr>
                <w:sz w:val="18"/>
              </w:rPr>
              <w:t>83 / 62</w:t>
            </w:r>
          </w:p>
        </w:tc>
        <w:tc>
          <w:tcPr>
            <w:tcW w:w="1871" w:type="dxa"/>
            <w:vAlign w:val="center"/>
          </w:tcPr>
          <w:p w14:paraId="360F84D9" w14:textId="1AB583BB" w:rsidR="00446222" w:rsidRDefault="00000000">
            <w:pPr>
              <w:spacing w:after="0" w:line="252" w:lineRule="auto"/>
              <w:jc w:val="center"/>
            </w:pPr>
            <w:r>
              <w:rPr>
                <w:sz w:val="18"/>
              </w:rPr>
              <w:t>1.02 (0.71</w:t>
            </w:r>
            <w:r w:rsidR="00A142B2">
              <w:rPr>
                <w:sz w:val="18"/>
              </w:rPr>
              <w:t>-</w:t>
            </w:r>
            <w:r>
              <w:rPr>
                <w:sz w:val="18"/>
              </w:rPr>
              <w:t>1.42)</w:t>
            </w:r>
          </w:p>
        </w:tc>
        <w:tc>
          <w:tcPr>
            <w:tcW w:w="1020" w:type="dxa"/>
            <w:vAlign w:val="center"/>
          </w:tcPr>
          <w:p w14:paraId="0C685273" w14:textId="77777777" w:rsidR="00446222" w:rsidRDefault="00000000">
            <w:pPr>
              <w:spacing w:after="0" w:line="252" w:lineRule="auto"/>
              <w:jc w:val="center"/>
            </w:pPr>
            <w:r>
              <w:rPr>
                <w:sz w:val="18"/>
              </w:rPr>
              <w:t>0.9091</w:t>
            </w:r>
          </w:p>
        </w:tc>
      </w:tr>
      <w:tr w:rsidR="00446222" w14:paraId="78667AF6" w14:textId="77777777">
        <w:trPr>
          <w:cantSplit/>
          <w:jc w:val="center"/>
        </w:trPr>
        <w:tc>
          <w:tcPr>
            <w:tcW w:w="794" w:type="dxa"/>
            <w:vAlign w:val="center"/>
          </w:tcPr>
          <w:p w14:paraId="5847343F" w14:textId="77777777" w:rsidR="00446222" w:rsidRDefault="00000000">
            <w:pPr>
              <w:spacing w:after="0" w:line="252" w:lineRule="auto"/>
            </w:pPr>
            <w:r>
              <w:rPr>
                <w:sz w:val="18"/>
              </w:rPr>
              <w:t>S05</w:t>
            </w:r>
          </w:p>
        </w:tc>
        <w:tc>
          <w:tcPr>
            <w:tcW w:w="3969" w:type="dxa"/>
            <w:vAlign w:val="center"/>
          </w:tcPr>
          <w:p w14:paraId="3EAC485A" w14:textId="77777777" w:rsidR="00446222" w:rsidRDefault="00000000">
            <w:pPr>
              <w:spacing w:after="0" w:line="252" w:lineRule="auto"/>
            </w:pPr>
            <w:r>
              <w:rPr>
                <w:sz w:val="18"/>
              </w:rPr>
              <w:t>linear rather than spline age</w:t>
            </w:r>
          </w:p>
        </w:tc>
        <w:tc>
          <w:tcPr>
            <w:tcW w:w="737" w:type="dxa"/>
            <w:vAlign w:val="center"/>
          </w:tcPr>
          <w:p w14:paraId="72607B03" w14:textId="77777777" w:rsidR="00446222" w:rsidRDefault="00000000">
            <w:pPr>
              <w:spacing w:after="0" w:line="252" w:lineRule="auto"/>
              <w:jc w:val="center"/>
            </w:pPr>
            <w:r>
              <w:rPr>
                <w:sz w:val="18"/>
              </w:rPr>
              <w:t>145</w:t>
            </w:r>
          </w:p>
        </w:tc>
        <w:tc>
          <w:tcPr>
            <w:tcW w:w="1247" w:type="dxa"/>
            <w:vAlign w:val="center"/>
          </w:tcPr>
          <w:p w14:paraId="7A5C0584" w14:textId="77777777" w:rsidR="00446222" w:rsidRDefault="00000000">
            <w:pPr>
              <w:spacing w:after="0" w:line="252" w:lineRule="auto"/>
              <w:jc w:val="center"/>
            </w:pPr>
            <w:r>
              <w:rPr>
                <w:sz w:val="18"/>
              </w:rPr>
              <w:t>83 / 62</w:t>
            </w:r>
          </w:p>
        </w:tc>
        <w:tc>
          <w:tcPr>
            <w:tcW w:w="1871" w:type="dxa"/>
            <w:vAlign w:val="center"/>
          </w:tcPr>
          <w:p w14:paraId="374C9AA8" w14:textId="3A25D579" w:rsidR="00446222" w:rsidRDefault="00000000">
            <w:pPr>
              <w:spacing w:after="0" w:line="252" w:lineRule="auto"/>
              <w:jc w:val="center"/>
            </w:pPr>
            <w:r>
              <w:rPr>
                <w:sz w:val="18"/>
              </w:rPr>
              <w:t>1.04 (0.72</w:t>
            </w:r>
            <w:r w:rsidR="00A142B2">
              <w:rPr>
                <w:sz w:val="18"/>
              </w:rPr>
              <w:t>-</w:t>
            </w:r>
            <w:r>
              <w:rPr>
                <w:sz w:val="18"/>
              </w:rPr>
              <w:t>1.44)</w:t>
            </w:r>
          </w:p>
        </w:tc>
        <w:tc>
          <w:tcPr>
            <w:tcW w:w="1020" w:type="dxa"/>
            <w:vAlign w:val="center"/>
          </w:tcPr>
          <w:p w14:paraId="10D5E2B2" w14:textId="77777777" w:rsidR="00446222" w:rsidRDefault="00000000">
            <w:pPr>
              <w:spacing w:after="0" w:line="252" w:lineRule="auto"/>
              <w:jc w:val="center"/>
            </w:pPr>
            <w:r>
              <w:rPr>
                <w:sz w:val="18"/>
              </w:rPr>
              <w:t>0.7955</w:t>
            </w:r>
          </w:p>
        </w:tc>
      </w:tr>
      <w:tr w:rsidR="00446222" w14:paraId="321BFF6C" w14:textId="77777777">
        <w:trPr>
          <w:cantSplit/>
          <w:jc w:val="center"/>
        </w:trPr>
        <w:tc>
          <w:tcPr>
            <w:tcW w:w="794" w:type="dxa"/>
            <w:vAlign w:val="center"/>
          </w:tcPr>
          <w:p w14:paraId="0E882755" w14:textId="77777777" w:rsidR="00446222" w:rsidRDefault="00000000">
            <w:pPr>
              <w:spacing w:after="0" w:line="252" w:lineRule="auto"/>
            </w:pPr>
            <w:r>
              <w:rPr>
                <w:sz w:val="18"/>
              </w:rPr>
              <w:t>S06</w:t>
            </w:r>
          </w:p>
        </w:tc>
        <w:tc>
          <w:tcPr>
            <w:tcW w:w="3969" w:type="dxa"/>
            <w:vAlign w:val="center"/>
          </w:tcPr>
          <w:p w14:paraId="18599404" w14:textId="2FF87DAF" w:rsidR="00446222" w:rsidRDefault="00000000">
            <w:pPr>
              <w:spacing w:after="0" w:line="252" w:lineRule="auto"/>
            </w:pPr>
            <w:r>
              <w:rPr>
                <w:sz w:val="18"/>
              </w:rPr>
              <w:t>ages 23</w:t>
            </w:r>
            <w:r w:rsidR="00A142B2">
              <w:rPr>
                <w:sz w:val="18"/>
              </w:rPr>
              <w:t>-</w:t>
            </w:r>
            <w:r>
              <w:rPr>
                <w:sz w:val="18"/>
              </w:rPr>
              <w:t>58</w:t>
            </w:r>
          </w:p>
        </w:tc>
        <w:tc>
          <w:tcPr>
            <w:tcW w:w="737" w:type="dxa"/>
            <w:vAlign w:val="center"/>
          </w:tcPr>
          <w:p w14:paraId="3F901068" w14:textId="77777777" w:rsidR="00446222" w:rsidRDefault="00000000">
            <w:pPr>
              <w:spacing w:after="0" w:line="252" w:lineRule="auto"/>
              <w:jc w:val="center"/>
            </w:pPr>
            <w:r>
              <w:rPr>
                <w:sz w:val="18"/>
              </w:rPr>
              <w:t>135</w:t>
            </w:r>
          </w:p>
        </w:tc>
        <w:tc>
          <w:tcPr>
            <w:tcW w:w="1247" w:type="dxa"/>
            <w:vAlign w:val="center"/>
          </w:tcPr>
          <w:p w14:paraId="14D22D0B" w14:textId="77777777" w:rsidR="00446222" w:rsidRDefault="00000000">
            <w:pPr>
              <w:spacing w:after="0" w:line="252" w:lineRule="auto"/>
              <w:jc w:val="center"/>
            </w:pPr>
            <w:r>
              <w:rPr>
                <w:sz w:val="18"/>
              </w:rPr>
              <w:t>82 / 53</w:t>
            </w:r>
          </w:p>
        </w:tc>
        <w:tc>
          <w:tcPr>
            <w:tcW w:w="1871" w:type="dxa"/>
            <w:vAlign w:val="center"/>
          </w:tcPr>
          <w:p w14:paraId="5E16A881" w14:textId="6804A40D" w:rsidR="00446222" w:rsidRDefault="00000000">
            <w:pPr>
              <w:spacing w:after="0" w:line="252" w:lineRule="auto"/>
              <w:jc w:val="center"/>
            </w:pPr>
            <w:r>
              <w:rPr>
                <w:sz w:val="18"/>
              </w:rPr>
              <w:t>1.05 (0.72</w:t>
            </w:r>
            <w:r w:rsidR="00A142B2">
              <w:rPr>
                <w:sz w:val="18"/>
              </w:rPr>
              <w:t>-</w:t>
            </w:r>
            <w:r>
              <w:rPr>
                <w:sz w:val="18"/>
              </w:rPr>
              <w:t>1.46)</w:t>
            </w:r>
          </w:p>
        </w:tc>
        <w:tc>
          <w:tcPr>
            <w:tcW w:w="1020" w:type="dxa"/>
            <w:vAlign w:val="center"/>
          </w:tcPr>
          <w:p w14:paraId="264B4ED5" w14:textId="77777777" w:rsidR="00446222" w:rsidRDefault="00000000">
            <w:pPr>
              <w:spacing w:after="0" w:line="252" w:lineRule="auto"/>
              <w:jc w:val="center"/>
            </w:pPr>
            <w:r>
              <w:rPr>
                <w:sz w:val="18"/>
              </w:rPr>
              <w:t>0.7505</w:t>
            </w:r>
          </w:p>
        </w:tc>
      </w:tr>
      <w:tr w:rsidR="00446222" w14:paraId="6EED24E9" w14:textId="77777777">
        <w:trPr>
          <w:cantSplit/>
          <w:jc w:val="center"/>
        </w:trPr>
        <w:tc>
          <w:tcPr>
            <w:tcW w:w="794" w:type="dxa"/>
            <w:vAlign w:val="center"/>
          </w:tcPr>
          <w:p w14:paraId="772294FE" w14:textId="77777777" w:rsidR="00446222" w:rsidRDefault="00000000">
            <w:pPr>
              <w:spacing w:after="0" w:line="252" w:lineRule="auto"/>
            </w:pPr>
            <w:r>
              <w:rPr>
                <w:sz w:val="18"/>
              </w:rPr>
              <w:t>S07</w:t>
            </w:r>
          </w:p>
        </w:tc>
        <w:tc>
          <w:tcPr>
            <w:tcW w:w="3969" w:type="dxa"/>
            <w:vAlign w:val="center"/>
          </w:tcPr>
          <w:p w14:paraId="04BACE69" w14:textId="77777777" w:rsidR="00446222" w:rsidRDefault="00000000">
            <w:pPr>
              <w:spacing w:after="0" w:line="252" w:lineRule="auto"/>
            </w:pPr>
            <w:r>
              <w:rPr>
                <w:sz w:val="18"/>
              </w:rPr>
              <w:t>recorded BMI</w:t>
            </w:r>
          </w:p>
        </w:tc>
        <w:tc>
          <w:tcPr>
            <w:tcW w:w="737" w:type="dxa"/>
            <w:vAlign w:val="center"/>
          </w:tcPr>
          <w:p w14:paraId="0D8D4879" w14:textId="77777777" w:rsidR="00446222" w:rsidRDefault="00000000">
            <w:pPr>
              <w:spacing w:after="0" w:line="252" w:lineRule="auto"/>
              <w:jc w:val="center"/>
            </w:pPr>
            <w:r>
              <w:rPr>
                <w:sz w:val="18"/>
              </w:rPr>
              <w:t>145</w:t>
            </w:r>
          </w:p>
        </w:tc>
        <w:tc>
          <w:tcPr>
            <w:tcW w:w="1247" w:type="dxa"/>
            <w:vAlign w:val="center"/>
          </w:tcPr>
          <w:p w14:paraId="0021F186" w14:textId="77777777" w:rsidR="00446222" w:rsidRDefault="00000000">
            <w:pPr>
              <w:spacing w:after="0" w:line="252" w:lineRule="auto"/>
              <w:jc w:val="center"/>
            </w:pPr>
            <w:r>
              <w:rPr>
                <w:sz w:val="18"/>
              </w:rPr>
              <w:t>83 / 62</w:t>
            </w:r>
          </w:p>
        </w:tc>
        <w:tc>
          <w:tcPr>
            <w:tcW w:w="1871" w:type="dxa"/>
            <w:vAlign w:val="center"/>
          </w:tcPr>
          <w:p w14:paraId="313B518F" w14:textId="5EB1F252" w:rsidR="00446222" w:rsidRDefault="00000000">
            <w:pPr>
              <w:spacing w:after="0" w:line="252" w:lineRule="auto"/>
              <w:jc w:val="center"/>
            </w:pPr>
            <w:r>
              <w:rPr>
                <w:sz w:val="18"/>
              </w:rPr>
              <w:t>1.05 (0.73</w:t>
            </w:r>
            <w:r w:rsidR="00A142B2">
              <w:rPr>
                <w:sz w:val="18"/>
              </w:rPr>
              <w:t>-</w:t>
            </w:r>
            <w:r>
              <w:rPr>
                <w:sz w:val="18"/>
              </w:rPr>
              <w:t>1.45)</w:t>
            </w:r>
          </w:p>
        </w:tc>
        <w:tc>
          <w:tcPr>
            <w:tcW w:w="1020" w:type="dxa"/>
            <w:vAlign w:val="center"/>
          </w:tcPr>
          <w:p w14:paraId="4BB4B769" w14:textId="77777777" w:rsidR="00446222" w:rsidRDefault="00000000">
            <w:pPr>
              <w:spacing w:after="0" w:line="252" w:lineRule="auto"/>
              <w:jc w:val="center"/>
            </w:pPr>
            <w:r>
              <w:rPr>
                <w:sz w:val="18"/>
              </w:rPr>
              <w:t>0.7764</w:t>
            </w:r>
          </w:p>
        </w:tc>
      </w:tr>
      <w:tr w:rsidR="00446222" w14:paraId="62306D83" w14:textId="77777777">
        <w:trPr>
          <w:cantSplit/>
          <w:jc w:val="center"/>
        </w:trPr>
        <w:tc>
          <w:tcPr>
            <w:tcW w:w="794" w:type="dxa"/>
            <w:vAlign w:val="center"/>
          </w:tcPr>
          <w:p w14:paraId="1AAE02D2" w14:textId="77777777" w:rsidR="00446222" w:rsidRDefault="00000000">
            <w:pPr>
              <w:spacing w:after="0" w:line="252" w:lineRule="auto"/>
            </w:pPr>
            <w:r>
              <w:rPr>
                <w:sz w:val="18"/>
              </w:rPr>
              <w:t>S08</w:t>
            </w:r>
          </w:p>
        </w:tc>
        <w:tc>
          <w:tcPr>
            <w:tcW w:w="3969" w:type="dxa"/>
            <w:vAlign w:val="center"/>
          </w:tcPr>
          <w:p w14:paraId="20AEF5A7" w14:textId="77777777" w:rsidR="00446222" w:rsidRDefault="00000000">
            <w:pPr>
              <w:spacing w:after="0" w:line="252" w:lineRule="auto"/>
            </w:pPr>
            <w:r>
              <w:rPr>
                <w:sz w:val="18"/>
              </w:rPr>
              <w:t>menopausal status</w:t>
            </w:r>
          </w:p>
        </w:tc>
        <w:tc>
          <w:tcPr>
            <w:tcW w:w="737" w:type="dxa"/>
            <w:vAlign w:val="center"/>
          </w:tcPr>
          <w:p w14:paraId="7312C675" w14:textId="77777777" w:rsidR="00446222" w:rsidRDefault="00000000">
            <w:pPr>
              <w:spacing w:after="0" w:line="252" w:lineRule="auto"/>
              <w:jc w:val="center"/>
            </w:pPr>
            <w:r>
              <w:rPr>
                <w:sz w:val="18"/>
              </w:rPr>
              <w:t>145</w:t>
            </w:r>
          </w:p>
        </w:tc>
        <w:tc>
          <w:tcPr>
            <w:tcW w:w="1247" w:type="dxa"/>
            <w:vAlign w:val="center"/>
          </w:tcPr>
          <w:p w14:paraId="32545896" w14:textId="77777777" w:rsidR="00446222" w:rsidRDefault="00000000">
            <w:pPr>
              <w:spacing w:after="0" w:line="252" w:lineRule="auto"/>
              <w:jc w:val="center"/>
            </w:pPr>
            <w:r>
              <w:rPr>
                <w:sz w:val="18"/>
              </w:rPr>
              <w:t>83 / 62</w:t>
            </w:r>
          </w:p>
        </w:tc>
        <w:tc>
          <w:tcPr>
            <w:tcW w:w="1871" w:type="dxa"/>
            <w:vAlign w:val="center"/>
          </w:tcPr>
          <w:p w14:paraId="68D7437D" w14:textId="16ECD6F1" w:rsidR="00446222" w:rsidRDefault="00000000">
            <w:pPr>
              <w:spacing w:after="0" w:line="252" w:lineRule="auto"/>
              <w:jc w:val="center"/>
            </w:pPr>
            <w:r>
              <w:rPr>
                <w:sz w:val="18"/>
              </w:rPr>
              <w:t>1.04 (0.72</w:t>
            </w:r>
            <w:r w:rsidR="00A142B2">
              <w:rPr>
                <w:sz w:val="18"/>
              </w:rPr>
              <w:t>-</w:t>
            </w:r>
            <w:r>
              <w:rPr>
                <w:sz w:val="18"/>
              </w:rPr>
              <w:t>1.44)</w:t>
            </w:r>
          </w:p>
        </w:tc>
        <w:tc>
          <w:tcPr>
            <w:tcW w:w="1020" w:type="dxa"/>
            <w:vAlign w:val="center"/>
          </w:tcPr>
          <w:p w14:paraId="2544F9D0" w14:textId="77777777" w:rsidR="00446222" w:rsidRDefault="00000000">
            <w:pPr>
              <w:spacing w:after="0" w:line="252" w:lineRule="auto"/>
              <w:jc w:val="center"/>
            </w:pPr>
            <w:r>
              <w:rPr>
                <w:sz w:val="18"/>
              </w:rPr>
              <w:t>0.8058</w:t>
            </w:r>
          </w:p>
        </w:tc>
      </w:tr>
      <w:tr w:rsidR="00446222" w14:paraId="2B94F9A8" w14:textId="77777777">
        <w:trPr>
          <w:cantSplit/>
          <w:jc w:val="center"/>
        </w:trPr>
        <w:tc>
          <w:tcPr>
            <w:tcW w:w="794" w:type="dxa"/>
            <w:vAlign w:val="center"/>
          </w:tcPr>
          <w:p w14:paraId="76E62955" w14:textId="77777777" w:rsidR="00446222" w:rsidRDefault="00000000">
            <w:pPr>
              <w:spacing w:after="0" w:line="252" w:lineRule="auto"/>
            </w:pPr>
            <w:r>
              <w:rPr>
                <w:sz w:val="18"/>
              </w:rPr>
              <w:t>S09</w:t>
            </w:r>
          </w:p>
        </w:tc>
        <w:tc>
          <w:tcPr>
            <w:tcW w:w="3969" w:type="dxa"/>
            <w:vAlign w:val="center"/>
          </w:tcPr>
          <w:p w14:paraId="76CC8D8C" w14:textId="77777777" w:rsidR="00446222" w:rsidRDefault="00000000">
            <w:pPr>
              <w:spacing w:after="0" w:line="252" w:lineRule="auto"/>
            </w:pPr>
            <w:r>
              <w:rPr>
                <w:sz w:val="18"/>
              </w:rPr>
              <w:t>primary/secondary education indicators</w:t>
            </w:r>
          </w:p>
        </w:tc>
        <w:tc>
          <w:tcPr>
            <w:tcW w:w="737" w:type="dxa"/>
            <w:vAlign w:val="center"/>
          </w:tcPr>
          <w:p w14:paraId="205F34D0" w14:textId="77777777" w:rsidR="00446222" w:rsidRDefault="00000000">
            <w:pPr>
              <w:spacing w:after="0" w:line="252" w:lineRule="auto"/>
              <w:jc w:val="center"/>
            </w:pPr>
            <w:r>
              <w:rPr>
                <w:sz w:val="18"/>
              </w:rPr>
              <w:t>145</w:t>
            </w:r>
          </w:p>
        </w:tc>
        <w:tc>
          <w:tcPr>
            <w:tcW w:w="1247" w:type="dxa"/>
            <w:vAlign w:val="center"/>
          </w:tcPr>
          <w:p w14:paraId="7F79DA43" w14:textId="77777777" w:rsidR="00446222" w:rsidRDefault="00000000">
            <w:pPr>
              <w:spacing w:after="0" w:line="252" w:lineRule="auto"/>
              <w:jc w:val="center"/>
            </w:pPr>
            <w:r>
              <w:rPr>
                <w:sz w:val="18"/>
              </w:rPr>
              <w:t>83 / 62</w:t>
            </w:r>
          </w:p>
        </w:tc>
        <w:tc>
          <w:tcPr>
            <w:tcW w:w="1871" w:type="dxa"/>
            <w:vAlign w:val="center"/>
          </w:tcPr>
          <w:p w14:paraId="00B74038" w14:textId="04F63E4E" w:rsidR="00446222" w:rsidRDefault="00000000">
            <w:pPr>
              <w:spacing w:after="0" w:line="252" w:lineRule="auto"/>
              <w:jc w:val="center"/>
            </w:pPr>
            <w:r>
              <w:rPr>
                <w:sz w:val="18"/>
              </w:rPr>
              <w:t>1.06 (0.73</w:t>
            </w:r>
            <w:r w:rsidR="00A142B2">
              <w:rPr>
                <w:sz w:val="18"/>
              </w:rPr>
              <w:t>-</w:t>
            </w:r>
            <w:r>
              <w:rPr>
                <w:sz w:val="18"/>
              </w:rPr>
              <w:t>1.47)</w:t>
            </w:r>
          </w:p>
        </w:tc>
        <w:tc>
          <w:tcPr>
            <w:tcW w:w="1020" w:type="dxa"/>
            <w:vAlign w:val="center"/>
          </w:tcPr>
          <w:p w14:paraId="11274BD6" w14:textId="77777777" w:rsidR="00446222" w:rsidRDefault="00000000">
            <w:pPr>
              <w:spacing w:after="0" w:line="252" w:lineRule="auto"/>
              <w:jc w:val="center"/>
            </w:pPr>
            <w:r>
              <w:rPr>
                <w:sz w:val="18"/>
              </w:rPr>
              <w:t>0.7292</w:t>
            </w:r>
          </w:p>
        </w:tc>
      </w:tr>
      <w:tr w:rsidR="00446222" w14:paraId="72C5C796" w14:textId="77777777">
        <w:trPr>
          <w:cantSplit/>
          <w:jc w:val="center"/>
        </w:trPr>
        <w:tc>
          <w:tcPr>
            <w:tcW w:w="794" w:type="dxa"/>
            <w:vAlign w:val="center"/>
          </w:tcPr>
          <w:p w14:paraId="0D3A67C1" w14:textId="77777777" w:rsidR="00446222" w:rsidRDefault="00000000">
            <w:pPr>
              <w:spacing w:after="0" w:line="252" w:lineRule="auto"/>
            </w:pPr>
            <w:r>
              <w:rPr>
                <w:sz w:val="18"/>
              </w:rPr>
              <w:t>S10</w:t>
            </w:r>
          </w:p>
        </w:tc>
        <w:tc>
          <w:tcPr>
            <w:tcW w:w="3969" w:type="dxa"/>
            <w:vAlign w:val="center"/>
          </w:tcPr>
          <w:p w14:paraId="14AB1E69" w14:textId="77777777" w:rsidR="00446222" w:rsidRDefault="00000000">
            <w:pPr>
              <w:spacing w:after="0" w:line="252" w:lineRule="auto"/>
            </w:pPr>
            <w:r>
              <w:rPr>
                <w:sz w:val="18"/>
              </w:rPr>
              <w:t>raw frequency code × portion</w:t>
            </w:r>
          </w:p>
        </w:tc>
        <w:tc>
          <w:tcPr>
            <w:tcW w:w="737" w:type="dxa"/>
            <w:vAlign w:val="center"/>
          </w:tcPr>
          <w:p w14:paraId="03BA6253" w14:textId="77777777" w:rsidR="00446222" w:rsidRDefault="00000000">
            <w:pPr>
              <w:spacing w:after="0" w:line="252" w:lineRule="auto"/>
              <w:jc w:val="center"/>
            </w:pPr>
            <w:r>
              <w:rPr>
                <w:sz w:val="18"/>
              </w:rPr>
              <w:t>145</w:t>
            </w:r>
          </w:p>
        </w:tc>
        <w:tc>
          <w:tcPr>
            <w:tcW w:w="1247" w:type="dxa"/>
            <w:vAlign w:val="center"/>
          </w:tcPr>
          <w:p w14:paraId="205AC084" w14:textId="77777777" w:rsidR="00446222" w:rsidRDefault="00000000">
            <w:pPr>
              <w:spacing w:after="0" w:line="252" w:lineRule="auto"/>
              <w:jc w:val="center"/>
            </w:pPr>
            <w:r>
              <w:rPr>
                <w:sz w:val="18"/>
              </w:rPr>
              <w:t>83 / 62</w:t>
            </w:r>
          </w:p>
        </w:tc>
        <w:tc>
          <w:tcPr>
            <w:tcW w:w="1871" w:type="dxa"/>
            <w:vAlign w:val="center"/>
          </w:tcPr>
          <w:p w14:paraId="5498462E" w14:textId="50B11814" w:rsidR="00446222" w:rsidRDefault="00000000">
            <w:pPr>
              <w:spacing w:after="0" w:line="252" w:lineRule="auto"/>
              <w:jc w:val="center"/>
            </w:pPr>
            <w:r>
              <w:rPr>
                <w:sz w:val="18"/>
              </w:rPr>
              <w:t>1.20 (0.85</w:t>
            </w:r>
            <w:r w:rsidR="00A142B2">
              <w:rPr>
                <w:sz w:val="18"/>
              </w:rPr>
              <w:t>-</w:t>
            </w:r>
            <w:r>
              <w:rPr>
                <w:sz w:val="18"/>
              </w:rPr>
              <w:t>1.72)</w:t>
            </w:r>
          </w:p>
        </w:tc>
        <w:tc>
          <w:tcPr>
            <w:tcW w:w="1020" w:type="dxa"/>
            <w:vAlign w:val="center"/>
          </w:tcPr>
          <w:p w14:paraId="70C93A12" w14:textId="77777777" w:rsidR="00446222" w:rsidRDefault="00000000">
            <w:pPr>
              <w:spacing w:after="0" w:line="252" w:lineRule="auto"/>
              <w:jc w:val="center"/>
            </w:pPr>
            <w:r>
              <w:rPr>
                <w:sz w:val="18"/>
              </w:rPr>
              <w:t>0.3062</w:t>
            </w:r>
          </w:p>
        </w:tc>
      </w:tr>
      <w:tr w:rsidR="00446222" w14:paraId="00AEA123" w14:textId="77777777">
        <w:trPr>
          <w:cantSplit/>
          <w:jc w:val="center"/>
        </w:trPr>
        <w:tc>
          <w:tcPr>
            <w:tcW w:w="794" w:type="dxa"/>
            <w:vAlign w:val="center"/>
          </w:tcPr>
          <w:p w14:paraId="2886B9DC" w14:textId="77777777" w:rsidR="00446222" w:rsidRDefault="00000000">
            <w:pPr>
              <w:spacing w:after="0" w:line="252" w:lineRule="auto"/>
            </w:pPr>
            <w:r>
              <w:rPr>
                <w:sz w:val="18"/>
              </w:rPr>
              <w:t>S11</w:t>
            </w:r>
          </w:p>
        </w:tc>
        <w:tc>
          <w:tcPr>
            <w:tcW w:w="3969" w:type="dxa"/>
            <w:vAlign w:val="center"/>
          </w:tcPr>
          <w:p w14:paraId="5394E3D8" w14:textId="77777777" w:rsidR="00446222" w:rsidRDefault="00000000">
            <w:pPr>
              <w:spacing w:after="0" w:line="252" w:lineRule="auto"/>
            </w:pPr>
            <w:r>
              <w:rPr>
                <w:sz w:val="18"/>
              </w:rPr>
              <w:t>ranks of combined indices</w:t>
            </w:r>
          </w:p>
        </w:tc>
        <w:tc>
          <w:tcPr>
            <w:tcW w:w="737" w:type="dxa"/>
            <w:vAlign w:val="center"/>
          </w:tcPr>
          <w:p w14:paraId="11F5B4C8" w14:textId="77777777" w:rsidR="00446222" w:rsidRDefault="00000000">
            <w:pPr>
              <w:spacing w:after="0" w:line="252" w:lineRule="auto"/>
              <w:jc w:val="center"/>
            </w:pPr>
            <w:r>
              <w:rPr>
                <w:sz w:val="18"/>
              </w:rPr>
              <w:t>145</w:t>
            </w:r>
          </w:p>
        </w:tc>
        <w:tc>
          <w:tcPr>
            <w:tcW w:w="1247" w:type="dxa"/>
            <w:vAlign w:val="center"/>
          </w:tcPr>
          <w:p w14:paraId="1A2511EF" w14:textId="77777777" w:rsidR="00446222" w:rsidRDefault="00000000">
            <w:pPr>
              <w:spacing w:after="0" w:line="252" w:lineRule="auto"/>
              <w:jc w:val="center"/>
            </w:pPr>
            <w:r>
              <w:rPr>
                <w:sz w:val="18"/>
              </w:rPr>
              <w:t>83 / 62</w:t>
            </w:r>
          </w:p>
        </w:tc>
        <w:tc>
          <w:tcPr>
            <w:tcW w:w="1871" w:type="dxa"/>
            <w:vAlign w:val="center"/>
          </w:tcPr>
          <w:p w14:paraId="1B2DB6EC" w14:textId="774C5073" w:rsidR="00446222" w:rsidRDefault="00000000">
            <w:pPr>
              <w:spacing w:after="0" w:line="252" w:lineRule="auto"/>
              <w:jc w:val="center"/>
            </w:pPr>
            <w:r>
              <w:rPr>
                <w:sz w:val="18"/>
              </w:rPr>
              <w:t>1.27 (0.89</w:t>
            </w:r>
            <w:r w:rsidR="00A142B2">
              <w:rPr>
                <w:sz w:val="18"/>
              </w:rPr>
              <w:t>-</w:t>
            </w:r>
            <w:r>
              <w:rPr>
                <w:sz w:val="18"/>
              </w:rPr>
              <w:t>1.84)</w:t>
            </w:r>
          </w:p>
        </w:tc>
        <w:tc>
          <w:tcPr>
            <w:tcW w:w="1020" w:type="dxa"/>
            <w:vAlign w:val="center"/>
          </w:tcPr>
          <w:p w14:paraId="43CF3EF2" w14:textId="77777777" w:rsidR="00446222" w:rsidRDefault="00000000">
            <w:pPr>
              <w:spacing w:after="0" w:line="252" w:lineRule="auto"/>
              <w:jc w:val="center"/>
            </w:pPr>
            <w:r>
              <w:rPr>
                <w:sz w:val="18"/>
              </w:rPr>
              <w:t>0.1887</w:t>
            </w:r>
          </w:p>
        </w:tc>
      </w:tr>
      <w:tr w:rsidR="00446222" w14:paraId="49483E63" w14:textId="77777777">
        <w:trPr>
          <w:cantSplit/>
          <w:jc w:val="center"/>
        </w:trPr>
        <w:tc>
          <w:tcPr>
            <w:tcW w:w="794" w:type="dxa"/>
            <w:vAlign w:val="center"/>
          </w:tcPr>
          <w:p w14:paraId="46685950" w14:textId="77777777" w:rsidR="00446222" w:rsidRDefault="00000000">
            <w:pPr>
              <w:spacing w:after="0" w:line="252" w:lineRule="auto"/>
            </w:pPr>
            <w:r>
              <w:rPr>
                <w:sz w:val="18"/>
              </w:rPr>
              <w:t>S12</w:t>
            </w:r>
          </w:p>
        </w:tc>
        <w:tc>
          <w:tcPr>
            <w:tcW w:w="3969" w:type="dxa"/>
            <w:vAlign w:val="center"/>
          </w:tcPr>
          <w:p w14:paraId="2C37223D" w14:textId="77777777" w:rsidR="00446222" w:rsidRDefault="00000000">
            <w:pPr>
              <w:spacing w:after="0" w:line="252" w:lineRule="auto"/>
            </w:pPr>
            <w:r>
              <w:rPr>
                <w:sz w:val="18"/>
              </w:rPr>
              <w:t>exclude constant-frequency profiles</w:t>
            </w:r>
          </w:p>
        </w:tc>
        <w:tc>
          <w:tcPr>
            <w:tcW w:w="737" w:type="dxa"/>
            <w:vAlign w:val="center"/>
          </w:tcPr>
          <w:p w14:paraId="5A294ABC" w14:textId="77777777" w:rsidR="00446222" w:rsidRDefault="00000000">
            <w:pPr>
              <w:spacing w:after="0" w:line="252" w:lineRule="auto"/>
              <w:jc w:val="center"/>
            </w:pPr>
            <w:r>
              <w:rPr>
                <w:sz w:val="18"/>
              </w:rPr>
              <w:t>144</w:t>
            </w:r>
          </w:p>
        </w:tc>
        <w:tc>
          <w:tcPr>
            <w:tcW w:w="1247" w:type="dxa"/>
            <w:vAlign w:val="center"/>
          </w:tcPr>
          <w:p w14:paraId="7D25008F" w14:textId="77777777" w:rsidR="00446222" w:rsidRDefault="00000000">
            <w:pPr>
              <w:spacing w:after="0" w:line="252" w:lineRule="auto"/>
              <w:jc w:val="center"/>
            </w:pPr>
            <w:r>
              <w:rPr>
                <w:sz w:val="18"/>
              </w:rPr>
              <w:t>82 / 62</w:t>
            </w:r>
          </w:p>
        </w:tc>
        <w:tc>
          <w:tcPr>
            <w:tcW w:w="1871" w:type="dxa"/>
            <w:vAlign w:val="center"/>
          </w:tcPr>
          <w:p w14:paraId="0F936E3B" w14:textId="5B276384" w:rsidR="00446222" w:rsidRDefault="00000000">
            <w:pPr>
              <w:spacing w:after="0" w:line="252" w:lineRule="auto"/>
              <w:jc w:val="center"/>
            </w:pPr>
            <w:r>
              <w:rPr>
                <w:sz w:val="18"/>
              </w:rPr>
              <w:t>1.03 (0.71</w:t>
            </w:r>
            <w:r w:rsidR="00A142B2">
              <w:rPr>
                <w:sz w:val="18"/>
              </w:rPr>
              <w:t>-</w:t>
            </w:r>
            <w:r>
              <w:rPr>
                <w:sz w:val="18"/>
              </w:rPr>
              <w:t>1.43)</w:t>
            </w:r>
          </w:p>
        </w:tc>
        <w:tc>
          <w:tcPr>
            <w:tcW w:w="1020" w:type="dxa"/>
            <w:vAlign w:val="center"/>
          </w:tcPr>
          <w:p w14:paraId="25F87FB6" w14:textId="77777777" w:rsidR="00446222" w:rsidRDefault="00000000">
            <w:pPr>
              <w:spacing w:after="0" w:line="252" w:lineRule="auto"/>
              <w:jc w:val="center"/>
            </w:pPr>
            <w:r>
              <w:rPr>
                <w:sz w:val="18"/>
              </w:rPr>
              <w:t>0.8392</w:t>
            </w:r>
          </w:p>
        </w:tc>
      </w:tr>
      <w:tr w:rsidR="00446222" w14:paraId="7E4B1231" w14:textId="77777777">
        <w:trPr>
          <w:cantSplit/>
          <w:jc w:val="center"/>
        </w:trPr>
        <w:tc>
          <w:tcPr>
            <w:tcW w:w="794" w:type="dxa"/>
            <w:vAlign w:val="center"/>
          </w:tcPr>
          <w:p w14:paraId="738E2A90" w14:textId="77777777" w:rsidR="00446222" w:rsidRDefault="00000000">
            <w:pPr>
              <w:spacing w:after="0" w:line="252" w:lineRule="auto"/>
            </w:pPr>
            <w:r>
              <w:rPr>
                <w:sz w:val="18"/>
              </w:rPr>
              <w:t>S13</w:t>
            </w:r>
          </w:p>
        </w:tc>
        <w:tc>
          <w:tcPr>
            <w:tcW w:w="3969" w:type="dxa"/>
            <w:vAlign w:val="center"/>
          </w:tcPr>
          <w:p w14:paraId="3003C4E8" w14:textId="77777777" w:rsidR="00446222" w:rsidRDefault="00000000">
            <w:pPr>
              <w:spacing w:after="0" w:line="252" w:lineRule="auto"/>
            </w:pPr>
            <w:r>
              <w:rPr>
                <w:sz w:val="18"/>
              </w:rPr>
              <w:t>alternative frequency multipliers × portion</w:t>
            </w:r>
          </w:p>
        </w:tc>
        <w:tc>
          <w:tcPr>
            <w:tcW w:w="737" w:type="dxa"/>
            <w:vAlign w:val="center"/>
          </w:tcPr>
          <w:p w14:paraId="1BA5D605" w14:textId="77777777" w:rsidR="00446222" w:rsidRDefault="00000000">
            <w:pPr>
              <w:spacing w:after="0" w:line="252" w:lineRule="auto"/>
              <w:jc w:val="center"/>
            </w:pPr>
            <w:r>
              <w:rPr>
                <w:sz w:val="18"/>
              </w:rPr>
              <w:t>145</w:t>
            </w:r>
          </w:p>
        </w:tc>
        <w:tc>
          <w:tcPr>
            <w:tcW w:w="1247" w:type="dxa"/>
            <w:vAlign w:val="center"/>
          </w:tcPr>
          <w:p w14:paraId="44103A35" w14:textId="77777777" w:rsidR="00446222" w:rsidRDefault="00000000">
            <w:pPr>
              <w:spacing w:after="0" w:line="252" w:lineRule="auto"/>
              <w:jc w:val="center"/>
            </w:pPr>
            <w:r>
              <w:rPr>
                <w:sz w:val="18"/>
              </w:rPr>
              <w:t>83 / 62</w:t>
            </w:r>
          </w:p>
        </w:tc>
        <w:tc>
          <w:tcPr>
            <w:tcW w:w="1871" w:type="dxa"/>
            <w:vAlign w:val="center"/>
          </w:tcPr>
          <w:p w14:paraId="3D95EC87" w14:textId="1FD1E5B6" w:rsidR="00446222" w:rsidRDefault="00000000">
            <w:pPr>
              <w:spacing w:after="0" w:line="252" w:lineRule="auto"/>
              <w:jc w:val="center"/>
            </w:pPr>
            <w:r>
              <w:rPr>
                <w:sz w:val="18"/>
              </w:rPr>
              <w:t>1.05 (0.72</w:t>
            </w:r>
            <w:r w:rsidR="00A142B2">
              <w:rPr>
                <w:sz w:val="18"/>
              </w:rPr>
              <w:t>-</w:t>
            </w:r>
            <w:r>
              <w:rPr>
                <w:sz w:val="18"/>
              </w:rPr>
              <w:t>1.44)</w:t>
            </w:r>
          </w:p>
        </w:tc>
        <w:tc>
          <w:tcPr>
            <w:tcW w:w="1020" w:type="dxa"/>
            <w:vAlign w:val="center"/>
          </w:tcPr>
          <w:p w14:paraId="3B9FD8C0" w14:textId="77777777" w:rsidR="00446222" w:rsidRDefault="00000000">
            <w:pPr>
              <w:spacing w:after="0" w:line="252" w:lineRule="auto"/>
              <w:jc w:val="center"/>
            </w:pPr>
            <w:r>
              <w:rPr>
                <w:sz w:val="18"/>
              </w:rPr>
              <w:t>0.7814</w:t>
            </w:r>
          </w:p>
        </w:tc>
      </w:tr>
      <w:tr w:rsidR="00446222" w14:paraId="40781368" w14:textId="77777777">
        <w:trPr>
          <w:cantSplit/>
          <w:jc w:val="center"/>
        </w:trPr>
        <w:tc>
          <w:tcPr>
            <w:tcW w:w="794" w:type="dxa"/>
            <w:vAlign w:val="center"/>
          </w:tcPr>
          <w:p w14:paraId="2105D6D7" w14:textId="77777777" w:rsidR="00446222" w:rsidRDefault="00000000">
            <w:pPr>
              <w:spacing w:after="0" w:line="252" w:lineRule="auto"/>
            </w:pPr>
            <w:r>
              <w:rPr>
                <w:sz w:val="18"/>
              </w:rPr>
              <w:lastRenderedPageBreak/>
              <w:t>S14</w:t>
            </w:r>
          </w:p>
        </w:tc>
        <w:tc>
          <w:tcPr>
            <w:tcW w:w="3969" w:type="dxa"/>
            <w:vAlign w:val="center"/>
          </w:tcPr>
          <w:p w14:paraId="780FC54D" w14:textId="77777777" w:rsidR="00446222" w:rsidRDefault="00000000">
            <w:pPr>
              <w:spacing w:after="0" w:line="252" w:lineRule="auto"/>
            </w:pPr>
            <w:r>
              <w:rPr>
                <w:sz w:val="18"/>
              </w:rPr>
              <w:t>assigned weekly frequency only</w:t>
            </w:r>
          </w:p>
        </w:tc>
        <w:tc>
          <w:tcPr>
            <w:tcW w:w="737" w:type="dxa"/>
            <w:vAlign w:val="center"/>
          </w:tcPr>
          <w:p w14:paraId="10111AF4" w14:textId="77777777" w:rsidR="00446222" w:rsidRDefault="00000000">
            <w:pPr>
              <w:spacing w:after="0" w:line="252" w:lineRule="auto"/>
              <w:jc w:val="center"/>
            </w:pPr>
            <w:r>
              <w:rPr>
                <w:sz w:val="18"/>
              </w:rPr>
              <w:t>145</w:t>
            </w:r>
          </w:p>
        </w:tc>
        <w:tc>
          <w:tcPr>
            <w:tcW w:w="1247" w:type="dxa"/>
            <w:vAlign w:val="center"/>
          </w:tcPr>
          <w:p w14:paraId="7B43BF67" w14:textId="77777777" w:rsidR="00446222" w:rsidRDefault="00000000">
            <w:pPr>
              <w:spacing w:after="0" w:line="252" w:lineRule="auto"/>
              <w:jc w:val="center"/>
            </w:pPr>
            <w:r>
              <w:rPr>
                <w:sz w:val="18"/>
              </w:rPr>
              <w:t>83 / 62</w:t>
            </w:r>
          </w:p>
        </w:tc>
        <w:tc>
          <w:tcPr>
            <w:tcW w:w="1871" w:type="dxa"/>
            <w:vAlign w:val="center"/>
          </w:tcPr>
          <w:p w14:paraId="7112DE88" w14:textId="2C5D0D88" w:rsidR="00446222" w:rsidRDefault="00000000">
            <w:pPr>
              <w:spacing w:after="0" w:line="252" w:lineRule="auto"/>
              <w:jc w:val="center"/>
            </w:pPr>
            <w:r>
              <w:rPr>
                <w:sz w:val="18"/>
              </w:rPr>
              <w:t>1.20 (0.85</w:t>
            </w:r>
            <w:r w:rsidR="00A142B2">
              <w:rPr>
                <w:sz w:val="18"/>
              </w:rPr>
              <w:t>-</w:t>
            </w:r>
            <w:r>
              <w:rPr>
                <w:sz w:val="18"/>
              </w:rPr>
              <w:t>1.71)</w:t>
            </w:r>
          </w:p>
        </w:tc>
        <w:tc>
          <w:tcPr>
            <w:tcW w:w="1020" w:type="dxa"/>
            <w:vAlign w:val="center"/>
          </w:tcPr>
          <w:p w14:paraId="7BEFFADE" w14:textId="77777777" w:rsidR="00446222" w:rsidRDefault="00000000">
            <w:pPr>
              <w:spacing w:after="0" w:line="252" w:lineRule="auto"/>
              <w:jc w:val="center"/>
            </w:pPr>
            <w:r>
              <w:rPr>
                <w:sz w:val="18"/>
              </w:rPr>
              <w:t>0.2986</w:t>
            </w:r>
          </w:p>
        </w:tc>
      </w:tr>
      <w:tr w:rsidR="00446222" w14:paraId="081B00FC" w14:textId="77777777">
        <w:trPr>
          <w:cantSplit/>
          <w:jc w:val="center"/>
        </w:trPr>
        <w:tc>
          <w:tcPr>
            <w:tcW w:w="794" w:type="dxa"/>
            <w:vAlign w:val="center"/>
          </w:tcPr>
          <w:p w14:paraId="598D40E4" w14:textId="77777777" w:rsidR="00446222" w:rsidRDefault="00000000">
            <w:pPr>
              <w:spacing w:after="0" w:line="252" w:lineRule="auto"/>
            </w:pPr>
            <w:r>
              <w:rPr>
                <w:sz w:val="18"/>
              </w:rPr>
              <w:t>S15</w:t>
            </w:r>
          </w:p>
        </w:tc>
        <w:tc>
          <w:tcPr>
            <w:tcW w:w="3969" w:type="dxa"/>
            <w:vAlign w:val="center"/>
          </w:tcPr>
          <w:p w14:paraId="1AFF48F1" w14:textId="77777777" w:rsidR="00446222" w:rsidRDefault="00000000">
            <w:pPr>
              <w:spacing w:after="0" w:line="252" w:lineRule="auto"/>
            </w:pPr>
            <w:r>
              <w:rPr>
                <w:sz w:val="18"/>
              </w:rPr>
              <w:t>ordinal frequency only</w:t>
            </w:r>
          </w:p>
        </w:tc>
        <w:tc>
          <w:tcPr>
            <w:tcW w:w="737" w:type="dxa"/>
            <w:vAlign w:val="center"/>
          </w:tcPr>
          <w:p w14:paraId="4E9DFE6C" w14:textId="77777777" w:rsidR="00446222" w:rsidRDefault="00000000">
            <w:pPr>
              <w:spacing w:after="0" w:line="252" w:lineRule="auto"/>
              <w:jc w:val="center"/>
            </w:pPr>
            <w:r>
              <w:rPr>
                <w:sz w:val="18"/>
              </w:rPr>
              <w:t>145</w:t>
            </w:r>
          </w:p>
        </w:tc>
        <w:tc>
          <w:tcPr>
            <w:tcW w:w="1247" w:type="dxa"/>
            <w:vAlign w:val="center"/>
          </w:tcPr>
          <w:p w14:paraId="1E3649E8" w14:textId="77777777" w:rsidR="00446222" w:rsidRDefault="00000000">
            <w:pPr>
              <w:spacing w:after="0" w:line="252" w:lineRule="auto"/>
              <w:jc w:val="center"/>
            </w:pPr>
            <w:r>
              <w:rPr>
                <w:sz w:val="18"/>
              </w:rPr>
              <w:t>83 / 62</w:t>
            </w:r>
          </w:p>
        </w:tc>
        <w:tc>
          <w:tcPr>
            <w:tcW w:w="1871" w:type="dxa"/>
            <w:vAlign w:val="center"/>
          </w:tcPr>
          <w:p w14:paraId="23BE0680" w14:textId="366DE0A8" w:rsidR="00446222" w:rsidRDefault="00000000">
            <w:pPr>
              <w:spacing w:after="0" w:line="252" w:lineRule="auto"/>
              <w:jc w:val="center"/>
            </w:pPr>
            <w:r>
              <w:rPr>
                <w:sz w:val="18"/>
              </w:rPr>
              <w:t>1.38 (0.96</w:t>
            </w:r>
            <w:r w:rsidR="00A142B2">
              <w:rPr>
                <w:sz w:val="18"/>
              </w:rPr>
              <w:t>-</w:t>
            </w:r>
            <w:r>
              <w:rPr>
                <w:sz w:val="18"/>
              </w:rPr>
              <w:t>2.00)</w:t>
            </w:r>
          </w:p>
        </w:tc>
        <w:tc>
          <w:tcPr>
            <w:tcW w:w="1020" w:type="dxa"/>
            <w:vAlign w:val="center"/>
          </w:tcPr>
          <w:p w14:paraId="4C0C1F56" w14:textId="77777777" w:rsidR="00446222" w:rsidRDefault="00000000">
            <w:pPr>
              <w:spacing w:after="0" w:line="252" w:lineRule="auto"/>
              <w:jc w:val="center"/>
            </w:pPr>
            <w:r>
              <w:rPr>
                <w:sz w:val="18"/>
              </w:rPr>
              <w:t>0.0784</w:t>
            </w:r>
          </w:p>
        </w:tc>
      </w:tr>
      <w:tr w:rsidR="00446222" w14:paraId="4569C548" w14:textId="77777777">
        <w:trPr>
          <w:cantSplit/>
          <w:jc w:val="center"/>
        </w:trPr>
        <w:tc>
          <w:tcPr>
            <w:tcW w:w="794" w:type="dxa"/>
            <w:vAlign w:val="center"/>
          </w:tcPr>
          <w:p w14:paraId="0F0175C1" w14:textId="77777777" w:rsidR="00446222" w:rsidRDefault="00000000">
            <w:pPr>
              <w:keepNext/>
              <w:spacing w:after="0" w:line="252" w:lineRule="auto"/>
            </w:pPr>
            <w:r>
              <w:rPr>
                <w:sz w:val="18"/>
              </w:rPr>
              <w:t>S16</w:t>
            </w:r>
          </w:p>
        </w:tc>
        <w:tc>
          <w:tcPr>
            <w:tcW w:w="3969" w:type="dxa"/>
            <w:vAlign w:val="center"/>
          </w:tcPr>
          <w:p w14:paraId="460F150D" w14:textId="77777777" w:rsidR="00446222" w:rsidRDefault="00000000">
            <w:pPr>
              <w:keepNext/>
              <w:spacing w:after="0" w:line="252" w:lineRule="auto"/>
            </w:pPr>
            <w:r>
              <w:rPr>
                <w:sz w:val="18"/>
              </w:rPr>
              <w:t>highest category 3/day × portion</w:t>
            </w:r>
          </w:p>
        </w:tc>
        <w:tc>
          <w:tcPr>
            <w:tcW w:w="737" w:type="dxa"/>
            <w:vAlign w:val="center"/>
          </w:tcPr>
          <w:p w14:paraId="4BA76671" w14:textId="77777777" w:rsidR="00446222" w:rsidRDefault="00000000">
            <w:pPr>
              <w:keepNext/>
              <w:spacing w:after="0" w:line="252" w:lineRule="auto"/>
              <w:jc w:val="center"/>
            </w:pPr>
            <w:r>
              <w:rPr>
                <w:sz w:val="18"/>
              </w:rPr>
              <w:t>145</w:t>
            </w:r>
          </w:p>
        </w:tc>
        <w:tc>
          <w:tcPr>
            <w:tcW w:w="1247" w:type="dxa"/>
            <w:vAlign w:val="center"/>
          </w:tcPr>
          <w:p w14:paraId="7011EB45" w14:textId="77777777" w:rsidR="00446222" w:rsidRDefault="00000000">
            <w:pPr>
              <w:keepNext/>
              <w:spacing w:after="0" w:line="252" w:lineRule="auto"/>
              <w:jc w:val="center"/>
            </w:pPr>
            <w:r>
              <w:rPr>
                <w:sz w:val="18"/>
              </w:rPr>
              <w:t>83 / 62</w:t>
            </w:r>
          </w:p>
        </w:tc>
        <w:tc>
          <w:tcPr>
            <w:tcW w:w="1871" w:type="dxa"/>
            <w:vAlign w:val="center"/>
          </w:tcPr>
          <w:p w14:paraId="7A7B9752" w14:textId="322441FF" w:rsidR="00446222" w:rsidRDefault="00000000">
            <w:pPr>
              <w:keepNext/>
              <w:spacing w:after="0" w:line="252" w:lineRule="auto"/>
              <w:jc w:val="center"/>
            </w:pPr>
            <w:r>
              <w:rPr>
                <w:sz w:val="18"/>
              </w:rPr>
              <w:t>0.99 (0.64</w:t>
            </w:r>
            <w:r w:rsidR="00A142B2">
              <w:rPr>
                <w:sz w:val="18"/>
              </w:rPr>
              <w:t>-</w:t>
            </w:r>
            <w:r>
              <w:rPr>
                <w:sz w:val="18"/>
              </w:rPr>
              <w:t>1.34)</w:t>
            </w:r>
          </w:p>
        </w:tc>
        <w:tc>
          <w:tcPr>
            <w:tcW w:w="1020" w:type="dxa"/>
            <w:vAlign w:val="center"/>
          </w:tcPr>
          <w:p w14:paraId="72691C26" w14:textId="77777777" w:rsidR="00446222" w:rsidRDefault="00000000">
            <w:pPr>
              <w:keepNext/>
              <w:spacing w:after="0" w:line="252" w:lineRule="auto"/>
              <w:jc w:val="center"/>
            </w:pPr>
            <w:r>
              <w:rPr>
                <w:sz w:val="18"/>
              </w:rPr>
              <w:t>0.9622</w:t>
            </w:r>
          </w:p>
        </w:tc>
      </w:tr>
    </w:tbl>
    <w:p w14:paraId="05C22F28" w14:textId="17C7570F" w:rsidR="00446222" w:rsidRDefault="00000000" w:rsidP="0047469F">
      <w:pPr>
        <w:keepLines/>
        <w:spacing w:after="140" w:line="252" w:lineRule="auto"/>
        <w:jc w:val="both"/>
      </w:pPr>
      <w:r>
        <w:rPr>
          <w:sz w:val="18"/>
        </w:rPr>
        <w:t>ᵃ P values are not multiplicity-adjusted. CIs are pointwise profile penalised-likelihood intervals. Model definitions and units follow Table S14. S10, S11 and S13</w:t>
      </w:r>
      <w:r w:rsidR="00A142B2">
        <w:rPr>
          <w:sz w:val="18"/>
        </w:rPr>
        <w:t>-</w:t>
      </w:r>
      <w:r>
        <w:rPr>
          <w:sz w:val="18"/>
        </w:rPr>
        <w:t>S16 re-estimate six aligned components under alternative representations; low congruence can indicate a different exposure mixture. All other rows retain the primary score scale. These related analyses are not independent replications.</w:t>
      </w:r>
    </w:p>
    <w:p w14:paraId="283D289E" w14:textId="77777777" w:rsidR="00446222" w:rsidRDefault="00000000">
      <w:pPr>
        <w:keepNext/>
        <w:spacing w:after="60" w:line="240" w:lineRule="auto"/>
        <w:jc w:val="center"/>
      </w:pPr>
      <w:r>
        <w:rPr>
          <w:noProof/>
        </w:rPr>
        <w:drawing>
          <wp:inline distT="0" distB="0" distL="0" distR="0" wp14:anchorId="7620BAA0" wp14:editId="762236D1">
            <wp:extent cx="5760000" cy="5863318"/>
            <wp:effectExtent l="0" t="0" r="6350" b="4445"/>
            <wp:docPr id="9" name="Figure_S9" descr="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9.png"/>
                    <pic:cNvPicPr/>
                  </pic:nvPicPr>
                  <pic:blipFill>
                    <a:blip r:embed="rId27">
                      <a:extLst>
                        <a:ext uri="{BEBA8EAE-BF5A-486C-A8C5-ECC9F3942E4B}">
                          <a14:imgProps xmlns:a14="http://schemas.microsoft.com/office/drawing/2010/main">
                            <a14:imgLayer r:embed="rId28">
                              <a14:imgEffect>
                                <a14:sharpenSoften amount="50000"/>
                              </a14:imgEffect>
                            </a14:imgLayer>
                          </a14:imgProps>
                        </a:ext>
                      </a:extLst>
                    </a:blip>
                    <a:stretch>
                      <a:fillRect/>
                    </a:stretch>
                  </pic:blipFill>
                  <pic:spPr>
                    <a:xfrm>
                      <a:off x="0" y="0"/>
                      <a:ext cx="5760000" cy="5863318"/>
                    </a:xfrm>
                    <a:prstGeom prst="rect">
                      <a:avLst/>
                    </a:prstGeom>
                  </pic:spPr>
                </pic:pic>
              </a:graphicData>
            </a:graphic>
          </wp:inline>
        </w:drawing>
      </w:r>
    </w:p>
    <w:p w14:paraId="4D4C0CC4" w14:textId="77777777" w:rsidR="00446222" w:rsidRDefault="00000000" w:rsidP="0047469F">
      <w:pPr>
        <w:pStyle w:val="Caption"/>
        <w:keepLines/>
        <w:jc w:val="both"/>
      </w:pPr>
      <w:r>
        <w:rPr>
          <w:b/>
        </w:rPr>
        <w:t xml:space="preserve">Figure S9. </w:t>
      </w:r>
      <w:r>
        <w:t>Population and covariate sensitivity analyses for FP01. Leafy vegetables and soups. The main result and population/covariate comparisons are displayed on a logarithmic odds-ratio scale. Each point and line is a Firth estimate and pointwise 95% profile interval. The fixed primary scoring basis is retained. S12 excludes constant-frequency profiles; no influence-based participant deletion was used. Corresponding estimates are in Table S15.</w:t>
      </w:r>
    </w:p>
    <w:p w14:paraId="063BE661" w14:textId="77777777" w:rsidR="00446222" w:rsidRDefault="00000000">
      <w:pPr>
        <w:keepNext/>
        <w:spacing w:after="60" w:line="240" w:lineRule="auto"/>
        <w:jc w:val="center"/>
      </w:pPr>
      <w:r>
        <w:rPr>
          <w:noProof/>
        </w:rPr>
        <w:lastRenderedPageBreak/>
        <w:drawing>
          <wp:inline distT="0" distB="0" distL="0" distR="0" wp14:anchorId="244C1CD1" wp14:editId="351F7F24">
            <wp:extent cx="5940000" cy="4892287"/>
            <wp:effectExtent l="0" t="0" r="3810" b="0"/>
            <wp:docPr id="10" name="Figure_S10" descr="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0.png"/>
                    <pic:cNvPicPr/>
                  </pic:nvPicPr>
                  <pic:blipFill>
                    <a:blip r:embed="rId29">
                      <a:extLst>
                        <a:ext uri="{BEBA8EAE-BF5A-486C-A8C5-ECC9F3942E4B}">
                          <a14:imgProps xmlns:a14="http://schemas.microsoft.com/office/drawing/2010/main">
                            <a14:imgLayer r:embed="rId30">
                              <a14:imgEffect>
                                <a14:sharpenSoften amount="50000"/>
                              </a14:imgEffect>
                            </a14:imgLayer>
                          </a14:imgProps>
                        </a:ext>
                      </a:extLst>
                    </a:blip>
                    <a:stretch>
                      <a:fillRect/>
                    </a:stretch>
                  </pic:blipFill>
                  <pic:spPr>
                    <a:xfrm>
                      <a:off x="0" y="0"/>
                      <a:ext cx="5940000" cy="4892287"/>
                    </a:xfrm>
                    <a:prstGeom prst="rect">
                      <a:avLst/>
                    </a:prstGeom>
                  </pic:spPr>
                </pic:pic>
              </a:graphicData>
            </a:graphic>
          </wp:inline>
        </w:drawing>
      </w:r>
    </w:p>
    <w:p w14:paraId="4301D91A" w14:textId="77777777" w:rsidR="00446222" w:rsidRDefault="00000000" w:rsidP="0047469F">
      <w:pPr>
        <w:pStyle w:val="Caption"/>
        <w:keepLines/>
        <w:jc w:val="both"/>
      </w:pPr>
      <w:r>
        <w:rPr>
          <w:b/>
        </w:rPr>
        <w:t xml:space="preserve">Figure S10. </w:t>
      </w:r>
      <w:r>
        <w:t>Measurement-representation sensitivity analyses for FP01. The main result is compared with raw-code products, ranks of the combined index, alternative frequency multipliers, weekly and ordinal frequency-only variables, and a 3/day highest-category assumption. All use the same 145 participants and six matched components, but each alternative uses its own score SD. Alignment does not guarantee identical component composition. CIs are pointwise and P values are not multiplicity-adjusted; Table S15 gives the numerical estimates.</w:t>
      </w:r>
    </w:p>
    <w:p w14:paraId="4B3E3C90" w14:textId="77777777" w:rsidR="00446222" w:rsidRDefault="00000000">
      <w:pPr>
        <w:pStyle w:val="Heading1"/>
      </w:pPr>
      <w:r>
        <w:t>FP02: Noodles, snacks, bread and soda</w:t>
      </w:r>
    </w:p>
    <w:p w14:paraId="2DA6501B" w14:textId="77777777" w:rsidR="00446222" w:rsidRDefault="00000000">
      <w:pPr>
        <w:pStyle w:val="Caption"/>
        <w:keepNext/>
      </w:pPr>
      <w:r>
        <w:rPr>
          <w:b/>
        </w:rPr>
        <w:t>Table S16. FP02 main and sensitivity associations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94"/>
        <w:gridCol w:w="3969"/>
        <w:gridCol w:w="737"/>
        <w:gridCol w:w="1247"/>
        <w:gridCol w:w="1871"/>
        <w:gridCol w:w="1020"/>
      </w:tblGrid>
      <w:tr w:rsidR="00446222" w14:paraId="1FF5E614" w14:textId="77777777">
        <w:trPr>
          <w:cantSplit/>
          <w:tblHeader/>
          <w:jc w:val="center"/>
        </w:trPr>
        <w:tc>
          <w:tcPr>
            <w:tcW w:w="794" w:type="dxa"/>
            <w:tcBorders>
              <w:bottom w:val="single" w:sz="4" w:space="0" w:color="auto"/>
            </w:tcBorders>
            <w:vAlign w:val="center"/>
          </w:tcPr>
          <w:p w14:paraId="605BF5F2" w14:textId="77777777" w:rsidR="00446222" w:rsidRDefault="00000000">
            <w:pPr>
              <w:keepNext/>
              <w:spacing w:after="0" w:line="252" w:lineRule="auto"/>
            </w:pPr>
            <w:r>
              <w:rPr>
                <w:b/>
                <w:sz w:val="18"/>
              </w:rPr>
              <w:t>Model</w:t>
            </w:r>
          </w:p>
        </w:tc>
        <w:tc>
          <w:tcPr>
            <w:tcW w:w="3969" w:type="dxa"/>
            <w:tcBorders>
              <w:bottom w:val="single" w:sz="4" w:space="0" w:color="auto"/>
            </w:tcBorders>
            <w:vAlign w:val="center"/>
          </w:tcPr>
          <w:p w14:paraId="42F73276" w14:textId="77777777" w:rsidR="00446222" w:rsidRDefault="00000000">
            <w:pPr>
              <w:keepNext/>
              <w:spacing w:after="0" w:line="252" w:lineRule="auto"/>
            </w:pPr>
            <w:r>
              <w:rPr>
                <w:b/>
                <w:sz w:val="18"/>
              </w:rPr>
              <w:t>Specification</w:t>
            </w:r>
          </w:p>
        </w:tc>
        <w:tc>
          <w:tcPr>
            <w:tcW w:w="737" w:type="dxa"/>
            <w:tcBorders>
              <w:bottom w:val="single" w:sz="4" w:space="0" w:color="auto"/>
            </w:tcBorders>
            <w:vAlign w:val="center"/>
          </w:tcPr>
          <w:p w14:paraId="2057A1C6" w14:textId="77777777" w:rsidR="00446222" w:rsidRDefault="00000000">
            <w:pPr>
              <w:keepNext/>
              <w:spacing w:after="0" w:line="252" w:lineRule="auto"/>
              <w:jc w:val="center"/>
            </w:pPr>
            <w:r>
              <w:rPr>
                <w:b/>
                <w:sz w:val="18"/>
              </w:rPr>
              <w:t>N</w:t>
            </w:r>
          </w:p>
        </w:tc>
        <w:tc>
          <w:tcPr>
            <w:tcW w:w="1247" w:type="dxa"/>
            <w:tcBorders>
              <w:bottom w:val="single" w:sz="4" w:space="0" w:color="auto"/>
            </w:tcBorders>
            <w:vAlign w:val="center"/>
          </w:tcPr>
          <w:p w14:paraId="5CE5F8A7" w14:textId="77777777" w:rsidR="00446222" w:rsidRDefault="00000000">
            <w:pPr>
              <w:keepNext/>
              <w:spacing w:after="0" w:line="252" w:lineRule="auto"/>
              <w:jc w:val="center"/>
            </w:pPr>
            <w:r>
              <w:rPr>
                <w:b/>
                <w:sz w:val="18"/>
              </w:rPr>
              <w:t>Controls /</w:t>
            </w:r>
            <w:r>
              <w:rPr>
                <w:b/>
                <w:sz w:val="18"/>
              </w:rPr>
              <w:br/>
              <w:t>cases</w:t>
            </w:r>
          </w:p>
        </w:tc>
        <w:tc>
          <w:tcPr>
            <w:tcW w:w="1871" w:type="dxa"/>
            <w:tcBorders>
              <w:bottom w:val="single" w:sz="4" w:space="0" w:color="auto"/>
            </w:tcBorders>
            <w:vAlign w:val="center"/>
          </w:tcPr>
          <w:p w14:paraId="7D8102B2" w14:textId="77777777" w:rsidR="00446222" w:rsidRDefault="00000000">
            <w:pPr>
              <w:keepNext/>
              <w:spacing w:after="0" w:line="252" w:lineRule="auto"/>
              <w:jc w:val="center"/>
            </w:pPr>
            <w:r>
              <w:rPr>
                <w:b/>
                <w:sz w:val="18"/>
              </w:rPr>
              <w:t>OR (95% CI)</w:t>
            </w:r>
          </w:p>
        </w:tc>
        <w:tc>
          <w:tcPr>
            <w:tcW w:w="1020" w:type="dxa"/>
            <w:tcBorders>
              <w:bottom w:val="single" w:sz="4" w:space="0" w:color="auto"/>
            </w:tcBorders>
            <w:vAlign w:val="center"/>
          </w:tcPr>
          <w:p w14:paraId="5951534F" w14:textId="77777777" w:rsidR="00446222" w:rsidRDefault="00000000">
            <w:pPr>
              <w:keepNext/>
              <w:spacing w:after="0" w:line="252" w:lineRule="auto"/>
              <w:jc w:val="center"/>
            </w:pPr>
            <w:r>
              <w:rPr>
                <w:b/>
                <w:sz w:val="18"/>
              </w:rPr>
              <w:t>Pᵃ</w:t>
            </w:r>
          </w:p>
        </w:tc>
      </w:tr>
      <w:tr w:rsidR="00446222" w14:paraId="36B96AF6" w14:textId="77777777">
        <w:trPr>
          <w:cantSplit/>
          <w:jc w:val="center"/>
        </w:trPr>
        <w:tc>
          <w:tcPr>
            <w:tcW w:w="794" w:type="dxa"/>
            <w:vAlign w:val="center"/>
          </w:tcPr>
          <w:p w14:paraId="378841B7" w14:textId="77777777" w:rsidR="00446222" w:rsidRDefault="00000000">
            <w:pPr>
              <w:spacing w:after="0" w:line="252" w:lineRule="auto"/>
            </w:pPr>
            <w:r>
              <w:rPr>
                <w:sz w:val="18"/>
              </w:rPr>
              <w:t>M2</w:t>
            </w:r>
          </w:p>
        </w:tc>
        <w:tc>
          <w:tcPr>
            <w:tcW w:w="3969" w:type="dxa"/>
            <w:vAlign w:val="center"/>
          </w:tcPr>
          <w:p w14:paraId="014DE905" w14:textId="77777777" w:rsidR="00446222" w:rsidRDefault="00000000">
            <w:pPr>
              <w:spacing w:after="0" w:line="252" w:lineRule="auto"/>
            </w:pPr>
            <w:r>
              <w:rPr>
                <w:sz w:val="18"/>
              </w:rPr>
              <w:t>Main adjusted</w:t>
            </w:r>
          </w:p>
        </w:tc>
        <w:tc>
          <w:tcPr>
            <w:tcW w:w="737" w:type="dxa"/>
            <w:vAlign w:val="center"/>
          </w:tcPr>
          <w:p w14:paraId="24F108A2" w14:textId="77777777" w:rsidR="00446222" w:rsidRDefault="00000000">
            <w:pPr>
              <w:spacing w:after="0" w:line="252" w:lineRule="auto"/>
              <w:jc w:val="center"/>
            </w:pPr>
            <w:r>
              <w:rPr>
                <w:sz w:val="18"/>
              </w:rPr>
              <w:t>145</w:t>
            </w:r>
          </w:p>
        </w:tc>
        <w:tc>
          <w:tcPr>
            <w:tcW w:w="1247" w:type="dxa"/>
            <w:vAlign w:val="center"/>
          </w:tcPr>
          <w:p w14:paraId="4DE501F3" w14:textId="77777777" w:rsidR="00446222" w:rsidRDefault="00000000">
            <w:pPr>
              <w:spacing w:after="0" w:line="252" w:lineRule="auto"/>
              <w:jc w:val="center"/>
            </w:pPr>
            <w:r>
              <w:rPr>
                <w:sz w:val="18"/>
              </w:rPr>
              <w:t>83 / 62</w:t>
            </w:r>
          </w:p>
        </w:tc>
        <w:tc>
          <w:tcPr>
            <w:tcW w:w="1871" w:type="dxa"/>
            <w:vAlign w:val="center"/>
          </w:tcPr>
          <w:p w14:paraId="6588971D" w14:textId="00958ABC" w:rsidR="00446222" w:rsidRDefault="00000000">
            <w:pPr>
              <w:spacing w:after="0" w:line="252" w:lineRule="auto"/>
              <w:jc w:val="center"/>
            </w:pPr>
            <w:r>
              <w:rPr>
                <w:sz w:val="18"/>
              </w:rPr>
              <w:t>1.97 (1.19</w:t>
            </w:r>
            <w:r w:rsidR="00A142B2">
              <w:rPr>
                <w:sz w:val="18"/>
              </w:rPr>
              <w:t>-</w:t>
            </w:r>
            <w:r>
              <w:rPr>
                <w:sz w:val="18"/>
              </w:rPr>
              <w:t>3.61)</w:t>
            </w:r>
          </w:p>
        </w:tc>
        <w:tc>
          <w:tcPr>
            <w:tcW w:w="1020" w:type="dxa"/>
            <w:vAlign w:val="center"/>
          </w:tcPr>
          <w:p w14:paraId="441A0EDF" w14:textId="77777777" w:rsidR="00446222" w:rsidRDefault="00000000">
            <w:pPr>
              <w:spacing w:after="0" w:line="252" w:lineRule="auto"/>
              <w:jc w:val="center"/>
            </w:pPr>
            <w:r>
              <w:rPr>
                <w:sz w:val="18"/>
              </w:rPr>
              <w:t>0.0046</w:t>
            </w:r>
          </w:p>
        </w:tc>
      </w:tr>
      <w:tr w:rsidR="00446222" w14:paraId="5FDC5001" w14:textId="77777777">
        <w:trPr>
          <w:cantSplit/>
          <w:jc w:val="center"/>
        </w:trPr>
        <w:tc>
          <w:tcPr>
            <w:tcW w:w="794" w:type="dxa"/>
            <w:vAlign w:val="center"/>
          </w:tcPr>
          <w:p w14:paraId="02493311" w14:textId="77777777" w:rsidR="00446222" w:rsidRDefault="00000000">
            <w:pPr>
              <w:spacing w:after="0" w:line="252" w:lineRule="auto"/>
            </w:pPr>
            <w:r>
              <w:rPr>
                <w:sz w:val="18"/>
              </w:rPr>
              <w:t>S01</w:t>
            </w:r>
          </w:p>
        </w:tc>
        <w:tc>
          <w:tcPr>
            <w:tcW w:w="3969" w:type="dxa"/>
            <w:vAlign w:val="center"/>
          </w:tcPr>
          <w:p w14:paraId="4D38C288" w14:textId="77777777" w:rsidR="00446222" w:rsidRDefault="00000000">
            <w:pPr>
              <w:spacing w:after="0" w:line="252" w:lineRule="auto"/>
            </w:pPr>
            <w:r>
              <w:rPr>
                <w:sz w:val="18"/>
              </w:rPr>
              <w:t>ages ≥23, no upper limit</w:t>
            </w:r>
          </w:p>
        </w:tc>
        <w:tc>
          <w:tcPr>
            <w:tcW w:w="737" w:type="dxa"/>
            <w:vAlign w:val="center"/>
          </w:tcPr>
          <w:p w14:paraId="158BAD75" w14:textId="77777777" w:rsidR="00446222" w:rsidRDefault="00000000">
            <w:pPr>
              <w:spacing w:after="0" w:line="252" w:lineRule="auto"/>
              <w:jc w:val="center"/>
            </w:pPr>
            <w:r>
              <w:rPr>
                <w:sz w:val="18"/>
              </w:rPr>
              <w:t>150</w:t>
            </w:r>
          </w:p>
        </w:tc>
        <w:tc>
          <w:tcPr>
            <w:tcW w:w="1247" w:type="dxa"/>
            <w:vAlign w:val="center"/>
          </w:tcPr>
          <w:p w14:paraId="2A8A2803" w14:textId="77777777" w:rsidR="00446222" w:rsidRDefault="00000000">
            <w:pPr>
              <w:spacing w:after="0" w:line="252" w:lineRule="auto"/>
              <w:jc w:val="center"/>
            </w:pPr>
            <w:r>
              <w:rPr>
                <w:sz w:val="18"/>
              </w:rPr>
              <w:t>83 / 67</w:t>
            </w:r>
          </w:p>
        </w:tc>
        <w:tc>
          <w:tcPr>
            <w:tcW w:w="1871" w:type="dxa"/>
            <w:vAlign w:val="center"/>
          </w:tcPr>
          <w:p w14:paraId="112DD203" w14:textId="79E92BDA" w:rsidR="00446222" w:rsidRDefault="00000000">
            <w:pPr>
              <w:spacing w:after="0" w:line="252" w:lineRule="auto"/>
              <w:jc w:val="center"/>
            </w:pPr>
            <w:r>
              <w:rPr>
                <w:sz w:val="18"/>
              </w:rPr>
              <w:t>1.98 (1.19</w:t>
            </w:r>
            <w:r w:rsidR="00A142B2">
              <w:rPr>
                <w:sz w:val="18"/>
              </w:rPr>
              <w:t>-</w:t>
            </w:r>
            <w:r>
              <w:rPr>
                <w:sz w:val="18"/>
              </w:rPr>
              <w:t>3.61)</w:t>
            </w:r>
          </w:p>
        </w:tc>
        <w:tc>
          <w:tcPr>
            <w:tcW w:w="1020" w:type="dxa"/>
            <w:vAlign w:val="center"/>
          </w:tcPr>
          <w:p w14:paraId="25DE652E" w14:textId="77777777" w:rsidR="00446222" w:rsidRDefault="00000000">
            <w:pPr>
              <w:spacing w:after="0" w:line="252" w:lineRule="auto"/>
              <w:jc w:val="center"/>
            </w:pPr>
            <w:r>
              <w:rPr>
                <w:sz w:val="18"/>
              </w:rPr>
              <w:t>0.0043</w:t>
            </w:r>
          </w:p>
        </w:tc>
      </w:tr>
      <w:tr w:rsidR="00446222" w14:paraId="2B76C68D" w14:textId="77777777">
        <w:trPr>
          <w:cantSplit/>
          <w:jc w:val="center"/>
        </w:trPr>
        <w:tc>
          <w:tcPr>
            <w:tcW w:w="794" w:type="dxa"/>
            <w:vAlign w:val="center"/>
          </w:tcPr>
          <w:p w14:paraId="21F61C58" w14:textId="77777777" w:rsidR="00446222" w:rsidRDefault="00000000">
            <w:pPr>
              <w:spacing w:after="0" w:line="252" w:lineRule="auto"/>
            </w:pPr>
            <w:r>
              <w:rPr>
                <w:sz w:val="18"/>
              </w:rPr>
              <w:t>S02</w:t>
            </w:r>
          </w:p>
        </w:tc>
        <w:tc>
          <w:tcPr>
            <w:tcW w:w="3969" w:type="dxa"/>
            <w:vAlign w:val="center"/>
          </w:tcPr>
          <w:p w14:paraId="79AA179C" w14:textId="77777777" w:rsidR="00446222" w:rsidRDefault="00000000">
            <w:pPr>
              <w:spacing w:after="0" w:line="252" w:lineRule="auto"/>
            </w:pPr>
            <w:r>
              <w:rPr>
                <w:sz w:val="18"/>
              </w:rPr>
              <w:t>all enrolled ages</w:t>
            </w:r>
          </w:p>
        </w:tc>
        <w:tc>
          <w:tcPr>
            <w:tcW w:w="737" w:type="dxa"/>
            <w:vAlign w:val="center"/>
          </w:tcPr>
          <w:p w14:paraId="0D58ABFE" w14:textId="77777777" w:rsidR="00446222" w:rsidRDefault="00000000">
            <w:pPr>
              <w:spacing w:after="0" w:line="252" w:lineRule="auto"/>
              <w:jc w:val="center"/>
            </w:pPr>
            <w:r>
              <w:rPr>
                <w:sz w:val="18"/>
              </w:rPr>
              <w:t>163</w:t>
            </w:r>
          </w:p>
        </w:tc>
        <w:tc>
          <w:tcPr>
            <w:tcW w:w="1247" w:type="dxa"/>
            <w:vAlign w:val="center"/>
          </w:tcPr>
          <w:p w14:paraId="1DCAED8B" w14:textId="77777777" w:rsidR="00446222" w:rsidRDefault="00000000">
            <w:pPr>
              <w:spacing w:after="0" w:line="252" w:lineRule="auto"/>
              <w:jc w:val="center"/>
            </w:pPr>
            <w:r>
              <w:rPr>
                <w:sz w:val="18"/>
              </w:rPr>
              <w:t>96 / 67</w:t>
            </w:r>
          </w:p>
        </w:tc>
        <w:tc>
          <w:tcPr>
            <w:tcW w:w="1871" w:type="dxa"/>
            <w:vAlign w:val="center"/>
          </w:tcPr>
          <w:p w14:paraId="0D079ECD" w14:textId="52DC73A5" w:rsidR="00446222" w:rsidRDefault="00000000">
            <w:pPr>
              <w:spacing w:after="0" w:line="252" w:lineRule="auto"/>
              <w:jc w:val="center"/>
            </w:pPr>
            <w:r>
              <w:rPr>
                <w:sz w:val="18"/>
              </w:rPr>
              <w:t>2.02 (1.21</w:t>
            </w:r>
            <w:r w:rsidR="00A142B2">
              <w:rPr>
                <w:sz w:val="18"/>
              </w:rPr>
              <w:t>-</w:t>
            </w:r>
            <w:r>
              <w:rPr>
                <w:sz w:val="18"/>
              </w:rPr>
              <w:t>3.71)</w:t>
            </w:r>
          </w:p>
        </w:tc>
        <w:tc>
          <w:tcPr>
            <w:tcW w:w="1020" w:type="dxa"/>
            <w:vAlign w:val="center"/>
          </w:tcPr>
          <w:p w14:paraId="7863E5E0" w14:textId="77777777" w:rsidR="00446222" w:rsidRDefault="00000000">
            <w:pPr>
              <w:spacing w:after="0" w:line="252" w:lineRule="auto"/>
              <w:jc w:val="center"/>
            </w:pPr>
            <w:r>
              <w:rPr>
                <w:sz w:val="18"/>
              </w:rPr>
              <w:t>0.0038</w:t>
            </w:r>
          </w:p>
        </w:tc>
      </w:tr>
      <w:tr w:rsidR="00446222" w14:paraId="18F89C79" w14:textId="77777777">
        <w:trPr>
          <w:cantSplit/>
          <w:jc w:val="center"/>
        </w:trPr>
        <w:tc>
          <w:tcPr>
            <w:tcW w:w="794" w:type="dxa"/>
            <w:vAlign w:val="center"/>
          </w:tcPr>
          <w:p w14:paraId="06ABD296" w14:textId="77777777" w:rsidR="00446222" w:rsidRDefault="00000000">
            <w:pPr>
              <w:spacing w:after="0" w:line="252" w:lineRule="auto"/>
            </w:pPr>
            <w:r>
              <w:rPr>
                <w:sz w:val="18"/>
              </w:rPr>
              <w:t>S03</w:t>
            </w:r>
          </w:p>
        </w:tc>
        <w:tc>
          <w:tcPr>
            <w:tcW w:w="3969" w:type="dxa"/>
            <w:vAlign w:val="center"/>
          </w:tcPr>
          <w:p w14:paraId="08BA8349" w14:textId="77777777" w:rsidR="00446222" w:rsidRDefault="00000000">
            <w:pPr>
              <w:spacing w:after="0" w:line="252" w:lineRule="auto"/>
            </w:pPr>
            <w:r>
              <w:rPr>
                <w:sz w:val="18"/>
              </w:rPr>
              <w:t>exclude recorded students from both groups</w:t>
            </w:r>
          </w:p>
        </w:tc>
        <w:tc>
          <w:tcPr>
            <w:tcW w:w="737" w:type="dxa"/>
            <w:vAlign w:val="center"/>
          </w:tcPr>
          <w:p w14:paraId="764B433C" w14:textId="77777777" w:rsidR="00446222" w:rsidRDefault="00000000">
            <w:pPr>
              <w:spacing w:after="0" w:line="252" w:lineRule="auto"/>
              <w:jc w:val="center"/>
            </w:pPr>
            <w:r>
              <w:rPr>
                <w:sz w:val="18"/>
              </w:rPr>
              <w:t>121</w:t>
            </w:r>
          </w:p>
        </w:tc>
        <w:tc>
          <w:tcPr>
            <w:tcW w:w="1247" w:type="dxa"/>
            <w:vAlign w:val="center"/>
          </w:tcPr>
          <w:p w14:paraId="405F4C15" w14:textId="77777777" w:rsidR="00446222" w:rsidRDefault="00000000">
            <w:pPr>
              <w:spacing w:after="0" w:line="252" w:lineRule="auto"/>
              <w:jc w:val="center"/>
            </w:pPr>
            <w:r>
              <w:rPr>
                <w:sz w:val="18"/>
              </w:rPr>
              <w:t>66 / 55</w:t>
            </w:r>
          </w:p>
        </w:tc>
        <w:tc>
          <w:tcPr>
            <w:tcW w:w="1871" w:type="dxa"/>
            <w:vAlign w:val="center"/>
          </w:tcPr>
          <w:p w14:paraId="22F6A210" w14:textId="24C3FF66" w:rsidR="00446222" w:rsidRDefault="00000000">
            <w:pPr>
              <w:spacing w:after="0" w:line="252" w:lineRule="auto"/>
              <w:jc w:val="center"/>
            </w:pPr>
            <w:r>
              <w:rPr>
                <w:sz w:val="18"/>
              </w:rPr>
              <w:t>1.88 (1.11</w:t>
            </w:r>
            <w:r w:rsidR="00A142B2">
              <w:rPr>
                <w:sz w:val="18"/>
              </w:rPr>
              <w:t>-</w:t>
            </w:r>
            <w:r>
              <w:rPr>
                <w:sz w:val="18"/>
              </w:rPr>
              <w:t>3.52)</w:t>
            </w:r>
          </w:p>
        </w:tc>
        <w:tc>
          <w:tcPr>
            <w:tcW w:w="1020" w:type="dxa"/>
            <w:vAlign w:val="center"/>
          </w:tcPr>
          <w:p w14:paraId="6AB410E2" w14:textId="77777777" w:rsidR="00446222" w:rsidRDefault="00000000">
            <w:pPr>
              <w:spacing w:after="0" w:line="252" w:lineRule="auto"/>
              <w:jc w:val="center"/>
            </w:pPr>
            <w:r>
              <w:rPr>
                <w:sz w:val="18"/>
              </w:rPr>
              <w:t>0.0132</w:t>
            </w:r>
          </w:p>
        </w:tc>
      </w:tr>
      <w:tr w:rsidR="00446222" w14:paraId="008DC81C" w14:textId="77777777">
        <w:trPr>
          <w:cantSplit/>
          <w:jc w:val="center"/>
        </w:trPr>
        <w:tc>
          <w:tcPr>
            <w:tcW w:w="794" w:type="dxa"/>
            <w:vAlign w:val="center"/>
          </w:tcPr>
          <w:p w14:paraId="149796CA" w14:textId="77777777" w:rsidR="00446222" w:rsidRDefault="00000000">
            <w:pPr>
              <w:spacing w:after="0" w:line="252" w:lineRule="auto"/>
            </w:pPr>
            <w:r>
              <w:rPr>
                <w:sz w:val="18"/>
              </w:rPr>
              <w:t>S04</w:t>
            </w:r>
          </w:p>
        </w:tc>
        <w:tc>
          <w:tcPr>
            <w:tcW w:w="3969" w:type="dxa"/>
            <w:vAlign w:val="center"/>
          </w:tcPr>
          <w:p w14:paraId="16808C24" w14:textId="77777777" w:rsidR="00446222" w:rsidRDefault="00000000">
            <w:pPr>
              <w:spacing w:after="0" w:line="252" w:lineRule="auto"/>
            </w:pPr>
            <w:r>
              <w:rPr>
                <w:sz w:val="18"/>
              </w:rPr>
              <w:t>recorded student status</w:t>
            </w:r>
          </w:p>
        </w:tc>
        <w:tc>
          <w:tcPr>
            <w:tcW w:w="737" w:type="dxa"/>
            <w:vAlign w:val="center"/>
          </w:tcPr>
          <w:p w14:paraId="5C8D02DD" w14:textId="77777777" w:rsidR="00446222" w:rsidRDefault="00000000">
            <w:pPr>
              <w:spacing w:after="0" w:line="252" w:lineRule="auto"/>
              <w:jc w:val="center"/>
            </w:pPr>
            <w:r>
              <w:rPr>
                <w:sz w:val="18"/>
              </w:rPr>
              <w:t>145</w:t>
            </w:r>
          </w:p>
        </w:tc>
        <w:tc>
          <w:tcPr>
            <w:tcW w:w="1247" w:type="dxa"/>
            <w:vAlign w:val="center"/>
          </w:tcPr>
          <w:p w14:paraId="28B3C48F" w14:textId="77777777" w:rsidR="00446222" w:rsidRDefault="00000000">
            <w:pPr>
              <w:spacing w:after="0" w:line="252" w:lineRule="auto"/>
              <w:jc w:val="center"/>
            </w:pPr>
            <w:r>
              <w:rPr>
                <w:sz w:val="18"/>
              </w:rPr>
              <w:t>83 / 62</w:t>
            </w:r>
          </w:p>
        </w:tc>
        <w:tc>
          <w:tcPr>
            <w:tcW w:w="1871" w:type="dxa"/>
            <w:vAlign w:val="center"/>
          </w:tcPr>
          <w:p w14:paraId="1388677C" w14:textId="7F5DDBC9" w:rsidR="00446222" w:rsidRDefault="00000000">
            <w:pPr>
              <w:spacing w:after="0" w:line="252" w:lineRule="auto"/>
              <w:jc w:val="center"/>
            </w:pPr>
            <w:r>
              <w:rPr>
                <w:sz w:val="18"/>
              </w:rPr>
              <w:t>2.05 (1.22</w:t>
            </w:r>
            <w:r w:rsidR="00A142B2">
              <w:rPr>
                <w:sz w:val="18"/>
              </w:rPr>
              <w:t>-</w:t>
            </w:r>
            <w:r>
              <w:rPr>
                <w:sz w:val="18"/>
              </w:rPr>
              <w:t>3.70)</w:t>
            </w:r>
          </w:p>
        </w:tc>
        <w:tc>
          <w:tcPr>
            <w:tcW w:w="1020" w:type="dxa"/>
            <w:vAlign w:val="center"/>
          </w:tcPr>
          <w:p w14:paraId="72F6C919" w14:textId="77777777" w:rsidR="00446222" w:rsidRDefault="00000000">
            <w:pPr>
              <w:spacing w:after="0" w:line="252" w:lineRule="auto"/>
              <w:jc w:val="center"/>
            </w:pPr>
            <w:r>
              <w:rPr>
                <w:sz w:val="18"/>
              </w:rPr>
              <w:t>0.0034</w:t>
            </w:r>
          </w:p>
        </w:tc>
      </w:tr>
      <w:tr w:rsidR="00446222" w14:paraId="532D42B0" w14:textId="77777777">
        <w:trPr>
          <w:cantSplit/>
          <w:jc w:val="center"/>
        </w:trPr>
        <w:tc>
          <w:tcPr>
            <w:tcW w:w="794" w:type="dxa"/>
            <w:vAlign w:val="center"/>
          </w:tcPr>
          <w:p w14:paraId="5A428F98" w14:textId="77777777" w:rsidR="00446222" w:rsidRDefault="00000000">
            <w:pPr>
              <w:spacing w:after="0" w:line="252" w:lineRule="auto"/>
            </w:pPr>
            <w:r>
              <w:rPr>
                <w:sz w:val="18"/>
              </w:rPr>
              <w:t>S05</w:t>
            </w:r>
          </w:p>
        </w:tc>
        <w:tc>
          <w:tcPr>
            <w:tcW w:w="3969" w:type="dxa"/>
            <w:vAlign w:val="center"/>
          </w:tcPr>
          <w:p w14:paraId="468BA79D" w14:textId="77777777" w:rsidR="00446222" w:rsidRDefault="00000000">
            <w:pPr>
              <w:spacing w:after="0" w:line="252" w:lineRule="auto"/>
            </w:pPr>
            <w:r>
              <w:rPr>
                <w:sz w:val="18"/>
              </w:rPr>
              <w:t>linear rather than spline age</w:t>
            </w:r>
          </w:p>
        </w:tc>
        <w:tc>
          <w:tcPr>
            <w:tcW w:w="737" w:type="dxa"/>
            <w:vAlign w:val="center"/>
          </w:tcPr>
          <w:p w14:paraId="76AA1ED4" w14:textId="77777777" w:rsidR="00446222" w:rsidRDefault="00000000">
            <w:pPr>
              <w:spacing w:after="0" w:line="252" w:lineRule="auto"/>
              <w:jc w:val="center"/>
            </w:pPr>
            <w:r>
              <w:rPr>
                <w:sz w:val="18"/>
              </w:rPr>
              <w:t>145</w:t>
            </w:r>
          </w:p>
        </w:tc>
        <w:tc>
          <w:tcPr>
            <w:tcW w:w="1247" w:type="dxa"/>
            <w:vAlign w:val="center"/>
          </w:tcPr>
          <w:p w14:paraId="776DA153" w14:textId="77777777" w:rsidR="00446222" w:rsidRDefault="00000000">
            <w:pPr>
              <w:spacing w:after="0" w:line="252" w:lineRule="auto"/>
              <w:jc w:val="center"/>
            </w:pPr>
            <w:r>
              <w:rPr>
                <w:sz w:val="18"/>
              </w:rPr>
              <w:t>83 / 62</w:t>
            </w:r>
          </w:p>
        </w:tc>
        <w:tc>
          <w:tcPr>
            <w:tcW w:w="1871" w:type="dxa"/>
            <w:vAlign w:val="center"/>
          </w:tcPr>
          <w:p w14:paraId="43D2E629" w14:textId="3C21342F" w:rsidR="00446222" w:rsidRDefault="00000000">
            <w:pPr>
              <w:spacing w:after="0" w:line="252" w:lineRule="auto"/>
              <w:jc w:val="center"/>
            </w:pPr>
            <w:r>
              <w:rPr>
                <w:sz w:val="18"/>
              </w:rPr>
              <w:t>1.93 (1.17</w:t>
            </w:r>
            <w:r w:rsidR="00A142B2">
              <w:rPr>
                <w:sz w:val="18"/>
              </w:rPr>
              <w:t>-</w:t>
            </w:r>
            <w:r>
              <w:rPr>
                <w:sz w:val="18"/>
              </w:rPr>
              <w:t>3.50)</w:t>
            </w:r>
          </w:p>
        </w:tc>
        <w:tc>
          <w:tcPr>
            <w:tcW w:w="1020" w:type="dxa"/>
            <w:vAlign w:val="center"/>
          </w:tcPr>
          <w:p w14:paraId="0CD49A39" w14:textId="77777777" w:rsidR="00446222" w:rsidRDefault="00000000">
            <w:pPr>
              <w:spacing w:after="0" w:line="252" w:lineRule="auto"/>
              <w:jc w:val="center"/>
            </w:pPr>
            <w:r>
              <w:rPr>
                <w:sz w:val="18"/>
              </w:rPr>
              <w:t>0.0058</w:t>
            </w:r>
          </w:p>
        </w:tc>
      </w:tr>
      <w:tr w:rsidR="00446222" w14:paraId="29237A45" w14:textId="77777777">
        <w:trPr>
          <w:cantSplit/>
          <w:jc w:val="center"/>
        </w:trPr>
        <w:tc>
          <w:tcPr>
            <w:tcW w:w="794" w:type="dxa"/>
            <w:vAlign w:val="center"/>
          </w:tcPr>
          <w:p w14:paraId="0A644CCE" w14:textId="77777777" w:rsidR="00446222" w:rsidRDefault="00000000">
            <w:pPr>
              <w:spacing w:after="0" w:line="252" w:lineRule="auto"/>
            </w:pPr>
            <w:r>
              <w:rPr>
                <w:sz w:val="18"/>
              </w:rPr>
              <w:t>S06</w:t>
            </w:r>
          </w:p>
        </w:tc>
        <w:tc>
          <w:tcPr>
            <w:tcW w:w="3969" w:type="dxa"/>
            <w:vAlign w:val="center"/>
          </w:tcPr>
          <w:p w14:paraId="44E33FC5" w14:textId="0832CB4B" w:rsidR="00446222" w:rsidRDefault="00000000">
            <w:pPr>
              <w:spacing w:after="0" w:line="252" w:lineRule="auto"/>
            </w:pPr>
            <w:r>
              <w:rPr>
                <w:sz w:val="18"/>
              </w:rPr>
              <w:t>ages 23</w:t>
            </w:r>
            <w:r w:rsidR="00A142B2">
              <w:rPr>
                <w:sz w:val="18"/>
              </w:rPr>
              <w:t>-</w:t>
            </w:r>
            <w:r>
              <w:rPr>
                <w:sz w:val="18"/>
              </w:rPr>
              <w:t>58</w:t>
            </w:r>
          </w:p>
        </w:tc>
        <w:tc>
          <w:tcPr>
            <w:tcW w:w="737" w:type="dxa"/>
            <w:vAlign w:val="center"/>
          </w:tcPr>
          <w:p w14:paraId="5D12469A" w14:textId="77777777" w:rsidR="00446222" w:rsidRDefault="00000000">
            <w:pPr>
              <w:spacing w:after="0" w:line="252" w:lineRule="auto"/>
              <w:jc w:val="center"/>
            </w:pPr>
            <w:r>
              <w:rPr>
                <w:sz w:val="18"/>
              </w:rPr>
              <w:t>135</w:t>
            </w:r>
          </w:p>
        </w:tc>
        <w:tc>
          <w:tcPr>
            <w:tcW w:w="1247" w:type="dxa"/>
            <w:vAlign w:val="center"/>
          </w:tcPr>
          <w:p w14:paraId="212B5A37" w14:textId="77777777" w:rsidR="00446222" w:rsidRDefault="00000000">
            <w:pPr>
              <w:spacing w:after="0" w:line="252" w:lineRule="auto"/>
              <w:jc w:val="center"/>
            </w:pPr>
            <w:r>
              <w:rPr>
                <w:sz w:val="18"/>
              </w:rPr>
              <w:t>82 / 53</w:t>
            </w:r>
          </w:p>
        </w:tc>
        <w:tc>
          <w:tcPr>
            <w:tcW w:w="1871" w:type="dxa"/>
            <w:vAlign w:val="center"/>
          </w:tcPr>
          <w:p w14:paraId="1730A269" w14:textId="70FD40E5" w:rsidR="00446222" w:rsidRDefault="00000000">
            <w:pPr>
              <w:spacing w:after="0" w:line="252" w:lineRule="auto"/>
              <w:jc w:val="center"/>
            </w:pPr>
            <w:r>
              <w:rPr>
                <w:sz w:val="18"/>
              </w:rPr>
              <w:t>1.92 (1.16</w:t>
            </w:r>
            <w:r w:rsidR="00A142B2">
              <w:rPr>
                <w:sz w:val="18"/>
              </w:rPr>
              <w:t>-</w:t>
            </w:r>
            <w:r>
              <w:rPr>
                <w:sz w:val="18"/>
              </w:rPr>
              <w:t>3.53)</w:t>
            </w:r>
          </w:p>
        </w:tc>
        <w:tc>
          <w:tcPr>
            <w:tcW w:w="1020" w:type="dxa"/>
            <w:vAlign w:val="center"/>
          </w:tcPr>
          <w:p w14:paraId="3FD352FD" w14:textId="77777777" w:rsidR="00446222" w:rsidRDefault="00000000">
            <w:pPr>
              <w:spacing w:after="0" w:line="252" w:lineRule="auto"/>
              <w:jc w:val="center"/>
            </w:pPr>
            <w:r>
              <w:rPr>
                <w:sz w:val="18"/>
              </w:rPr>
              <w:t>0.0062</w:t>
            </w:r>
          </w:p>
        </w:tc>
      </w:tr>
      <w:tr w:rsidR="00446222" w14:paraId="16AD6E27" w14:textId="77777777">
        <w:trPr>
          <w:cantSplit/>
          <w:jc w:val="center"/>
        </w:trPr>
        <w:tc>
          <w:tcPr>
            <w:tcW w:w="794" w:type="dxa"/>
            <w:vAlign w:val="center"/>
          </w:tcPr>
          <w:p w14:paraId="5116720C" w14:textId="77777777" w:rsidR="00446222" w:rsidRDefault="00000000">
            <w:pPr>
              <w:spacing w:after="0" w:line="252" w:lineRule="auto"/>
            </w:pPr>
            <w:r>
              <w:rPr>
                <w:sz w:val="18"/>
              </w:rPr>
              <w:t>S07</w:t>
            </w:r>
          </w:p>
        </w:tc>
        <w:tc>
          <w:tcPr>
            <w:tcW w:w="3969" w:type="dxa"/>
            <w:vAlign w:val="center"/>
          </w:tcPr>
          <w:p w14:paraId="65220D0D" w14:textId="77777777" w:rsidR="00446222" w:rsidRDefault="00000000">
            <w:pPr>
              <w:spacing w:after="0" w:line="252" w:lineRule="auto"/>
            </w:pPr>
            <w:r>
              <w:rPr>
                <w:sz w:val="18"/>
              </w:rPr>
              <w:t>recorded BMI</w:t>
            </w:r>
          </w:p>
        </w:tc>
        <w:tc>
          <w:tcPr>
            <w:tcW w:w="737" w:type="dxa"/>
            <w:vAlign w:val="center"/>
          </w:tcPr>
          <w:p w14:paraId="665B8BA1" w14:textId="77777777" w:rsidR="00446222" w:rsidRDefault="00000000">
            <w:pPr>
              <w:spacing w:after="0" w:line="252" w:lineRule="auto"/>
              <w:jc w:val="center"/>
            </w:pPr>
            <w:r>
              <w:rPr>
                <w:sz w:val="18"/>
              </w:rPr>
              <w:t>145</w:t>
            </w:r>
          </w:p>
        </w:tc>
        <w:tc>
          <w:tcPr>
            <w:tcW w:w="1247" w:type="dxa"/>
            <w:vAlign w:val="center"/>
          </w:tcPr>
          <w:p w14:paraId="61088C82" w14:textId="77777777" w:rsidR="00446222" w:rsidRDefault="00000000">
            <w:pPr>
              <w:spacing w:after="0" w:line="252" w:lineRule="auto"/>
              <w:jc w:val="center"/>
            </w:pPr>
            <w:r>
              <w:rPr>
                <w:sz w:val="18"/>
              </w:rPr>
              <w:t>83 / 62</w:t>
            </w:r>
          </w:p>
        </w:tc>
        <w:tc>
          <w:tcPr>
            <w:tcW w:w="1871" w:type="dxa"/>
            <w:vAlign w:val="center"/>
          </w:tcPr>
          <w:p w14:paraId="20033C15" w14:textId="32A5A408" w:rsidR="00446222" w:rsidRDefault="00000000">
            <w:pPr>
              <w:spacing w:after="0" w:line="252" w:lineRule="auto"/>
              <w:jc w:val="center"/>
            </w:pPr>
            <w:r>
              <w:rPr>
                <w:sz w:val="18"/>
              </w:rPr>
              <w:t>2.07 (1.23</w:t>
            </w:r>
            <w:r w:rsidR="00A142B2">
              <w:rPr>
                <w:sz w:val="18"/>
              </w:rPr>
              <w:t>-</w:t>
            </w:r>
            <w:r>
              <w:rPr>
                <w:sz w:val="18"/>
              </w:rPr>
              <w:t>3.71)</w:t>
            </w:r>
          </w:p>
        </w:tc>
        <w:tc>
          <w:tcPr>
            <w:tcW w:w="1020" w:type="dxa"/>
            <w:vAlign w:val="center"/>
          </w:tcPr>
          <w:p w14:paraId="3724B7D6" w14:textId="77777777" w:rsidR="00446222" w:rsidRDefault="00000000">
            <w:pPr>
              <w:spacing w:after="0" w:line="252" w:lineRule="auto"/>
              <w:jc w:val="center"/>
            </w:pPr>
            <w:r>
              <w:rPr>
                <w:sz w:val="18"/>
              </w:rPr>
              <w:t>0.0035</w:t>
            </w:r>
          </w:p>
        </w:tc>
      </w:tr>
      <w:tr w:rsidR="00446222" w14:paraId="7D80CBDC" w14:textId="77777777">
        <w:trPr>
          <w:cantSplit/>
          <w:jc w:val="center"/>
        </w:trPr>
        <w:tc>
          <w:tcPr>
            <w:tcW w:w="794" w:type="dxa"/>
            <w:vAlign w:val="center"/>
          </w:tcPr>
          <w:p w14:paraId="166786BE" w14:textId="77777777" w:rsidR="00446222" w:rsidRDefault="00000000">
            <w:pPr>
              <w:spacing w:after="0" w:line="252" w:lineRule="auto"/>
            </w:pPr>
            <w:r>
              <w:rPr>
                <w:sz w:val="18"/>
              </w:rPr>
              <w:t>S08</w:t>
            </w:r>
          </w:p>
        </w:tc>
        <w:tc>
          <w:tcPr>
            <w:tcW w:w="3969" w:type="dxa"/>
            <w:vAlign w:val="center"/>
          </w:tcPr>
          <w:p w14:paraId="1CA8DFD2" w14:textId="77777777" w:rsidR="00446222" w:rsidRDefault="00000000">
            <w:pPr>
              <w:spacing w:after="0" w:line="252" w:lineRule="auto"/>
            </w:pPr>
            <w:r>
              <w:rPr>
                <w:sz w:val="18"/>
              </w:rPr>
              <w:t>menopausal status</w:t>
            </w:r>
          </w:p>
        </w:tc>
        <w:tc>
          <w:tcPr>
            <w:tcW w:w="737" w:type="dxa"/>
            <w:vAlign w:val="center"/>
          </w:tcPr>
          <w:p w14:paraId="159F48FE" w14:textId="77777777" w:rsidR="00446222" w:rsidRDefault="00000000">
            <w:pPr>
              <w:spacing w:after="0" w:line="252" w:lineRule="auto"/>
              <w:jc w:val="center"/>
            </w:pPr>
            <w:r>
              <w:rPr>
                <w:sz w:val="18"/>
              </w:rPr>
              <w:t>145</w:t>
            </w:r>
          </w:p>
        </w:tc>
        <w:tc>
          <w:tcPr>
            <w:tcW w:w="1247" w:type="dxa"/>
            <w:vAlign w:val="center"/>
          </w:tcPr>
          <w:p w14:paraId="1ABFF99D" w14:textId="77777777" w:rsidR="00446222" w:rsidRDefault="00000000">
            <w:pPr>
              <w:spacing w:after="0" w:line="252" w:lineRule="auto"/>
              <w:jc w:val="center"/>
            </w:pPr>
            <w:r>
              <w:rPr>
                <w:sz w:val="18"/>
              </w:rPr>
              <w:t>83 / 62</w:t>
            </w:r>
          </w:p>
        </w:tc>
        <w:tc>
          <w:tcPr>
            <w:tcW w:w="1871" w:type="dxa"/>
            <w:vAlign w:val="center"/>
          </w:tcPr>
          <w:p w14:paraId="51D7BE7F" w14:textId="072C833C" w:rsidR="00446222" w:rsidRDefault="00000000">
            <w:pPr>
              <w:spacing w:after="0" w:line="252" w:lineRule="auto"/>
              <w:jc w:val="center"/>
            </w:pPr>
            <w:r>
              <w:rPr>
                <w:sz w:val="18"/>
              </w:rPr>
              <w:t>1.98 (1.18</w:t>
            </w:r>
            <w:r w:rsidR="00A142B2">
              <w:rPr>
                <w:sz w:val="18"/>
              </w:rPr>
              <w:t>-</w:t>
            </w:r>
            <w:r>
              <w:rPr>
                <w:sz w:val="18"/>
              </w:rPr>
              <w:t>3.65)</w:t>
            </w:r>
          </w:p>
        </w:tc>
        <w:tc>
          <w:tcPr>
            <w:tcW w:w="1020" w:type="dxa"/>
            <w:vAlign w:val="center"/>
          </w:tcPr>
          <w:p w14:paraId="5CB3EC65" w14:textId="77777777" w:rsidR="00446222" w:rsidRDefault="00000000">
            <w:pPr>
              <w:spacing w:after="0" w:line="252" w:lineRule="auto"/>
              <w:jc w:val="center"/>
            </w:pPr>
            <w:r>
              <w:rPr>
                <w:sz w:val="18"/>
              </w:rPr>
              <w:t>0.0047</w:t>
            </w:r>
          </w:p>
        </w:tc>
      </w:tr>
      <w:tr w:rsidR="00446222" w14:paraId="103D8EBA" w14:textId="77777777">
        <w:trPr>
          <w:cantSplit/>
          <w:jc w:val="center"/>
        </w:trPr>
        <w:tc>
          <w:tcPr>
            <w:tcW w:w="794" w:type="dxa"/>
            <w:vAlign w:val="center"/>
          </w:tcPr>
          <w:p w14:paraId="5119A9B6" w14:textId="77777777" w:rsidR="00446222" w:rsidRDefault="00000000">
            <w:pPr>
              <w:spacing w:after="0" w:line="252" w:lineRule="auto"/>
            </w:pPr>
            <w:r>
              <w:rPr>
                <w:sz w:val="18"/>
              </w:rPr>
              <w:t>S09</w:t>
            </w:r>
          </w:p>
        </w:tc>
        <w:tc>
          <w:tcPr>
            <w:tcW w:w="3969" w:type="dxa"/>
            <w:vAlign w:val="center"/>
          </w:tcPr>
          <w:p w14:paraId="60908F72" w14:textId="77777777" w:rsidR="00446222" w:rsidRDefault="00000000">
            <w:pPr>
              <w:spacing w:after="0" w:line="252" w:lineRule="auto"/>
            </w:pPr>
            <w:r>
              <w:rPr>
                <w:sz w:val="18"/>
              </w:rPr>
              <w:t>primary/secondary education indicators</w:t>
            </w:r>
          </w:p>
        </w:tc>
        <w:tc>
          <w:tcPr>
            <w:tcW w:w="737" w:type="dxa"/>
            <w:vAlign w:val="center"/>
          </w:tcPr>
          <w:p w14:paraId="24DBEA92" w14:textId="77777777" w:rsidR="00446222" w:rsidRDefault="00000000">
            <w:pPr>
              <w:spacing w:after="0" w:line="252" w:lineRule="auto"/>
              <w:jc w:val="center"/>
            </w:pPr>
            <w:r>
              <w:rPr>
                <w:sz w:val="18"/>
              </w:rPr>
              <w:t>145</w:t>
            </w:r>
          </w:p>
        </w:tc>
        <w:tc>
          <w:tcPr>
            <w:tcW w:w="1247" w:type="dxa"/>
            <w:vAlign w:val="center"/>
          </w:tcPr>
          <w:p w14:paraId="23C2BAEF" w14:textId="77777777" w:rsidR="00446222" w:rsidRDefault="00000000">
            <w:pPr>
              <w:spacing w:after="0" w:line="252" w:lineRule="auto"/>
              <w:jc w:val="center"/>
            </w:pPr>
            <w:r>
              <w:rPr>
                <w:sz w:val="18"/>
              </w:rPr>
              <w:t>83 / 62</w:t>
            </w:r>
          </w:p>
        </w:tc>
        <w:tc>
          <w:tcPr>
            <w:tcW w:w="1871" w:type="dxa"/>
            <w:vAlign w:val="center"/>
          </w:tcPr>
          <w:p w14:paraId="008A18C7" w14:textId="6D1995A9" w:rsidR="00446222" w:rsidRDefault="00000000">
            <w:pPr>
              <w:spacing w:after="0" w:line="252" w:lineRule="auto"/>
              <w:jc w:val="center"/>
            </w:pPr>
            <w:r>
              <w:rPr>
                <w:sz w:val="18"/>
              </w:rPr>
              <w:t>1.92 (1.17</w:t>
            </w:r>
            <w:r w:rsidR="00A142B2">
              <w:rPr>
                <w:sz w:val="18"/>
              </w:rPr>
              <w:t>-</w:t>
            </w:r>
            <w:r>
              <w:rPr>
                <w:sz w:val="18"/>
              </w:rPr>
              <w:t>3.49)</w:t>
            </w:r>
          </w:p>
        </w:tc>
        <w:tc>
          <w:tcPr>
            <w:tcW w:w="1020" w:type="dxa"/>
            <w:vAlign w:val="center"/>
          </w:tcPr>
          <w:p w14:paraId="4CE53560" w14:textId="77777777" w:rsidR="00446222" w:rsidRDefault="00000000">
            <w:pPr>
              <w:spacing w:after="0" w:line="252" w:lineRule="auto"/>
              <w:jc w:val="center"/>
            </w:pPr>
            <w:r>
              <w:rPr>
                <w:sz w:val="18"/>
              </w:rPr>
              <w:t>0.0059</w:t>
            </w:r>
          </w:p>
        </w:tc>
      </w:tr>
      <w:tr w:rsidR="00446222" w14:paraId="71942397" w14:textId="77777777">
        <w:trPr>
          <w:cantSplit/>
          <w:jc w:val="center"/>
        </w:trPr>
        <w:tc>
          <w:tcPr>
            <w:tcW w:w="794" w:type="dxa"/>
            <w:vAlign w:val="center"/>
          </w:tcPr>
          <w:p w14:paraId="24993543" w14:textId="77777777" w:rsidR="00446222" w:rsidRDefault="00000000">
            <w:pPr>
              <w:spacing w:after="0" w:line="252" w:lineRule="auto"/>
            </w:pPr>
            <w:r>
              <w:rPr>
                <w:sz w:val="18"/>
              </w:rPr>
              <w:t>S10</w:t>
            </w:r>
          </w:p>
        </w:tc>
        <w:tc>
          <w:tcPr>
            <w:tcW w:w="3969" w:type="dxa"/>
            <w:vAlign w:val="center"/>
          </w:tcPr>
          <w:p w14:paraId="249D0DF4" w14:textId="77777777" w:rsidR="00446222" w:rsidRDefault="00000000">
            <w:pPr>
              <w:spacing w:after="0" w:line="252" w:lineRule="auto"/>
            </w:pPr>
            <w:r>
              <w:rPr>
                <w:sz w:val="18"/>
              </w:rPr>
              <w:t>raw frequency code × portion</w:t>
            </w:r>
          </w:p>
        </w:tc>
        <w:tc>
          <w:tcPr>
            <w:tcW w:w="737" w:type="dxa"/>
            <w:vAlign w:val="center"/>
          </w:tcPr>
          <w:p w14:paraId="382D0F79" w14:textId="77777777" w:rsidR="00446222" w:rsidRDefault="00000000">
            <w:pPr>
              <w:spacing w:after="0" w:line="252" w:lineRule="auto"/>
              <w:jc w:val="center"/>
            </w:pPr>
            <w:r>
              <w:rPr>
                <w:sz w:val="18"/>
              </w:rPr>
              <w:t>145</w:t>
            </w:r>
          </w:p>
        </w:tc>
        <w:tc>
          <w:tcPr>
            <w:tcW w:w="1247" w:type="dxa"/>
            <w:vAlign w:val="center"/>
          </w:tcPr>
          <w:p w14:paraId="33B779E3" w14:textId="77777777" w:rsidR="00446222" w:rsidRDefault="00000000">
            <w:pPr>
              <w:spacing w:after="0" w:line="252" w:lineRule="auto"/>
              <w:jc w:val="center"/>
            </w:pPr>
            <w:r>
              <w:rPr>
                <w:sz w:val="18"/>
              </w:rPr>
              <w:t>83 / 62</w:t>
            </w:r>
          </w:p>
        </w:tc>
        <w:tc>
          <w:tcPr>
            <w:tcW w:w="1871" w:type="dxa"/>
            <w:vAlign w:val="center"/>
          </w:tcPr>
          <w:p w14:paraId="20CBC6A5" w14:textId="32ED42C8" w:rsidR="00446222" w:rsidRDefault="00000000">
            <w:pPr>
              <w:spacing w:after="0" w:line="252" w:lineRule="auto"/>
              <w:jc w:val="center"/>
            </w:pPr>
            <w:r>
              <w:rPr>
                <w:sz w:val="18"/>
              </w:rPr>
              <w:t>1.94 (1.28</w:t>
            </w:r>
            <w:r w:rsidR="00A142B2">
              <w:rPr>
                <w:sz w:val="18"/>
              </w:rPr>
              <w:t>-</w:t>
            </w:r>
            <w:r>
              <w:rPr>
                <w:sz w:val="18"/>
              </w:rPr>
              <w:t>3.12)</w:t>
            </w:r>
          </w:p>
        </w:tc>
        <w:tc>
          <w:tcPr>
            <w:tcW w:w="1020" w:type="dxa"/>
            <w:vAlign w:val="center"/>
          </w:tcPr>
          <w:p w14:paraId="44905EDD" w14:textId="77777777" w:rsidR="00446222" w:rsidRDefault="00000000">
            <w:pPr>
              <w:spacing w:after="0" w:line="252" w:lineRule="auto"/>
              <w:jc w:val="center"/>
            </w:pPr>
            <w:r>
              <w:rPr>
                <w:sz w:val="18"/>
              </w:rPr>
              <w:t>0.0010</w:t>
            </w:r>
          </w:p>
        </w:tc>
      </w:tr>
      <w:tr w:rsidR="00446222" w14:paraId="40411853" w14:textId="77777777">
        <w:trPr>
          <w:cantSplit/>
          <w:jc w:val="center"/>
        </w:trPr>
        <w:tc>
          <w:tcPr>
            <w:tcW w:w="794" w:type="dxa"/>
            <w:vAlign w:val="center"/>
          </w:tcPr>
          <w:p w14:paraId="5B2659DB" w14:textId="77777777" w:rsidR="00446222" w:rsidRDefault="00000000">
            <w:pPr>
              <w:spacing w:after="0" w:line="252" w:lineRule="auto"/>
            </w:pPr>
            <w:r>
              <w:rPr>
                <w:sz w:val="18"/>
              </w:rPr>
              <w:t>S11</w:t>
            </w:r>
          </w:p>
        </w:tc>
        <w:tc>
          <w:tcPr>
            <w:tcW w:w="3969" w:type="dxa"/>
            <w:vAlign w:val="center"/>
          </w:tcPr>
          <w:p w14:paraId="69520617" w14:textId="77777777" w:rsidR="00446222" w:rsidRDefault="00000000">
            <w:pPr>
              <w:spacing w:after="0" w:line="252" w:lineRule="auto"/>
            </w:pPr>
            <w:r>
              <w:rPr>
                <w:sz w:val="18"/>
              </w:rPr>
              <w:t>ranks of combined indices</w:t>
            </w:r>
          </w:p>
        </w:tc>
        <w:tc>
          <w:tcPr>
            <w:tcW w:w="737" w:type="dxa"/>
            <w:vAlign w:val="center"/>
          </w:tcPr>
          <w:p w14:paraId="0AC090E7" w14:textId="77777777" w:rsidR="00446222" w:rsidRDefault="00000000">
            <w:pPr>
              <w:spacing w:after="0" w:line="252" w:lineRule="auto"/>
              <w:jc w:val="center"/>
            </w:pPr>
            <w:r>
              <w:rPr>
                <w:sz w:val="18"/>
              </w:rPr>
              <w:t>145</w:t>
            </w:r>
          </w:p>
        </w:tc>
        <w:tc>
          <w:tcPr>
            <w:tcW w:w="1247" w:type="dxa"/>
            <w:vAlign w:val="center"/>
          </w:tcPr>
          <w:p w14:paraId="18839AA7" w14:textId="77777777" w:rsidR="00446222" w:rsidRDefault="00000000">
            <w:pPr>
              <w:spacing w:after="0" w:line="252" w:lineRule="auto"/>
              <w:jc w:val="center"/>
            </w:pPr>
            <w:r>
              <w:rPr>
                <w:sz w:val="18"/>
              </w:rPr>
              <w:t>83 / 62</w:t>
            </w:r>
          </w:p>
        </w:tc>
        <w:tc>
          <w:tcPr>
            <w:tcW w:w="1871" w:type="dxa"/>
            <w:vAlign w:val="center"/>
          </w:tcPr>
          <w:p w14:paraId="0BD0BD02" w14:textId="11E3AECA" w:rsidR="00446222" w:rsidRDefault="00000000">
            <w:pPr>
              <w:spacing w:after="0" w:line="252" w:lineRule="auto"/>
              <w:jc w:val="center"/>
            </w:pPr>
            <w:r>
              <w:rPr>
                <w:sz w:val="18"/>
              </w:rPr>
              <w:t>1.83 (1.25</w:t>
            </w:r>
            <w:r w:rsidR="00A142B2">
              <w:rPr>
                <w:sz w:val="18"/>
              </w:rPr>
              <w:t>-</w:t>
            </w:r>
            <w:r>
              <w:rPr>
                <w:sz w:val="18"/>
              </w:rPr>
              <w:t>2.79)</w:t>
            </w:r>
          </w:p>
        </w:tc>
        <w:tc>
          <w:tcPr>
            <w:tcW w:w="1020" w:type="dxa"/>
            <w:vAlign w:val="center"/>
          </w:tcPr>
          <w:p w14:paraId="61EF9C03" w14:textId="77777777" w:rsidR="00446222" w:rsidRDefault="00000000">
            <w:pPr>
              <w:spacing w:after="0" w:line="252" w:lineRule="auto"/>
              <w:jc w:val="center"/>
            </w:pPr>
            <w:r>
              <w:rPr>
                <w:sz w:val="18"/>
              </w:rPr>
              <w:t>0.0017</w:t>
            </w:r>
          </w:p>
        </w:tc>
      </w:tr>
      <w:tr w:rsidR="00446222" w14:paraId="1BC0F195" w14:textId="77777777">
        <w:trPr>
          <w:cantSplit/>
          <w:jc w:val="center"/>
        </w:trPr>
        <w:tc>
          <w:tcPr>
            <w:tcW w:w="794" w:type="dxa"/>
            <w:vAlign w:val="center"/>
          </w:tcPr>
          <w:p w14:paraId="1C4EFDF3" w14:textId="77777777" w:rsidR="00446222" w:rsidRDefault="00000000">
            <w:pPr>
              <w:spacing w:after="0" w:line="252" w:lineRule="auto"/>
            </w:pPr>
            <w:r>
              <w:rPr>
                <w:sz w:val="18"/>
              </w:rPr>
              <w:t>S12</w:t>
            </w:r>
          </w:p>
        </w:tc>
        <w:tc>
          <w:tcPr>
            <w:tcW w:w="3969" w:type="dxa"/>
            <w:vAlign w:val="center"/>
          </w:tcPr>
          <w:p w14:paraId="1D7105EE" w14:textId="77777777" w:rsidR="00446222" w:rsidRDefault="00000000">
            <w:pPr>
              <w:spacing w:after="0" w:line="252" w:lineRule="auto"/>
            </w:pPr>
            <w:r>
              <w:rPr>
                <w:sz w:val="18"/>
              </w:rPr>
              <w:t>exclude constant-frequency profiles</w:t>
            </w:r>
          </w:p>
        </w:tc>
        <w:tc>
          <w:tcPr>
            <w:tcW w:w="737" w:type="dxa"/>
            <w:vAlign w:val="center"/>
          </w:tcPr>
          <w:p w14:paraId="13FD4D36" w14:textId="77777777" w:rsidR="00446222" w:rsidRDefault="00000000">
            <w:pPr>
              <w:spacing w:after="0" w:line="252" w:lineRule="auto"/>
              <w:jc w:val="center"/>
            </w:pPr>
            <w:r>
              <w:rPr>
                <w:sz w:val="18"/>
              </w:rPr>
              <w:t>144</w:t>
            </w:r>
          </w:p>
        </w:tc>
        <w:tc>
          <w:tcPr>
            <w:tcW w:w="1247" w:type="dxa"/>
            <w:vAlign w:val="center"/>
          </w:tcPr>
          <w:p w14:paraId="7787CA9C" w14:textId="77777777" w:rsidR="00446222" w:rsidRDefault="00000000">
            <w:pPr>
              <w:spacing w:after="0" w:line="252" w:lineRule="auto"/>
              <w:jc w:val="center"/>
            </w:pPr>
            <w:r>
              <w:rPr>
                <w:sz w:val="18"/>
              </w:rPr>
              <w:t>82 / 62</w:t>
            </w:r>
          </w:p>
        </w:tc>
        <w:tc>
          <w:tcPr>
            <w:tcW w:w="1871" w:type="dxa"/>
            <w:vAlign w:val="center"/>
          </w:tcPr>
          <w:p w14:paraId="2F74B324" w14:textId="53FCEB5E" w:rsidR="00446222" w:rsidRDefault="00000000">
            <w:pPr>
              <w:spacing w:after="0" w:line="252" w:lineRule="auto"/>
              <w:jc w:val="center"/>
            </w:pPr>
            <w:r>
              <w:rPr>
                <w:sz w:val="18"/>
              </w:rPr>
              <w:t>1.92 (1.16</w:t>
            </w:r>
            <w:r w:rsidR="00A142B2">
              <w:rPr>
                <w:sz w:val="18"/>
              </w:rPr>
              <w:t>-</w:t>
            </w:r>
            <w:r>
              <w:rPr>
                <w:sz w:val="18"/>
              </w:rPr>
              <w:t>3.51)</w:t>
            </w:r>
          </w:p>
        </w:tc>
        <w:tc>
          <w:tcPr>
            <w:tcW w:w="1020" w:type="dxa"/>
            <w:vAlign w:val="center"/>
          </w:tcPr>
          <w:p w14:paraId="2B093848" w14:textId="77777777" w:rsidR="00446222" w:rsidRDefault="00000000">
            <w:pPr>
              <w:spacing w:after="0" w:line="252" w:lineRule="auto"/>
              <w:jc w:val="center"/>
            </w:pPr>
            <w:r>
              <w:rPr>
                <w:sz w:val="18"/>
              </w:rPr>
              <w:t>0.0063</w:t>
            </w:r>
          </w:p>
        </w:tc>
      </w:tr>
      <w:tr w:rsidR="00446222" w14:paraId="46F81E62" w14:textId="77777777">
        <w:trPr>
          <w:cantSplit/>
          <w:jc w:val="center"/>
        </w:trPr>
        <w:tc>
          <w:tcPr>
            <w:tcW w:w="794" w:type="dxa"/>
            <w:vAlign w:val="center"/>
          </w:tcPr>
          <w:p w14:paraId="5400A949" w14:textId="77777777" w:rsidR="00446222" w:rsidRDefault="00000000">
            <w:pPr>
              <w:spacing w:after="0" w:line="252" w:lineRule="auto"/>
            </w:pPr>
            <w:r>
              <w:rPr>
                <w:sz w:val="18"/>
              </w:rPr>
              <w:lastRenderedPageBreak/>
              <w:t>S13</w:t>
            </w:r>
          </w:p>
        </w:tc>
        <w:tc>
          <w:tcPr>
            <w:tcW w:w="3969" w:type="dxa"/>
            <w:vAlign w:val="center"/>
          </w:tcPr>
          <w:p w14:paraId="386B2C4A" w14:textId="77777777" w:rsidR="00446222" w:rsidRDefault="00000000">
            <w:pPr>
              <w:spacing w:after="0" w:line="252" w:lineRule="auto"/>
            </w:pPr>
            <w:r>
              <w:rPr>
                <w:sz w:val="18"/>
              </w:rPr>
              <w:t>alternative frequency multipliers × portion</w:t>
            </w:r>
          </w:p>
        </w:tc>
        <w:tc>
          <w:tcPr>
            <w:tcW w:w="737" w:type="dxa"/>
            <w:vAlign w:val="center"/>
          </w:tcPr>
          <w:p w14:paraId="028ED366" w14:textId="77777777" w:rsidR="00446222" w:rsidRDefault="00000000">
            <w:pPr>
              <w:spacing w:after="0" w:line="252" w:lineRule="auto"/>
              <w:jc w:val="center"/>
            </w:pPr>
            <w:r>
              <w:rPr>
                <w:sz w:val="18"/>
              </w:rPr>
              <w:t>145</w:t>
            </w:r>
          </w:p>
        </w:tc>
        <w:tc>
          <w:tcPr>
            <w:tcW w:w="1247" w:type="dxa"/>
            <w:vAlign w:val="center"/>
          </w:tcPr>
          <w:p w14:paraId="3C50B297" w14:textId="77777777" w:rsidR="00446222" w:rsidRDefault="00000000">
            <w:pPr>
              <w:spacing w:after="0" w:line="252" w:lineRule="auto"/>
              <w:jc w:val="center"/>
            </w:pPr>
            <w:r>
              <w:rPr>
                <w:sz w:val="18"/>
              </w:rPr>
              <w:t>83 / 62</w:t>
            </w:r>
          </w:p>
        </w:tc>
        <w:tc>
          <w:tcPr>
            <w:tcW w:w="1871" w:type="dxa"/>
            <w:vAlign w:val="center"/>
          </w:tcPr>
          <w:p w14:paraId="7EE03015" w14:textId="55810BEF" w:rsidR="00446222" w:rsidRDefault="00000000">
            <w:pPr>
              <w:spacing w:after="0" w:line="252" w:lineRule="auto"/>
              <w:jc w:val="center"/>
            </w:pPr>
            <w:r>
              <w:rPr>
                <w:sz w:val="18"/>
              </w:rPr>
              <w:t>2.33 (1.33</w:t>
            </w:r>
            <w:r w:rsidR="00A142B2">
              <w:rPr>
                <w:sz w:val="18"/>
              </w:rPr>
              <w:t>-</w:t>
            </w:r>
            <w:r>
              <w:rPr>
                <w:sz w:val="18"/>
              </w:rPr>
              <w:t>4.53)</w:t>
            </w:r>
          </w:p>
        </w:tc>
        <w:tc>
          <w:tcPr>
            <w:tcW w:w="1020" w:type="dxa"/>
            <w:vAlign w:val="center"/>
          </w:tcPr>
          <w:p w14:paraId="79A195AE" w14:textId="77777777" w:rsidR="00446222" w:rsidRDefault="00000000">
            <w:pPr>
              <w:spacing w:after="0" w:line="252" w:lineRule="auto"/>
              <w:jc w:val="center"/>
            </w:pPr>
            <w:r>
              <w:rPr>
                <w:sz w:val="18"/>
              </w:rPr>
              <w:t>0.0012</w:t>
            </w:r>
          </w:p>
        </w:tc>
      </w:tr>
      <w:tr w:rsidR="00446222" w14:paraId="3A8D58DD" w14:textId="77777777">
        <w:trPr>
          <w:cantSplit/>
          <w:jc w:val="center"/>
        </w:trPr>
        <w:tc>
          <w:tcPr>
            <w:tcW w:w="794" w:type="dxa"/>
            <w:vAlign w:val="center"/>
          </w:tcPr>
          <w:p w14:paraId="37B27E47" w14:textId="77777777" w:rsidR="00446222" w:rsidRDefault="00000000">
            <w:pPr>
              <w:spacing w:after="0" w:line="252" w:lineRule="auto"/>
            </w:pPr>
            <w:r>
              <w:rPr>
                <w:sz w:val="18"/>
              </w:rPr>
              <w:t>S14</w:t>
            </w:r>
          </w:p>
        </w:tc>
        <w:tc>
          <w:tcPr>
            <w:tcW w:w="3969" w:type="dxa"/>
            <w:vAlign w:val="center"/>
          </w:tcPr>
          <w:p w14:paraId="55A33A1D" w14:textId="77777777" w:rsidR="00446222" w:rsidRDefault="00000000">
            <w:pPr>
              <w:spacing w:after="0" w:line="252" w:lineRule="auto"/>
            </w:pPr>
            <w:r>
              <w:rPr>
                <w:sz w:val="18"/>
              </w:rPr>
              <w:t>assigned weekly frequency only</w:t>
            </w:r>
          </w:p>
        </w:tc>
        <w:tc>
          <w:tcPr>
            <w:tcW w:w="737" w:type="dxa"/>
            <w:vAlign w:val="center"/>
          </w:tcPr>
          <w:p w14:paraId="71F95FF2" w14:textId="77777777" w:rsidR="00446222" w:rsidRDefault="00000000">
            <w:pPr>
              <w:spacing w:after="0" w:line="252" w:lineRule="auto"/>
              <w:jc w:val="center"/>
            </w:pPr>
            <w:r>
              <w:rPr>
                <w:sz w:val="18"/>
              </w:rPr>
              <w:t>145</w:t>
            </w:r>
          </w:p>
        </w:tc>
        <w:tc>
          <w:tcPr>
            <w:tcW w:w="1247" w:type="dxa"/>
            <w:vAlign w:val="center"/>
          </w:tcPr>
          <w:p w14:paraId="06E2B8F5" w14:textId="77777777" w:rsidR="00446222" w:rsidRDefault="00000000">
            <w:pPr>
              <w:spacing w:after="0" w:line="252" w:lineRule="auto"/>
              <w:jc w:val="center"/>
            </w:pPr>
            <w:r>
              <w:rPr>
                <w:sz w:val="18"/>
              </w:rPr>
              <w:t>83 / 62</w:t>
            </w:r>
          </w:p>
        </w:tc>
        <w:tc>
          <w:tcPr>
            <w:tcW w:w="1871" w:type="dxa"/>
            <w:vAlign w:val="center"/>
          </w:tcPr>
          <w:p w14:paraId="42DE5403" w14:textId="02B68C72" w:rsidR="00446222" w:rsidRDefault="00000000">
            <w:pPr>
              <w:spacing w:after="0" w:line="252" w:lineRule="auto"/>
              <w:jc w:val="center"/>
            </w:pPr>
            <w:r>
              <w:rPr>
                <w:sz w:val="18"/>
              </w:rPr>
              <w:t>1.86 (1.23</w:t>
            </w:r>
            <w:r w:rsidR="00A142B2">
              <w:rPr>
                <w:sz w:val="18"/>
              </w:rPr>
              <w:t>-</w:t>
            </w:r>
            <w:r>
              <w:rPr>
                <w:sz w:val="18"/>
              </w:rPr>
              <w:t>3.03)</w:t>
            </w:r>
          </w:p>
        </w:tc>
        <w:tc>
          <w:tcPr>
            <w:tcW w:w="1020" w:type="dxa"/>
            <w:vAlign w:val="center"/>
          </w:tcPr>
          <w:p w14:paraId="6649DC17" w14:textId="77777777" w:rsidR="00446222" w:rsidRDefault="00000000">
            <w:pPr>
              <w:spacing w:after="0" w:line="252" w:lineRule="auto"/>
              <w:jc w:val="center"/>
            </w:pPr>
            <w:r>
              <w:rPr>
                <w:sz w:val="18"/>
              </w:rPr>
              <w:t>0.0021</w:t>
            </w:r>
          </w:p>
        </w:tc>
      </w:tr>
      <w:tr w:rsidR="00446222" w14:paraId="2D8FBA0F" w14:textId="77777777">
        <w:trPr>
          <w:cantSplit/>
          <w:jc w:val="center"/>
        </w:trPr>
        <w:tc>
          <w:tcPr>
            <w:tcW w:w="794" w:type="dxa"/>
            <w:vAlign w:val="center"/>
          </w:tcPr>
          <w:p w14:paraId="5B96EF73" w14:textId="77777777" w:rsidR="00446222" w:rsidRDefault="00000000">
            <w:pPr>
              <w:spacing w:after="0" w:line="252" w:lineRule="auto"/>
            </w:pPr>
            <w:r>
              <w:rPr>
                <w:sz w:val="18"/>
              </w:rPr>
              <w:t>S15</w:t>
            </w:r>
          </w:p>
        </w:tc>
        <w:tc>
          <w:tcPr>
            <w:tcW w:w="3969" w:type="dxa"/>
            <w:vAlign w:val="center"/>
          </w:tcPr>
          <w:p w14:paraId="486CEE76" w14:textId="77777777" w:rsidR="00446222" w:rsidRDefault="00000000">
            <w:pPr>
              <w:spacing w:after="0" w:line="252" w:lineRule="auto"/>
            </w:pPr>
            <w:r>
              <w:rPr>
                <w:sz w:val="18"/>
              </w:rPr>
              <w:t>ordinal frequency only</w:t>
            </w:r>
          </w:p>
        </w:tc>
        <w:tc>
          <w:tcPr>
            <w:tcW w:w="737" w:type="dxa"/>
            <w:vAlign w:val="center"/>
          </w:tcPr>
          <w:p w14:paraId="1604FCFC" w14:textId="77777777" w:rsidR="00446222" w:rsidRDefault="00000000">
            <w:pPr>
              <w:spacing w:after="0" w:line="252" w:lineRule="auto"/>
              <w:jc w:val="center"/>
            </w:pPr>
            <w:r>
              <w:rPr>
                <w:sz w:val="18"/>
              </w:rPr>
              <w:t>145</w:t>
            </w:r>
          </w:p>
        </w:tc>
        <w:tc>
          <w:tcPr>
            <w:tcW w:w="1247" w:type="dxa"/>
            <w:vAlign w:val="center"/>
          </w:tcPr>
          <w:p w14:paraId="586A1A66" w14:textId="77777777" w:rsidR="00446222" w:rsidRDefault="00000000">
            <w:pPr>
              <w:spacing w:after="0" w:line="252" w:lineRule="auto"/>
              <w:jc w:val="center"/>
            </w:pPr>
            <w:r>
              <w:rPr>
                <w:sz w:val="18"/>
              </w:rPr>
              <w:t>83 / 62</w:t>
            </w:r>
          </w:p>
        </w:tc>
        <w:tc>
          <w:tcPr>
            <w:tcW w:w="1871" w:type="dxa"/>
            <w:vAlign w:val="center"/>
          </w:tcPr>
          <w:p w14:paraId="7983A680" w14:textId="01C4900D" w:rsidR="00446222" w:rsidRDefault="00000000">
            <w:pPr>
              <w:spacing w:after="0" w:line="252" w:lineRule="auto"/>
              <w:jc w:val="center"/>
            </w:pPr>
            <w:r>
              <w:rPr>
                <w:sz w:val="18"/>
              </w:rPr>
              <w:t>1.03 (0.71</w:t>
            </w:r>
            <w:r w:rsidR="00A142B2">
              <w:rPr>
                <w:sz w:val="18"/>
              </w:rPr>
              <w:t>-</w:t>
            </w:r>
            <w:r>
              <w:rPr>
                <w:sz w:val="18"/>
              </w:rPr>
              <w:t>1.49)</w:t>
            </w:r>
          </w:p>
        </w:tc>
        <w:tc>
          <w:tcPr>
            <w:tcW w:w="1020" w:type="dxa"/>
            <w:vAlign w:val="center"/>
          </w:tcPr>
          <w:p w14:paraId="4A976879" w14:textId="77777777" w:rsidR="00446222" w:rsidRDefault="00000000">
            <w:pPr>
              <w:spacing w:after="0" w:line="252" w:lineRule="auto"/>
              <w:jc w:val="center"/>
            </w:pPr>
            <w:r>
              <w:rPr>
                <w:sz w:val="18"/>
              </w:rPr>
              <w:t>0.8857</w:t>
            </w:r>
          </w:p>
        </w:tc>
      </w:tr>
      <w:tr w:rsidR="00446222" w14:paraId="6ED23881" w14:textId="77777777">
        <w:trPr>
          <w:cantSplit/>
          <w:jc w:val="center"/>
        </w:trPr>
        <w:tc>
          <w:tcPr>
            <w:tcW w:w="794" w:type="dxa"/>
            <w:vAlign w:val="center"/>
          </w:tcPr>
          <w:p w14:paraId="7DE18B97" w14:textId="77777777" w:rsidR="00446222" w:rsidRDefault="00000000">
            <w:pPr>
              <w:keepNext/>
              <w:spacing w:after="0" w:line="252" w:lineRule="auto"/>
            </w:pPr>
            <w:r>
              <w:rPr>
                <w:sz w:val="18"/>
              </w:rPr>
              <w:t>S16</w:t>
            </w:r>
          </w:p>
        </w:tc>
        <w:tc>
          <w:tcPr>
            <w:tcW w:w="3969" w:type="dxa"/>
            <w:vAlign w:val="center"/>
          </w:tcPr>
          <w:p w14:paraId="50B51E42" w14:textId="77777777" w:rsidR="00446222" w:rsidRDefault="00000000">
            <w:pPr>
              <w:keepNext/>
              <w:spacing w:after="0" w:line="252" w:lineRule="auto"/>
            </w:pPr>
            <w:r>
              <w:rPr>
                <w:sz w:val="18"/>
              </w:rPr>
              <w:t>highest category 3/day × portion</w:t>
            </w:r>
          </w:p>
        </w:tc>
        <w:tc>
          <w:tcPr>
            <w:tcW w:w="737" w:type="dxa"/>
            <w:vAlign w:val="center"/>
          </w:tcPr>
          <w:p w14:paraId="4F56B44D" w14:textId="77777777" w:rsidR="00446222" w:rsidRDefault="00000000">
            <w:pPr>
              <w:keepNext/>
              <w:spacing w:after="0" w:line="252" w:lineRule="auto"/>
              <w:jc w:val="center"/>
            </w:pPr>
            <w:r>
              <w:rPr>
                <w:sz w:val="18"/>
              </w:rPr>
              <w:t>145</w:t>
            </w:r>
          </w:p>
        </w:tc>
        <w:tc>
          <w:tcPr>
            <w:tcW w:w="1247" w:type="dxa"/>
            <w:vAlign w:val="center"/>
          </w:tcPr>
          <w:p w14:paraId="4C4FBE25" w14:textId="77777777" w:rsidR="00446222" w:rsidRDefault="00000000">
            <w:pPr>
              <w:keepNext/>
              <w:spacing w:after="0" w:line="252" w:lineRule="auto"/>
              <w:jc w:val="center"/>
            </w:pPr>
            <w:r>
              <w:rPr>
                <w:sz w:val="18"/>
              </w:rPr>
              <w:t>83 / 62</w:t>
            </w:r>
          </w:p>
        </w:tc>
        <w:tc>
          <w:tcPr>
            <w:tcW w:w="1871" w:type="dxa"/>
            <w:vAlign w:val="center"/>
          </w:tcPr>
          <w:p w14:paraId="2A3E78EB" w14:textId="7535433C" w:rsidR="00446222" w:rsidRDefault="00000000">
            <w:pPr>
              <w:keepNext/>
              <w:spacing w:after="0" w:line="252" w:lineRule="auto"/>
              <w:jc w:val="center"/>
            </w:pPr>
            <w:r>
              <w:rPr>
                <w:sz w:val="18"/>
              </w:rPr>
              <w:t>2.39 (1.22</w:t>
            </w:r>
            <w:r w:rsidR="00A142B2">
              <w:rPr>
                <w:sz w:val="18"/>
              </w:rPr>
              <w:t>-</w:t>
            </w:r>
            <w:r>
              <w:rPr>
                <w:sz w:val="18"/>
              </w:rPr>
              <w:t>5.30)</w:t>
            </w:r>
          </w:p>
        </w:tc>
        <w:tc>
          <w:tcPr>
            <w:tcW w:w="1020" w:type="dxa"/>
            <w:vAlign w:val="center"/>
          </w:tcPr>
          <w:p w14:paraId="39B1A34B" w14:textId="77777777" w:rsidR="00446222" w:rsidRDefault="00000000">
            <w:pPr>
              <w:keepNext/>
              <w:spacing w:after="0" w:line="252" w:lineRule="auto"/>
              <w:jc w:val="center"/>
            </w:pPr>
            <w:r>
              <w:rPr>
                <w:sz w:val="18"/>
              </w:rPr>
              <w:t>0.0045</w:t>
            </w:r>
          </w:p>
        </w:tc>
      </w:tr>
    </w:tbl>
    <w:p w14:paraId="11CE98EA" w14:textId="500B8623" w:rsidR="00446222" w:rsidRDefault="00000000" w:rsidP="0047469F">
      <w:pPr>
        <w:keepLines/>
        <w:spacing w:after="140" w:line="252" w:lineRule="auto"/>
        <w:jc w:val="both"/>
      </w:pPr>
      <w:r>
        <w:rPr>
          <w:sz w:val="18"/>
        </w:rPr>
        <w:t>ᵃ P values are not multiplicity-adjusted. CIs are pointwise profile penalised-likelihood intervals. Model definitions and units follow Table S14. S10, S11 and S13</w:t>
      </w:r>
      <w:r w:rsidR="00A142B2">
        <w:rPr>
          <w:sz w:val="18"/>
        </w:rPr>
        <w:t>-</w:t>
      </w:r>
      <w:r>
        <w:rPr>
          <w:sz w:val="18"/>
        </w:rPr>
        <w:t>S16 re-estimate six aligned components under alternative representations; low congruence can indicate a different exposure mixture. All other rows retain the primary score scale. These related analyses are not independent replications.</w:t>
      </w:r>
    </w:p>
    <w:p w14:paraId="7B91B7A1" w14:textId="77777777" w:rsidR="00446222" w:rsidRDefault="00000000">
      <w:pPr>
        <w:keepNext/>
        <w:spacing w:after="60" w:line="240" w:lineRule="auto"/>
        <w:jc w:val="center"/>
      </w:pPr>
      <w:r>
        <w:rPr>
          <w:noProof/>
        </w:rPr>
        <w:drawing>
          <wp:inline distT="0" distB="0" distL="0" distR="0" wp14:anchorId="1C3F74CD" wp14:editId="1A3883EE">
            <wp:extent cx="5760000" cy="5863318"/>
            <wp:effectExtent l="0" t="0" r="6350" b="4445"/>
            <wp:docPr id="11" name="Figure_S11" descr="Figure 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1.png"/>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Lst>
                    </a:blip>
                    <a:stretch>
                      <a:fillRect/>
                    </a:stretch>
                  </pic:blipFill>
                  <pic:spPr>
                    <a:xfrm>
                      <a:off x="0" y="0"/>
                      <a:ext cx="5760000" cy="5863318"/>
                    </a:xfrm>
                    <a:prstGeom prst="rect">
                      <a:avLst/>
                    </a:prstGeom>
                  </pic:spPr>
                </pic:pic>
              </a:graphicData>
            </a:graphic>
          </wp:inline>
        </w:drawing>
      </w:r>
    </w:p>
    <w:p w14:paraId="203E9E64" w14:textId="77777777" w:rsidR="00446222" w:rsidRDefault="00000000" w:rsidP="0047469F">
      <w:pPr>
        <w:pStyle w:val="Caption"/>
        <w:keepLines/>
        <w:jc w:val="both"/>
      </w:pPr>
      <w:r>
        <w:rPr>
          <w:b/>
        </w:rPr>
        <w:t xml:space="preserve">Figure S11. </w:t>
      </w:r>
      <w:r>
        <w:t>Population and covariate sensitivity analyses for FP02. Noodles, snacks, bread and soda. The main result and population/covariate comparisons are displayed on a logarithmic odds-ratio scale. Each point and line is a Firth estimate and pointwise 95% profile interval. The fixed primary scoring basis is retained. S12 excludes constant-frequency profiles; no influence-based participant deletion was used. Corresponding estimates are in Table S16.</w:t>
      </w:r>
    </w:p>
    <w:p w14:paraId="7FE73BC7" w14:textId="77777777" w:rsidR="00446222" w:rsidRDefault="00000000">
      <w:pPr>
        <w:keepNext/>
        <w:spacing w:after="60" w:line="240" w:lineRule="auto"/>
        <w:jc w:val="center"/>
      </w:pPr>
      <w:r>
        <w:rPr>
          <w:noProof/>
        </w:rPr>
        <w:lastRenderedPageBreak/>
        <w:drawing>
          <wp:inline distT="0" distB="0" distL="0" distR="0" wp14:anchorId="009C7471" wp14:editId="597A8541">
            <wp:extent cx="5940000" cy="4892287"/>
            <wp:effectExtent l="0" t="0" r="3810" b="0"/>
            <wp:docPr id="12" name="Figure_S12" descr="Figure 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2.png"/>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Lst>
                    </a:blip>
                    <a:stretch>
                      <a:fillRect/>
                    </a:stretch>
                  </pic:blipFill>
                  <pic:spPr>
                    <a:xfrm>
                      <a:off x="0" y="0"/>
                      <a:ext cx="5940000" cy="4892287"/>
                    </a:xfrm>
                    <a:prstGeom prst="rect">
                      <a:avLst/>
                    </a:prstGeom>
                  </pic:spPr>
                </pic:pic>
              </a:graphicData>
            </a:graphic>
          </wp:inline>
        </w:drawing>
      </w:r>
    </w:p>
    <w:p w14:paraId="64ED3F3F" w14:textId="77777777" w:rsidR="00446222" w:rsidRDefault="00000000" w:rsidP="0047469F">
      <w:pPr>
        <w:pStyle w:val="Caption"/>
        <w:keepLines/>
        <w:jc w:val="both"/>
      </w:pPr>
      <w:r>
        <w:rPr>
          <w:b/>
        </w:rPr>
        <w:t xml:space="preserve">Figure S12. </w:t>
      </w:r>
      <w:r>
        <w:t>Measurement-representation sensitivity analyses for FP02. The main result is compared with raw-code products, ranks of the combined index, alternative frequency multipliers, weekly and ordinal frequency-only variables, and a 3/day highest-category assumption. All use the same 145 participants and six matched components, but each alternative uses its own score SD. Alignment does not guarantee identical component composition. CIs are pointwise and P values are not multiplicity-adjusted; Table S16 gives the numerical estimates.</w:t>
      </w:r>
    </w:p>
    <w:p w14:paraId="29FB33BE" w14:textId="77777777" w:rsidR="00446222" w:rsidRDefault="00000000">
      <w:pPr>
        <w:pStyle w:val="Heading1"/>
      </w:pPr>
      <w:r>
        <w:t>FP03: Seafood and oils</w:t>
      </w:r>
    </w:p>
    <w:p w14:paraId="24FCBEE4" w14:textId="77777777" w:rsidR="00446222" w:rsidRDefault="00000000">
      <w:pPr>
        <w:pStyle w:val="Caption"/>
        <w:keepNext/>
      </w:pPr>
      <w:r>
        <w:rPr>
          <w:b/>
        </w:rPr>
        <w:t>Table S17. FP03 main and sensitivity associations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94"/>
        <w:gridCol w:w="3969"/>
        <w:gridCol w:w="737"/>
        <w:gridCol w:w="1247"/>
        <w:gridCol w:w="1871"/>
        <w:gridCol w:w="1020"/>
      </w:tblGrid>
      <w:tr w:rsidR="00446222" w14:paraId="2F5E1338" w14:textId="77777777">
        <w:trPr>
          <w:cantSplit/>
          <w:tblHeader/>
          <w:jc w:val="center"/>
        </w:trPr>
        <w:tc>
          <w:tcPr>
            <w:tcW w:w="794" w:type="dxa"/>
            <w:tcBorders>
              <w:bottom w:val="single" w:sz="4" w:space="0" w:color="auto"/>
            </w:tcBorders>
            <w:vAlign w:val="center"/>
          </w:tcPr>
          <w:p w14:paraId="0F33F385" w14:textId="77777777" w:rsidR="00446222" w:rsidRDefault="00000000">
            <w:pPr>
              <w:keepNext/>
              <w:spacing w:after="0" w:line="252" w:lineRule="auto"/>
            </w:pPr>
            <w:r>
              <w:rPr>
                <w:b/>
                <w:sz w:val="18"/>
              </w:rPr>
              <w:t>Model</w:t>
            </w:r>
          </w:p>
        </w:tc>
        <w:tc>
          <w:tcPr>
            <w:tcW w:w="3969" w:type="dxa"/>
            <w:tcBorders>
              <w:bottom w:val="single" w:sz="4" w:space="0" w:color="auto"/>
            </w:tcBorders>
            <w:vAlign w:val="center"/>
          </w:tcPr>
          <w:p w14:paraId="5711DBC1" w14:textId="77777777" w:rsidR="00446222" w:rsidRDefault="00000000">
            <w:pPr>
              <w:keepNext/>
              <w:spacing w:after="0" w:line="252" w:lineRule="auto"/>
            </w:pPr>
            <w:r>
              <w:rPr>
                <w:b/>
                <w:sz w:val="18"/>
              </w:rPr>
              <w:t>Specification</w:t>
            </w:r>
          </w:p>
        </w:tc>
        <w:tc>
          <w:tcPr>
            <w:tcW w:w="737" w:type="dxa"/>
            <w:tcBorders>
              <w:bottom w:val="single" w:sz="4" w:space="0" w:color="auto"/>
            </w:tcBorders>
            <w:vAlign w:val="center"/>
          </w:tcPr>
          <w:p w14:paraId="63285BEB" w14:textId="77777777" w:rsidR="00446222" w:rsidRDefault="00000000">
            <w:pPr>
              <w:keepNext/>
              <w:spacing w:after="0" w:line="252" w:lineRule="auto"/>
              <w:jc w:val="center"/>
            </w:pPr>
            <w:r>
              <w:rPr>
                <w:b/>
                <w:sz w:val="18"/>
              </w:rPr>
              <w:t>N</w:t>
            </w:r>
          </w:p>
        </w:tc>
        <w:tc>
          <w:tcPr>
            <w:tcW w:w="1247" w:type="dxa"/>
            <w:tcBorders>
              <w:bottom w:val="single" w:sz="4" w:space="0" w:color="auto"/>
            </w:tcBorders>
            <w:vAlign w:val="center"/>
          </w:tcPr>
          <w:p w14:paraId="1E5B3A4A" w14:textId="77777777" w:rsidR="00446222" w:rsidRDefault="00000000">
            <w:pPr>
              <w:keepNext/>
              <w:spacing w:after="0" w:line="252" w:lineRule="auto"/>
              <w:jc w:val="center"/>
            </w:pPr>
            <w:r>
              <w:rPr>
                <w:b/>
                <w:sz w:val="18"/>
              </w:rPr>
              <w:t>Controls /</w:t>
            </w:r>
            <w:r>
              <w:rPr>
                <w:b/>
                <w:sz w:val="18"/>
              </w:rPr>
              <w:br/>
              <w:t>cases</w:t>
            </w:r>
          </w:p>
        </w:tc>
        <w:tc>
          <w:tcPr>
            <w:tcW w:w="1871" w:type="dxa"/>
            <w:tcBorders>
              <w:bottom w:val="single" w:sz="4" w:space="0" w:color="auto"/>
            </w:tcBorders>
            <w:vAlign w:val="center"/>
          </w:tcPr>
          <w:p w14:paraId="2CD7DC49" w14:textId="77777777" w:rsidR="00446222" w:rsidRDefault="00000000">
            <w:pPr>
              <w:keepNext/>
              <w:spacing w:after="0" w:line="252" w:lineRule="auto"/>
              <w:jc w:val="center"/>
            </w:pPr>
            <w:r>
              <w:rPr>
                <w:b/>
                <w:sz w:val="18"/>
              </w:rPr>
              <w:t>OR (95% CI)</w:t>
            </w:r>
          </w:p>
        </w:tc>
        <w:tc>
          <w:tcPr>
            <w:tcW w:w="1020" w:type="dxa"/>
            <w:tcBorders>
              <w:bottom w:val="single" w:sz="4" w:space="0" w:color="auto"/>
            </w:tcBorders>
            <w:vAlign w:val="center"/>
          </w:tcPr>
          <w:p w14:paraId="702AA738" w14:textId="77777777" w:rsidR="00446222" w:rsidRDefault="00000000">
            <w:pPr>
              <w:keepNext/>
              <w:spacing w:after="0" w:line="252" w:lineRule="auto"/>
              <w:jc w:val="center"/>
            </w:pPr>
            <w:r>
              <w:rPr>
                <w:b/>
                <w:sz w:val="18"/>
              </w:rPr>
              <w:t>Pᵃ</w:t>
            </w:r>
          </w:p>
        </w:tc>
      </w:tr>
      <w:tr w:rsidR="00446222" w14:paraId="5373C11F" w14:textId="77777777">
        <w:trPr>
          <w:cantSplit/>
          <w:jc w:val="center"/>
        </w:trPr>
        <w:tc>
          <w:tcPr>
            <w:tcW w:w="794" w:type="dxa"/>
            <w:vAlign w:val="center"/>
          </w:tcPr>
          <w:p w14:paraId="47141932" w14:textId="77777777" w:rsidR="00446222" w:rsidRDefault="00000000">
            <w:pPr>
              <w:spacing w:after="0" w:line="252" w:lineRule="auto"/>
            </w:pPr>
            <w:r>
              <w:rPr>
                <w:sz w:val="18"/>
              </w:rPr>
              <w:t>M2</w:t>
            </w:r>
          </w:p>
        </w:tc>
        <w:tc>
          <w:tcPr>
            <w:tcW w:w="3969" w:type="dxa"/>
            <w:vAlign w:val="center"/>
          </w:tcPr>
          <w:p w14:paraId="69176270" w14:textId="77777777" w:rsidR="00446222" w:rsidRDefault="00000000">
            <w:pPr>
              <w:spacing w:after="0" w:line="252" w:lineRule="auto"/>
            </w:pPr>
            <w:r>
              <w:rPr>
                <w:sz w:val="18"/>
              </w:rPr>
              <w:t>Main adjusted</w:t>
            </w:r>
          </w:p>
        </w:tc>
        <w:tc>
          <w:tcPr>
            <w:tcW w:w="737" w:type="dxa"/>
            <w:vAlign w:val="center"/>
          </w:tcPr>
          <w:p w14:paraId="41284345" w14:textId="77777777" w:rsidR="00446222" w:rsidRDefault="00000000">
            <w:pPr>
              <w:spacing w:after="0" w:line="252" w:lineRule="auto"/>
              <w:jc w:val="center"/>
            </w:pPr>
            <w:r>
              <w:rPr>
                <w:sz w:val="18"/>
              </w:rPr>
              <w:t>145</w:t>
            </w:r>
          </w:p>
        </w:tc>
        <w:tc>
          <w:tcPr>
            <w:tcW w:w="1247" w:type="dxa"/>
            <w:vAlign w:val="center"/>
          </w:tcPr>
          <w:p w14:paraId="40A98D13" w14:textId="77777777" w:rsidR="00446222" w:rsidRDefault="00000000">
            <w:pPr>
              <w:spacing w:after="0" w:line="252" w:lineRule="auto"/>
              <w:jc w:val="center"/>
            </w:pPr>
            <w:r>
              <w:rPr>
                <w:sz w:val="18"/>
              </w:rPr>
              <w:t>83 / 62</w:t>
            </w:r>
          </w:p>
        </w:tc>
        <w:tc>
          <w:tcPr>
            <w:tcW w:w="1871" w:type="dxa"/>
            <w:vAlign w:val="center"/>
          </w:tcPr>
          <w:p w14:paraId="4395F808" w14:textId="5BBB21EB" w:rsidR="00446222" w:rsidRDefault="00000000">
            <w:pPr>
              <w:spacing w:after="0" w:line="252" w:lineRule="auto"/>
              <w:jc w:val="center"/>
            </w:pPr>
            <w:r>
              <w:rPr>
                <w:sz w:val="18"/>
              </w:rPr>
              <w:t>0.51 (0.28</w:t>
            </w:r>
            <w:r w:rsidR="00A142B2">
              <w:rPr>
                <w:sz w:val="18"/>
              </w:rPr>
              <w:t>-</w:t>
            </w:r>
            <w:r>
              <w:rPr>
                <w:sz w:val="18"/>
              </w:rPr>
              <w:t>0.83)</w:t>
            </w:r>
          </w:p>
        </w:tc>
        <w:tc>
          <w:tcPr>
            <w:tcW w:w="1020" w:type="dxa"/>
            <w:vAlign w:val="center"/>
          </w:tcPr>
          <w:p w14:paraId="6B59147C" w14:textId="77777777" w:rsidR="00446222" w:rsidRDefault="00000000">
            <w:pPr>
              <w:spacing w:after="0" w:line="252" w:lineRule="auto"/>
              <w:jc w:val="center"/>
            </w:pPr>
            <w:r>
              <w:rPr>
                <w:sz w:val="18"/>
              </w:rPr>
              <w:t>0.0047</w:t>
            </w:r>
          </w:p>
        </w:tc>
      </w:tr>
      <w:tr w:rsidR="00446222" w14:paraId="63D8FE92" w14:textId="77777777">
        <w:trPr>
          <w:cantSplit/>
          <w:jc w:val="center"/>
        </w:trPr>
        <w:tc>
          <w:tcPr>
            <w:tcW w:w="794" w:type="dxa"/>
            <w:vAlign w:val="center"/>
          </w:tcPr>
          <w:p w14:paraId="1AC4A7A4" w14:textId="77777777" w:rsidR="00446222" w:rsidRDefault="00000000">
            <w:pPr>
              <w:spacing w:after="0" w:line="252" w:lineRule="auto"/>
            </w:pPr>
            <w:r>
              <w:rPr>
                <w:sz w:val="18"/>
              </w:rPr>
              <w:t>S01</w:t>
            </w:r>
          </w:p>
        </w:tc>
        <w:tc>
          <w:tcPr>
            <w:tcW w:w="3969" w:type="dxa"/>
            <w:vAlign w:val="center"/>
          </w:tcPr>
          <w:p w14:paraId="05600F34" w14:textId="77777777" w:rsidR="00446222" w:rsidRDefault="00000000">
            <w:pPr>
              <w:spacing w:after="0" w:line="252" w:lineRule="auto"/>
            </w:pPr>
            <w:r>
              <w:rPr>
                <w:sz w:val="18"/>
              </w:rPr>
              <w:t>ages ≥23, no upper limit</w:t>
            </w:r>
          </w:p>
        </w:tc>
        <w:tc>
          <w:tcPr>
            <w:tcW w:w="737" w:type="dxa"/>
            <w:vAlign w:val="center"/>
          </w:tcPr>
          <w:p w14:paraId="51340273" w14:textId="77777777" w:rsidR="00446222" w:rsidRDefault="00000000">
            <w:pPr>
              <w:spacing w:after="0" w:line="252" w:lineRule="auto"/>
              <w:jc w:val="center"/>
            </w:pPr>
            <w:r>
              <w:rPr>
                <w:sz w:val="18"/>
              </w:rPr>
              <w:t>150</w:t>
            </w:r>
          </w:p>
        </w:tc>
        <w:tc>
          <w:tcPr>
            <w:tcW w:w="1247" w:type="dxa"/>
            <w:vAlign w:val="center"/>
          </w:tcPr>
          <w:p w14:paraId="534ED755" w14:textId="77777777" w:rsidR="00446222" w:rsidRDefault="00000000">
            <w:pPr>
              <w:spacing w:after="0" w:line="252" w:lineRule="auto"/>
              <w:jc w:val="center"/>
            </w:pPr>
            <w:r>
              <w:rPr>
                <w:sz w:val="18"/>
              </w:rPr>
              <w:t>83 / 67</w:t>
            </w:r>
          </w:p>
        </w:tc>
        <w:tc>
          <w:tcPr>
            <w:tcW w:w="1871" w:type="dxa"/>
            <w:vAlign w:val="center"/>
          </w:tcPr>
          <w:p w14:paraId="12A7C4C1" w14:textId="64CF2071" w:rsidR="00446222" w:rsidRDefault="00000000">
            <w:pPr>
              <w:spacing w:after="0" w:line="252" w:lineRule="auto"/>
              <w:jc w:val="center"/>
            </w:pPr>
            <w:r>
              <w:rPr>
                <w:sz w:val="18"/>
              </w:rPr>
              <w:t>0.51 (0.28</w:t>
            </w:r>
            <w:r w:rsidR="00A142B2">
              <w:rPr>
                <w:sz w:val="18"/>
              </w:rPr>
              <w:t>-</w:t>
            </w:r>
            <w:r>
              <w:rPr>
                <w:sz w:val="18"/>
              </w:rPr>
              <w:t>0.83)</w:t>
            </w:r>
          </w:p>
        </w:tc>
        <w:tc>
          <w:tcPr>
            <w:tcW w:w="1020" w:type="dxa"/>
            <w:vAlign w:val="center"/>
          </w:tcPr>
          <w:p w14:paraId="4933D0AB" w14:textId="77777777" w:rsidR="00446222" w:rsidRDefault="00000000">
            <w:pPr>
              <w:spacing w:after="0" w:line="252" w:lineRule="auto"/>
              <w:jc w:val="center"/>
            </w:pPr>
            <w:r>
              <w:rPr>
                <w:sz w:val="18"/>
              </w:rPr>
              <w:t>0.0045</w:t>
            </w:r>
          </w:p>
        </w:tc>
      </w:tr>
      <w:tr w:rsidR="00446222" w14:paraId="54823C59" w14:textId="77777777">
        <w:trPr>
          <w:cantSplit/>
          <w:jc w:val="center"/>
        </w:trPr>
        <w:tc>
          <w:tcPr>
            <w:tcW w:w="794" w:type="dxa"/>
            <w:vAlign w:val="center"/>
          </w:tcPr>
          <w:p w14:paraId="16AB07B3" w14:textId="77777777" w:rsidR="00446222" w:rsidRDefault="00000000">
            <w:pPr>
              <w:spacing w:after="0" w:line="252" w:lineRule="auto"/>
            </w:pPr>
            <w:r>
              <w:rPr>
                <w:sz w:val="18"/>
              </w:rPr>
              <w:t>S02</w:t>
            </w:r>
          </w:p>
        </w:tc>
        <w:tc>
          <w:tcPr>
            <w:tcW w:w="3969" w:type="dxa"/>
            <w:vAlign w:val="center"/>
          </w:tcPr>
          <w:p w14:paraId="3A531DA4" w14:textId="77777777" w:rsidR="00446222" w:rsidRDefault="00000000">
            <w:pPr>
              <w:spacing w:after="0" w:line="252" w:lineRule="auto"/>
            </w:pPr>
            <w:r>
              <w:rPr>
                <w:sz w:val="18"/>
              </w:rPr>
              <w:t>all enrolled ages</w:t>
            </w:r>
          </w:p>
        </w:tc>
        <w:tc>
          <w:tcPr>
            <w:tcW w:w="737" w:type="dxa"/>
            <w:vAlign w:val="center"/>
          </w:tcPr>
          <w:p w14:paraId="21A4FE96" w14:textId="77777777" w:rsidR="00446222" w:rsidRDefault="00000000">
            <w:pPr>
              <w:spacing w:after="0" w:line="252" w:lineRule="auto"/>
              <w:jc w:val="center"/>
            </w:pPr>
            <w:r>
              <w:rPr>
                <w:sz w:val="18"/>
              </w:rPr>
              <w:t>163</w:t>
            </w:r>
          </w:p>
        </w:tc>
        <w:tc>
          <w:tcPr>
            <w:tcW w:w="1247" w:type="dxa"/>
            <w:vAlign w:val="center"/>
          </w:tcPr>
          <w:p w14:paraId="51C78A72" w14:textId="77777777" w:rsidR="00446222" w:rsidRDefault="00000000">
            <w:pPr>
              <w:spacing w:after="0" w:line="252" w:lineRule="auto"/>
              <w:jc w:val="center"/>
            </w:pPr>
            <w:r>
              <w:rPr>
                <w:sz w:val="18"/>
              </w:rPr>
              <w:t>96 / 67</w:t>
            </w:r>
          </w:p>
        </w:tc>
        <w:tc>
          <w:tcPr>
            <w:tcW w:w="1871" w:type="dxa"/>
            <w:vAlign w:val="center"/>
          </w:tcPr>
          <w:p w14:paraId="6F171BF7" w14:textId="083F8993" w:rsidR="00446222" w:rsidRDefault="00000000">
            <w:pPr>
              <w:spacing w:after="0" w:line="252" w:lineRule="auto"/>
              <w:jc w:val="center"/>
            </w:pPr>
            <w:r>
              <w:rPr>
                <w:sz w:val="18"/>
              </w:rPr>
              <w:t>0.52 (0.28</w:t>
            </w:r>
            <w:r w:rsidR="00A142B2">
              <w:rPr>
                <w:sz w:val="18"/>
              </w:rPr>
              <w:t>-</w:t>
            </w:r>
            <w:r>
              <w:rPr>
                <w:sz w:val="18"/>
              </w:rPr>
              <w:t>0.85)</w:t>
            </w:r>
          </w:p>
        </w:tc>
        <w:tc>
          <w:tcPr>
            <w:tcW w:w="1020" w:type="dxa"/>
            <w:vAlign w:val="center"/>
          </w:tcPr>
          <w:p w14:paraId="6498C9CA" w14:textId="77777777" w:rsidR="00446222" w:rsidRDefault="00000000">
            <w:pPr>
              <w:spacing w:after="0" w:line="252" w:lineRule="auto"/>
              <w:jc w:val="center"/>
            </w:pPr>
            <w:r>
              <w:rPr>
                <w:sz w:val="18"/>
              </w:rPr>
              <w:t>0.0065</w:t>
            </w:r>
          </w:p>
        </w:tc>
      </w:tr>
      <w:tr w:rsidR="00446222" w14:paraId="19023E53" w14:textId="77777777">
        <w:trPr>
          <w:cantSplit/>
          <w:jc w:val="center"/>
        </w:trPr>
        <w:tc>
          <w:tcPr>
            <w:tcW w:w="794" w:type="dxa"/>
            <w:vAlign w:val="center"/>
          </w:tcPr>
          <w:p w14:paraId="235206BD" w14:textId="77777777" w:rsidR="00446222" w:rsidRDefault="00000000">
            <w:pPr>
              <w:spacing w:after="0" w:line="252" w:lineRule="auto"/>
            </w:pPr>
            <w:r>
              <w:rPr>
                <w:sz w:val="18"/>
              </w:rPr>
              <w:t>S03</w:t>
            </w:r>
          </w:p>
        </w:tc>
        <w:tc>
          <w:tcPr>
            <w:tcW w:w="3969" w:type="dxa"/>
            <w:vAlign w:val="center"/>
          </w:tcPr>
          <w:p w14:paraId="1CD9436C" w14:textId="77777777" w:rsidR="00446222" w:rsidRDefault="00000000">
            <w:pPr>
              <w:spacing w:after="0" w:line="252" w:lineRule="auto"/>
            </w:pPr>
            <w:r>
              <w:rPr>
                <w:sz w:val="18"/>
              </w:rPr>
              <w:t>exclude recorded students from both groups</w:t>
            </w:r>
          </w:p>
        </w:tc>
        <w:tc>
          <w:tcPr>
            <w:tcW w:w="737" w:type="dxa"/>
            <w:vAlign w:val="center"/>
          </w:tcPr>
          <w:p w14:paraId="55FC5A01" w14:textId="77777777" w:rsidR="00446222" w:rsidRDefault="00000000">
            <w:pPr>
              <w:spacing w:after="0" w:line="252" w:lineRule="auto"/>
              <w:jc w:val="center"/>
            </w:pPr>
            <w:r>
              <w:rPr>
                <w:sz w:val="18"/>
              </w:rPr>
              <w:t>121</w:t>
            </w:r>
          </w:p>
        </w:tc>
        <w:tc>
          <w:tcPr>
            <w:tcW w:w="1247" w:type="dxa"/>
            <w:vAlign w:val="center"/>
          </w:tcPr>
          <w:p w14:paraId="4D15B50D" w14:textId="77777777" w:rsidR="00446222" w:rsidRDefault="00000000">
            <w:pPr>
              <w:spacing w:after="0" w:line="252" w:lineRule="auto"/>
              <w:jc w:val="center"/>
            </w:pPr>
            <w:r>
              <w:rPr>
                <w:sz w:val="18"/>
              </w:rPr>
              <w:t>66 / 55</w:t>
            </w:r>
          </w:p>
        </w:tc>
        <w:tc>
          <w:tcPr>
            <w:tcW w:w="1871" w:type="dxa"/>
            <w:vAlign w:val="center"/>
          </w:tcPr>
          <w:p w14:paraId="54CF81A6" w14:textId="282B4E75" w:rsidR="00446222" w:rsidRDefault="00000000">
            <w:pPr>
              <w:spacing w:after="0" w:line="252" w:lineRule="auto"/>
              <w:jc w:val="center"/>
            </w:pPr>
            <w:r>
              <w:rPr>
                <w:sz w:val="18"/>
              </w:rPr>
              <w:t>0.52 (0.26</w:t>
            </w:r>
            <w:r w:rsidR="00A142B2">
              <w:rPr>
                <w:sz w:val="18"/>
              </w:rPr>
              <w:t>-</w:t>
            </w:r>
            <w:r>
              <w:rPr>
                <w:sz w:val="18"/>
              </w:rPr>
              <w:t>0.88)</w:t>
            </w:r>
          </w:p>
        </w:tc>
        <w:tc>
          <w:tcPr>
            <w:tcW w:w="1020" w:type="dxa"/>
            <w:vAlign w:val="center"/>
          </w:tcPr>
          <w:p w14:paraId="37AD938C" w14:textId="77777777" w:rsidR="00446222" w:rsidRDefault="00000000">
            <w:pPr>
              <w:spacing w:after="0" w:line="252" w:lineRule="auto"/>
              <w:jc w:val="center"/>
            </w:pPr>
            <w:r>
              <w:rPr>
                <w:sz w:val="18"/>
              </w:rPr>
              <w:t>0.0105</w:t>
            </w:r>
          </w:p>
        </w:tc>
      </w:tr>
      <w:tr w:rsidR="00446222" w14:paraId="5F32D444" w14:textId="77777777">
        <w:trPr>
          <w:cantSplit/>
          <w:jc w:val="center"/>
        </w:trPr>
        <w:tc>
          <w:tcPr>
            <w:tcW w:w="794" w:type="dxa"/>
            <w:vAlign w:val="center"/>
          </w:tcPr>
          <w:p w14:paraId="061DAF2D" w14:textId="77777777" w:rsidR="00446222" w:rsidRDefault="00000000">
            <w:pPr>
              <w:spacing w:after="0" w:line="252" w:lineRule="auto"/>
            </w:pPr>
            <w:r>
              <w:rPr>
                <w:sz w:val="18"/>
              </w:rPr>
              <w:t>S04</w:t>
            </w:r>
          </w:p>
        </w:tc>
        <w:tc>
          <w:tcPr>
            <w:tcW w:w="3969" w:type="dxa"/>
            <w:vAlign w:val="center"/>
          </w:tcPr>
          <w:p w14:paraId="3BD60D97" w14:textId="77777777" w:rsidR="00446222" w:rsidRDefault="00000000">
            <w:pPr>
              <w:spacing w:after="0" w:line="252" w:lineRule="auto"/>
            </w:pPr>
            <w:r>
              <w:rPr>
                <w:sz w:val="18"/>
              </w:rPr>
              <w:t>recorded student status</w:t>
            </w:r>
          </w:p>
        </w:tc>
        <w:tc>
          <w:tcPr>
            <w:tcW w:w="737" w:type="dxa"/>
            <w:vAlign w:val="center"/>
          </w:tcPr>
          <w:p w14:paraId="1DD43532" w14:textId="77777777" w:rsidR="00446222" w:rsidRDefault="00000000">
            <w:pPr>
              <w:spacing w:after="0" w:line="252" w:lineRule="auto"/>
              <w:jc w:val="center"/>
            </w:pPr>
            <w:r>
              <w:rPr>
                <w:sz w:val="18"/>
              </w:rPr>
              <w:t>145</w:t>
            </w:r>
          </w:p>
        </w:tc>
        <w:tc>
          <w:tcPr>
            <w:tcW w:w="1247" w:type="dxa"/>
            <w:vAlign w:val="center"/>
          </w:tcPr>
          <w:p w14:paraId="710982BF" w14:textId="77777777" w:rsidR="00446222" w:rsidRDefault="00000000">
            <w:pPr>
              <w:spacing w:after="0" w:line="252" w:lineRule="auto"/>
              <w:jc w:val="center"/>
            </w:pPr>
            <w:r>
              <w:rPr>
                <w:sz w:val="18"/>
              </w:rPr>
              <w:t>83 / 62</w:t>
            </w:r>
          </w:p>
        </w:tc>
        <w:tc>
          <w:tcPr>
            <w:tcW w:w="1871" w:type="dxa"/>
            <w:vAlign w:val="center"/>
          </w:tcPr>
          <w:p w14:paraId="14E9D373" w14:textId="69375AAF" w:rsidR="00446222" w:rsidRDefault="00000000">
            <w:pPr>
              <w:spacing w:after="0" w:line="252" w:lineRule="auto"/>
              <w:jc w:val="center"/>
            </w:pPr>
            <w:r>
              <w:rPr>
                <w:sz w:val="18"/>
              </w:rPr>
              <w:t>0.53 (0.29</w:t>
            </w:r>
            <w:r w:rsidR="00A142B2">
              <w:rPr>
                <w:sz w:val="18"/>
              </w:rPr>
              <w:t>-</w:t>
            </w:r>
            <w:r>
              <w:rPr>
                <w:sz w:val="18"/>
              </w:rPr>
              <w:t>0.87)</w:t>
            </w:r>
          </w:p>
        </w:tc>
        <w:tc>
          <w:tcPr>
            <w:tcW w:w="1020" w:type="dxa"/>
            <w:vAlign w:val="center"/>
          </w:tcPr>
          <w:p w14:paraId="69619234" w14:textId="77777777" w:rsidR="00446222" w:rsidRDefault="00000000">
            <w:pPr>
              <w:spacing w:after="0" w:line="252" w:lineRule="auto"/>
              <w:jc w:val="center"/>
            </w:pPr>
            <w:r>
              <w:rPr>
                <w:sz w:val="18"/>
              </w:rPr>
              <w:t>0.0090</w:t>
            </w:r>
          </w:p>
        </w:tc>
      </w:tr>
      <w:tr w:rsidR="00446222" w14:paraId="03348218" w14:textId="77777777">
        <w:trPr>
          <w:cantSplit/>
          <w:jc w:val="center"/>
        </w:trPr>
        <w:tc>
          <w:tcPr>
            <w:tcW w:w="794" w:type="dxa"/>
            <w:vAlign w:val="center"/>
          </w:tcPr>
          <w:p w14:paraId="3C062CD0" w14:textId="77777777" w:rsidR="00446222" w:rsidRDefault="00000000">
            <w:pPr>
              <w:spacing w:after="0" w:line="252" w:lineRule="auto"/>
            </w:pPr>
            <w:r>
              <w:rPr>
                <w:sz w:val="18"/>
              </w:rPr>
              <w:t>S05</w:t>
            </w:r>
          </w:p>
        </w:tc>
        <w:tc>
          <w:tcPr>
            <w:tcW w:w="3969" w:type="dxa"/>
            <w:vAlign w:val="center"/>
          </w:tcPr>
          <w:p w14:paraId="53F207EB" w14:textId="77777777" w:rsidR="00446222" w:rsidRDefault="00000000">
            <w:pPr>
              <w:spacing w:after="0" w:line="252" w:lineRule="auto"/>
            </w:pPr>
            <w:r>
              <w:rPr>
                <w:sz w:val="18"/>
              </w:rPr>
              <w:t>linear rather than spline age</w:t>
            </w:r>
          </w:p>
        </w:tc>
        <w:tc>
          <w:tcPr>
            <w:tcW w:w="737" w:type="dxa"/>
            <w:vAlign w:val="center"/>
          </w:tcPr>
          <w:p w14:paraId="0726B2D8" w14:textId="77777777" w:rsidR="00446222" w:rsidRDefault="00000000">
            <w:pPr>
              <w:spacing w:after="0" w:line="252" w:lineRule="auto"/>
              <w:jc w:val="center"/>
            </w:pPr>
            <w:r>
              <w:rPr>
                <w:sz w:val="18"/>
              </w:rPr>
              <w:t>145</w:t>
            </w:r>
          </w:p>
        </w:tc>
        <w:tc>
          <w:tcPr>
            <w:tcW w:w="1247" w:type="dxa"/>
            <w:vAlign w:val="center"/>
          </w:tcPr>
          <w:p w14:paraId="72A7AE3B" w14:textId="77777777" w:rsidR="00446222" w:rsidRDefault="00000000">
            <w:pPr>
              <w:spacing w:after="0" w:line="252" w:lineRule="auto"/>
              <w:jc w:val="center"/>
            </w:pPr>
            <w:r>
              <w:rPr>
                <w:sz w:val="18"/>
              </w:rPr>
              <w:t>83 / 62</w:t>
            </w:r>
          </w:p>
        </w:tc>
        <w:tc>
          <w:tcPr>
            <w:tcW w:w="1871" w:type="dxa"/>
            <w:vAlign w:val="center"/>
          </w:tcPr>
          <w:p w14:paraId="25D3FC41" w14:textId="5B3584C6" w:rsidR="00446222" w:rsidRDefault="00000000">
            <w:pPr>
              <w:spacing w:after="0" w:line="252" w:lineRule="auto"/>
              <w:jc w:val="center"/>
            </w:pPr>
            <w:r>
              <w:rPr>
                <w:sz w:val="18"/>
              </w:rPr>
              <w:t>0.51 (0.27</w:t>
            </w:r>
            <w:r w:rsidR="00A142B2">
              <w:rPr>
                <w:sz w:val="18"/>
              </w:rPr>
              <w:t>-</w:t>
            </w:r>
            <w:r>
              <w:rPr>
                <w:sz w:val="18"/>
              </w:rPr>
              <w:t>0.83)</w:t>
            </w:r>
          </w:p>
        </w:tc>
        <w:tc>
          <w:tcPr>
            <w:tcW w:w="1020" w:type="dxa"/>
            <w:vAlign w:val="center"/>
          </w:tcPr>
          <w:p w14:paraId="508115F7" w14:textId="77777777" w:rsidR="00446222" w:rsidRDefault="00000000">
            <w:pPr>
              <w:spacing w:after="0" w:line="252" w:lineRule="auto"/>
              <w:jc w:val="center"/>
            </w:pPr>
            <w:r>
              <w:rPr>
                <w:sz w:val="18"/>
              </w:rPr>
              <w:t>0.0045</w:t>
            </w:r>
          </w:p>
        </w:tc>
      </w:tr>
      <w:tr w:rsidR="00446222" w14:paraId="3610A30D" w14:textId="77777777">
        <w:trPr>
          <w:cantSplit/>
          <w:jc w:val="center"/>
        </w:trPr>
        <w:tc>
          <w:tcPr>
            <w:tcW w:w="794" w:type="dxa"/>
            <w:vAlign w:val="center"/>
          </w:tcPr>
          <w:p w14:paraId="106F92A3" w14:textId="77777777" w:rsidR="00446222" w:rsidRDefault="00000000">
            <w:pPr>
              <w:spacing w:after="0" w:line="252" w:lineRule="auto"/>
            </w:pPr>
            <w:r>
              <w:rPr>
                <w:sz w:val="18"/>
              </w:rPr>
              <w:t>S06</w:t>
            </w:r>
          </w:p>
        </w:tc>
        <w:tc>
          <w:tcPr>
            <w:tcW w:w="3969" w:type="dxa"/>
            <w:vAlign w:val="center"/>
          </w:tcPr>
          <w:p w14:paraId="2359285F" w14:textId="08A1CD85" w:rsidR="00446222" w:rsidRDefault="00000000">
            <w:pPr>
              <w:spacing w:after="0" w:line="252" w:lineRule="auto"/>
            </w:pPr>
            <w:r>
              <w:rPr>
                <w:sz w:val="18"/>
              </w:rPr>
              <w:t>ages 23</w:t>
            </w:r>
            <w:r w:rsidR="00A142B2">
              <w:rPr>
                <w:sz w:val="18"/>
              </w:rPr>
              <w:t>-</w:t>
            </w:r>
            <w:r>
              <w:rPr>
                <w:sz w:val="18"/>
              </w:rPr>
              <w:t>58</w:t>
            </w:r>
          </w:p>
        </w:tc>
        <w:tc>
          <w:tcPr>
            <w:tcW w:w="737" w:type="dxa"/>
            <w:vAlign w:val="center"/>
          </w:tcPr>
          <w:p w14:paraId="2E6E94FC" w14:textId="77777777" w:rsidR="00446222" w:rsidRDefault="00000000">
            <w:pPr>
              <w:spacing w:after="0" w:line="252" w:lineRule="auto"/>
              <w:jc w:val="center"/>
            </w:pPr>
            <w:r>
              <w:rPr>
                <w:sz w:val="18"/>
              </w:rPr>
              <w:t>135</w:t>
            </w:r>
          </w:p>
        </w:tc>
        <w:tc>
          <w:tcPr>
            <w:tcW w:w="1247" w:type="dxa"/>
            <w:vAlign w:val="center"/>
          </w:tcPr>
          <w:p w14:paraId="63566488" w14:textId="77777777" w:rsidR="00446222" w:rsidRDefault="00000000">
            <w:pPr>
              <w:spacing w:after="0" w:line="252" w:lineRule="auto"/>
              <w:jc w:val="center"/>
            </w:pPr>
            <w:r>
              <w:rPr>
                <w:sz w:val="18"/>
              </w:rPr>
              <w:t>82 / 53</w:t>
            </w:r>
          </w:p>
        </w:tc>
        <w:tc>
          <w:tcPr>
            <w:tcW w:w="1871" w:type="dxa"/>
            <w:vAlign w:val="center"/>
          </w:tcPr>
          <w:p w14:paraId="045B9F35" w14:textId="7E3EE6A5" w:rsidR="00446222" w:rsidRDefault="00000000">
            <w:pPr>
              <w:spacing w:after="0" w:line="252" w:lineRule="auto"/>
              <w:jc w:val="center"/>
            </w:pPr>
            <w:r>
              <w:rPr>
                <w:sz w:val="18"/>
              </w:rPr>
              <w:t>0.53 (0.28</w:t>
            </w:r>
            <w:r w:rsidR="00A142B2">
              <w:rPr>
                <w:sz w:val="18"/>
              </w:rPr>
              <w:t>-</w:t>
            </w:r>
            <w:r>
              <w:rPr>
                <w:sz w:val="18"/>
              </w:rPr>
              <w:t>0.86)</w:t>
            </w:r>
          </w:p>
        </w:tc>
        <w:tc>
          <w:tcPr>
            <w:tcW w:w="1020" w:type="dxa"/>
            <w:vAlign w:val="center"/>
          </w:tcPr>
          <w:p w14:paraId="49F77A03" w14:textId="77777777" w:rsidR="00446222" w:rsidRDefault="00000000">
            <w:pPr>
              <w:spacing w:after="0" w:line="252" w:lineRule="auto"/>
              <w:jc w:val="center"/>
            </w:pPr>
            <w:r>
              <w:rPr>
                <w:sz w:val="18"/>
              </w:rPr>
              <w:t>0.0080</w:t>
            </w:r>
          </w:p>
        </w:tc>
      </w:tr>
      <w:tr w:rsidR="00446222" w14:paraId="23031FE8" w14:textId="77777777">
        <w:trPr>
          <w:cantSplit/>
          <w:jc w:val="center"/>
        </w:trPr>
        <w:tc>
          <w:tcPr>
            <w:tcW w:w="794" w:type="dxa"/>
            <w:vAlign w:val="center"/>
          </w:tcPr>
          <w:p w14:paraId="374BFB05" w14:textId="77777777" w:rsidR="00446222" w:rsidRDefault="00000000">
            <w:pPr>
              <w:spacing w:after="0" w:line="252" w:lineRule="auto"/>
            </w:pPr>
            <w:r>
              <w:rPr>
                <w:sz w:val="18"/>
              </w:rPr>
              <w:t>S07</w:t>
            </w:r>
          </w:p>
        </w:tc>
        <w:tc>
          <w:tcPr>
            <w:tcW w:w="3969" w:type="dxa"/>
            <w:vAlign w:val="center"/>
          </w:tcPr>
          <w:p w14:paraId="78E9CBB9" w14:textId="77777777" w:rsidR="00446222" w:rsidRDefault="00000000">
            <w:pPr>
              <w:spacing w:after="0" w:line="252" w:lineRule="auto"/>
            </w:pPr>
            <w:r>
              <w:rPr>
                <w:sz w:val="18"/>
              </w:rPr>
              <w:t>recorded BMI</w:t>
            </w:r>
          </w:p>
        </w:tc>
        <w:tc>
          <w:tcPr>
            <w:tcW w:w="737" w:type="dxa"/>
            <w:vAlign w:val="center"/>
          </w:tcPr>
          <w:p w14:paraId="3C398167" w14:textId="77777777" w:rsidR="00446222" w:rsidRDefault="00000000">
            <w:pPr>
              <w:spacing w:after="0" w:line="252" w:lineRule="auto"/>
              <w:jc w:val="center"/>
            </w:pPr>
            <w:r>
              <w:rPr>
                <w:sz w:val="18"/>
              </w:rPr>
              <w:t>145</w:t>
            </w:r>
          </w:p>
        </w:tc>
        <w:tc>
          <w:tcPr>
            <w:tcW w:w="1247" w:type="dxa"/>
            <w:vAlign w:val="center"/>
          </w:tcPr>
          <w:p w14:paraId="05261660" w14:textId="77777777" w:rsidR="00446222" w:rsidRDefault="00000000">
            <w:pPr>
              <w:spacing w:after="0" w:line="252" w:lineRule="auto"/>
              <w:jc w:val="center"/>
            </w:pPr>
            <w:r>
              <w:rPr>
                <w:sz w:val="18"/>
              </w:rPr>
              <w:t>83 / 62</w:t>
            </w:r>
          </w:p>
        </w:tc>
        <w:tc>
          <w:tcPr>
            <w:tcW w:w="1871" w:type="dxa"/>
            <w:vAlign w:val="center"/>
          </w:tcPr>
          <w:p w14:paraId="21351F11" w14:textId="4962ED07" w:rsidR="00446222" w:rsidRDefault="00000000">
            <w:pPr>
              <w:spacing w:after="0" w:line="252" w:lineRule="auto"/>
              <w:jc w:val="center"/>
            </w:pPr>
            <w:r>
              <w:rPr>
                <w:sz w:val="18"/>
              </w:rPr>
              <w:t>0.51 (0.27</w:t>
            </w:r>
            <w:r w:rsidR="00A142B2">
              <w:rPr>
                <w:sz w:val="18"/>
              </w:rPr>
              <w:t>-</w:t>
            </w:r>
            <w:r>
              <w:rPr>
                <w:sz w:val="18"/>
              </w:rPr>
              <w:t>0.83)</w:t>
            </w:r>
          </w:p>
        </w:tc>
        <w:tc>
          <w:tcPr>
            <w:tcW w:w="1020" w:type="dxa"/>
            <w:vAlign w:val="center"/>
          </w:tcPr>
          <w:p w14:paraId="0DF59FE0" w14:textId="77777777" w:rsidR="00446222" w:rsidRDefault="00000000">
            <w:pPr>
              <w:spacing w:after="0" w:line="252" w:lineRule="auto"/>
              <w:jc w:val="center"/>
            </w:pPr>
            <w:r>
              <w:rPr>
                <w:sz w:val="18"/>
              </w:rPr>
              <w:t>0.0050</w:t>
            </w:r>
          </w:p>
        </w:tc>
      </w:tr>
      <w:tr w:rsidR="00446222" w14:paraId="21903CE2" w14:textId="77777777">
        <w:trPr>
          <w:cantSplit/>
          <w:jc w:val="center"/>
        </w:trPr>
        <w:tc>
          <w:tcPr>
            <w:tcW w:w="794" w:type="dxa"/>
            <w:vAlign w:val="center"/>
          </w:tcPr>
          <w:p w14:paraId="49EBBE5A" w14:textId="77777777" w:rsidR="00446222" w:rsidRDefault="00000000">
            <w:pPr>
              <w:spacing w:after="0" w:line="252" w:lineRule="auto"/>
            </w:pPr>
            <w:r>
              <w:rPr>
                <w:sz w:val="18"/>
              </w:rPr>
              <w:t>S08</w:t>
            </w:r>
          </w:p>
        </w:tc>
        <w:tc>
          <w:tcPr>
            <w:tcW w:w="3969" w:type="dxa"/>
            <w:vAlign w:val="center"/>
          </w:tcPr>
          <w:p w14:paraId="73F26FF0" w14:textId="77777777" w:rsidR="00446222" w:rsidRDefault="00000000">
            <w:pPr>
              <w:spacing w:after="0" w:line="252" w:lineRule="auto"/>
            </w:pPr>
            <w:r>
              <w:rPr>
                <w:sz w:val="18"/>
              </w:rPr>
              <w:t>menopausal status</w:t>
            </w:r>
          </w:p>
        </w:tc>
        <w:tc>
          <w:tcPr>
            <w:tcW w:w="737" w:type="dxa"/>
            <w:vAlign w:val="center"/>
          </w:tcPr>
          <w:p w14:paraId="36BD43F2" w14:textId="77777777" w:rsidR="00446222" w:rsidRDefault="00000000">
            <w:pPr>
              <w:spacing w:after="0" w:line="252" w:lineRule="auto"/>
              <w:jc w:val="center"/>
            </w:pPr>
            <w:r>
              <w:rPr>
                <w:sz w:val="18"/>
              </w:rPr>
              <w:t>145</w:t>
            </w:r>
          </w:p>
        </w:tc>
        <w:tc>
          <w:tcPr>
            <w:tcW w:w="1247" w:type="dxa"/>
            <w:vAlign w:val="center"/>
          </w:tcPr>
          <w:p w14:paraId="15E47B33" w14:textId="77777777" w:rsidR="00446222" w:rsidRDefault="00000000">
            <w:pPr>
              <w:spacing w:after="0" w:line="252" w:lineRule="auto"/>
              <w:jc w:val="center"/>
            </w:pPr>
            <w:r>
              <w:rPr>
                <w:sz w:val="18"/>
              </w:rPr>
              <w:t>83 / 62</w:t>
            </w:r>
          </w:p>
        </w:tc>
        <w:tc>
          <w:tcPr>
            <w:tcW w:w="1871" w:type="dxa"/>
            <w:vAlign w:val="center"/>
          </w:tcPr>
          <w:p w14:paraId="795716A9" w14:textId="1C54C531" w:rsidR="00446222" w:rsidRDefault="00000000">
            <w:pPr>
              <w:spacing w:after="0" w:line="252" w:lineRule="auto"/>
              <w:jc w:val="center"/>
            </w:pPr>
            <w:r>
              <w:rPr>
                <w:sz w:val="18"/>
              </w:rPr>
              <w:t>0.51 (0.27</w:t>
            </w:r>
            <w:r w:rsidR="00A142B2">
              <w:rPr>
                <w:sz w:val="18"/>
              </w:rPr>
              <w:t>-</w:t>
            </w:r>
            <w:r>
              <w:rPr>
                <w:sz w:val="18"/>
              </w:rPr>
              <w:t>0.83)</w:t>
            </w:r>
          </w:p>
        </w:tc>
        <w:tc>
          <w:tcPr>
            <w:tcW w:w="1020" w:type="dxa"/>
            <w:vAlign w:val="center"/>
          </w:tcPr>
          <w:p w14:paraId="1D0D4802" w14:textId="77777777" w:rsidR="00446222" w:rsidRDefault="00000000">
            <w:pPr>
              <w:spacing w:after="0" w:line="252" w:lineRule="auto"/>
              <w:jc w:val="center"/>
            </w:pPr>
            <w:r>
              <w:rPr>
                <w:sz w:val="18"/>
              </w:rPr>
              <w:t>0.0046</w:t>
            </w:r>
          </w:p>
        </w:tc>
      </w:tr>
      <w:tr w:rsidR="00446222" w14:paraId="7211F472" w14:textId="77777777">
        <w:trPr>
          <w:cantSplit/>
          <w:jc w:val="center"/>
        </w:trPr>
        <w:tc>
          <w:tcPr>
            <w:tcW w:w="794" w:type="dxa"/>
            <w:vAlign w:val="center"/>
          </w:tcPr>
          <w:p w14:paraId="357C80DF" w14:textId="77777777" w:rsidR="00446222" w:rsidRDefault="00000000">
            <w:pPr>
              <w:spacing w:after="0" w:line="252" w:lineRule="auto"/>
            </w:pPr>
            <w:r>
              <w:rPr>
                <w:sz w:val="18"/>
              </w:rPr>
              <w:t>S09</w:t>
            </w:r>
          </w:p>
        </w:tc>
        <w:tc>
          <w:tcPr>
            <w:tcW w:w="3969" w:type="dxa"/>
            <w:vAlign w:val="center"/>
          </w:tcPr>
          <w:p w14:paraId="0468AB87" w14:textId="77777777" w:rsidR="00446222" w:rsidRDefault="00000000">
            <w:pPr>
              <w:spacing w:after="0" w:line="252" w:lineRule="auto"/>
            </w:pPr>
            <w:r>
              <w:rPr>
                <w:sz w:val="18"/>
              </w:rPr>
              <w:t>primary/secondary education indicators</w:t>
            </w:r>
          </w:p>
        </w:tc>
        <w:tc>
          <w:tcPr>
            <w:tcW w:w="737" w:type="dxa"/>
            <w:vAlign w:val="center"/>
          </w:tcPr>
          <w:p w14:paraId="3E891C94" w14:textId="77777777" w:rsidR="00446222" w:rsidRDefault="00000000">
            <w:pPr>
              <w:spacing w:after="0" w:line="252" w:lineRule="auto"/>
              <w:jc w:val="center"/>
            </w:pPr>
            <w:r>
              <w:rPr>
                <w:sz w:val="18"/>
              </w:rPr>
              <w:t>145</w:t>
            </w:r>
          </w:p>
        </w:tc>
        <w:tc>
          <w:tcPr>
            <w:tcW w:w="1247" w:type="dxa"/>
            <w:vAlign w:val="center"/>
          </w:tcPr>
          <w:p w14:paraId="2D1A3EFF" w14:textId="77777777" w:rsidR="00446222" w:rsidRDefault="00000000">
            <w:pPr>
              <w:spacing w:after="0" w:line="252" w:lineRule="auto"/>
              <w:jc w:val="center"/>
            </w:pPr>
            <w:r>
              <w:rPr>
                <w:sz w:val="18"/>
              </w:rPr>
              <w:t>83 / 62</w:t>
            </w:r>
          </w:p>
        </w:tc>
        <w:tc>
          <w:tcPr>
            <w:tcW w:w="1871" w:type="dxa"/>
            <w:vAlign w:val="center"/>
          </w:tcPr>
          <w:p w14:paraId="62EF7F52" w14:textId="63617D26" w:rsidR="00446222" w:rsidRDefault="00000000">
            <w:pPr>
              <w:spacing w:after="0" w:line="252" w:lineRule="auto"/>
              <w:jc w:val="center"/>
            </w:pPr>
            <w:r>
              <w:rPr>
                <w:sz w:val="18"/>
              </w:rPr>
              <w:t>0.52 (0.28</w:t>
            </w:r>
            <w:r w:rsidR="00A142B2">
              <w:rPr>
                <w:sz w:val="18"/>
              </w:rPr>
              <w:t>-</w:t>
            </w:r>
            <w:r>
              <w:rPr>
                <w:sz w:val="18"/>
              </w:rPr>
              <w:t>0.84)</w:t>
            </w:r>
          </w:p>
        </w:tc>
        <w:tc>
          <w:tcPr>
            <w:tcW w:w="1020" w:type="dxa"/>
            <w:vAlign w:val="center"/>
          </w:tcPr>
          <w:p w14:paraId="18F45FF5" w14:textId="77777777" w:rsidR="00446222" w:rsidRDefault="00000000">
            <w:pPr>
              <w:spacing w:after="0" w:line="252" w:lineRule="auto"/>
              <w:jc w:val="center"/>
            </w:pPr>
            <w:r>
              <w:rPr>
                <w:sz w:val="18"/>
              </w:rPr>
              <w:t>0.0053</w:t>
            </w:r>
          </w:p>
        </w:tc>
      </w:tr>
      <w:tr w:rsidR="00446222" w14:paraId="3B49B240" w14:textId="77777777">
        <w:trPr>
          <w:cantSplit/>
          <w:jc w:val="center"/>
        </w:trPr>
        <w:tc>
          <w:tcPr>
            <w:tcW w:w="794" w:type="dxa"/>
            <w:vAlign w:val="center"/>
          </w:tcPr>
          <w:p w14:paraId="35DBAD54" w14:textId="77777777" w:rsidR="00446222" w:rsidRDefault="00000000">
            <w:pPr>
              <w:spacing w:after="0" w:line="252" w:lineRule="auto"/>
            </w:pPr>
            <w:r>
              <w:rPr>
                <w:sz w:val="18"/>
              </w:rPr>
              <w:t>S10</w:t>
            </w:r>
          </w:p>
        </w:tc>
        <w:tc>
          <w:tcPr>
            <w:tcW w:w="3969" w:type="dxa"/>
            <w:vAlign w:val="center"/>
          </w:tcPr>
          <w:p w14:paraId="4795495B" w14:textId="77777777" w:rsidR="00446222" w:rsidRDefault="00000000">
            <w:pPr>
              <w:spacing w:after="0" w:line="252" w:lineRule="auto"/>
            </w:pPr>
            <w:r>
              <w:rPr>
                <w:sz w:val="18"/>
              </w:rPr>
              <w:t>raw frequency code × portion</w:t>
            </w:r>
          </w:p>
        </w:tc>
        <w:tc>
          <w:tcPr>
            <w:tcW w:w="737" w:type="dxa"/>
            <w:vAlign w:val="center"/>
          </w:tcPr>
          <w:p w14:paraId="452BF9BB" w14:textId="77777777" w:rsidR="00446222" w:rsidRDefault="00000000">
            <w:pPr>
              <w:spacing w:after="0" w:line="252" w:lineRule="auto"/>
              <w:jc w:val="center"/>
            </w:pPr>
            <w:r>
              <w:rPr>
                <w:sz w:val="18"/>
              </w:rPr>
              <w:t>145</w:t>
            </w:r>
          </w:p>
        </w:tc>
        <w:tc>
          <w:tcPr>
            <w:tcW w:w="1247" w:type="dxa"/>
            <w:vAlign w:val="center"/>
          </w:tcPr>
          <w:p w14:paraId="43185453" w14:textId="77777777" w:rsidR="00446222" w:rsidRDefault="00000000">
            <w:pPr>
              <w:spacing w:after="0" w:line="252" w:lineRule="auto"/>
              <w:jc w:val="center"/>
            </w:pPr>
            <w:r>
              <w:rPr>
                <w:sz w:val="18"/>
              </w:rPr>
              <w:t>83 / 62</w:t>
            </w:r>
          </w:p>
        </w:tc>
        <w:tc>
          <w:tcPr>
            <w:tcW w:w="1871" w:type="dxa"/>
            <w:vAlign w:val="center"/>
          </w:tcPr>
          <w:p w14:paraId="1767C261" w14:textId="399C05F6" w:rsidR="00446222" w:rsidRDefault="00000000">
            <w:pPr>
              <w:spacing w:after="0" w:line="252" w:lineRule="auto"/>
              <w:jc w:val="center"/>
            </w:pPr>
            <w:r>
              <w:rPr>
                <w:sz w:val="18"/>
              </w:rPr>
              <w:t>0.63 (0.41</w:t>
            </w:r>
            <w:r w:rsidR="00A142B2">
              <w:rPr>
                <w:sz w:val="18"/>
              </w:rPr>
              <w:t>-</w:t>
            </w:r>
            <w:r>
              <w:rPr>
                <w:sz w:val="18"/>
              </w:rPr>
              <w:t>0.93)</w:t>
            </w:r>
          </w:p>
        </w:tc>
        <w:tc>
          <w:tcPr>
            <w:tcW w:w="1020" w:type="dxa"/>
            <w:vAlign w:val="center"/>
          </w:tcPr>
          <w:p w14:paraId="0298CEFF" w14:textId="77777777" w:rsidR="00446222" w:rsidRDefault="00000000">
            <w:pPr>
              <w:spacing w:after="0" w:line="252" w:lineRule="auto"/>
              <w:jc w:val="center"/>
            </w:pPr>
            <w:r>
              <w:rPr>
                <w:sz w:val="18"/>
              </w:rPr>
              <w:t>0.0183</w:t>
            </w:r>
          </w:p>
        </w:tc>
      </w:tr>
      <w:tr w:rsidR="00446222" w14:paraId="2F5D7220" w14:textId="77777777">
        <w:trPr>
          <w:cantSplit/>
          <w:jc w:val="center"/>
        </w:trPr>
        <w:tc>
          <w:tcPr>
            <w:tcW w:w="794" w:type="dxa"/>
            <w:vAlign w:val="center"/>
          </w:tcPr>
          <w:p w14:paraId="15482223" w14:textId="77777777" w:rsidR="00446222" w:rsidRDefault="00000000">
            <w:pPr>
              <w:spacing w:after="0" w:line="252" w:lineRule="auto"/>
            </w:pPr>
            <w:r>
              <w:rPr>
                <w:sz w:val="18"/>
              </w:rPr>
              <w:t>S11</w:t>
            </w:r>
          </w:p>
        </w:tc>
        <w:tc>
          <w:tcPr>
            <w:tcW w:w="3969" w:type="dxa"/>
            <w:vAlign w:val="center"/>
          </w:tcPr>
          <w:p w14:paraId="0B525DE1" w14:textId="77777777" w:rsidR="00446222" w:rsidRDefault="00000000">
            <w:pPr>
              <w:spacing w:after="0" w:line="252" w:lineRule="auto"/>
            </w:pPr>
            <w:r>
              <w:rPr>
                <w:sz w:val="18"/>
              </w:rPr>
              <w:t>ranks of combined indices</w:t>
            </w:r>
          </w:p>
        </w:tc>
        <w:tc>
          <w:tcPr>
            <w:tcW w:w="737" w:type="dxa"/>
            <w:vAlign w:val="center"/>
          </w:tcPr>
          <w:p w14:paraId="71E826F3" w14:textId="77777777" w:rsidR="00446222" w:rsidRDefault="00000000">
            <w:pPr>
              <w:spacing w:after="0" w:line="252" w:lineRule="auto"/>
              <w:jc w:val="center"/>
            </w:pPr>
            <w:r>
              <w:rPr>
                <w:sz w:val="18"/>
              </w:rPr>
              <w:t>145</w:t>
            </w:r>
          </w:p>
        </w:tc>
        <w:tc>
          <w:tcPr>
            <w:tcW w:w="1247" w:type="dxa"/>
            <w:vAlign w:val="center"/>
          </w:tcPr>
          <w:p w14:paraId="722B2A8A" w14:textId="77777777" w:rsidR="00446222" w:rsidRDefault="00000000">
            <w:pPr>
              <w:spacing w:after="0" w:line="252" w:lineRule="auto"/>
              <w:jc w:val="center"/>
            </w:pPr>
            <w:r>
              <w:rPr>
                <w:sz w:val="18"/>
              </w:rPr>
              <w:t>83 / 62</w:t>
            </w:r>
          </w:p>
        </w:tc>
        <w:tc>
          <w:tcPr>
            <w:tcW w:w="1871" w:type="dxa"/>
            <w:vAlign w:val="center"/>
          </w:tcPr>
          <w:p w14:paraId="7D0BF07B" w14:textId="0790F411" w:rsidR="00446222" w:rsidRDefault="00000000">
            <w:pPr>
              <w:spacing w:after="0" w:line="252" w:lineRule="auto"/>
              <w:jc w:val="center"/>
            </w:pPr>
            <w:r>
              <w:rPr>
                <w:sz w:val="18"/>
              </w:rPr>
              <w:t>0.62 (0.42</w:t>
            </w:r>
            <w:r w:rsidR="00A142B2">
              <w:rPr>
                <w:sz w:val="18"/>
              </w:rPr>
              <w:t>-</w:t>
            </w:r>
            <w:r>
              <w:rPr>
                <w:sz w:val="18"/>
              </w:rPr>
              <w:t>0.90)</w:t>
            </w:r>
          </w:p>
        </w:tc>
        <w:tc>
          <w:tcPr>
            <w:tcW w:w="1020" w:type="dxa"/>
            <w:vAlign w:val="center"/>
          </w:tcPr>
          <w:p w14:paraId="4E15A4BB" w14:textId="77777777" w:rsidR="00446222" w:rsidRDefault="00000000">
            <w:pPr>
              <w:spacing w:after="0" w:line="252" w:lineRule="auto"/>
              <w:jc w:val="center"/>
            </w:pPr>
            <w:r>
              <w:rPr>
                <w:sz w:val="18"/>
              </w:rPr>
              <w:t>0.0119</w:t>
            </w:r>
          </w:p>
        </w:tc>
      </w:tr>
      <w:tr w:rsidR="00446222" w14:paraId="38FBEA57" w14:textId="77777777">
        <w:trPr>
          <w:cantSplit/>
          <w:jc w:val="center"/>
        </w:trPr>
        <w:tc>
          <w:tcPr>
            <w:tcW w:w="794" w:type="dxa"/>
            <w:vAlign w:val="center"/>
          </w:tcPr>
          <w:p w14:paraId="2EF00773" w14:textId="77777777" w:rsidR="00446222" w:rsidRDefault="00000000">
            <w:pPr>
              <w:spacing w:after="0" w:line="252" w:lineRule="auto"/>
            </w:pPr>
            <w:r>
              <w:rPr>
                <w:sz w:val="18"/>
              </w:rPr>
              <w:t>S12</w:t>
            </w:r>
          </w:p>
        </w:tc>
        <w:tc>
          <w:tcPr>
            <w:tcW w:w="3969" w:type="dxa"/>
            <w:vAlign w:val="center"/>
          </w:tcPr>
          <w:p w14:paraId="495A87BD" w14:textId="77777777" w:rsidR="00446222" w:rsidRDefault="00000000">
            <w:pPr>
              <w:spacing w:after="0" w:line="252" w:lineRule="auto"/>
            </w:pPr>
            <w:r>
              <w:rPr>
                <w:sz w:val="18"/>
              </w:rPr>
              <w:t>exclude constant-frequency profiles</w:t>
            </w:r>
          </w:p>
        </w:tc>
        <w:tc>
          <w:tcPr>
            <w:tcW w:w="737" w:type="dxa"/>
            <w:vAlign w:val="center"/>
          </w:tcPr>
          <w:p w14:paraId="31164A02" w14:textId="77777777" w:rsidR="00446222" w:rsidRDefault="00000000">
            <w:pPr>
              <w:spacing w:after="0" w:line="252" w:lineRule="auto"/>
              <w:jc w:val="center"/>
            </w:pPr>
            <w:r>
              <w:rPr>
                <w:sz w:val="18"/>
              </w:rPr>
              <w:t>144</w:t>
            </w:r>
          </w:p>
        </w:tc>
        <w:tc>
          <w:tcPr>
            <w:tcW w:w="1247" w:type="dxa"/>
            <w:vAlign w:val="center"/>
          </w:tcPr>
          <w:p w14:paraId="3F21FB3B" w14:textId="77777777" w:rsidR="00446222" w:rsidRDefault="00000000">
            <w:pPr>
              <w:spacing w:after="0" w:line="252" w:lineRule="auto"/>
              <w:jc w:val="center"/>
            </w:pPr>
            <w:r>
              <w:rPr>
                <w:sz w:val="18"/>
              </w:rPr>
              <w:t>82 / 62</w:t>
            </w:r>
          </w:p>
        </w:tc>
        <w:tc>
          <w:tcPr>
            <w:tcW w:w="1871" w:type="dxa"/>
            <w:vAlign w:val="center"/>
          </w:tcPr>
          <w:p w14:paraId="15AFCB5F" w14:textId="5404559C" w:rsidR="00446222" w:rsidRDefault="00000000">
            <w:pPr>
              <w:spacing w:after="0" w:line="252" w:lineRule="auto"/>
              <w:jc w:val="center"/>
            </w:pPr>
            <w:r>
              <w:rPr>
                <w:sz w:val="18"/>
              </w:rPr>
              <w:t>0.50 (0.27</w:t>
            </w:r>
            <w:r w:rsidR="00A142B2">
              <w:rPr>
                <w:sz w:val="18"/>
              </w:rPr>
              <w:t>-</w:t>
            </w:r>
            <w:r>
              <w:rPr>
                <w:sz w:val="18"/>
              </w:rPr>
              <w:t>0.82)</w:t>
            </w:r>
          </w:p>
        </w:tc>
        <w:tc>
          <w:tcPr>
            <w:tcW w:w="1020" w:type="dxa"/>
            <w:vAlign w:val="center"/>
          </w:tcPr>
          <w:p w14:paraId="1419B330" w14:textId="77777777" w:rsidR="00446222" w:rsidRDefault="00000000">
            <w:pPr>
              <w:spacing w:after="0" w:line="252" w:lineRule="auto"/>
              <w:jc w:val="center"/>
            </w:pPr>
            <w:r>
              <w:rPr>
                <w:sz w:val="18"/>
              </w:rPr>
              <w:t>0.0036</w:t>
            </w:r>
          </w:p>
        </w:tc>
      </w:tr>
      <w:tr w:rsidR="00446222" w14:paraId="0B1E8E38" w14:textId="77777777">
        <w:trPr>
          <w:cantSplit/>
          <w:jc w:val="center"/>
        </w:trPr>
        <w:tc>
          <w:tcPr>
            <w:tcW w:w="794" w:type="dxa"/>
            <w:vAlign w:val="center"/>
          </w:tcPr>
          <w:p w14:paraId="3359E466" w14:textId="77777777" w:rsidR="00446222" w:rsidRDefault="00000000">
            <w:pPr>
              <w:spacing w:after="0" w:line="252" w:lineRule="auto"/>
            </w:pPr>
            <w:r>
              <w:rPr>
                <w:sz w:val="18"/>
              </w:rPr>
              <w:lastRenderedPageBreak/>
              <w:t>S13</w:t>
            </w:r>
          </w:p>
        </w:tc>
        <w:tc>
          <w:tcPr>
            <w:tcW w:w="3969" w:type="dxa"/>
            <w:vAlign w:val="center"/>
          </w:tcPr>
          <w:p w14:paraId="1A9BD9E6" w14:textId="77777777" w:rsidR="00446222" w:rsidRDefault="00000000">
            <w:pPr>
              <w:spacing w:after="0" w:line="252" w:lineRule="auto"/>
            </w:pPr>
            <w:r>
              <w:rPr>
                <w:sz w:val="18"/>
              </w:rPr>
              <w:t>alternative frequency multipliers × portion</w:t>
            </w:r>
          </w:p>
        </w:tc>
        <w:tc>
          <w:tcPr>
            <w:tcW w:w="737" w:type="dxa"/>
            <w:vAlign w:val="center"/>
          </w:tcPr>
          <w:p w14:paraId="680312E9" w14:textId="77777777" w:rsidR="00446222" w:rsidRDefault="00000000">
            <w:pPr>
              <w:spacing w:after="0" w:line="252" w:lineRule="auto"/>
              <w:jc w:val="center"/>
            </w:pPr>
            <w:r>
              <w:rPr>
                <w:sz w:val="18"/>
              </w:rPr>
              <w:t>145</w:t>
            </w:r>
          </w:p>
        </w:tc>
        <w:tc>
          <w:tcPr>
            <w:tcW w:w="1247" w:type="dxa"/>
            <w:vAlign w:val="center"/>
          </w:tcPr>
          <w:p w14:paraId="58F963FD" w14:textId="77777777" w:rsidR="00446222" w:rsidRDefault="00000000">
            <w:pPr>
              <w:spacing w:after="0" w:line="252" w:lineRule="auto"/>
              <w:jc w:val="center"/>
            </w:pPr>
            <w:r>
              <w:rPr>
                <w:sz w:val="18"/>
              </w:rPr>
              <w:t>83 / 62</w:t>
            </w:r>
          </w:p>
        </w:tc>
        <w:tc>
          <w:tcPr>
            <w:tcW w:w="1871" w:type="dxa"/>
            <w:vAlign w:val="center"/>
          </w:tcPr>
          <w:p w14:paraId="727DB799" w14:textId="11A300F3" w:rsidR="00446222" w:rsidRDefault="00000000">
            <w:pPr>
              <w:spacing w:after="0" w:line="252" w:lineRule="auto"/>
              <w:jc w:val="center"/>
            </w:pPr>
            <w:r>
              <w:rPr>
                <w:sz w:val="18"/>
              </w:rPr>
              <w:t>0.55 (0.29</w:t>
            </w:r>
            <w:r w:rsidR="00A142B2">
              <w:rPr>
                <w:sz w:val="18"/>
              </w:rPr>
              <w:t>-</w:t>
            </w:r>
            <w:r>
              <w:rPr>
                <w:sz w:val="18"/>
              </w:rPr>
              <w:t>0.89)</w:t>
            </w:r>
          </w:p>
        </w:tc>
        <w:tc>
          <w:tcPr>
            <w:tcW w:w="1020" w:type="dxa"/>
            <w:vAlign w:val="center"/>
          </w:tcPr>
          <w:p w14:paraId="5BF96EDA" w14:textId="77777777" w:rsidR="00446222" w:rsidRDefault="00000000">
            <w:pPr>
              <w:spacing w:after="0" w:line="252" w:lineRule="auto"/>
              <w:jc w:val="center"/>
            </w:pPr>
            <w:r>
              <w:rPr>
                <w:sz w:val="18"/>
              </w:rPr>
              <w:t>0.0115</w:t>
            </w:r>
          </w:p>
        </w:tc>
      </w:tr>
      <w:tr w:rsidR="00446222" w14:paraId="1EDB625A" w14:textId="77777777">
        <w:trPr>
          <w:cantSplit/>
          <w:jc w:val="center"/>
        </w:trPr>
        <w:tc>
          <w:tcPr>
            <w:tcW w:w="794" w:type="dxa"/>
            <w:vAlign w:val="center"/>
          </w:tcPr>
          <w:p w14:paraId="2E42B8D6" w14:textId="77777777" w:rsidR="00446222" w:rsidRDefault="00000000">
            <w:pPr>
              <w:spacing w:after="0" w:line="252" w:lineRule="auto"/>
            </w:pPr>
            <w:r>
              <w:rPr>
                <w:sz w:val="18"/>
              </w:rPr>
              <w:t>S14</w:t>
            </w:r>
          </w:p>
        </w:tc>
        <w:tc>
          <w:tcPr>
            <w:tcW w:w="3969" w:type="dxa"/>
            <w:vAlign w:val="center"/>
          </w:tcPr>
          <w:p w14:paraId="50B9AFF3" w14:textId="77777777" w:rsidR="00446222" w:rsidRDefault="00000000">
            <w:pPr>
              <w:spacing w:after="0" w:line="252" w:lineRule="auto"/>
            </w:pPr>
            <w:r>
              <w:rPr>
                <w:sz w:val="18"/>
              </w:rPr>
              <w:t>assigned weekly frequency only</w:t>
            </w:r>
          </w:p>
        </w:tc>
        <w:tc>
          <w:tcPr>
            <w:tcW w:w="737" w:type="dxa"/>
            <w:vAlign w:val="center"/>
          </w:tcPr>
          <w:p w14:paraId="7E9FDEAE" w14:textId="77777777" w:rsidR="00446222" w:rsidRDefault="00000000">
            <w:pPr>
              <w:spacing w:after="0" w:line="252" w:lineRule="auto"/>
              <w:jc w:val="center"/>
            </w:pPr>
            <w:r>
              <w:rPr>
                <w:sz w:val="18"/>
              </w:rPr>
              <w:t>145</w:t>
            </w:r>
          </w:p>
        </w:tc>
        <w:tc>
          <w:tcPr>
            <w:tcW w:w="1247" w:type="dxa"/>
            <w:vAlign w:val="center"/>
          </w:tcPr>
          <w:p w14:paraId="562EBE82" w14:textId="77777777" w:rsidR="00446222" w:rsidRDefault="00000000">
            <w:pPr>
              <w:spacing w:after="0" w:line="252" w:lineRule="auto"/>
              <w:jc w:val="center"/>
            </w:pPr>
            <w:r>
              <w:rPr>
                <w:sz w:val="18"/>
              </w:rPr>
              <w:t>83 / 62</w:t>
            </w:r>
          </w:p>
        </w:tc>
        <w:tc>
          <w:tcPr>
            <w:tcW w:w="1871" w:type="dxa"/>
            <w:vAlign w:val="center"/>
          </w:tcPr>
          <w:p w14:paraId="5A4F6076" w14:textId="1F04B4EA" w:rsidR="00446222" w:rsidRDefault="00000000">
            <w:pPr>
              <w:spacing w:after="0" w:line="252" w:lineRule="auto"/>
              <w:jc w:val="center"/>
            </w:pPr>
            <w:r>
              <w:rPr>
                <w:sz w:val="18"/>
              </w:rPr>
              <w:t>0.52 (0.32</w:t>
            </w:r>
            <w:r w:rsidR="00A142B2">
              <w:rPr>
                <w:sz w:val="18"/>
              </w:rPr>
              <w:t>-</w:t>
            </w:r>
            <w:r>
              <w:rPr>
                <w:sz w:val="18"/>
              </w:rPr>
              <w:t>0.80)</w:t>
            </w:r>
          </w:p>
        </w:tc>
        <w:tc>
          <w:tcPr>
            <w:tcW w:w="1020" w:type="dxa"/>
            <w:vAlign w:val="center"/>
          </w:tcPr>
          <w:p w14:paraId="3234638A" w14:textId="77777777" w:rsidR="00446222" w:rsidRDefault="00000000">
            <w:pPr>
              <w:spacing w:after="0" w:line="252" w:lineRule="auto"/>
              <w:jc w:val="center"/>
            </w:pPr>
            <w:r>
              <w:rPr>
                <w:sz w:val="18"/>
              </w:rPr>
              <w:t>0.0023</w:t>
            </w:r>
          </w:p>
        </w:tc>
      </w:tr>
      <w:tr w:rsidR="00446222" w14:paraId="7A3C6634" w14:textId="77777777">
        <w:trPr>
          <w:cantSplit/>
          <w:jc w:val="center"/>
        </w:trPr>
        <w:tc>
          <w:tcPr>
            <w:tcW w:w="794" w:type="dxa"/>
            <w:vAlign w:val="center"/>
          </w:tcPr>
          <w:p w14:paraId="6158D988" w14:textId="77777777" w:rsidR="00446222" w:rsidRDefault="00000000">
            <w:pPr>
              <w:spacing w:after="0" w:line="252" w:lineRule="auto"/>
            </w:pPr>
            <w:r>
              <w:rPr>
                <w:sz w:val="18"/>
              </w:rPr>
              <w:t>S15</w:t>
            </w:r>
          </w:p>
        </w:tc>
        <w:tc>
          <w:tcPr>
            <w:tcW w:w="3969" w:type="dxa"/>
            <w:vAlign w:val="center"/>
          </w:tcPr>
          <w:p w14:paraId="289E1125" w14:textId="77777777" w:rsidR="00446222" w:rsidRDefault="00000000">
            <w:pPr>
              <w:spacing w:after="0" w:line="252" w:lineRule="auto"/>
            </w:pPr>
            <w:r>
              <w:rPr>
                <w:sz w:val="18"/>
              </w:rPr>
              <w:t>ordinal frequency only</w:t>
            </w:r>
          </w:p>
        </w:tc>
        <w:tc>
          <w:tcPr>
            <w:tcW w:w="737" w:type="dxa"/>
            <w:vAlign w:val="center"/>
          </w:tcPr>
          <w:p w14:paraId="53049101" w14:textId="77777777" w:rsidR="00446222" w:rsidRDefault="00000000">
            <w:pPr>
              <w:spacing w:after="0" w:line="252" w:lineRule="auto"/>
              <w:jc w:val="center"/>
            </w:pPr>
            <w:r>
              <w:rPr>
                <w:sz w:val="18"/>
              </w:rPr>
              <w:t>145</w:t>
            </w:r>
          </w:p>
        </w:tc>
        <w:tc>
          <w:tcPr>
            <w:tcW w:w="1247" w:type="dxa"/>
            <w:vAlign w:val="center"/>
          </w:tcPr>
          <w:p w14:paraId="713BC806" w14:textId="77777777" w:rsidR="00446222" w:rsidRDefault="00000000">
            <w:pPr>
              <w:spacing w:after="0" w:line="252" w:lineRule="auto"/>
              <w:jc w:val="center"/>
            </w:pPr>
            <w:r>
              <w:rPr>
                <w:sz w:val="18"/>
              </w:rPr>
              <w:t>83 / 62</w:t>
            </w:r>
          </w:p>
        </w:tc>
        <w:tc>
          <w:tcPr>
            <w:tcW w:w="1871" w:type="dxa"/>
            <w:vAlign w:val="center"/>
          </w:tcPr>
          <w:p w14:paraId="1D758744" w14:textId="26E191F4" w:rsidR="00446222" w:rsidRDefault="00000000">
            <w:pPr>
              <w:spacing w:after="0" w:line="252" w:lineRule="auto"/>
              <w:jc w:val="center"/>
            </w:pPr>
            <w:r>
              <w:rPr>
                <w:sz w:val="18"/>
              </w:rPr>
              <w:t>0.64 (0.42</w:t>
            </w:r>
            <w:r w:rsidR="00A142B2">
              <w:rPr>
                <w:sz w:val="18"/>
              </w:rPr>
              <w:t>-</w:t>
            </w:r>
            <w:r>
              <w:rPr>
                <w:sz w:val="18"/>
              </w:rPr>
              <w:t>0.93)</w:t>
            </w:r>
          </w:p>
        </w:tc>
        <w:tc>
          <w:tcPr>
            <w:tcW w:w="1020" w:type="dxa"/>
            <w:vAlign w:val="center"/>
          </w:tcPr>
          <w:p w14:paraId="40D3038F" w14:textId="77777777" w:rsidR="00446222" w:rsidRDefault="00000000">
            <w:pPr>
              <w:spacing w:after="0" w:line="252" w:lineRule="auto"/>
              <w:jc w:val="center"/>
            </w:pPr>
            <w:r>
              <w:rPr>
                <w:sz w:val="18"/>
              </w:rPr>
              <w:t>0.0201</w:t>
            </w:r>
          </w:p>
        </w:tc>
      </w:tr>
      <w:tr w:rsidR="00446222" w14:paraId="173B43A4" w14:textId="77777777">
        <w:trPr>
          <w:cantSplit/>
          <w:jc w:val="center"/>
        </w:trPr>
        <w:tc>
          <w:tcPr>
            <w:tcW w:w="794" w:type="dxa"/>
            <w:vAlign w:val="center"/>
          </w:tcPr>
          <w:p w14:paraId="7A29D040" w14:textId="77777777" w:rsidR="00446222" w:rsidRDefault="00000000">
            <w:pPr>
              <w:keepNext/>
              <w:spacing w:after="0" w:line="252" w:lineRule="auto"/>
            </w:pPr>
            <w:r>
              <w:rPr>
                <w:sz w:val="18"/>
              </w:rPr>
              <w:t>S16</w:t>
            </w:r>
          </w:p>
        </w:tc>
        <w:tc>
          <w:tcPr>
            <w:tcW w:w="3969" w:type="dxa"/>
            <w:vAlign w:val="center"/>
          </w:tcPr>
          <w:p w14:paraId="31270EBA" w14:textId="77777777" w:rsidR="00446222" w:rsidRDefault="00000000">
            <w:pPr>
              <w:keepNext/>
              <w:spacing w:after="0" w:line="252" w:lineRule="auto"/>
            </w:pPr>
            <w:r>
              <w:rPr>
                <w:sz w:val="18"/>
              </w:rPr>
              <w:t>highest category 3/day × portion</w:t>
            </w:r>
          </w:p>
        </w:tc>
        <w:tc>
          <w:tcPr>
            <w:tcW w:w="737" w:type="dxa"/>
            <w:vAlign w:val="center"/>
          </w:tcPr>
          <w:p w14:paraId="426CC991" w14:textId="77777777" w:rsidR="00446222" w:rsidRDefault="00000000">
            <w:pPr>
              <w:keepNext/>
              <w:spacing w:after="0" w:line="252" w:lineRule="auto"/>
              <w:jc w:val="center"/>
            </w:pPr>
            <w:r>
              <w:rPr>
                <w:sz w:val="18"/>
              </w:rPr>
              <w:t>145</w:t>
            </w:r>
          </w:p>
        </w:tc>
        <w:tc>
          <w:tcPr>
            <w:tcW w:w="1247" w:type="dxa"/>
            <w:vAlign w:val="center"/>
          </w:tcPr>
          <w:p w14:paraId="627D8AE7" w14:textId="77777777" w:rsidR="00446222" w:rsidRDefault="00000000">
            <w:pPr>
              <w:keepNext/>
              <w:spacing w:after="0" w:line="252" w:lineRule="auto"/>
              <w:jc w:val="center"/>
            </w:pPr>
            <w:r>
              <w:rPr>
                <w:sz w:val="18"/>
              </w:rPr>
              <w:t>83 / 62</w:t>
            </w:r>
          </w:p>
        </w:tc>
        <w:tc>
          <w:tcPr>
            <w:tcW w:w="1871" w:type="dxa"/>
            <w:vAlign w:val="center"/>
          </w:tcPr>
          <w:p w14:paraId="0546A7D9" w14:textId="002956DA" w:rsidR="00446222" w:rsidRDefault="00000000">
            <w:pPr>
              <w:keepNext/>
              <w:spacing w:after="0" w:line="252" w:lineRule="auto"/>
              <w:jc w:val="center"/>
            </w:pPr>
            <w:r>
              <w:rPr>
                <w:sz w:val="18"/>
              </w:rPr>
              <w:t>0.48 (0.23</w:t>
            </w:r>
            <w:r w:rsidR="00A142B2">
              <w:rPr>
                <w:sz w:val="18"/>
              </w:rPr>
              <w:t>-</w:t>
            </w:r>
            <w:r>
              <w:rPr>
                <w:sz w:val="18"/>
              </w:rPr>
              <w:t>0.85)</w:t>
            </w:r>
          </w:p>
        </w:tc>
        <w:tc>
          <w:tcPr>
            <w:tcW w:w="1020" w:type="dxa"/>
            <w:vAlign w:val="center"/>
          </w:tcPr>
          <w:p w14:paraId="02A1E0D7" w14:textId="77777777" w:rsidR="00446222" w:rsidRDefault="00000000">
            <w:pPr>
              <w:keepNext/>
              <w:spacing w:after="0" w:line="252" w:lineRule="auto"/>
              <w:jc w:val="center"/>
            </w:pPr>
            <w:r>
              <w:rPr>
                <w:sz w:val="18"/>
              </w:rPr>
              <w:t>0.0084</w:t>
            </w:r>
          </w:p>
        </w:tc>
      </w:tr>
    </w:tbl>
    <w:p w14:paraId="579EB283" w14:textId="516C7D64" w:rsidR="00446222" w:rsidRDefault="00000000" w:rsidP="0047469F">
      <w:pPr>
        <w:keepLines/>
        <w:spacing w:after="140" w:line="252" w:lineRule="auto"/>
        <w:jc w:val="both"/>
      </w:pPr>
      <w:r>
        <w:rPr>
          <w:sz w:val="18"/>
        </w:rPr>
        <w:t>ᵃ P values are not multiplicity-adjusted. CIs are pointwise profile penalised-likelihood intervals. Model definitions and units follow Table S14. S10, S11 and S13</w:t>
      </w:r>
      <w:r w:rsidR="00A142B2">
        <w:rPr>
          <w:sz w:val="18"/>
        </w:rPr>
        <w:t>-</w:t>
      </w:r>
      <w:r>
        <w:rPr>
          <w:sz w:val="18"/>
        </w:rPr>
        <w:t>S16 re-estimate six aligned components under alternative representations; low congruence can indicate a different exposure mixture. All other rows retain the primary score scale. These related analyses are not independent replications.</w:t>
      </w:r>
    </w:p>
    <w:p w14:paraId="0B0A6051" w14:textId="77777777" w:rsidR="00446222" w:rsidRDefault="00000000">
      <w:pPr>
        <w:keepNext/>
        <w:spacing w:after="60" w:line="240" w:lineRule="auto"/>
        <w:jc w:val="center"/>
      </w:pPr>
      <w:r>
        <w:rPr>
          <w:noProof/>
        </w:rPr>
        <w:drawing>
          <wp:inline distT="0" distB="0" distL="0" distR="0" wp14:anchorId="633B1CEA" wp14:editId="1428C749">
            <wp:extent cx="5760000" cy="5863318"/>
            <wp:effectExtent l="0" t="0" r="6350" b="4445"/>
            <wp:docPr id="13" name="Figure_S13" descr="Figure 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3.png"/>
                    <pic:cNvPicPr/>
                  </pic:nvPicPr>
                  <pic:blipFill>
                    <a:blip r:embed="rId35">
                      <a:extLst>
                        <a:ext uri="{BEBA8EAE-BF5A-486C-A8C5-ECC9F3942E4B}">
                          <a14:imgProps xmlns:a14="http://schemas.microsoft.com/office/drawing/2010/main">
                            <a14:imgLayer r:embed="rId36">
                              <a14:imgEffect>
                                <a14:sharpenSoften amount="50000"/>
                              </a14:imgEffect>
                            </a14:imgLayer>
                          </a14:imgProps>
                        </a:ext>
                      </a:extLst>
                    </a:blip>
                    <a:stretch>
                      <a:fillRect/>
                    </a:stretch>
                  </pic:blipFill>
                  <pic:spPr>
                    <a:xfrm>
                      <a:off x="0" y="0"/>
                      <a:ext cx="5760000" cy="5863318"/>
                    </a:xfrm>
                    <a:prstGeom prst="rect">
                      <a:avLst/>
                    </a:prstGeom>
                  </pic:spPr>
                </pic:pic>
              </a:graphicData>
            </a:graphic>
          </wp:inline>
        </w:drawing>
      </w:r>
    </w:p>
    <w:p w14:paraId="281DC5BD" w14:textId="77777777" w:rsidR="00446222" w:rsidRDefault="00000000" w:rsidP="0047469F">
      <w:pPr>
        <w:pStyle w:val="Caption"/>
        <w:keepLines/>
        <w:jc w:val="both"/>
      </w:pPr>
      <w:r>
        <w:rPr>
          <w:b/>
        </w:rPr>
        <w:t xml:space="preserve">Figure S13. </w:t>
      </w:r>
      <w:r>
        <w:t>Population and covariate sensitivity analyses for FP03. Seafood and oils. The main result and population/covariate comparisons are displayed on a logarithmic odds-ratio scale. Each point and line is a Firth estimate and pointwise 95% profile interval. The fixed primary scoring basis is retained. S12 excludes constant-frequency profiles; no influence-based participant deletion was used. Corresponding estimates are in Table S17.</w:t>
      </w:r>
    </w:p>
    <w:p w14:paraId="0900999A" w14:textId="77777777" w:rsidR="00446222" w:rsidRDefault="00000000">
      <w:pPr>
        <w:keepNext/>
        <w:spacing w:after="60" w:line="240" w:lineRule="auto"/>
        <w:jc w:val="center"/>
      </w:pPr>
      <w:r>
        <w:rPr>
          <w:noProof/>
        </w:rPr>
        <w:lastRenderedPageBreak/>
        <w:drawing>
          <wp:inline distT="0" distB="0" distL="0" distR="0" wp14:anchorId="0A0E7CFB" wp14:editId="0B4EDDDF">
            <wp:extent cx="5940000" cy="4892287"/>
            <wp:effectExtent l="0" t="0" r="3810" b="0"/>
            <wp:docPr id="14" name="Figure_S14" descr="Figure 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4.png"/>
                    <pic:cNvPicPr/>
                  </pic:nvPicPr>
                  <pic:blipFill>
                    <a:blip r:embed="rId37">
                      <a:extLst>
                        <a:ext uri="{BEBA8EAE-BF5A-486C-A8C5-ECC9F3942E4B}">
                          <a14:imgProps xmlns:a14="http://schemas.microsoft.com/office/drawing/2010/main">
                            <a14:imgLayer r:embed="rId38">
                              <a14:imgEffect>
                                <a14:sharpenSoften amount="50000"/>
                              </a14:imgEffect>
                            </a14:imgLayer>
                          </a14:imgProps>
                        </a:ext>
                      </a:extLst>
                    </a:blip>
                    <a:stretch>
                      <a:fillRect/>
                    </a:stretch>
                  </pic:blipFill>
                  <pic:spPr>
                    <a:xfrm>
                      <a:off x="0" y="0"/>
                      <a:ext cx="5940000" cy="4892287"/>
                    </a:xfrm>
                    <a:prstGeom prst="rect">
                      <a:avLst/>
                    </a:prstGeom>
                  </pic:spPr>
                </pic:pic>
              </a:graphicData>
            </a:graphic>
          </wp:inline>
        </w:drawing>
      </w:r>
    </w:p>
    <w:p w14:paraId="77114E42" w14:textId="77777777" w:rsidR="00446222" w:rsidRDefault="00000000" w:rsidP="0047469F">
      <w:pPr>
        <w:pStyle w:val="Caption"/>
        <w:keepLines/>
        <w:jc w:val="both"/>
      </w:pPr>
      <w:r>
        <w:rPr>
          <w:b/>
        </w:rPr>
        <w:t xml:space="preserve">Figure S14. </w:t>
      </w:r>
      <w:r>
        <w:t>Measurement-representation sensitivity analyses for FP03. The main result is compared with raw-code products, ranks of the combined index, alternative frequency multipliers, weekly and ordinal frequency-only variables, and a 3/day highest-category assumption. All use the same 145 participants and six matched components, but each alternative uses its own score SD. Alignment does not guarantee identical component composition. CIs are pointwise and P values are not multiplicity-adjusted; Table S17 gives the numerical estimates.</w:t>
      </w:r>
    </w:p>
    <w:p w14:paraId="4A49AC69" w14:textId="77777777" w:rsidR="00446222" w:rsidRDefault="00000000">
      <w:pPr>
        <w:pStyle w:val="Heading1"/>
      </w:pPr>
      <w:r>
        <w:t>FP04: Garlic, ginger and turmeric</w:t>
      </w:r>
    </w:p>
    <w:p w14:paraId="07681356" w14:textId="77777777" w:rsidR="00446222" w:rsidRDefault="00000000">
      <w:pPr>
        <w:pStyle w:val="Caption"/>
        <w:keepNext/>
      </w:pPr>
      <w:r>
        <w:rPr>
          <w:b/>
        </w:rPr>
        <w:t>Table S18. FP04 main and sensitivity associations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94"/>
        <w:gridCol w:w="3969"/>
        <w:gridCol w:w="737"/>
        <w:gridCol w:w="1247"/>
        <w:gridCol w:w="1871"/>
        <w:gridCol w:w="1020"/>
      </w:tblGrid>
      <w:tr w:rsidR="00446222" w14:paraId="342093C5" w14:textId="77777777">
        <w:trPr>
          <w:cantSplit/>
          <w:tblHeader/>
          <w:jc w:val="center"/>
        </w:trPr>
        <w:tc>
          <w:tcPr>
            <w:tcW w:w="794" w:type="dxa"/>
            <w:tcBorders>
              <w:bottom w:val="single" w:sz="4" w:space="0" w:color="auto"/>
            </w:tcBorders>
            <w:vAlign w:val="center"/>
          </w:tcPr>
          <w:p w14:paraId="3EBA7FE4" w14:textId="77777777" w:rsidR="00446222" w:rsidRDefault="00000000">
            <w:pPr>
              <w:keepNext/>
              <w:spacing w:after="0" w:line="252" w:lineRule="auto"/>
            </w:pPr>
            <w:r>
              <w:rPr>
                <w:b/>
                <w:sz w:val="18"/>
              </w:rPr>
              <w:t>Model</w:t>
            </w:r>
          </w:p>
        </w:tc>
        <w:tc>
          <w:tcPr>
            <w:tcW w:w="3969" w:type="dxa"/>
            <w:tcBorders>
              <w:bottom w:val="single" w:sz="4" w:space="0" w:color="auto"/>
            </w:tcBorders>
            <w:vAlign w:val="center"/>
          </w:tcPr>
          <w:p w14:paraId="13C929C5" w14:textId="77777777" w:rsidR="00446222" w:rsidRDefault="00000000">
            <w:pPr>
              <w:keepNext/>
              <w:spacing w:after="0" w:line="252" w:lineRule="auto"/>
            </w:pPr>
            <w:r>
              <w:rPr>
                <w:b/>
                <w:sz w:val="18"/>
              </w:rPr>
              <w:t>Specification</w:t>
            </w:r>
          </w:p>
        </w:tc>
        <w:tc>
          <w:tcPr>
            <w:tcW w:w="737" w:type="dxa"/>
            <w:tcBorders>
              <w:bottom w:val="single" w:sz="4" w:space="0" w:color="auto"/>
            </w:tcBorders>
            <w:vAlign w:val="center"/>
          </w:tcPr>
          <w:p w14:paraId="2754192C" w14:textId="77777777" w:rsidR="00446222" w:rsidRDefault="00000000">
            <w:pPr>
              <w:keepNext/>
              <w:spacing w:after="0" w:line="252" w:lineRule="auto"/>
              <w:jc w:val="center"/>
            </w:pPr>
            <w:r>
              <w:rPr>
                <w:b/>
                <w:sz w:val="18"/>
              </w:rPr>
              <w:t>N</w:t>
            </w:r>
          </w:p>
        </w:tc>
        <w:tc>
          <w:tcPr>
            <w:tcW w:w="1247" w:type="dxa"/>
            <w:tcBorders>
              <w:bottom w:val="single" w:sz="4" w:space="0" w:color="auto"/>
            </w:tcBorders>
            <w:vAlign w:val="center"/>
          </w:tcPr>
          <w:p w14:paraId="60568613" w14:textId="77777777" w:rsidR="00446222" w:rsidRDefault="00000000">
            <w:pPr>
              <w:keepNext/>
              <w:spacing w:after="0" w:line="252" w:lineRule="auto"/>
              <w:jc w:val="center"/>
            </w:pPr>
            <w:r>
              <w:rPr>
                <w:b/>
                <w:sz w:val="18"/>
              </w:rPr>
              <w:t>Controls /</w:t>
            </w:r>
            <w:r>
              <w:rPr>
                <w:b/>
                <w:sz w:val="18"/>
              </w:rPr>
              <w:br/>
              <w:t>cases</w:t>
            </w:r>
          </w:p>
        </w:tc>
        <w:tc>
          <w:tcPr>
            <w:tcW w:w="1871" w:type="dxa"/>
            <w:tcBorders>
              <w:bottom w:val="single" w:sz="4" w:space="0" w:color="auto"/>
            </w:tcBorders>
            <w:vAlign w:val="center"/>
          </w:tcPr>
          <w:p w14:paraId="72625F9D" w14:textId="77777777" w:rsidR="00446222" w:rsidRDefault="00000000">
            <w:pPr>
              <w:keepNext/>
              <w:spacing w:after="0" w:line="252" w:lineRule="auto"/>
              <w:jc w:val="center"/>
            </w:pPr>
            <w:r>
              <w:rPr>
                <w:b/>
                <w:sz w:val="18"/>
              </w:rPr>
              <w:t>OR (95% CI)</w:t>
            </w:r>
          </w:p>
        </w:tc>
        <w:tc>
          <w:tcPr>
            <w:tcW w:w="1020" w:type="dxa"/>
            <w:tcBorders>
              <w:bottom w:val="single" w:sz="4" w:space="0" w:color="auto"/>
            </w:tcBorders>
            <w:vAlign w:val="center"/>
          </w:tcPr>
          <w:p w14:paraId="42FB0CA3" w14:textId="77777777" w:rsidR="00446222" w:rsidRDefault="00000000">
            <w:pPr>
              <w:keepNext/>
              <w:spacing w:after="0" w:line="252" w:lineRule="auto"/>
              <w:jc w:val="center"/>
            </w:pPr>
            <w:r>
              <w:rPr>
                <w:b/>
                <w:sz w:val="18"/>
              </w:rPr>
              <w:t>Pᵃ</w:t>
            </w:r>
          </w:p>
        </w:tc>
      </w:tr>
      <w:tr w:rsidR="00446222" w14:paraId="2771133E" w14:textId="77777777">
        <w:trPr>
          <w:cantSplit/>
          <w:jc w:val="center"/>
        </w:trPr>
        <w:tc>
          <w:tcPr>
            <w:tcW w:w="794" w:type="dxa"/>
            <w:vAlign w:val="center"/>
          </w:tcPr>
          <w:p w14:paraId="60D1BC23" w14:textId="77777777" w:rsidR="00446222" w:rsidRDefault="00000000">
            <w:pPr>
              <w:spacing w:after="0" w:line="252" w:lineRule="auto"/>
            </w:pPr>
            <w:r>
              <w:rPr>
                <w:sz w:val="18"/>
              </w:rPr>
              <w:t>M2</w:t>
            </w:r>
          </w:p>
        </w:tc>
        <w:tc>
          <w:tcPr>
            <w:tcW w:w="3969" w:type="dxa"/>
            <w:vAlign w:val="center"/>
          </w:tcPr>
          <w:p w14:paraId="692B872B" w14:textId="77777777" w:rsidR="00446222" w:rsidRDefault="00000000">
            <w:pPr>
              <w:spacing w:after="0" w:line="252" w:lineRule="auto"/>
            </w:pPr>
            <w:r>
              <w:rPr>
                <w:sz w:val="18"/>
              </w:rPr>
              <w:t>Main adjusted</w:t>
            </w:r>
          </w:p>
        </w:tc>
        <w:tc>
          <w:tcPr>
            <w:tcW w:w="737" w:type="dxa"/>
            <w:vAlign w:val="center"/>
          </w:tcPr>
          <w:p w14:paraId="45ED7182" w14:textId="77777777" w:rsidR="00446222" w:rsidRDefault="00000000">
            <w:pPr>
              <w:spacing w:after="0" w:line="252" w:lineRule="auto"/>
              <w:jc w:val="center"/>
            </w:pPr>
            <w:r>
              <w:rPr>
                <w:sz w:val="18"/>
              </w:rPr>
              <w:t>145</w:t>
            </w:r>
          </w:p>
        </w:tc>
        <w:tc>
          <w:tcPr>
            <w:tcW w:w="1247" w:type="dxa"/>
            <w:vAlign w:val="center"/>
          </w:tcPr>
          <w:p w14:paraId="41286FDA" w14:textId="77777777" w:rsidR="00446222" w:rsidRDefault="00000000">
            <w:pPr>
              <w:spacing w:after="0" w:line="252" w:lineRule="auto"/>
              <w:jc w:val="center"/>
            </w:pPr>
            <w:r>
              <w:rPr>
                <w:sz w:val="18"/>
              </w:rPr>
              <w:t>83 / 62</w:t>
            </w:r>
          </w:p>
        </w:tc>
        <w:tc>
          <w:tcPr>
            <w:tcW w:w="1871" w:type="dxa"/>
            <w:vAlign w:val="center"/>
          </w:tcPr>
          <w:p w14:paraId="4757E00D" w14:textId="372B8CDC" w:rsidR="00446222" w:rsidRDefault="00000000">
            <w:pPr>
              <w:spacing w:after="0" w:line="252" w:lineRule="auto"/>
              <w:jc w:val="center"/>
            </w:pPr>
            <w:r>
              <w:rPr>
                <w:sz w:val="18"/>
              </w:rPr>
              <w:t>0.28 (0.12</w:t>
            </w:r>
            <w:r w:rsidR="00A142B2">
              <w:rPr>
                <w:sz w:val="18"/>
              </w:rPr>
              <w:t>-</w:t>
            </w:r>
            <w:r>
              <w:rPr>
                <w:sz w:val="18"/>
              </w:rPr>
              <w:t>0.55)</w:t>
            </w:r>
          </w:p>
        </w:tc>
        <w:tc>
          <w:tcPr>
            <w:tcW w:w="1020" w:type="dxa"/>
            <w:vAlign w:val="center"/>
          </w:tcPr>
          <w:p w14:paraId="113B351B" w14:textId="77777777" w:rsidR="00446222" w:rsidRDefault="00000000">
            <w:pPr>
              <w:spacing w:after="0" w:line="252" w:lineRule="auto"/>
              <w:jc w:val="center"/>
            </w:pPr>
            <w:r>
              <w:rPr>
                <w:sz w:val="18"/>
              </w:rPr>
              <w:t>&lt;0.0001</w:t>
            </w:r>
          </w:p>
        </w:tc>
      </w:tr>
      <w:tr w:rsidR="00446222" w14:paraId="79499FF0" w14:textId="77777777">
        <w:trPr>
          <w:cantSplit/>
          <w:jc w:val="center"/>
        </w:trPr>
        <w:tc>
          <w:tcPr>
            <w:tcW w:w="794" w:type="dxa"/>
            <w:vAlign w:val="center"/>
          </w:tcPr>
          <w:p w14:paraId="37FC0179" w14:textId="77777777" w:rsidR="00446222" w:rsidRDefault="00000000">
            <w:pPr>
              <w:spacing w:after="0" w:line="252" w:lineRule="auto"/>
            </w:pPr>
            <w:r>
              <w:rPr>
                <w:sz w:val="18"/>
              </w:rPr>
              <w:t>S01</w:t>
            </w:r>
          </w:p>
        </w:tc>
        <w:tc>
          <w:tcPr>
            <w:tcW w:w="3969" w:type="dxa"/>
            <w:vAlign w:val="center"/>
          </w:tcPr>
          <w:p w14:paraId="59D15187" w14:textId="77777777" w:rsidR="00446222" w:rsidRDefault="00000000">
            <w:pPr>
              <w:spacing w:after="0" w:line="252" w:lineRule="auto"/>
            </w:pPr>
            <w:r>
              <w:rPr>
                <w:sz w:val="18"/>
              </w:rPr>
              <w:t>ages ≥23, no upper limit</w:t>
            </w:r>
          </w:p>
        </w:tc>
        <w:tc>
          <w:tcPr>
            <w:tcW w:w="737" w:type="dxa"/>
            <w:vAlign w:val="center"/>
          </w:tcPr>
          <w:p w14:paraId="4E318853" w14:textId="77777777" w:rsidR="00446222" w:rsidRDefault="00000000">
            <w:pPr>
              <w:spacing w:after="0" w:line="252" w:lineRule="auto"/>
              <w:jc w:val="center"/>
            </w:pPr>
            <w:r>
              <w:rPr>
                <w:sz w:val="18"/>
              </w:rPr>
              <w:t>150</w:t>
            </w:r>
          </w:p>
        </w:tc>
        <w:tc>
          <w:tcPr>
            <w:tcW w:w="1247" w:type="dxa"/>
            <w:vAlign w:val="center"/>
          </w:tcPr>
          <w:p w14:paraId="5D47C1A6" w14:textId="77777777" w:rsidR="00446222" w:rsidRDefault="00000000">
            <w:pPr>
              <w:spacing w:after="0" w:line="252" w:lineRule="auto"/>
              <w:jc w:val="center"/>
            </w:pPr>
            <w:r>
              <w:rPr>
                <w:sz w:val="18"/>
              </w:rPr>
              <w:t>83 / 67</w:t>
            </w:r>
          </w:p>
        </w:tc>
        <w:tc>
          <w:tcPr>
            <w:tcW w:w="1871" w:type="dxa"/>
            <w:vAlign w:val="center"/>
          </w:tcPr>
          <w:p w14:paraId="24DCF3EB" w14:textId="2DBB1B2D" w:rsidR="00446222" w:rsidRDefault="00000000">
            <w:pPr>
              <w:spacing w:after="0" w:line="252" w:lineRule="auto"/>
              <w:jc w:val="center"/>
            </w:pPr>
            <w:r>
              <w:rPr>
                <w:sz w:val="18"/>
              </w:rPr>
              <w:t>0.27 (0.12</w:t>
            </w:r>
            <w:r w:rsidR="00A142B2">
              <w:rPr>
                <w:sz w:val="18"/>
              </w:rPr>
              <w:t>-</w:t>
            </w:r>
            <w:r>
              <w:rPr>
                <w:sz w:val="18"/>
              </w:rPr>
              <w:t>0.54)</w:t>
            </w:r>
          </w:p>
        </w:tc>
        <w:tc>
          <w:tcPr>
            <w:tcW w:w="1020" w:type="dxa"/>
            <w:vAlign w:val="center"/>
          </w:tcPr>
          <w:p w14:paraId="4B864674" w14:textId="77777777" w:rsidR="00446222" w:rsidRDefault="00000000">
            <w:pPr>
              <w:spacing w:after="0" w:line="252" w:lineRule="auto"/>
              <w:jc w:val="center"/>
            </w:pPr>
            <w:r>
              <w:rPr>
                <w:sz w:val="18"/>
              </w:rPr>
              <w:t>&lt;0.0001</w:t>
            </w:r>
          </w:p>
        </w:tc>
      </w:tr>
      <w:tr w:rsidR="00446222" w14:paraId="6EBB104C" w14:textId="77777777">
        <w:trPr>
          <w:cantSplit/>
          <w:jc w:val="center"/>
        </w:trPr>
        <w:tc>
          <w:tcPr>
            <w:tcW w:w="794" w:type="dxa"/>
            <w:vAlign w:val="center"/>
          </w:tcPr>
          <w:p w14:paraId="1889A530" w14:textId="77777777" w:rsidR="00446222" w:rsidRDefault="00000000">
            <w:pPr>
              <w:spacing w:after="0" w:line="252" w:lineRule="auto"/>
            </w:pPr>
            <w:r>
              <w:rPr>
                <w:sz w:val="18"/>
              </w:rPr>
              <w:t>S02</w:t>
            </w:r>
          </w:p>
        </w:tc>
        <w:tc>
          <w:tcPr>
            <w:tcW w:w="3969" w:type="dxa"/>
            <w:vAlign w:val="center"/>
          </w:tcPr>
          <w:p w14:paraId="7392E499" w14:textId="77777777" w:rsidR="00446222" w:rsidRDefault="00000000">
            <w:pPr>
              <w:spacing w:after="0" w:line="252" w:lineRule="auto"/>
            </w:pPr>
            <w:r>
              <w:rPr>
                <w:sz w:val="18"/>
              </w:rPr>
              <w:t>all enrolled ages</w:t>
            </w:r>
          </w:p>
        </w:tc>
        <w:tc>
          <w:tcPr>
            <w:tcW w:w="737" w:type="dxa"/>
            <w:vAlign w:val="center"/>
          </w:tcPr>
          <w:p w14:paraId="6558AA54" w14:textId="77777777" w:rsidR="00446222" w:rsidRDefault="00000000">
            <w:pPr>
              <w:spacing w:after="0" w:line="252" w:lineRule="auto"/>
              <w:jc w:val="center"/>
            </w:pPr>
            <w:r>
              <w:rPr>
                <w:sz w:val="18"/>
              </w:rPr>
              <w:t>163</w:t>
            </w:r>
          </w:p>
        </w:tc>
        <w:tc>
          <w:tcPr>
            <w:tcW w:w="1247" w:type="dxa"/>
            <w:vAlign w:val="center"/>
          </w:tcPr>
          <w:p w14:paraId="158B562C" w14:textId="77777777" w:rsidR="00446222" w:rsidRDefault="00000000">
            <w:pPr>
              <w:spacing w:after="0" w:line="252" w:lineRule="auto"/>
              <w:jc w:val="center"/>
            </w:pPr>
            <w:r>
              <w:rPr>
                <w:sz w:val="18"/>
              </w:rPr>
              <w:t>96 / 67</w:t>
            </w:r>
          </w:p>
        </w:tc>
        <w:tc>
          <w:tcPr>
            <w:tcW w:w="1871" w:type="dxa"/>
            <w:vAlign w:val="center"/>
          </w:tcPr>
          <w:p w14:paraId="1D75A0EA" w14:textId="51F740C6" w:rsidR="00446222" w:rsidRDefault="00000000">
            <w:pPr>
              <w:spacing w:after="0" w:line="252" w:lineRule="auto"/>
              <w:jc w:val="center"/>
            </w:pPr>
            <w:r>
              <w:rPr>
                <w:sz w:val="18"/>
              </w:rPr>
              <w:t>0.26 (0.11</w:t>
            </w:r>
            <w:r w:rsidR="00A142B2">
              <w:rPr>
                <w:sz w:val="18"/>
              </w:rPr>
              <w:t>-</w:t>
            </w:r>
            <w:r>
              <w:rPr>
                <w:sz w:val="18"/>
              </w:rPr>
              <w:t>0.52)</w:t>
            </w:r>
          </w:p>
        </w:tc>
        <w:tc>
          <w:tcPr>
            <w:tcW w:w="1020" w:type="dxa"/>
            <w:vAlign w:val="center"/>
          </w:tcPr>
          <w:p w14:paraId="44AAFD0F" w14:textId="77777777" w:rsidR="00446222" w:rsidRDefault="00000000">
            <w:pPr>
              <w:spacing w:after="0" w:line="252" w:lineRule="auto"/>
              <w:jc w:val="center"/>
            </w:pPr>
            <w:r>
              <w:rPr>
                <w:sz w:val="18"/>
              </w:rPr>
              <w:t>&lt;0.0001</w:t>
            </w:r>
          </w:p>
        </w:tc>
      </w:tr>
      <w:tr w:rsidR="00446222" w14:paraId="40D5C714" w14:textId="77777777">
        <w:trPr>
          <w:cantSplit/>
          <w:jc w:val="center"/>
        </w:trPr>
        <w:tc>
          <w:tcPr>
            <w:tcW w:w="794" w:type="dxa"/>
            <w:vAlign w:val="center"/>
          </w:tcPr>
          <w:p w14:paraId="196D2A60" w14:textId="77777777" w:rsidR="00446222" w:rsidRDefault="00000000">
            <w:pPr>
              <w:spacing w:after="0" w:line="252" w:lineRule="auto"/>
            </w:pPr>
            <w:r>
              <w:rPr>
                <w:sz w:val="18"/>
              </w:rPr>
              <w:t>S03</w:t>
            </w:r>
          </w:p>
        </w:tc>
        <w:tc>
          <w:tcPr>
            <w:tcW w:w="3969" w:type="dxa"/>
            <w:vAlign w:val="center"/>
          </w:tcPr>
          <w:p w14:paraId="0BFF549C" w14:textId="77777777" w:rsidR="00446222" w:rsidRDefault="00000000">
            <w:pPr>
              <w:spacing w:after="0" w:line="252" w:lineRule="auto"/>
            </w:pPr>
            <w:r>
              <w:rPr>
                <w:sz w:val="18"/>
              </w:rPr>
              <w:t>exclude recorded students from both groups</w:t>
            </w:r>
          </w:p>
        </w:tc>
        <w:tc>
          <w:tcPr>
            <w:tcW w:w="737" w:type="dxa"/>
            <w:vAlign w:val="center"/>
          </w:tcPr>
          <w:p w14:paraId="5D5D8CD5" w14:textId="77777777" w:rsidR="00446222" w:rsidRDefault="00000000">
            <w:pPr>
              <w:spacing w:after="0" w:line="252" w:lineRule="auto"/>
              <w:jc w:val="center"/>
            </w:pPr>
            <w:r>
              <w:rPr>
                <w:sz w:val="18"/>
              </w:rPr>
              <w:t>121</w:t>
            </w:r>
          </w:p>
        </w:tc>
        <w:tc>
          <w:tcPr>
            <w:tcW w:w="1247" w:type="dxa"/>
            <w:vAlign w:val="center"/>
          </w:tcPr>
          <w:p w14:paraId="68F0AF01" w14:textId="77777777" w:rsidR="00446222" w:rsidRDefault="00000000">
            <w:pPr>
              <w:spacing w:after="0" w:line="252" w:lineRule="auto"/>
              <w:jc w:val="center"/>
            </w:pPr>
            <w:r>
              <w:rPr>
                <w:sz w:val="18"/>
              </w:rPr>
              <w:t>66 / 55</w:t>
            </w:r>
          </w:p>
        </w:tc>
        <w:tc>
          <w:tcPr>
            <w:tcW w:w="1871" w:type="dxa"/>
            <w:vAlign w:val="center"/>
          </w:tcPr>
          <w:p w14:paraId="74769B37" w14:textId="26A63E7F" w:rsidR="00446222" w:rsidRDefault="00000000">
            <w:pPr>
              <w:spacing w:after="0" w:line="252" w:lineRule="auto"/>
              <w:jc w:val="center"/>
            </w:pPr>
            <w:r>
              <w:rPr>
                <w:sz w:val="18"/>
              </w:rPr>
              <w:t>0.29 (0.12</w:t>
            </w:r>
            <w:r w:rsidR="00A142B2">
              <w:rPr>
                <w:sz w:val="18"/>
              </w:rPr>
              <w:t>-</w:t>
            </w:r>
            <w:r>
              <w:rPr>
                <w:sz w:val="18"/>
              </w:rPr>
              <w:t>0.59)</w:t>
            </w:r>
          </w:p>
        </w:tc>
        <w:tc>
          <w:tcPr>
            <w:tcW w:w="1020" w:type="dxa"/>
            <w:vAlign w:val="center"/>
          </w:tcPr>
          <w:p w14:paraId="052D95BB" w14:textId="77777777" w:rsidR="00446222" w:rsidRDefault="00000000">
            <w:pPr>
              <w:spacing w:after="0" w:line="252" w:lineRule="auto"/>
              <w:jc w:val="center"/>
            </w:pPr>
            <w:r>
              <w:rPr>
                <w:sz w:val="18"/>
              </w:rPr>
              <w:t>0.0003</w:t>
            </w:r>
          </w:p>
        </w:tc>
      </w:tr>
      <w:tr w:rsidR="00446222" w14:paraId="099538DD" w14:textId="77777777">
        <w:trPr>
          <w:cantSplit/>
          <w:jc w:val="center"/>
        </w:trPr>
        <w:tc>
          <w:tcPr>
            <w:tcW w:w="794" w:type="dxa"/>
            <w:vAlign w:val="center"/>
          </w:tcPr>
          <w:p w14:paraId="6443212E" w14:textId="77777777" w:rsidR="00446222" w:rsidRDefault="00000000">
            <w:pPr>
              <w:spacing w:after="0" w:line="252" w:lineRule="auto"/>
            </w:pPr>
            <w:r>
              <w:rPr>
                <w:sz w:val="18"/>
              </w:rPr>
              <w:t>S04</w:t>
            </w:r>
          </w:p>
        </w:tc>
        <w:tc>
          <w:tcPr>
            <w:tcW w:w="3969" w:type="dxa"/>
            <w:vAlign w:val="center"/>
          </w:tcPr>
          <w:p w14:paraId="7E5CD685" w14:textId="77777777" w:rsidR="00446222" w:rsidRDefault="00000000">
            <w:pPr>
              <w:spacing w:after="0" w:line="252" w:lineRule="auto"/>
            </w:pPr>
            <w:r>
              <w:rPr>
                <w:sz w:val="18"/>
              </w:rPr>
              <w:t>recorded student status</w:t>
            </w:r>
          </w:p>
        </w:tc>
        <w:tc>
          <w:tcPr>
            <w:tcW w:w="737" w:type="dxa"/>
            <w:vAlign w:val="center"/>
          </w:tcPr>
          <w:p w14:paraId="4A9EB356" w14:textId="77777777" w:rsidR="00446222" w:rsidRDefault="00000000">
            <w:pPr>
              <w:spacing w:after="0" w:line="252" w:lineRule="auto"/>
              <w:jc w:val="center"/>
            </w:pPr>
            <w:r>
              <w:rPr>
                <w:sz w:val="18"/>
              </w:rPr>
              <w:t>145</w:t>
            </w:r>
          </w:p>
        </w:tc>
        <w:tc>
          <w:tcPr>
            <w:tcW w:w="1247" w:type="dxa"/>
            <w:vAlign w:val="center"/>
          </w:tcPr>
          <w:p w14:paraId="4552D038" w14:textId="77777777" w:rsidR="00446222" w:rsidRDefault="00000000">
            <w:pPr>
              <w:spacing w:after="0" w:line="252" w:lineRule="auto"/>
              <w:jc w:val="center"/>
            </w:pPr>
            <w:r>
              <w:rPr>
                <w:sz w:val="18"/>
              </w:rPr>
              <w:t>83 / 62</w:t>
            </w:r>
          </w:p>
        </w:tc>
        <w:tc>
          <w:tcPr>
            <w:tcW w:w="1871" w:type="dxa"/>
            <w:vAlign w:val="center"/>
          </w:tcPr>
          <w:p w14:paraId="150AD65A" w14:textId="57040FC6" w:rsidR="00446222" w:rsidRDefault="00000000">
            <w:pPr>
              <w:spacing w:after="0" w:line="252" w:lineRule="auto"/>
              <w:jc w:val="center"/>
            </w:pPr>
            <w:r>
              <w:rPr>
                <w:sz w:val="18"/>
              </w:rPr>
              <w:t>0.24 (0.10</w:t>
            </w:r>
            <w:r w:rsidR="00A142B2">
              <w:rPr>
                <w:sz w:val="18"/>
              </w:rPr>
              <w:t>-</w:t>
            </w:r>
            <w:r>
              <w:rPr>
                <w:sz w:val="18"/>
              </w:rPr>
              <w:t>0.49)</w:t>
            </w:r>
          </w:p>
        </w:tc>
        <w:tc>
          <w:tcPr>
            <w:tcW w:w="1020" w:type="dxa"/>
            <w:vAlign w:val="center"/>
          </w:tcPr>
          <w:p w14:paraId="5BCE04A6" w14:textId="77777777" w:rsidR="00446222" w:rsidRDefault="00000000">
            <w:pPr>
              <w:spacing w:after="0" w:line="252" w:lineRule="auto"/>
              <w:jc w:val="center"/>
            </w:pPr>
            <w:r>
              <w:rPr>
                <w:sz w:val="18"/>
              </w:rPr>
              <w:t>&lt;0.0001</w:t>
            </w:r>
          </w:p>
        </w:tc>
      </w:tr>
      <w:tr w:rsidR="00446222" w14:paraId="19AED965" w14:textId="77777777">
        <w:trPr>
          <w:cantSplit/>
          <w:jc w:val="center"/>
        </w:trPr>
        <w:tc>
          <w:tcPr>
            <w:tcW w:w="794" w:type="dxa"/>
            <w:vAlign w:val="center"/>
          </w:tcPr>
          <w:p w14:paraId="3CB3209F" w14:textId="77777777" w:rsidR="00446222" w:rsidRDefault="00000000">
            <w:pPr>
              <w:spacing w:after="0" w:line="252" w:lineRule="auto"/>
            </w:pPr>
            <w:r>
              <w:rPr>
                <w:sz w:val="18"/>
              </w:rPr>
              <w:t>S05</w:t>
            </w:r>
          </w:p>
        </w:tc>
        <w:tc>
          <w:tcPr>
            <w:tcW w:w="3969" w:type="dxa"/>
            <w:vAlign w:val="center"/>
          </w:tcPr>
          <w:p w14:paraId="3EF73F4A" w14:textId="77777777" w:rsidR="00446222" w:rsidRDefault="00000000">
            <w:pPr>
              <w:spacing w:after="0" w:line="252" w:lineRule="auto"/>
            </w:pPr>
            <w:r>
              <w:rPr>
                <w:sz w:val="18"/>
              </w:rPr>
              <w:t>linear rather than spline age</w:t>
            </w:r>
          </w:p>
        </w:tc>
        <w:tc>
          <w:tcPr>
            <w:tcW w:w="737" w:type="dxa"/>
            <w:vAlign w:val="center"/>
          </w:tcPr>
          <w:p w14:paraId="2E43D752" w14:textId="77777777" w:rsidR="00446222" w:rsidRDefault="00000000">
            <w:pPr>
              <w:spacing w:after="0" w:line="252" w:lineRule="auto"/>
              <w:jc w:val="center"/>
            </w:pPr>
            <w:r>
              <w:rPr>
                <w:sz w:val="18"/>
              </w:rPr>
              <w:t>145</w:t>
            </w:r>
          </w:p>
        </w:tc>
        <w:tc>
          <w:tcPr>
            <w:tcW w:w="1247" w:type="dxa"/>
            <w:vAlign w:val="center"/>
          </w:tcPr>
          <w:p w14:paraId="7BA82BAB" w14:textId="77777777" w:rsidR="00446222" w:rsidRDefault="00000000">
            <w:pPr>
              <w:spacing w:after="0" w:line="252" w:lineRule="auto"/>
              <w:jc w:val="center"/>
            </w:pPr>
            <w:r>
              <w:rPr>
                <w:sz w:val="18"/>
              </w:rPr>
              <w:t>83 / 62</w:t>
            </w:r>
          </w:p>
        </w:tc>
        <w:tc>
          <w:tcPr>
            <w:tcW w:w="1871" w:type="dxa"/>
            <w:vAlign w:val="center"/>
          </w:tcPr>
          <w:p w14:paraId="7DA038E0" w14:textId="6B08F5DB" w:rsidR="00446222" w:rsidRDefault="00000000">
            <w:pPr>
              <w:spacing w:after="0" w:line="252" w:lineRule="auto"/>
              <w:jc w:val="center"/>
            </w:pPr>
            <w:r>
              <w:rPr>
                <w:sz w:val="18"/>
              </w:rPr>
              <w:t>0.27 (0.12</w:t>
            </w:r>
            <w:r w:rsidR="00A142B2">
              <w:rPr>
                <w:sz w:val="18"/>
              </w:rPr>
              <w:t>-</w:t>
            </w:r>
            <w:r>
              <w:rPr>
                <w:sz w:val="18"/>
              </w:rPr>
              <w:t>0.54)</w:t>
            </w:r>
          </w:p>
        </w:tc>
        <w:tc>
          <w:tcPr>
            <w:tcW w:w="1020" w:type="dxa"/>
            <w:vAlign w:val="center"/>
          </w:tcPr>
          <w:p w14:paraId="06B2F006" w14:textId="77777777" w:rsidR="00446222" w:rsidRDefault="00000000">
            <w:pPr>
              <w:spacing w:after="0" w:line="252" w:lineRule="auto"/>
              <w:jc w:val="center"/>
            </w:pPr>
            <w:r>
              <w:rPr>
                <w:sz w:val="18"/>
              </w:rPr>
              <w:t>&lt;0.0001</w:t>
            </w:r>
          </w:p>
        </w:tc>
      </w:tr>
      <w:tr w:rsidR="00446222" w14:paraId="345D6A0A" w14:textId="77777777">
        <w:trPr>
          <w:cantSplit/>
          <w:jc w:val="center"/>
        </w:trPr>
        <w:tc>
          <w:tcPr>
            <w:tcW w:w="794" w:type="dxa"/>
            <w:vAlign w:val="center"/>
          </w:tcPr>
          <w:p w14:paraId="63D6A88B" w14:textId="77777777" w:rsidR="00446222" w:rsidRDefault="00000000">
            <w:pPr>
              <w:spacing w:after="0" w:line="252" w:lineRule="auto"/>
            </w:pPr>
            <w:r>
              <w:rPr>
                <w:sz w:val="18"/>
              </w:rPr>
              <w:t>S06</w:t>
            </w:r>
          </w:p>
        </w:tc>
        <w:tc>
          <w:tcPr>
            <w:tcW w:w="3969" w:type="dxa"/>
            <w:vAlign w:val="center"/>
          </w:tcPr>
          <w:p w14:paraId="3D0CC6D2" w14:textId="651167FE" w:rsidR="00446222" w:rsidRDefault="00000000">
            <w:pPr>
              <w:spacing w:after="0" w:line="252" w:lineRule="auto"/>
            </w:pPr>
            <w:r>
              <w:rPr>
                <w:sz w:val="18"/>
              </w:rPr>
              <w:t>ages 23</w:t>
            </w:r>
            <w:r w:rsidR="00A142B2">
              <w:rPr>
                <w:sz w:val="18"/>
              </w:rPr>
              <w:t>-</w:t>
            </w:r>
            <w:r>
              <w:rPr>
                <w:sz w:val="18"/>
              </w:rPr>
              <w:t>58</w:t>
            </w:r>
          </w:p>
        </w:tc>
        <w:tc>
          <w:tcPr>
            <w:tcW w:w="737" w:type="dxa"/>
            <w:vAlign w:val="center"/>
          </w:tcPr>
          <w:p w14:paraId="2E343677" w14:textId="77777777" w:rsidR="00446222" w:rsidRDefault="00000000">
            <w:pPr>
              <w:spacing w:after="0" w:line="252" w:lineRule="auto"/>
              <w:jc w:val="center"/>
            </w:pPr>
            <w:r>
              <w:rPr>
                <w:sz w:val="18"/>
              </w:rPr>
              <w:t>135</w:t>
            </w:r>
          </w:p>
        </w:tc>
        <w:tc>
          <w:tcPr>
            <w:tcW w:w="1247" w:type="dxa"/>
            <w:vAlign w:val="center"/>
          </w:tcPr>
          <w:p w14:paraId="241A3458" w14:textId="77777777" w:rsidR="00446222" w:rsidRDefault="00000000">
            <w:pPr>
              <w:spacing w:after="0" w:line="252" w:lineRule="auto"/>
              <w:jc w:val="center"/>
            </w:pPr>
            <w:r>
              <w:rPr>
                <w:sz w:val="18"/>
              </w:rPr>
              <w:t>82 / 53</w:t>
            </w:r>
          </w:p>
        </w:tc>
        <w:tc>
          <w:tcPr>
            <w:tcW w:w="1871" w:type="dxa"/>
            <w:vAlign w:val="center"/>
          </w:tcPr>
          <w:p w14:paraId="1C56E7E4" w14:textId="0EBB0191" w:rsidR="00446222" w:rsidRDefault="00000000">
            <w:pPr>
              <w:spacing w:after="0" w:line="252" w:lineRule="auto"/>
              <w:jc w:val="center"/>
            </w:pPr>
            <w:r>
              <w:rPr>
                <w:sz w:val="18"/>
              </w:rPr>
              <w:t>0.26 (0.11</w:t>
            </w:r>
            <w:r w:rsidR="00A142B2">
              <w:rPr>
                <w:sz w:val="18"/>
              </w:rPr>
              <w:t>-</w:t>
            </w:r>
            <w:r>
              <w:rPr>
                <w:sz w:val="18"/>
              </w:rPr>
              <w:t>0.53)</w:t>
            </w:r>
          </w:p>
        </w:tc>
        <w:tc>
          <w:tcPr>
            <w:tcW w:w="1020" w:type="dxa"/>
            <w:vAlign w:val="center"/>
          </w:tcPr>
          <w:p w14:paraId="4D0ADA16" w14:textId="77777777" w:rsidR="00446222" w:rsidRDefault="00000000">
            <w:pPr>
              <w:spacing w:after="0" w:line="252" w:lineRule="auto"/>
              <w:jc w:val="center"/>
            </w:pPr>
            <w:r>
              <w:rPr>
                <w:sz w:val="18"/>
              </w:rPr>
              <w:t>&lt;0.0001</w:t>
            </w:r>
          </w:p>
        </w:tc>
      </w:tr>
      <w:tr w:rsidR="00446222" w14:paraId="3B144131" w14:textId="77777777">
        <w:trPr>
          <w:cantSplit/>
          <w:jc w:val="center"/>
        </w:trPr>
        <w:tc>
          <w:tcPr>
            <w:tcW w:w="794" w:type="dxa"/>
            <w:vAlign w:val="center"/>
          </w:tcPr>
          <w:p w14:paraId="7EB9D89F" w14:textId="77777777" w:rsidR="00446222" w:rsidRDefault="00000000">
            <w:pPr>
              <w:spacing w:after="0" w:line="252" w:lineRule="auto"/>
            </w:pPr>
            <w:r>
              <w:rPr>
                <w:sz w:val="18"/>
              </w:rPr>
              <w:t>S07</w:t>
            </w:r>
          </w:p>
        </w:tc>
        <w:tc>
          <w:tcPr>
            <w:tcW w:w="3969" w:type="dxa"/>
            <w:vAlign w:val="center"/>
          </w:tcPr>
          <w:p w14:paraId="3AB8478B" w14:textId="77777777" w:rsidR="00446222" w:rsidRDefault="00000000">
            <w:pPr>
              <w:spacing w:after="0" w:line="252" w:lineRule="auto"/>
            </w:pPr>
            <w:r>
              <w:rPr>
                <w:sz w:val="18"/>
              </w:rPr>
              <w:t>recorded BMI</w:t>
            </w:r>
          </w:p>
        </w:tc>
        <w:tc>
          <w:tcPr>
            <w:tcW w:w="737" w:type="dxa"/>
            <w:vAlign w:val="center"/>
          </w:tcPr>
          <w:p w14:paraId="4A9D7C08" w14:textId="77777777" w:rsidR="00446222" w:rsidRDefault="00000000">
            <w:pPr>
              <w:spacing w:after="0" w:line="252" w:lineRule="auto"/>
              <w:jc w:val="center"/>
            </w:pPr>
            <w:r>
              <w:rPr>
                <w:sz w:val="18"/>
              </w:rPr>
              <w:t>145</w:t>
            </w:r>
          </w:p>
        </w:tc>
        <w:tc>
          <w:tcPr>
            <w:tcW w:w="1247" w:type="dxa"/>
            <w:vAlign w:val="center"/>
          </w:tcPr>
          <w:p w14:paraId="16AC2543" w14:textId="77777777" w:rsidR="00446222" w:rsidRDefault="00000000">
            <w:pPr>
              <w:spacing w:after="0" w:line="252" w:lineRule="auto"/>
              <w:jc w:val="center"/>
            </w:pPr>
            <w:r>
              <w:rPr>
                <w:sz w:val="18"/>
              </w:rPr>
              <w:t>83 / 62</w:t>
            </w:r>
          </w:p>
        </w:tc>
        <w:tc>
          <w:tcPr>
            <w:tcW w:w="1871" w:type="dxa"/>
            <w:vAlign w:val="center"/>
          </w:tcPr>
          <w:p w14:paraId="651E3376" w14:textId="65177BA5" w:rsidR="00446222" w:rsidRDefault="00000000">
            <w:pPr>
              <w:spacing w:after="0" w:line="252" w:lineRule="auto"/>
              <w:jc w:val="center"/>
            </w:pPr>
            <w:r>
              <w:rPr>
                <w:sz w:val="18"/>
              </w:rPr>
              <w:t>0.29 (0.13</w:t>
            </w:r>
            <w:r w:rsidR="00A142B2">
              <w:rPr>
                <w:sz w:val="18"/>
              </w:rPr>
              <w:t>-</w:t>
            </w:r>
            <w:r>
              <w:rPr>
                <w:sz w:val="18"/>
              </w:rPr>
              <w:t>0.57)</w:t>
            </w:r>
          </w:p>
        </w:tc>
        <w:tc>
          <w:tcPr>
            <w:tcW w:w="1020" w:type="dxa"/>
            <w:vAlign w:val="center"/>
          </w:tcPr>
          <w:p w14:paraId="52A91194" w14:textId="77777777" w:rsidR="00446222" w:rsidRDefault="00000000">
            <w:pPr>
              <w:spacing w:after="0" w:line="252" w:lineRule="auto"/>
              <w:jc w:val="center"/>
            </w:pPr>
            <w:r>
              <w:rPr>
                <w:sz w:val="18"/>
              </w:rPr>
              <w:t>&lt;0.0001</w:t>
            </w:r>
          </w:p>
        </w:tc>
      </w:tr>
      <w:tr w:rsidR="00446222" w14:paraId="519DCE34" w14:textId="77777777">
        <w:trPr>
          <w:cantSplit/>
          <w:jc w:val="center"/>
        </w:trPr>
        <w:tc>
          <w:tcPr>
            <w:tcW w:w="794" w:type="dxa"/>
            <w:vAlign w:val="center"/>
          </w:tcPr>
          <w:p w14:paraId="1315DA42" w14:textId="77777777" w:rsidR="00446222" w:rsidRDefault="00000000">
            <w:pPr>
              <w:spacing w:after="0" w:line="252" w:lineRule="auto"/>
            </w:pPr>
            <w:r>
              <w:rPr>
                <w:sz w:val="18"/>
              </w:rPr>
              <w:t>S08</w:t>
            </w:r>
          </w:p>
        </w:tc>
        <w:tc>
          <w:tcPr>
            <w:tcW w:w="3969" w:type="dxa"/>
            <w:vAlign w:val="center"/>
          </w:tcPr>
          <w:p w14:paraId="4862C734" w14:textId="77777777" w:rsidR="00446222" w:rsidRDefault="00000000">
            <w:pPr>
              <w:spacing w:after="0" w:line="252" w:lineRule="auto"/>
            </w:pPr>
            <w:r>
              <w:rPr>
                <w:sz w:val="18"/>
              </w:rPr>
              <w:t>menopausal status</w:t>
            </w:r>
          </w:p>
        </w:tc>
        <w:tc>
          <w:tcPr>
            <w:tcW w:w="737" w:type="dxa"/>
            <w:vAlign w:val="center"/>
          </w:tcPr>
          <w:p w14:paraId="1080FCB2" w14:textId="77777777" w:rsidR="00446222" w:rsidRDefault="00000000">
            <w:pPr>
              <w:spacing w:after="0" w:line="252" w:lineRule="auto"/>
              <w:jc w:val="center"/>
            </w:pPr>
            <w:r>
              <w:rPr>
                <w:sz w:val="18"/>
              </w:rPr>
              <w:t>145</w:t>
            </w:r>
          </w:p>
        </w:tc>
        <w:tc>
          <w:tcPr>
            <w:tcW w:w="1247" w:type="dxa"/>
            <w:vAlign w:val="center"/>
          </w:tcPr>
          <w:p w14:paraId="3F6AF43B" w14:textId="77777777" w:rsidR="00446222" w:rsidRDefault="00000000">
            <w:pPr>
              <w:spacing w:after="0" w:line="252" w:lineRule="auto"/>
              <w:jc w:val="center"/>
            </w:pPr>
            <w:r>
              <w:rPr>
                <w:sz w:val="18"/>
              </w:rPr>
              <w:t>83 / 62</w:t>
            </w:r>
          </w:p>
        </w:tc>
        <w:tc>
          <w:tcPr>
            <w:tcW w:w="1871" w:type="dxa"/>
            <w:vAlign w:val="center"/>
          </w:tcPr>
          <w:p w14:paraId="052864C9" w14:textId="07F0EED8" w:rsidR="00446222" w:rsidRDefault="00000000">
            <w:pPr>
              <w:spacing w:after="0" w:line="252" w:lineRule="auto"/>
              <w:jc w:val="center"/>
            </w:pPr>
            <w:r>
              <w:rPr>
                <w:sz w:val="18"/>
              </w:rPr>
              <w:t>0.28 (0.12</w:t>
            </w:r>
            <w:r w:rsidR="00A142B2">
              <w:rPr>
                <w:sz w:val="18"/>
              </w:rPr>
              <w:t>-</w:t>
            </w:r>
            <w:r>
              <w:rPr>
                <w:sz w:val="18"/>
              </w:rPr>
              <w:t>0.55)</w:t>
            </w:r>
          </w:p>
        </w:tc>
        <w:tc>
          <w:tcPr>
            <w:tcW w:w="1020" w:type="dxa"/>
            <w:vAlign w:val="center"/>
          </w:tcPr>
          <w:p w14:paraId="79AF3554" w14:textId="77777777" w:rsidR="00446222" w:rsidRDefault="00000000">
            <w:pPr>
              <w:spacing w:after="0" w:line="252" w:lineRule="auto"/>
              <w:jc w:val="center"/>
            </w:pPr>
            <w:r>
              <w:rPr>
                <w:sz w:val="18"/>
              </w:rPr>
              <w:t>&lt;0.0001</w:t>
            </w:r>
          </w:p>
        </w:tc>
      </w:tr>
      <w:tr w:rsidR="00446222" w14:paraId="58ADDE44" w14:textId="77777777">
        <w:trPr>
          <w:cantSplit/>
          <w:jc w:val="center"/>
        </w:trPr>
        <w:tc>
          <w:tcPr>
            <w:tcW w:w="794" w:type="dxa"/>
            <w:vAlign w:val="center"/>
          </w:tcPr>
          <w:p w14:paraId="2DFC6FF1" w14:textId="77777777" w:rsidR="00446222" w:rsidRDefault="00000000">
            <w:pPr>
              <w:spacing w:after="0" w:line="252" w:lineRule="auto"/>
            </w:pPr>
            <w:r>
              <w:rPr>
                <w:sz w:val="18"/>
              </w:rPr>
              <w:t>S09</w:t>
            </w:r>
          </w:p>
        </w:tc>
        <w:tc>
          <w:tcPr>
            <w:tcW w:w="3969" w:type="dxa"/>
            <w:vAlign w:val="center"/>
          </w:tcPr>
          <w:p w14:paraId="485F3C3A" w14:textId="77777777" w:rsidR="00446222" w:rsidRDefault="00000000">
            <w:pPr>
              <w:spacing w:after="0" w:line="252" w:lineRule="auto"/>
            </w:pPr>
            <w:r>
              <w:rPr>
                <w:sz w:val="18"/>
              </w:rPr>
              <w:t>primary/secondary education indicators</w:t>
            </w:r>
          </w:p>
        </w:tc>
        <w:tc>
          <w:tcPr>
            <w:tcW w:w="737" w:type="dxa"/>
            <w:vAlign w:val="center"/>
          </w:tcPr>
          <w:p w14:paraId="08966872" w14:textId="77777777" w:rsidR="00446222" w:rsidRDefault="00000000">
            <w:pPr>
              <w:spacing w:after="0" w:line="252" w:lineRule="auto"/>
              <w:jc w:val="center"/>
            </w:pPr>
            <w:r>
              <w:rPr>
                <w:sz w:val="18"/>
              </w:rPr>
              <w:t>145</w:t>
            </w:r>
          </w:p>
        </w:tc>
        <w:tc>
          <w:tcPr>
            <w:tcW w:w="1247" w:type="dxa"/>
            <w:vAlign w:val="center"/>
          </w:tcPr>
          <w:p w14:paraId="0D319C0F" w14:textId="77777777" w:rsidR="00446222" w:rsidRDefault="00000000">
            <w:pPr>
              <w:spacing w:after="0" w:line="252" w:lineRule="auto"/>
              <w:jc w:val="center"/>
            </w:pPr>
            <w:r>
              <w:rPr>
                <w:sz w:val="18"/>
              </w:rPr>
              <w:t>83 / 62</w:t>
            </w:r>
          </w:p>
        </w:tc>
        <w:tc>
          <w:tcPr>
            <w:tcW w:w="1871" w:type="dxa"/>
            <w:vAlign w:val="center"/>
          </w:tcPr>
          <w:p w14:paraId="433C993B" w14:textId="343D7DD9" w:rsidR="00446222" w:rsidRDefault="00000000">
            <w:pPr>
              <w:spacing w:after="0" w:line="252" w:lineRule="auto"/>
              <w:jc w:val="center"/>
            </w:pPr>
            <w:r>
              <w:rPr>
                <w:sz w:val="18"/>
              </w:rPr>
              <w:t>0.28 (0.13</w:t>
            </w:r>
            <w:r w:rsidR="00A142B2">
              <w:rPr>
                <w:sz w:val="18"/>
              </w:rPr>
              <w:t>-</w:t>
            </w:r>
            <w:r>
              <w:rPr>
                <w:sz w:val="18"/>
              </w:rPr>
              <w:t>0.55)</w:t>
            </w:r>
          </w:p>
        </w:tc>
        <w:tc>
          <w:tcPr>
            <w:tcW w:w="1020" w:type="dxa"/>
            <w:vAlign w:val="center"/>
          </w:tcPr>
          <w:p w14:paraId="06CF459A" w14:textId="77777777" w:rsidR="00446222" w:rsidRDefault="00000000">
            <w:pPr>
              <w:spacing w:after="0" w:line="252" w:lineRule="auto"/>
              <w:jc w:val="center"/>
            </w:pPr>
            <w:r>
              <w:rPr>
                <w:sz w:val="18"/>
              </w:rPr>
              <w:t>&lt;0.0001</w:t>
            </w:r>
          </w:p>
        </w:tc>
      </w:tr>
      <w:tr w:rsidR="00446222" w14:paraId="26C2F245" w14:textId="77777777">
        <w:trPr>
          <w:cantSplit/>
          <w:jc w:val="center"/>
        </w:trPr>
        <w:tc>
          <w:tcPr>
            <w:tcW w:w="794" w:type="dxa"/>
            <w:vAlign w:val="center"/>
          </w:tcPr>
          <w:p w14:paraId="2134AED2" w14:textId="77777777" w:rsidR="00446222" w:rsidRDefault="00000000">
            <w:pPr>
              <w:spacing w:after="0" w:line="252" w:lineRule="auto"/>
            </w:pPr>
            <w:r>
              <w:rPr>
                <w:sz w:val="18"/>
              </w:rPr>
              <w:t>S10</w:t>
            </w:r>
          </w:p>
        </w:tc>
        <w:tc>
          <w:tcPr>
            <w:tcW w:w="3969" w:type="dxa"/>
            <w:vAlign w:val="center"/>
          </w:tcPr>
          <w:p w14:paraId="7D237924" w14:textId="77777777" w:rsidR="00446222" w:rsidRDefault="00000000">
            <w:pPr>
              <w:spacing w:after="0" w:line="252" w:lineRule="auto"/>
            </w:pPr>
            <w:r>
              <w:rPr>
                <w:sz w:val="18"/>
              </w:rPr>
              <w:t>raw frequency code × portion</w:t>
            </w:r>
          </w:p>
        </w:tc>
        <w:tc>
          <w:tcPr>
            <w:tcW w:w="737" w:type="dxa"/>
            <w:vAlign w:val="center"/>
          </w:tcPr>
          <w:p w14:paraId="54EB4586" w14:textId="77777777" w:rsidR="00446222" w:rsidRDefault="00000000">
            <w:pPr>
              <w:spacing w:after="0" w:line="252" w:lineRule="auto"/>
              <w:jc w:val="center"/>
            </w:pPr>
            <w:r>
              <w:rPr>
                <w:sz w:val="18"/>
              </w:rPr>
              <w:t>145</w:t>
            </w:r>
          </w:p>
        </w:tc>
        <w:tc>
          <w:tcPr>
            <w:tcW w:w="1247" w:type="dxa"/>
            <w:vAlign w:val="center"/>
          </w:tcPr>
          <w:p w14:paraId="60D711A6" w14:textId="77777777" w:rsidR="00446222" w:rsidRDefault="00000000">
            <w:pPr>
              <w:spacing w:after="0" w:line="252" w:lineRule="auto"/>
              <w:jc w:val="center"/>
            </w:pPr>
            <w:r>
              <w:rPr>
                <w:sz w:val="18"/>
              </w:rPr>
              <w:t>83 / 62</w:t>
            </w:r>
          </w:p>
        </w:tc>
        <w:tc>
          <w:tcPr>
            <w:tcW w:w="1871" w:type="dxa"/>
            <w:vAlign w:val="center"/>
          </w:tcPr>
          <w:p w14:paraId="35CD03B1" w14:textId="3738A1CB" w:rsidR="00446222" w:rsidRDefault="00000000">
            <w:pPr>
              <w:spacing w:after="0" w:line="252" w:lineRule="auto"/>
              <w:jc w:val="center"/>
            </w:pPr>
            <w:r>
              <w:rPr>
                <w:sz w:val="18"/>
              </w:rPr>
              <w:t>0.49 (0.29</w:t>
            </w:r>
            <w:r w:rsidR="00A142B2">
              <w:rPr>
                <w:sz w:val="18"/>
              </w:rPr>
              <w:t>-</w:t>
            </w:r>
            <w:r>
              <w:rPr>
                <w:sz w:val="18"/>
              </w:rPr>
              <w:t>0.78)</w:t>
            </w:r>
          </w:p>
        </w:tc>
        <w:tc>
          <w:tcPr>
            <w:tcW w:w="1020" w:type="dxa"/>
            <w:vAlign w:val="center"/>
          </w:tcPr>
          <w:p w14:paraId="151376D8" w14:textId="77777777" w:rsidR="00446222" w:rsidRDefault="00000000">
            <w:pPr>
              <w:spacing w:after="0" w:line="252" w:lineRule="auto"/>
              <w:jc w:val="center"/>
            </w:pPr>
            <w:r>
              <w:rPr>
                <w:sz w:val="18"/>
              </w:rPr>
              <w:t>0.0016</w:t>
            </w:r>
          </w:p>
        </w:tc>
      </w:tr>
      <w:tr w:rsidR="00446222" w14:paraId="01DF7AE1" w14:textId="77777777">
        <w:trPr>
          <w:cantSplit/>
          <w:jc w:val="center"/>
        </w:trPr>
        <w:tc>
          <w:tcPr>
            <w:tcW w:w="794" w:type="dxa"/>
            <w:vAlign w:val="center"/>
          </w:tcPr>
          <w:p w14:paraId="1FD50494" w14:textId="77777777" w:rsidR="00446222" w:rsidRDefault="00000000">
            <w:pPr>
              <w:spacing w:after="0" w:line="252" w:lineRule="auto"/>
            </w:pPr>
            <w:r>
              <w:rPr>
                <w:sz w:val="18"/>
              </w:rPr>
              <w:t>S11</w:t>
            </w:r>
          </w:p>
        </w:tc>
        <w:tc>
          <w:tcPr>
            <w:tcW w:w="3969" w:type="dxa"/>
            <w:vAlign w:val="center"/>
          </w:tcPr>
          <w:p w14:paraId="4A1D6E7E" w14:textId="77777777" w:rsidR="00446222" w:rsidRDefault="00000000">
            <w:pPr>
              <w:spacing w:after="0" w:line="252" w:lineRule="auto"/>
            </w:pPr>
            <w:r>
              <w:rPr>
                <w:sz w:val="18"/>
              </w:rPr>
              <w:t>ranks of combined indices</w:t>
            </w:r>
          </w:p>
        </w:tc>
        <w:tc>
          <w:tcPr>
            <w:tcW w:w="737" w:type="dxa"/>
            <w:vAlign w:val="center"/>
          </w:tcPr>
          <w:p w14:paraId="6624B19C" w14:textId="77777777" w:rsidR="00446222" w:rsidRDefault="00000000">
            <w:pPr>
              <w:spacing w:after="0" w:line="252" w:lineRule="auto"/>
              <w:jc w:val="center"/>
            </w:pPr>
            <w:r>
              <w:rPr>
                <w:sz w:val="18"/>
              </w:rPr>
              <w:t>145</w:t>
            </w:r>
          </w:p>
        </w:tc>
        <w:tc>
          <w:tcPr>
            <w:tcW w:w="1247" w:type="dxa"/>
            <w:vAlign w:val="center"/>
          </w:tcPr>
          <w:p w14:paraId="28BEA5B5" w14:textId="77777777" w:rsidR="00446222" w:rsidRDefault="00000000">
            <w:pPr>
              <w:spacing w:after="0" w:line="252" w:lineRule="auto"/>
              <w:jc w:val="center"/>
            </w:pPr>
            <w:r>
              <w:rPr>
                <w:sz w:val="18"/>
              </w:rPr>
              <w:t>83 / 62</w:t>
            </w:r>
          </w:p>
        </w:tc>
        <w:tc>
          <w:tcPr>
            <w:tcW w:w="1871" w:type="dxa"/>
            <w:vAlign w:val="center"/>
          </w:tcPr>
          <w:p w14:paraId="34E7EA25" w14:textId="2822C31C" w:rsidR="00446222" w:rsidRDefault="00000000">
            <w:pPr>
              <w:spacing w:after="0" w:line="252" w:lineRule="auto"/>
              <w:jc w:val="center"/>
            </w:pPr>
            <w:r>
              <w:rPr>
                <w:sz w:val="18"/>
              </w:rPr>
              <w:t>0.46 (0.29</w:t>
            </w:r>
            <w:r w:rsidR="00A142B2">
              <w:rPr>
                <w:sz w:val="18"/>
              </w:rPr>
              <w:t>-</w:t>
            </w:r>
            <w:r>
              <w:rPr>
                <w:sz w:val="18"/>
              </w:rPr>
              <w:t>0.69)</w:t>
            </w:r>
          </w:p>
        </w:tc>
        <w:tc>
          <w:tcPr>
            <w:tcW w:w="1020" w:type="dxa"/>
            <w:vAlign w:val="center"/>
          </w:tcPr>
          <w:p w14:paraId="400E5BAB" w14:textId="77777777" w:rsidR="00446222" w:rsidRDefault="00000000">
            <w:pPr>
              <w:spacing w:after="0" w:line="252" w:lineRule="auto"/>
              <w:jc w:val="center"/>
            </w:pPr>
            <w:r>
              <w:rPr>
                <w:sz w:val="18"/>
              </w:rPr>
              <w:t>0.0001</w:t>
            </w:r>
          </w:p>
        </w:tc>
      </w:tr>
      <w:tr w:rsidR="00446222" w14:paraId="32A1688A" w14:textId="77777777">
        <w:trPr>
          <w:cantSplit/>
          <w:jc w:val="center"/>
        </w:trPr>
        <w:tc>
          <w:tcPr>
            <w:tcW w:w="794" w:type="dxa"/>
            <w:vAlign w:val="center"/>
          </w:tcPr>
          <w:p w14:paraId="7579AF59" w14:textId="77777777" w:rsidR="00446222" w:rsidRDefault="00000000">
            <w:pPr>
              <w:spacing w:after="0" w:line="252" w:lineRule="auto"/>
            </w:pPr>
            <w:r>
              <w:rPr>
                <w:sz w:val="18"/>
              </w:rPr>
              <w:t>S12</w:t>
            </w:r>
          </w:p>
        </w:tc>
        <w:tc>
          <w:tcPr>
            <w:tcW w:w="3969" w:type="dxa"/>
            <w:vAlign w:val="center"/>
          </w:tcPr>
          <w:p w14:paraId="5848F094" w14:textId="77777777" w:rsidR="00446222" w:rsidRDefault="00000000">
            <w:pPr>
              <w:spacing w:after="0" w:line="252" w:lineRule="auto"/>
            </w:pPr>
            <w:r>
              <w:rPr>
                <w:sz w:val="18"/>
              </w:rPr>
              <w:t>exclude constant-frequency profiles</w:t>
            </w:r>
          </w:p>
        </w:tc>
        <w:tc>
          <w:tcPr>
            <w:tcW w:w="737" w:type="dxa"/>
            <w:vAlign w:val="center"/>
          </w:tcPr>
          <w:p w14:paraId="0142494B" w14:textId="77777777" w:rsidR="00446222" w:rsidRDefault="00000000">
            <w:pPr>
              <w:spacing w:after="0" w:line="252" w:lineRule="auto"/>
              <w:jc w:val="center"/>
            </w:pPr>
            <w:r>
              <w:rPr>
                <w:sz w:val="18"/>
              </w:rPr>
              <w:t>144</w:t>
            </w:r>
          </w:p>
        </w:tc>
        <w:tc>
          <w:tcPr>
            <w:tcW w:w="1247" w:type="dxa"/>
            <w:vAlign w:val="center"/>
          </w:tcPr>
          <w:p w14:paraId="67026875" w14:textId="77777777" w:rsidR="00446222" w:rsidRDefault="00000000">
            <w:pPr>
              <w:spacing w:after="0" w:line="252" w:lineRule="auto"/>
              <w:jc w:val="center"/>
            </w:pPr>
            <w:r>
              <w:rPr>
                <w:sz w:val="18"/>
              </w:rPr>
              <w:t>82 / 62</w:t>
            </w:r>
          </w:p>
        </w:tc>
        <w:tc>
          <w:tcPr>
            <w:tcW w:w="1871" w:type="dxa"/>
            <w:vAlign w:val="center"/>
          </w:tcPr>
          <w:p w14:paraId="626E42C5" w14:textId="68366609" w:rsidR="00446222" w:rsidRDefault="00000000">
            <w:pPr>
              <w:spacing w:after="0" w:line="252" w:lineRule="auto"/>
              <w:jc w:val="center"/>
            </w:pPr>
            <w:r>
              <w:rPr>
                <w:sz w:val="18"/>
              </w:rPr>
              <w:t>0.26 (0.12</w:t>
            </w:r>
            <w:r w:rsidR="00A142B2">
              <w:rPr>
                <w:sz w:val="18"/>
              </w:rPr>
              <w:t>-</w:t>
            </w:r>
            <w:r>
              <w:rPr>
                <w:sz w:val="18"/>
              </w:rPr>
              <w:t>0.53)</w:t>
            </w:r>
          </w:p>
        </w:tc>
        <w:tc>
          <w:tcPr>
            <w:tcW w:w="1020" w:type="dxa"/>
            <w:vAlign w:val="center"/>
          </w:tcPr>
          <w:p w14:paraId="3B0464F2" w14:textId="77777777" w:rsidR="00446222" w:rsidRDefault="00000000">
            <w:pPr>
              <w:spacing w:after="0" w:line="252" w:lineRule="auto"/>
              <w:jc w:val="center"/>
            </w:pPr>
            <w:r>
              <w:rPr>
                <w:sz w:val="18"/>
              </w:rPr>
              <w:t>&lt;0.0001</w:t>
            </w:r>
          </w:p>
        </w:tc>
      </w:tr>
      <w:tr w:rsidR="00446222" w14:paraId="0F8D4BE7" w14:textId="77777777">
        <w:trPr>
          <w:cantSplit/>
          <w:jc w:val="center"/>
        </w:trPr>
        <w:tc>
          <w:tcPr>
            <w:tcW w:w="794" w:type="dxa"/>
            <w:vAlign w:val="center"/>
          </w:tcPr>
          <w:p w14:paraId="75343AB0" w14:textId="77777777" w:rsidR="00446222" w:rsidRDefault="00000000">
            <w:pPr>
              <w:spacing w:after="0" w:line="252" w:lineRule="auto"/>
            </w:pPr>
            <w:r>
              <w:rPr>
                <w:sz w:val="18"/>
              </w:rPr>
              <w:lastRenderedPageBreak/>
              <w:t>S13</w:t>
            </w:r>
          </w:p>
        </w:tc>
        <w:tc>
          <w:tcPr>
            <w:tcW w:w="3969" w:type="dxa"/>
            <w:vAlign w:val="center"/>
          </w:tcPr>
          <w:p w14:paraId="6FBC79DB" w14:textId="77777777" w:rsidR="00446222" w:rsidRDefault="00000000">
            <w:pPr>
              <w:spacing w:after="0" w:line="252" w:lineRule="auto"/>
            </w:pPr>
            <w:r>
              <w:rPr>
                <w:sz w:val="18"/>
              </w:rPr>
              <w:t>alternative frequency multipliers × portion</w:t>
            </w:r>
          </w:p>
        </w:tc>
        <w:tc>
          <w:tcPr>
            <w:tcW w:w="737" w:type="dxa"/>
            <w:vAlign w:val="center"/>
          </w:tcPr>
          <w:p w14:paraId="2C9BB36E" w14:textId="77777777" w:rsidR="00446222" w:rsidRDefault="00000000">
            <w:pPr>
              <w:spacing w:after="0" w:line="252" w:lineRule="auto"/>
              <w:jc w:val="center"/>
            </w:pPr>
            <w:r>
              <w:rPr>
                <w:sz w:val="18"/>
              </w:rPr>
              <w:t>145</w:t>
            </w:r>
          </w:p>
        </w:tc>
        <w:tc>
          <w:tcPr>
            <w:tcW w:w="1247" w:type="dxa"/>
            <w:vAlign w:val="center"/>
          </w:tcPr>
          <w:p w14:paraId="6C3F59F3" w14:textId="77777777" w:rsidR="00446222" w:rsidRDefault="00000000">
            <w:pPr>
              <w:spacing w:after="0" w:line="252" w:lineRule="auto"/>
              <w:jc w:val="center"/>
            </w:pPr>
            <w:r>
              <w:rPr>
                <w:sz w:val="18"/>
              </w:rPr>
              <w:t>83 / 62</w:t>
            </w:r>
          </w:p>
        </w:tc>
        <w:tc>
          <w:tcPr>
            <w:tcW w:w="1871" w:type="dxa"/>
            <w:vAlign w:val="center"/>
          </w:tcPr>
          <w:p w14:paraId="556ABB0F" w14:textId="75E3AB2F" w:rsidR="00446222" w:rsidRDefault="00000000">
            <w:pPr>
              <w:spacing w:after="0" w:line="252" w:lineRule="auto"/>
              <w:jc w:val="center"/>
            </w:pPr>
            <w:r>
              <w:rPr>
                <w:sz w:val="18"/>
              </w:rPr>
              <w:t>0.37 (0.18</w:t>
            </w:r>
            <w:r w:rsidR="00A142B2">
              <w:rPr>
                <w:sz w:val="18"/>
              </w:rPr>
              <w:t>-</w:t>
            </w:r>
            <w:r>
              <w:rPr>
                <w:sz w:val="18"/>
              </w:rPr>
              <w:t>0.69)</w:t>
            </w:r>
          </w:p>
        </w:tc>
        <w:tc>
          <w:tcPr>
            <w:tcW w:w="1020" w:type="dxa"/>
            <w:vAlign w:val="center"/>
          </w:tcPr>
          <w:p w14:paraId="7A970AFB" w14:textId="77777777" w:rsidR="00446222" w:rsidRDefault="00000000">
            <w:pPr>
              <w:spacing w:after="0" w:line="252" w:lineRule="auto"/>
              <w:jc w:val="center"/>
            </w:pPr>
            <w:r>
              <w:rPr>
                <w:sz w:val="18"/>
              </w:rPr>
              <w:t>0.0007</w:t>
            </w:r>
          </w:p>
        </w:tc>
      </w:tr>
      <w:tr w:rsidR="00446222" w14:paraId="3E1C0BF7" w14:textId="77777777">
        <w:trPr>
          <w:cantSplit/>
          <w:jc w:val="center"/>
        </w:trPr>
        <w:tc>
          <w:tcPr>
            <w:tcW w:w="794" w:type="dxa"/>
            <w:vAlign w:val="center"/>
          </w:tcPr>
          <w:p w14:paraId="3AA5950A" w14:textId="77777777" w:rsidR="00446222" w:rsidRDefault="00000000">
            <w:pPr>
              <w:spacing w:after="0" w:line="252" w:lineRule="auto"/>
            </w:pPr>
            <w:r>
              <w:rPr>
                <w:sz w:val="18"/>
              </w:rPr>
              <w:t>S14</w:t>
            </w:r>
          </w:p>
        </w:tc>
        <w:tc>
          <w:tcPr>
            <w:tcW w:w="3969" w:type="dxa"/>
            <w:vAlign w:val="center"/>
          </w:tcPr>
          <w:p w14:paraId="7D537C57" w14:textId="77777777" w:rsidR="00446222" w:rsidRDefault="00000000">
            <w:pPr>
              <w:spacing w:after="0" w:line="252" w:lineRule="auto"/>
            </w:pPr>
            <w:r>
              <w:rPr>
                <w:sz w:val="18"/>
              </w:rPr>
              <w:t>assigned weekly frequency only</w:t>
            </w:r>
          </w:p>
        </w:tc>
        <w:tc>
          <w:tcPr>
            <w:tcW w:w="737" w:type="dxa"/>
            <w:vAlign w:val="center"/>
          </w:tcPr>
          <w:p w14:paraId="06D62266" w14:textId="77777777" w:rsidR="00446222" w:rsidRDefault="00000000">
            <w:pPr>
              <w:spacing w:after="0" w:line="252" w:lineRule="auto"/>
              <w:jc w:val="center"/>
            </w:pPr>
            <w:r>
              <w:rPr>
                <w:sz w:val="18"/>
              </w:rPr>
              <w:t>145</w:t>
            </w:r>
          </w:p>
        </w:tc>
        <w:tc>
          <w:tcPr>
            <w:tcW w:w="1247" w:type="dxa"/>
            <w:vAlign w:val="center"/>
          </w:tcPr>
          <w:p w14:paraId="5FF26238" w14:textId="77777777" w:rsidR="00446222" w:rsidRDefault="00000000">
            <w:pPr>
              <w:spacing w:after="0" w:line="252" w:lineRule="auto"/>
              <w:jc w:val="center"/>
            </w:pPr>
            <w:r>
              <w:rPr>
                <w:sz w:val="18"/>
              </w:rPr>
              <w:t>83 / 62</w:t>
            </w:r>
          </w:p>
        </w:tc>
        <w:tc>
          <w:tcPr>
            <w:tcW w:w="1871" w:type="dxa"/>
            <w:vAlign w:val="center"/>
          </w:tcPr>
          <w:p w14:paraId="70AEDCE7" w14:textId="38FF14A5" w:rsidR="00446222" w:rsidRDefault="00000000">
            <w:pPr>
              <w:spacing w:after="0" w:line="252" w:lineRule="auto"/>
              <w:jc w:val="center"/>
            </w:pPr>
            <w:r>
              <w:rPr>
                <w:sz w:val="18"/>
              </w:rPr>
              <w:t>0.32 (0.17</w:t>
            </w:r>
            <w:r w:rsidR="00A142B2">
              <w:rPr>
                <w:sz w:val="18"/>
              </w:rPr>
              <w:t>-</w:t>
            </w:r>
            <w:r>
              <w:rPr>
                <w:sz w:val="18"/>
              </w:rPr>
              <w:t>0.56)</w:t>
            </w:r>
          </w:p>
        </w:tc>
        <w:tc>
          <w:tcPr>
            <w:tcW w:w="1020" w:type="dxa"/>
            <w:vAlign w:val="center"/>
          </w:tcPr>
          <w:p w14:paraId="7F5D6C98" w14:textId="77777777" w:rsidR="00446222" w:rsidRDefault="00000000">
            <w:pPr>
              <w:spacing w:after="0" w:line="252" w:lineRule="auto"/>
              <w:jc w:val="center"/>
            </w:pPr>
            <w:r>
              <w:rPr>
                <w:sz w:val="18"/>
              </w:rPr>
              <w:t>&lt;0.0001</w:t>
            </w:r>
          </w:p>
        </w:tc>
      </w:tr>
      <w:tr w:rsidR="00446222" w14:paraId="015A8AA8" w14:textId="77777777">
        <w:trPr>
          <w:cantSplit/>
          <w:jc w:val="center"/>
        </w:trPr>
        <w:tc>
          <w:tcPr>
            <w:tcW w:w="794" w:type="dxa"/>
            <w:vAlign w:val="center"/>
          </w:tcPr>
          <w:p w14:paraId="5503C93D" w14:textId="77777777" w:rsidR="00446222" w:rsidRDefault="00000000">
            <w:pPr>
              <w:spacing w:after="0" w:line="252" w:lineRule="auto"/>
            </w:pPr>
            <w:r>
              <w:rPr>
                <w:sz w:val="18"/>
              </w:rPr>
              <w:t>S15</w:t>
            </w:r>
          </w:p>
        </w:tc>
        <w:tc>
          <w:tcPr>
            <w:tcW w:w="3969" w:type="dxa"/>
            <w:vAlign w:val="center"/>
          </w:tcPr>
          <w:p w14:paraId="0D4C0015" w14:textId="77777777" w:rsidR="00446222" w:rsidRDefault="00000000">
            <w:pPr>
              <w:spacing w:after="0" w:line="252" w:lineRule="auto"/>
            </w:pPr>
            <w:r>
              <w:rPr>
                <w:sz w:val="18"/>
              </w:rPr>
              <w:t>ordinal frequency only</w:t>
            </w:r>
          </w:p>
        </w:tc>
        <w:tc>
          <w:tcPr>
            <w:tcW w:w="737" w:type="dxa"/>
            <w:vAlign w:val="center"/>
          </w:tcPr>
          <w:p w14:paraId="37ABCDB7" w14:textId="77777777" w:rsidR="00446222" w:rsidRDefault="00000000">
            <w:pPr>
              <w:spacing w:after="0" w:line="252" w:lineRule="auto"/>
              <w:jc w:val="center"/>
            </w:pPr>
            <w:r>
              <w:rPr>
                <w:sz w:val="18"/>
              </w:rPr>
              <w:t>145</w:t>
            </w:r>
          </w:p>
        </w:tc>
        <w:tc>
          <w:tcPr>
            <w:tcW w:w="1247" w:type="dxa"/>
            <w:vAlign w:val="center"/>
          </w:tcPr>
          <w:p w14:paraId="54FFC623" w14:textId="77777777" w:rsidR="00446222" w:rsidRDefault="00000000">
            <w:pPr>
              <w:spacing w:after="0" w:line="252" w:lineRule="auto"/>
              <w:jc w:val="center"/>
            </w:pPr>
            <w:r>
              <w:rPr>
                <w:sz w:val="18"/>
              </w:rPr>
              <w:t>83 / 62</w:t>
            </w:r>
          </w:p>
        </w:tc>
        <w:tc>
          <w:tcPr>
            <w:tcW w:w="1871" w:type="dxa"/>
            <w:vAlign w:val="center"/>
          </w:tcPr>
          <w:p w14:paraId="736112B0" w14:textId="08CE9196" w:rsidR="00446222" w:rsidRDefault="00000000">
            <w:pPr>
              <w:spacing w:after="0" w:line="252" w:lineRule="auto"/>
              <w:jc w:val="center"/>
            </w:pPr>
            <w:r>
              <w:rPr>
                <w:sz w:val="18"/>
              </w:rPr>
              <w:t>0.51 (0.33</w:t>
            </w:r>
            <w:r w:rsidR="00A142B2">
              <w:rPr>
                <w:sz w:val="18"/>
              </w:rPr>
              <w:t>-</w:t>
            </w:r>
            <w:r>
              <w:rPr>
                <w:sz w:val="18"/>
              </w:rPr>
              <w:t>0.77)</w:t>
            </w:r>
          </w:p>
        </w:tc>
        <w:tc>
          <w:tcPr>
            <w:tcW w:w="1020" w:type="dxa"/>
            <w:vAlign w:val="center"/>
          </w:tcPr>
          <w:p w14:paraId="6E16F24E" w14:textId="77777777" w:rsidR="00446222" w:rsidRDefault="00000000">
            <w:pPr>
              <w:spacing w:after="0" w:line="252" w:lineRule="auto"/>
              <w:jc w:val="center"/>
            </w:pPr>
            <w:r>
              <w:rPr>
                <w:sz w:val="18"/>
              </w:rPr>
              <w:t>0.0008</w:t>
            </w:r>
          </w:p>
        </w:tc>
      </w:tr>
      <w:tr w:rsidR="00446222" w14:paraId="54F3F84C" w14:textId="77777777">
        <w:trPr>
          <w:cantSplit/>
          <w:jc w:val="center"/>
        </w:trPr>
        <w:tc>
          <w:tcPr>
            <w:tcW w:w="794" w:type="dxa"/>
            <w:vAlign w:val="center"/>
          </w:tcPr>
          <w:p w14:paraId="09860D4D" w14:textId="77777777" w:rsidR="00446222" w:rsidRDefault="00000000">
            <w:pPr>
              <w:keepNext/>
              <w:spacing w:after="0" w:line="252" w:lineRule="auto"/>
            </w:pPr>
            <w:r>
              <w:rPr>
                <w:sz w:val="18"/>
              </w:rPr>
              <w:t>S16</w:t>
            </w:r>
          </w:p>
        </w:tc>
        <w:tc>
          <w:tcPr>
            <w:tcW w:w="3969" w:type="dxa"/>
            <w:vAlign w:val="center"/>
          </w:tcPr>
          <w:p w14:paraId="76B8F446" w14:textId="77777777" w:rsidR="00446222" w:rsidRDefault="00000000">
            <w:pPr>
              <w:keepNext/>
              <w:spacing w:after="0" w:line="252" w:lineRule="auto"/>
            </w:pPr>
            <w:r>
              <w:rPr>
                <w:sz w:val="18"/>
              </w:rPr>
              <w:t>highest category 3/day × portion</w:t>
            </w:r>
          </w:p>
        </w:tc>
        <w:tc>
          <w:tcPr>
            <w:tcW w:w="737" w:type="dxa"/>
            <w:vAlign w:val="center"/>
          </w:tcPr>
          <w:p w14:paraId="30801AB4" w14:textId="77777777" w:rsidR="00446222" w:rsidRDefault="00000000">
            <w:pPr>
              <w:keepNext/>
              <w:spacing w:after="0" w:line="252" w:lineRule="auto"/>
              <w:jc w:val="center"/>
            </w:pPr>
            <w:r>
              <w:rPr>
                <w:sz w:val="18"/>
              </w:rPr>
              <w:t>145</w:t>
            </w:r>
          </w:p>
        </w:tc>
        <w:tc>
          <w:tcPr>
            <w:tcW w:w="1247" w:type="dxa"/>
            <w:vAlign w:val="center"/>
          </w:tcPr>
          <w:p w14:paraId="3D8D3173" w14:textId="77777777" w:rsidR="00446222" w:rsidRDefault="00000000">
            <w:pPr>
              <w:keepNext/>
              <w:spacing w:after="0" w:line="252" w:lineRule="auto"/>
              <w:jc w:val="center"/>
            </w:pPr>
            <w:r>
              <w:rPr>
                <w:sz w:val="18"/>
              </w:rPr>
              <w:t>83 / 62</w:t>
            </w:r>
          </w:p>
        </w:tc>
        <w:tc>
          <w:tcPr>
            <w:tcW w:w="1871" w:type="dxa"/>
            <w:vAlign w:val="center"/>
          </w:tcPr>
          <w:p w14:paraId="6CAEDC3F" w14:textId="3DEDB6EE" w:rsidR="00446222" w:rsidRDefault="00000000">
            <w:pPr>
              <w:keepNext/>
              <w:spacing w:after="0" w:line="252" w:lineRule="auto"/>
              <w:jc w:val="center"/>
            </w:pPr>
            <w:r>
              <w:rPr>
                <w:sz w:val="18"/>
              </w:rPr>
              <w:t>0.19 (0.07</w:t>
            </w:r>
            <w:r w:rsidR="00A142B2">
              <w:rPr>
                <w:sz w:val="18"/>
              </w:rPr>
              <w:t>-</w:t>
            </w:r>
            <w:r>
              <w:rPr>
                <w:sz w:val="18"/>
              </w:rPr>
              <w:t>0.46)</w:t>
            </w:r>
          </w:p>
        </w:tc>
        <w:tc>
          <w:tcPr>
            <w:tcW w:w="1020" w:type="dxa"/>
            <w:vAlign w:val="center"/>
          </w:tcPr>
          <w:p w14:paraId="0B444411" w14:textId="77777777" w:rsidR="00446222" w:rsidRDefault="00000000">
            <w:pPr>
              <w:keepNext/>
              <w:spacing w:after="0" w:line="252" w:lineRule="auto"/>
              <w:jc w:val="center"/>
            </w:pPr>
            <w:r>
              <w:rPr>
                <w:sz w:val="18"/>
              </w:rPr>
              <w:t>&lt;0.0001</w:t>
            </w:r>
          </w:p>
        </w:tc>
      </w:tr>
    </w:tbl>
    <w:p w14:paraId="2E895753" w14:textId="3AC49899" w:rsidR="00446222" w:rsidRDefault="00000000" w:rsidP="0047469F">
      <w:pPr>
        <w:keepLines/>
        <w:spacing w:after="140" w:line="252" w:lineRule="auto"/>
        <w:jc w:val="both"/>
      </w:pPr>
      <w:r>
        <w:rPr>
          <w:sz w:val="18"/>
        </w:rPr>
        <w:t>ᵃ P values are not multiplicity-adjusted. CIs are pointwise profile penalised-likelihood intervals. Model definitions and units follow Table S14. S10, S11 and S13</w:t>
      </w:r>
      <w:r w:rsidR="00A142B2">
        <w:rPr>
          <w:sz w:val="18"/>
        </w:rPr>
        <w:t>-</w:t>
      </w:r>
      <w:r>
        <w:rPr>
          <w:sz w:val="18"/>
        </w:rPr>
        <w:t>S16 re-estimate six aligned components under alternative representations; low congruence can indicate a different exposure mixture. All other rows retain the primary score scale. These related analyses are not independent replications.</w:t>
      </w:r>
    </w:p>
    <w:p w14:paraId="086BE270" w14:textId="77777777" w:rsidR="00446222" w:rsidRDefault="00000000">
      <w:pPr>
        <w:keepNext/>
        <w:spacing w:after="60" w:line="240" w:lineRule="auto"/>
        <w:jc w:val="center"/>
      </w:pPr>
      <w:r>
        <w:rPr>
          <w:noProof/>
        </w:rPr>
        <w:drawing>
          <wp:inline distT="0" distB="0" distL="0" distR="0" wp14:anchorId="0E0D9E85" wp14:editId="2A488951">
            <wp:extent cx="5760000" cy="5863318"/>
            <wp:effectExtent l="0" t="0" r="6350" b="4445"/>
            <wp:docPr id="15" name="Figure_S15" descr="Figure 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5.png"/>
                    <pic:cNvPicPr/>
                  </pic:nvPicPr>
                  <pic:blipFill>
                    <a:blip r:embed="rId39">
                      <a:extLst>
                        <a:ext uri="{BEBA8EAE-BF5A-486C-A8C5-ECC9F3942E4B}">
                          <a14:imgProps xmlns:a14="http://schemas.microsoft.com/office/drawing/2010/main">
                            <a14:imgLayer r:embed="rId40">
                              <a14:imgEffect>
                                <a14:sharpenSoften amount="50000"/>
                              </a14:imgEffect>
                            </a14:imgLayer>
                          </a14:imgProps>
                        </a:ext>
                      </a:extLst>
                    </a:blip>
                    <a:stretch>
                      <a:fillRect/>
                    </a:stretch>
                  </pic:blipFill>
                  <pic:spPr>
                    <a:xfrm>
                      <a:off x="0" y="0"/>
                      <a:ext cx="5760000" cy="5863318"/>
                    </a:xfrm>
                    <a:prstGeom prst="rect">
                      <a:avLst/>
                    </a:prstGeom>
                  </pic:spPr>
                </pic:pic>
              </a:graphicData>
            </a:graphic>
          </wp:inline>
        </w:drawing>
      </w:r>
    </w:p>
    <w:p w14:paraId="2DDA93EB" w14:textId="77777777" w:rsidR="00446222" w:rsidRDefault="00000000" w:rsidP="0047469F">
      <w:pPr>
        <w:pStyle w:val="Caption"/>
        <w:keepLines/>
        <w:jc w:val="both"/>
      </w:pPr>
      <w:r>
        <w:rPr>
          <w:b/>
        </w:rPr>
        <w:t xml:space="preserve">Figure S15. </w:t>
      </w:r>
      <w:r>
        <w:t>Population and covariate sensitivity analyses for FP04. Garlic, ginger and turmeric. The main result and population/covariate comparisons are displayed on a logarithmic odds-ratio scale. Each point and line is a Firth estimate and pointwise 95% profile interval. The fixed primary scoring basis is retained. S12 excludes constant-frequency profiles; no influence-based participant deletion was used. Corresponding estimates are in Table S18.</w:t>
      </w:r>
    </w:p>
    <w:p w14:paraId="26670D22" w14:textId="77777777" w:rsidR="00446222" w:rsidRDefault="00000000">
      <w:pPr>
        <w:keepNext/>
        <w:spacing w:after="60" w:line="240" w:lineRule="auto"/>
        <w:jc w:val="center"/>
      </w:pPr>
      <w:r>
        <w:rPr>
          <w:noProof/>
        </w:rPr>
        <w:lastRenderedPageBreak/>
        <w:drawing>
          <wp:inline distT="0" distB="0" distL="0" distR="0" wp14:anchorId="472E7DD0" wp14:editId="73A2DA95">
            <wp:extent cx="5940000" cy="4892287"/>
            <wp:effectExtent l="0" t="0" r="3810" b="0"/>
            <wp:docPr id="16" name="Figure_S16" descr="Figure 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6.png"/>
                    <pic:cNvPicPr/>
                  </pic:nvPicPr>
                  <pic:blipFill>
                    <a:blip r:embed="rId41">
                      <a:extLst>
                        <a:ext uri="{BEBA8EAE-BF5A-486C-A8C5-ECC9F3942E4B}">
                          <a14:imgProps xmlns:a14="http://schemas.microsoft.com/office/drawing/2010/main">
                            <a14:imgLayer r:embed="rId42">
                              <a14:imgEffect>
                                <a14:sharpenSoften amount="50000"/>
                              </a14:imgEffect>
                            </a14:imgLayer>
                          </a14:imgProps>
                        </a:ext>
                      </a:extLst>
                    </a:blip>
                    <a:stretch>
                      <a:fillRect/>
                    </a:stretch>
                  </pic:blipFill>
                  <pic:spPr>
                    <a:xfrm>
                      <a:off x="0" y="0"/>
                      <a:ext cx="5940000" cy="4892287"/>
                    </a:xfrm>
                    <a:prstGeom prst="rect">
                      <a:avLst/>
                    </a:prstGeom>
                  </pic:spPr>
                </pic:pic>
              </a:graphicData>
            </a:graphic>
          </wp:inline>
        </w:drawing>
      </w:r>
    </w:p>
    <w:p w14:paraId="5A6F9456" w14:textId="77777777" w:rsidR="00446222" w:rsidRDefault="00000000" w:rsidP="0047469F">
      <w:pPr>
        <w:pStyle w:val="Caption"/>
        <w:keepLines/>
        <w:jc w:val="both"/>
      </w:pPr>
      <w:r>
        <w:rPr>
          <w:b/>
        </w:rPr>
        <w:t xml:space="preserve">Figure S16. </w:t>
      </w:r>
      <w:r>
        <w:t>Measurement-representation sensitivity analyses for FP04. The main result is compared with raw-code products, ranks of the combined index, alternative frequency multipliers, weekly and ordinal frequency-only variables, and a 3/day highest-category assumption. All use the same 145 participants and six matched components, but each alternative uses its own score SD. Alignment does not guarantee identical component composition. CIs are pointwise and P values are not multiplicity-adjusted; Table S18 gives the numerical estimates.</w:t>
      </w:r>
    </w:p>
    <w:p w14:paraId="158FFAB2" w14:textId="77777777" w:rsidR="00446222" w:rsidRDefault="00000000">
      <w:pPr>
        <w:pStyle w:val="Heading1"/>
      </w:pPr>
      <w:r>
        <w:t>FP05: Fruit and beans</w:t>
      </w:r>
    </w:p>
    <w:p w14:paraId="4F914DB6" w14:textId="77777777" w:rsidR="00446222" w:rsidRDefault="00000000">
      <w:pPr>
        <w:pStyle w:val="Caption"/>
        <w:keepNext/>
      </w:pPr>
      <w:r>
        <w:rPr>
          <w:b/>
        </w:rPr>
        <w:t>Table S19. FP05 main and sensitivity associations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94"/>
        <w:gridCol w:w="3969"/>
        <w:gridCol w:w="737"/>
        <w:gridCol w:w="1247"/>
        <w:gridCol w:w="1871"/>
        <w:gridCol w:w="1020"/>
      </w:tblGrid>
      <w:tr w:rsidR="00446222" w14:paraId="6BDAFA22" w14:textId="77777777">
        <w:trPr>
          <w:cantSplit/>
          <w:tblHeader/>
          <w:jc w:val="center"/>
        </w:trPr>
        <w:tc>
          <w:tcPr>
            <w:tcW w:w="794" w:type="dxa"/>
            <w:tcBorders>
              <w:bottom w:val="single" w:sz="4" w:space="0" w:color="auto"/>
            </w:tcBorders>
            <w:vAlign w:val="center"/>
          </w:tcPr>
          <w:p w14:paraId="145F3129" w14:textId="77777777" w:rsidR="00446222" w:rsidRDefault="00000000">
            <w:pPr>
              <w:keepNext/>
              <w:spacing w:after="0" w:line="252" w:lineRule="auto"/>
            </w:pPr>
            <w:r>
              <w:rPr>
                <w:b/>
                <w:sz w:val="18"/>
              </w:rPr>
              <w:t>Model</w:t>
            </w:r>
          </w:p>
        </w:tc>
        <w:tc>
          <w:tcPr>
            <w:tcW w:w="3969" w:type="dxa"/>
            <w:tcBorders>
              <w:bottom w:val="single" w:sz="4" w:space="0" w:color="auto"/>
            </w:tcBorders>
            <w:vAlign w:val="center"/>
          </w:tcPr>
          <w:p w14:paraId="22EDB6E8" w14:textId="77777777" w:rsidR="00446222" w:rsidRDefault="00000000">
            <w:pPr>
              <w:keepNext/>
              <w:spacing w:after="0" w:line="252" w:lineRule="auto"/>
            </w:pPr>
            <w:r>
              <w:rPr>
                <w:b/>
                <w:sz w:val="18"/>
              </w:rPr>
              <w:t>Specification</w:t>
            </w:r>
          </w:p>
        </w:tc>
        <w:tc>
          <w:tcPr>
            <w:tcW w:w="737" w:type="dxa"/>
            <w:tcBorders>
              <w:bottom w:val="single" w:sz="4" w:space="0" w:color="auto"/>
            </w:tcBorders>
            <w:vAlign w:val="center"/>
          </w:tcPr>
          <w:p w14:paraId="148EA0ED" w14:textId="77777777" w:rsidR="00446222" w:rsidRDefault="00000000">
            <w:pPr>
              <w:keepNext/>
              <w:spacing w:after="0" w:line="252" w:lineRule="auto"/>
              <w:jc w:val="center"/>
            </w:pPr>
            <w:r>
              <w:rPr>
                <w:b/>
                <w:sz w:val="18"/>
              </w:rPr>
              <w:t>N</w:t>
            </w:r>
          </w:p>
        </w:tc>
        <w:tc>
          <w:tcPr>
            <w:tcW w:w="1247" w:type="dxa"/>
            <w:tcBorders>
              <w:bottom w:val="single" w:sz="4" w:space="0" w:color="auto"/>
            </w:tcBorders>
            <w:vAlign w:val="center"/>
          </w:tcPr>
          <w:p w14:paraId="3EC051E1" w14:textId="77777777" w:rsidR="00446222" w:rsidRDefault="00000000">
            <w:pPr>
              <w:keepNext/>
              <w:spacing w:after="0" w:line="252" w:lineRule="auto"/>
              <w:jc w:val="center"/>
            </w:pPr>
            <w:r>
              <w:rPr>
                <w:b/>
                <w:sz w:val="18"/>
              </w:rPr>
              <w:t>Controls /</w:t>
            </w:r>
            <w:r>
              <w:rPr>
                <w:b/>
                <w:sz w:val="18"/>
              </w:rPr>
              <w:br/>
              <w:t>cases</w:t>
            </w:r>
          </w:p>
        </w:tc>
        <w:tc>
          <w:tcPr>
            <w:tcW w:w="1871" w:type="dxa"/>
            <w:tcBorders>
              <w:bottom w:val="single" w:sz="4" w:space="0" w:color="auto"/>
            </w:tcBorders>
            <w:vAlign w:val="center"/>
          </w:tcPr>
          <w:p w14:paraId="7311FDE6" w14:textId="77777777" w:rsidR="00446222" w:rsidRDefault="00000000">
            <w:pPr>
              <w:keepNext/>
              <w:spacing w:after="0" w:line="252" w:lineRule="auto"/>
              <w:jc w:val="center"/>
            </w:pPr>
            <w:r>
              <w:rPr>
                <w:b/>
                <w:sz w:val="18"/>
              </w:rPr>
              <w:t>OR (95% CI)</w:t>
            </w:r>
          </w:p>
        </w:tc>
        <w:tc>
          <w:tcPr>
            <w:tcW w:w="1020" w:type="dxa"/>
            <w:tcBorders>
              <w:bottom w:val="single" w:sz="4" w:space="0" w:color="auto"/>
            </w:tcBorders>
            <w:vAlign w:val="center"/>
          </w:tcPr>
          <w:p w14:paraId="1446669B" w14:textId="77777777" w:rsidR="00446222" w:rsidRDefault="00000000">
            <w:pPr>
              <w:keepNext/>
              <w:spacing w:after="0" w:line="252" w:lineRule="auto"/>
              <w:jc w:val="center"/>
            </w:pPr>
            <w:r>
              <w:rPr>
                <w:b/>
                <w:sz w:val="18"/>
              </w:rPr>
              <w:t>Pᵃ</w:t>
            </w:r>
          </w:p>
        </w:tc>
      </w:tr>
      <w:tr w:rsidR="00446222" w14:paraId="68C0FFA9" w14:textId="77777777">
        <w:trPr>
          <w:cantSplit/>
          <w:jc w:val="center"/>
        </w:trPr>
        <w:tc>
          <w:tcPr>
            <w:tcW w:w="794" w:type="dxa"/>
            <w:vAlign w:val="center"/>
          </w:tcPr>
          <w:p w14:paraId="4ABAE289" w14:textId="77777777" w:rsidR="00446222" w:rsidRDefault="00000000">
            <w:pPr>
              <w:spacing w:after="0" w:line="252" w:lineRule="auto"/>
            </w:pPr>
            <w:r>
              <w:rPr>
                <w:sz w:val="18"/>
              </w:rPr>
              <w:t>M2</w:t>
            </w:r>
          </w:p>
        </w:tc>
        <w:tc>
          <w:tcPr>
            <w:tcW w:w="3969" w:type="dxa"/>
            <w:vAlign w:val="center"/>
          </w:tcPr>
          <w:p w14:paraId="7E918918" w14:textId="77777777" w:rsidR="00446222" w:rsidRDefault="00000000">
            <w:pPr>
              <w:spacing w:after="0" w:line="252" w:lineRule="auto"/>
            </w:pPr>
            <w:r>
              <w:rPr>
                <w:sz w:val="18"/>
              </w:rPr>
              <w:t>Main adjusted</w:t>
            </w:r>
          </w:p>
        </w:tc>
        <w:tc>
          <w:tcPr>
            <w:tcW w:w="737" w:type="dxa"/>
            <w:vAlign w:val="center"/>
          </w:tcPr>
          <w:p w14:paraId="30454A11" w14:textId="77777777" w:rsidR="00446222" w:rsidRDefault="00000000">
            <w:pPr>
              <w:spacing w:after="0" w:line="252" w:lineRule="auto"/>
              <w:jc w:val="center"/>
            </w:pPr>
            <w:r>
              <w:rPr>
                <w:sz w:val="18"/>
              </w:rPr>
              <w:t>145</w:t>
            </w:r>
          </w:p>
        </w:tc>
        <w:tc>
          <w:tcPr>
            <w:tcW w:w="1247" w:type="dxa"/>
            <w:vAlign w:val="center"/>
          </w:tcPr>
          <w:p w14:paraId="6D373AAD" w14:textId="77777777" w:rsidR="00446222" w:rsidRDefault="00000000">
            <w:pPr>
              <w:spacing w:after="0" w:line="252" w:lineRule="auto"/>
              <w:jc w:val="center"/>
            </w:pPr>
            <w:r>
              <w:rPr>
                <w:sz w:val="18"/>
              </w:rPr>
              <w:t>83 / 62</w:t>
            </w:r>
          </w:p>
        </w:tc>
        <w:tc>
          <w:tcPr>
            <w:tcW w:w="1871" w:type="dxa"/>
            <w:vAlign w:val="center"/>
          </w:tcPr>
          <w:p w14:paraId="7AD2EA24" w14:textId="15C263C9" w:rsidR="00446222" w:rsidRDefault="00000000">
            <w:pPr>
              <w:spacing w:after="0" w:line="252" w:lineRule="auto"/>
              <w:jc w:val="center"/>
            </w:pPr>
            <w:r>
              <w:rPr>
                <w:sz w:val="18"/>
              </w:rPr>
              <w:t>0.91 (0.63</w:t>
            </w:r>
            <w:r w:rsidR="00A142B2">
              <w:rPr>
                <w:sz w:val="18"/>
              </w:rPr>
              <w:t>-</w:t>
            </w:r>
            <w:r>
              <w:rPr>
                <w:sz w:val="18"/>
              </w:rPr>
              <w:t>1.29)</w:t>
            </w:r>
          </w:p>
        </w:tc>
        <w:tc>
          <w:tcPr>
            <w:tcW w:w="1020" w:type="dxa"/>
            <w:vAlign w:val="center"/>
          </w:tcPr>
          <w:p w14:paraId="086D6B7B" w14:textId="77777777" w:rsidR="00446222" w:rsidRDefault="00000000">
            <w:pPr>
              <w:spacing w:after="0" w:line="252" w:lineRule="auto"/>
              <w:jc w:val="center"/>
            </w:pPr>
            <w:r>
              <w:rPr>
                <w:sz w:val="18"/>
              </w:rPr>
              <w:t>0.5822</w:t>
            </w:r>
          </w:p>
        </w:tc>
      </w:tr>
      <w:tr w:rsidR="00446222" w14:paraId="49676A4F" w14:textId="77777777">
        <w:trPr>
          <w:cantSplit/>
          <w:jc w:val="center"/>
        </w:trPr>
        <w:tc>
          <w:tcPr>
            <w:tcW w:w="794" w:type="dxa"/>
            <w:vAlign w:val="center"/>
          </w:tcPr>
          <w:p w14:paraId="4F1CD627" w14:textId="77777777" w:rsidR="00446222" w:rsidRDefault="00000000">
            <w:pPr>
              <w:spacing w:after="0" w:line="252" w:lineRule="auto"/>
            </w:pPr>
            <w:r>
              <w:rPr>
                <w:sz w:val="18"/>
              </w:rPr>
              <w:t>S01</w:t>
            </w:r>
          </w:p>
        </w:tc>
        <w:tc>
          <w:tcPr>
            <w:tcW w:w="3969" w:type="dxa"/>
            <w:vAlign w:val="center"/>
          </w:tcPr>
          <w:p w14:paraId="20507541" w14:textId="77777777" w:rsidR="00446222" w:rsidRDefault="00000000">
            <w:pPr>
              <w:spacing w:after="0" w:line="252" w:lineRule="auto"/>
            </w:pPr>
            <w:r>
              <w:rPr>
                <w:sz w:val="18"/>
              </w:rPr>
              <w:t>ages ≥23, no upper limit</w:t>
            </w:r>
          </w:p>
        </w:tc>
        <w:tc>
          <w:tcPr>
            <w:tcW w:w="737" w:type="dxa"/>
            <w:vAlign w:val="center"/>
          </w:tcPr>
          <w:p w14:paraId="49AF0558" w14:textId="77777777" w:rsidR="00446222" w:rsidRDefault="00000000">
            <w:pPr>
              <w:spacing w:after="0" w:line="252" w:lineRule="auto"/>
              <w:jc w:val="center"/>
            </w:pPr>
            <w:r>
              <w:rPr>
                <w:sz w:val="18"/>
              </w:rPr>
              <w:t>150</w:t>
            </w:r>
          </w:p>
        </w:tc>
        <w:tc>
          <w:tcPr>
            <w:tcW w:w="1247" w:type="dxa"/>
            <w:vAlign w:val="center"/>
          </w:tcPr>
          <w:p w14:paraId="5A6CECCA" w14:textId="77777777" w:rsidR="00446222" w:rsidRDefault="00000000">
            <w:pPr>
              <w:spacing w:after="0" w:line="252" w:lineRule="auto"/>
              <w:jc w:val="center"/>
            </w:pPr>
            <w:r>
              <w:rPr>
                <w:sz w:val="18"/>
              </w:rPr>
              <w:t>83 / 67</w:t>
            </w:r>
          </w:p>
        </w:tc>
        <w:tc>
          <w:tcPr>
            <w:tcW w:w="1871" w:type="dxa"/>
            <w:vAlign w:val="center"/>
          </w:tcPr>
          <w:p w14:paraId="1FC4E9D6" w14:textId="3A58F4E1" w:rsidR="00446222" w:rsidRDefault="00000000">
            <w:pPr>
              <w:spacing w:after="0" w:line="252" w:lineRule="auto"/>
              <w:jc w:val="center"/>
            </w:pPr>
            <w:r>
              <w:rPr>
                <w:sz w:val="18"/>
              </w:rPr>
              <w:t>0.90 (0.63</w:t>
            </w:r>
            <w:r w:rsidR="00A142B2">
              <w:rPr>
                <w:sz w:val="18"/>
              </w:rPr>
              <w:t>-</w:t>
            </w:r>
            <w:r>
              <w:rPr>
                <w:sz w:val="18"/>
              </w:rPr>
              <w:t>1.28)</w:t>
            </w:r>
          </w:p>
        </w:tc>
        <w:tc>
          <w:tcPr>
            <w:tcW w:w="1020" w:type="dxa"/>
            <w:vAlign w:val="center"/>
          </w:tcPr>
          <w:p w14:paraId="604B7229" w14:textId="77777777" w:rsidR="00446222" w:rsidRDefault="00000000">
            <w:pPr>
              <w:spacing w:after="0" w:line="252" w:lineRule="auto"/>
              <w:jc w:val="center"/>
            </w:pPr>
            <w:r>
              <w:rPr>
                <w:sz w:val="18"/>
              </w:rPr>
              <w:t>0.5670</w:t>
            </w:r>
          </w:p>
        </w:tc>
      </w:tr>
      <w:tr w:rsidR="00446222" w14:paraId="6B06F836" w14:textId="77777777">
        <w:trPr>
          <w:cantSplit/>
          <w:jc w:val="center"/>
        </w:trPr>
        <w:tc>
          <w:tcPr>
            <w:tcW w:w="794" w:type="dxa"/>
            <w:vAlign w:val="center"/>
          </w:tcPr>
          <w:p w14:paraId="1F662341" w14:textId="77777777" w:rsidR="00446222" w:rsidRDefault="00000000">
            <w:pPr>
              <w:spacing w:after="0" w:line="252" w:lineRule="auto"/>
            </w:pPr>
            <w:r>
              <w:rPr>
                <w:sz w:val="18"/>
              </w:rPr>
              <w:t>S02</w:t>
            </w:r>
          </w:p>
        </w:tc>
        <w:tc>
          <w:tcPr>
            <w:tcW w:w="3969" w:type="dxa"/>
            <w:vAlign w:val="center"/>
          </w:tcPr>
          <w:p w14:paraId="2C634430" w14:textId="77777777" w:rsidR="00446222" w:rsidRDefault="00000000">
            <w:pPr>
              <w:spacing w:after="0" w:line="252" w:lineRule="auto"/>
            </w:pPr>
            <w:r>
              <w:rPr>
                <w:sz w:val="18"/>
              </w:rPr>
              <w:t>all enrolled ages</w:t>
            </w:r>
          </w:p>
        </w:tc>
        <w:tc>
          <w:tcPr>
            <w:tcW w:w="737" w:type="dxa"/>
            <w:vAlign w:val="center"/>
          </w:tcPr>
          <w:p w14:paraId="773BBB87" w14:textId="77777777" w:rsidR="00446222" w:rsidRDefault="00000000">
            <w:pPr>
              <w:spacing w:after="0" w:line="252" w:lineRule="auto"/>
              <w:jc w:val="center"/>
            </w:pPr>
            <w:r>
              <w:rPr>
                <w:sz w:val="18"/>
              </w:rPr>
              <w:t>163</w:t>
            </w:r>
          </w:p>
        </w:tc>
        <w:tc>
          <w:tcPr>
            <w:tcW w:w="1247" w:type="dxa"/>
            <w:vAlign w:val="center"/>
          </w:tcPr>
          <w:p w14:paraId="49961EEE" w14:textId="77777777" w:rsidR="00446222" w:rsidRDefault="00000000">
            <w:pPr>
              <w:spacing w:after="0" w:line="252" w:lineRule="auto"/>
              <w:jc w:val="center"/>
            </w:pPr>
            <w:r>
              <w:rPr>
                <w:sz w:val="18"/>
              </w:rPr>
              <w:t>96 / 67</w:t>
            </w:r>
          </w:p>
        </w:tc>
        <w:tc>
          <w:tcPr>
            <w:tcW w:w="1871" w:type="dxa"/>
            <w:vAlign w:val="center"/>
          </w:tcPr>
          <w:p w14:paraId="1F2D7817" w14:textId="342436E9" w:rsidR="00446222" w:rsidRDefault="00000000">
            <w:pPr>
              <w:spacing w:after="0" w:line="252" w:lineRule="auto"/>
              <w:jc w:val="center"/>
            </w:pPr>
            <w:r>
              <w:rPr>
                <w:sz w:val="18"/>
              </w:rPr>
              <w:t>0.91 (0.63</w:t>
            </w:r>
            <w:r w:rsidR="00A142B2">
              <w:rPr>
                <w:sz w:val="18"/>
              </w:rPr>
              <w:t>-</w:t>
            </w:r>
            <w:r>
              <w:rPr>
                <w:sz w:val="18"/>
              </w:rPr>
              <w:t>1.30)</w:t>
            </w:r>
          </w:p>
        </w:tc>
        <w:tc>
          <w:tcPr>
            <w:tcW w:w="1020" w:type="dxa"/>
            <w:vAlign w:val="center"/>
          </w:tcPr>
          <w:p w14:paraId="2E64C5DA" w14:textId="77777777" w:rsidR="00446222" w:rsidRDefault="00000000">
            <w:pPr>
              <w:spacing w:after="0" w:line="252" w:lineRule="auto"/>
              <w:jc w:val="center"/>
            </w:pPr>
            <w:r>
              <w:rPr>
                <w:sz w:val="18"/>
              </w:rPr>
              <w:t>0.6034</w:t>
            </w:r>
          </w:p>
        </w:tc>
      </w:tr>
      <w:tr w:rsidR="00446222" w14:paraId="02B955A5" w14:textId="77777777">
        <w:trPr>
          <w:cantSplit/>
          <w:jc w:val="center"/>
        </w:trPr>
        <w:tc>
          <w:tcPr>
            <w:tcW w:w="794" w:type="dxa"/>
            <w:vAlign w:val="center"/>
          </w:tcPr>
          <w:p w14:paraId="056D1C6B" w14:textId="77777777" w:rsidR="00446222" w:rsidRDefault="00000000">
            <w:pPr>
              <w:spacing w:after="0" w:line="252" w:lineRule="auto"/>
            </w:pPr>
            <w:r>
              <w:rPr>
                <w:sz w:val="18"/>
              </w:rPr>
              <w:t>S03</w:t>
            </w:r>
          </w:p>
        </w:tc>
        <w:tc>
          <w:tcPr>
            <w:tcW w:w="3969" w:type="dxa"/>
            <w:vAlign w:val="center"/>
          </w:tcPr>
          <w:p w14:paraId="45E7DE75" w14:textId="77777777" w:rsidR="00446222" w:rsidRDefault="00000000">
            <w:pPr>
              <w:spacing w:after="0" w:line="252" w:lineRule="auto"/>
            </w:pPr>
            <w:r>
              <w:rPr>
                <w:sz w:val="18"/>
              </w:rPr>
              <w:t>exclude recorded students from both groups</w:t>
            </w:r>
          </w:p>
        </w:tc>
        <w:tc>
          <w:tcPr>
            <w:tcW w:w="737" w:type="dxa"/>
            <w:vAlign w:val="center"/>
          </w:tcPr>
          <w:p w14:paraId="6B4E0113" w14:textId="77777777" w:rsidR="00446222" w:rsidRDefault="00000000">
            <w:pPr>
              <w:spacing w:after="0" w:line="252" w:lineRule="auto"/>
              <w:jc w:val="center"/>
            </w:pPr>
            <w:r>
              <w:rPr>
                <w:sz w:val="18"/>
              </w:rPr>
              <w:t>121</w:t>
            </w:r>
          </w:p>
        </w:tc>
        <w:tc>
          <w:tcPr>
            <w:tcW w:w="1247" w:type="dxa"/>
            <w:vAlign w:val="center"/>
          </w:tcPr>
          <w:p w14:paraId="2A8C1630" w14:textId="77777777" w:rsidR="00446222" w:rsidRDefault="00000000">
            <w:pPr>
              <w:spacing w:after="0" w:line="252" w:lineRule="auto"/>
              <w:jc w:val="center"/>
            </w:pPr>
            <w:r>
              <w:rPr>
                <w:sz w:val="18"/>
              </w:rPr>
              <w:t>66 / 55</w:t>
            </w:r>
          </w:p>
        </w:tc>
        <w:tc>
          <w:tcPr>
            <w:tcW w:w="1871" w:type="dxa"/>
            <w:vAlign w:val="center"/>
          </w:tcPr>
          <w:p w14:paraId="5B3BF2A6" w14:textId="1A37A205" w:rsidR="00446222" w:rsidRDefault="00000000">
            <w:pPr>
              <w:spacing w:after="0" w:line="252" w:lineRule="auto"/>
              <w:jc w:val="center"/>
            </w:pPr>
            <w:r>
              <w:rPr>
                <w:sz w:val="18"/>
              </w:rPr>
              <w:t>0.92 (0.63</w:t>
            </w:r>
            <w:r w:rsidR="00A142B2">
              <w:rPr>
                <w:sz w:val="18"/>
              </w:rPr>
              <w:t>-</w:t>
            </w:r>
            <w:r>
              <w:rPr>
                <w:sz w:val="18"/>
              </w:rPr>
              <w:t>1.33)</w:t>
            </w:r>
          </w:p>
        </w:tc>
        <w:tc>
          <w:tcPr>
            <w:tcW w:w="1020" w:type="dxa"/>
            <w:vAlign w:val="center"/>
          </w:tcPr>
          <w:p w14:paraId="25D8A186" w14:textId="77777777" w:rsidR="00446222" w:rsidRDefault="00000000">
            <w:pPr>
              <w:spacing w:after="0" w:line="252" w:lineRule="auto"/>
              <w:jc w:val="center"/>
            </w:pPr>
            <w:r>
              <w:rPr>
                <w:sz w:val="18"/>
              </w:rPr>
              <w:t>0.6562</w:t>
            </w:r>
          </w:p>
        </w:tc>
      </w:tr>
      <w:tr w:rsidR="00446222" w14:paraId="2FD5130E" w14:textId="77777777">
        <w:trPr>
          <w:cantSplit/>
          <w:jc w:val="center"/>
        </w:trPr>
        <w:tc>
          <w:tcPr>
            <w:tcW w:w="794" w:type="dxa"/>
            <w:vAlign w:val="center"/>
          </w:tcPr>
          <w:p w14:paraId="1B1744C1" w14:textId="77777777" w:rsidR="00446222" w:rsidRDefault="00000000">
            <w:pPr>
              <w:spacing w:after="0" w:line="252" w:lineRule="auto"/>
            </w:pPr>
            <w:r>
              <w:rPr>
                <w:sz w:val="18"/>
              </w:rPr>
              <w:t>S04</w:t>
            </w:r>
          </w:p>
        </w:tc>
        <w:tc>
          <w:tcPr>
            <w:tcW w:w="3969" w:type="dxa"/>
            <w:vAlign w:val="center"/>
          </w:tcPr>
          <w:p w14:paraId="66B5613A" w14:textId="77777777" w:rsidR="00446222" w:rsidRDefault="00000000">
            <w:pPr>
              <w:spacing w:after="0" w:line="252" w:lineRule="auto"/>
            </w:pPr>
            <w:r>
              <w:rPr>
                <w:sz w:val="18"/>
              </w:rPr>
              <w:t>recorded student status</w:t>
            </w:r>
          </w:p>
        </w:tc>
        <w:tc>
          <w:tcPr>
            <w:tcW w:w="737" w:type="dxa"/>
            <w:vAlign w:val="center"/>
          </w:tcPr>
          <w:p w14:paraId="575FD8FE" w14:textId="77777777" w:rsidR="00446222" w:rsidRDefault="00000000">
            <w:pPr>
              <w:spacing w:after="0" w:line="252" w:lineRule="auto"/>
              <w:jc w:val="center"/>
            </w:pPr>
            <w:r>
              <w:rPr>
                <w:sz w:val="18"/>
              </w:rPr>
              <w:t>145</w:t>
            </w:r>
          </w:p>
        </w:tc>
        <w:tc>
          <w:tcPr>
            <w:tcW w:w="1247" w:type="dxa"/>
            <w:vAlign w:val="center"/>
          </w:tcPr>
          <w:p w14:paraId="131469D5" w14:textId="77777777" w:rsidR="00446222" w:rsidRDefault="00000000">
            <w:pPr>
              <w:spacing w:after="0" w:line="252" w:lineRule="auto"/>
              <w:jc w:val="center"/>
            </w:pPr>
            <w:r>
              <w:rPr>
                <w:sz w:val="18"/>
              </w:rPr>
              <w:t>83 / 62</w:t>
            </w:r>
          </w:p>
        </w:tc>
        <w:tc>
          <w:tcPr>
            <w:tcW w:w="1871" w:type="dxa"/>
            <w:vAlign w:val="center"/>
          </w:tcPr>
          <w:p w14:paraId="112CD6E4" w14:textId="7AD652EF" w:rsidR="00446222" w:rsidRDefault="00000000">
            <w:pPr>
              <w:spacing w:after="0" w:line="252" w:lineRule="auto"/>
              <w:jc w:val="center"/>
            </w:pPr>
            <w:r>
              <w:rPr>
                <w:sz w:val="18"/>
              </w:rPr>
              <w:t>0.92 (0.64</w:t>
            </w:r>
            <w:r w:rsidR="00A142B2">
              <w:rPr>
                <w:sz w:val="18"/>
              </w:rPr>
              <w:t>-</w:t>
            </w:r>
            <w:r>
              <w:rPr>
                <w:sz w:val="18"/>
              </w:rPr>
              <w:t>1.30)</w:t>
            </w:r>
          </w:p>
        </w:tc>
        <w:tc>
          <w:tcPr>
            <w:tcW w:w="1020" w:type="dxa"/>
            <w:vAlign w:val="center"/>
          </w:tcPr>
          <w:p w14:paraId="003C9963" w14:textId="77777777" w:rsidR="00446222" w:rsidRDefault="00000000">
            <w:pPr>
              <w:spacing w:after="0" w:line="252" w:lineRule="auto"/>
              <w:jc w:val="center"/>
            </w:pPr>
            <w:r>
              <w:rPr>
                <w:sz w:val="18"/>
              </w:rPr>
              <w:t>0.6301</w:t>
            </w:r>
          </w:p>
        </w:tc>
      </w:tr>
      <w:tr w:rsidR="00446222" w14:paraId="17B40D67" w14:textId="77777777">
        <w:trPr>
          <w:cantSplit/>
          <w:jc w:val="center"/>
        </w:trPr>
        <w:tc>
          <w:tcPr>
            <w:tcW w:w="794" w:type="dxa"/>
            <w:vAlign w:val="center"/>
          </w:tcPr>
          <w:p w14:paraId="1C48BA62" w14:textId="77777777" w:rsidR="00446222" w:rsidRDefault="00000000">
            <w:pPr>
              <w:spacing w:after="0" w:line="252" w:lineRule="auto"/>
            </w:pPr>
            <w:r>
              <w:rPr>
                <w:sz w:val="18"/>
              </w:rPr>
              <w:t>S05</w:t>
            </w:r>
          </w:p>
        </w:tc>
        <w:tc>
          <w:tcPr>
            <w:tcW w:w="3969" w:type="dxa"/>
            <w:vAlign w:val="center"/>
          </w:tcPr>
          <w:p w14:paraId="2D230F9A" w14:textId="77777777" w:rsidR="00446222" w:rsidRDefault="00000000">
            <w:pPr>
              <w:spacing w:after="0" w:line="252" w:lineRule="auto"/>
            </w:pPr>
            <w:r>
              <w:rPr>
                <w:sz w:val="18"/>
              </w:rPr>
              <w:t>linear rather than spline age</w:t>
            </w:r>
          </w:p>
        </w:tc>
        <w:tc>
          <w:tcPr>
            <w:tcW w:w="737" w:type="dxa"/>
            <w:vAlign w:val="center"/>
          </w:tcPr>
          <w:p w14:paraId="351A6428" w14:textId="77777777" w:rsidR="00446222" w:rsidRDefault="00000000">
            <w:pPr>
              <w:spacing w:after="0" w:line="252" w:lineRule="auto"/>
              <w:jc w:val="center"/>
            </w:pPr>
            <w:r>
              <w:rPr>
                <w:sz w:val="18"/>
              </w:rPr>
              <w:t>145</w:t>
            </w:r>
          </w:p>
        </w:tc>
        <w:tc>
          <w:tcPr>
            <w:tcW w:w="1247" w:type="dxa"/>
            <w:vAlign w:val="center"/>
          </w:tcPr>
          <w:p w14:paraId="50812ADF" w14:textId="77777777" w:rsidR="00446222" w:rsidRDefault="00000000">
            <w:pPr>
              <w:spacing w:after="0" w:line="252" w:lineRule="auto"/>
              <w:jc w:val="center"/>
            </w:pPr>
            <w:r>
              <w:rPr>
                <w:sz w:val="18"/>
              </w:rPr>
              <w:t>83 / 62</w:t>
            </w:r>
          </w:p>
        </w:tc>
        <w:tc>
          <w:tcPr>
            <w:tcW w:w="1871" w:type="dxa"/>
            <w:vAlign w:val="center"/>
          </w:tcPr>
          <w:p w14:paraId="06568CC6" w14:textId="5069F91E" w:rsidR="00446222" w:rsidRDefault="00000000">
            <w:pPr>
              <w:spacing w:after="0" w:line="252" w:lineRule="auto"/>
              <w:jc w:val="center"/>
            </w:pPr>
            <w:r>
              <w:rPr>
                <w:sz w:val="18"/>
              </w:rPr>
              <w:t>0.90 (0.63</w:t>
            </w:r>
            <w:r w:rsidR="00A142B2">
              <w:rPr>
                <w:sz w:val="18"/>
              </w:rPr>
              <w:t>-</w:t>
            </w:r>
            <w:r>
              <w:rPr>
                <w:sz w:val="18"/>
              </w:rPr>
              <w:t>1.28)</w:t>
            </w:r>
          </w:p>
        </w:tc>
        <w:tc>
          <w:tcPr>
            <w:tcW w:w="1020" w:type="dxa"/>
            <w:vAlign w:val="center"/>
          </w:tcPr>
          <w:p w14:paraId="416340A7" w14:textId="77777777" w:rsidR="00446222" w:rsidRDefault="00000000">
            <w:pPr>
              <w:spacing w:after="0" w:line="252" w:lineRule="auto"/>
              <w:jc w:val="center"/>
            </w:pPr>
            <w:r>
              <w:rPr>
                <w:sz w:val="18"/>
              </w:rPr>
              <w:t>0.5705</w:t>
            </w:r>
          </w:p>
        </w:tc>
      </w:tr>
      <w:tr w:rsidR="00446222" w14:paraId="3021B6AE" w14:textId="77777777">
        <w:trPr>
          <w:cantSplit/>
          <w:jc w:val="center"/>
        </w:trPr>
        <w:tc>
          <w:tcPr>
            <w:tcW w:w="794" w:type="dxa"/>
            <w:vAlign w:val="center"/>
          </w:tcPr>
          <w:p w14:paraId="7172EDE0" w14:textId="77777777" w:rsidR="00446222" w:rsidRDefault="00000000">
            <w:pPr>
              <w:spacing w:after="0" w:line="252" w:lineRule="auto"/>
            </w:pPr>
            <w:r>
              <w:rPr>
                <w:sz w:val="18"/>
              </w:rPr>
              <w:t>S06</w:t>
            </w:r>
          </w:p>
        </w:tc>
        <w:tc>
          <w:tcPr>
            <w:tcW w:w="3969" w:type="dxa"/>
            <w:vAlign w:val="center"/>
          </w:tcPr>
          <w:p w14:paraId="611C92D3" w14:textId="212CE48F" w:rsidR="00446222" w:rsidRDefault="00000000">
            <w:pPr>
              <w:spacing w:after="0" w:line="252" w:lineRule="auto"/>
            </w:pPr>
            <w:r>
              <w:rPr>
                <w:sz w:val="18"/>
              </w:rPr>
              <w:t>ages 23</w:t>
            </w:r>
            <w:r w:rsidR="00A142B2">
              <w:rPr>
                <w:sz w:val="18"/>
              </w:rPr>
              <w:t>-</w:t>
            </w:r>
            <w:r>
              <w:rPr>
                <w:sz w:val="18"/>
              </w:rPr>
              <w:t>58</w:t>
            </w:r>
          </w:p>
        </w:tc>
        <w:tc>
          <w:tcPr>
            <w:tcW w:w="737" w:type="dxa"/>
            <w:vAlign w:val="center"/>
          </w:tcPr>
          <w:p w14:paraId="20398A70" w14:textId="77777777" w:rsidR="00446222" w:rsidRDefault="00000000">
            <w:pPr>
              <w:spacing w:after="0" w:line="252" w:lineRule="auto"/>
              <w:jc w:val="center"/>
            </w:pPr>
            <w:r>
              <w:rPr>
                <w:sz w:val="18"/>
              </w:rPr>
              <w:t>135</w:t>
            </w:r>
          </w:p>
        </w:tc>
        <w:tc>
          <w:tcPr>
            <w:tcW w:w="1247" w:type="dxa"/>
            <w:vAlign w:val="center"/>
          </w:tcPr>
          <w:p w14:paraId="5A809FBC" w14:textId="77777777" w:rsidR="00446222" w:rsidRDefault="00000000">
            <w:pPr>
              <w:spacing w:after="0" w:line="252" w:lineRule="auto"/>
              <w:jc w:val="center"/>
            </w:pPr>
            <w:r>
              <w:rPr>
                <w:sz w:val="18"/>
              </w:rPr>
              <w:t>82 / 53</w:t>
            </w:r>
          </w:p>
        </w:tc>
        <w:tc>
          <w:tcPr>
            <w:tcW w:w="1871" w:type="dxa"/>
            <w:vAlign w:val="center"/>
          </w:tcPr>
          <w:p w14:paraId="137CE038" w14:textId="2F7FA06A" w:rsidR="00446222" w:rsidRDefault="00000000">
            <w:pPr>
              <w:spacing w:after="0" w:line="252" w:lineRule="auto"/>
              <w:jc w:val="center"/>
            </w:pPr>
            <w:r>
              <w:rPr>
                <w:sz w:val="18"/>
              </w:rPr>
              <w:t>0.92 (0.63</w:t>
            </w:r>
            <w:r w:rsidR="00A142B2">
              <w:rPr>
                <w:sz w:val="18"/>
              </w:rPr>
              <w:t>-</w:t>
            </w:r>
            <w:r>
              <w:rPr>
                <w:sz w:val="18"/>
              </w:rPr>
              <w:t>1.31)</w:t>
            </w:r>
          </w:p>
        </w:tc>
        <w:tc>
          <w:tcPr>
            <w:tcW w:w="1020" w:type="dxa"/>
            <w:vAlign w:val="center"/>
          </w:tcPr>
          <w:p w14:paraId="38B26D8E" w14:textId="77777777" w:rsidR="00446222" w:rsidRDefault="00000000">
            <w:pPr>
              <w:spacing w:after="0" w:line="252" w:lineRule="auto"/>
              <w:jc w:val="center"/>
            </w:pPr>
            <w:r>
              <w:rPr>
                <w:sz w:val="18"/>
              </w:rPr>
              <w:t>0.6320</w:t>
            </w:r>
          </w:p>
        </w:tc>
      </w:tr>
      <w:tr w:rsidR="00446222" w14:paraId="37AC5545" w14:textId="77777777">
        <w:trPr>
          <w:cantSplit/>
          <w:jc w:val="center"/>
        </w:trPr>
        <w:tc>
          <w:tcPr>
            <w:tcW w:w="794" w:type="dxa"/>
            <w:vAlign w:val="center"/>
          </w:tcPr>
          <w:p w14:paraId="1869FFBD" w14:textId="77777777" w:rsidR="00446222" w:rsidRDefault="00000000">
            <w:pPr>
              <w:spacing w:after="0" w:line="252" w:lineRule="auto"/>
            </w:pPr>
            <w:r>
              <w:rPr>
                <w:sz w:val="18"/>
              </w:rPr>
              <w:t>S07</w:t>
            </w:r>
          </w:p>
        </w:tc>
        <w:tc>
          <w:tcPr>
            <w:tcW w:w="3969" w:type="dxa"/>
            <w:vAlign w:val="center"/>
          </w:tcPr>
          <w:p w14:paraId="3584B6EC" w14:textId="77777777" w:rsidR="00446222" w:rsidRDefault="00000000">
            <w:pPr>
              <w:spacing w:after="0" w:line="252" w:lineRule="auto"/>
            </w:pPr>
            <w:r>
              <w:rPr>
                <w:sz w:val="18"/>
              </w:rPr>
              <w:t>recorded BMI</w:t>
            </w:r>
          </w:p>
        </w:tc>
        <w:tc>
          <w:tcPr>
            <w:tcW w:w="737" w:type="dxa"/>
            <w:vAlign w:val="center"/>
          </w:tcPr>
          <w:p w14:paraId="3F6A5D97" w14:textId="77777777" w:rsidR="00446222" w:rsidRDefault="00000000">
            <w:pPr>
              <w:spacing w:after="0" w:line="252" w:lineRule="auto"/>
              <w:jc w:val="center"/>
            </w:pPr>
            <w:r>
              <w:rPr>
                <w:sz w:val="18"/>
              </w:rPr>
              <w:t>145</w:t>
            </w:r>
          </w:p>
        </w:tc>
        <w:tc>
          <w:tcPr>
            <w:tcW w:w="1247" w:type="dxa"/>
            <w:vAlign w:val="center"/>
          </w:tcPr>
          <w:p w14:paraId="6E954C3C" w14:textId="77777777" w:rsidR="00446222" w:rsidRDefault="00000000">
            <w:pPr>
              <w:spacing w:after="0" w:line="252" w:lineRule="auto"/>
              <w:jc w:val="center"/>
            </w:pPr>
            <w:r>
              <w:rPr>
                <w:sz w:val="18"/>
              </w:rPr>
              <w:t>83 / 62</w:t>
            </w:r>
          </w:p>
        </w:tc>
        <w:tc>
          <w:tcPr>
            <w:tcW w:w="1871" w:type="dxa"/>
            <w:vAlign w:val="center"/>
          </w:tcPr>
          <w:p w14:paraId="709A8697" w14:textId="41649839" w:rsidR="00446222" w:rsidRDefault="00000000">
            <w:pPr>
              <w:spacing w:after="0" w:line="252" w:lineRule="auto"/>
              <w:jc w:val="center"/>
            </w:pPr>
            <w:r>
              <w:rPr>
                <w:sz w:val="18"/>
              </w:rPr>
              <w:t>0.91 (0.63</w:t>
            </w:r>
            <w:r w:rsidR="00A142B2">
              <w:rPr>
                <w:sz w:val="18"/>
              </w:rPr>
              <w:t>-</w:t>
            </w:r>
            <w:r>
              <w:rPr>
                <w:sz w:val="18"/>
              </w:rPr>
              <w:t>1.30)</w:t>
            </w:r>
          </w:p>
        </w:tc>
        <w:tc>
          <w:tcPr>
            <w:tcW w:w="1020" w:type="dxa"/>
            <w:vAlign w:val="center"/>
          </w:tcPr>
          <w:p w14:paraId="732A452A" w14:textId="77777777" w:rsidR="00446222" w:rsidRDefault="00000000">
            <w:pPr>
              <w:spacing w:after="0" w:line="252" w:lineRule="auto"/>
              <w:jc w:val="center"/>
            </w:pPr>
            <w:r>
              <w:rPr>
                <w:sz w:val="18"/>
              </w:rPr>
              <w:t>0.6054</w:t>
            </w:r>
          </w:p>
        </w:tc>
      </w:tr>
      <w:tr w:rsidR="00446222" w14:paraId="11D014A0" w14:textId="77777777">
        <w:trPr>
          <w:cantSplit/>
          <w:jc w:val="center"/>
        </w:trPr>
        <w:tc>
          <w:tcPr>
            <w:tcW w:w="794" w:type="dxa"/>
            <w:vAlign w:val="center"/>
          </w:tcPr>
          <w:p w14:paraId="694FF907" w14:textId="77777777" w:rsidR="00446222" w:rsidRDefault="00000000">
            <w:pPr>
              <w:spacing w:after="0" w:line="252" w:lineRule="auto"/>
            </w:pPr>
            <w:r>
              <w:rPr>
                <w:sz w:val="18"/>
              </w:rPr>
              <w:t>S08</w:t>
            </w:r>
          </w:p>
        </w:tc>
        <w:tc>
          <w:tcPr>
            <w:tcW w:w="3969" w:type="dxa"/>
            <w:vAlign w:val="center"/>
          </w:tcPr>
          <w:p w14:paraId="3C116DE4" w14:textId="77777777" w:rsidR="00446222" w:rsidRDefault="00000000">
            <w:pPr>
              <w:spacing w:after="0" w:line="252" w:lineRule="auto"/>
            </w:pPr>
            <w:r>
              <w:rPr>
                <w:sz w:val="18"/>
              </w:rPr>
              <w:t>menopausal status</w:t>
            </w:r>
          </w:p>
        </w:tc>
        <w:tc>
          <w:tcPr>
            <w:tcW w:w="737" w:type="dxa"/>
            <w:vAlign w:val="center"/>
          </w:tcPr>
          <w:p w14:paraId="03B19055" w14:textId="77777777" w:rsidR="00446222" w:rsidRDefault="00000000">
            <w:pPr>
              <w:spacing w:after="0" w:line="252" w:lineRule="auto"/>
              <w:jc w:val="center"/>
            </w:pPr>
            <w:r>
              <w:rPr>
                <w:sz w:val="18"/>
              </w:rPr>
              <w:t>145</w:t>
            </w:r>
          </w:p>
        </w:tc>
        <w:tc>
          <w:tcPr>
            <w:tcW w:w="1247" w:type="dxa"/>
            <w:vAlign w:val="center"/>
          </w:tcPr>
          <w:p w14:paraId="4DFAD1D0" w14:textId="77777777" w:rsidR="00446222" w:rsidRDefault="00000000">
            <w:pPr>
              <w:spacing w:after="0" w:line="252" w:lineRule="auto"/>
              <w:jc w:val="center"/>
            </w:pPr>
            <w:r>
              <w:rPr>
                <w:sz w:val="18"/>
              </w:rPr>
              <w:t>83 / 62</w:t>
            </w:r>
          </w:p>
        </w:tc>
        <w:tc>
          <w:tcPr>
            <w:tcW w:w="1871" w:type="dxa"/>
            <w:vAlign w:val="center"/>
          </w:tcPr>
          <w:p w14:paraId="2A4FF699" w14:textId="458CF263" w:rsidR="00446222" w:rsidRDefault="00000000">
            <w:pPr>
              <w:spacing w:after="0" w:line="252" w:lineRule="auto"/>
              <w:jc w:val="center"/>
            </w:pPr>
            <w:r>
              <w:rPr>
                <w:sz w:val="18"/>
              </w:rPr>
              <w:t>0.91 (0.63</w:t>
            </w:r>
            <w:r w:rsidR="00A142B2">
              <w:rPr>
                <w:sz w:val="18"/>
              </w:rPr>
              <w:t>-</w:t>
            </w:r>
            <w:r>
              <w:rPr>
                <w:sz w:val="18"/>
              </w:rPr>
              <w:t>1.29)</w:t>
            </w:r>
          </w:p>
        </w:tc>
        <w:tc>
          <w:tcPr>
            <w:tcW w:w="1020" w:type="dxa"/>
            <w:vAlign w:val="center"/>
          </w:tcPr>
          <w:p w14:paraId="58B423D9" w14:textId="77777777" w:rsidR="00446222" w:rsidRDefault="00000000">
            <w:pPr>
              <w:spacing w:after="0" w:line="252" w:lineRule="auto"/>
              <w:jc w:val="center"/>
            </w:pPr>
            <w:r>
              <w:rPr>
                <w:sz w:val="18"/>
              </w:rPr>
              <w:t>0.5883</w:t>
            </w:r>
          </w:p>
        </w:tc>
      </w:tr>
      <w:tr w:rsidR="00446222" w14:paraId="460A250E" w14:textId="77777777">
        <w:trPr>
          <w:cantSplit/>
          <w:jc w:val="center"/>
        </w:trPr>
        <w:tc>
          <w:tcPr>
            <w:tcW w:w="794" w:type="dxa"/>
            <w:vAlign w:val="center"/>
          </w:tcPr>
          <w:p w14:paraId="76B3FAF7" w14:textId="77777777" w:rsidR="00446222" w:rsidRDefault="00000000">
            <w:pPr>
              <w:spacing w:after="0" w:line="252" w:lineRule="auto"/>
            </w:pPr>
            <w:r>
              <w:rPr>
                <w:sz w:val="18"/>
              </w:rPr>
              <w:t>S09</w:t>
            </w:r>
          </w:p>
        </w:tc>
        <w:tc>
          <w:tcPr>
            <w:tcW w:w="3969" w:type="dxa"/>
            <w:vAlign w:val="center"/>
          </w:tcPr>
          <w:p w14:paraId="71AFC273" w14:textId="77777777" w:rsidR="00446222" w:rsidRDefault="00000000">
            <w:pPr>
              <w:spacing w:after="0" w:line="252" w:lineRule="auto"/>
            </w:pPr>
            <w:r>
              <w:rPr>
                <w:sz w:val="18"/>
              </w:rPr>
              <w:t>primary/secondary education indicators</w:t>
            </w:r>
          </w:p>
        </w:tc>
        <w:tc>
          <w:tcPr>
            <w:tcW w:w="737" w:type="dxa"/>
            <w:vAlign w:val="center"/>
          </w:tcPr>
          <w:p w14:paraId="7EC3A531" w14:textId="77777777" w:rsidR="00446222" w:rsidRDefault="00000000">
            <w:pPr>
              <w:spacing w:after="0" w:line="252" w:lineRule="auto"/>
              <w:jc w:val="center"/>
            </w:pPr>
            <w:r>
              <w:rPr>
                <w:sz w:val="18"/>
              </w:rPr>
              <w:t>145</w:t>
            </w:r>
          </w:p>
        </w:tc>
        <w:tc>
          <w:tcPr>
            <w:tcW w:w="1247" w:type="dxa"/>
            <w:vAlign w:val="center"/>
          </w:tcPr>
          <w:p w14:paraId="32A54CE7" w14:textId="77777777" w:rsidR="00446222" w:rsidRDefault="00000000">
            <w:pPr>
              <w:spacing w:after="0" w:line="252" w:lineRule="auto"/>
              <w:jc w:val="center"/>
            </w:pPr>
            <w:r>
              <w:rPr>
                <w:sz w:val="18"/>
              </w:rPr>
              <w:t>83 / 62</w:t>
            </w:r>
          </w:p>
        </w:tc>
        <w:tc>
          <w:tcPr>
            <w:tcW w:w="1871" w:type="dxa"/>
            <w:vAlign w:val="center"/>
          </w:tcPr>
          <w:p w14:paraId="0A83F664" w14:textId="1A95C92F" w:rsidR="00446222" w:rsidRDefault="00000000">
            <w:pPr>
              <w:spacing w:after="0" w:line="252" w:lineRule="auto"/>
              <w:jc w:val="center"/>
            </w:pPr>
            <w:r>
              <w:rPr>
                <w:sz w:val="18"/>
              </w:rPr>
              <w:t>0.90 (0.63</w:t>
            </w:r>
            <w:r w:rsidR="00A142B2">
              <w:rPr>
                <w:sz w:val="18"/>
              </w:rPr>
              <w:t>-</w:t>
            </w:r>
            <w:r>
              <w:rPr>
                <w:sz w:val="18"/>
              </w:rPr>
              <w:t>1.28)</w:t>
            </w:r>
          </w:p>
        </w:tc>
        <w:tc>
          <w:tcPr>
            <w:tcW w:w="1020" w:type="dxa"/>
            <w:vAlign w:val="center"/>
          </w:tcPr>
          <w:p w14:paraId="038FFDD9" w14:textId="77777777" w:rsidR="00446222" w:rsidRDefault="00000000">
            <w:pPr>
              <w:spacing w:after="0" w:line="252" w:lineRule="auto"/>
              <w:jc w:val="center"/>
            </w:pPr>
            <w:r>
              <w:rPr>
                <w:sz w:val="18"/>
              </w:rPr>
              <w:t>0.5591</w:t>
            </w:r>
          </w:p>
        </w:tc>
      </w:tr>
      <w:tr w:rsidR="00446222" w14:paraId="1EE279EF" w14:textId="77777777">
        <w:trPr>
          <w:cantSplit/>
          <w:jc w:val="center"/>
        </w:trPr>
        <w:tc>
          <w:tcPr>
            <w:tcW w:w="794" w:type="dxa"/>
            <w:vAlign w:val="center"/>
          </w:tcPr>
          <w:p w14:paraId="0E3C5EE8" w14:textId="77777777" w:rsidR="00446222" w:rsidRDefault="00000000">
            <w:pPr>
              <w:spacing w:after="0" w:line="252" w:lineRule="auto"/>
            </w:pPr>
            <w:r>
              <w:rPr>
                <w:sz w:val="18"/>
              </w:rPr>
              <w:t>S10</w:t>
            </w:r>
          </w:p>
        </w:tc>
        <w:tc>
          <w:tcPr>
            <w:tcW w:w="3969" w:type="dxa"/>
            <w:vAlign w:val="center"/>
          </w:tcPr>
          <w:p w14:paraId="3D11B56F" w14:textId="77777777" w:rsidR="00446222" w:rsidRDefault="00000000">
            <w:pPr>
              <w:spacing w:after="0" w:line="252" w:lineRule="auto"/>
            </w:pPr>
            <w:r>
              <w:rPr>
                <w:sz w:val="18"/>
              </w:rPr>
              <w:t>raw frequency code × portion</w:t>
            </w:r>
          </w:p>
        </w:tc>
        <w:tc>
          <w:tcPr>
            <w:tcW w:w="737" w:type="dxa"/>
            <w:vAlign w:val="center"/>
          </w:tcPr>
          <w:p w14:paraId="6B6A4447" w14:textId="77777777" w:rsidR="00446222" w:rsidRDefault="00000000">
            <w:pPr>
              <w:spacing w:after="0" w:line="252" w:lineRule="auto"/>
              <w:jc w:val="center"/>
            </w:pPr>
            <w:r>
              <w:rPr>
                <w:sz w:val="18"/>
              </w:rPr>
              <w:t>145</w:t>
            </w:r>
          </w:p>
        </w:tc>
        <w:tc>
          <w:tcPr>
            <w:tcW w:w="1247" w:type="dxa"/>
            <w:vAlign w:val="center"/>
          </w:tcPr>
          <w:p w14:paraId="66CA59A4" w14:textId="77777777" w:rsidR="00446222" w:rsidRDefault="00000000">
            <w:pPr>
              <w:spacing w:after="0" w:line="252" w:lineRule="auto"/>
              <w:jc w:val="center"/>
            </w:pPr>
            <w:r>
              <w:rPr>
                <w:sz w:val="18"/>
              </w:rPr>
              <w:t>83 / 62</w:t>
            </w:r>
          </w:p>
        </w:tc>
        <w:tc>
          <w:tcPr>
            <w:tcW w:w="1871" w:type="dxa"/>
            <w:vAlign w:val="center"/>
          </w:tcPr>
          <w:p w14:paraId="7BDDE089" w14:textId="1710DE4E" w:rsidR="00446222" w:rsidRDefault="00000000">
            <w:pPr>
              <w:spacing w:after="0" w:line="252" w:lineRule="auto"/>
              <w:jc w:val="center"/>
            </w:pPr>
            <w:r>
              <w:rPr>
                <w:sz w:val="18"/>
              </w:rPr>
              <w:t>0.92 (0.64</w:t>
            </w:r>
            <w:r w:rsidR="00A142B2">
              <w:rPr>
                <w:sz w:val="18"/>
              </w:rPr>
              <w:t>-</w:t>
            </w:r>
            <w:r>
              <w:rPr>
                <w:sz w:val="18"/>
              </w:rPr>
              <w:t>1.31)</w:t>
            </w:r>
          </w:p>
        </w:tc>
        <w:tc>
          <w:tcPr>
            <w:tcW w:w="1020" w:type="dxa"/>
            <w:vAlign w:val="center"/>
          </w:tcPr>
          <w:p w14:paraId="09FBE08F" w14:textId="77777777" w:rsidR="00446222" w:rsidRDefault="00000000">
            <w:pPr>
              <w:spacing w:after="0" w:line="252" w:lineRule="auto"/>
              <w:jc w:val="center"/>
            </w:pPr>
            <w:r>
              <w:rPr>
                <w:sz w:val="18"/>
              </w:rPr>
              <w:t>0.6437</w:t>
            </w:r>
          </w:p>
        </w:tc>
      </w:tr>
      <w:tr w:rsidR="00446222" w14:paraId="2BC3099C" w14:textId="77777777">
        <w:trPr>
          <w:cantSplit/>
          <w:jc w:val="center"/>
        </w:trPr>
        <w:tc>
          <w:tcPr>
            <w:tcW w:w="794" w:type="dxa"/>
            <w:vAlign w:val="center"/>
          </w:tcPr>
          <w:p w14:paraId="716C9133" w14:textId="77777777" w:rsidR="00446222" w:rsidRDefault="00000000">
            <w:pPr>
              <w:spacing w:after="0" w:line="252" w:lineRule="auto"/>
            </w:pPr>
            <w:r>
              <w:rPr>
                <w:sz w:val="18"/>
              </w:rPr>
              <w:t>S11</w:t>
            </w:r>
          </w:p>
        </w:tc>
        <w:tc>
          <w:tcPr>
            <w:tcW w:w="3969" w:type="dxa"/>
            <w:vAlign w:val="center"/>
          </w:tcPr>
          <w:p w14:paraId="6D0B4763" w14:textId="77777777" w:rsidR="00446222" w:rsidRDefault="00000000">
            <w:pPr>
              <w:spacing w:after="0" w:line="252" w:lineRule="auto"/>
            </w:pPr>
            <w:r>
              <w:rPr>
                <w:sz w:val="18"/>
              </w:rPr>
              <w:t>ranks of combined indices</w:t>
            </w:r>
          </w:p>
        </w:tc>
        <w:tc>
          <w:tcPr>
            <w:tcW w:w="737" w:type="dxa"/>
            <w:vAlign w:val="center"/>
          </w:tcPr>
          <w:p w14:paraId="64BE9687" w14:textId="77777777" w:rsidR="00446222" w:rsidRDefault="00000000">
            <w:pPr>
              <w:spacing w:after="0" w:line="252" w:lineRule="auto"/>
              <w:jc w:val="center"/>
            </w:pPr>
            <w:r>
              <w:rPr>
                <w:sz w:val="18"/>
              </w:rPr>
              <w:t>145</w:t>
            </w:r>
          </w:p>
        </w:tc>
        <w:tc>
          <w:tcPr>
            <w:tcW w:w="1247" w:type="dxa"/>
            <w:vAlign w:val="center"/>
          </w:tcPr>
          <w:p w14:paraId="7EA192BB" w14:textId="77777777" w:rsidR="00446222" w:rsidRDefault="00000000">
            <w:pPr>
              <w:spacing w:after="0" w:line="252" w:lineRule="auto"/>
              <w:jc w:val="center"/>
            </w:pPr>
            <w:r>
              <w:rPr>
                <w:sz w:val="18"/>
              </w:rPr>
              <w:t>83 / 62</w:t>
            </w:r>
          </w:p>
        </w:tc>
        <w:tc>
          <w:tcPr>
            <w:tcW w:w="1871" w:type="dxa"/>
            <w:vAlign w:val="center"/>
          </w:tcPr>
          <w:p w14:paraId="1786FA09" w14:textId="242D9AFE" w:rsidR="00446222" w:rsidRDefault="00000000">
            <w:pPr>
              <w:spacing w:after="0" w:line="252" w:lineRule="auto"/>
              <w:jc w:val="center"/>
            </w:pPr>
            <w:r>
              <w:rPr>
                <w:sz w:val="18"/>
              </w:rPr>
              <w:t>1.27 (0.89</w:t>
            </w:r>
            <w:r w:rsidR="00A142B2">
              <w:rPr>
                <w:sz w:val="18"/>
              </w:rPr>
              <w:t>-</w:t>
            </w:r>
            <w:r>
              <w:rPr>
                <w:sz w:val="18"/>
              </w:rPr>
              <w:t>1.83)</w:t>
            </w:r>
          </w:p>
        </w:tc>
        <w:tc>
          <w:tcPr>
            <w:tcW w:w="1020" w:type="dxa"/>
            <w:vAlign w:val="center"/>
          </w:tcPr>
          <w:p w14:paraId="3032E68A" w14:textId="77777777" w:rsidR="00446222" w:rsidRDefault="00000000">
            <w:pPr>
              <w:spacing w:after="0" w:line="252" w:lineRule="auto"/>
              <w:jc w:val="center"/>
            </w:pPr>
            <w:r>
              <w:rPr>
                <w:sz w:val="18"/>
              </w:rPr>
              <w:t>0.1870</w:t>
            </w:r>
          </w:p>
        </w:tc>
      </w:tr>
      <w:tr w:rsidR="00446222" w14:paraId="211E5D86" w14:textId="77777777">
        <w:trPr>
          <w:cantSplit/>
          <w:jc w:val="center"/>
        </w:trPr>
        <w:tc>
          <w:tcPr>
            <w:tcW w:w="794" w:type="dxa"/>
            <w:vAlign w:val="center"/>
          </w:tcPr>
          <w:p w14:paraId="74547877" w14:textId="77777777" w:rsidR="00446222" w:rsidRDefault="00000000">
            <w:pPr>
              <w:spacing w:after="0" w:line="252" w:lineRule="auto"/>
            </w:pPr>
            <w:r>
              <w:rPr>
                <w:sz w:val="18"/>
              </w:rPr>
              <w:t>S12</w:t>
            </w:r>
          </w:p>
        </w:tc>
        <w:tc>
          <w:tcPr>
            <w:tcW w:w="3969" w:type="dxa"/>
            <w:vAlign w:val="center"/>
          </w:tcPr>
          <w:p w14:paraId="679E626B" w14:textId="77777777" w:rsidR="00446222" w:rsidRDefault="00000000">
            <w:pPr>
              <w:spacing w:after="0" w:line="252" w:lineRule="auto"/>
            </w:pPr>
            <w:r>
              <w:rPr>
                <w:sz w:val="18"/>
              </w:rPr>
              <w:t>exclude constant-frequency profiles</w:t>
            </w:r>
          </w:p>
        </w:tc>
        <w:tc>
          <w:tcPr>
            <w:tcW w:w="737" w:type="dxa"/>
            <w:vAlign w:val="center"/>
          </w:tcPr>
          <w:p w14:paraId="42328002" w14:textId="77777777" w:rsidR="00446222" w:rsidRDefault="00000000">
            <w:pPr>
              <w:spacing w:after="0" w:line="252" w:lineRule="auto"/>
              <w:jc w:val="center"/>
            </w:pPr>
            <w:r>
              <w:rPr>
                <w:sz w:val="18"/>
              </w:rPr>
              <w:t>144</w:t>
            </w:r>
          </w:p>
        </w:tc>
        <w:tc>
          <w:tcPr>
            <w:tcW w:w="1247" w:type="dxa"/>
            <w:vAlign w:val="center"/>
          </w:tcPr>
          <w:p w14:paraId="26659E1A" w14:textId="77777777" w:rsidR="00446222" w:rsidRDefault="00000000">
            <w:pPr>
              <w:spacing w:after="0" w:line="252" w:lineRule="auto"/>
              <w:jc w:val="center"/>
            </w:pPr>
            <w:r>
              <w:rPr>
                <w:sz w:val="18"/>
              </w:rPr>
              <w:t>82 / 62</w:t>
            </w:r>
          </w:p>
        </w:tc>
        <w:tc>
          <w:tcPr>
            <w:tcW w:w="1871" w:type="dxa"/>
            <w:vAlign w:val="center"/>
          </w:tcPr>
          <w:p w14:paraId="236F08F7" w14:textId="1CFBCCA7" w:rsidR="00446222" w:rsidRDefault="00000000">
            <w:pPr>
              <w:spacing w:after="0" w:line="252" w:lineRule="auto"/>
              <w:jc w:val="center"/>
            </w:pPr>
            <w:r>
              <w:rPr>
                <w:sz w:val="18"/>
              </w:rPr>
              <w:t>0.89 (0.62</w:t>
            </w:r>
            <w:r w:rsidR="00A142B2">
              <w:rPr>
                <w:sz w:val="18"/>
              </w:rPr>
              <w:t>-</w:t>
            </w:r>
            <w:r>
              <w:rPr>
                <w:sz w:val="18"/>
              </w:rPr>
              <w:t>1.27)</w:t>
            </w:r>
          </w:p>
        </w:tc>
        <w:tc>
          <w:tcPr>
            <w:tcW w:w="1020" w:type="dxa"/>
            <w:vAlign w:val="center"/>
          </w:tcPr>
          <w:p w14:paraId="75B7A413" w14:textId="77777777" w:rsidR="00446222" w:rsidRDefault="00000000">
            <w:pPr>
              <w:spacing w:after="0" w:line="252" w:lineRule="auto"/>
              <w:jc w:val="center"/>
            </w:pPr>
            <w:r>
              <w:rPr>
                <w:sz w:val="18"/>
              </w:rPr>
              <w:t>0.5226</w:t>
            </w:r>
          </w:p>
        </w:tc>
      </w:tr>
      <w:tr w:rsidR="00446222" w14:paraId="53F2B5C5" w14:textId="77777777">
        <w:trPr>
          <w:cantSplit/>
          <w:jc w:val="center"/>
        </w:trPr>
        <w:tc>
          <w:tcPr>
            <w:tcW w:w="794" w:type="dxa"/>
            <w:vAlign w:val="center"/>
          </w:tcPr>
          <w:p w14:paraId="24F69175" w14:textId="77777777" w:rsidR="00446222" w:rsidRDefault="00000000">
            <w:pPr>
              <w:spacing w:after="0" w:line="252" w:lineRule="auto"/>
            </w:pPr>
            <w:r>
              <w:rPr>
                <w:sz w:val="18"/>
              </w:rPr>
              <w:lastRenderedPageBreak/>
              <w:t>S13</w:t>
            </w:r>
          </w:p>
        </w:tc>
        <w:tc>
          <w:tcPr>
            <w:tcW w:w="3969" w:type="dxa"/>
            <w:vAlign w:val="center"/>
          </w:tcPr>
          <w:p w14:paraId="2236FCB0" w14:textId="77777777" w:rsidR="00446222" w:rsidRDefault="00000000">
            <w:pPr>
              <w:spacing w:after="0" w:line="252" w:lineRule="auto"/>
            </w:pPr>
            <w:r>
              <w:rPr>
                <w:sz w:val="18"/>
              </w:rPr>
              <w:t>alternative frequency multipliers × portion</w:t>
            </w:r>
          </w:p>
        </w:tc>
        <w:tc>
          <w:tcPr>
            <w:tcW w:w="737" w:type="dxa"/>
            <w:vAlign w:val="center"/>
          </w:tcPr>
          <w:p w14:paraId="3288B4D8" w14:textId="77777777" w:rsidR="00446222" w:rsidRDefault="00000000">
            <w:pPr>
              <w:spacing w:after="0" w:line="252" w:lineRule="auto"/>
              <w:jc w:val="center"/>
            </w:pPr>
            <w:r>
              <w:rPr>
                <w:sz w:val="18"/>
              </w:rPr>
              <w:t>145</w:t>
            </w:r>
          </w:p>
        </w:tc>
        <w:tc>
          <w:tcPr>
            <w:tcW w:w="1247" w:type="dxa"/>
            <w:vAlign w:val="center"/>
          </w:tcPr>
          <w:p w14:paraId="418E9231" w14:textId="77777777" w:rsidR="00446222" w:rsidRDefault="00000000">
            <w:pPr>
              <w:spacing w:after="0" w:line="252" w:lineRule="auto"/>
              <w:jc w:val="center"/>
            </w:pPr>
            <w:r>
              <w:rPr>
                <w:sz w:val="18"/>
              </w:rPr>
              <w:t>83 / 62</w:t>
            </w:r>
          </w:p>
        </w:tc>
        <w:tc>
          <w:tcPr>
            <w:tcW w:w="1871" w:type="dxa"/>
            <w:vAlign w:val="center"/>
          </w:tcPr>
          <w:p w14:paraId="158B45D5" w14:textId="669F563F" w:rsidR="00446222" w:rsidRDefault="00000000">
            <w:pPr>
              <w:spacing w:after="0" w:line="252" w:lineRule="auto"/>
              <w:jc w:val="center"/>
            </w:pPr>
            <w:r>
              <w:rPr>
                <w:sz w:val="18"/>
              </w:rPr>
              <w:t>0.78 (0.53</w:t>
            </w:r>
            <w:r w:rsidR="00A142B2">
              <w:rPr>
                <w:sz w:val="18"/>
              </w:rPr>
              <w:t>-</w:t>
            </w:r>
            <w:r>
              <w:rPr>
                <w:sz w:val="18"/>
              </w:rPr>
              <w:t>1.12)</w:t>
            </w:r>
          </w:p>
        </w:tc>
        <w:tc>
          <w:tcPr>
            <w:tcW w:w="1020" w:type="dxa"/>
            <w:vAlign w:val="center"/>
          </w:tcPr>
          <w:p w14:paraId="1B02C2AA" w14:textId="77777777" w:rsidR="00446222" w:rsidRDefault="00000000">
            <w:pPr>
              <w:spacing w:after="0" w:line="252" w:lineRule="auto"/>
              <w:jc w:val="center"/>
            </w:pPr>
            <w:r>
              <w:rPr>
                <w:sz w:val="18"/>
              </w:rPr>
              <w:t>0.1745</w:t>
            </w:r>
          </w:p>
        </w:tc>
      </w:tr>
      <w:tr w:rsidR="00446222" w14:paraId="3A547469" w14:textId="77777777">
        <w:trPr>
          <w:cantSplit/>
          <w:jc w:val="center"/>
        </w:trPr>
        <w:tc>
          <w:tcPr>
            <w:tcW w:w="794" w:type="dxa"/>
            <w:vAlign w:val="center"/>
          </w:tcPr>
          <w:p w14:paraId="21342162" w14:textId="77777777" w:rsidR="00446222" w:rsidRDefault="00000000">
            <w:pPr>
              <w:spacing w:after="0" w:line="252" w:lineRule="auto"/>
            </w:pPr>
            <w:r>
              <w:rPr>
                <w:sz w:val="18"/>
              </w:rPr>
              <w:t>S14</w:t>
            </w:r>
          </w:p>
        </w:tc>
        <w:tc>
          <w:tcPr>
            <w:tcW w:w="3969" w:type="dxa"/>
            <w:vAlign w:val="center"/>
          </w:tcPr>
          <w:p w14:paraId="67F165C5" w14:textId="77777777" w:rsidR="00446222" w:rsidRDefault="00000000">
            <w:pPr>
              <w:spacing w:after="0" w:line="252" w:lineRule="auto"/>
            </w:pPr>
            <w:r>
              <w:rPr>
                <w:sz w:val="18"/>
              </w:rPr>
              <w:t>assigned weekly frequency only</w:t>
            </w:r>
          </w:p>
        </w:tc>
        <w:tc>
          <w:tcPr>
            <w:tcW w:w="737" w:type="dxa"/>
            <w:vAlign w:val="center"/>
          </w:tcPr>
          <w:p w14:paraId="32DA271C" w14:textId="77777777" w:rsidR="00446222" w:rsidRDefault="00000000">
            <w:pPr>
              <w:spacing w:after="0" w:line="252" w:lineRule="auto"/>
              <w:jc w:val="center"/>
            </w:pPr>
            <w:r>
              <w:rPr>
                <w:sz w:val="18"/>
              </w:rPr>
              <w:t>145</w:t>
            </w:r>
          </w:p>
        </w:tc>
        <w:tc>
          <w:tcPr>
            <w:tcW w:w="1247" w:type="dxa"/>
            <w:vAlign w:val="center"/>
          </w:tcPr>
          <w:p w14:paraId="761B3044" w14:textId="77777777" w:rsidR="00446222" w:rsidRDefault="00000000">
            <w:pPr>
              <w:spacing w:after="0" w:line="252" w:lineRule="auto"/>
              <w:jc w:val="center"/>
            </w:pPr>
            <w:r>
              <w:rPr>
                <w:sz w:val="18"/>
              </w:rPr>
              <w:t>83 / 62</w:t>
            </w:r>
          </w:p>
        </w:tc>
        <w:tc>
          <w:tcPr>
            <w:tcW w:w="1871" w:type="dxa"/>
            <w:vAlign w:val="center"/>
          </w:tcPr>
          <w:p w14:paraId="0C178B68" w14:textId="4ED957D8" w:rsidR="00446222" w:rsidRDefault="00000000">
            <w:pPr>
              <w:spacing w:after="0" w:line="252" w:lineRule="auto"/>
              <w:jc w:val="center"/>
            </w:pPr>
            <w:r>
              <w:rPr>
                <w:sz w:val="18"/>
              </w:rPr>
              <w:t>1.00 (0.70</w:t>
            </w:r>
            <w:r w:rsidR="00A142B2">
              <w:rPr>
                <w:sz w:val="18"/>
              </w:rPr>
              <w:t>-</w:t>
            </w:r>
            <w:r>
              <w:rPr>
                <w:sz w:val="18"/>
              </w:rPr>
              <w:t>1.42)</w:t>
            </w:r>
          </w:p>
        </w:tc>
        <w:tc>
          <w:tcPr>
            <w:tcW w:w="1020" w:type="dxa"/>
            <w:vAlign w:val="center"/>
          </w:tcPr>
          <w:p w14:paraId="7E4BBB11" w14:textId="77777777" w:rsidR="00446222" w:rsidRDefault="00000000">
            <w:pPr>
              <w:spacing w:after="0" w:line="252" w:lineRule="auto"/>
              <w:jc w:val="center"/>
            </w:pPr>
            <w:r>
              <w:rPr>
                <w:sz w:val="18"/>
              </w:rPr>
              <w:t>0.9892</w:t>
            </w:r>
          </w:p>
        </w:tc>
      </w:tr>
      <w:tr w:rsidR="00446222" w14:paraId="29BF6984" w14:textId="77777777">
        <w:trPr>
          <w:cantSplit/>
          <w:jc w:val="center"/>
        </w:trPr>
        <w:tc>
          <w:tcPr>
            <w:tcW w:w="794" w:type="dxa"/>
            <w:vAlign w:val="center"/>
          </w:tcPr>
          <w:p w14:paraId="5502B5F0" w14:textId="77777777" w:rsidR="00446222" w:rsidRDefault="00000000">
            <w:pPr>
              <w:spacing w:after="0" w:line="252" w:lineRule="auto"/>
            </w:pPr>
            <w:r>
              <w:rPr>
                <w:sz w:val="18"/>
              </w:rPr>
              <w:t>S15</w:t>
            </w:r>
          </w:p>
        </w:tc>
        <w:tc>
          <w:tcPr>
            <w:tcW w:w="3969" w:type="dxa"/>
            <w:vAlign w:val="center"/>
          </w:tcPr>
          <w:p w14:paraId="640A9133" w14:textId="77777777" w:rsidR="00446222" w:rsidRDefault="00000000">
            <w:pPr>
              <w:spacing w:after="0" w:line="252" w:lineRule="auto"/>
            </w:pPr>
            <w:r>
              <w:rPr>
                <w:sz w:val="18"/>
              </w:rPr>
              <w:t>ordinal frequency only</w:t>
            </w:r>
          </w:p>
        </w:tc>
        <w:tc>
          <w:tcPr>
            <w:tcW w:w="737" w:type="dxa"/>
            <w:vAlign w:val="center"/>
          </w:tcPr>
          <w:p w14:paraId="047149A4" w14:textId="77777777" w:rsidR="00446222" w:rsidRDefault="00000000">
            <w:pPr>
              <w:spacing w:after="0" w:line="252" w:lineRule="auto"/>
              <w:jc w:val="center"/>
            </w:pPr>
            <w:r>
              <w:rPr>
                <w:sz w:val="18"/>
              </w:rPr>
              <w:t>145</w:t>
            </w:r>
          </w:p>
        </w:tc>
        <w:tc>
          <w:tcPr>
            <w:tcW w:w="1247" w:type="dxa"/>
            <w:vAlign w:val="center"/>
          </w:tcPr>
          <w:p w14:paraId="0922D294" w14:textId="77777777" w:rsidR="00446222" w:rsidRDefault="00000000">
            <w:pPr>
              <w:spacing w:after="0" w:line="252" w:lineRule="auto"/>
              <w:jc w:val="center"/>
            </w:pPr>
            <w:r>
              <w:rPr>
                <w:sz w:val="18"/>
              </w:rPr>
              <w:t>83 / 62</w:t>
            </w:r>
          </w:p>
        </w:tc>
        <w:tc>
          <w:tcPr>
            <w:tcW w:w="1871" w:type="dxa"/>
            <w:vAlign w:val="center"/>
          </w:tcPr>
          <w:p w14:paraId="17F51B82" w14:textId="01091C7D" w:rsidR="00446222" w:rsidRDefault="00000000">
            <w:pPr>
              <w:spacing w:after="0" w:line="252" w:lineRule="auto"/>
              <w:jc w:val="center"/>
            </w:pPr>
            <w:r>
              <w:rPr>
                <w:sz w:val="18"/>
              </w:rPr>
              <w:t>1.17 (0.79</w:t>
            </w:r>
            <w:r w:rsidR="00A142B2">
              <w:rPr>
                <w:sz w:val="18"/>
              </w:rPr>
              <w:t>-</w:t>
            </w:r>
            <w:r>
              <w:rPr>
                <w:sz w:val="18"/>
              </w:rPr>
              <w:t>1.74)</w:t>
            </w:r>
          </w:p>
        </w:tc>
        <w:tc>
          <w:tcPr>
            <w:tcW w:w="1020" w:type="dxa"/>
            <w:vAlign w:val="center"/>
          </w:tcPr>
          <w:p w14:paraId="312D165B" w14:textId="77777777" w:rsidR="00446222" w:rsidRDefault="00000000">
            <w:pPr>
              <w:spacing w:after="0" w:line="252" w:lineRule="auto"/>
              <w:jc w:val="center"/>
            </w:pPr>
            <w:r>
              <w:rPr>
                <w:sz w:val="18"/>
              </w:rPr>
              <w:t>0.4347</w:t>
            </w:r>
          </w:p>
        </w:tc>
      </w:tr>
      <w:tr w:rsidR="00446222" w14:paraId="205D8631" w14:textId="77777777">
        <w:trPr>
          <w:cantSplit/>
          <w:jc w:val="center"/>
        </w:trPr>
        <w:tc>
          <w:tcPr>
            <w:tcW w:w="794" w:type="dxa"/>
            <w:vAlign w:val="center"/>
          </w:tcPr>
          <w:p w14:paraId="2F3FB93B" w14:textId="77777777" w:rsidR="00446222" w:rsidRDefault="00000000">
            <w:pPr>
              <w:keepNext/>
              <w:spacing w:after="0" w:line="252" w:lineRule="auto"/>
            </w:pPr>
            <w:r>
              <w:rPr>
                <w:sz w:val="18"/>
              </w:rPr>
              <w:t>S16</w:t>
            </w:r>
          </w:p>
        </w:tc>
        <w:tc>
          <w:tcPr>
            <w:tcW w:w="3969" w:type="dxa"/>
            <w:vAlign w:val="center"/>
          </w:tcPr>
          <w:p w14:paraId="3AB1E2D4" w14:textId="77777777" w:rsidR="00446222" w:rsidRDefault="00000000">
            <w:pPr>
              <w:keepNext/>
              <w:spacing w:after="0" w:line="252" w:lineRule="auto"/>
            </w:pPr>
            <w:r>
              <w:rPr>
                <w:sz w:val="18"/>
              </w:rPr>
              <w:t>highest category 3/day × portion</w:t>
            </w:r>
          </w:p>
        </w:tc>
        <w:tc>
          <w:tcPr>
            <w:tcW w:w="737" w:type="dxa"/>
            <w:vAlign w:val="center"/>
          </w:tcPr>
          <w:p w14:paraId="5557A30D" w14:textId="77777777" w:rsidR="00446222" w:rsidRDefault="00000000">
            <w:pPr>
              <w:keepNext/>
              <w:spacing w:after="0" w:line="252" w:lineRule="auto"/>
              <w:jc w:val="center"/>
            </w:pPr>
            <w:r>
              <w:rPr>
                <w:sz w:val="18"/>
              </w:rPr>
              <w:t>145</w:t>
            </w:r>
          </w:p>
        </w:tc>
        <w:tc>
          <w:tcPr>
            <w:tcW w:w="1247" w:type="dxa"/>
            <w:vAlign w:val="center"/>
          </w:tcPr>
          <w:p w14:paraId="1E1700DE" w14:textId="77777777" w:rsidR="00446222" w:rsidRDefault="00000000">
            <w:pPr>
              <w:keepNext/>
              <w:spacing w:after="0" w:line="252" w:lineRule="auto"/>
              <w:jc w:val="center"/>
            </w:pPr>
            <w:r>
              <w:rPr>
                <w:sz w:val="18"/>
              </w:rPr>
              <w:t>83 / 62</w:t>
            </w:r>
          </w:p>
        </w:tc>
        <w:tc>
          <w:tcPr>
            <w:tcW w:w="1871" w:type="dxa"/>
            <w:vAlign w:val="center"/>
          </w:tcPr>
          <w:p w14:paraId="738901A3" w14:textId="516D3874" w:rsidR="00446222" w:rsidRDefault="00000000">
            <w:pPr>
              <w:keepNext/>
              <w:spacing w:after="0" w:line="252" w:lineRule="auto"/>
              <w:jc w:val="center"/>
            </w:pPr>
            <w:r>
              <w:rPr>
                <w:sz w:val="18"/>
              </w:rPr>
              <w:t>0.92 (0.64</w:t>
            </w:r>
            <w:r w:rsidR="00A142B2">
              <w:rPr>
                <w:sz w:val="18"/>
              </w:rPr>
              <w:t>-</w:t>
            </w:r>
            <w:r>
              <w:rPr>
                <w:sz w:val="18"/>
              </w:rPr>
              <w:t>1.31)</w:t>
            </w:r>
          </w:p>
        </w:tc>
        <w:tc>
          <w:tcPr>
            <w:tcW w:w="1020" w:type="dxa"/>
            <w:vAlign w:val="center"/>
          </w:tcPr>
          <w:p w14:paraId="6A10C4DF" w14:textId="77777777" w:rsidR="00446222" w:rsidRDefault="00000000">
            <w:pPr>
              <w:keepNext/>
              <w:spacing w:after="0" w:line="252" w:lineRule="auto"/>
              <w:jc w:val="center"/>
            </w:pPr>
            <w:r>
              <w:rPr>
                <w:sz w:val="18"/>
              </w:rPr>
              <w:t>0.6412</w:t>
            </w:r>
          </w:p>
        </w:tc>
      </w:tr>
    </w:tbl>
    <w:p w14:paraId="3EF1BDD9" w14:textId="7C931A2D" w:rsidR="00446222" w:rsidRDefault="00000000" w:rsidP="0047469F">
      <w:pPr>
        <w:keepLines/>
        <w:spacing w:after="140" w:line="252" w:lineRule="auto"/>
        <w:jc w:val="both"/>
      </w:pPr>
      <w:r>
        <w:rPr>
          <w:sz w:val="18"/>
        </w:rPr>
        <w:t>ᵃ P values are not multiplicity-adjusted. CIs are pointwise profile penalised-likelihood intervals. Model definitions and units follow Table S14. S10, S11 and S13</w:t>
      </w:r>
      <w:r w:rsidR="00A142B2">
        <w:rPr>
          <w:sz w:val="18"/>
        </w:rPr>
        <w:t>-</w:t>
      </w:r>
      <w:r>
        <w:rPr>
          <w:sz w:val="18"/>
        </w:rPr>
        <w:t>S16 re-estimate six aligned components under alternative representations; low congruence can indicate a different exposure mixture. All other rows retain the primary score scale. These related analyses are not independent replications.</w:t>
      </w:r>
    </w:p>
    <w:p w14:paraId="1D28ABF4" w14:textId="77777777" w:rsidR="00446222" w:rsidRDefault="00000000">
      <w:pPr>
        <w:keepNext/>
        <w:spacing w:after="60" w:line="240" w:lineRule="auto"/>
        <w:jc w:val="center"/>
      </w:pPr>
      <w:r>
        <w:rPr>
          <w:noProof/>
        </w:rPr>
        <w:drawing>
          <wp:inline distT="0" distB="0" distL="0" distR="0" wp14:anchorId="7CA9AB30" wp14:editId="16918CA7">
            <wp:extent cx="5760000" cy="5863318"/>
            <wp:effectExtent l="0" t="0" r="6350" b="4445"/>
            <wp:docPr id="17" name="Figure_S17" descr="Figure 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7.png"/>
                    <pic:cNvPicPr/>
                  </pic:nvPicPr>
                  <pic:blipFill>
                    <a:blip r:embed="rId43">
                      <a:extLst>
                        <a:ext uri="{BEBA8EAE-BF5A-486C-A8C5-ECC9F3942E4B}">
                          <a14:imgProps xmlns:a14="http://schemas.microsoft.com/office/drawing/2010/main">
                            <a14:imgLayer r:embed="rId44">
                              <a14:imgEffect>
                                <a14:sharpenSoften amount="50000"/>
                              </a14:imgEffect>
                            </a14:imgLayer>
                          </a14:imgProps>
                        </a:ext>
                      </a:extLst>
                    </a:blip>
                    <a:stretch>
                      <a:fillRect/>
                    </a:stretch>
                  </pic:blipFill>
                  <pic:spPr>
                    <a:xfrm>
                      <a:off x="0" y="0"/>
                      <a:ext cx="5760000" cy="5863318"/>
                    </a:xfrm>
                    <a:prstGeom prst="rect">
                      <a:avLst/>
                    </a:prstGeom>
                  </pic:spPr>
                </pic:pic>
              </a:graphicData>
            </a:graphic>
          </wp:inline>
        </w:drawing>
      </w:r>
    </w:p>
    <w:p w14:paraId="3C596E5B" w14:textId="77777777" w:rsidR="00446222" w:rsidRDefault="00000000" w:rsidP="0047469F">
      <w:pPr>
        <w:pStyle w:val="Caption"/>
        <w:keepLines/>
        <w:jc w:val="both"/>
      </w:pPr>
      <w:r>
        <w:rPr>
          <w:b/>
        </w:rPr>
        <w:t xml:space="preserve">Figure S17. </w:t>
      </w:r>
      <w:r>
        <w:t>Population and covariate sensitivity analyses for FP05. Fruit and beans. The main result and population/covariate comparisons are displayed on a logarithmic odds-ratio scale. Each point and line is a Firth estimate and pointwise 95% profile interval. The fixed primary scoring basis is retained. S12 excludes constant-frequency profiles; no influence-based participant deletion was used. Corresponding estimates are in Table S19.</w:t>
      </w:r>
    </w:p>
    <w:p w14:paraId="5CD49107" w14:textId="77777777" w:rsidR="00446222" w:rsidRDefault="00000000">
      <w:pPr>
        <w:keepNext/>
        <w:spacing w:after="60" w:line="240" w:lineRule="auto"/>
        <w:jc w:val="center"/>
      </w:pPr>
      <w:r>
        <w:rPr>
          <w:noProof/>
        </w:rPr>
        <w:lastRenderedPageBreak/>
        <w:drawing>
          <wp:inline distT="0" distB="0" distL="0" distR="0" wp14:anchorId="2AD2AE58" wp14:editId="23D2157B">
            <wp:extent cx="5940000" cy="4892287"/>
            <wp:effectExtent l="0" t="0" r="3810" b="0"/>
            <wp:docPr id="18" name="Figure_S18" descr="Figure 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8.png"/>
                    <pic:cNvPicPr/>
                  </pic:nvPicPr>
                  <pic:blipFill>
                    <a:blip r:embed="rId45">
                      <a:extLst>
                        <a:ext uri="{BEBA8EAE-BF5A-486C-A8C5-ECC9F3942E4B}">
                          <a14:imgProps xmlns:a14="http://schemas.microsoft.com/office/drawing/2010/main">
                            <a14:imgLayer r:embed="rId46">
                              <a14:imgEffect>
                                <a14:sharpenSoften amount="50000"/>
                              </a14:imgEffect>
                            </a14:imgLayer>
                          </a14:imgProps>
                        </a:ext>
                      </a:extLst>
                    </a:blip>
                    <a:stretch>
                      <a:fillRect/>
                    </a:stretch>
                  </pic:blipFill>
                  <pic:spPr>
                    <a:xfrm>
                      <a:off x="0" y="0"/>
                      <a:ext cx="5940000" cy="4892287"/>
                    </a:xfrm>
                    <a:prstGeom prst="rect">
                      <a:avLst/>
                    </a:prstGeom>
                  </pic:spPr>
                </pic:pic>
              </a:graphicData>
            </a:graphic>
          </wp:inline>
        </w:drawing>
      </w:r>
    </w:p>
    <w:p w14:paraId="61CC9999" w14:textId="77777777" w:rsidR="00446222" w:rsidRDefault="00000000" w:rsidP="0047469F">
      <w:pPr>
        <w:pStyle w:val="Caption"/>
        <w:keepLines/>
        <w:jc w:val="both"/>
      </w:pPr>
      <w:r>
        <w:rPr>
          <w:b/>
        </w:rPr>
        <w:t xml:space="preserve">Figure S18. </w:t>
      </w:r>
      <w:r>
        <w:t>Measurement-representation sensitivity analyses for FP05. The main result is compared with raw-code products, ranks of the combined index, alternative frequency multipliers, weekly and ordinal frequency-only variables, and a 3/day highest-category assumption. All use the same 145 participants and six matched components, but each alternative uses its own score SD. Alignment does not guarantee identical component composition. CIs are pointwise and P values are not multiplicity-adjusted; Table S19 gives the numerical estimates.</w:t>
      </w:r>
    </w:p>
    <w:p w14:paraId="4935F3BE" w14:textId="77777777" w:rsidR="00446222" w:rsidRDefault="00000000">
      <w:pPr>
        <w:pStyle w:val="Heading1"/>
      </w:pPr>
      <w:r>
        <w:t>FP06: Hibiscus tea, Moringa and fruit juice</w:t>
      </w:r>
    </w:p>
    <w:p w14:paraId="35D4AD59" w14:textId="77777777" w:rsidR="00446222" w:rsidRDefault="00000000">
      <w:pPr>
        <w:pStyle w:val="Caption"/>
        <w:keepNext/>
      </w:pPr>
      <w:r>
        <w:rPr>
          <w:b/>
        </w:rPr>
        <w:t>Table S20. FP06 main and sensitivity associations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794"/>
        <w:gridCol w:w="3969"/>
        <w:gridCol w:w="737"/>
        <w:gridCol w:w="1247"/>
        <w:gridCol w:w="1871"/>
        <w:gridCol w:w="1020"/>
      </w:tblGrid>
      <w:tr w:rsidR="00446222" w14:paraId="7EAE772C" w14:textId="77777777">
        <w:trPr>
          <w:cantSplit/>
          <w:tblHeader/>
          <w:jc w:val="center"/>
        </w:trPr>
        <w:tc>
          <w:tcPr>
            <w:tcW w:w="794" w:type="dxa"/>
            <w:tcBorders>
              <w:bottom w:val="single" w:sz="4" w:space="0" w:color="auto"/>
            </w:tcBorders>
            <w:vAlign w:val="center"/>
          </w:tcPr>
          <w:p w14:paraId="3B0AEECC" w14:textId="77777777" w:rsidR="00446222" w:rsidRDefault="00000000">
            <w:pPr>
              <w:keepNext/>
              <w:spacing w:after="0" w:line="252" w:lineRule="auto"/>
            </w:pPr>
            <w:r>
              <w:rPr>
                <w:b/>
                <w:sz w:val="18"/>
              </w:rPr>
              <w:t>Model</w:t>
            </w:r>
          </w:p>
        </w:tc>
        <w:tc>
          <w:tcPr>
            <w:tcW w:w="3969" w:type="dxa"/>
            <w:tcBorders>
              <w:bottom w:val="single" w:sz="4" w:space="0" w:color="auto"/>
            </w:tcBorders>
            <w:vAlign w:val="center"/>
          </w:tcPr>
          <w:p w14:paraId="2D77DC2E" w14:textId="77777777" w:rsidR="00446222" w:rsidRDefault="00000000">
            <w:pPr>
              <w:keepNext/>
              <w:spacing w:after="0" w:line="252" w:lineRule="auto"/>
            </w:pPr>
            <w:r>
              <w:rPr>
                <w:b/>
                <w:sz w:val="18"/>
              </w:rPr>
              <w:t>Specification</w:t>
            </w:r>
          </w:p>
        </w:tc>
        <w:tc>
          <w:tcPr>
            <w:tcW w:w="737" w:type="dxa"/>
            <w:tcBorders>
              <w:bottom w:val="single" w:sz="4" w:space="0" w:color="auto"/>
            </w:tcBorders>
            <w:vAlign w:val="center"/>
          </w:tcPr>
          <w:p w14:paraId="6A46A2E8" w14:textId="77777777" w:rsidR="00446222" w:rsidRDefault="00000000">
            <w:pPr>
              <w:keepNext/>
              <w:spacing w:after="0" w:line="252" w:lineRule="auto"/>
              <w:jc w:val="center"/>
            </w:pPr>
            <w:r>
              <w:rPr>
                <w:b/>
                <w:sz w:val="18"/>
              </w:rPr>
              <w:t>N</w:t>
            </w:r>
          </w:p>
        </w:tc>
        <w:tc>
          <w:tcPr>
            <w:tcW w:w="1247" w:type="dxa"/>
            <w:tcBorders>
              <w:bottom w:val="single" w:sz="4" w:space="0" w:color="auto"/>
            </w:tcBorders>
            <w:vAlign w:val="center"/>
          </w:tcPr>
          <w:p w14:paraId="32E48216" w14:textId="77777777" w:rsidR="00446222" w:rsidRDefault="00000000">
            <w:pPr>
              <w:keepNext/>
              <w:spacing w:after="0" w:line="252" w:lineRule="auto"/>
              <w:jc w:val="center"/>
            </w:pPr>
            <w:r>
              <w:rPr>
                <w:b/>
                <w:sz w:val="18"/>
              </w:rPr>
              <w:t>Controls /</w:t>
            </w:r>
            <w:r>
              <w:rPr>
                <w:b/>
                <w:sz w:val="18"/>
              </w:rPr>
              <w:br/>
              <w:t>cases</w:t>
            </w:r>
          </w:p>
        </w:tc>
        <w:tc>
          <w:tcPr>
            <w:tcW w:w="1871" w:type="dxa"/>
            <w:tcBorders>
              <w:bottom w:val="single" w:sz="4" w:space="0" w:color="auto"/>
            </w:tcBorders>
            <w:vAlign w:val="center"/>
          </w:tcPr>
          <w:p w14:paraId="035F5DBD" w14:textId="77777777" w:rsidR="00446222" w:rsidRDefault="00000000">
            <w:pPr>
              <w:keepNext/>
              <w:spacing w:after="0" w:line="252" w:lineRule="auto"/>
              <w:jc w:val="center"/>
            </w:pPr>
            <w:r>
              <w:rPr>
                <w:b/>
                <w:sz w:val="18"/>
              </w:rPr>
              <w:t>OR (95% CI)</w:t>
            </w:r>
          </w:p>
        </w:tc>
        <w:tc>
          <w:tcPr>
            <w:tcW w:w="1020" w:type="dxa"/>
            <w:tcBorders>
              <w:bottom w:val="single" w:sz="4" w:space="0" w:color="auto"/>
            </w:tcBorders>
            <w:vAlign w:val="center"/>
          </w:tcPr>
          <w:p w14:paraId="7C9BC3AB" w14:textId="77777777" w:rsidR="00446222" w:rsidRDefault="00000000">
            <w:pPr>
              <w:keepNext/>
              <w:spacing w:after="0" w:line="252" w:lineRule="auto"/>
              <w:jc w:val="center"/>
            </w:pPr>
            <w:r>
              <w:rPr>
                <w:b/>
                <w:sz w:val="18"/>
              </w:rPr>
              <w:t>Pᵃ</w:t>
            </w:r>
          </w:p>
        </w:tc>
      </w:tr>
      <w:tr w:rsidR="00446222" w14:paraId="36EE3D81" w14:textId="77777777">
        <w:trPr>
          <w:cantSplit/>
          <w:jc w:val="center"/>
        </w:trPr>
        <w:tc>
          <w:tcPr>
            <w:tcW w:w="794" w:type="dxa"/>
            <w:vAlign w:val="center"/>
          </w:tcPr>
          <w:p w14:paraId="061EBD29" w14:textId="77777777" w:rsidR="00446222" w:rsidRDefault="00000000">
            <w:pPr>
              <w:spacing w:after="0" w:line="252" w:lineRule="auto"/>
            </w:pPr>
            <w:r>
              <w:rPr>
                <w:sz w:val="18"/>
              </w:rPr>
              <w:t>M2</w:t>
            </w:r>
          </w:p>
        </w:tc>
        <w:tc>
          <w:tcPr>
            <w:tcW w:w="3969" w:type="dxa"/>
            <w:vAlign w:val="center"/>
          </w:tcPr>
          <w:p w14:paraId="644B9034" w14:textId="77777777" w:rsidR="00446222" w:rsidRDefault="00000000">
            <w:pPr>
              <w:spacing w:after="0" w:line="252" w:lineRule="auto"/>
            </w:pPr>
            <w:r>
              <w:rPr>
                <w:sz w:val="18"/>
              </w:rPr>
              <w:t>Main adjusted</w:t>
            </w:r>
          </w:p>
        </w:tc>
        <w:tc>
          <w:tcPr>
            <w:tcW w:w="737" w:type="dxa"/>
            <w:vAlign w:val="center"/>
          </w:tcPr>
          <w:p w14:paraId="41E81194" w14:textId="77777777" w:rsidR="00446222" w:rsidRDefault="00000000">
            <w:pPr>
              <w:spacing w:after="0" w:line="252" w:lineRule="auto"/>
              <w:jc w:val="center"/>
            </w:pPr>
            <w:r>
              <w:rPr>
                <w:sz w:val="18"/>
              </w:rPr>
              <w:t>145</w:t>
            </w:r>
          </w:p>
        </w:tc>
        <w:tc>
          <w:tcPr>
            <w:tcW w:w="1247" w:type="dxa"/>
            <w:vAlign w:val="center"/>
          </w:tcPr>
          <w:p w14:paraId="7EF729D0" w14:textId="77777777" w:rsidR="00446222" w:rsidRDefault="00000000">
            <w:pPr>
              <w:spacing w:after="0" w:line="252" w:lineRule="auto"/>
              <w:jc w:val="center"/>
            </w:pPr>
            <w:r>
              <w:rPr>
                <w:sz w:val="18"/>
              </w:rPr>
              <w:t>83 / 62</w:t>
            </w:r>
          </w:p>
        </w:tc>
        <w:tc>
          <w:tcPr>
            <w:tcW w:w="1871" w:type="dxa"/>
            <w:vAlign w:val="center"/>
          </w:tcPr>
          <w:p w14:paraId="6B0C029A" w14:textId="67120C4E" w:rsidR="00446222" w:rsidRDefault="00000000">
            <w:pPr>
              <w:spacing w:after="0" w:line="252" w:lineRule="auto"/>
              <w:jc w:val="center"/>
            </w:pPr>
            <w:r>
              <w:rPr>
                <w:sz w:val="18"/>
              </w:rPr>
              <w:t>0.91 (0.63</w:t>
            </w:r>
            <w:r w:rsidR="00A142B2">
              <w:rPr>
                <w:sz w:val="18"/>
              </w:rPr>
              <w:t>-</w:t>
            </w:r>
            <w:r>
              <w:rPr>
                <w:sz w:val="18"/>
              </w:rPr>
              <w:t>1.33)</w:t>
            </w:r>
          </w:p>
        </w:tc>
        <w:tc>
          <w:tcPr>
            <w:tcW w:w="1020" w:type="dxa"/>
            <w:vAlign w:val="center"/>
          </w:tcPr>
          <w:p w14:paraId="46CCB951" w14:textId="77777777" w:rsidR="00446222" w:rsidRDefault="00000000">
            <w:pPr>
              <w:spacing w:after="0" w:line="252" w:lineRule="auto"/>
              <w:jc w:val="center"/>
            </w:pPr>
            <w:r>
              <w:rPr>
                <w:sz w:val="18"/>
              </w:rPr>
              <w:t>0.6368</w:t>
            </w:r>
          </w:p>
        </w:tc>
      </w:tr>
      <w:tr w:rsidR="00446222" w14:paraId="64D052C3" w14:textId="77777777">
        <w:trPr>
          <w:cantSplit/>
          <w:jc w:val="center"/>
        </w:trPr>
        <w:tc>
          <w:tcPr>
            <w:tcW w:w="794" w:type="dxa"/>
            <w:vAlign w:val="center"/>
          </w:tcPr>
          <w:p w14:paraId="6CBA58F9" w14:textId="77777777" w:rsidR="00446222" w:rsidRDefault="00000000">
            <w:pPr>
              <w:spacing w:after="0" w:line="252" w:lineRule="auto"/>
            </w:pPr>
            <w:r>
              <w:rPr>
                <w:sz w:val="18"/>
              </w:rPr>
              <w:t>S01</w:t>
            </w:r>
          </w:p>
        </w:tc>
        <w:tc>
          <w:tcPr>
            <w:tcW w:w="3969" w:type="dxa"/>
            <w:vAlign w:val="center"/>
          </w:tcPr>
          <w:p w14:paraId="43F443DD" w14:textId="77777777" w:rsidR="00446222" w:rsidRDefault="00000000">
            <w:pPr>
              <w:spacing w:after="0" w:line="252" w:lineRule="auto"/>
            </w:pPr>
            <w:r>
              <w:rPr>
                <w:sz w:val="18"/>
              </w:rPr>
              <w:t>ages ≥23, no upper limit</w:t>
            </w:r>
          </w:p>
        </w:tc>
        <w:tc>
          <w:tcPr>
            <w:tcW w:w="737" w:type="dxa"/>
            <w:vAlign w:val="center"/>
          </w:tcPr>
          <w:p w14:paraId="0CDC556C" w14:textId="77777777" w:rsidR="00446222" w:rsidRDefault="00000000">
            <w:pPr>
              <w:spacing w:after="0" w:line="252" w:lineRule="auto"/>
              <w:jc w:val="center"/>
            </w:pPr>
            <w:r>
              <w:rPr>
                <w:sz w:val="18"/>
              </w:rPr>
              <w:t>150</w:t>
            </w:r>
          </w:p>
        </w:tc>
        <w:tc>
          <w:tcPr>
            <w:tcW w:w="1247" w:type="dxa"/>
            <w:vAlign w:val="center"/>
          </w:tcPr>
          <w:p w14:paraId="7BC5C56E" w14:textId="77777777" w:rsidR="00446222" w:rsidRDefault="00000000">
            <w:pPr>
              <w:spacing w:after="0" w:line="252" w:lineRule="auto"/>
              <w:jc w:val="center"/>
            </w:pPr>
            <w:r>
              <w:rPr>
                <w:sz w:val="18"/>
              </w:rPr>
              <w:t>83 / 67</w:t>
            </w:r>
          </w:p>
        </w:tc>
        <w:tc>
          <w:tcPr>
            <w:tcW w:w="1871" w:type="dxa"/>
            <w:vAlign w:val="center"/>
          </w:tcPr>
          <w:p w14:paraId="6D340BD0" w14:textId="7AD66E78" w:rsidR="00446222" w:rsidRDefault="00000000">
            <w:pPr>
              <w:spacing w:after="0" w:line="252" w:lineRule="auto"/>
              <w:jc w:val="center"/>
            </w:pPr>
            <w:r>
              <w:rPr>
                <w:sz w:val="18"/>
              </w:rPr>
              <w:t>0.91 (0.62</w:t>
            </w:r>
            <w:r w:rsidR="00A142B2">
              <w:rPr>
                <w:sz w:val="18"/>
              </w:rPr>
              <w:t>-</w:t>
            </w:r>
            <w:r>
              <w:rPr>
                <w:sz w:val="18"/>
              </w:rPr>
              <w:t>1.32)</w:t>
            </w:r>
          </w:p>
        </w:tc>
        <w:tc>
          <w:tcPr>
            <w:tcW w:w="1020" w:type="dxa"/>
            <w:vAlign w:val="center"/>
          </w:tcPr>
          <w:p w14:paraId="00B61856" w14:textId="77777777" w:rsidR="00446222" w:rsidRDefault="00000000">
            <w:pPr>
              <w:spacing w:after="0" w:line="252" w:lineRule="auto"/>
              <w:jc w:val="center"/>
            </w:pPr>
            <w:r>
              <w:rPr>
                <w:sz w:val="18"/>
              </w:rPr>
              <w:t>0.6036</w:t>
            </w:r>
          </w:p>
        </w:tc>
      </w:tr>
      <w:tr w:rsidR="00446222" w14:paraId="55C0C0E7" w14:textId="77777777">
        <w:trPr>
          <w:cantSplit/>
          <w:jc w:val="center"/>
        </w:trPr>
        <w:tc>
          <w:tcPr>
            <w:tcW w:w="794" w:type="dxa"/>
            <w:vAlign w:val="center"/>
          </w:tcPr>
          <w:p w14:paraId="2703F389" w14:textId="77777777" w:rsidR="00446222" w:rsidRDefault="00000000">
            <w:pPr>
              <w:spacing w:after="0" w:line="252" w:lineRule="auto"/>
            </w:pPr>
            <w:r>
              <w:rPr>
                <w:sz w:val="18"/>
              </w:rPr>
              <w:t>S02</w:t>
            </w:r>
          </w:p>
        </w:tc>
        <w:tc>
          <w:tcPr>
            <w:tcW w:w="3969" w:type="dxa"/>
            <w:vAlign w:val="center"/>
          </w:tcPr>
          <w:p w14:paraId="5DA294E7" w14:textId="77777777" w:rsidR="00446222" w:rsidRDefault="00000000">
            <w:pPr>
              <w:spacing w:after="0" w:line="252" w:lineRule="auto"/>
            </w:pPr>
            <w:r>
              <w:rPr>
                <w:sz w:val="18"/>
              </w:rPr>
              <w:t>all enrolled ages</w:t>
            </w:r>
          </w:p>
        </w:tc>
        <w:tc>
          <w:tcPr>
            <w:tcW w:w="737" w:type="dxa"/>
            <w:vAlign w:val="center"/>
          </w:tcPr>
          <w:p w14:paraId="41373C5B" w14:textId="77777777" w:rsidR="00446222" w:rsidRDefault="00000000">
            <w:pPr>
              <w:spacing w:after="0" w:line="252" w:lineRule="auto"/>
              <w:jc w:val="center"/>
            </w:pPr>
            <w:r>
              <w:rPr>
                <w:sz w:val="18"/>
              </w:rPr>
              <w:t>163</w:t>
            </w:r>
          </w:p>
        </w:tc>
        <w:tc>
          <w:tcPr>
            <w:tcW w:w="1247" w:type="dxa"/>
            <w:vAlign w:val="center"/>
          </w:tcPr>
          <w:p w14:paraId="7F13521C" w14:textId="77777777" w:rsidR="00446222" w:rsidRDefault="00000000">
            <w:pPr>
              <w:spacing w:after="0" w:line="252" w:lineRule="auto"/>
              <w:jc w:val="center"/>
            </w:pPr>
            <w:r>
              <w:rPr>
                <w:sz w:val="18"/>
              </w:rPr>
              <w:t>96 / 67</w:t>
            </w:r>
          </w:p>
        </w:tc>
        <w:tc>
          <w:tcPr>
            <w:tcW w:w="1871" w:type="dxa"/>
            <w:vAlign w:val="center"/>
          </w:tcPr>
          <w:p w14:paraId="23420152" w14:textId="1DD785DC" w:rsidR="00446222" w:rsidRDefault="00000000">
            <w:pPr>
              <w:spacing w:after="0" w:line="252" w:lineRule="auto"/>
              <w:jc w:val="center"/>
            </w:pPr>
            <w:r>
              <w:rPr>
                <w:sz w:val="18"/>
              </w:rPr>
              <w:t>0.90 (0.61</w:t>
            </w:r>
            <w:r w:rsidR="00A142B2">
              <w:rPr>
                <w:sz w:val="18"/>
              </w:rPr>
              <w:t>-</w:t>
            </w:r>
            <w:r>
              <w:rPr>
                <w:sz w:val="18"/>
              </w:rPr>
              <w:t>1.31)</w:t>
            </w:r>
          </w:p>
        </w:tc>
        <w:tc>
          <w:tcPr>
            <w:tcW w:w="1020" w:type="dxa"/>
            <w:vAlign w:val="center"/>
          </w:tcPr>
          <w:p w14:paraId="36397816" w14:textId="77777777" w:rsidR="00446222" w:rsidRDefault="00000000">
            <w:pPr>
              <w:spacing w:after="0" w:line="252" w:lineRule="auto"/>
              <w:jc w:val="center"/>
            </w:pPr>
            <w:r>
              <w:rPr>
                <w:sz w:val="18"/>
              </w:rPr>
              <w:t>0.5686</w:t>
            </w:r>
          </w:p>
        </w:tc>
      </w:tr>
      <w:tr w:rsidR="00446222" w14:paraId="6A572CBA" w14:textId="77777777">
        <w:trPr>
          <w:cantSplit/>
          <w:jc w:val="center"/>
        </w:trPr>
        <w:tc>
          <w:tcPr>
            <w:tcW w:w="794" w:type="dxa"/>
            <w:vAlign w:val="center"/>
          </w:tcPr>
          <w:p w14:paraId="5EB540BF" w14:textId="77777777" w:rsidR="00446222" w:rsidRDefault="00000000">
            <w:pPr>
              <w:spacing w:after="0" w:line="252" w:lineRule="auto"/>
            </w:pPr>
            <w:r>
              <w:rPr>
                <w:sz w:val="18"/>
              </w:rPr>
              <w:t>S03</w:t>
            </w:r>
          </w:p>
        </w:tc>
        <w:tc>
          <w:tcPr>
            <w:tcW w:w="3969" w:type="dxa"/>
            <w:vAlign w:val="center"/>
          </w:tcPr>
          <w:p w14:paraId="6A81CFA1" w14:textId="77777777" w:rsidR="00446222" w:rsidRDefault="00000000">
            <w:pPr>
              <w:spacing w:after="0" w:line="252" w:lineRule="auto"/>
            </w:pPr>
            <w:r>
              <w:rPr>
                <w:sz w:val="18"/>
              </w:rPr>
              <w:t>exclude recorded students from both groups</w:t>
            </w:r>
          </w:p>
        </w:tc>
        <w:tc>
          <w:tcPr>
            <w:tcW w:w="737" w:type="dxa"/>
            <w:vAlign w:val="center"/>
          </w:tcPr>
          <w:p w14:paraId="11073114" w14:textId="77777777" w:rsidR="00446222" w:rsidRDefault="00000000">
            <w:pPr>
              <w:spacing w:after="0" w:line="252" w:lineRule="auto"/>
              <w:jc w:val="center"/>
            </w:pPr>
            <w:r>
              <w:rPr>
                <w:sz w:val="18"/>
              </w:rPr>
              <w:t>121</w:t>
            </w:r>
          </w:p>
        </w:tc>
        <w:tc>
          <w:tcPr>
            <w:tcW w:w="1247" w:type="dxa"/>
            <w:vAlign w:val="center"/>
          </w:tcPr>
          <w:p w14:paraId="5BF27AB8" w14:textId="77777777" w:rsidR="00446222" w:rsidRDefault="00000000">
            <w:pPr>
              <w:spacing w:after="0" w:line="252" w:lineRule="auto"/>
              <w:jc w:val="center"/>
            </w:pPr>
            <w:r>
              <w:rPr>
                <w:sz w:val="18"/>
              </w:rPr>
              <w:t>66 / 55</w:t>
            </w:r>
          </w:p>
        </w:tc>
        <w:tc>
          <w:tcPr>
            <w:tcW w:w="1871" w:type="dxa"/>
            <w:vAlign w:val="center"/>
          </w:tcPr>
          <w:p w14:paraId="005AD65D" w14:textId="691D7F4B" w:rsidR="00446222" w:rsidRDefault="00000000">
            <w:pPr>
              <w:spacing w:after="0" w:line="252" w:lineRule="auto"/>
              <w:jc w:val="center"/>
            </w:pPr>
            <w:r>
              <w:rPr>
                <w:sz w:val="18"/>
              </w:rPr>
              <w:t>0.83 (0.56</w:t>
            </w:r>
            <w:r w:rsidR="00A142B2">
              <w:rPr>
                <w:sz w:val="18"/>
              </w:rPr>
              <w:t>-</w:t>
            </w:r>
            <w:r>
              <w:rPr>
                <w:sz w:val="18"/>
              </w:rPr>
              <w:t>1.23)</w:t>
            </w:r>
          </w:p>
        </w:tc>
        <w:tc>
          <w:tcPr>
            <w:tcW w:w="1020" w:type="dxa"/>
            <w:vAlign w:val="center"/>
          </w:tcPr>
          <w:p w14:paraId="37DE6861" w14:textId="77777777" w:rsidR="00446222" w:rsidRDefault="00000000">
            <w:pPr>
              <w:spacing w:after="0" w:line="252" w:lineRule="auto"/>
              <w:jc w:val="center"/>
            </w:pPr>
            <w:r>
              <w:rPr>
                <w:sz w:val="18"/>
              </w:rPr>
              <w:t>0.3525</w:t>
            </w:r>
          </w:p>
        </w:tc>
      </w:tr>
      <w:tr w:rsidR="00446222" w14:paraId="689145E6" w14:textId="77777777">
        <w:trPr>
          <w:cantSplit/>
          <w:jc w:val="center"/>
        </w:trPr>
        <w:tc>
          <w:tcPr>
            <w:tcW w:w="794" w:type="dxa"/>
            <w:vAlign w:val="center"/>
          </w:tcPr>
          <w:p w14:paraId="2D5BBB7B" w14:textId="77777777" w:rsidR="00446222" w:rsidRDefault="00000000">
            <w:pPr>
              <w:spacing w:after="0" w:line="252" w:lineRule="auto"/>
            </w:pPr>
            <w:r>
              <w:rPr>
                <w:sz w:val="18"/>
              </w:rPr>
              <w:t>S04</w:t>
            </w:r>
          </w:p>
        </w:tc>
        <w:tc>
          <w:tcPr>
            <w:tcW w:w="3969" w:type="dxa"/>
            <w:vAlign w:val="center"/>
          </w:tcPr>
          <w:p w14:paraId="33342458" w14:textId="77777777" w:rsidR="00446222" w:rsidRDefault="00000000">
            <w:pPr>
              <w:spacing w:after="0" w:line="252" w:lineRule="auto"/>
            </w:pPr>
            <w:r>
              <w:rPr>
                <w:sz w:val="18"/>
              </w:rPr>
              <w:t>recorded student status</w:t>
            </w:r>
          </w:p>
        </w:tc>
        <w:tc>
          <w:tcPr>
            <w:tcW w:w="737" w:type="dxa"/>
            <w:vAlign w:val="center"/>
          </w:tcPr>
          <w:p w14:paraId="72630275" w14:textId="77777777" w:rsidR="00446222" w:rsidRDefault="00000000">
            <w:pPr>
              <w:spacing w:after="0" w:line="252" w:lineRule="auto"/>
              <w:jc w:val="center"/>
            </w:pPr>
            <w:r>
              <w:rPr>
                <w:sz w:val="18"/>
              </w:rPr>
              <w:t>145</w:t>
            </w:r>
          </w:p>
        </w:tc>
        <w:tc>
          <w:tcPr>
            <w:tcW w:w="1247" w:type="dxa"/>
            <w:vAlign w:val="center"/>
          </w:tcPr>
          <w:p w14:paraId="5B622F13" w14:textId="77777777" w:rsidR="00446222" w:rsidRDefault="00000000">
            <w:pPr>
              <w:spacing w:after="0" w:line="252" w:lineRule="auto"/>
              <w:jc w:val="center"/>
            </w:pPr>
            <w:r>
              <w:rPr>
                <w:sz w:val="18"/>
              </w:rPr>
              <w:t>83 / 62</w:t>
            </w:r>
          </w:p>
        </w:tc>
        <w:tc>
          <w:tcPr>
            <w:tcW w:w="1871" w:type="dxa"/>
            <w:vAlign w:val="center"/>
          </w:tcPr>
          <w:p w14:paraId="60B4CD62" w14:textId="3851326B" w:rsidR="00446222" w:rsidRDefault="00000000">
            <w:pPr>
              <w:spacing w:after="0" w:line="252" w:lineRule="auto"/>
              <w:jc w:val="center"/>
            </w:pPr>
            <w:r>
              <w:rPr>
                <w:sz w:val="18"/>
              </w:rPr>
              <w:t>0.91 (0.62</w:t>
            </w:r>
            <w:r w:rsidR="00A142B2">
              <w:rPr>
                <w:sz w:val="18"/>
              </w:rPr>
              <w:t>-</w:t>
            </w:r>
            <w:r>
              <w:rPr>
                <w:sz w:val="18"/>
              </w:rPr>
              <w:t>1.33)</w:t>
            </w:r>
          </w:p>
        </w:tc>
        <w:tc>
          <w:tcPr>
            <w:tcW w:w="1020" w:type="dxa"/>
            <w:vAlign w:val="center"/>
          </w:tcPr>
          <w:p w14:paraId="13380E82" w14:textId="77777777" w:rsidR="00446222" w:rsidRDefault="00000000">
            <w:pPr>
              <w:spacing w:after="0" w:line="252" w:lineRule="auto"/>
              <w:jc w:val="center"/>
            </w:pPr>
            <w:r>
              <w:rPr>
                <w:sz w:val="18"/>
              </w:rPr>
              <w:t>0.6102</w:t>
            </w:r>
          </w:p>
        </w:tc>
      </w:tr>
      <w:tr w:rsidR="00446222" w14:paraId="21092AF1" w14:textId="77777777">
        <w:trPr>
          <w:cantSplit/>
          <w:jc w:val="center"/>
        </w:trPr>
        <w:tc>
          <w:tcPr>
            <w:tcW w:w="794" w:type="dxa"/>
            <w:vAlign w:val="center"/>
          </w:tcPr>
          <w:p w14:paraId="28337CFF" w14:textId="77777777" w:rsidR="00446222" w:rsidRDefault="00000000">
            <w:pPr>
              <w:spacing w:after="0" w:line="252" w:lineRule="auto"/>
            </w:pPr>
            <w:r>
              <w:rPr>
                <w:sz w:val="18"/>
              </w:rPr>
              <w:t>S05</w:t>
            </w:r>
          </w:p>
        </w:tc>
        <w:tc>
          <w:tcPr>
            <w:tcW w:w="3969" w:type="dxa"/>
            <w:vAlign w:val="center"/>
          </w:tcPr>
          <w:p w14:paraId="5A4F0074" w14:textId="77777777" w:rsidR="00446222" w:rsidRDefault="00000000">
            <w:pPr>
              <w:spacing w:after="0" w:line="252" w:lineRule="auto"/>
            </w:pPr>
            <w:r>
              <w:rPr>
                <w:sz w:val="18"/>
              </w:rPr>
              <w:t>linear rather than spline age</w:t>
            </w:r>
          </w:p>
        </w:tc>
        <w:tc>
          <w:tcPr>
            <w:tcW w:w="737" w:type="dxa"/>
            <w:vAlign w:val="center"/>
          </w:tcPr>
          <w:p w14:paraId="23D1365D" w14:textId="77777777" w:rsidR="00446222" w:rsidRDefault="00000000">
            <w:pPr>
              <w:spacing w:after="0" w:line="252" w:lineRule="auto"/>
              <w:jc w:val="center"/>
            </w:pPr>
            <w:r>
              <w:rPr>
                <w:sz w:val="18"/>
              </w:rPr>
              <w:t>145</w:t>
            </w:r>
          </w:p>
        </w:tc>
        <w:tc>
          <w:tcPr>
            <w:tcW w:w="1247" w:type="dxa"/>
            <w:vAlign w:val="center"/>
          </w:tcPr>
          <w:p w14:paraId="2C1F478E" w14:textId="77777777" w:rsidR="00446222" w:rsidRDefault="00000000">
            <w:pPr>
              <w:spacing w:after="0" w:line="252" w:lineRule="auto"/>
              <w:jc w:val="center"/>
            </w:pPr>
            <w:r>
              <w:rPr>
                <w:sz w:val="18"/>
              </w:rPr>
              <w:t>83 / 62</w:t>
            </w:r>
          </w:p>
        </w:tc>
        <w:tc>
          <w:tcPr>
            <w:tcW w:w="1871" w:type="dxa"/>
            <w:vAlign w:val="center"/>
          </w:tcPr>
          <w:p w14:paraId="4708EE26" w14:textId="743BC030" w:rsidR="00446222" w:rsidRDefault="00000000">
            <w:pPr>
              <w:spacing w:after="0" w:line="252" w:lineRule="auto"/>
              <w:jc w:val="center"/>
            </w:pPr>
            <w:r>
              <w:rPr>
                <w:sz w:val="18"/>
              </w:rPr>
              <w:t>0.91 (0.62</w:t>
            </w:r>
            <w:r w:rsidR="00A142B2">
              <w:rPr>
                <w:sz w:val="18"/>
              </w:rPr>
              <w:t>-</w:t>
            </w:r>
            <w:r>
              <w:rPr>
                <w:sz w:val="18"/>
              </w:rPr>
              <w:t>1.33)</w:t>
            </w:r>
          </w:p>
        </w:tc>
        <w:tc>
          <w:tcPr>
            <w:tcW w:w="1020" w:type="dxa"/>
            <w:vAlign w:val="center"/>
          </w:tcPr>
          <w:p w14:paraId="3CA5004C" w14:textId="77777777" w:rsidR="00446222" w:rsidRDefault="00000000">
            <w:pPr>
              <w:spacing w:after="0" w:line="252" w:lineRule="auto"/>
              <w:jc w:val="center"/>
            </w:pPr>
            <w:r>
              <w:rPr>
                <w:sz w:val="18"/>
              </w:rPr>
              <w:t>0.6255</w:t>
            </w:r>
          </w:p>
        </w:tc>
      </w:tr>
      <w:tr w:rsidR="00446222" w14:paraId="2208DCD6" w14:textId="77777777">
        <w:trPr>
          <w:cantSplit/>
          <w:jc w:val="center"/>
        </w:trPr>
        <w:tc>
          <w:tcPr>
            <w:tcW w:w="794" w:type="dxa"/>
            <w:vAlign w:val="center"/>
          </w:tcPr>
          <w:p w14:paraId="77C13664" w14:textId="77777777" w:rsidR="00446222" w:rsidRDefault="00000000">
            <w:pPr>
              <w:spacing w:after="0" w:line="252" w:lineRule="auto"/>
            </w:pPr>
            <w:r>
              <w:rPr>
                <w:sz w:val="18"/>
              </w:rPr>
              <w:t>S06</w:t>
            </w:r>
          </w:p>
        </w:tc>
        <w:tc>
          <w:tcPr>
            <w:tcW w:w="3969" w:type="dxa"/>
            <w:vAlign w:val="center"/>
          </w:tcPr>
          <w:p w14:paraId="4A50882C" w14:textId="2238EACB" w:rsidR="00446222" w:rsidRDefault="00000000">
            <w:pPr>
              <w:spacing w:after="0" w:line="252" w:lineRule="auto"/>
            </w:pPr>
            <w:r>
              <w:rPr>
                <w:sz w:val="18"/>
              </w:rPr>
              <w:t>ages 23</w:t>
            </w:r>
            <w:r w:rsidR="00A142B2">
              <w:rPr>
                <w:sz w:val="18"/>
              </w:rPr>
              <w:t>-</w:t>
            </w:r>
            <w:r>
              <w:rPr>
                <w:sz w:val="18"/>
              </w:rPr>
              <w:t>58</w:t>
            </w:r>
          </w:p>
        </w:tc>
        <w:tc>
          <w:tcPr>
            <w:tcW w:w="737" w:type="dxa"/>
            <w:vAlign w:val="center"/>
          </w:tcPr>
          <w:p w14:paraId="0E84E4C4" w14:textId="77777777" w:rsidR="00446222" w:rsidRDefault="00000000">
            <w:pPr>
              <w:spacing w:after="0" w:line="252" w:lineRule="auto"/>
              <w:jc w:val="center"/>
            </w:pPr>
            <w:r>
              <w:rPr>
                <w:sz w:val="18"/>
              </w:rPr>
              <w:t>135</w:t>
            </w:r>
          </w:p>
        </w:tc>
        <w:tc>
          <w:tcPr>
            <w:tcW w:w="1247" w:type="dxa"/>
            <w:vAlign w:val="center"/>
          </w:tcPr>
          <w:p w14:paraId="1B48F272" w14:textId="77777777" w:rsidR="00446222" w:rsidRDefault="00000000">
            <w:pPr>
              <w:spacing w:after="0" w:line="252" w:lineRule="auto"/>
              <w:jc w:val="center"/>
            </w:pPr>
            <w:r>
              <w:rPr>
                <w:sz w:val="18"/>
              </w:rPr>
              <w:t>82 / 53</w:t>
            </w:r>
          </w:p>
        </w:tc>
        <w:tc>
          <w:tcPr>
            <w:tcW w:w="1871" w:type="dxa"/>
            <w:vAlign w:val="center"/>
          </w:tcPr>
          <w:p w14:paraId="5889BE94" w14:textId="19A0EDE0" w:rsidR="00446222" w:rsidRDefault="00000000">
            <w:pPr>
              <w:spacing w:after="0" w:line="252" w:lineRule="auto"/>
              <w:jc w:val="center"/>
            </w:pPr>
            <w:r>
              <w:rPr>
                <w:sz w:val="18"/>
              </w:rPr>
              <w:t>0.92 (0.63</w:t>
            </w:r>
            <w:r w:rsidR="00A142B2">
              <w:rPr>
                <w:sz w:val="18"/>
              </w:rPr>
              <w:t>-</w:t>
            </w:r>
            <w:r>
              <w:rPr>
                <w:sz w:val="18"/>
              </w:rPr>
              <w:t>1.34)</w:t>
            </w:r>
          </w:p>
        </w:tc>
        <w:tc>
          <w:tcPr>
            <w:tcW w:w="1020" w:type="dxa"/>
            <w:vAlign w:val="center"/>
          </w:tcPr>
          <w:p w14:paraId="37611253" w14:textId="77777777" w:rsidR="00446222" w:rsidRDefault="00000000">
            <w:pPr>
              <w:spacing w:after="0" w:line="252" w:lineRule="auto"/>
              <w:jc w:val="center"/>
            </w:pPr>
            <w:r>
              <w:rPr>
                <w:sz w:val="18"/>
              </w:rPr>
              <w:t>0.6579</w:t>
            </w:r>
          </w:p>
        </w:tc>
      </w:tr>
      <w:tr w:rsidR="00446222" w14:paraId="244EA82C" w14:textId="77777777">
        <w:trPr>
          <w:cantSplit/>
          <w:jc w:val="center"/>
        </w:trPr>
        <w:tc>
          <w:tcPr>
            <w:tcW w:w="794" w:type="dxa"/>
            <w:vAlign w:val="center"/>
          </w:tcPr>
          <w:p w14:paraId="490CB9AF" w14:textId="77777777" w:rsidR="00446222" w:rsidRDefault="00000000">
            <w:pPr>
              <w:spacing w:after="0" w:line="252" w:lineRule="auto"/>
            </w:pPr>
            <w:r>
              <w:rPr>
                <w:sz w:val="18"/>
              </w:rPr>
              <w:t>S07</w:t>
            </w:r>
          </w:p>
        </w:tc>
        <w:tc>
          <w:tcPr>
            <w:tcW w:w="3969" w:type="dxa"/>
            <w:vAlign w:val="center"/>
          </w:tcPr>
          <w:p w14:paraId="083C5468" w14:textId="77777777" w:rsidR="00446222" w:rsidRDefault="00000000">
            <w:pPr>
              <w:spacing w:after="0" w:line="252" w:lineRule="auto"/>
            </w:pPr>
            <w:r>
              <w:rPr>
                <w:sz w:val="18"/>
              </w:rPr>
              <w:t>recorded BMI</w:t>
            </w:r>
          </w:p>
        </w:tc>
        <w:tc>
          <w:tcPr>
            <w:tcW w:w="737" w:type="dxa"/>
            <w:vAlign w:val="center"/>
          </w:tcPr>
          <w:p w14:paraId="0D7EC77E" w14:textId="77777777" w:rsidR="00446222" w:rsidRDefault="00000000">
            <w:pPr>
              <w:spacing w:after="0" w:line="252" w:lineRule="auto"/>
              <w:jc w:val="center"/>
            </w:pPr>
            <w:r>
              <w:rPr>
                <w:sz w:val="18"/>
              </w:rPr>
              <w:t>145</w:t>
            </w:r>
          </w:p>
        </w:tc>
        <w:tc>
          <w:tcPr>
            <w:tcW w:w="1247" w:type="dxa"/>
            <w:vAlign w:val="center"/>
          </w:tcPr>
          <w:p w14:paraId="53B7D89B" w14:textId="77777777" w:rsidR="00446222" w:rsidRDefault="00000000">
            <w:pPr>
              <w:spacing w:after="0" w:line="252" w:lineRule="auto"/>
              <w:jc w:val="center"/>
            </w:pPr>
            <w:r>
              <w:rPr>
                <w:sz w:val="18"/>
              </w:rPr>
              <w:t>83 / 62</w:t>
            </w:r>
          </w:p>
        </w:tc>
        <w:tc>
          <w:tcPr>
            <w:tcW w:w="1871" w:type="dxa"/>
            <w:vAlign w:val="center"/>
          </w:tcPr>
          <w:p w14:paraId="4EFD961D" w14:textId="29DA4B05" w:rsidR="00446222" w:rsidRDefault="00000000">
            <w:pPr>
              <w:spacing w:after="0" w:line="252" w:lineRule="auto"/>
              <w:jc w:val="center"/>
            </w:pPr>
            <w:r>
              <w:rPr>
                <w:sz w:val="18"/>
              </w:rPr>
              <w:t>0.92 (0.63</w:t>
            </w:r>
            <w:r w:rsidR="00A142B2">
              <w:rPr>
                <w:sz w:val="18"/>
              </w:rPr>
              <w:t>-</w:t>
            </w:r>
            <w:r>
              <w:rPr>
                <w:sz w:val="18"/>
              </w:rPr>
              <w:t>1.34)</w:t>
            </w:r>
          </w:p>
        </w:tc>
        <w:tc>
          <w:tcPr>
            <w:tcW w:w="1020" w:type="dxa"/>
            <w:vAlign w:val="center"/>
          </w:tcPr>
          <w:p w14:paraId="7174AE46" w14:textId="77777777" w:rsidR="00446222" w:rsidRDefault="00000000">
            <w:pPr>
              <w:spacing w:after="0" w:line="252" w:lineRule="auto"/>
              <w:jc w:val="center"/>
            </w:pPr>
            <w:r>
              <w:rPr>
                <w:sz w:val="18"/>
              </w:rPr>
              <w:t>0.6461</w:t>
            </w:r>
          </w:p>
        </w:tc>
      </w:tr>
      <w:tr w:rsidR="00446222" w14:paraId="04786E56" w14:textId="77777777">
        <w:trPr>
          <w:cantSplit/>
          <w:jc w:val="center"/>
        </w:trPr>
        <w:tc>
          <w:tcPr>
            <w:tcW w:w="794" w:type="dxa"/>
            <w:vAlign w:val="center"/>
          </w:tcPr>
          <w:p w14:paraId="7896534F" w14:textId="77777777" w:rsidR="00446222" w:rsidRDefault="00000000">
            <w:pPr>
              <w:spacing w:after="0" w:line="252" w:lineRule="auto"/>
            </w:pPr>
            <w:r>
              <w:rPr>
                <w:sz w:val="18"/>
              </w:rPr>
              <w:t>S08</w:t>
            </w:r>
          </w:p>
        </w:tc>
        <w:tc>
          <w:tcPr>
            <w:tcW w:w="3969" w:type="dxa"/>
            <w:vAlign w:val="center"/>
          </w:tcPr>
          <w:p w14:paraId="3A06E7CC" w14:textId="77777777" w:rsidR="00446222" w:rsidRDefault="00000000">
            <w:pPr>
              <w:spacing w:after="0" w:line="252" w:lineRule="auto"/>
            </w:pPr>
            <w:r>
              <w:rPr>
                <w:sz w:val="18"/>
              </w:rPr>
              <w:t>menopausal status</w:t>
            </w:r>
          </w:p>
        </w:tc>
        <w:tc>
          <w:tcPr>
            <w:tcW w:w="737" w:type="dxa"/>
            <w:vAlign w:val="center"/>
          </w:tcPr>
          <w:p w14:paraId="35F75EBE" w14:textId="77777777" w:rsidR="00446222" w:rsidRDefault="00000000">
            <w:pPr>
              <w:spacing w:after="0" w:line="252" w:lineRule="auto"/>
              <w:jc w:val="center"/>
            </w:pPr>
            <w:r>
              <w:rPr>
                <w:sz w:val="18"/>
              </w:rPr>
              <w:t>145</w:t>
            </w:r>
          </w:p>
        </w:tc>
        <w:tc>
          <w:tcPr>
            <w:tcW w:w="1247" w:type="dxa"/>
            <w:vAlign w:val="center"/>
          </w:tcPr>
          <w:p w14:paraId="6DFA6C7F" w14:textId="77777777" w:rsidR="00446222" w:rsidRDefault="00000000">
            <w:pPr>
              <w:spacing w:after="0" w:line="252" w:lineRule="auto"/>
              <w:jc w:val="center"/>
            </w:pPr>
            <w:r>
              <w:rPr>
                <w:sz w:val="18"/>
              </w:rPr>
              <w:t>83 / 62</w:t>
            </w:r>
          </w:p>
        </w:tc>
        <w:tc>
          <w:tcPr>
            <w:tcW w:w="1871" w:type="dxa"/>
            <w:vAlign w:val="center"/>
          </w:tcPr>
          <w:p w14:paraId="3B213D4C" w14:textId="7D20BC95" w:rsidR="00446222" w:rsidRDefault="00000000">
            <w:pPr>
              <w:spacing w:after="0" w:line="252" w:lineRule="auto"/>
              <w:jc w:val="center"/>
            </w:pPr>
            <w:r>
              <w:rPr>
                <w:sz w:val="18"/>
              </w:rPr>
              <w:t>0.92 (0.63</w:t>
            </w:r>
            <w:r w:rsidR="00A142B2">
              <w:rPr>
                <w:sz w:val="18"/>
              </w:rPr>
              <w:t>-</w:t>
            </w:r>
            <w:r>
              <w:rPr>
                <w:sz w:val="18"/>
              </w:rPr>
              <w:t>1.33)</w:t>
            </w:r>
          </w:p>
        </w:tc>
        <w:tc>
          <w:tcPr>
            <w:tcW w:w="1020" w:type="dxa"/>
            <w:vAlign w:val="center"/>
          </w:tcPr>
          <w:p w14:paraId="05395B83" w14:textId="77777777" w:rsidR="00446222" w:rsidRDefault="00000000">
            <w:pPr>
              <w:spacing w:after="0" w:line="252" w:lineRule="auto"/>
              <w:jc w:val="center"/>
            </w:pPr>
            <w:r>
              <w:rPr>
                <w:sz w:val="18"/>
              </w:rPr>
              <w:t>0.6417</w:t>
            </w:r>
          </w:p>
        </w:tc>
      </w:tr>
      <w:tr w:rsidR="00446222" w14:paraId="4B952C44" w14:textId="77777777">
        <w:trPr>
          <w:cantSplit/>
          <w:jc w:val="center"/>
        </w:trPr>
        <w:tc>
          <w:tcPr>
            <w:tcW w:w="794" w:type="dxa"/>
            <w:vAlign w:val="center"/>
          </w:tcPr>
          <w:p w14:paraId="1B2D8022" w14:textId="77777777" w:rsidR="00446222" w:rsidRDefault="00000000">
            <w:pPr>
              <w:spacing w:after="0" w:line="252" w:lineRule="auto"/>
            </w:pPr>
            <w:r>
              <w:rPr>
                <w:sz w:val="18"/>
              </w:rPr>
              <w:t>S09</w:t>
            </w:r>
          </w:p>
        </w:tc>
        <w:tc>
          <w:tcPr>
            <w:tcW w:w="3969" w:type="dxa"/>
            <w:vAlign w:val="center"/>
          </w:tcPr>
          <w:p w14:paraId="3B99563E" w14:textId="77777777" w:rsidR="00446222" w:rsidRDefault="00000000">
            <w:pPr>
              <w:spacing w:after="0" w:line="252" w:lineRule="auto"/>
            </w:pPr>
            <w:r>
              <w:rPr>
                <w:sz w:val="18"/>
              </w:rPr>
              <w:t>primary/secondary education indicators</w:t>
            </w:r>
          </w:p>
        </w:tc>
        <w:tc>
          <w:tcPr>
            <w:tcW w:w="737" w:type="dxa"/>
            <w:vAlign w:val="center"/>
          </w:tcPr>
          <w:p w14:paraId="048E63B7" w14:textId="77777777" w:rsidR="00446222" w:rsidRDefault="00000000">
            <w:pPr>
              <w:spacing w:after="0" w:line="252" w:lineRule="auto"/>
              <w:jc w:val="center"/>
            </w:pPr>
            <w:r>
              <w:rPr>
                <w:sz w:val="18"/>
              </w:rPr>
              <w:t>145</w:t>
            </w:r>
          </w:p>
        </w:tc>
        <w:tc>
          <w:tcPr>
            <w:tcW w:w="1247" w:type="dxa"/>
            <w:vAlign w:val="center"/>
          </w:tcPr>
          <w:p w14:paraId="65941921" w14:textId="77777777" w:rsidR="00446222" w:rsidRDefault="00000000">
            <w:pPr>
              <w:spacing w:after="0" w:line="252" w:lineRule="auto"/>
              <w:jc w:val="center"/>
            </w:pPr>
            <w:r>
              <w:rPr>
                <w:sz w:val="18"/>
              </w:rPr>
              <w:t>83 / 62</w:t>
            </w:r>
          </w:p>
        </w:tc>
        <w:tc>
          <w:tcPr>
            <w:tcW w:w="1871" w:type="dxa"/>
            <w:vAlign w:val="center"/>
          </w:tcPr>
          <w:p w14:paraId="7D94E2EC" w14:textId="08E8B51C" w:rsidR="00446222" w:rsidRDefault="00000000">
            <w:pPr>
              <w:spacing w:after="0" w:line="252" w:lineRule="auto"/>
              <w:jc w:val="center"/>
            </w:pPr>
            <w:r>
              <w:rPr>
                <w:sz w:val="18"/>
              </w:rPr>
              <w:t>0.90 (0.62</w:t>
            </w:r>
            <w:r w:rsidR="00A142B2">
              <w:rPr>
                <w:sz w:val="18"/>
              </w:rPr>
              <w:t>-</w:t>
            </w:r>
            <w:r>
              <w:rPr>
                <w:sz w:val="18"/>
              </w:rPr>
              <w:t>1.31)</w:t>
            </w:r>
          </w:p>
        </w:tc>
        <w:tc>
          <w:tcPr>
            <w:tcW w:w="1020" w:type="dxa"/>
            <w:vAlign w:val="center"/>
          </w:tcPr>
          <w:p w14:paraId="53D27311" w14:textId="77777777" w:rsidR="00446222" w:rsidRDefault="00000000">
            <w:pPr>
              <w:spacing w:after="0" w:line="252" w:lineRule="auto"/>
              <w:jc w:val="center"/>
            </w:pPr>
            <w:r>
              <w:rPr>
                <w:sz w:val="18"/>
              </w:rPr>
              <w:t>0.5893</w:t>
            </w:r>
          </w:p>
        </w:tc>
      </w:tr>
      <w:tr w:rsidR="00446222" w14:paraId="4D745981" w14:textId="77777777">
        <w:trPr>
          <w:cantSplit/>
          <w:jc w:val="center"/>
        </w:trPr>
        <w:tc>
          <w:tcPr>
            <w:tcW w:w="794" w:type="dxa"/>
            <w:vAlign w:val="center"/>
          </w:tcPr>
          <w:p w14:paraId="34D0056B" w14:textId="77777777" w:rsidR="00446222" w:rsidRDefault="00000000">
            <w:pPr>
              <w:spacing w:after="0" w:line="252" w:lineRule="auto"/>
            </w:pPr>
            <w:r>
              <w:rPr>
                <w:sz w:val="18"/>
              </w:rPr>
              <w:t>S10</w:t>
            </w:r>
          </w:p>
        </w:tc>
        <w:tc>
          <w:tcPr>
            <w:tcW w:w="3969" w:type="dxa"/>
            <w:vAlign w:val="center"/>
          </w:tcPr>
          <w:p w14:paraId="2B6CB61C" w14:textId="77777777" w:rsidR="00446222" w:rsidRDefault="00000000">
            <w:pPr>
              <w:spacing w:after="0" w:line="252" w:lineRule="auto"/>
            </w:pPr>
            <w:r>
              <w:rPr>
                <w:sz w:val="18"/>
              </w:rPr>
              <w:t>raw frequency code × portion</w:t>
            </w:r>
          </w:p>
        </w:tc>
        <w:tc>
          <w:tcPr>
            <w:tcW w:w="737" w:type="dxa"/>
            <w:vAlign w:val="center"/>
          </w:tcPr>
          <w:p w14:paraId="04931AA8" w14:textId="77777777" w:rsidR="00446222" w:rsidRDefault="00000000">
            <w:pPr>
              <w:spacing w:after="0" w:line="252" w:lineRule="auto"/>
              <w:jc w:val="center"/>
            </w:pPr>
            <w:r>
              <w:rPr>
                <w:sz w:val="18"/>
              </w:rPr>
              <w:t>145</w:t>
            </w:r>
          </w:p>
        </w:tc>
        <w:tc>
          <w:tcPr>
            <w:tcW w:w="1247" w:type="dxa"/>
            <w:vAlign w:val="center"/>
          </w:tcPr>
          <w:p w14:paraId="1A724147" w14:textId="77777777" w:rsidR="00446222" w:rsidRDefault="00000000">
            <w:pPr>
              <w:spacing w:after="0" w:line="252" w:lineRule="auto"/>
              <w:jc w:val="center"/>
            </w:pPr>
            <w:r>
              <w:rPr>
                <w:sz w:val="18"/>
              </w:rPr>
              <w:t>83 / 62</w:t>
            </w:r>
          </w:p>
        </w:tc>
        <w:tc>
          <w:tcPr>
            <w:tcW w:w="1871" w:type="dxa"/>
            <w:vAlign w:val="center"/>
          </w:tcPr>
          <w:p w14:paraId="2C3EF4A5" w14:textId="24D442C0" w:rsidR="00446222" w:rsidRDefault="00000000">
            <w:pPr>
              <w:spacing w:after="0" w:line="252" w:lineRule="auto"/>
              <w:jc w:val="center"/>
            </w:pPr>
            <w:r>
              <w:rPr>
                <w:sz w:val="18"/>
              </w:rPr>
              <w:t>0.87 (0.60</w:t>
            </w:r>
            <w:r w:rsidR="00A142B2">
              <w:rPr>
                <w:sz w:val="18"/>
              </w:rPr>
              <w:t>-</w:t>
            </w:r>
            <w:r>
              <w:rPr>
                <w:sz w:val="18"/>
              </w:rPr>
              <w:t>1.27)</w:t>
            </w:r>
          </w:p>
        </w:tc>
        <w:tc>
          <w:tcPr>
            <w:tcW w:w="1020" w:type="dxa"/>
            <w:vAlign w:val="center"/>
          </w:tcPr>
          <w:p w14:paraId="063C2C18" w14:textId="77777777" w:rsidR="00446222" w:rsidRDefault="00000000">
            <w:pPr>
              <w:spacing w:after="0" w:line="252" w:lineRule="auto"/>
              <w:jc w:val="center"/>
            </w:pPr>
            <w:r>
              <w:rPr>
                <w:sz w:val="18"/>
              </w:rPr>
              <w:t>0.4840</w:t>
            </w:r>
          </w:p>
        </w:tc>
      </w:tr>
      <w:tr w:rsidR="00446222" w14:paraId="6CE9709D" w14:textId="77777777">
        <w:trPr>
          <w:cantSplit/>
          <w:jc w:val="center"/>
        </w:trPr>
        <w:tc>
          <w:tcPr>
            <w:tcW w:w="794" w:type="dxa"/>
            <w:vAlign w:val="center"/>
          </w:tcPr>
          <w:p w14:paraId="039A79F7" w14:textId="77777777" w:rsidR="00446222" w:rsidRDefault="00000000">
            <w:pPr>
              <w:spacing w:after="0" w:line="252" w:lineRule="auto"/>
            </w:pPr>
            <w:r>
              <w:rPr>
                <w:sz w:val="18"/>
              </w:rPr>
              <w:t>S11</w:t>
            </w:r>
          </w:p>
        </w:tc>
        <w:tc>
          <w:tcPr>
            <w:tcW w:w="3969" w:type="dxa"/>
            <w:vAlign w:val="center"/>
          </w:tcPr>
          <w:p w14:paraId="5845B2E0" w14:textId="77777777" w:rsidR="00446222" w:rsidRDefault="00000000">
            <w:pPr>
              <w:spacing w:after="0" w:line="252" w:lineRule="auto"/>
            </w:pPr>
            <w:r>
              <w:rPr>
                <w:sz w:val="18"/>
              </w:rPr>
              <w:t>ranks of combined indices</w:t>
            </w:r>
          </w:p>
        </w:tc>
        <w:tc>
          <w:tcPr>
            <w:tcW w:w="737" w:type="dxa"/>
            <w:vAlign w:val="center"/>
          </w:tcPr>
          <w:p w14:paraId="04EC136B" w14:textId="77777777" w:rsidR="00446222" w:rsidRDefault="00000000">
            <w:pPr>
              <w:spacing w:after="0" w:line="252" w:lineRule="auto"/>
              <w:jc w:val="center"/>
            </w:pPr>
            <w:r>
              <w:rPr>
                <w:sz w:val="18"/>
              </w:rPr>
              <w:t>145</w:t>
            </w:r>
          </w:p>
        </w:tc>
        <w:tc>
          <w:tcPr>
            <w:tcW w:w="1247" w:type="dxa"/>
            <w:vAlign w:val="center"/>
          </w:tcPr>
          <w:p w14:paraId="6FB1B3C1" w14:textId="77777777" w:rsidR="00446222" w:rsidRDefault="00000000">
            <w:pPr>
              <w:spacing w:after="0" w:line="252" w:lineRule="auto"/>
              <w:jc w:val="center"/>
            </w:pPr>
            <w:r>
              <w:rPr>
                <w:sz w:val="18"/>
              </w:rPr>
              <w:t>83 / 62</w:t>
            </w:r>
          </w:p>
        </w:tc>
        <w:tc>
          <w:tcPr>
            <w:tcW w:w="1871" w:type="dxa"/>
            <w:vAlign w:val="center"/>
          </w:tcPr>
          <w:p w14:paraId="0F49E2AF" w14:textId="738121BF" w:rsidR="00446222" w:rsidRDefault="00000000">
            <w:pPr>
              <w:spacing w:after="0" w:line="252" w:lineRule="auto"/>
              <w:jc w:val="center"/>
            </w:pPr>
            <w:r>
              <w:rPr>
                <w:sz w:val="18"/>
              </w:rPr>
              <w:t>1.24 (0.84</w:t>
            </w:r>
            <w:r w:rsidR="00A142B2">
              <w:rPr>
                <w:sz w:val="18"/>
              </w:rPr>
              <w:t>-</w:t>
            </w:r>
            <w:r>
              <w:rPr>
                <w:sz w:val="18"/>
              </w:rPr>
              <w:t>1.86)</w:t>
            </w:r>
          </w:p>
        </w:tc>
        <w:tc>
          <w:tcPr>
            <w:tcW w:w="1020" w:type="dxa"/>
            <w:vAlign w:val="center"/>
          </w:tcPr>
          <w:p w14:paraId="208A18E3" w14:textId="77777777" w:rsidR="00446222" w:rsidRDefault="00000000">
            <w:pPr>
              <w:spacing w:after="0" w:line="252" w:lineRule="auto"/>
              <w:jc w:val="center"/>
            </w:pPr>
            <w:r>
              <w:rPr>
                <w:sz w:val="18"/>
              </w:rPr>
              <w:t>0.2768</w:t>
            </w:r>
          </w:p>
        </w:tc>
      </w:tr>
      <w:tr w:rsidR="00446222" w14:paraId="50151277" w14:textId="77777777">
        <w:trPr>
          <w:cantSplit/>
          <w:jc w:val="center"/>
        </w:trPr>
        <w:tc>
          <w:tcPr>
            <w:tcW w:w="794" w:type="dxa"/>
            <w:vAlign w:val="center"/>
          </w:tcPr>
          <w:p w14:paraId="5292210F" w14:textId="77777777" w:rsidR="00446222" w:rsidRDefault="00000000">
            <w:pPr>
              <w:spacing w:after="0" w:line="252" w:lineRule="auto"/>
            </w:pPr>
            <w:r>
              <w:rPr>
                <w:sz w:val="18"/>
              </w:rPr>
              <w:t>S12</w:t>
            </w:r>
          </w:p>
        </w:tc>
        <w:tc>
          <w:tcPr>
            <w:tcW w:w="3969" w:type="dxa"/>
            <w:vAlign w:val="center"/>
          </w:tcPr>
          <w:p w14:paraId="4B0B1730" w14:textId="77777777" w:rsidR="00446222" w:rsidRDefault="00000000">
            <w:pPr>
              <w:spacing w:after="0" w:line="252" w:lineRule="auto"/>
            </w:pPr>
            <w:r>
              <w:rPr>
                <w:sz w:val="18"/>
              </w:rPr>
              <w:t>exclude constant-frequency profiles</w:t>
            </w:r>
          </w:p>
        </w:tc>
        <w:tc>
          <w:tcPr>
            <w:tcW w:w="737" w:type="dxa"/>
            <w:vAlign w:val="center"/>
          </w:tcPr>
          <w:p w14:paraId="03856502" w14:textId="77777777" w:rsidR="00446222" w:rsidRDefault="00000000">
            <w:pPr>
              <w:spacing w:after="0" w:line="252" w:lineRule="auto"/>
              <w:jc w:val="center"/>
            </w:pPr>
            <w:r>
              <w:rPr>
                <w:sz w:val="18"/>
              </w:rPr>
              <w:t>144</w:t>
            </w:r>
          </w:p>
        </w:tc>
        <w:tc>
          <w:tcPr>
            <w:tcW w:w="1247" w:type="dxa"/>
            <w:vAlign w:val="center"/>
          </w:tcPr>
          <w:p w14:paraId="2F80A5AA" w14:textId="77777777" w:rsidR="00446222" w:rsidRDefault="00000000">
            <w:pPr>
              <w:spacing w:after="0" w:line="252" w:lineRule="auto"/>
              <w:jc w:val="center"/>
            </w:pPr>
            <w:r>
              <w:rPr>
                <w:sz w:val="18"/>
              </w:rPr>
              <w:t>82 / 62</w:t>
            </w:r>
          </w:p>
        </w:tc>
        <w:tc>
          <w:tcPr>
            <w:tcW w:w="1871" w:type="dxa"/>
            <w:vAlign w:val="center"/>
          </w:tcPr>
          <w:p w14:paraId="75603D7A" w14:textId="2930C2E8" w:rsidR="00446222" w:rsidRDefault="00000000">
            <w:pPr>
              <w:spacing w:after="0" w:line="252" w:lineRule="auto"/>
              <w:jc w:val="center"/>
            </w:pPr>
            <w:r>
              <w:rPr>
                <w:sz w:val="18"/>
              </w:rPr>
              <w:t>0.90 (0.62</w:t>
            </w:r>
            <w:r w:rsidR="00A142B2">
              <w:rPr>
                <w:sz w:val="18"/>
              </w:rPr>
              <w:t>-</w:t>
            </w:r>
            <w:r>
              <w:rPr>
                <w:sz w:val="18"/>
              </w:rPr>
              <w:t>1.32)</w:t>
            </w:r>
          </w:p>
        </w:tc>
        <w:tc>
          <w:tcPr>
            <w:tcW w:w="1020" w:type="dxa"/>
            <w:vAlign w:val="center"/>
          </w:tcPr>
          <w:p w14:paraId="08235F8B" w14:textId="77777777" w:rsidR="00446222" w:rsidRDefault="00000000">
            <w:pPr>
              <w:spacing w:after="0" w:line="252" w:lineRule="auto"/>
              <w:jc w:val="center"/>
            </w:pPr>
            <w:r>
              <w:rPr>
                <w:sz w:val="18"/>
              </w:rPr>
              <w:t>0.5931</w:t>
            </w:r>
          </w:p>
        </w:tc>
      </w:tr>
      <w:tr w:rsidR="00446222" w14:paraId="19AC7738" w14:textId="77777777">
        <w:trPr>
          <w:cantSplit/>
          <w:jc w:val="center"/>
        </w:trPr>
        <w:tc>
          <w:tcPr>
            <w:tcW w:w="794" w:type="dxa"/>
            <w:vAlign w:val="center"/>
          </w:tcPr>
          <w:p w14:paraId="53723732" w14:textId="77777777" w:rsidR="00446222" w:rsidRDefault="00000000">
            <w:pPr>
              <w:spacing w:after="0" w:line="252" w:lineRule="auto"/>
            </w:pPr>
            <w:r>
              <w:rPr>
                <w:sz w:val="18"/>
              </w:rPr>
              <w:lastRenderedPageBreak/>
              <w:t>S13</w:t>
            </w:r>
          </w:p>
        </w:tc>
        <w:tc>
          <w:tcPr>
            <w:tcW w:w="3969" w:type="dxa"/>
            <w:vAlign w:val="center"/>
          </w:tcPr>
          <w:p w14:paraId="5FBC5C71" w14:textId="77777777" w:rsidR="00446222" w:rsidRDefault="00000000">
            <w:pPr>
              <w:spacing w:after="0" w:line="252" w:lineRule="auto"/>
            </w:pPr>
            <w:r>
              <w:rPr>
                <w:sz w:val="18"/>
              </w:rPr>
              <w:t>alternative frequency multipliers × portion</w:t>
            </w:r>
          </w:p>
        </w:tc>
        <w:tc>
          <w:tcPr>
            <w:tcW w:w="737" w:type="dxa"/>
            <w:vAlign w:val="center"/>
          </w:tcPr>
          <w:p w14:paraId="58334EBD" w14:textId="77777777" w:rsidR="00446222" w:rsidRDefault="00000000">
            <w:pPr>
              <w:spacing w:after="0" w:line="252" w:lineRule="auto"/>
              <w:jc w:val="center"/>
            </w:pPr>
            <w:r>
              <w:rPr>
                <w:sz w:val="18"/>
              </w:rPr>
              <w:t>145</w:t>
            </w:r>
          </w:p>
        </w:tc>
        <w:tc>
          <w:tcPr>
            <w:tcW w:w="1247" w:type="dxa"/>
            <w:vAlign w:val="center"/>
          </w:tcPr>
          <w:p w14:paraId="436093E2" w14:textId="77777777" w:rsidR="00446222" w:rsidRDefault="00000000">
            <w:pPr>
              <w:spacing w:after="0" w:line="252" w:lineRule="auto"/>
              <w:jc w:val="center"/>
            </w:pPr>
            <w:r>
              <w:rPr>
                <w:sz w:val="18"/>
              </w:rPr>
              <w:t>83 / 62</w:t>
            </w:r>
          </w:p>
        </w:tc>
        <w:tc>
          <w:tcPr>
            <w:tcW w:w="1871" w:type="dxa"/>
            <w:vAlign w:val="center"/>
          </w:tcPr>
          <w:p w14:paraId="6B161C2A" w14:textId="4D763698" w:rsidR="00446222" w:rsidRDefault="00000000">
            <w:pPr>
              <w:spacing w:after="0" w:line="252" w:lineRule="auto"/>
              <w:jc w:val="center"/>
            </w:pPr>
            <w:r>
              <w:rPr>
                <w:sz w:val="18"/>
              </w:rPr>
              <w:t>0.91 (0.62</w:t>
            </w:r>
            <w:r w:rsidR="00A142B2">
              <w:rPr>
                <w:sz w:val="18"/>
              </w:rPr>
              <w:t>-</w:t>
            </w:r>
            <w:r>
              <w:rPr>
                <w:sz w:val="18"/>
              </w:rPr>
              <w:t>1.32)</w:t>
            </w:r>
          </w:p>
        </w:tc>
        <w:tc>
          <w:tcPr>
            <w:tcW w:w="1020" w:type="dxa"/>
            <w:vAlign w:val="center"/>
          </w:tcPr>
          <w:p w14:paraId="4A437A02" w14:textId="77777777" w:rsidR="00446222" w:rsidRDefault="00000000">
            <w:pPr>
              <w:spacing w:after="0" w:line="252" w:lineRule="auto"/>
              <w:jc w:val="center"/>
            </w:pPr>
            <w:r>
              <w:rPr>
                <w:sz w:val="18"/>
              </w:rPr>
              <w:t>0.6029</w:t>
            </w:r>
          </w:p>
        </w:tc>
      </w:tr>
      <w:tr w:rsidR="00446222" w14:paraId="68B0A7C2" w14:textId="77777777">
        <w:trPr>
          <w:cantSplit/>
          <w:jc w:val="center"/>
        </w:trPr>
        <w:tc>
          <w:tcPr>
            <w:tcW w:w="794" w:type="dxa"/>
            <w:vAlign w:val="center"/>
          </w:tcPr>
          <w:p w14:paraId="086666AE" w14:textId="77777777" w:rsidR="00446222" w:rsidRDefault="00000000">
            <w:pPr>
              <w:spacing w:after="0" w:line="252" w:lineRule="auto"/>
            </w:pPr>
            <w:r>
              <w:rPr>
                <w:sz w:val="18"/>
              </w:rPr>
              <w:t>S14</w:t>
            </w:r>
          </w:p>
        </w:tc>
        <w:tc>
          <w:tcPr>
            <w:tcW w:w="3969" w:type="dxa"/>
            <w:vAlign w:val="center"/>
          </w:tcPr>
          <w:p w14:paraId="5B7DD1B0" w14:textId="77777777" w:rsidR="00446222" w:rsidRDefault="00000000">
            <w:pPr>
              <w:spacing w:after="0" w:line="252" w:lineRule="auto"/>
            </w:pPr>
            <w:r>
              <w:rPr>
                <w:sz w:val="18"/>
              </w:rPr>
              <w:t>assigned weekly frequency only</w:t>
            </w:r>
          </w:p>
        </w:tc>
        <w:tc>
          <w:tcPr>
            <w:tcW w:w="737" w:type="dxa"/>
            <w:vAlign w:val="center"/>
          </w:tcPr>
          <w:p w14:paraId="04E23AC9" w14:textId="77777777" w:rsidR="00446222" w:rsidRDefault="00000000">
            <w:pPr>
              <w:spacing w:after="0" w:line="252" w:lineRule="auto"/>
              <w:jc w:val="center"/>
            </w:pPr>
            <w:r>
              <w:rPr>
                <w:sz w:val="18"/>
              </w:rPr>
              <w:t>145</w:t>
            </w:r>
          </w:p>
        </w:tc>
        <w:tc>
          <w:tcPr>
            <w:tcW w:w="1247" w:type="dxa"/>
            <w:vAlign w:val="center"/>
          </w:tcPr>
          <w:p w14:paraId="75F5EF6F" w14:textId="77777777" w:rsidR="00446222" w:rsidRDefault="00000000">
            <w:pPr>
              <w:spacing w:after="0" w:line="252" w:lineRule="auto"/>
              <w:jc w:val="center"/>
            </w:pPr>
            <w:r>
              <w:rPr>
                <w:sz w:val="18"/>
              </w:rPr>
              <w:t>83 / 62</w:t>
            </w:r>
          </w:p>
        </w:tc>
        <w:tc>
          <w:tcPr>
            <w:tcW w:w="1871" w:type="dxa"/>
            <w:vAlign w:val="center"/>
          </w:tcPr>
          <w:p w14:paraId="76EF5AED" w14:textId="1F4C3707" w:rsidR="00446222" w:rsidRDefault="00000000">
            <w:pPr>
              <w:spacing w:after="0" w:line="252" w:lineRule="auto"/>
              <w:jc w:val="center"/>
            </w:pPr>
            <w:r>
              <w:rPr>
                <w:sz w:val="18"/>
              </w:rPr>
              <w:t>1.11 (0.77</w:t>
            </w:r>
            <w:r w:rsidR="00A142B2">
              <w:rPr>
                <w:sz w:val="18"/>
              </w:rPr>
              <w:t>-</w:t>
            </w:r>
            <w:r>
              <w:rPr>
                <w:sz w:val="18"/>
              </w:rPr>
              <w:t>1.60)</w:t>
            </w:r>
          </w:p>
        </w:tc>
        <w:tc>
          <w:tcPr>
            <w:tcW w:w="1020" w:type="dxa"/>
            <w:vAlign w:val="center"/>
          </w:tcPr>
          <w:p w14:paraId="57801BA0" w14:textId="77777777" w:rsidR="00446222" w:rsidRDefault="00000000">
            <w:pPr>
              <w:spacing w:after="0" w:line="252" w:lineRule="auto"/>
              <w:jc w:val="center"/>
            </w:pPr>
            <w:r>
              <w:rPr>
                <w:sz w:val="18"/>
              </w:rPr>
              <w:t>0.5626</w:t>
            </w:r>
          </w:p>
        </w:tc>
      </w:tr>
      <w:tr w:rsidR="00446222" w14:paraId="4122FFBF" w14:textId="77777777">
        <w:trPr>
          <w:cantSplit/>
          <w:jc w:val="center"/>
        </w:trPr>
        <w:tc>
          <w:tcPr>
            <w:tcW w:w="794" w:type="dxa"/>
            <w:vAlign w:val="center"/>
          </w:tcPr>
          <w:p w14:paraId="5C20A720" w14:textId="77777777" w:rsidR="00446222" w:rsidRDefault="00000000">
            <w:pPr>
              <w:spacing w:after="0" w:line="252" w:lineRule="auto"/>
            </w:pPr>
            <w:r>
              <w:rPr>
                <w:sz w:val="18"/>
              </w:rPr>
              <w:t>S15</w:t>
            </w:r>
          </w:p>
        </w:tc>
        <w:tc>
          <w:tcPr>
            <w:tcW w:w="3969" w:type="dxa"/>
            <w:vAlign w:val="center"/>
          </w:tcPr>
          <w:p w14:paraId="6BB854CF" w14:textId="77777777" w:rsidR="00446222" w:rsidRDefault="00000000">
            <w:pPr>
              <w:spacing w:after="0" w:line="252" w:lineRule="auto"/>
            </w:pPr>
            <w:r>
              <w:rPr>
                <w:sz w:val="18"/>
              </w:rPr>
              <w:t>ordinal frequency only</w:t>
            </w:r>
          </w:p>
        </w:tc>
        <w:tc>
          <w:tcPr>
            <w:tcW w:w="737" w:type="dxa"/>
            <w:vAlign w:val="center"/>
          </w:tcPr>
          <w:p w14:paraId="199A6F67" w14:textId="77777777" w:rsidR="00446222" w:rsidRDefault="00000000">
            <w:pPr>
              <w:spacing w:after="0" w:line="252" w:lineRule="auto"/>
              <w:jc w:val="center"/>
            </w:pPr>
            <w:r>
              <w:rPr>
                <w:sz w:val="18"/>
              </w:rPr>
              <w:t>145</w:t>
            </w:r>
          </w:p>
        </w:tc>
        <w:tc>
          <w:tcPr>
            <w:tcW w:w="1247" w:type="dxa"/>
            <w:vAlign w:val="center"/>
          </w:tcPr>
          <w:p w14:paraId="54B092F7" w14:textId="77777777" w:rsidR="00446222" w:rsidRDefault="00000000">
            <w:pPr>
              <w:spacing w:after="0" w:line="252" w:lineRule="auto"/>
              <w:jc w:val="center"/>
            </w:pPr>
            <w:r>
              <w:rPr>
                <w:sz w:val="18"/>
              </w:rPr>
              <w:t>83 / 62</w:t>
            </w:r>
          </w:p>
        </w:tc>
        <w:tc>
          <w:tcPr>
            <w:tcW w:w="1871" w:type="dxa"/>
            <w:vAlign w:val="center"/>
          </w:tcPr>
          <w:p w14:paraId="1502F1B0" w14:textId="760A3A95" w:rsidR="00446222" w:rsidRDefault="00000000">
            <w:pPr>
              <w:spacing w:after="0" w:line="252" w:lineRule="auto"/>
              <w:jc w:val="center"/>
            </w:pPr>
            <w:r>
              <w:rPr>
                <w:sz w:val="18"/>
              </w:rPr>
              <w:t>2.39 (1.58</w:t>
            </w:r>
            <w:r w:rsidR="00A142B2">
              <w:rPr>
                <w:sz w:val="18"/>
              </w:rPr>
              <w:t>-</w:t>
            </w:r>
            <w:r>
              <w:rPr>
                <w:sz w:val="18"/>
              </w:rPr>
              <w:t>3.84)</w:t>
            </w:r>
          </w:p>
        </w:tc>
        <w:tc>
          <w:tcPr>
            <w:tcW w:w="1020" w:type="dxa"/>
            <w:vAlign w:val="center"/>
          </w:tcPr>
          <w:p w14:paraId="2CFEAC41" w14:textId="77777777" w:rsidR="00446222" w:rsidRDefault="00000000">
            <w:pPr>
              <w:spacing w:after="0" w:line="252" w:lineRule="auto"/>
              <w:jc w:val="center"/>
            </w:pPr>
            <w:r>
              <w:rPr>
                <w:sz w:val="18"/>
              </w:rPr>
              <w:t>&lt;0.0001</w:t>
            </w:r>
          </w:p>
        </w:tc>
      </w:tr>
      <w:tr w:rsidR="00446222" w14:paraId="35B6EB25" w14:textId="77777777">
        <w:trPr>
          <w:cantSplit/>
          <w:jc w:val="center"/>
        </w:trPr>
        <w:tc>
          <w:tcPr>
            <w:tcW w:w="794" w:type="dxa"/>
            <w:vAlign w:val="center"/>
          </w:tcPr>
          <w:p w14:paraId="76BA1CD2" w14:textId="77777777" w:rsidR="00446222" w:rsidRDefault="00000000">
            <w:pPr>
              <w:keepNext/>
              <w:spacing w:after="0" w:line="252" w:lineRule="auto"/>
            </w:pPr>
            <w:r>
              <w:rPr>
                <w:sz w:val="18"/>
              </w:rPr>
              <w:t>S16</w:t>
            </w:r>
          </w:p>
        </w:tc>
        <w:tc>
          <w:tcPr>
            <w:tcW w:w="3969" w:type="dxa"/>
            <w:vAlign w:val="center"/>
          </w:tcPr>
          <w:p w14:paraId="5CF0ADB5" w14:textId="77777777" w:rsidR="00446222" w:rsidRDefault="00000000">
            <w:pPr>
              <w:keepNext/>
              <w:spacing w:after="0" w:line="252" w:lineRule="auto"/>
            </w:pPr>
            <w:r>
              <w:rPr>
                <w:sz w:val="18"/>
              </w:rPr>
              <w:t>highest category 3/day × portion</w:t>
            </w:r>
          </w:p>
        </w:tc>
        <w:tc>
          <w:tcPr>
            <w:tcW w:w="737" w:type="dxa"/>
            <w:vAlign w:val="center"/>
          </w:tcPr>
          <w:p w14:paraId="1844D78A" w14:textId="77777777" w:rsidR="00446222" w:rsidRDefault="00000000">
            <w:pPr>
              <w:keepNext/>
              <w:spacing w:after="0" w:line="252" w:lineRule="auto"/>
              <w:jc w:val="center"/>
            </w:pPr>
            <w:r>
              <w:rPr>
                <w:sz w:val="18"/>
              </w:rPr>
              <w:t>145</w:t>
            </w:r>
          </w:p>
        </w:tc>
        <w:tc>
          <w:tcPr>
            <w:tcW w:w="1247" w:type="dxa"/>
            <w:vAlign w:val="center"/>
          </w:tcPr>
          <w:p w14:paraId="240D9A5B" w14:textId="77777777" w:rsidR="00446222" w:rsidRDefault="00000000">
            <w:pPr>
              <w:keepNext/>
              <w:spacing w:after="0" w:line="252" w:lineRule="auto"/>
              <w:jc w:val="center"/>
            </w:pPr>
            <w:r>
              <w:rPr>
                <w:sz w:val="18"/>
              </w:rPr>
              <w:t>83 / 62</w:t>
            </w:r>
          </w:p>
        </w:tc>
        <w:tc>
          <w:tcPr>
            <w:tcW w:w="1871" w:type="dxa"/>
            <w:vAlign w:val="center"/>
          </w:tcPr>
          <w:p w14:paraId="38E76B01" w14:textId="218FF976" w:rsidR="00446222" w:rsidRDefault="00000000">
            <w:pPr>
              <w:keepNext/>
              <w:spacing w:after="0" w:line="252" w:lineRule="auto"/>
              <w:jc w:val="center"/>
            </w:pPr>
            <w:r>
              <w:rPr>
                <w:sz w:val="18"/>
              </w:rPr>
              <w:t>0.89 (0.61</w:t>
            </w:r>
            <w:r w:rsidR="00A142B2">
              <w:rPr>
                <w:sz w:val="18"/>
              </w:rPr>
              <w:t>-</w:t>
            </w:r>
            <w:r>
              <w:rPr>
                <w:sz w:val="18"/>
              </w:rPr>
              <w:t>1.30)</w:t>
            </w:r>
          </w:p>
        </w:tc>
        <w:tc>
          <w:tcPr>
            <w:tcW w:w="1020" w:type="dxa"/>
            <w:vAlign w:val="center"/>
          </w:tcPr>
          <w:p w14:paraId="2100C5F4" w14:textId="77777777" w:rsidR="00446222" w:rsidRDefault="00000000">
            <w:pPr>
              <w:keepNext/>
              <w:spacing w:after="0" w:line="252" w:lineRule="auto"/>
              <w:jc w:val="center"/>
            </w:pPr>
            <w:r>
              <w:rPr>
                <w:sz w:val="18"/>
              </w:rPr>
              <w:t>0.5284</w:t>
            </w:r>
          </w:p>
        </w:tc>
      </w:tr>
    </w:tbl>
    <w:p w14:paraId="4567CB8C" w14:textId="354776E1" w:rsidR="00446222" w:rsidRDefault="00000000" w:rsidP="0047469F">
      <w:pPr>
        <w:keepLines/>
        <w:spacing w:after="140" w:line="252" w:lineRule="auto"/>
        <w:jc w:val="both"/>
      </w:pPr>
      <w:r>
        <w:rPr>
          <w:sz w:val="18"/>
        </w:rPr>
        <w:t>ᵃ P values are not multiplicity-adjusted. CIs are pointwise profile penalised-likelihood intervals. Model definitions and units follow Table S14. S10, S11 and S13</w:t>
      </w:r>
      <w:r w:rsidR="00A142B2">
        <w:rPr>
          <w:sz w:val="18"/>
        </w:rPr>
        <w:t>-</w:t>
      </w:r>
      <w:r>
        <w:rPr>
          <w:sz w:val="18"/>
        </w:rPr>
        <w:t>S16 re-estimate six aligned components under alternative representations; low congruence can indicate a different exposure mixture. All other rows retain the primary score scale. These related analyses are not independent replications.</w:t>
      </w:r>
    </w:p>
    <w:p w14:paraId="129CF0CD" w14:textId="77777777" w:rsidR="00446222" w:rsidRDefault="00000000">
      <w:pPr>
        <w:keepNext/>
        <w:spacing w:after="60" w:line="240" w:lineRule="auto"/>
        <w:jc w:val="center"/>
      </w:pPr>
      <w:r>
        <w:rPr>
          <w:noProof/>
        </w:rPr>
        <w:drawing>
          <wp:inline distT="0" distB="0" distL="0" distR="0" wp14:anchorId="493743A5" wp14:editId="3342E217">
            <wp:extent cx="5760000" cy="5863318"/>
            <wp:effectExtent l="0" t="0" r="6350" b="4445"/>
            <wp:docPr id="19" name="Figure_S19" descr="Figure 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9.png"/>
                    <pic:cNvPicPr/>
                  </pic:nvPicPr>
                  <pic:blipFill>
                    <a:blip r:embed="rId47">
                      <a:extLst>
                        <a:ext uri="{BEBA8EAE-BF5A-486C-A8C5-ECC9F3942E4B}">
                          <a14:imgProps xmlns:a14="http://schemas.microsoft.com/office/drawing/2010/main">
                            <a14:imgLayer r:embed="rId48">
                              <a14:imgEffect>
                                <a14:sharpenSoften amount="50000"/>
                              </a14:imgEffect>
                            </a14:imgLayer>
                          </a14:imgProps>
                        </a:ext>
                      </a:extLst>
                    </a:blip>
                    <a:stretch>
                      <a:fillRect/>
                    </a:stretch>
                  </pic:blipFill>
                  <pic:spPr>
                    <a:xfrm>
                      <a:off x="0" y="0"/>
                      <a:ext cx="5760000" cy="5863318"/>
                    </a:xfrm>
                    <a:prstGeom prst="rect">
                      <a:avLst/>
                    </a:prstGeom>
                  </pic:spPr>
                </pic:pic>
              </a:graphicData>
            </a:graphic>
          </wp:inline>
        </w:drawing>
      </w:r>
    </w:p>
    <w:p w14:paraId="29CEB4AD" w14:textId="77777777" w:rsidR="00446222" w:rsidRDefault="00000000" w:rsidP="0047469F">
      <w:pPr>
        <w:pStyle w:val="Caption"/>
        <w:keepLines/>
        <w:jc w:val="both"/>
      </w:pPr>
      <w:r>
        <w:rPr>
          <w:b/>
        </w:rPr>
        <w:t xml:space="preserve">Figure S19. </w:t>
      </w:r>
      <w:r>
        <w:t>Population and covariate sensitivity analyses for FP06. Hibiscus tea, Moringa and fruit juice. The main result and population/covariate comparisons are displayed on a logarithmic odds-ratio scale. Each point and line is a Firth estimate and pointwise 95% profile interval. The fixed primary scoring basis is retained. S12 excludes constant-frequency profiles; no influence-based participant deletion was used. Corresponding estimates are in Table S20.</w:t>
      </w:r>
    </w:p>
    <w:p w14:paraId="7240E595" w14:textId="77777777" w:rsidR="00446222" w:rsidRDefault="00000000">
      <w:pPr>
        <w:keepNext/>
        <w:spacing w:after="60" w:line="240" w:lineRule="auto"/>
        <w:jc w:val="center"/>
      </w:pPr>
      <w:r>
        <w:rPr>
          <w:noProof/>
        </w:rPr>
        <w:lastRenderedPageBreak/>
        <w:drawing>
          <wp:inline distT="0" distB="0" distL="0" distR="0" wp14:anchorId="4FB1E105" wp14:editId="37545760">
            <wp:extent cx="5940000" cy="4892287"/>
            <wp:effectExtent l="0" t="0" r="3810" b="0"/>
            <wp:docPr id="20" name="Figure_S20" descr="Figure 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0.png"/>
                    <pic:cNvPicPr/>
                  </pic:nvPicPr>
                  <pic:blipFill>
                    <a:blip r:embed="rId49">
                      <a:extLst>
                        <a:ext uri="{BEBA8EAE-BF5A-486C-A8C5-ECC9F3942E4B}">
                          <a14:imgProps xmlns:a14="http://schemas.microsoft.com/office/drawing/2010/main">
                            <a14:imgLayer r:embed="rId50">
                              <a14:imgEffect>
                                <a14:sharpenSoften amount="50000"/>
                              </a14:imgEffect>
                            </a14:imgLayer>
                          </a14:imgProps>
                        </a:ext>
                      </a:extLst>
                    </a:blip>
                    <a:stretch>
                      <a:fillRect/>
                    </a:stretch>
                  </pic:blipFill>
                  <pic:spPr>
                    <a:xfrm>
                      <a:off x="0" y="0"/>
                      <a:ext cx="5940000" cy="4892287"/>
                    </a:xfrm>
                    <a:prstGeom prst="rect">
                      <a:avLst/>
                    </a:prstGeom>
                  </pic:spPr>
                </pic:pic>
              </a:graphicData>
            </a:graphic>
          </wp:inline>
        </w:drawing>
      </w:r>
    </w:p>
    <w:p w14:paraId="3EB48256" w14:textId="77777777" w:rsidR="00446222" w:rsidRDefault="00000000" w:rsidP="0047469F">
      <w:pPr>
        <w:pStyle w:val="Caption"/>
        <w:keepLines/>
        <w:jc w:val="both"/>
      </w:pPr>
      <w:r>
        <w:rPr>
          <w:b/>
        </w:rPr>
        <w:t xml:space="preserve">Figure S20. </w:t>
      </w:r>
      <w:r>
        <w:t>Measurement-representation sensitivity analyses for FP06. The main result is compared with raw-code products, ranks of the combined index, alternative frequency multipliers, weekly and ordinal frequency-only variables, and a 3/day highest-category assumption. All use the same 145 participants and six matched components, but each alternative uses its own score SD. Alignment does not guarantee identical component composition. CIs are pointwise and P values are not multiplicity-adjusted; Table S20 gives the numerical estimates.</w:t>
      </w:r>
    </w:p>
    <w:p w14:paraId="406E51DB" w14:textId="77777777" w:rsidR="00446222" w:rsidRDefault="00000000">
      <w:pPr>
        <w:pStyle w:val="Heading1"/>
      </w:pPr>
      <w:r>
        <w:t>Influence and estimator comparisons</w:t>
      </w:r>
    </w:p>
    <w:p w14:paraId="6347200A" w14:textId="77777777" w:rsidR="00446222" w:rsidRDefault="00000000" w:rsidP="00A142B2">
      <w:pPr>
        <w:jc w:val="both"/>
      </w:pPr>
      <w:r>
        <w:t>Leave-one-participant-out analyses held the primary score and age-spline bases fixed. Each of 145 participants was omitted in turn for each component, yielding 870 fits. The summaries assess dependence on individual records, not the effect of re-deriving the component structure or a rule for excluding influential observations. All fits were numerically successful.</w:t>
      </w:r>
    </w:p>
    <w:p w14:paraId="3AA50589" w14:textId="77777777" w:rsidR="00446222" w:rsidRDefault="00000000">
      <w:pPr>
        <w:pStyle w:val="Caption"/>
        <w:keepNext/>
      </w:pPr>
      <w:r>
        <w:rPr>
          <w:b/>
        </w:rPr>
        <w:t>Table S21. Leave-one-participant-out influence summaries</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1304"/>
        <w:gridCol w:w="1984"/>
        <w:gridCol w:w="2098"/>
        <w:gridCol w:w="2154"/>
        <w:gridCol w:w="2098"/>
      </w:tblGrid>
      <w:tr w:rsidR="00446222" w14:paraId="608B8DEE" w14:textId="77777777">
        <w:trPr>
          <w:cantSplit/>
          <w:tblHeader/>
          <w:jc w:val="center"/>
        </w:trPr>
        <w:tc>
          <w:tcPr>
            <w:tcW w:w="1304" w:type="dxa"/>
            <w:tcBorders>
              <w:bottom w:val="single" w:sz="4" w:space="0" w:color="auto"/>
            </w:tcBorders>
            <w:vAlign w:val="center"/>
          </w:tcPr>
          <w:p w14:paraId="67D233CE" w14:textId="77777777" w:rsidR="00446222" w:rsidRDefault="00000000">
            <w:pPr>
              <w:keepNext/>
              <w:spacing w:after="0" w:line="252" w:lineRule="auto"/>
            </w:pPr>
            <w:r>
              <w:rPr>
                <w:b/>
                <w:sz w:val="19"/>
              </w:rPr>
              <w:t>Component</w:t>
            </w:r>
          </w:p>
        </w:tc>
        <w:tc>
          <w:tcPr>
            <w:tcW w:w="1984" w:type="dxa"/>
            <w:tcBorders>
              <w:bottom w:val="single" w:sz="4" w:space="0" w:color="auto"/>
            </w:tcBorders>
            <w:vAlign w:val="center"/>
          </w:tcPr>
          <w:p w14:paraId="061A5A47" w14:textId="77777777" w:rsidR="00446222" w:rsidRDefault="00000000">
            <w:pPr>
              <w:keepNext/>
              <w:spacing w:after="0" w:line="252" w:lineRule="auto"/>
              <w:jc w:val="center"/>
            </w:pPr>
            <w:r>
              <w:rPr>
                <w:b/>
                <w:sz w:val="19"/>
              </w:rPr>
              <w:t>Successful /</w:t>
            </w:r>
            <w:r>
              <w:rPr>
                <w:b/>
                <w:sz w:val="19"/>
              </w:rPr>
              <w:br/>
              <w:t>requested</w:t>
            </w:r>
          </w:p>
        </w:tc>
        <w:tc>
          <w:tcPr>
            <w:tcW w:w="2098" w:type="dxa"/>
            <w:tcBorders>
              <w:bottom w:val="single" w:sz="4" w:space="0" w:color="auto"/>
            </w:tcBorders>
            <w:vAlign w:val="center"/>
          </w:tcPr>
          <w:p w14:paraId="3C06139C" w14:textId="77777777" w:rsidR="00446222" w:rsidRDefault="00000000">
            <w:pPr>
              <w:keepNext/>
              <w:spacing w:after="0" w:line="252" w:lineRule="auto"/>
              <w:jc w:val="center"/>
            </w:pPr>
            <w:r>
              <w:rPr>
                <w:b/>
                <w:sz w:val="19"/>
              </w:rPr>
              <w:t>OR range</w:t>
            </w:r>
          </w:p>
        </w:tc>
        <w:tc>
          <w:tcPr>
            <w:tcW w:w="2154" w:type="dxa"/>
            <w:tcBorders>
              <w:bottom w:val="single" w:sz="4" w:space="0" w:color="auto"/>
            </w:tcBorders>
            <w:vAlign w:val="center"/>
          </w:tcPr>
          <w:p w14:paraId="502B1BE4" w14:textId="77777777" w:rsidR="00446222" w:rsidRDefault="00000000">
            <w:pPr>
              <w:keepNext/>
              <w:spacing w:after="0" w:line="252" w:lineRule="auto"/>
              <w:jc w:val="center"/>
            </w:pPr>
            <w:r>
              <w:rPr>
                <w:b/>
                <w:sz w:val="19"/>
              </w:rPr>
              <w:t>Largest absolute</w:t>
            </w:r>
            <w:r>
              <w:rPr>
                <w:b/>
                <w:sz w:val="19"/>
              </w:rPr>
              <w:br/>
              <w:t>change in log OR</w:t>
            </w:r>
          </w:p>
        </w:tc>
        <w:tc>
          <w:tcPr>
            <w:tcW w:w="2098" w:type="dxa"/>
            <w:tcBorders>
              <w:bottom w:val="single" w:sz="4" w:space="0" w:color="auto"/>
            </w:tcBorders>
            <w:vAlign w:val="center"/>
          </w:tcPr>
          <w:p w14:paraId="20D9D9F7" w14:textId="77777777" w:rsidR="00446222" w:rsidRDefault="00000000">
            <w:pPr>
              <w:keepNext/>
              <w:spacing w:after="0" w:line="252" w:lineRule="auto"/>
              <w:jc w:val="center"/>
            </w:pPr>
            <w:r>
              <w:rPr>
                <w:b/>
                <w:sz w:val="19"/>
              </w:rPr>
              <w:t>Point-estimate</w:t>
            </w:r>
            <w:r>
              <w:rPr>
                <w:b/>
                <w:sz w:val="19"/>
              </w:rPr>
              <w:br/>
              <w:t>crossings of 1</w:t>
            </w:r>
          </w:p>
        </w:tc>
      </w:tr>
      <w:tr w:rsidR="00446222" w14:paraId="1DC50CFA" w14:textId="77777777">
        <w:trPr>
          <w:cantSplit/>
          <w:jc w:val="center"/>
        </w:trPr>
        <w:tc>
          <w:tcPr>
            <w:tcW w:w="1304" w:type="dxa"/>
            <w:vAlign w:val="center"/>
          </w:tcPr>
          <w:p w14:paraId="64D0BBF3" w14:textId="77777777" w:rsidR="00446222" w:rsidRDefault="00000000">
            <w:pPr>
              <w:spacing w:after="0" w:line="252" w:lineRule="auto"/>
            </w:pPr>
            <w:r>
              <w:rPr>
                <w:sz w:val="19"/>
              </w:rPr>
              <w:t>FP01</w:t>
            </w:r>
          </w:p>
        </w:tc>
        <w:tc>
          <w:tcPr>
            <w:tcW w:w="1984" w:type="dxa"/>
            <w:vAlign w:val="center"/>
          </w:tcPr>
          <w:p w14:paraId="36C746F9" w14:textId="77777777" w:rsidR="00446222" w:rsidRDefault="00000000">
            <w:pPr>
              <w:spacing w:after="0" w:line="252" w:lineRule="auto"/>
              <w:jc w:val="center"/>
            </w:pPr>
            <w:r>
              <w:rPr>
                <w:sz w:val="19"/>
              </w:rPr>
              <w:t>145 / 145</w:t>
            </w:r>
          </w:p>
        </w:tc>
        <w:tc>
          <w:tcPr>
            <w:tcW w:w="2098" w:type="dxa"/>
            <w:vAlign w:val="center"/>
          </w:tcPr>
          <w:p w14:paraId="15FA954D" w14:textId="12CD7F8D" w:rsidR="00446222" w:rsidRDefault="00000000">
            <w:pPr>
              <w:spacing w:after="0" w:line="252" w:lineRule="auto"/>
              <w:jc w:val="center"/>
            </w:pPr>
            <w:r>
              <w:rPr>
                <w:sz w:val="19"/>
              </w:rPr>
              <w:t>1.012</w:t>
            </w:r>
            <w:r w:rsidR="00A142B2">
              <w:rPr>
                <w:sz w:val="19"/>
              </w:rPr>
              <w:t>-</w:t>
            </w:r>
            <w:r>
              <w:rPr>
                <w:sz w:val="19"/>
              </w:rPr>
              <w:t>1.207</w:t>
            </w:r>
          </w:p>
        </w:tc>
        <w:tc>
          <w:tcPr>
            <w:tcW w:w="2154" w:type="dxa"/>
            <w:vAlign w:val="center"/>
          </w:tcPr>
          <w:p w14:paraId="493E7274" w14:textId="77777777" w:rsidR="00446222" w:rsidRDefault="00000000">
            <w:pPr>
              <w:spacing w:after="0" w:line="252" w:lineRule="auto"/>
              <w:jc w:val="center"/>
            </w:pPr>
            <w:r>
              <w:rPr>
                <w:sz w:val="19"/>
              </w:rPr>
              <w:t>0.148</w:t>
            </w:r>
          </w:p>
        </w:tc>
        <w:tc>
          <w:tcPr>
            <w:tcW w:w="2098" w:type="dxa"/>
            <w:vAlign w:val="center"/>
          </w:tcPr>
          <w:p w14:paraId="7BB9B0EA" w14:textId="77777777" w:rsidR="00446222" w:rsidRDefault="00000000">
            <w:pPr>
              <w:spacing w:after="0" w:line="252" w:lineRule="auto"/>
              <w:jc w:val="center"/>
            </w:pPr>
            <w:r>
              <w:rPr>
                <w:sz w:val="19"/>
              </w:rPr>
              <w:t>0</w:t>
            </w:r>
          </w:p>
        </w:tc>
      </w:tr>
      <w:tr w:rsidR="00446222" w14:paraId="49D3DEC5" w14:textId="77777777">
        <w:trPr>
          <w:cantSplit/>
          <w:jc w:val="center"/>
        </w:trPr>
        <w:tc>
          <w:tcPr>
            <w:tcW w:w="1304" w:type="dxa"/>
            <w:vAlign w:val="center"/>
          </w:tcPr>
          <w:p w14:paraId="2B8F91FD" w14:textId="77777777" w:rsidR="00446222" w:rsidRDefault="00000000">
            <w:pPr>
              <w:spacing w:after="0" w:line="252" w:lineRule="auto"/>
            </w:pPr>
            <w:r>
              <w:rPr>
                <w:sz w:val="19"/>
              </w:rPr>
              <w:t>FP02</w:t>
            </w:r>
          </w:p>
        </w:tc>
        <w:tc>
          <w:tcPr>
            <w:tcW w:w="1984" w:type="dxa"/>
            <w:vAlign w:val="center"/>
          </w:tcPr>
          <w:p w14:paraId="3DE04F1B" w14:textId="77777777" w:rsidR="00446222" w:rsidRDefault="00000000">
            <w:pPr>
              <w:spacing w:after="0" w:line="252" w:lineRule="auto"/>
              <w:jc w:val="center"/>
            </w:pPr>
            <w:r>
              <w:rPr>
                <w:sz w:val="19"/>
              </w:rPr>
              <w:t>145 / 145</w:t>
            </w:r>
          </w:p>
        </w:tc>
        <w:tc>
          <w:tcPr>
            <w:tcW w:w="2098" w:type="dxa"/>
            <w:vAlign w:val="center"/>
          </w:tcPr>
          <w:p w14:paraId="6147A17D" w14:textId="72CA9A5B" w:rsidR="00446222" w:rsidRDefault="00000000">
            <w:pPr>
              <w:spacing w:after="0" w:line="252" w:lineRule="auto"/>
              <w:jc w:val="center"/>
            </w:pPr>
            <w:r>
              <w:rPr>
                <w:sz w:val="19"/>
              </w:rPr>
              <w:t>1.844</w:t>
            </w:r>
            <w:r w:rsidR="00A142B2">
              <w:rPr>
                <w:sz w:val="19"/>
              </w:rPr>
              <w:t>-</w:t>
            </w:r>
            <w:r>
              <w:rPr>
                <w:sz w:val="19"/>
              </w:rPr>
              <w:t>2.824</w:t>
            </w:r>
          </w:p>
        </w:tc>
        <w:tc>
          <w:tcPr>
            <w:tcW w:w="2154" w:type="dxa"/>
            <w:vAlign w:val="center"/>
          </w:tcPr>
          <w:p w14:paraId="140B1AB8" w14:textId="77777777" w:rsidR="00446222" w:rsidRDefault="00000000">
            <w:pPr>
              <w:spacing w:after="0" w:line="252" w:lineRule="auto"/>
              <w:jc w:val="center"/>
            </w:pPr>
            <w:r>
              <w:rPr>
                <w:sz w:val="19"/>
              </w:rPr>
              <w:t>0.358</w:t>
            </w:r>
          </w:p>
        </w:tc>
        <w:tc>
          <w:tcPr>
            <w:tcW w:w="2098" w:type="dxa"/>
            <w:vAlign w:val="center"/>
          </w:tcPr>
          <w:p w14:paraId="090CC450" w14:textId="77777777" w:rsidR="00446222" w:rsidRDefault="00000000">
            <w:pPr>
              <w:spacing w:after="0" w:line="252" w:lineRule="auto"/>
              <w:jc w:val="center"/>
            </w:pPr>
            <w:r>
              <w:rPr>
                <w:sz w:val="19"/>
              </w:rPr>
              <w:t>0</w:t>
            </w:r>
          </w:p>
        </w:tc>
      </w:tr>
      <w:tr w:rsidR="00446222" w14:paraId="39A8ADE8" w14:textId="77777777">
        <w:trPr>
          <w:cantSplit/>
          <w:jc w:val="center"/>
        </w:trPr>
        <w:tc>
          <w:tcPr>
            <w:tcW w:w="1304" w:type="dxa"/>
            <w:vAlign w:val="center"/>
          </w:tcPr>
          <w:p w14:paraId="6015FDC3" w14:textId="77777777" w:rsidR="00446222" w:rsidRDefault="00000000">
            <w:pPr>
              <w:spacing w:after="0" w:line="252" w:lineRule="auto"/>
            </w:pPr>
            <w:r>
              <w:rPr>
                <w:sz w:val="19"/>
              </w:rPr>
              <w:t>FP03</w:t>
            </w:r>
          </w:p>
        </w:tc>
        <w:tc>
          <w:tcPr>
            <w:tcW w:w="1984" w:type="dxa"/>
            <w:vAlign w:val="center"/>
          </w:tcPr>
          <w:p w14:paraId="46B505A5" w14:textId="77777777" w:rsidR="00446222" w:rsidRDefault="00000000">
            <w:pPr>
              <w:spacing w:after="0" w:line="252" w:lineRule="auto"/>
              <w:jc w:val="center"/>
            </w:pPr>
            <w:r>
              <w:rPr>
                <w:sz w:val="19"/>
              </w:rPr>
              <w:t>145 / 145</w:t>
            </w:r>
          </w:p>
        </w:tc>
        <w:tc>
          <w:tcPr>
            <w:tcW w:w="2098" w:type="dxa"/>
            <w:vAlign w:val="center"/>
          </w:tcPr>
          <w:p w14:paraId="29A662AF" w14:textId="05F82F9C" w:rsidR="00446222" w:rsidRDefault="00000000">
            <w:pPr>
              <w:spacing w:after="0" w:line="252" w:lineRule="auto"/>
              <w:jc w:val="center"/>
            </w:pPr>
            <w:r>
              <w:rPr>
                <w:sz w:val="19"/>
              </w:rPr>
              <w:t>0.476</w:t>
            </w:r>
            <w:r w:rsidR="00A142B2">
              <w:rPr>
                <w:sz w:val="19"/>
              </w:rPr>
              <w:t>-</w:t>
            </w:r>
            <w:r>
              <w:rPr>
                <w:sz w:val="19"/>
              </w:rPr>
              <w:t>0.540</w:t>
            </w:r>
          </w:p>
        </w:tc>
        <w:tc>
          <w:tcPr>
            <w:tcW w:w="2154" w:type="dxa"/>
            <w:vAlign w:val="center"/>
          </w:tcPr>
          <w:p w14:paraId="6F24A1F2" w14:textId="77777777" w:rsidR="00446222" w:rsidRDefault="00000000">
            <w:pPr>
              <w:spacing w:after="0" w:line="252" w:lineRule="auto"/>
              <w:jc w:val="center"/>
            </w:pPr>
            <w:r>
              <w:rPr>
                <w:sz w:val="19"/>
              </w:rPr>
              <w:t>0.073</w:t>
            </w:r>
          </w:p>
        </w:tc>
        <w:tc>
          <w:tcPr>
            <w:tcW w:w="2098" w:type="dxa"/>
            <w:vAlign w:val="center"/>
          </w:tcPr>
          <w:p w14:paraId="6B65C0F7" w14:textId="77777777" w:rsidR="00446222" w:rsidRDefault="00000000">
            <w:pPr>
              <w:spacing w:after="0" w:line="252" w:lineRule="auto"/>
              <w:jc w:val="center"/>
            </w:pPr>
            <w:r>
              <w:rPr>
                <w:sz w:val="19"/>
              </w:rPr>
              <w:t>0</w:t>
            </w:r>
          </w:p>
        </w:tc>
      </w:tr>
      <w:tr w:rsidR="00446222" w14:paraId="1A3CF016" w14:textId="77777777">
        <w:trPr>
          <w:cantSplit/>
          <w:jc w:val="center"/>
        </w:trPr>
        <w:tc>
          <w:tcPr>
            <w:tcW w:w="1304" w:type="dxa"/>
            <w:vAlign w:val="center"/>
          </w:tcPr>
          <w:p w14:paraId="17245F98" w14:textId="77777777" w:rsidR="00446222" w:rsidRDefault="00000000">
            <w:pPr>
              <w:spacing w:after="0" w:line="252" w:lineRule="auto"/>
            </w:pPr>
            <w:r>
              <w:rPr>
                <w:sz w:val="19"/>
              </w:rPr>
              <w:t>FP04</w:t>
            </w:r>
          </w:p>
        </w:tc>
        <w:tc>
          <w:tcPr>
            <w:tcW w:w="1984" w:type="dxa"/>
            <w:vAlign w:val="center"/>
          </w:tcPr>
          <w:p w14:paraId="69741A8A" w14:textId="77777777" w:rsidR="00446222" w:rsidRDefault="00000000">
            <w:pPr>
              <w:spacing w:after="0" w:line="252" w:lineRule="auto"/>
              <w:jc w:val="center"/>
            </w:pPr>
            <w:r>
              <w:rPr>
                <w:sz w:val="19"/>
              </w:rPr>
              <w:t>145 / 145</w:t>
            </w:r>
          </w:p>
        </w:tc>
        <w:tc>
          <w:tcPr>
            <w:tcW w:w="2098" w:type="dxa"/>
            <w:vAlign w:val="center"/>
          </w:tcPr>
          <w:p w14:paraId="262B158C" w14:textId="3FED83F3" w:rsidR="00446222" w:rsidRDefault="00000000">
            <w:pPr>
              <w:spacing w:after="0" w:line="252" w:lineRule="auto"/>
              <w:jc w:val="center"/>
            </w:pPr>
            <w:r>
              <w:rPr>
                <w:sz w:val="19"/>
              </w:rPr>
              <w:t>0.221</w:t>
            </w:r>
            <w:r w:rsidR="00A142B2">
              <w:rPr>
                <w:sz w:val="19"/>
              </w:rPr>
              <w:t>-</w:t>
            </w:r>
            <w:r>
              <w:rPr>
                <w:sz w:val="19"/>
              </w:rPr>
              <w:t>0.299</w:t>
            </w:r>
          </w:p>
        </w:tc>
        <w:tc>
          <w:tcPr>
            <w:tcW w:w="2154" w:type="dxa"/>
            <w:vAlign w:val="center"/>
          </w:tcPr>
          <w:p w14:paraId="5DE66789" w14:textId="77777777" w:rsidR="00446222" w:rsidRDefault="00000000">
            <w:pPr>
              <w:spacing w:after="0" w:line="252" w:lineRule="auto"/>
              <w:jc w:val="center"/>
            </w:pPr>
            <w:r>
              <w:rPr>
                <w:sz w:val="19"/>
              </w:rPr>
              <w:t>0.220</w:t>
            </w:r>
          </w:p>
        </w:tc>
        <w:tc>
          <w:tcPr>
            <w:tcW w:w="2098" w:type="dxa"/>
            <w:vAlign w:val="center"/>
          </w:tcPr>
          <w:p w14:paraId="6B1EDE24" w14:textId="77777777" w:rsidR="00446222" w:rsidRDefault="00000000">
            <w:pPr>
              <w:spacing w:after="0" w:line="252" w:lineRule="auto"/>
              <w:jc w:val="center"/>
            </w:pPr>
            <w:r>
              <w:rPr>
                <w:sz w:val="19"/>
              </w:rPr>
              <w:t>0</w:t>
            </w:r>
          </w:p>
        </w:tc>
      </w:tr>
      <w:tr w:rsidR="00446222" w14:paraId="79359419" w14:textId="77777777">
        <w:trPr>
          <w:cantSplit/>
          <w:jc w:val="center"/>
        </w:trPr>
        <w:tc>
          <w:tcPr>
            <w:tcW w:w="1304" w:type="dxa"/>
            <w:vAlign w:val="center"/>
          </w:tcPr>
          <w:p w14:paraId="2ED329C6" w14:textId="77777777" w:rsidR="00446222" w:rsidRDefault="00000000">
            <w:pPr>
              <w:spacing w:after="0" w:line="252" w:lineRule="auto"/>
            </w:pPr>
            <w:r>
              <w:rPr>
                <w:sz w:val="19"/>
              </w:rPr>
              <w:t>FP05</w:t>
            </w:r>
          </w:p>
        </w:tc>
        <w:tc>
          <w:tcPr>
            <w:tcW w:w="1984" w:type="dxa"/>
            <w:vAlign w:val="center"/>
          </w:tcPr>
          <w:p w14:paraId="75F66A17" w14:textId="77777777" w:rsidR="00446222" w:rsidRDefault="00000000">
            <w:pPr>
              <w:spacing w:after="0" w:line="252" w:lineRule="auto"/>
              <w:jc w:val="center"/>
            </w:pPr>
            <w:r>
              <w:rPr>
                <w:sz w:val="19"/>
              </w:rPr>
              <w:t>145 / 145</w:t>
            </w:r>
          </w:p>
        </w:tc>
        <w:tc>
          <w:tcPr>
            <w:tcW w:w="2098" w:type="dxa"/>
            <w:vAlign w:val="center"/>
          </w:tcPr>
          <w:p w14:paraId="0950FA68" w14:textId="44A29881" w:rsidR="00446222" w:rsidRDefault="00000000">
            <w:pPr>
              <w:spacing w:after="0" w:line="252" w:lineRule="auto"/>
              <w:jc w:val="center"/>
            </w:pPr>
            <w:r>
              <w:rPr>
                <w:sz w:val="19"/>
              </w:rPr>
              <w:t>0.827</w:t>
            </w:r>
            <w:r w:rsidR="00A142B2">
              <w:rPr>
                <w:sz w:val="19"/>
              </w:rPr>
              <w:t>-</w:t>
            </w:r>
            <w:r>
              <w:rPr>
                <w:sz w:val="19"/>
              </w:rPr>
              <w:t>0.974</w:t>
            </w:r>
          </w:p>
        </w:tc>
        <w:tc>
          <w:tcPr>
            <w:tcW w:w="2154" w:type="dxa"/>
            <w:vAlign w:val="center"/>
          </w:tcPr>
          <w:p w14:paraId="02A3199D" w14:textId="77777777" w:rsidR="00446222" w:rsidRDefault="00000000">
            <w:pPr>
              <w:spacing w:after="0" w:line="252" w:lineRule="auto"/>
              <w:jc w:val="center"/>
            </w:pPr>
            <w:r>
              <w:rPr>
                <w:sz w:val="19"/>
              </w:rPr>
              <w:t>0.091</w:t>
            </w:r>
          </w:p>
        </w:tc>
        <w:tc>
          <w:tcPr>
            <w:tcW w:w="2098" w:type="dxa"/>
            <w:vAlign w:val="center"/>
          </w:tcPr>
          <w:p w14:paraId="461A477E" w14:textId="77777777" w:rsidR="00446222" w:rsidRDefault="00000000">
            <w:pPr>
              <w:spacing w:after="0" w:line="252" w:lineRule="auto"/>
              <w:jc w:val="center"/>
            </w:pPr>
            <w:r>
              <w:rPr>
                <w:sz w:val="19"/>
              </w:rPr>
              <w:t>0</w:t>
            </w:r>
          </w:p>
        </w:tc>
      </w:tr>
      <w:tr w:rsidR="00446222" w14:paraId="6ED7ED06" w14:textId="77777777">
        <w:trPr>
          <w:cantSplit/>
          <w:jc w:val="center"/>
        </w:trPr>
        <w:tc>
          <w:tcPr>
            <w:tcW w:w="1304" w:type="dxa"/>
            <w:vAlign w:val="center"/>
          </w:tcPr>
          <w:p w14:paraId="177F866F" w14:textId="77777777" w:rsidR="00446222" w:rsidRDefault="00000000">
            <w:pPr>
              <w:keepNext/>
              <w:spacing w:after="0" w:line="252" w:lineRule="auto"/>
            </w:pPr>
            <w:r>
              <w:rPr>
                <w:sz w:val="19"/>
              </w:rPr>
              <w:lastRenderedPageBreak/>
              <w:t>FP06</w:t>
            </w:r>
          </w:p>
        </w:tc>
        <w:tc>
          <w:tcPr>
            <w:tcW w:w="1984" w:type="dxa"/>
            <w:vAlign w:val="center"/>
          </w:tcPr>
          <w:p w14:paraId="125513D6" w14:textId="77777777" w:rsidR="00446222" w:rsidRDefault="00000000">
            <w:pPr>
              <w:keepNext/>
              <w:spacing w:after="0" w:line="252" w:lineRule="auto"/>
              <w:jc w:val="center"/>
            </w:pPr>
            <w:r>
              <w:rPr>
                <w:sz w:val="19"/>
              </w:rPr>
              <w:t>145 / 145</w:t>
            </w:r>
          </w:p>
        </w:tc>
        <w:tc>
          <w:tcPr>
            <w:tcW w:w="2098" w:type="dxa"/>
            <w:vAlign w:val="center"/>
          </w:tcPr>
          <w:p w14:paraId="64E6C578" w14:textId="233C9EDE" w:rsidR="00446222" w:rsidRDefault="00000000">
            <w:pPr>
              <w:keepNext/>
              <w:spacing w:after="0" w:line="252" w:lineRule="auto"/>
              <w:jc w:val="center"/>
            </w:pPr>
            <w:r>
              <w:rPr>
                <w:sz w:val="19"/>
              </w:rPr>
              <w:t>0.872</w:t>
            </w:r>
            <w:r w:rsidR="00A142B2">
              <w:rPr>
                <w:sz w:val="19"/>
              </w:rPr>
              <w:t>-</w:t>
            </w:r>
            <w:r>
              <w:rPr>
                <w:sz w:val="19"/>
              </w:rPr>
              <w:t>1.040</w:t>
            </w:r>
          </w:p>
        </w:tc>
        <w:tc>
          <w:tcPr>
            <w:tcW w:w="2154" w:type="dxa"/>
            <w:vAlign w:val="center"/>
          </w:tcPr>
          <w:p w14:paraId="04326670" w14:textId="77777777" w:rsidR="00446222" w:rsidRDefault="00000000">
            <w:pPr>
              <w:keepNext/>
              <w:spacing w:after="0" w:line="252" w:lineRule="auto"/>
              <w:jc w:val="center"/>
            </w:pPr>
            <w:r>
              <w:rPr>
                <w:sz w:val="19"/>
              </w:rPr>
              <w:t>0.130</w:t>
            </w:r>
          </w:p>
        </w:tc>
        <w:tc>
          <w:tcPr>
            <w:tcW w:w="2098" w:type="dxa"/>
            <w:vAlign w:val="center"/>
          </w:tcPr>
          <w:p w14:paraId="1C908200" w14:textId="77777777" w:rsidR="00446222" w:rsidRDefault="00000000">
            <w:pPr>
              <w:keepNext/>
              <w:spacing w:after="0" w:line="252" w:lineRule="auto"/>
              <w:jc w:val="center"/>
            </w:pPr>
            <w:r>
              <w:rPr>
                <w:sz w:val="19"/>
              </w:rPr>
              <w:t>1</w:t>
            </w:r>
          </w:p>
        </w:tc>
      </w:tr>
    </w:tbl>
    <w:p w14:paraId="6CACF3C4" w14:textId="77777777" w:rsidR="00446222" w:rsidRDefault="00000000" w:rsidP="0047469F">
      <w:pPr>
        <w:keepLines/>
        <w:spacing w:after="140" w:line="252" w:lineRule="auto"/>
        <w:jc w:val="both"/>
      </w:pPr>
      <w:r>
        <w:rPr>
          <w:sz w:val="18"/>
        </w:rPr>
        <w:t>A crossing records a sign change in the log-OR point estimate relative to the full-sample estimate, not a change in statistical significance. FP06 crossed one after one omission. FP02’s range shows variation in magnitude despite no directional reversal. No participant was excluded on the basis of these results.</w:t>
      </w:r>
    </w:p>
    <w:p w14:paraId="42109852" w14:textId="77777777" w:rsidR="00446222" w:rsidRDefault="00000000">
      <w:pPr>
        <w:pStyle w:val="Caption"/>
        <w:keepNext/>
      </w:pPr>
      <w:r>
        <w:rPr>
          <w:b/>
        </w:rPr>
        <w:t>Table S22. Conventional logistic-regression comparisons of M2</w:t>
      </w:r>
    </w:p>
    <w:tbl>
      <w:tblPr>
        <w:tblW w:w="0" w:type="auto"/>
        <w:jc w:val="center"/>
        <w:tblBorders>
          <w:top w:val="single" w:sz="6" w:space="0" w:color="000000"/>
          <w:bottom w:val="single" w:sz="6" w:space="0" w:color="000000"/>
        </w:tblBorders>
        <w:tblLayout w:type="fixed"/>
        <w:tblCellMar>
          <w:top w:w="48" w:type="dxa"/>
          <w:left w:w="60" w:type="dxa"/>
          <w:bottom w:w="48" w:type="dxa"/>
          <w:right w:w="60" w:type="dxa"/>
        </w:tblCellMar>
        <w:tblLook w:val="04A0" w:firstRow="1" w:lastRow="0" w:firstColumn="1" w:lastColumn="0" w:noHBand="0" w:noVBand="1"/>
      </w:tblPr>
      <w:tblGrid>
        <w:gridCol w:w="1474"/>
        <w:gridCol w:w="4195"/>
        <w:gridCol w:w="1984"/>
        <w:gridCol w:w="1984"/>
      </w:tblGrid>
      <w:tr w:rsidR="00446222" w14:paraId="1F32183F" w14:textId="77777777">
        <w:trPr>
          <w:cantSplit/>
          <w:tblHeader/>
          <w:jc w:val="center"/>
        </w:trPr>
        <w:tc>
          <w:tcPr>
            <w:tcW w:w="1474" w:type="dxa"/>
            <w:tcBorders>
              <w:bottom w:val="single" w:sz="4" w:space="0" w:color="auto"/>
            </w:tcBorders>
            <w:vAlign w:val="center"/>
          </w:tcPr>
          <w:p w14:paraId="11B04DD8" w14:textId="77777777" w:rsidR="00446222" w:rsidRDefault="00000000">
            <w:pPr>
              <w:keepNext/>
              <w:spacing w:after="0" w:line="252" w:lineRule="auto"/>
            </w:pPr>
            <w:r>
              <w:rPr>
                <w:b/>
                <w:sz w:val="19"/>
              </w:rPr>
              <w:t>Component</w:t>
            </w:r>
          </w:p>
        </w:tc>
        <w:tc>
          <w:tcPr>
            <w:tcW w:w="4195" w:type="dxa"/>
            <w:tcBorders>
              <w:bottom w:val="single" w:sz="4" w:space="0" w:color="auto"/>
            </w:tcBorders>
            <w:vAlign w:val="center"/>
          </w:tcPr>
          <w:p w14:paraId="33A718F5" w14:textId="77777777" w:rsidR="00446222" w:rsidRDefault="00000000">
            <w:pPr>
              <w:keepNext/>
              <w:spacing w:after="0" w:line="252" w:lineRule="auto"/>
              <w:jc w:val="center"/>
            </w:pPr>
            <w:r>
              <w:rPr>
                <w:b/>
                <w:sz w:val="19"/>
              </w:rPr>
              <w:t>OR (95% Wald CI)</w:t>
            </w:r>
          </w:p>
        </w:tc>
        <w:tc>
          <w:tcPr>
            <w:tcW w:w="1984" w:type="dxa"/>
            <w:tcBorders>
              <w:bottom w:val="single" w:sz="4" w:space="0" w:color="auto"/>
            </w:tcBorders>
            <w:vAlign w:val="center"/>
          </w:tcPr>
          <w:p w14:paraId="2C753F67" w14:textId="77777777" w:rsidR="00446222" w:rsidRDefault="00000000">
            <w:pPr>
              <w:keepNext/>
              <w:spacing w:after="0" w:line="252" w:lineRule="auto"/>
              <w:jc w:val="center"/>
            </w:pPr>
            <w:r>
              <w:rPr>
                <w:b/>
                <w:sz w:val="19"/>
              </w:rPr>
              <w:t>P</w:t>
            </w:r>
          </w:p>
        </w:tc>
        <w:tc>
          <w:tcPr>
            <w:tcW w:w="1984" w:type="dxa"/>
            <w:tcBorders>
              <w:bottom w:val="single" w:sz="4" w:space="0" w:color="auto"/>
            </w:tcBorders>
            <w:vAlign w:val="center"/>
          </w:tcPr>
          <w:p w14:paraId="290E2870" w14:textId="77777777" w:rsidR="00446222" w:rsidRDefault="00000000">
            <w:pPr>
              <w:keepNext/>
              <w:spacing w:after="0" w:line="252" w:lineRule="auto"/>
              <w:jc w:val="center"/>
            </w:pPr>
            <w:r>
              <w:rPr>
                <w:b/>
                <w:sz w:val="19"/>
              </w:rPr>
              <w:t>Interval</w:t>
            </w:r>
          </w:p>
        </w:tc>
      </w:tr>
      <w:tr w:rsidR="00446222" w14:paraId="4352B2D0" w14:textId="77777777">
        <w:trPr>
          <w:cantSplit/>
          <w:jc w:val="center"/>
        </w:trPr>
        <w:tc>
          <w:tcPr>
            <w:tcW w:w="1474" w:type="dxa"/>
            <w:vAlign w:val="center"/>
          </w:tcPr>
          <w:p w14:paraId="5FD8EE45" w14:textId="77777777" w:rsidR="00446222" w:rsidRDefault="00000000">
            <w:pPr>
              <w:spacing w:after="0" w:line="252" w:lineRule="auto"/>
            </w:pPr>
            <w:r>
              <w:rPr>
                <w:sz w:val="19"/>
              </w:rPr>
              <w:t>FP01</w:t>
            </w:r>
          </w:p>
        </w:tc>
        <w:tc>
          <w:tcPr>
            <w:tcW w:w="4195" w:type="dxa"/>
            <w:vAlign w:val="center"/>
          </w:tcPr>
          <w:p w14:paraId="2039AE8D" w14:textId="0932F51C" w:rsidR="00446222" w:rsidRDefault="00000000">
            <w:pPr>
              <w:spacing w:after="0" w:line="252" w:lineRule="auto"/>
              <w:jc w:val="center"/>
            </w:pPr>
            <w:r>
              <w:rPr>
                <w:sz w:val="19"/>
              </w:rPr>
              <w:t>1.03 (0.72</w:t>
            </w:r>
            <w:r w:rsidR="00A142B2">
              <w:rPr>
                <w:sz w:val="19"/>
              </w:rPr>
              <w:t>-</w:t>
            </w:r>
            <w:r>
              <w:rPr>
                <w:sz w:val="19"/>
              </w:rPr>
              <w:t>1.47)</w:t>
            </w:r>
          </w:p>
        </w:tc>
        <w:tc>
          <w:tcPr>
            <w:tcW w:w="1984" w:type="dxa"/>
            <w:vAlign w:val="center"/>
          </w:tcPr>
          <w:p w14:paraId="5FEA16C3" w14:textId="77777777" w:rsidR="00446222" w:rsidRDefault="00000000">
            <w:pPr>
              <w:spacing w:after="0" w:line="252" w:lineRule="auto"/>
              <w:jc w:val="center"/>
            </w:pPr>
            <w:r>
              <w:rPr>
                <w:sz w:val="19"/>
              </w:rPr>
              <w:t>0.8843</w:t>
            </w:r>
          </w:p>
        </w:tc>
        <w:tc>
          <w:tcPr>
            <w:tcW w:w="1984" w:type="dxa"/>
            <w:vAlign w:val="center"/>
          </w:tcPr>
          <w:p w14:paraId="327811E1" w14:textId="77777777" w:rsidR="00446222" w:rsidRDefault="00000000">
            <w:pPr>
              <w:spacing w:after="0" w:line="252" w:lineRule="auto"/>
              <w:jc w:val="center"/>
            </w:pPr>
            <w:r>
              <w:rPr>
                <w:sz w:val="19"/>
              </w:rPr>
              <w:t>Wald</w:t>
            </w:r>
          </w:p>
        </w:tc>
      </w:tr>
      <w:tr w:rsidR="00446222" w14:paraId="2ACC0BB6" w14:textId="77777777">
        <w:trPr>
          <w:cantSplit/>
          <w:jc w:val="center"/>
        </w:trPr>
        <w:tc>
          <w:tcPr>
            <w:tcW w:w="1474" w:type="dxa"/>
            <w:vAlign w:val="center"/>
          </w:tcPr>
          <w:p w14:paraId="56A2B9BE" w14:textId="77777777" w:rsidR="00446222" w:rsidRDefault="00000000">
            <w:pPr>
              <w:spacing w:after="0" w:line="252" w:lineRule="auto"/>
            </w:pPr>
            <w:r>
              <w:rPr>
                <w:sz w:val="19"/>
              </w:rPr>
              <w:t>FP02</w:t>
            </w:r>
          </w:p>
        </w:tc>
        <w:tc>
          <w:tcPr>
            <w:tcW w:w="4195" w:type="dxa"/>
            <w:vAlign w:val="center"/>
          </w:tcPr>
          <w:p w14:paraId="3BBC823E" w14:textId="4966BAAB" w:rsidR="00446222" w:rsidRDefault="00000000">
            <w:pPr>
              <w:spacing w:after="0" w:line="252" w:lineRule="auto"/>
              <w:jc w:val="center"/>
            </w:pPr>
            <w:r>
              <w:rPr>
                <w:sz w:val="19"/>
              </w:rPr>
              <w:t>2.10 (1.19</w:t>
            </w:r>
            <w:r w:rsidR="00A142B2">
              <w:rPr>
                <w:sz w:val="19"/>
              </w:rPr>
              <w:t>-</w:t>
            </w:r>
            <w:r>
              <w:rPr>
                <w:sz w:val="19"/>
              </w:rPr>
              <w:t>3.71)</w:t>
            </w:r>
          </w:p>
        </w:tc>
        <w:tc>
          <w:tcPr>
            <w:tcW w:w="1984" w:type="dxa"/>
            <w:vAlign w:val="center"/>
          </w:tcPr>
          <w:p w14:paraId="49DD64A8" w14:textId="77777777" w:rsidR="00446222" w:rsidRDefault="00000000">
            <w:pPr>
              <w:spacing w:after="0" w:line="252" w:lineRule="auto"/>
              <w:jc w:val="center"/>
            </w:pPr>
            <w:r>
              <w:rPr>
                <w:sz w:val="19"/>
              </w:rPr>
              <w:t>0.0103</w:t>
            </w:r>
          </w:p>
        </w:tc>
        <w:tc>
          <w:tcPr>
            <w:tcW w:w="1984" w:type="dxa"/>
            <w:vAlign w:val="center"/>
          </w:tcPr>
          <w:p w14:paraId="4D6B5C98" w14:textId="77777777" w:rsidR="00446222" w:rsidRDefault="00000000">
            <w:pPr>
              <w:spacing w:after="0" w:line="252" w:lineRule="auto"/>
              <w:jc w:val="center"/>
            </w:pPr>
            <w:r>
              <w:rPr>
                <w:sz w:val="19"/>
              </w:rPr>
              <w:t>Wald</w:t>
            </w:r>
          </w:p>
        </w:tc>
      </w:tr>
      <w:tr w:rsidR="00446222" w14:paraId="5C22C577" w14:textId="77777777">
        <w:trPr>
          <w:cantSplit/>
          <w:jc w:val="center"/>
        </w:trPr>
        <w:tc>
          <w:tcPr>
            <w:tcW w:w="1474" w:type="dxa"/>
            <w:vAlign w:val="center"/>
          </w:tcPr>
          <w:p w14:paraId="70EA0C72" w14:textId="77777777" w:rsidR="00446222" w:rsidRDefault="00000000">
            <w:pPr>
              <w:spacing w:after="0" w:line="252" w:lineRule="auto"/>
            </w:pPr>
            <w:r>
              <w:rPr>
                <w:sz w:val="19"/>
              </w:rPr>
              <w:t>FP03</w:t>
            </w:r>
          </w:p>
        </w:tc>
        <w:tc>
          <w:tcPr>
            <w:tcW w:w="4195" w:type="dxa"/>
            <w:vAlign w:val="center"/>
          </w:tcPr>
          <w:p w14:paraId="5DEC6E9E" w14:textId="3AC31494" w:rsidR="00446222" w:rsidRDefault="00000000">
            <w:pPr>
              <w:spacing w:after="0" w:line="252" w:lineRule="auto"/>
              <w:jc w:val="center"/>
            </w:pPr>
            <w:r>
              <w:rPr>
                <w:sz w:val="19"/>
              </w:rPr>
              <w:t>0.48 (0.27</w:t>
            </w:r>
            <w:r w:rsidR="00A142B2">
              <w:rPr>
                <w:sz w:val="19"/>
              </w:rPr>
              <w:t>-</w:t>
            </w:r>
            <w:r>
              <w:rPr>
                <w:sz w:val="19"/>
              </w:rPr>
              <w:t>0.84)</w:t>
            </w:r>
          </w:p>
        </w:tc>
        <w:tc>
          <w:tcPr>
            <w:tcW w:w="1984" w:type="dxa"/>
            <w:vAlign w:val="center"/>
          </w:tcPr>
          <w:p w14:paraId="525C9151" w14:textId="77777777" w:rsidR="00446222" w:rsidRDefault="00000000">
            <w:pPr>
              <w:spacing w:after="0" w:line="252" w:lineRule="auto"/>
              <w:jc w:val="center"/>
            </w:pPr>
            <w:r>
              <w:rPr>
                <w:sz w:val="19"/>
              </w:rPr>
              <w:t>0.0105</w:t>
            </w:r>
          </w:p>
        </w:tc>
        <w:tc>
          <w:tcPr>
            <w:tcW w:w="1984" w:type="dxa"/>
            <w:vAlign w:val="center"/>
          </w:tcPr>
          <w:p w14:paraId="443FBC2C" w14:textId="77777777" w:rsidR="00446222" w:rsidRDefault="00000000">
            <w:pPr>
              <w:spacing w:after="0" w:line="252" w:lineRule="auto"/>
              <w:jc w:val="center"/>
            </w:pPr>
            <w:r>
              <w:rPr>
                <w:sz w:val="19"/>
              </w:rPr>
              <w:t>Wald</w:t>
            </w:r>
          </w:p>
        </w:tc>
      </w:tr>
      <w:tr w:rsidR="00446222" w14:paraId="1E1564CF" w14:textId="77777777">
        <w:trPr>
          <w:cantSplit/>
          <w:jc w:val="center"/>
        </w:trPr>
        <w:tc>
          <w:tcPr>
            <w:tcW w:w="1474" w:type="dxa"/>
            <w:vAlign w:val="center"/>
          </w:tcPr>
          <w:p w14:paraId="3CFE4C22" w14:textId="77777777" w:rsidR="00446222" w:rsidRDefault="00000000">
            <w:pPr>
              <w:spacing w:after="0" w:line="252" w:lineRule="auto"/>
            </w:pPr>
            <w:r>
              <w:rPr>
                <w:sz w:val="19"/>
              </w:rPr>
              <w:t>FP04</w:t>
            </w:r>
          </w:p>
        </w:tc>
        <w:tc>
          <w:tcPr>
            <w:tcW w:w="4195" w:type="dxa"/>
            <w:vAlign w:val="center"/>
          </w:tcPr>
          <w:p w14:paraId="02BB8F65" w14:textId="5AAEA801" w:rsidR="00446222" w:rsidRDefault="00000000">
            <w:pPr>
              <w:spacing w:after="0" w:line="252" w:lineRule="auto"/>
              <w:jc w:val="center"/>
            </w:pPr>
            <w:r>
              <w:rPr>
                <w:sz w:val="19"/>
              </w:rPr>
              <w:t>0.25 (0.11</w:t>
            </w:r>
            <w:r w:rsidR="00A142B2">
              <w:rPr>
                <w:sz w:val="19"/>
              </w:rPr>
              <w:t>-</w:t>
            </w:r>
            <w:r>
              <w:rPr>
                <w:sz w:val="19"/>
              </w:rPr>
              <w:t>0.54)</w:t>
            </w:r>
          </w:p>
        </w:tc>
        <w:tc>
          <w:tcPr>
            <w:tcW w:w="1984" w:type="dxa"/>
            <w:vAlign w:val="center"/>
          </w:tcPr>
          <w:p w14:paraId="7078BD67" w14:textId="77777777" w:rsidR="00446222" w:rsidRDefault="00000000">
            <w:pPr>
              <w:spacing w:after="0" w:line="252" w:lineRule="auto"/>
              <w:jc w:val="center"/>
            </w:pPr>
            <w:r>
              <w:rPr>
                <w:sz w:val="19"/>
              </w:rPr>
              <w:t>0.0004</w:t>
            </w:r>
          </w:p>
        </w:tc>
        <w:tc>
          <w:tcPr>
            <w:tcW w:w="1984" w:type="dxa"/>
            <w:vAlign w:val="center"/>
          </w:tcPr>
          <w:p w14:paraId="6306FC99" w14:textId="77777777" w:rsidR="00446222" w:rsidRDefault="00000000">
            <w:pPr>
              <w:spacing w:after="0" w:line="252" w:lineRule="auto"/>
              <w:jc w:val="center"/>
            </w:pPr>
            <w:r>
              <w:rPr>
                <w:sz w:val="19"/>
              </w:rPr>
              <w:t>Wald</w:t>
            </w:r>
          </w:p>
        </w:tc>
      </w:tr>
      <w:tr w:rsidR="00446222" w14:paraId="1C722249" w14:textId="77777777">
        <w:trPr>
          <w:cantSplit/>
          <w:jc w:val="center"/>
        </w:trPr>
        <w:tc>
          <w:tcPr>
            <w:tcW w:w="1474" w:type="dxa"/>
            <w:vAlign w:val="center"/>
          </w:tcPr>
          <w:p w14:paraId="35C909E7" w14:textId="77777777" w:rsidR="00446222" w:rsidRDefault="00000000">
            <w:pPr>
              <w:spacing w:after="0" w:line="252" w:lineRule="auto"/>
            </w:pPr>
            <w:r>
              <w:rPr>
                <w:sz w:val="19"/>
              </w:rPr>
              <w:t>FP05</w:t>
            </w:r>
          </w:p>
        </w:tc>
        <w:tc>
          <w:tcPr>
            <w:tcW w:w="4195" w:type="dxa"/>
            <w:vAlign w:val="center"/>
          </w:tcPr>
          <w:p w14:paraId="7C8DBF4D" w14:textId="0A532A7E" w:rsidR="00446222" w:rsidRDefault="00000000">
            <w:pPr>
              <w:spacing w:after="0" w:line="252" w:lineRule="auto"/>
              <w:jc w:val="center"/>
            </w:pPr>
            <w:r>
              <w:rPr>
                <w:sz w:val="19"/>
              </w:rPr>
              <w:t>0.90 (0.62</w:t>
            </w:r>
            <w:r w:rsidR="00A142B2">
              <w:rPr>
                <w:sz w:val="19"/>
              </w:rPr>
              <w:t>-</w:t>
            </w:r>
            <w:r>
              <w:rPr>
                <w:sz w:val="19"/>
              </w:rPr>
              <w:t>1.30)</w:t>
            </w:r>
          </w:p>
        </w:tc>
        <w:tc>
          <w:tcPr>
            <w:tcW w:w="1984" w:type="dxa"/>
            <w:vAlign w:val="center"/>
          </w:tcPr>
          <w:p w14:paraId="64F0EBC0" w14:textId="77777777" w:rsidR="00446222" w:rsidRDefault="00000000">
            <w:pPr>
              <w:spacing w:after="0" w:line="252" w:lineRule="auto"/>
              <w:jc w:val="center"/>
            </w:pPr>
            <w:r>
              <w:rPr>
                <w:sz w:val="19"/>
              </w:rPr>
              <w:t>0.5673</w:t>
            </w:r>
          </w:p>
        </w:tc>
        <w:tc>
          <w:tcPr>
            <w:tcW w:w="1984" w:type="dxa"/>
            <w:vAlign w:val="center"/>
          </w:tcPr>
          <w:p w14:paraId="09910B7B" w14:textId="77777777" w:rsidR="00446222" w:rsidRDefault="00000000">
            <w:pPr>
              <w:spacing w:after="0" w:line="252" w:lineRule="auto"/>
              <w:jc w:val="center"/>
            </w:pPr>
            <w:r>
              <w:rPr>
                <w:sz w:val="19"/>
              </w:rPr>
              <w:t>Wald</w:t>
            </w:r>
          </w:p>
        </w:tc>
      </w:tr>
      <w:tr w:rsidR="00446222" w14:paraId="343D8F6E" w14:textId="77777777">
        <w:trPr>
          <w:cantSplit/>
          <w:jc w:val="center"/>
        </w:trPr>
        <w:tc>
          <w:tcPr>
            <w:tcW w:w="1474" w:type="dxa"/>
            <w:vAlign w:val="center"/>
          </w:tcPr>
          <w:p w14:paraId="619A11A0" w14:textId="77777777" w:rsidR="00446222" w:rsidRDefault="00000000">
            <w:pPr>
              <w:keepNext/>
              <w:spacing w:after="0" w:line="252" w:lineRule="auto"/>
            </w:pPr>
            <w:r>
              <w:rPr>
                <w:sz w:val="19"/>
              </w:rPr>
              <w:t>FP06</w:t>
            </w:r>
          </w:p>
        </w:tc>
        <w:tc>
          <w:tcPr>
            <w:tcW w:w="4195" w:type="dxa"/>
            <w:vAlign w:val="center"/>
          </w:tcPr>
          <w:p w14:paraId="6EA30F6C" w14:textId="56CF6B7D" w:rsidR="00446222" w:rsidRDefault="00000000">
            <w:pPr>
              <w:keepNext/>
              <w:spacing w:after="0" w:line="252" w:lineRule="auto"/>
              <w:jc w:val="center"/>
            </w:pPr>
            <w:r>
              <w:rPr>
                <w:sz w:val="19"/>
              </w:rPr>
              <w:t>0.91 (0.62</w:t>
            </w:r>
            <w:r w:rsidR="00A142B2">
              <w:rPr>
                <w:sz w:val="19"/>
              </w:rPr>
              <w:t>-</w:t>
            </w:r>
            <w:r>
              <w:rPr>
                <w:sz w:val="19"/>
              </w:rPr>
              <w:t>1.34)</w:t>
            </w:r>
          </w:p>
        </w:tc>
        <w:tc>
          <w:tcPr>
            <w:tcW w:w="1984" w:type="dxa"/>
            <w:vAlign w:val="center"/>
          </w:tcPr>
          <w:p w14:paraId="00939C72" w14:textId="77777777" w:rsidR="00446222" w:rsidRDefault="00000000">
            <w:pPr>
              <w:keepNext/>
              <w:spacing w:after="0" w:line="252" w:lineRule="auto"/>
              <w:jc w:val="center"/>
            </w:pPr>
            <w:r>
              <w:rPr>
                <w:sz w:val="19"/>
              </w:rPr>
              <w:t>0.6365</w:t>
            </w:r>
          </w:p>
        </w:tc>
        <w:tc>
          <w:tcPr>
            <w:tcW w:w="1984" w:type="dxa"/>
            <w:vAlign w:val="center"/>
          </w:tcPr>
          <w:p w14:paraId="39E57EC8" w14:textId="77777777" w:rsidR="00446222" w:rsidRDefault="00000000">
            <w:pPr>
              <w:keepNext/>
              <w:spacing w:after="0" w:line="252" w:lineRule="auto"/>
              <w:jc w:val="center"/>
            </w:pPr>
            <w:r>
              <w:rPr>
                <w:sz w:val="19"/>
              </w:rPr>
              <w:t>Wald</w:t>
            </w:r>
          </w:p>
        </w:tc>
      </w:tr>
    </w:tbl>
    <w:p w14:paraId="38B44CEC" w14:textId="77777777" w:rsidR="00446222" w:rsidRDefault="00000000" w:rsidP="0047469F">
      <w:pPr>
        <w:keepLines/>
        <w:spacing w:after="140" w:line="252" w:lineRule="auto"/>
        <w:jc w:val="both"/>
      </w:pPr>
      <w:r>
        <w:rPr>
          <w:sz w:val="18"/>
        </w:rPr>
        <w:t>Ordinary maximum-likelihood models use the same 145-person sample, primary dietary scores and M2 covariates. All six fits were reportable. Wald intervals and P values are estimator comparisons only and do not replace the Firth profile-likelihood results. P values are not multiplicity-adjusted.</w:t>
      </w:r>
    </w:p>
    <w:p w14:paraId="77F7CB07" w14:textId="3C684901" w:rsidR="00446222" w:rsidRDefault="00000000" w:rsidP="0047469F">
      <w:pPr>
        <w:jc w:val="both"/>
      </w:pPr>
      <w:r>
        <w:t>The six-score Firth analyses included 18 core and 96 sensitivity fits. Checks covered full-rank design, convergence, modified-score residuals, penalised likelihood and profile calculations. The 500 joint resamples produced 3,000 valid Firth estimates. Analyses used R 4.6.1 and logistf 1.26.1 [2</w:t>
      </w:r>
      <w:r w:rsidR="00890C71">
        <w:t>6</w:t>
      </w:r>
      <w:r>
        <w:t>, 2</w:t>
      </w:r>
      <w:r w:rsidR="00890C71">
        <w:t>7</w:t>
      </w:r>
      <w:r>
        <w:t>].</w:t>
      </w:r>
    </w:p>
    <w:sectPr w:rsidR="00446222" w:rsidSect="00034616">
      <w:headerReference w:type="default" r:id="rId51"/>
      <w:footerReference w:type="default" r:id="rId52"/>
      <w:pgSz w:w="11906" w:h="16838"/>
      <w:pgMar w:top="1134" w:right="964" w:bottom="1077" w:left="1304" w:header="454" w:footer="454" w:gutter="0"/>
      <w:lnNumType w:countBy="1" w:distance="22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EEACD9" w14:textId="77777777" w:rsidR="00615287" w:rsidRDefault="00615287">
      <w:pPr>
        <w:spacing w:after="0" w:line="240" w:lineRule="auto"/>
      </w:pPr>
      <w:r>
        <w:separator/>
      </w:r>
    </w:p>
  </w:endnote>
  <w:endnote w:type="continuationSeparator" w:id="0">
    <w:p w14:paraId="389D82A8" w14:textId="77777777" w:rsidR="00615287" w:rsidRDefault="00615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B7244" w14:textId="77777777" w:rsidR="00446222" w:rsidRDefault="00000000">
    <w:pPr>
      <w:pStyle w:val="Footer"/>
      <w:jc w:val="right"/>
    </w:pPr>
    <w:r>
      <w:t xml:space="preserve">Page </w:t>
    </w:r>
    <w:r>
      <w:fldChar w:fldCharType="begin"/>
    </w:r>
    <w:r>
      <w:instrText>PAGE</w:instrText>
    </w:r>
    <w:r>
      <w:fldChar w:fldCharType="separate"/>
    </w:r>
    <w:r w:rsidR="00F84930">
      <w:rPr>
        <w:noProof/>
      </w:rPr>
      <w:t>1</w:t>
    </w:r>
    <w:r>
      <w:fldChar w:fldCharType="end"/>
    </w:r>
    <w:r>
      <w:t xml:space="preserve"> of </w:t>
    </w:r>
    <w:r>
      <w:fldChar w:fldCharType="begin"/>
    </w:r>
    <w:r>
      <w:instrText>NUMPAGES</w:instrText>
    </w:r>
    <w:r>
      <w:fldChar w:fldCharType="separate"/>
    </w:r>
    <w:r w:rsidR="00F8493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C31E4E" w14:textId="77777777" w:rsidR="00615287" w:rsidRDefault="00615287">
      <w:pPr>
        <w:spacing w:after="0" w:line="240" w:lineRule="auto"/>
      </w:pPr>
      <w:r>
        <w:separator/>
      </w:r>
    </w:p>
  </w:footnote>
  <w:footnote w:type="continuationSeparator" w:id="0">
    <w:p w14:paraId="3AF15C11" w14:textId="77777777" w:rsidR="00615287" w:rsidRDefault="00615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9DDB34" w14:textId="345D07C4" w:rsidR="00446222" w:rsidRDefault="00000000">
    <w:pPr>
      <w:pStyle w:val="Header"/>
    </w:pPr>
    <w:r>
      <w:t xml:space="preserve">Etim </w:t>
    </w:r>
    <w:r w:rsidR="00BE3B67" w:rsidRPr="006834FC">
      <w:rPr>
        <w:i/>
        <w:iCs/>
      </w:rPr>
      <w:t>et. al.</w:t>
    </w:r>
    <w:r>
      <w:t xml:space="preserve"> | Supplementary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1666571">
    <w:abstractNumId w:val="8"/>
  </w:num>
  <w:num w:numId="2" w16cid:durableId="801309148">
    <w:abstractNumId w:val="6"/>
  </w:num>
  <w:num w:numId="3" w16cid:durableId="1036582988">
    <w:abstractNumId w:val="5"/>
  </w:num>
  <w:num w:numId="4" w16cid:durableId="1089355206">
    <w:abstractNumId w:val="4"/>
  </w:num>
  <w:num w:numId="5" w16cid:durableId="935751634">
    <w:abstractNumId w:val="7"/>
  </w:num>
  <w:num w:numId="6" w16cid:durableId="1832215935">
    <w:abstractNumId w:val="3"/>
  </w:num>
  <w:num w:numId="7" w16cid:durableId="1565606553">
    <w:abstractNumId w:val="2"/>
  </w:num>
  <w:num w:numId="8" w16cid:durableId="1245454696">
    <w:abstractNumId w:val="1"/>
  </w:num>
  <w:num w:numId="9" w16cid:durableId="18158272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7868"/>
    <w:rsid w:val="00122507"/>
    <w:rsid w:val="0015074B"/>
    <w:rsid w:val="001F3BF6"/>
    <w:rsid w:val="0029639D"/>
    <w:rsid w:val="002C64E2"/>
    <w:rsid w:val="00326F90"/>
    <w:rsid w:val="003B6C46"/>
    <w:rsid w:val="00446222"/>
    <w:rsid w:val="0047469F"/>
    <w:rsid w:val="00615287"/>
    <w:rsid w:val="006834FC"/>
    <w:rsid w:val="006B3B70"/>
    <w:rsid w:val="00731D34"/>
    <w:rsid w:val="00890C71"/>
    <w:rsid w:val="00A142B2"/>
    <w:rsid w:val="00AA1D8D"/>
    <w:rsid w:val="00B47730"/>
    <w:rsid w:val="00BC4976"/>
    <w:rsid w:val="00BE3B67"/>
    <w:rsid w:val="00C07F42"/>
    <w:rsid w:val="00CB0664"/>
    <w:rsid w:val="00D35268"/>
    <w:rsid w:val="00F84930"/>
    <w:rsid w:val="00FC693F"/>
    <w:rsid w:val="00FE6EF4"/>
    <w:rsid w:val="00FF6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B7746E"/>
  <w14:defaultImageDpi w14:val="300"/>
  <w15:docId w15:val="{0981641C-3FE8-B641-9875-6F7D77A8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480"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80" w:after="120" w:line="276" w:lineRule="auto"/>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180" w:after="120" w:line="276" w:lineRule="auto"/>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180" w:after="120" w:line="276" w:lineRule="auto"/>
      <w:outlineLvl w:val="2"/>
    </w:pPr>
    <w:rPr>
      <w:rFonts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100" w:line="252" w:lineRule="auto"/>
    </w:pPr>
    <w:rPr>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52" w:lineRule="auto"/>
    </w:pPr>
    <w:rPr>
      <w:sz w:val="18"/>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80" w:after="120" w:line="276" w:lineRule="auto"/>
      <w:contextualSpacing/>
    </w:pPr>
    <w:rPr>
      <w:rFonts w:cstheme="majorBidi"/>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after="100" w:line="252" w:lineRule="auto"/>
    </w:pPr>
    <w:rPr>
      <w:bCs/>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neNumber1">
    <w:name w:val="Line Number1"/>
    <w:rPr>
      <w:rFonts w:ascii="Times New Roman" w:hAnsi="Times New Roman"/>
      <w:sz w:val="16"/>
    </w:rPr>
  </w:style>
  <w:style w:type="character" w:styleId="LineNumber">
    <w:name w:val="line number"/>
    <w:basedOn w:val="DefaultParagraphFont"/>
    <w:uiPriority w:val="99"/>
    <w:semiHidden/>
    <w:unhideWhenUsed/>
    <w:rsid w:val="00F84930"/>
  </w:style>
  <w:style w:type="paragraph" w:customStyle="1" w:styleId="TitleDetail">
    <w:name w:val="Title Detail"/>
    <w:basedOn w:val="Normal"/>
    <w:rsid w:val="006834FC"/>
    <w:pPr>
      <w:keepLines/>
      <w:spacing w:after="60" w:line="288" w:lineRule="auto"/>
    </w:pPr>
    <w:rPr>
      <w:sz w:val="22"/>
      <w:lang w:val="en-GB"/>
    </w:rPr>
  </w:style>
  <w:style w:type="character" w:styleId="Hyperlink">
    <w:name w:val="Hyperlink"/>
    <w:basedOn w:val="DefaultParagraphFont"/>
    <w:uiPriority w:val="99"/>
    <w:unhideWhenUsed/>
    <w:rsid w:val="006834FC"/>
    <w:rPr>
      <w:color w:val="0000FF" w:themeColor="hyperlink"/>
      <w:u w:val="single"/>
    </w:rPr>
  </w:style>
  <w:style w:type="character" w:styleId="UnresolvedMention">
    <w:name w:val="Unresolved Mention"/>
    <w:basedOn w:val="DefaultParagraphFont"/>
    <w:uiPriority w:val="99"/>
    <w:semiHidden/>
    <w:unhideWhenUsed/>
    <w:rsid w:val="00C07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file:///Users/blessednseetoketim/Documents/FavourManuscript/Favour_BMC_Formatted_Review_Documents_v2/sabb2sammy@yahoo.co.uk" TargetMode="External"/><Relationship Id="rId18" Type="http://schemas.microsoft.com/office/2007/relationships/hdphoto" Target="media/hdphoto2.wdp"/><Relationship Id="rId26" Type="http://schemas.microsoft.com/office/2007/relationships/hdphoto" Target="media/hdphoto4.wdp"/><Relationship Id="rId39" Type="http://schemas.openxmlformats.org/officeDocument/2006/relationships/image" Target="media/image15.png"/><Relationship Id="rId21" Type="http://schemas.openxmlformats.org/officeDocument/2006/relationships/image" Target="media/image4.png"/><Relationship Id="rId34" Type="http://schemas.microsoft.com/office/2007/relationships/hdphoto" Target="media/hdphoto8.wdp"/><Relationship Id="rId42" Type="http://schemas.microsoft.com/office/2007/relationships/hdphoto" Target="media/hdphoto12.wdp"/><Relationship Id="rId47" Type="http://schemas.openxmlformats.org/officeDocument/2006/relationships/image" Target="media/image19.png"/><Relationship Id="rId50" Type="http://schemas.microsoft.com/office/2007/relationships/hdphoto" Target="media/hdphoto16.wdp"/><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1.wdp"/><Relationship Id="rId29" Type="http://schemas.openxmlformats.org/officeDocument/2006/relationships/image" Target="media/image10.png"/><Relationship Id="rId11" Type="http://schemas.openxmlformats.org/officeDocument/2006/relationships/hyperlink" Target="file:///Users/blessednseetoketim/Documents/FavourManuscript/Favour_BMC_Formatted_Review_Documents_v2/Mustapha.Dibbasey@lshtm.ac.uk" TargetMode="External"/><Relationship Id="rId24" Type="http://schemas.openxmlformats.org/officeDocument/2006/relationships/image" Target="media/image7.png"/><Relationship Id="rId32" Type="http://schemas.microsoft.com/office/2007/relationships/hdphoto" Target="media/hdphoto7.wdp"/><Relationship Id="rId37" Type="http://schemas.openxmlformats.org/officeDocument/2006/relationships/image" Target="media/image14.png"/><Relationship Id="rId40" Type="http://schemas.microsoft.com/office/2007/relationships/hdphoto" Target="media/hdphoto11.wdp"/><Relationship Id="rId45" Type="http://schemas.openxmlformats.org/officeDocument/2006/relationships/image" Target="media/image18.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anielokeke2000@gmail.com" TargetMode="External"/><Relationship Id="rId19" Type="http://schemas.openxmlformats.org/officeDocument/2006/relationships/image" Target="media/image3.png"/><Relationship Id="rId31" Type="http://schemas.openxmlformats.org/officeDocument/2006/relationships/image" Target="media/image11.png"/><Relationship Id="rId44" Type="http://schemas.microsoft.com/office/2007/relationships/hdphoto" Target="media/hdphoto13.wdp"/><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okwudili@yahoo.com" TargetMode="External"/><Relationship Id="rId14" Type="http://schemas.openxmlformats.org/officeDocument/2006/relationships/hyperlink" Target="file:///Users/blessednseetoketim/Documents/FavourManuscript/Favour_BMC_Formatted_Review_Documents_v2/lshbe2@lshtm.ac.uk" TargetMode="External"/><Relationship Id="rId22" Type="http://schemas.openxmlformats.org/officeDocument/2006/relationships/image" Target="media/image5.png"/><Relationship Id="rId27" Type="http://schemas.openxmlformats.org/officeDocument/2006/relationships/image" Target="media/image9.png"/><Relationship Id="rId30" Type="http://schemas.microsoft.com/office/2007/relationships/hdphoto" Target="media/hdphoto6.wdp"/><Relationship Id="rId35" Type="http://schemas.openxmlformats.org/officeDocument/2006/relationships/image" Target="media/image13.png"/><Relationship Id="rId43" Type="http://schemas.openxmlformats.org/officeDocument/2006/relationships/image" Target="media/image17.png"/><Relationship Id="rId48" Type="http://schemas.microsoft.com/office/2007/relationships/hdphoto" Target="media/hdphoto15.wdp"/><Relationship Id="rId8" Type="http://schemas.openxmlformats.org/officeDocument/2006/relationships/hyperlink" Target="http://inibeheessien7@gmail.com"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drisraelben@gmail.com" TargetMode="Externa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image" Target="media/image12.png"/><Relationship Id="rId38" Type="http://schemas.microsoft.com/office/2007/relationships/hdphoto" Target="media/hdphoto10.wdp"/><Relationship Id="rId46" Type="http://schemas.microsoft.com/office/2007/relationships/hdphoto" Target="media/hdphoto14.wdp"/><Relationship Id="rId20" Type="http://schemas.microsoft.com/office/2007/relationships/hdphoto" Target="media/hdphoto3.wdp"/><Relationship Id="rId41" Type="http://schemas.openxmlformats.org/officeDocument/2006/relationships/image" Target="media/image16.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6.png"/><Relationship Id="rId28" Type="http://schemas.microsoft.com/office/2007/relationships/hdphoto" Target="media/hdphoto5.wdp"/><Relationship Id="rId36" Type="http://schemas.microsoft.com/office/2007/relationships/hdphoto" Target="media/hdphoto9.wdp"/><Relationship Id="rId4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31</Pages>
  <Words>7524</Words>
  <Characters>42888</Characters>
  <Application>Microsoft Office Word</Application>
  <DocSecurity>0</DocSecurity>
  <Lines>703</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Self-reported dietary patterns and breast cancer among women in Akwa Ibom State, Nigeria</dc:title>
  <dc:subject>Frequency-and-portion analysis</dc:subject>
  <dc:creator>Favour Inyene Etim; Blessed Etoketim</dc:creator>
  <cp:keywords/>
  <dc:description/>
  <cp:lastModifiedBy>Blessed Etoketim</cp:lastModifiedBy>
  <cp:revision>8</cp:revision>
  <dcterms:created xsi:type="dcterms:W3CDTF">2013-12-23T23:15:00Z</dcterms:created>
  <dcterms:modified xsi:type="dcterms:W3CDTF">2026-09-28T19:17:00Z</dcterms:modified>
  <cp:category/>
</cp:coreProperties>
</file>