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D4564" w14:textId="65BF4F55" w:rsidR="008054BE" w:rsidRPr="004948CE" w:rsidRDefault="004948CE" w:rsidP="004948CE">
      <w:pPr>
        <w:spacing w:after="0" w:line="360" w:lineRule="auto"/>
        <w:jc w:val="center"/>
        <w:rPr>
          <w:rFonts w:asciiTheme="majorBidi" w:hAnsiTheme="majorBidi" w:cstheme="majorBidi"/>
          <w:b/>
          <w:bCs/>
          <w:sz w:val="24"/>
          <w:szCs w:val="28"/>
        </w:rPr>
      </w:pPr>
      <w:r w:rsidRPr="004948CE">
        <w:rPr>
          <w:rFonts w:asciiTheme="majorBidi" w:hAnsiTheme="majorBidi" w:cstheme="majorBidi"/>
          <w:b/>
          <w:bCs/>
          <w:sz w:val="24"/>
          <w:szCs w:val="28"/>
        </w:rPr>
        <w:t>Supplementary file</w:t>
      </w:r>
    </w:p>
    <w:p w14:paraId="52765B8C" w14:textId="31E2655B" w:rsidR="004948CE" w:rsidRPr="004948CE" w:rsidRDefault="004948CE" w:rsidP="004948CE">
      <w:pPr>
        <w:spacing w:after="0" w:line="240" w:lineRule="auto"/>
        <w:rPr>
          <w:rFonts w:asciiTheme="majorBidi" w:hAnsiTheme="majorBidi" w:cstheme="majorBidi"/>
          <w:b/>
          <w:bCs/>
          <w:sz w:val="24"/>
          <w:szCs w:val="28"/>
        </w:rPr>
      </w:pPr>
      <w:r w:rsidRPr="004948CE">
        <w:rPr>
          <w:rFonts w:asciiTheme="majorBidi" w:hAnsiTheme="majorBidi" w:cstheme="majorBidi"/>
          <w:b/>
          <w:bCs/>
          <w:sz w:val="24"/>
          <w:szCs w:val="28"/>
        </w:rPr>
        <w:t>Plasma and erythrocyte lipidomic signatures in hospitalized COVID-19 patients: potential biomarkers of oxidative stress and membrane lipid dysregulation</w:t>
      </w:r>
    </w:p>
    <w:p w14:paraId="70A262DC" w14:textId="77777777" w:rsidR="004948CE" w:rsidRPr="00C03071" w:rsidRDefault="004948CE" w:rsidP="00C03071">
      <w:pPr>
        <w:spacing w:after="0" w:line="360" w:lineRule="auto"/>
        <w:rPr>
          <w:rFonts w:asciiTheme="majorBidi" w:hAnsiTheme="majorBidi" w:cstheme="majorBidi"/>
        </w:rPr>
      </w:pPr>
    </w:p>
    <w:p w14:paraId="3ECB0F0E" w14:textId="77777777" w:rsidR="00B3051F" w:rsidRPr="00827147" w:rsidRDefault="00000000" w:rsidP="00827147">
      <w:pPr>
        <w:spacing w:after="0" w:line="360" w:lineRule="auto"/>
        <w:rPr>
          <w:rFonts w:asciiTheme="majorBidi" w:hAnsiTheme="majorBidi" w:cstheme="majorBidi"/>
          <w:b/>
          <w:bCs/>
        </w:rPr>
      </w:pPr>
      <w:r w:rsidRPr="00827147">
        <w:rPr>
          <w:rFonts w:asciiTheme="majorBidi" w:hAnsiTheme="majorBidi" w:cstheme="majorBidi"/>
          <w:b/>
          <w:bCs/>
        </w:rPr>
        <w:t>Statistical refinement based on tabulated summary data</w:t>
      </w:r>
    </w:p>
    <w:p w14:paraId="0F0D56DE" w14:textId="22FED570" w:rsidR="00B3051F" w:rsidRDefault="00686F5C" w:rsidP="00C72943">
      <w:pPr>
        <w:spacing w:after="0" w:line="360" w:lineRule="auto"/>
        <w:rPr>
          <w:rFonts w:asciiTheme="majorBidi" w:hAnsiTheme="majorBidi" w:cstheme="majorBidi"/>
        </w:rPr>
      </w:pPr>
      <w:r w:rsidRPr="008054BE">
        <w:rPr>
          <w:rFonts w:asciiTheme="majorBidi" w:hAnsiTheme="majorBidi" w:cstheme="majorBidi"/>
        </w:rPr>
        <w:t xml:space="preserve">The following section provides a statistical refinement derived directly from the group means, standard deviations, and sample sizes </w:t>
      </w:r>
      <w:r>
        <w:rPr>
          <w:rFonts w:asciiTheme="majorBidi" w:hAnsiTheme="majorBidi" w:cstheme="majorBidi"/>
        </w:rPr>
        <w:t>shown</w:t>
      </w:r>
      <w:r w:rsidRPr="008054BE">
        <w:rPr>
          <w:rFonts w:asciiTheme="majorBidi" w:hAnsiTheme="majorBidi" w:cstheme="majorBidi"/>
        </w:rPr>
        <w:t xml:space="preserve"> in Tables 2–4.</w:t>
      </w:r>
      <w:r>
        <w:rPr>
          <w:rFonts w:asciiTheme="majorBidi" w:hAnsiTheme="majorBidi" w:cstheme="majorBidi"/>
        </w:rPr>
        <w:t xml:space="preserve"> </w:t>
      </w:r>
      <w:r w:rsidRPr="00C03071">
        <w:rPr>
          <w:rFonts w:asciiTheme="majorBidi" w:hAnsiTheme="majorBidi" w:cstheme="majorBidi"/>
        </w:rPr>
        <w:t xml:space="preserve">It includes effect sizes, reconstructed Welch t-test p-values </w:t>
      </w:r>
      <w:r w:rsidRPr="00C03071">
        <w:rPr>
          <w:rFonts w:asciiTheme="majorBidi" w:hAnsiTheme="majorBidi" w:cstheme="majorBidi"/>
        </w:rPr>
        <w:fldChar w:fldCharType="begin"/>
      </w:r>
      <w:r w:rsidRPr="00C03071">
        <w:rPr>
          <w:rFonts w:asciiTheme="majorBidi" w:hAnsiTheme="majorBidi" w:cstheme="majorBidi"/>
        </w:rPr>
        <w:instrText xml:space="preserve"> ADDIN EN.CITE &lt;EndNote&gt;&lt;Cite&gt;&lt;Author&gt;Welch&lt;/Author&gt;&lt;Year&gt;1951&lt;/Year&gt;&lt;RecNum&gt;729&lt;/RecNum&gt;&lt;DisplayText&gt;[1]&lt;/DisplayText&gt;&lt;record&gt;&lt;rec-number&gt;729&lt;/rec-number&gt;&lt;foreign-keys&gt;&lt;key app="EN" db-id="ptf5wvde6sf05cezw9r52zwux2vasz5f0a25" timestamp="1790091357"&gt;729&lt;/key&gt;&lt;/foreign-keys&gt;&lt;ref-type name="Journal Article"&gt;17&lt;/ref-type&gt;&lt;contributors&gt;&lt;authors&gt;&lt;author&gt;Welch, B. L.&lt;/author&gt;&lt;/authors&gt;&lt;/contributors&gt;&lt;titles&gt;&lt;title&gt;On the Comparison of Several Mean Values: An Alternative Approach&lt;/title&gt;&lt;secondary-title&gt;Biometrika&lt;/secondary-title&gt;&lt;/titles&gt;&lt;periodical&gt;&lt;full-title&gt;Biometrika&lt;/full-title&gt;&lt;/periodical&gt;&lt;pages&gt;330-336&lt;/pages&gt;&lt;volume&gt;38&lt;/volume&gt;&lt;number&gt;3/4&lt;/number&gt;&lt;dates&gt;&lt;year&gt;1951&lt;/year&gt;&lt;/dates&gt;&lt;publisher&gt;[Oxford University Press, Biometrika Trust]&lt;/publisher&gt;&lt;isbn&gt;00063444, 14643510&lt;/isbn&gt;&lt;urls&gt;&lt;related-urls&gt;&lt;url&gt;http://www.jstor.org/stable/2332579&lt;/url&gt;&lt;/related-urls&gt;&lt;/urls&gt;&lt;custom1&gt;Full publication date: Dec., 1951&lt;/custom1&gt;&lt;electronic-resource-num&gt;10.2307/2332579&lt;/electronic-resource-num&gt;&lt;remote-database-name&gt;JSTOR&lt;/remote-database-name&gt;&lt;access-date&gt;2026/09/22/&lt;/access-date&gt;&lt;/record&gt;&lt;/Cite&gt;&lt;/EndNote&gt;</w:instrText>
      </w:r>
      <w:r w:rsidRPr="00C03071">
        <w:rPr>
          <w:rFonts w:asciiTheme="majorBidi" w:hAnsiTheme="majorBidi" w:cstheme="majorBidi"/>
        </w:rPr>
        <w:fldChar w:fldCharType="separate"/>
      </w:r>
      <w:r w:rsidRPr="00C03071">
        <w:rPr>
          <w:rFonts w:asciiTheme="majorBidi" w:hAnsiTheme="majorBidi" w:cstheme="majorBidi"/>
          <w:noProof/>
        </w:rPr>
        <w:t>[1]</w:t>
      </w:r>
      <w:r w:rsidRPr="00C03071">
        <w:rPr>
          <w:rFonts w:asciiTheme="majorBidi" w:hAnsiTheme="majorBidi" w:cstheme="majorBidi"/>
        </w:rPr>
        <w:fldChar w:fldCharType="end"/>
      </w:r>
      <w:r w:rsidRPr="00C03071">
        <w:rPr>
          <w:rFonts w:asciiTheme="majorBidi" w:hAnsiTheme="majorBidi" w:cstheme="majorBidi"/>
        </w:rPr>
        <w:t xml:space="preserve">, Benjamini–Hochberg false-discovery-rate (FDR) </w:t>
      </w:r>
      <w:r w:rsidRPr="00C03071">
        <w:rPr>
          <w:rFonts w:asciiTheme="majorBidi" w:hAnsiTheme="majorBidi" w:cstheme="majorBidi"/>
        </w:rPr>
        <w:fldChar w:fldCharType="begin"/>
      </w:r>
      <w:r w:rsidRPr="00C03071">
        <w:rPr>
          <w:rFonts w:asciiTheme="majorBidi" w:hAnsiTheme="majorBidi" w:cstheme="majorBidi"/>
        </w:rPr>
        <w:instrText xml:space="preserve"> ADDIN EN.CITE &lt;EndNote&gt;&lt;Cite&gt;&lt;Author&gt;Benjamini&lt;/Author&gt;&lt;Year&gt;1995&lt;/Year&gt;&lt;RecNum&gt;730&lt;/RecNum&gt;&lt;DisplayText&gt;[2]&lt;/DisplayText&gt;&lt;record&gt;&lt;rec-number&gt;730&lt;/rec-number&gt;&lt;foreign-keys&gt;&lt;key app="EN" db-id="ptf5wvde6sf05cezw9r52zwux2vasz5f0a25" timestamp="1790091507"&gt;730&lt;/key&gt;&lt;/foreign-keys&gt;&lt;ref-type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isbn&gt;0035-9246&lt;/isbn&gt;&lt;urls&gt;&lt;related-urls&gt;&lt;url&gt;https://doi.org/10.1111/j.2517-6161.1995.tb02031.x&lt;/url&gt;&lt;/related-urls&gt;&lt;/urls&gt;&lt;electronic-resource-num&gt;10.1111/j.2517-6161.1995.tb02031.x&lt;/electronic-resource-num&gt;&lt;access-date&gt;9/22/2026&lt;/access-date&gt;&lt;/record&gt;&lt;/Cite&gt;&lt;/EndNote&gt;</w:instrText>
      </w:r>
      <w:r w:rsidRPr="00C03071">
        <w:rPr>
          <w:rFonts w:asciiTheme="majorBidi" w:hAnsiTheme="majorBidi" w:cstheme="majorBidi"/>
        </w:rPr>
        <w:fldChar w:fldCharType="separate"/>
      </w:r>
      <w:r w:rsidRPr="00C03071">
        <w:rPr>
          <w:rFonts w:asciiTheme="majorBidi" w:hAnsiTheme="majorBidi" w:cstheme="majorBidi"/>
          <w:noProof/>
        </w:rPr>
        <w:t>[2]</w:t>
      </w:r>
      <w:r w:rsidRPr="00C03071">
        <w:rPr>
          <w:rFonts w:asciiTheme="majorBidi" w:hAnsiTheme="majorBidi" w:cstheme="majorBidi"/>
        </w:rPr>
        <w:fldChar w:fldCharType="end"/>
      </w:r>
      <w:r w:rsidRPr="00C03071">
        <w:rPr>
          <w:rFonts w:asciiTheme="majorBidi" w:hAnsiTheme="majorBidi" w:cstheme="majorBidi"/>
        </w:rPr>
        <w:t xml:space="preserve"> adjustment, an interpretive summary, and a supplementary figure. To provide an effect-size and multiple-testing perspective, a secondary analysis was conducted using the </w:t>
      </w:r>
      <w:r w:rsidR="00742C90">
        <w:rPr>
          <w:rFonts w:asciiTheme="majorBidi" w:hAnsiTheme="majorBidi" w:cstheme="majorBidi"/>
        </w:rPr>
        <w:t>calculated</w:t>
      </w:r>
      <w:r w:rsidRPr="00C03071">
        <w:rPr>
          <w:rFonts w:asciiTheme="majorBidi" w:hAnsiTheme="majorBidi" w:cstheme="majorBidi"/>
        </w:rPr>
        <w:t xml:space="preserve"> group means, standard deviations, and sample sizes (n = 30 per group) for the lipid species listed in Tables 2–4. For each lipid, the COVID-19/control fold change and log2 fold change were calculated. Standardized mean differences were estimated as Hedges’ g </w:t>
      </w:r>
      <w:r w:rsidR="00AA5D18">
        <w:rPr>
          <w:rFonts w:asciiTheme="majorBidi" w:hAnsiTheme="majorBidi" w:cstheme="majorBidi"/>
        </w:rPr>
        <w:fldChar w:fldCharType="begin"/>
      </w:r>
      <w:r w:rsidR="00AA5D18">
        <w:rPr>
          <w:rFonts w:asciiTheme="majorBidi" w:hAnsiTheme="majorBidi" w:cstheme="majorBidi"/>
        </w:rPr>
        <w:instrText xml:space="preserve"> ADDIN EN.CITE &lt;EndNote&gt;&lt;Cite&gt;&lt;Author&gt;Hedges&lt;/Author&gt;&lt;Year&gt;1981&lt;/Year&gt;&lt;RecNum&gt;731&lt;/RecNum&gt;&lt;DisplayText&gt;[3]&lt;/DisplayText&gt;&lt;record&gt;&lt;rec-number&gt;731&lt;/rec-number&gt;&lt;foreign-keys&gt;&lt;key app="EN" db-id="ptf5wvde6sf05cezw9r52zwux2vasz5f0a25" timestamp="1790095635"&gt;731&lt;/key&gt;&lt;/foreign-keys&gt;&lt;ref-type name="Journal Article"&gt;17&lt;/ref-type&gt;&lt;contributors&gt;&lt;authors&gt;&lt;author&gt;Hedges, Larry V.&lt;/author&gt;&lt;/authors&gt;&lt;/contributors&gt;&lt;titles&gt;&lt;title&gt;Distribution Theory for Glass&amp;apos;s Estimator of Effect size and Related Estimators&lt;/title&gt;&lt;secondary-title&gt;Journal of Educational Statistics&lt;/secondary-title&gt;&lt;/titles&gt;&lt;periodical&gt;&lt;full-title&gt;Journal of Educational Statistics&lt;/full-title&gt;&lt;/periodical&gt;&lt;pages&gt;107-128&lt;/pages&gt;&lt;volume&gt;6&lt;/volume&gt;&lt;number&gt;2&lt;/number&gt;&lt;keywords&gt;&lt;keyword&gt;Meta-analysis, Research synthesis, Standardized mean difference, Measurement error, Weighting of estimators, Invalidity, confidence intervals&lt;/keyword&gt;&lt;/keywords&gt;&lt;dates&gt;&lt;year&gt;1981&lt;/year&gt;&lt;/dates&gt;&lt;urls&gt;&lt;related-urls&gt;&lt;url&gt;https://journals.sagepub.com/doi/abs/10.3102/10769986006002107&lt;/url&gt;&lt;/related-urls&gt;&lt;/urls&gt;&lt;electronic-resource-num&gt;10.3102/10769986006002107&lt;/electronic-resource-num&gt;&lt;/record&gt;&lt;/Cite&gt;&lt;/EndNote&gt;</w:instrText>
      </w:r>
      <w:r w:rsidR="00AA5D18">
        <w:rPr>
          <w:rFonts w:asciiTheme="majorBidi" w:hAnsiTheme="majorBidi" w:cstheme="majorBidi"/>
        </w:rPr>
        <w:fldChar w:fldCharType="separate"/>
      </w:r>
      <w:r w:rsidR="00AA5D18">
        <w:rPr>
          <w:rFonts w:asciiTheme="majorBidi" w:hAnsiTheme="majorBidi" w:cstheme="majorBidi"/>
          <w:noProof/>
        </w:rPr>
        <w:t>[3]</w:t>
      </w:r>
      <w:r w:rsidR="00AA5D18">
        <w:rPr>
          <w:rFonts w:asciiTheme="majorBidi" w:hAnsiTheme="majorBidi" w:cstheme="majorBidi"/>
        </w:rPr>
        <w:fldChar w:fldCharType="end"/>
      </w:r>
      <w:r w:rsidR="00AA5D18">
        <w:rPr>
          <w:rFonts w:asciiTheme="majorBidi" w:hAnsiTheme="majorBidi" w:cstheme="majorBidi"/>
        </w:rPr>
        <w:t xml:space="preserve"> </w:t>
      </w:r>
      <w:r w:rsidRPr="00C03071">
        <w:rPr>
          <w:rFonts w:asciiTheme="majorBidi" w:hAnsiTheme="majorBidi" w:cstheme="majorBidi"/>
        </w:rPr>
        <w:t>from the pooled standard deviation, using the small-sample correction. Two-sided Welch t-test p-values were reconstructed from summary statistics and adjusted separately within each table/panel using the Benjamini–Hochberg false-discovery-rate (FDR) procedure</w:t>
      </w:r>
      <w:r w:rsidR="00AA5D18">
        <w:rPr>
          <w:rFonts w:asciiTheme="majorBidi" w:hAnsiTheme="majorBidi" w:cstheme="majorBidi"/>
        </w:rPr>
        <w:t xml:space="preserve"> </w:t>
      </w:r>
      <w:r w:rsidR="00C72943" w:rsidRPr="00C03071">
        <w:rPr>
          <w:rFonts w:asciiTheme="majorBidi" w:hAnsiTheme="majorBidi" w:cstheme="majorBidi"/>
        </w:rPr>
        <w:fldChar w:fldCharType="begin"/>
      </w:r>
      <w:r w:rsidR="00C72943" w:rsidRPr="00C03071">
        <w:rPr>
          <w:rFonts w:asciiTheme="majorBidi" w:hAnsiTheme="majorBidi" w:cstheme="majorBidi"/>
        </w:rPr>
        <w:instrText xml:space="preserve"> ADDIN EN.CITE &lt;EndNote&gt;&lt;Cite&gt;&lt;Author&gt;Benjamini&lt;/Author&gt;&lt;Year&gt;1995&lt;/Year&gt;&lt;RecNum&gt;730&lt;/RecNum&gt;&lt;DisplayText&gt;[2]&lt;/DisplayText&gt;&lt;record&gt;&lt;rec-number&gt;730&lt;/rec-number&gt;&lt;foreign-keys&gt;&lt;key app="EN" db-id="ptf5wvde6sf05cezw9r52zwux2vasz5f0a25" timestamp="1790091507"&gt;730&lt;/key&gt;&lt;/foreign-keys&gt;&lt;ref-type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isbn&gt;0035-9246&lt;/isbn&gt;&lt;urls&gt;&lt;related-urls&gt;&lt;url&gt;https://doi.org/10.1111/j.2517-6161.1995.tb02031.x&lt;/url&gt;&lt;/related-urls&gt;&lt;/urls&gt;&lt;electronic-resource-num&gt;10.1111/j.2517-6161.1995.tb02031.x&lt;/electronic-resource-num&gt;&lt;access-date&gt;9/22/2026&lt;/access-date&gt;&lt;/record&gt;&lt;/Cite&gt;&lt;/EndNote&gt;</w:instrText>
      </w:r>
      <w:r w:rsidR="00C72943" w:rsidRPr="00C03071">
        <w:rPr>
          <w:rFonts w:asciiTheme="majorBidi" w:hAnsiTheme="majorBidi" w:cstheme="majorBidi"/>
        </w:rPr>
        <w:fldChar w:fldCharType="separate"/>
      </w:r>
      <w:r w:rsidR="00C72943" w:rsidRPr="00C03071">
        <w:rPr>
          <w:rFonts w:asciiTheme="majorBidi" w:hAnsiTheme="majorBidi" w:cstheme="majorBidi"/>
          <w:noProof/>
        </w:rPr>
        <w:t>[2]</w:t>
      </w:r>
      <w:r w:rsidR="00C72943" w:rsidRPr="00C03071">
        <w:rPr>
          <w:rFonts w:asciiTheme="majorBidi" w:hAnsiTheme="majorBidi" w:cstheme="majorBidi"/>
        </w:rPr>
        <w:fldChar w:fldCharType="end"/>
      </w:r>
      <w:r w:rsidRPr="00C03071">
        <w:rPr>
          <w:rFonts w:asciiTheme="majorBidi" w:hAnsiTheme="majorBidi" w:cstheme="majorBidi"/>
        </w:rPr>
        <w:t xml:space="preserve">. </w:t>
      </w:r>
      <w:r w:rsidR="003A5EE9">
        <w:rPr>
          <w:rFonts w:asciiTheme="majorBidi" w:hAnsiTheme="majorBidi" w:cstheme="majorBidi"/>
        </w:rPr>
        <w:t>These results</w:t>
      </w:r>
      <w:r w:rsidRPr="00C03071">
        <w:rPr>
          <w:rFonts w:asciiTheme="majorBidi" w:hAnsiTheme="majorBidi" w:cstheme="majorBidi"/>
        </w:rPr>
        <w:t xml:space="preserve"> are</w:t>
      </w:r>
      <w:r w:rsidR="00C72943">
        <w:rPr>
          <w:rFonts w:asciiTheme="majorBidi" w:hAnsiTheme="majorBidi" w:cstheme="majorBidi"/>
        </w:rPr>
        <w:t xml:space="preserve"> </w:t>
      </w:r>
      <w:r w:rsidRPr="00C03071">
        <w:rPr>
          <w:rFonts w:asciiTheme="majorBidi" w:hAnsiTheme="majorBidi" w:cstheme="majorBidi"/>
        </w:rPr>
        <w:t>intended as a supplementary robustness analysis</w:t>
      </w:r>
      <w:r w:rsidR="00C72943">
        <w:rPr>
          <w:rFonts w:asciiTheme="majorBidi" w:hAnsiTheme="majorBidi" w:cstheme="majorBidi"/>
        </w:rPr>
        <w:t>.</w:t>
      </w:r>
    </w:p>
    <w:p w14:paraId="3E5291DD" w14:textId="77777777" w:rsidR="00C72943" w:rsidRPr="00C03071" w:rsidRDefault="00C72943" w:rsidP="00C03071">
      <w:pPr>
        <w:spacing w:after="0" w:line="360" w:lineRule="auto"/>
        <w:rPr>
          <w:rFonts w:asciiTheme="majorBidi" w:hAnsiTheme="majorBidi" w:cstheme="majorBidi"/>
        </w:rPr>
      </w:pPr>
    </w:p>
    <w:p w14:paraId="232368EF" w14:textId="77777777" w:rsidR="00B3051F" w:rsidRPr="00827147" w:rsidRDefault="00000000" w:rsidP="00827147">
      <w:pPr>
        <w:spacing w:after="0" w:line="360" w:lineRule="auto"/>
        <w:rPr>
          <w:rFonts w:asciiTheme="majorBidi" w:hAnsiTheme="majorBidi" w:cstheme="majorBidi"/>
          <w:b/>
          <w:bCs/>
        </w:rPr>
      </w:pPr>
      <w:r w:rsidRPr="00827147">
        <w:rPr>
          <w:rFonts w:asciiTheme="majorBidi" w:hAnsiTheme="majorBidi" w:cstheme="majorBidi"/>
          <w:b/>
          <w:bCs/>
        </w:rPr>
        <w:t>Multiple-testing and effect-size analysis</w:t>
      </w:r>
    </w:p>
    <w:p w14:paraId="207D687A" w14:textId="1F81C86F" w:rsidR="00B3051F" w:rsidRDefault="00000000" w:rsidP="00C03071">
      <w:pPr>
        <w:spacing w:after="0" w:line="360" w:lineRule="auto"/>
        <w:rPr>
          <w:rFonts w:asciiTheme="majorBidi" w:hAnsiTheme="majorBidi" w:cstheme="majorBidi"/>
        </w:rPr>
      </w:pPr>
      <w:r w:rsidRPr="00C03071">
        <w:rPr>
          <w:rFonts w:asciiTheme="majorBidi" w:hAnsiTheme="majorBidi" w:cstheme="majorBidi"/>
        </w:rPr>
        <w:t>Across the tabulated lipid panels, the direction and magnitude of the reported group differences remained robust after FDR adjustment of the p-values reconstructed from the available summary statistics. All 41 plasma glycerophospholipid species, all 43 erythrocyte glycerophospholipid species, and all 15 erythrocyte oxylipin/phosphatidylinositol-related analytes retained an FDR-adjusted q value below 0.05. The median absolute Hedges’ g was 1.21 for plasma glycerophospholipids, 1.33 for erythrocyte glycerophospholipids, and 0.73 for erythrocyte oxylipins/phosphatidylinositols. Large standardized effects (absolute Hedges’ g ≥ 0.80) were observed for 38/41 plasma glycerophospholipids and 36/43 erythrocyte glycerophospholipids, whereas 5/15 oxylipin/phosphatidylinositol-related analytes met this threshold</w:t>
      </w:r>
      <w:r w:rsidR="00827147">
        <w:rPr>
          <w:rFonts w:asciiTheme="majorBidi" w:hAnsiTheme="majorBidi" w:cstheme="majorBidi"/>
        </w:rPr>
        <w:t xml:space="preserve"> (Table S1)</w:t>
      </w:r>
      <w:r w:rsidRPr="00C03071">
        <w:rPr>
          <w:rFonts w:asciiTheme="majorBidi" w:hAnsiTheme="majorBidi" w:cstheme="majorBidi"/>
        </w:rPr>
        <w:t>.</w:t>
      </w:r>
    </w:p>
    <w:p w14:paraId="15F6A806" w14:textId="215AAEF6" w:rsidR="00827147" w:rsidRDefault="00827147" w:rsidP="00C03071">
      <w:pPr>
        <w:spacing w:after="0" w:line="360" w:lineRule="auto"/>
        <w:rPr>
          <w:rFonts w:asciiTheme="majorBidi" w:hAnsiTheme="majorBidi" w:cstheme="majorBidi"/>
        </w:rPr>
      </w:pPr>
      <w:r>
        <w:rPr>
          <w:rFonts w:asciiTheme="majorBidi" w:hAnsiTheme="majorBidi" w:cstheme="majorBidi"/>
        </w:rPr>
        <w:t>Table S1. Data of m</w:t>
      </w:r>
      <w:r w:rsidRPr="00827147">
        <w:rPr>
          <w:rFonts w:asciiTheme="majorBidi" w:hAnsiTheme="majorBidi" w:cstheme="majorBidi"/>
        </w:rPr>
        <w:t>ultiple-testing and effect-size analysis</w:t>
      </w:r>
      <w:r>
        <w:rPr>
          <w:rFonts w:asciiTheme="majorBidi" w:hAnsiTheme="majorBidi" w:cstheme="majorBidi"/>
        </w:rPr>
        <w:t xml:space="preserve"> </w:t>
      </w:r>
    </w:p>
    <w:tbl>
      <w:tblPr>
        <w:tblStyle w:val="TableGrid"/>
        <w:tblW w:w="0" w:type="auto"/>
        <w:tblLook w:val="04A0" w:firstRow="1" w:lastRow="0" w:firstColumn="1" w:lastColumn="0" w:noHBand="0" w:noVBand="1"/>
      </w:tblPr>
      <w:tblGrid>
        <w:gridCol w:w="2061"/>
        <w:gridCol w:w="886"/>
        <w:gridCol w:w="1446"/>
        <w:gridCol w:w="1686"/>
        <w:gridCol w:w="1211"/>
      </w:tblGrid>
      <w:tr w:rsidR="00827147" w:rsidRPr="00827147" w14:paraId="7FE2D44C" w14:textId="77777777" w:rsidTr="009E7B22">
        <w:tc>
          <w:tcPr>
            <w:tcW w:w="0" w:type="auto"/>
          </w:tcPr>
          <w:p w14:paraId="12C16606"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b/>
                <w:sz w:val="18"/>
              </w:rPr>
              <w:t>Analytical panel</w:t>
            </w:r>
          </w:p>
        </w:tc>
        <w:tc>
          <w:tcPr>
            <w:tcW w:w="0" w:type="auto"/>
          </w:tcPr>
          <w:p w14:paraId="2073BFB6"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b/>
                <w:sz w:val="18"/>
              </w:rPr>
              <w:t>Features</w:t>
            </w:r>
          </w:p>
        </w:tc>
        <w:tc>
          <w:tcPr>
            <w:tcW w:w="0" w:type="auto"/>
          </w:tcPr>
          <w:p w14:paraId="138E6031"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b/>
                <w:sz w:val="18"/>
              </w:rPr>
              <w:t>FDR-significant</w:t>
            </w:r>
            <w:r w:rsidRPr="00827147">
              <w:rPr>
                <w:rFonts w:asciiTheme="majorBidi" w:hAnsiTheme="majorBidi" w:cstheme="majorBidi"/>
                <w:b/>
                <w:sz w:val="18"/>
              </w:rPr>
              <w:br/>
              <w:t>(q &lt; 0.05)</w:t>
            </w:r>
          </w:p>
        </w:tc>
        <w:tc>
          <w:tcPr>
            <w:tcW w:w="0" w:type="auto"/>
          </w:tcPr>
          <w:p w14:paraId="580CFEAF"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b/>
                <w:sz w:val="18"/>
              </w:rPr>
              <w:t>Median |Hedges’ g|</w:t>
            </w:r>
          </w:p>
        </w:tc>
        <w:tc>
          <w:tcPr>
            <w:tcW w:w="0" w:type="auto"/>
          </w:tcPr>
          <w:p w14:paraId="059352F9"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b/>
                <w:sz w:val="18"/>
              </w:rPr>
              <w:t>Large effects</w:t>
            </w:r>
            <w:r w:rsidRPr="00827147">
              <w:rPr>
                <w:rFonts w:asciiTheme="majorBidi" w:hAnsiTheme="majorBidi" w:cstheme="majorBidi"/>
                <w:b/>
                <w:sz w:val="18"/>
              </w:rPr>
              <w:br/>
              <w:t>(|g| ≥ 0.80)</w:t>
            </w:r>
          </w:p>
        </w:tc>
      </w:tr>
      <w:tr w:rsidR="00827147" w:rsidRPr="00827147" w14:paraId="45FAF915" w14:textId="77777777" w:rsidTr="009E7B22">
        <w:tc>
          <w:tcPr>
            <w:tcW w:w="0" w:type="auto"/>
          </w:tcPr>
          <w:p w14:paraId="3BF77081"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Plasma GPLs</w:t>
            </w:r>
          </w:p>
        </w:tc>
        <w:tc>
          <w:tcPr>
            <w:tcW w:w="0" w:type="auto"/>
          </w:tcPr>
          <w:p w14:paraId="1EA3D94F"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41</w:t>
            </w:r>
          </w:p>
        </w:tc>
        <w:tc>
          <w:tcPr>
            <w:tcW w:w="0" w:type="auto"/>
          </w:tcPr>
          <w:p w14:paraId="0ED47A61"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41</w:t>
            </w:r>
          </w:p>
        </w:tc>
        <w:tc>
          <w:tcPr>
            <w:tcW w:w="0" w:type="auto"/>
          </w:tcPr>
          <w:p w14:paraId="08678414"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1.21</w:t>
            </w:r>
          </w:p>
        </w:tc>
        <w:tc>
          <w:tcPr>
            <w:tcW w:w="0" w:type="auto"/>
          </w:tcPr>
          <w:p w14:paraId="0642A685"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38</w:t>
            </w:r>
          </w:p>
        </w:tc>
      </w:tr>
      <w:tr w:rsidR="00827147" w:rsidRPr="00827147" w14:paraId="5AAD81AF" w14:textId="77777777" w:rsidTr="009E7B22">
        <w:tc>
          <w:tcPr>
            <w:tcW w:w="0" w:type="auto"/>
          </w:tcPr>
          <w:p w14:paraId="48328062"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Erythrocyte GPLs</w:t>
            </w:r>
          </w:p>
        </w:tc>
        <w:tc>
          <w:tcPr>
            <w:tcW w:w="0" w:type="auto"/>
          </w:tcPr>
          <w:p w14:paraId="5473FCB4"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43</w:t>
            </w:r>
          </w:p>
        </w:tc>
        <w:tc>
          <w:tcPr>
            <w:tcW w:w="0" w:type="auto"/>
          </w:tcPr>
          <w:p w14:paraId="00B25BB6"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43</w:t>
            </w:r>
          </w:p>
        </w:tc>
        <w:tc>
          <w:tcPr>
            <w:tcW w:w="0" w:type="auto"/>
          </w:tcPr>
          <w:p w14:paraId="5575122F"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1.33</w:t>
            </w:r>
          </w:p>
        </w:tc>
        <w:tc>
          <w:tcPr>
            <w:tcW w:w="0" w:type="auto"/>
          </w:tcPr>
          <w:p w14:paraId="07477058"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36</w:t>
            </w:r>
          </w:p>
        </w:tc>
      </w:tr>
      <w:tr w:rsidR="00827147" w:rsidRPr="00827147" w14:paraId="0E9729C6" w14:textId="77777777" w:rsidTr="009E7B22">
        <w:tc>
          <w:tcPr>
            <w:tcW w:w="0" w:type="auto"/>
          </w:tcPr>
          <w:p w14:paraId="4D550CBC"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Erythrocyte oxylipins/PIs</w:t>
            </w:r>
          </w:p>
        </w:tc>
        <w:tc>
          <w:tcPr>
            <w:tcW w:w="0" w:type="auto"/>
          </w:tcPr>
          <w:p w14:paraId="52D6734B"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15</w:t>
            </w:r>
          </w:p>
        </w:tc>
        <w:tc>
          <w:tcPr>
            <w:tcW w:w="0" w:type="auto"/>
          </w:tcPr>
          <w:p w14:paraId="0811ECC6"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15</w:t>
            </w:r>
          </w:p>
        </w:tc>
        <w:tc>
          <w:tcPr>
            <w:tcW w:w="0" w:type="auto"/>
          </w:tcPr>
          <w:p w14:paraId="32B52A51"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0.73</w:t>
            </w:r>
          </w:p>
        </w:tc>
        <w:tc>
          <w:tcPr>
            <w:tcW w:w="0" w:type="auto"/>
          </w:tcPr>
          <w:p w14:paraId="6B253CB7" w14:textId="77777777" w:rsidR="00827147" w:rsidRPr="00827147" w:rsidRDefault="00827147" w:rsidP="00526B98">
            <w:pPr>
              <w:spacing w:line="360" w:lineRule="auto"/>
              <w:rPr>
                <w:rFonts w:asciiTheme="majorBidi" w:hAnsiTheme="majorBidi" w:cstheme="majorBidi"/>
              </w:rPr>
            </w:pPr>
            <w:r w:rsidRPr="00827147">
              <w:rPr>
                <w:rFonts w:asciiTheme="majorBidi" w:hAnsiTheme="majorBidi" w:cstheme="majorBidi"/>
                <w:sz w:val="18"/>
              </w:rPr>
              <w:t>5</w:t>
            </w:r>
          </w:p>
        </w:tc>
      </w:tr>
    </w:tbl>
    <w:p w14:paraId="6E1C9018" w14:textId="77777777" w:rsidR="00827147" w:rsidRPr="00C03071" w:rsidRDefault="00827147" w:rsidP="00C03071">
      <w:pPr>
        <w:spacing w:after="0" w:line="360" w:lineRule="auto"/>
        <w:rPr>
          <w:rFonts w:asciiTheme="majorBidi" w:hAnsiTheme="majorBidi" w:cstheme="majorBidi"/>
        </w:rPr>
      </w:pPr>
    </w:p>
    <w:p w14:paraId="061DC706" w14:textId="2B95F22E" w:rsidR="00B3051F" w:rsidRPr="00C03071" w:rsidRDefault="00000000" w:rsidP="00C03071">
      <w:pPr>
        <w:spacing w:after="0" w:line="360" w:lineRule="auto"/>
        <w:rPr>
          <w:rFonts w:asciiTheme="majorBidi" w:hAnsiTheme="majorBidi" w:cstheme="majorBidi"/>
        </w:rPr>
      </w:pPr>
      <w:r w:rsidRPr="00C03071">
        <w:rPr>
          <w:rFonts w:asciiTheme="majorBidi" w:hAnsiTheme="majorBidi" w:cstheme="majorBidi"/>
        </w:rPr>
        <w:t xml:space="preserve">The most pronounced plasma changes were reductions in LPC P-18:0 (COVID/control fold change, 0.26; Hedges’ g = −2.05; FDR q = 8.46 × 10−9), LPC 16:0 (0.56; g = −1.90; q = 1.01 × 10−8), and LPC 18:2 (0.34; g = −1.89; q = 1.15 × 10−7). Among erythrocyte glycerophospholipids, the largest effects included a reduction in LPE 18:1 (0.13; g = −2.68; q = 3.36 × 10−12), an increase in LPE 22:6 (21.88; g = 2.63; q = 2.12 × 10−10), an increase in PE 18:0/18:1 (1.89; g = 2.52; q = 6.99 × 10−12), and a reduction in PC 18:0/20:5 (0.42; g = −2.39; q = 6.99 × 10−12). In the erythrocyte oxylipin/phosphatidylinositol panel, the strongest standardized reductions were observed for LPI 18:0 </w:t>
      </w:r>
      <w:r w:rsidRPr="00C03071">
        <w:rPr>
          <w:rFonts w:asciiTheme="majorBidi" w:hAnsiTheme="majorBidi" w:cstheme="majorBidi"/>
        </w:rPr>
        <w:lastRenderedPageBreak/>
        <w:t>(0.27; g = −1.13; q = 0.0015), PI 16:0/18:2 (0.28; g = −1.00; q = 0.0025), and PI 18:0/20:4 (0.43; g = −0.97; q = 0.0026)</w:t>
      </w:r>
      <w:r w:rsidR="00827147">
        <w:rPr>
          <w:rFonts w:asciiTheme="majorBidi" w:hAnsiTheme="majorBidi" w:cstheme="majorBidi"/>
        </w:rPr>
        <w:t xml:space="preserve"> (Table S2)</w:t>
      </w:r>
      <w:r w:rsidRPr="00C03071">
        <w:rPr>
          <w:rFonts w:asciiTheme="majorBidi" w:hAnsiTheme="majorBidi" w:cstheme="majorBidi"/>
        </w:rPr>
        <w:t>.</w:t>
      </w:r>
    </w:p>
    <w:p w14:paraId="3F68D538" w14:textId="77777777" w:rsidR="00B3051F" w:rsidRPr="00C03071" w:rsidRDefault="00000000" w:rsidP="00C03071">
      <w:pPr>
        <w:spacing w:after="0" w:line="360" w:lineRule="auto"/>
        <w:rPr>
          <w:rFonts w:asciiTheme="majorBidi" w:hAnsiTheme="majorBidi" w:cstheme="majorBidi"/>
        </w:rPr>
      </w:pPr>
      <w:r w:rsidRPr="00C03071">
        <w:rPr>
          <w:rFonts w:asciiTheme="majorBidi" w:hAnsiTheme="majorBidi" w:cstheme="majorBidi"/>
        </w:rPr>
        <w:t>Together, the FDR-adjusted analysis supports a broad and quantitatively substantial remodeling of plasma and erythrocyte lipid composition in the hospitalized COVID-19 group. The largest effects were concentrated among lysophospholipids and selected membrane phospholipids, while the oxylipin/phosphatidylinositol panel showed more moderate but still statistically robust effects. These data should be interpreted as associations in this exploratory case–control cohort and require confirmation in an independent cohort before being proposed as diagnostic or prognostic biomarkers.</w:t>
      </w:r>
    </w:p>
    <w:p w14:paraId="47DDBDDC" w14:textId="77777777" w:rsidR="00B3051F" w:rsidRPr="00C03071" w:rsidRDefault="00B3051F" w:rsidP="00C03071">
      <w:pPr>
        <w:spacing w:after="0" w:line="360" w:lineRule="auto"/>
        <w:rPr>
          <w:rFonts w:asciiTheme="majorBidi" w:hAnsiTheme="majorBidi" w:cstheme="majorBidi"/>
        </w:rPr>
      </w:pPr>
    </w:p>
    <w:p w14:paraId="20C969E7" w14:textId="079883A0" w:rsidR="00B3051F" w:rsidRPr="00C03071" w:rsidRDefault="00827147" w:rsidP="00827147">
      <w:pPr>
        <w:spacing w:after="0" w:line="360" w:lineRule="auto"/>
        <w:rPr>
          <w:rFonts w:asciiTheme="majorBidi" w:hAnsiTheme="majorBidi" w:cstheme="majorBidi"/>
        </w:rPr>
      </w:pPr>
      <w:r>
        <w:rPr>
          <w:rFonts w:asciiTheme="majorBidi" w:hAnsiTheme="majorBidi" w:cstheme="majorBidi"/>
        </w:rPr>
        <w:t xml:space="preserve">Table S2. </w:t>
      </w:r>
      <w:r w:rsidRPr="00C03071">
        <w:rPr>
          <w:rFonts w:asciiTheme="majorBidi" w:hAnsiTheme="majorBidi" w:cstheme="majorBidi"/>
        </w:rPr>
        <w:t>Key lipid features</w:t>
      </w:r>
    </w:p>
    <w:tbl>
      <w:tblPr>
        <w:tblStyle w:val="TableGrid"/>
        <w:tblW w:w="0" w:type="auto"/>
        <w:jc w:val="center"/>
        <w:tblLook w:val="04A0" w:firstRow="1" w:lastRow="0" w:firstColumn="1" w:lastColumn="0" w:noHBand="0" w:noVBand="1"/>
      </w:tblPr>
      <w:tblGrid>
        <w:gridCol w:w="1656"/>
        <w:gridCol w:w="1654"/>
        <w:gridCol w:w="1655"/>
        <w:gridCol w:w="1654"/>
        <w:gridCol w:w="1653"/>
        <w:gridCol w:w="1654"/>
      </w:tblGrid>
      <w:tr w:rsidR="00B3051F" w:rsidRPr="00C03071" w14:paraId="5B1270B4" w14:textId="77777777">
        <w:trPr>
          <w:jc w:val="center"/>
        </w:trPr>
        <w:tc>
          <w:tcPr>
            <w:tcW w:w="1656" w:type="dxa"/>
            <w:shd w:val="clear" w:color="auto" w:fill="1F4E79"/>
            <w:vAlign w:val="center"/>
          </w:tcPr>
          <w:p w14:paraId="69F099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Panel</w:t>
            </w:r>
          </w:p>
        </w:tc>
        <w:tc>
          <w:tcPr>
            <w:tcW w:w="1656" w:type="dxa"/>
            <w:shd w:val="clear" w:color="auto" w:fill="1F4E79"/>
            <w:vAlign w:val="center"/>
          </w:tcPr>
          <w:p w14:paraId="4E41D5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Lipid</w:t>
            </w:r>
          </w:p>
        </w:tc>
        <w:tc>
          <w:tcPr>
            <w:tcW w:w="1656" w:type="dxa"/>
            <w:shd w:val="clear" w:color="auto" w:fill="1F4E79"/>
            <w:vAlign w:val="center"/>
          </w:tcPr>
          <w:p w14:paraId="4EAB7BC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COVID/control</w:t>
            </w:r>
            <w:r w:rsidRPr="00C03071">
              <w:rPr>
                <w:rFonts w:asciiTheme="majorBidi" w:hAnsiTheme="majorBidi" w:cstheme="majorBidi"/>
                <w:b/>
                <w:color w:val="FFFFFF"/>
                <w:sz w:val="18"/>
              </w:rPr>
              <w:br/>
              <w:t>fold change</w:t>
            </w:r>
          </w:p>
        </w:tc>
        <w:tc>
          <w:tcPr>
            <w:tcW w:w="1656" w:type="dxa"/>
            <w:shd w:val="clear" w:color="auto" w:fill="1F4E79"/>
            <w:vAlign w:val="center"/>
          </w:tcPr>
          <w:p w14:paraId="23B8B2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Hedges’ g</w:t>
            </w:r>
          </w:p>
        </w:tc>
        <w:tc>
          <w:tcPr>
            <w:tcW w:w="1656" w:type="dxa"/>
            <w:shd w:val="clear" w:color="auto" w:fill="1F4E79"/>
            <w:vAlign w:val="center"/>
          </w:tcPr>
          <w:p w14:paraId="7FB301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FDR q-value</w:t>
            </w:r>
          </w:p>
        </w:tc>
        <w:tc>
          <w:tcPr>
            <w:tcW w:w="1656" w:type="dxa"/>
            <w:shd w:val="clear" w:color="auto" w:fill="1F4E79"/>
            <w:vAlign w:val="center"/>
          </w:tcPr>
          <w:p w14:paraId="115092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Direction in COVID-19</w:t>
            </w:r>
          </w:p>
        </w:tc>
      </w:tr>
      <w:tr w:rsidR="00B3051F" w:rsidRPr="00C03071" w14:paraId="4272EB58" w14:textId="77777777">
        <w:trPr>
          <w:jc w:val="center"/>
        </w:trPr>
        <w:tc>
          <w:tcPr>
            <w:tcW w:w="1656" w:type="dxa"/>
            <w:vAlign w:val="center"/>
          </w:tcPr>
          <w:p w14:paraId="6D7A888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Plasma GPLs</w:t>
            </w:r>
          </w:p>
        </w:tc>
        <w:tc>
          <w:tcPr>
            <w:tcW w:w="1656" w:type="dxa"/>
            <w:vAlign w:val="center"/>
          </w:tcPr>
          <w:p w14:paraId="10D556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P18:0</w:t>
            </w:r>
          </w:p>
        </w:tc>
        <w:tc>
          <w:tcPr>
            <w:tcW w:w="1656" w:type="dxa"/>
            <w:vAlign w:val="center"/>
          </w:tcPr>
          <w:p w14:paraId="6374838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0.26</w:t>
            </w:r>
          </w:p>
        </w:tc>
        <w:tc>
          <w:tcPr>
            <w:tcW w:w="1656" w:type="dxa"/>
            <w:vAlign w:val="center"/>
          </w:tcPr>
          <w:p w14:paraId="07E6020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-2.05</w:t>
            </w:r>
          </w:p>
        </w:tc>
        <w:tc>
          <w:tcPr>
            <w:tcW w:w="1656" w:type="dxa"/>
            <w:vAlign w:val="center"/>
          </w:tcPr>
          <w:p w14:paraId="1DE853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8.46e-09</w:t>
            </w:r>
          </w:p>
        </w:tc>
        <w:tc>
          <w:tcPr>
            <w:tcW w:w="1656" w:type="dxa"/>
            <w:vAlign w:val="center"/>
          </w:tcPr>
          <w:p w14:paraId="74E9A52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02F6DFC4" w14:textId="77777777">
        <w:trPr>
          <w:jc w:val="center"/>
        </w:trPr>
        <w:tc>
          <w:tcPr>
            <w:tcW w:w="1656" w:type="dxa"/>
            <w:vAlign w:val="center"/>
          </w:tcPr>
          <w:p w14:paraId="4DBB5EC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Plasma GPLs</w:t>
            </w:r>
          </w:p>
        </w:tc>
        <w:tc>
          <w:tcPr>
            <w:tcW w:w="1656" w:type="dxa"/>
            <w:vAlign w:val="center"/>
          </w:tcPr>
          <w:p w14:paraId="282F70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16:0</w:t>
            </w:r>
          </w:p>
        </w:tc>
        <w:tc>
          <w:tcPr>
            <w:tcW w:w="1656" w:type="dxa"/>
            <w:vAlign w:val="center"/>
          </w:tcPr>
          <w:p w14:paraId="3EF03D0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0.56</w:t>
            </w:r>
          </w:p>
        </w:tc>
        <w:tc>
          <w:tcPr>
            <w:tcW w:w="1656" w:type="dxa"/>
            <w:vAlign w:val="center"/>
          </w:tcPr>
          <w:p w14:paraId="2163047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-1.90</w:t>
            </w:r>
          </w:p>
        </w:tc>
        <w:tc>
          <w:tcPr>
            <w:tcW w:w="1656" w:type="dxa"/>
            <w:vAlign w:val="center"/>
          </w:tcPr>
          <w:p w14:paraId="6EAF6D3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1.01e-08</w:t>
            </w:r>
          </w:p>
        </w:tc>
        <w:tc>
          <w:tcPr>
            <w:tcW w:w="1656" w:type="dxa"/>
            <w:vAlign w:val="center"/>
          </w:tcPr>
          <w:p w14:paraId="5AFEFB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269E2968" w14:textId="77777777">
        <w:trPr>
          <w:jc w:val="center"/>
        </w:trPr>
        <w:tc>
          <w:tcPr>
            <w:tcW w:w="1656" w:type="dxa"/>
            <w:vAlign w:val="center"/>
          </w:tcPr>
          <w:p w14:paraId="53F323B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Plasma GPLs</w:t>
            </w:r>
          </w:p>
        </w:tc>
        <w:tc>
          <w:tcPr>
            <w:tcW w:w="1656" w:type="dxa"/>
            <w:vAlign w:val="center"/>
          </w:tcPr>
          <w:p w14:paraId="31AD0DB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18:2</w:t>
            </w:r>
          </w:p>
        </w:tc>
        <w:tc>
          <w:tcPr>
            <w:tcW w:w="1656" w:type="dxa"/>
            <w:vAlign w:val="center"/>
          </w:tcPr>
          <w:p w14:paraId="56F3790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0.34</w:t>
            </w:r>
          </w:p>
        </w:tc>
        <w:tc>
          <w:tcPr>
            <w:tcW w:w="1656" w:type="dxa"/>
            <w:vAlign w:val="center"/>
          </w:tcPr>
          <w:p w14:paraId="5577A63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1656" w:type="dxa"/>
            <w:vAlign w:val="center"/>
          </w:tcPr>
          <w:p w14:paraId="6A3052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1.15e-07</w:t>
            </w:r>
          </w:p>
        </w:tc>
        <w:tc>
          <w:tcPr>
            <w:tcW w:w="1656" w:type="dxa"/>
            <w:vAlign w:val="center"/>
          </w:tcPr>
          <w:p w14:paraId="5ACDDC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10C777A9" w14:textId="77777777">
        <w:trPr>
          <w:jc w:val="center"/>
        </w:trPr>
        <w:tc>
          <w:tcPr>
            <w:tcW w:w="1656" w:type="dxa"/>
            <w:vAlign w:val="center"/>
          </w:tcPr>
          <w:p w14:paraId="1CA733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GPLs</w:t>
            </w:r>
          </w:p>
        </w:tc>
        <w:tc>
          <w:tcPr>
            <w:tcW w:w="1656" w:type="dxa"/>
            <w:vAlign w:val="center"/>
          </w:tcPr>
          <w:p w14:paraId="557282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18:1</w:t>
            </w:r>
          </w:p>
        </w:tc>
        <w:tc>
          <w:tcPr>
            <w:tcW w:w="1656" w:type="dxa"/>
            <w:vAlign w:val="center"/>
          </w:tcPr>
          <w:p w14:paraId="2503F6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0.13</w:t>
            </w:r>
          </w:p>
        </w:tc>
        <w:tc>
          <w:tcPr>
            <w:tcW w:w="1656" w:type="dxa"/>
            <w:vAlign w:val="center"/>
          </w:tcPr>
          <w:p w14:paraId="2424F14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-2.68</w:t>
            </w:r>
          </w:p>
        </w:tc>
        <w:tc>
          <w:tcPr>
            <w:tcW w:w="1656" w:type="dxa"/>
            <w:vAlign w:val="center"/>
          </w:tcPr>
          <w:p w14:paraId="38495B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3.36e-12</w:t>
            </w:r>
          </w:p>
        </w:tc>
        <w:tc>
          <w:tcPr>
            <w:tcW w:w="1656" w:type="dxa"/>
            <w:vAlign w:val="center"/>
          </w:tcPr>
          <w:p w14:paraId="7152CE7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3B68BCA6" w14:textId="77777777">
        <w:trPr>
          <w:jc w:val="center"/>
        </w:trPr>
        <w:tc>
          <w:tcPr>
            <w:tcW w:w="1656" w:type="dxa"/>
            <w:vAlign w:val="center"/>
          </w:tcPr>
          <w:p w14:paraId="4F464C5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GPLs</w:t>
            </w:r>
          </w:p>
        </w:tc>
        <w:tc>
          <w:tcPr>
            <w:tcW w:w="1656" w:type="dxa"/>
            <w:vAlign w:val="center"/>
          </w:tcPr>
          <w:p w14:paraId="56EC47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22:6</w:t>
            </w:r>
          </w:p>
        </w:tc>
        <w:tc>
          <w:tcPr>
            <w:tcW w:w="1656" w:type="dxa"/>
            <w:vAlign w:val="center"/>
          </w:tcPr>
          <w:p w14:paraId="4182D0A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21.88</w:t>
            </w:r>
          </w:p>
        </w:tc>
        <w:tc>
          <w:tcPr>
            <w:tcW w:w="1656" w:type="dxa"/>
            <w:vAlign w:val="center"/>
          </w:tcPr>
          <w:p w14:paraId="528B995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2.63</w:t>
            </w:r>
          </w:p>
        </w:tc>
        <w:tc>
          <w:tcPr>
            <w:tcW w:w="1656" w:type="dxa"/>
            <w:vAlign w:val="center"/>
          </w:tcPr>
          <w:p w14:paraId="5086966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2.12e-10</w:t>
            </w:r>
          </w:p>
        </w:tc>
        <w:tc>
          <w:tcPr>
            <w:tcW w:w="1656" w:type="dxa"/>
            <w:vAlign w:val="center"/>
          </w:tcPr>
          <w:p w14:paraId="56454B5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Higher</w:t>
            </w:r>
          </w:p>
        </w:tc>
      </w:tr>
      <w:tr w:rsidR="00B3051F" w:rsidRPr="00C03071" w14:paraId="43205281" w14:textId="77777777">
        <w:trPr>
          <w:jc w:val="center"/>
        </w:trPr>
        <w:tc>
          <w:tcPr>
            <w:tcW w:w="1656" w:type="dxa"/>
            <w:vAlign w:val="center"/>
          </w:tcPr>
          <w:p w14:paraId="3C19F6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GPLs</w:t>
            </w:r>
          </w:p>
        </w:tc>
        <w:tc>
          <w:tcPr>
            <w:tcW w:w="1656" w:type="dxa"/>
            <w:vAlign w:val="center"/>
          </w:tcPr>
          <w:p w14:paraId="4B2305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(18:0/18:1)</w:t>
            </w:r>
          </w:p>
        </w:tc>
        <w:tc>
          <w:tcPr>
            <w:tcW w:w="1656" w:type="dxa"/>
            <w:vAlign w:val="center"/>
          </w:tcPr>
          <w:p w14:paraId="1991B91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1656" w:type="dxa"/>
            <w:vAlign w:val="center"/>
          </w:tcPr>
          <w:p w14:paraId="0677A92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2.52</w:t>
            </w:r>
          </w:p>
        </w:tc>
        <w:tc>
          <w:tcPr>
            <w:tcW w:w="1656" w:type="dxa"/>
            <w:vAlign w:val="center"/>
          </w:tcPr>
          <w:p w14:paraId="37A16E0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6.99e-12</w:t>
            </w:r>
          </w:p>
        </w:tc>
        <w:tc>
          <w:tcPr>
            <w:tcW w:w="1656" w:type="dxa"/>
            <w:vAlign w:val="center"/>
          </w:tcPr>
          <w:p w14:paraId="4705C34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Higher</w:t>
            </w:r>
          </w:p>
        </w:tc>
      </w:tr>
      <w:tr w:rsidR="00B3051F" w:rsidRPr="00C03071" w14:paraId="512464CE" w14:textId="77777777">
        <w:trPr>
          <w:jc w:val="center"/>
        </w:trPr>
        <w:tc>
          <w:tcPr>
            <w:tcW w:w="1656" w:type="dxa"/>
            <w:vAlign w:val="center"/>
          </w:tcPr>
          <w:p w14:paraId="4A09FA0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GPLs</w:t>
            </w:r>
          </w:p>
        </w:tc>
        <w:tc>
          <w:tcPr>
            <w:tcW w:w="1656" w:type="dxa"/>
            <w:vAlign w:val="center"/>
          </w:tcPr>
          <w:p w14:paraId="7BCAA0B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(18:0/20:5)</w:t>
            </w:r>
          </w:p>
        </w:tc>
        <w:tc>
          <w:tcPr>
            <w:tcW w:w="1656" w:type="dxa"/>
            <w:vAlign w:val="center"/>
          </w:tcPr>
          <w:p w14:paraId="278528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w:t>
            </w:r>
          </w:p>
        </w:tc>
        <w:tc>
          <w:tcPr>
            <w:tcW w:w="1656" w:type="dxa"/>
            <w:vAlign w:val="center"/>
          </w:tcPr>
          <w:p w14:paraId="3A655AD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-2.39</w:t>
            </w:r>
          </w:p>
        </w:tc>
        <w:tc>
          <w:tcPr>
            <w:tcW w:w="1656" w:type="dxa"/>
            <w:vAlign w:val="center"/>
          </w:tcPr>
          <w:p w14:paraId="5D5ACA2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6.99e-12</w:t>
            </w:r>
          </w:p>
        </w:tc>
        <w:tc>
          <w:tcPr>
            <w:tcW w:w="1656" w:type="dxa"/>
            <w:vAlign w:val="center"/>
          </w:tcPr>
          <w:p w14:paraId="7F0A81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1832AC0A" w14:textId="77777777">
        <w:trPr>
          <w:jc w:val="center"/>
        </w:trPr>
        <w:tc>
          <w:tcPr>
            <w:tcW w:w="1656" w:type="dxa"/>
            <w:vAlign w:val="center"/>
          </w:tcPr>
          <w:p w14:paraId="7C3C202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oxylipins/PIs</w:t>
            </w:r>
          </w:p>
        </w:tc>
        <w:tc>
          <w:tcPr>
            <w:tcW w:w="1656" w:type="dxa"/>
            <w:vAlign w:val="center"/>
          </w:tcPr>
          <w:p w14:paraId="29AA78E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LPI 18:0</w:t>
            </w:r>
          </w:p>
        </w:tc>
        <w:tc>
          <w:tcPr>
            <w:tcW w:w="1656" w:type="dxa"/>
            <w:vAlign w:val="center"/>
          </w:tcPr>
          <w:p w14:paraId="0BECC56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0.27</w:t>
            </w:r>
          </w:p>
        </w:tc>
        <w:tc>
          <w:tcPr>
            <w:tcW w:w="1656" w:type="dxa"/>
            <w:vAlign w:val="center"/>
          </w:tcPr>
          <w:p w14:paraId="155ED7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1656" w:type="dxa"/>
            <w:vAlign w:val="center"/>
          </w:tcPr>
          <w:p w14:paraId="727BD2A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1.50e-03</w:t>
            </w:r>
          </w:p>
        </w:tc>
        <w:tc>
          <w:tcPr>
            <w:tcW w:w="1656" w:type="dxa"/>
            <w:vAlign w:val="center"/>
          </w:tcPr>
          <w:p w14:paraId="134D513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6CDF1D2D" w14:textId="77777777">
        <w:trPr>
          <w:jc w:val="center"/>
        </w:trPr>
        <w:tc>
          <w:tcPr>
            <w:tcW w:w="1656" w:type="dxa"/>
            <w:vAlign w:val="center"/>
          </w:tcPr>
          <w:p w14:paraId="6AFEC06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oxylipins/PIs</w:t>
            </w:r>
          </w:p>
        </w:tc>
        <w:tc>
          <w:tcPr>
            <w:tcW w:w="1656" w:type="dxa"/>
            <w:vAlign w:val="center"/>
          </w:tcPr>
          <w:p w14:paraId="4A2898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(16:0/18:2)</w:t>
            </w:r>
          </w:p>
        </w:tc>
        <w:tc>
          <w:tcPr>
            <w:tcW w:w="1656" w:type="dxa"/>
            <w:vAlign w:val="center"/>
          </w:tcPr>
          <w:p w14:paraId="128142A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0.28</w:t>
            </w:r>
          </w:p>
        </w:tc>
        <w:tc>
          <w:tcPr>
            <w:tcW w:w="1656" w:type="dxa"/>
            <w:vAlign w:val="center"/>
          </w:tcPr>
          <w:p w14:paraId="03E7C5D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-1.00</w:t>
            </w:r>
          </w:p>
        </w:tc>
        <w:tc>
          <w:tcPr>
            <w:tcW w:w="1656" w:type="dxa"/>
            <w:vAlign w:val="center"/>
          </w:tcPr>
          <w:p w14:paraId="6D9E48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2.52e-03</w:t>
            </w:r>
          </w:p>
        </w:tc>
        <w:tc>
          <w:tcPr>
            <w:tcW w:w="1656" w:type="dxa"/>
            <w:vAlign w:val="center"/>
          </w:tcPr>
          <w:p w14:paraId="6C57518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r w:rsidR="00B3051F" w:rsidRPr="00C03071" w14:paraId="1589BD5C" w14:textId="77777777">
        <w:trPr>
          <w:jc w:val="center"/>
        </w:trPr>
        <w:tc>
          <w:tcPr>
            <w:tcW w:w="1656" w:type="dxa"/>
            <w:vAlign w:val="center"/>
          </w:tcPr>
          <w:p w14:paraId="466F3AA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Erythrocyte oxylipins/PIs</w:t>
            </w:r>
          </w:p>
        </w:tc>
        <w:tc>
          <w:tcPr>
            <w:tcW w:w="1656" w:type="dxa"/>
            <w:vAlign w:val="center"/>
          </w:tcPr>
          <w:p w14:paraId="342A543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(18:0/20:4)</w:t>
            </w:r>
          </w:p>
        </w:tc>
        <w:tc>
          <w:tcPr>
            <w:tcW w:w="1656" w:type="dxa"/>
            <w:vAlign w:val="center"/>
          </w:tcPr>
          <w:p w14:paraId="56ED8E4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0.43</w:t>
            </w:r>
          </w:p>
        </w:tc>
        <w:tc>
          <w:tcPr>
            <w:tcW w:w="1656" w:type="dxa"/>
            <w:vAlign w:val="center"/>
          </w:tcPr>
          <w:p w14:paraId="727750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-0.97</w:t>
            </w:r>
          </w:p>
        </w:tc>
        <w:tc>
          <w:tcPr>
            <w:tcW w:w="1656" w:type="dxa"/>
            <w:vAlign w:val="center"/>
          </w:tcPr>
          <w:p w14:paraId="6653108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2.62e-03</w:t>
            </w:r>
          </w:p>
        </w:tc>
        <w:tc>
          <w:tcPr>
            <w:tcW w:w="1656" w:type="dxa"/>
            <w:vAlign w:val="center"/>
          </w:tcPr>
          <w:p w14:paraId="1BAEA20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Lower</w:t>
            </w:r>
          </w:p>
        </w:tc>
      </w:tr>
    </w:tbl>
    <w:p w14:paraId="6032205A" w14:textId="77777777" w:rsidR="00B3051F" w:rsidRPr="00C03071" w:rsidRDefault="00B3051F" w:rsidP="00C03071">
      <w:pPr>
        <w:spacing w:after="0" w:line="360" w:lineRule="auto"/>
        <w:rPr>
          <w:rFonts w:asciiTheme="majorBidi" w:hAnsiTheme="majorBidi" w:cstheme="majorBidi"/>
        </w:rPr>
      </w:pPr>
    </w:p>
    <w:p w14:paraId="7E1003CB" w14:textId="77777777" w:rsidR="00B3051F" w:rsidRPr="00B44F36" w:rsidRDefault="00000000" w:rsidP="00B44F36">
      <w:pPr>
        <w:spacing w:after="0" w:line="360" w:lineRule="auto"/>
        <w:rPr>
          <w:rFonts w:asciiTheme="majorBidi" w:hAnsiTheme="majorBidi" w:cstheme="majorBidi"/>
          <w:b/>
          <w:bCs/>
        </w:rPr>
      </w:pPr>
      <w:r w:rsidRPr="00B44F36">
        <w:rPr>
          <w:rFonts w:asciiTheme="majorBidi" w:hAnsiTheme="majorBidi" w:cstheme="majorBidi"/>
          <w:b/>
          <w:bCs/>
        </w:rPr>
        <w:t>Supplementary figure</w:t>
      </w:r>
    </w:p>
    <w:p w14:paraId="476E808D" w14:textId="77777777" w:rsidR="00B3051F" w:rsidRPr="00C03071" w:rsidRDefault="00000000" w:rsidP="00C03071">
      <w:pPr>
        <w:spacing w:after="0" w:line="360" w:lineRule="auto"/>
        <w:rPr>
          <w:rFonts w:asciiTheme="majorBidi" w:hAnsiTheme="majorBidi" w:cstheme="majorBidi"/>
        </w:rPr>
      </w:pPr>
      <w:r w:rsidRPr="00C03071">
        <w:rPr>
          <w:rFonts w:asciiTheme="majorBidi" w:hAnsiTheme="majorBidi" w:cstheme="majorBidi"/>
        </w:rPr>
        <w:t>Figure S1. Standardized effect sizes for the ten largest COVID-19–control lipid differences in each analytical panel. Hedges’ g was derived from tabulated means and standard deviations for n = 30 hospitalized COVID-19 patients and n = 30 healthy controls. Positive values (red) indicate higher concentrations in the COVID-19 group; negative values (blue) indicate lower concentrations. Features are ranked by absolute Hedges’ g within each panel.</w:t>
      </w:r>
    </w:p>
    <w:p w14:paraId="43E3C542" w14:textId="77777777" w:rsidR="00BA2F72" w:rsidRPr="00C03071" w:rsidRDefault="00BA2F72" w:rsidP="00C03071">
      <w:pPr>
        <w:spacing w:after="0" w:line="360" w:lineRule="auto"/>
        <w:jc w:val="center"/>
        <w:rPr>
          <w:rFonts w:asciiTheme="majorBidi" w:hAnsiTheme="majorBidi" w:cstheme="majorBidi"/>
        </w:rPr>
      </w:pPr>
    </w:p>
    <w:p w14:paraId="4173543D" w14:textId="77777777" w:rsidR="00BA2F72" w:rsidRPr="00C03071" w:rsidRDefault="00BA2F72" w:rsidP="00C03071">
      <w:pPr>
        <w:spacing w:after="0" w:line="360" w:lineRule="auto"/>
        <w:jc w:val="center"/>
        <w:rPr>
          <w:rFonts w:asciiTheme="majorBidi" w:hAnsiTheme="majorBidi" w:cstheme="majorBidi"/>
        </w:rPr>
      </w:pPr>
    </w:p>
    <w:p w14:paraId="75467A29" w14:textId="14133F62" w:rsidR="00B3051F" w:rsidRDefault="00000000" w:rsidP="00C03071">
      <w:pPr>
        <w:spacing w:after="0" w:line="360" w:lineRule="auto"/>
        <w:jc w:val="center"/>
        <w:rPr>
          <w:rFonts w:asciiTheme="majorBidi" w:hAnsiTheme="majorBidi" w:cstheme="majorBidi"/>
        </w:rPr>
      </w:pPr>
      <w:r w:rsidRPr="00C03071">
        <w:rPr>
          <w:rFonts w:asciiTheme="majorBidi" w:hAnsiTheme="majorBidi" w:cstheme="majorBidi"/>
          <w:noProof/>
        </w:rPr>
        <w:drawing>
          <wp:inline distT="0" distB="0" distL="0" distR="0" wp14:anchorId="07D621C5" wp14:editId="3CDA48C6">
            <wp:extent cx="6400800" cy="3303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standardized_effects.png"/>
                    <pic:cNvPicPr/>
                  </pic:nvPicPr>
                  <pic:blipFill>
                    <a:blip r:embed="rId8"/>
                    <a:stretch>
                      <a:fillRect/>
                    </a:stretch>
                  </pic:blipFill>
                  <pic:spPr>
                    <a:xfrm>
                      <a:off x="0" y="0"/>
                      <a:ext cx="6400800" cy="3303681"/>
                    </a:xfrm>
                    <a:prstGeom prst="rect">
                      <a:avLst/>
                    </a:prstGeom>
                  </pic:spPr>
                </pic:pic>
              </a:graphicData>
            </a:graphic>
          </wp:inline>
        </w:drawing>
      </w:r>
    </w:p>
    <w:p w14:paraId="0297D408" w14:textId="41DAE1D1" w:rsidR="00B44F36" w:rsidRDefault="00B44F36" w:rsidP="00B44F36">
      <w:pPr>
        <w:spacing w:after="0" w:line="360" w:lineRule="auto"/>
        <w:rPr>
          <w:rFonts w:asciiTheme="majorBidi" w:hAnsiTheme="majorBidi" w:cstheme="majorBidi"/>
        </w:rPr>
      </w:pPr>
      <w:r>
        <w:rPr>
          <w:rFonts w:asciiTheme="majorBidi" w:hAnsiTheme="majorBidi" w:cstheme="majorBidi"/>
        </w:rPr>
        <w:t>Fig.</w:t>
      </w:r>
      <w:r w:rsidRPr="00C03071">
        <w:rPr>
          <w:rFonts w:asciiTheme="majorBidi" w:hAnsiTheme="majorBidi" w:cstheme="majorBidi"/>
        </w:rPr>
        <w:t xml:space="preserve"> S1. Standardized effect sizes for the ten largest COVID-19–control lipid differences in each analytical panel. </w:t>
      </w:r>
    </w:p>
    <w:p w14:paraId="4D95114D" w14:textId="77777777" w:rsidR="00B44F36" w:rsidRDefault="00B44F36" w:rsidP="00B44F36">
      <w:pPr>
        <w:spacing w:after="0" w:line="360" w:lineRule="auto"/>
        <w:rPr>
          <w:rFonts w:asciiTheme="majorBidi" w:hAnsiTheme="majorBidi" w:cstheme="majorBidi"/>
        </w:rPr>
      </w:pPr>
    </w:p>
    <w:p w14:paraId="2BC9680A" w14:textId="6F6DC836" w:rsidR="00B3051F" w:rsidRPr="00B44F36" w:rsidRDefault="00000000" w:rsidP="00B44F36">
      <w:pPr>
        <w:spacing w:after="0" w:line="360" w:lineRule="auto"/>
        <w:rPr>
          <w:rFonts w:asciiTheme="majorBidi" w:hAnsiTheme="majorBidi" w:cstheme="majorBidi"/>
          <w:b/>
          <w:bCs/>
        </w:rPr>
      </w:pPr>
      <w:r w:rsidRPr="00B44F36">
        <w:rPr>
          <w:rFonts w:asciiTheme="majorBidi" w:hAnsiTheme="majorBidi" w:cstheme="majorBidi"/>
          <w:b/>
          <w:bCs/>
        </w:rPr>
        <w:t>Supplementary Table S</w:t>
      </w:r>
      <w:r w:rsidR="00B44F36" w:rsidRPr="00B44F36">
        <w:rPr>
          <w:rFonts w:asciiTheme="majorBidi" w:hAnsiTheme="majorBidi" w:cstheme="majorBidi"/>
          <w:b/>
          <w:bCs/>
        </w:rPr>
        <w:t>3</w:t>
      </w:r>
    </w:p>
    <w:p w14:paraId="68A905E5" w14:textId="451CDEE8" w:rsidR="00B3051F" w:rsidRDefault="00000000" w:rsidP="00C03071">
      <w:pPr>
        <w:spacing w:after="0" w:line="360" w:lineRule="auto"/>
        <w:rPr>
          <w:rFonts w:asciiTheme="majorBidi" w:hAnsiTheme="majorBidi" w:cstheme="majorBidi"/>
        </w:rPr>
      </w:pPr>
      <w:r w:rsidRPr="00C03071">
        <w:rPr>
          <w:rFonts w:asciiTheme="majorBidi" w:hAnsiTheme="majorBidi" w:cstheme="majorBidi"/>
        </w:rPr>
        <w:t>COVID-19 versus control comparisons for tabulated lipid species: fold changes, log2 fold changes, Hedges’ g, reconstructed Welch-test p-values, and Benjamini–Hochberg FDR-adjusted q-values.</w:t>
      </w:r>
    </w:p>
    <w:p w14:paraId="3C3FE676" w14:textId="77777777" w:rsidR="00B44F36" w:rsidRPr="00C03071" w:rsidRDefault="00B44F36" w:rsidP="00C03071">
      <w:pPr>
        <w:spacing w:after="0" w:line="360" w:lineRule="auto"/>
        <w:rPr>
          <w:rFonts w:asciiTheme="majorBidi" w:hAnsiTheme="majorBidi" w:cstheme="majorBidi"/>
        </w:rPr>
      </w:pPr>
    </w:p>
    <w:p w14:paraId="37542039" w14:textId="77777777" w:rsidR="00B3051F" w:rsidRPr="00B44F36" w:rsidRDefault="00000000" w:rsidP="00B44F36">
      <w:pPr>
        <w:spacing w:after="0" w:line="360" w:lineRule="auto"/>
        <w:rPr>
          <w:rFonts w:asciiTheme="majorBidi" w:hAnsiTheme="majorBidi" w:cstheme="majorBidi"/>
          <w:b/>
          <w:bCs/>
          <w:i/>
          <w:iCs/>
        </w:rPr>
      </w:pPr>
      <w:r w:rsidRPr="00B44F36">
        <w:rPr>
          <w:rFonts w:asciiTheme="majorBidi" w:hAnsiTheme="majorBidi" w:cstheme="majorBidi"/>
          <w:b/>
          <w:bCs/>
          <w:i/>
          <w:iCs/>
        </w:rPr>
        <w:t>Plasma GPLs</w:t>
      </w:r>
    </w:p>
    <w:tbl>
      <w:tblPr>
        <w:tblStyle w:val="TableGrid"/>
        <w:tblW w:w="0" w:type="auto"/>
        <w:jc w:val="center"/>
        <w:tblLook w:val="04A0" w:firstRow="1" w:lastRow="0" w:firstColumn="1" w:lastColumn="0" w:noHBand="0" w:noVBand="1"/>
      </w:tblPr>
      <w:tblGrid>
        <w:gridCol w:w="1958"/>
        <w:gridCol w:w="816"/>
        <w:gridCol w:w="976"/>
        <w:gridCol w:w="977"/>
        <w:gridCol w:w="886"/>
        <w:gridCol w:w="1073"/>
        <w:gridCol w:w="1075"/>
        <w:gridCol w:w="1080"/>
        <w:gridCol w:w="1085"/>
      </w:tblGrid>
      <w:tr w:rsidR="00B3051F" w:rsidRPr="00C03071" w14:paraId="18F23016" w14:textId="77777777" w:rsidTr="00BA2F72">
        <w:trPr>
          <w:jc w:val="center"/>
        </w:trPr>
        <w:tc>
          <w:tcPr>
            <w:tcW w:w="2037" w:type="dxa"/>
            <w:shd w:val="clear" w:color="auto" w:fill="1F4E79"/>
            <w:vAlign w:val="center"/>
          </w:tcPr>
          <w:p w14:paraId="3164F2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Lipid</w:t>
            </w:r>
          </w:p>
        </w:tc>
        <w:tc>
          <w:tcPr>
            <w:tcW w:w="709" w:type="dxa"/>
            <w:shd w:val="clear" w:color="auto" w:fill="1F4E79"/>
            <w:vAlign w:val="center"/>
          </w:tcPr>
          <w:p w14:paraId="08A9205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mean</w:t>
            </w:r>
          </w:p>
        </w:tc>
        <w:tc>
          <w:tcPr>
            <w:tcW w:w="992" w:type="dxa"/>
            <w:shd w:val="clear" w:color="auto" w:fill="1F4E79"/>
            <w:vAlign w:val="center"/>
          </w:tcPr>
          <w:p w14:paraId="5B4AB9B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SD</w:t>
            </w:r>
          </w:p>
        </w:tc>
        <w:tc>
          <w:tcPr>
            <w:tcW w:w="992" w:type="dxa"/>
            <w:shd w:val="clear" w:color="auto" w:fill="1F4E79"/>
            <w:vAlign w:val="center"/>
          </w:tcPr>
          <w:p w14:paraId="5CC2A0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mean</w:t>
            </w:r>
          </w:p>
        </w:tc>
        <w:tc>
          <w:tcPr>
            <w:tcW w:w="893" w:type="dxa"/>
            <w:shd w:val="clear" w:color="auto" w:fill="1F4E79"/>
            <w:vAlign w:val="center"/>
          </w:tcPr>
          <w:p w14:paraId="319264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SD</w:t>
            </w:r>
          </w:p>
        </w:tc>
        <w:tc>
          <w:tcPr>
            <w:tcW w:w="1104" w:type="dxa"/>
            <w:shd w:val="clear" w:color="auto" w:fill="1F4E79"/>
            <w:vAlign w:val="center"/>
          </w:tcPr>
          <w:p w14:paraId="581BAF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Fold</w:t>
            </w:r>
            <w:r w:rsidRPr="00C03071">
              <w:rPr>
                <w:rFonts w:asciiTheme="majorBidi" w:hAnsiTheme="majorBidi" w:cstheme="majorBidi"/>
                <w:b/>
                <w:color w:val="FFFFFF"/>
                <w:sz w:val="18"/>
              </w:rPr>
              <w:br/>
              <w:t>change</w:t>
            </w:r>
          </w:p>
        </w:tc>
        <w:tc>
          <w:tcPr>
            <w:tcW w:w="1104" w:type="dxa"/>
            <w:shd w:val="clear" w:color="auto" w:fill="1F4E79"/>
            <w:vAlign w:val="center"/>
          </w:tcPr>
          <w:p w14:paraId="392D93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log2FC</w:t>
            </w:r>
          </w:p>
        </w:tc>
        <w:tc>
          <w:tcPr>
            <w:tcW w:w="1104" w:type="dxa"/>
            <w:shd w:val="clear" w:color="auto" w:fill="1F4E79"/>
            <w:vAlign w:val="center"/>
          </w:tcPr>
          <w:p w14:paraId="249095C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Hedges’ g</w:t>
            </w:r>
          </w:p>
        </w:tc>
        <w:tc>
          <w:tcPr>
            <w:tcW w:w="1104" w:type="dxa"/>
            <w:shd w:val="clear" w:color="auto" w:fill="1F4E79"/>
            <w:vAlign w:val="center"/>
          </w:tcPr>
          <w:p w14:paraId="59CFEE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FDR q</w:t>
            </w:r>
          </w:p>
        </w:tc>
      </w:tr>
      <w:tr w:rsidR="00B3051F" w:rsidRPr="00C03071" w14:paraId="7F9A0280" w14:textId="77777777" w:rsidTr="00BA2F72">
        <w:trPr>
          <w:jc w:val="center"/>
        </w:trPr>
        <w:tc>
          <w:tcPr>
            <w:tcW w:w="2037" w:type="dxa"/>
            <w:vAlign w:val="center"/>
          </w:tcPr>
          <w:p w14:paraId="1E2B84C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14:0</w:t>
            </w:r>
          </w:p>
        </w:tc>
        <w:tc>
          <w:tcPr>
            <w:tcW w:w="709" w:type="dxa"/>
            <w:vAlign w:val="center"/>
          </w:tcPr>
          <w:p w14:paraId="06907B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w:t>
            </w:r>
          </w:p>
        </w:tc>
        <w:tc>
          <w:tcPr>
            <w:tcW w:w="992" w:type="dxa"/>
            <w:vAlign w:val="center"/>
          </w:tcPr>
          <w:p w14:paraId="6FE0230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0.54</w:t>
            </w:r>
          </w:p>
        </w:tc>
        <w:tc>
          <w:tcPr>
            <w:tcW w:w="992" w:type="dxa"/>
            <w:vAlign w:val="center"/>
          </w:tcPr>
          <w:p w14:paraId="04AD22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0.59</w:t>
            </w:r>
          </w:p>
        </w:tc>
        <w:tc>
          <w:tcPr>
            <w:tcW w:w="893" w:type="dxa"/>
            <w:vAlign w:val="center"/>
          </w:tcPr>
          <w:p w14:paraId="011284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0.44</w:t>
            </w:r>
          </w:p>
        </w:tc>
        <w:tc>
          <w:tcPr>
            <w:tcW w:w="1104" w:type="dxa"/>
            <w:vAlign w:val="center"/>
          </w:tcPr>
          <w:p w14:paraId="3E70808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w:t>
            </w:r>
          </w:p>
        </w:tc>
        <w:tc>
          <w:tcPr>
            <w:tcW w:w="1104" w:type="dxa"/>
            <w:vAlign w:val="center"/>
          </w:tcPr>
          <w:p w14:paraId="7CFF96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w:t>
            </w:r>
          </w:p>
        </w:tc>
        <w:tc>
          <w:tcPr>
            <w:tcW w:w="1104" w:type="dxa"/>
            <w:vAlign w:val="center"/>
          </w:tcPr>
          <w:p w14:paraId="744A3BD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w:t>
            </w:r>
          </w:p>
        </w:tc>
        <w:tc>
          <w:tcPr>
            <w:tcW w:w="1104" w:type="dxa"/>
            <w:vAlign w:val="center"/>
          </w:tcPr>
          <w:p w14:paraId="5EE7D9C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4.05e-05</w:t>
            </w:r>
          </w:p>
        </w:tc>
      </w:tr>
      <w:tr w:rsidR="00B3051F" w:rsidRPr="00C03071" w14:paraId="0CCED347" w14:textId="77777777" w:rsidTr="00BA2F72">
        <w:trPr>
          <w:jc w:val="center"/>
        </w:trPr>
        <w:tc>
          <w:tcPr>
            <w:tcW w:w="2037" w:type="dxa"/>
            <w:vAlign w:val="center"/>
          </w:tcPr>
          <w:p w14:paraId="525EE19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15:0</w:t>
            </w:r>
          </w:p>
        </w:tc>
        <w:tc>
          <w:tcPr>
            <w:tcW w:w="709" w:type="dxa"/>
            <w:vAlign w:val="center"/>
          </w:tcPr>
          <w:p w14:paraId="1D00FF5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w:t>
            </w:r>
          </w:p>
        </w:tc>
        <w:tc>
          <w:tcPr>
            <w:tcW w:w="992" w:type="dxa"/>
            <w:vAlign w:val="center"/>
          </w:tcPr>
          <w:p w14:paraId="4A50DA9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0.37</w:t>
            </w:r>
          </w:p>
        </w:tc>
        <w:tc>
          <w:tcPr>
            <w:tcW w:w="992" w:type="dxa"/>
            <w:vAlign w:val="center"/>
          </w:tcPr>
          <w:p w14:paraId="1ADEA3D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0.31</w:t>
            </w:r>
          </w:p>
        </w:tc>
        <w:tc>
          <w:tcPr>
            <w:tcW w:w="893" w:type="dxa"/>
            <w:vAlign w:val="center"/>
          </w:tcPr>
          <w:p w14:paraId="6A40C99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0.25</w:t>
            </w:r>
          </w:p>
        </w:tc>
        <w:tc>
          <w:tcPr>
            <w:tcW w:w="1104" w:type="dxa"/>
            <w:vAlign w:val="center"/>
          </w:tcPr>
          <w:p w14:paraId="5282BF8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0.425</w:t>
            </w:r>
          </w:p>
        </w:tc>
        <w:tc>
          <w:tcPr>
            <w:tcW w:w="1104" w:type="dxa"/>
            <w:vAlign w:val="center"/>
          </w:tcPr>
          <w:p w14:paraId="7CFAB32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1104" w:type="dxa"/>
            <w:vAlign w:val="center"/>
          </w:tcPr>
          <w:p w14:paraId="38B7A47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-1.31</w:t>
            </w:r>
          </w:p>
        </w:tc>
        <w:tc>
          <w:tcPr>
            <w:tcW w:w="1104" w:type="dxa"/>
            <w:vAlign w:val="center"/>
          </w:tcPr>
          <w:p w14:paraId="782DB6E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1.33e-05</w:t>
            </w:r>
          </w:p>
        </w:tc>
      </w:tr>
      <w:tr w:rsidR="00B3051F" w:rsidRPr="00C03071" w14:paraId="0AC81331" w14:textId="77777777" w:rsidTr="00BA2F72">
        <w:trPr>
          <w:jc w:val="center"/>
        </w:trPr>
        <w:tc>
          <w:tcPr>
            <w:tcW w:w="2037" w:type="dxa"/>
            <w:vAlign w:val="center"/>
          </w:tcPr>
          <w:p w14:paraId="758BFA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O-16:0</w:t>
            </w:r>
          </w:p>
        </w:tc>
        <w:tc>
          <w:tcPr>
            <w:tcW w:w="709" w:type="dxa"/>
            <w:vAlign w:val="center"/>
          </w:tcPr>
          <w:p w14:paraId="1627F46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3.33</w:t>
            </w:r>
          </w:p>
        </w:tc>
        <w:tc>
          <w:tcPr>
            <w:tcW w:w="992" w:type="dxa"/>
            <w:vAlign w:val="center"/>
          </w:tcPr>
          <w:p w14:paraId="15D8EF0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2.98</w:t>
            </w:r>
          </w:p>
        </w:tc>
        <w:tc>
          <w:tcPr>
            <w:tcW w:w="992" w:type="dxa"/>
            <w:vAlign w:val="center"/>
          </w:tcPr>
          <w:p w14:paraId="3E5611C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w:t>
            </w:r>
          </w:p>
        </w:tc>
        <w:tc>
          <w:tcPr>
            <w:tcW w:w="893" w:type="dxa"/>
            <w:vAlign w:val="center"/>
          </w:tcPr>
          <w:p w14:paraId="06F477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0.48</w:t>
            </w:r>
          </w:p>
        </w:tc>
        <w:tc>
          <w:tcPr>
            <w:tcW w:w="1104" w:type="dxa"/>
            <w:vAlign w:val="center"/>
          </w:tcPr>
          <w:p w14:paraId="6B9C27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0.21</w:t>
            </w:r>
          </w:p>
        </w:tc>
        <w:tc>
          <w:tcPr>
            <w:tcW w:w="1104" w:type="dxa"/>
            <w:vAlign w:val="center"/>
          </w:tcPr>
          <w:p w14:paraId="60A094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-2.25</w:t>
            </w:r>
          </w:p>
        </w:tc>
        <w:tc>
          <w:tcPr>
            <w:tcW w:w="1104" w:type="dxa"/>
            <w:vAlign w:val="center"/>
          </w:tcPr>
          <w:p w14:paraId="0B7E215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-1.22</w:t>
            </w:r>
          </w:p>
        </w:tc>
        <w:tc>
          <w:tcPr>
            <w:tcW w:w="1104" w:type="dxa"/>
            <w:vAlign w:val="center"/>
          </w:tcPr>
          <w:p w14:paraId="00D1C6E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6.73e-05</w:t>
            </w:r>
          </w:p>
        </w:tc>
      </w:tr>
      <w:tr w:rsidR="00B3051F" w:rsidRPr="00C03071" w14:paraId="5CCEA911" w14:textId="77777777" w:rsidTr="00BA2F72">
        <w:trPr>
          <w:jc w:val="center"/>
        </w:trPr>
        <w:tc>
          <w:tcPr>
            <w:tcW w:w="2037" w:type="dxa"/>
            <w:vAlign w:val="center"/>
          </w:tcPr>
          <w:p w14:paraId="3894E3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16:0</w:t>
            </w:r>
          </w:p>
        </w:tc>
        <w:tc>
          <w:tcPr>
            <w:tcW w:w="709" w:type="dxa"/>
            <w:vAlign w:val="center"/>
          </w:tcPr>
          <w:p w14:paraId="42EEE42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91.5</w:t>
            </w:r>
          </w:p>
        </w:tc>
        <w:tc>
          <w:tcPr>
            <w:tcW w:w="992" w:type="dxa"/>
            <w:vAlign w:val="center"/>
          </w:tcPr>
          <w:p w14:paraId="61B4C5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21.9</w:t>
            </w:r>
          </w:p>
        </w:tc>
        <w:tc>
          <w:tcPr>
            <w:tcW w:w="992" w:type="dxa"/>
            <w:vAlign w:val="center"/>
          </w:tcPr>
          <w:p w14:paraId="6EFB45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50.9</w:t>
            </w:r>
          </w:p>
        </w:tc>
        <w:tc>
          <w:tcPr>
            <w:tcW w:w="893" w:type="dxa"/>
            <w:vAlign w:val="center"/>
          </w:tcPr>
          <w:p w14:paraId="38A9EA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20.2</w:t>
            </w:r>
          </w:p>
        </w:tc>
        <w:tc>
          <w:tcPr>
            <w:tcW w:w="1104" w:type="dxa"/>
            <w:vAlign w:val="center"/>
          </w:tcPr>
          <w:p w14:paraId="69A0B93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0.556</w:t>
            </w:r>
          </w:p>
        </w:tc>
        <w:tc>
          <w:tcPr>
            <w:tcW w:w="1104" w:type="dxa"/>
            <w:vAlign w:val="center"/>
          </w:tcPr>
          <w:p w14:paraId="55EE8CE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-0.847</w:t>
            </w:r>
          </w:p>
        </w:tc>
        <w:tc>
          <w:tcPr>
            <w:tcW w:w="1104" w:type="dxa"/>
            <w:vAlign w:val="center"/>
          </w:tcPr>
          <w:p w14:paraId="3B9F976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w:t>
            </w:r>
          </w:p>
        </w:tc>
        <w:tc>
          <w:tcPr>
            <w:tcW w:w="1104" w:type="dxa"/>
            <w:vAlign w:val="center"/>
          </w:tcPr>
          <w:p w14:paraId="747F904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1.01e-08</w:t>
            </w:r>
          </w:p>
        </w:tc>
      </w:tr>
      <w:tr w:rsidR="00B3051F" w:rsidRPr="00C03071" w14:paraId="385509D3" w14:textId="77777777" w:rsidTr="00BA2F72">
        <w:trPr>
          <w:jc w:val="center"/>
        </w:trPr>
        <w:tc>
          <w:tcPr>
            <w:tcW w:w="2037" w:type="dxa"/>
            <w:vAlign w:val="center"/>
          </w:tcPr>
          <w:p w14:paraId="7F38D0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O-18:1</w:t>
            </w:r>
          </w:p>
        </w:tc>
        <w:tc>
          <w:tcPr>
            <w:tcW w:w="709" w:type="dxa"/>
            <w:vAlign w:val="center"/>
          </w:tcPr>
          <w:p w14:paraId="41ABA04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0.79</w:t>
            </w:r>
          </w:p>
        </w:tc>
        <w:tc>
          <w:tcPr>
            <w:tcW w:w="992" w:type="dxa"/>
            <w:vAlign w:val="center"/>
          </w:tcPr>
          <w:p w14:paraId="703156D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0.35</w:t>
            </w:r>
          </w:p>
        </w:tc>
        <w:tc>
          <w:tcPr>
            <w:tcW w:w="992" w:type="dxa"/>
            <w:vAlign w:val="center"/>
          </w:tcPr>
          <w:p w14:paraId="2FDDE1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0.33</w:t>
            </w:r>
          </w:p>
        </w:tc>
        <w:tc>
          <w:tcPr>
            <w:tcW w:w="893" w:type="dxa"/>
            <w:vAlign w:val="center"/>
          </w:tcPr>
          <w:p w14:paraId="6E2D6CF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0.18</w:t>
            </w:r>
          </w:p>
        </w:tc>
        <w:tc>
          <w:tcPr>
            <w:tcW w:w="1104" w:type="dxa"/>
            <w:vAlign w:val="center"/>
          </w:tcPr>
          <w:p w14:paraId="5FB914B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0.418</w:t>
            </w:r>
          </w:p>
        </w:tc>
        <w:tc>
          <w:tcPr>
            <w:tcW w:w="1104" w:type="dxa"/>
            <w:vAlign w:val="center"/>
          </w:tcPr>
          <w:p w14:paraId="5A5DAA0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-1.26</w:t>
            </w:r>
          </w:p>
        </w:tc>
        <w:tc>
          <w:tcPr>
            <w:tcW w:w="1104" w:type="dxa"/>
            <w:vAlign w:val="center"/>
          </w:tcPr>
          <w:p w14:paraId="56514C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-1.63</w:t>
            </w:r>
          </w:p>
        </w:tc>
        <w:tc>
          <w:tcPr>
            <w:tcW w:w="1104" w:type="dxa"/>
            <w:vAlign w:val="center"/>
          </w:tcPr>
          <w:p w14:paraId="07FE0D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5.68e-07</w:t>
            </w:r>
          </w:p>
        </w:tc>
      </w:tr>
      <w:tr w:rsidR="00B3051F" w:rsidRPr="00C03071" w14:paraId="2517FB9B" w14:textId="77777777" w:rsidTr="00BA2F72">
        <w:trPr>
          <w:jc w:val="center"/>
        </w:trPr>
        <w:tc>
          <w:tcPr>
            <w:tcW w:w="2037" w:type="dxa"/>
            <w:vAlign w:val="center"/>
          </w:tcPr>
          <w:p w14:paraId="3166C29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P18:0</w:t>
            </w:r>
          </w:p>
        </w:tc>
        <w:tc>
          <w:tcPr>
            <w:tcW w:w="709" w:type="dxa"/>
            <w:vAlign w:val="center"/>
          </w:tcPr>
          <w:p w14:paraId="4E43D3A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0.65</w:t>
            </w:r>
          </w:p>
        </w:tc>
        <w:tc>
          <w:tcPr>
            <w:tcW w:w="992" w:type="dxa"/>
            <w:vAlign w:val="center"/>
          </w:tcPr>
          <w:p w14:paraId="1B1B7B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0.28</w:t>
            </w:r>
          </w:p>
        </w:tc>
        <w:tc>
          <w:tcPr>
            <w:tcW w:w="992" w:type="dxa"/>
            <w:vAlign w:val="center"/>
          </w:tcPr>
          <w:p w14:paraId="0858ACD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0.17</w:t>
            </w:r>
          </w:p>
        </w:tc>
        <w:tc>
          <w:tcPr>
            <w:tcW w:w="893" w:type="dxa"/>
            <w:vAlign w:val="center"/>
          </w:tcPr>
          <w:p w14:paraId="4CEBE9A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0.17</w:t>
            </w:r>
          </w:p>
        </w:tc>
        <w:tc>
          <w:tcPr>
            <w:tcW w:w="1104" w:type="dxa"/>
            <w:vAlign w:val="center"/>
          </w:tcPr>
          <w:p w14:paraId="116FB04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0.262</w:t>
            </w:r>
          </w:p>
        </w:tc>
        <w:tc>
          <w:tcPr>
            <w:tcW w:w="1104" w:type="dxa"/>
            <w:vAlign w:val="center"/>
          </w:tcPr>
          <w:p w14:paraId="04CAF40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-1.93</w:t>
            </w:r>
          </w:p>
        </w:tc>
        <w:tc>
          <w:tcPr>
            <w:tcW w:w="1104" w:type="dxa"/>
            <w:vAlign w:val="center"/>
          </w:tcPr>
          <w:p w14:paraId="7901898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-2.05</w:t>
            </w:r>
          </w:p>
        </w:tc>
        <w:tc>
          <w:tcPr>
            <w:tcW w:w="1104" w:type="dxa"/>
            <w:vAlign w:val="center"/>
          </w:tcPr>
          <w:p w14:paraId="4B054A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8.46e-09</w:t>
            </w:r>
          </w:p>
        </w:tc>
      </w:tr>
      <w:tr w:rsidR="00B3051F" w:rsidRPr="00C03071" w14:paraId="696BF8C4" w14:textId="77777777" w:rsidTr="00BA2F72">
        <w:trPr>
          <w:jc w:val="center"/>
        </w:trPr>
        <w:tc>
          <w:tcPr>
            <w:tcW w:w="2037" w:type="dxa"/>
            <w:vAlign w:val="center"/>
          </w:tcPr>
          <w:p w14:paraId="241C21C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18:3</w:t>
            </w:r>
          </w:p>
        </w:tc>
        <w:tc>
          <w:tcPr>
            <w:tcW w:w="709" w:type="dxa"/>
            <w:vAlign w:val="center"/>
          </w:tcPr>
          <w:p w14:paraId="6649B40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0.45</w:t>
            </w:r>
          </w:p>
        </w:tc>
        <w:tc>
          <w:tcPr>
            <w:tcW w:w="992" w:type="dxa"/>
            <w:vAlign w:val="center"/>
          </w:tcPr>
          <w:p w14:paraId="348C42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0.26</w:t>
            </w:r>
          </w:p>
        </w:tc>
        <w:tc>
          <w:tcPr>
            <w:tcW w:w="992" w:type="dxa"/>
            <w:vAlign w:val="center"/>
          </w:tcPr>
          <w:p w14:paraId="03DAD11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0.19</w:t>
            </w:r>
          </w:p>
        </w:tc>
        <w:tc>
          <w:tcPr>
            <w:tcW w:w="893" w:type="dxa"/>
            <w:vAlign w:val="center"/>
          </w:tcPr>
          <w:p w14:paraId="7C950B8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0.18</w:t>
            </w:r>
          </w:p>
        </w:tc>
        <w:tc>
          <w:tcPr>
            <w:tcW w:w="1104" w:type="dxa"/>
            <w:vAlign w:val="center"/>
          </w:tcPr>
          <w:p w14:paraId="7CE7B9D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0.422</w:t>
            </w:r>
          </w:p>
        </w:tc>
        <w:tc>
          <w:tcPr>
            <w:tcW w:w="1104" w:type="dxa"/>
            <w:vAlign w:val="center"/>
          </w:tcPr>
          <w:p w14:paraId="60D0724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1104" w:type="dxa"/>
            <w:vAlign w:val="center"/>
          </w:tcPr>
          <w:p w14:paraId="37BDB2B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w:t>
            </w:r>
          </w:p>
        </w:tc>
        <w:tc>
          <w:tcPr>
            <w:tcW w:w="1104" w:type="dxa"/>
            <w:vAlign w:val="center"/>
          </w:tcPr>
          <w:p w14:paraId="037CE5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6.31e-05</w:t>
            </w:r>
          </w:p>
        </w:tc>
      </w:tr>
      <w:tr w:rsidR="00B3051F" w:rsidRPr="00C03071" w14:paraId="7456D1D4" w14:textId="77777777" w:rsidTr="00BA2F72">
        <w:trPr>
          <w:jc w:val="center"/>
        </w:trPr>
        <w:tc>
          <w:tcPr>
            <w:tcW w:w="2037" w:type="dxa"/>
            <w:vAlign w:val="center"/>
          </w:tcPr>
          <w:p w14:paraId="6E33574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18:2</w:t>
            </w:r>
          </w:p>
        </w:tc>
        <w:tc>
          <w:tcPr>
            <w:tcW w:w="709" w:type="dxa"/>
            <w:vAlign w:val="center"/>
          </w:tcPr>
          <w:p w14:paraId="42A779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49.5</w:t>
            </w:r>
          </w:p>
        </w:tc>
        <w:tc>
          <w:tcPr>
            <w:tcW w:w="992" w:type="dxa"/>
            <w:vAlign w:val="center"/>
          </w:tcPr>
          <w:p w14:paraId="2DFDA28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22.8</w:t>
            </w:r>
          </w:p>
        </w:tc>
        <w:tc>
          <w:tcPr>
            <w:tcW w:w="992" w:type="dxa"/>
            <w:vAlign w:val="center"/>
          </w:tcPr>
          <w:p w14:paraId="7650498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16.7</w:t>
            </w:r>
          </w:p>
        </w:tc>
        <w:tc>
          <w:tcPr>
            <w:tcW w:w="893" w:type="dxa"/>
            <w:vAlign w:val="center"/>
          </w:tcPr>
          <w:p w14:paraId="012123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8.18</w:t>
            </w:r>
          </w:p>
        </w:tc>
        <w:tc>
          <w:tcPr>
            <w:tcW w:w="1104" w:type="dxa"/>
            <w:vAlign w:val="center"/>
          </w:tcPr>
          <w:p w14:paraId="6F5011B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0.336</w:t>
            </w:r>
          </w:p>
        </w:tc>
        <w:tc>
          <w:tcPr>
            <w:tcW w:w="1104" w:type="dxa"/>
            <w:vAlign w:val="center"/>
          </w:tcPr>
          <w:p w14:paraId="6DC3E66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-1.57</w:t>
            </w:r>
          </w:p>
        </w:tc>
        <w:tc>
          <w:tcPr>
            <w:tcW w:w="1104" w:type="dxa"/>
            <w:vAlign w:val="center"/>
          </w:tcPr>
          <w:p w14:paraId="0F6A014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1104" w:type="dxa"/>
            <w:vAlign w:val="center"/>
          </w:tcPr>
          <w:p w14:paraId="70BF421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1.15e-07</w:t>
            </w:r>
          </w:p>
        </w:tc>
      </w:tr>
      <w:tr w:rsidR="00B3051F" w:rsidRPr="00C03071" w14:paraId="62CBE811" w14:textId="77777777" w:rsidTr="00BA2F72">
        <w:trPr>
          <w:jc w:val="center"/>
        </w:trPr>
        <w:tc>
          <w:tcPr>
            <w:tcW w:w="2037" w:type="dxa"/>
            <w:vAlign w:val="center"/>
          </w:tcPr>
          <w:p w14:paraId="41BCA6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18:1</w:t>
            </w:r>
          </w:p>
        </w:tc>
        <w:tc>
          <w:tcPr>
            <w:tcW w:w="709" w:type="dxa"/>
            <w:vAlign w:val="center"/>
          </w:tcPr>
          <w:p w14:paraId="7D58F3B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28.6</w:t>
            </w:r>
          </w:p>
        </w:tc>
        <w:tc>
          <w:tcPr>
            <w:tcW w:w="992" w:type="dxa"/>
            <w:vAlign w:val="center"/>
          </w:tcPr>
          <w:p w14:paraId="588BD35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10.7</w:t>
            </w:r>
          </w:p>
        </w:tc>
        <w:tc>
          <w:tcPr>
            <w:tcW w:w="992" w:type="dxa"/>
            <w:vAlign w:val="center"/>
          </w:tcPr>
          <w:p w14:paraId="073741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14.4</w:t>
            </w:r>
          </w:p>
        </w:tc>
        <w:tc>
          <w:tcPr>
            <w:tcW w:w="893" w:type="dxa"/>
            <w:vAlign w:val="center"/>
          </w:tcPr>
          <w:p w14:paraId="6DE8864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7.28</w:t>
            </w:r>
          </w:p>
        </w:tc>
        <w:tc>
          <w:tcPr>
            <w:tcW w:w="1104" w:type="dxa"/>
            <w:vAlign w:val="center"/>
          </w:tcPr>
          <w:p w14:paraId="0C7404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0.505</w:t>
            </w:r>
          </w:p>
        </w:tc>
        <w:tc>
          <w:tcPr>
            <w:tcW w:w="1104" w:type="dxa"/>
            <w:vAlign w:val="center"/>
          </w:tcPr>
          <w:p w14:paraId="59D2BB9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-0.985</w:t>
            </w:r>
          </w:p>
        </w:tc>
        <w:tc>
          <w:tcPr>
            <w:tcW w:w="1104" w:type="dxa"/>
            <w:vAlign w:val="center"/>
          </w:tcPr>
          <w:p w14:paraId="0474B6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1104" w:type="dxa"/>
            <w:vAlign w:val="center"/>
          </w:tcPr>
          <w:p w14:paraId="0C88450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9.51e-07</w:t>
            </w:r>
          </w:p>
        </w:tc>
      </w:tr>
      <w:tr w:rsidR="00B3051F" w:rsidRPr="00C03071" w14:paraId="638194F2" w14:textId="77777777" w:rsidTr="00BA2F72">
        <w:trPr>
          <w:jc w:val="center"/>
        </w:trPr>
        <w:tc>
          <w:tcPr>
            <w:tcW w:w="2037" w:type="dxa"/>
            <w:vAlign w:val="center"/>
          </w:tcPr>
          <w:p w14:paraId="4392B0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18:0</w:t>
            </w:r>
          </w:p>
        </w:tc>
        <w:tc>
          <w:tcPr>
            <w:tcW w:w="709" w:type="dxa"/>
            <w:vAlign w:val="center"/>
          </w:tcPr>
          <w:p w14:paraId="6D8C5CB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27.4</w:t>
            </w:r>
          </w:p>
        </w:tc>
        <w:tc>
          <w:tcPr>
            <w:tcW w:w="992" w:type="dxa"/>
            <w:vAlign w:val="center"/>
          </w:tcPr>
          <w:p w14:paraId="3CCE324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8.29</w:t>
            </w:r>
          </w:p>
        </w:tc>
        <w:tc>
          <w:tcPr>
            <w:tcW w:w="992" w:type="dxa"/>
            <w:vAlign w:val="center"/>
          </w:tcPr>
          <w:p w14:paraId="4D6C68A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15.4</w:t>
            </w:r>
          </w:p>
        </w:tc>
        <w:tc>
          <w:tcPr>
            <w:tcW w:w="893" w:type="dxa"/>
            <w:vAlign w:val="center"/>
          </w:tcPr>
          <w:p w14:paraId="52F7766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6.89</w:t>
            </w:r>
          </w:p>
        </w:tc>
        <w:tc>
          <w:tcPr>
            <w:tcW w:w="1104" w:type="dxa"/>
            <w:vAlign w:val="center"/>
          </w:tcPr>
          <w:p w14:paraId="7A854B6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0.561</w:t>
            </w:r>
          </w:p>
        </w:tc>
        <w:tc>
          <w:tcPr>
            <w:tcW w:w="1104" w:type="dxa"/>
            <w:vAlign w:val="center"/>
          </w:tcPr>
          <w:p w14:paraId="66AB1C1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-0.834</w:t>
            </w:r>
          </w:p>
        </w:tc>
        <w:tc>
          <w:tcPr>
            <w:tcW w:w="1104" w:type="dxa"/>
            <w:vAlign w:val="center"/>
          </w:tcPr>
          <w:p w14:paraId="4D617E7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-1.56</w:t>
            </w:r>
          </w:p>
        </w:tc>
        <w:tc>
          <w:tcPr>
            <w:tcW w:w="1104" w:type="dxa"/>
            <w:vAlign w:val="center"/>
          </w:tcPr>
          <w:p w14:paraId="303E5CF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5.68e-07</w:t>
            </w:r>
          </w:p>
        </w:tc>
      </w:tr>
      <w:tr w:rsidR="00B3051F" w:rsidRPr="00C03071" w14:paraId="15B9ACDC" w14:textId="77777777" w:rsidTr="00BA2F72">
        <w:trPr>
          <w:jc w:val="center"/>
        </w:trPr>
        <w:tc>
          <w:tcPr>
            <w:tcW w:w="2037" w:type="dxa"/>
            <w:vAlign w:val="center"/>
          </w:tcPr>
          <w:p w14:paraId="7D3BF59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20:5</w:t>
            </w:r>
          </w:p>
        </w:tc>
        <w:tc>
          <w:tcPr>
            <w:tcW w:w="709" w:type="dxa"/>
            <w:vAlign w:val="center"/>
          </w:tcPr>
          <w:p w14:paraId="004A38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1.04</w:t>
            </w:r>
          </w:p>
        </w:tc>
        <w:tc>
          <w:tcPr>
            <w:tcW w:w="992" w:type="dxa"/>
            <w:vAlign w:val="center"/>
          </w:tcPr>
          <w:p w14:paraId="3A66E78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w:t>
            </w:r>
          </w:p>
        </w:tc>
        <w:tc>
          <w:tcPr>
            <w:tcW w:w="992" w:type="dxa"/>
            <w:vAlign w:val="center"/>
          </w:tcPr>
          <w:p w14:paraId="18CC51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0.25</w:t>
            </w:r>
          </w:p>
        </w:tc>
        <w:tc>
          <w:tcPr>
            <w:tcW w:w="893" w:type="dxa"/>
            <w:vAlign w:val="center"/>
          </w:tcPr>
          <w:p w14:paraId="7171AD5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0.19</w:t>
            </w:r>
          </w:p>
        </w:tc>
        <w:tc>
          <w:tcPr>
            <w:tcW w:w="1104" w:type="dxa"/>
            <w:vAlign w:val="center"/>
          </w:tcPr>
          <w:p w14:paraId="31132A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0.24</w:t>
            </w:r>
          </w:p>
        </w:tc>
        <w:tc>
          <w:tcPr>
            <w:tcW w:w="1104" w:type="dxa"/>
            <w:vAlign w:val="center"/>
          </w:tcPr>
          <w:p w14:paraId="47490F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-2.06</w:t>
            </w:r>
          </w:p>
        </w:tc>
        <w:tc>
          <w:tcPr>
            <w:tcW w:w="1104" w:type="dxa"/>
            <w:vAlign w:val="center"/>
          </w:tcPr>
          <w:p w14:paraId="58E0ABB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-1.34</w:t>
            </w:r>
          </w:p>
        </w:tc>
        <w:tc>
          <w:tcPr>
            <w:tcW w:w="1104" w:type="dxa"/>
            <w:vAlign w:val="center"/>
          </w:tcPr>
          <w:p w14:paraId="3E27BE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2.18e-05</w:t>
            </w:r>
          </w:p>
        </w:tc>
      </w:tr>
      <w:tr w:rsidR="00B3051F" w:rsidRPr="00C03071" w14:paraId="217594B2" w14:textId="77777777" w:rsidTr="00BA2F72">
        <w:trPr>
          <w:jc w:val="center"/>
        </w:trPr>
        <w:tc>
          <w:tcPr>
            <w:tcW w:w="2037" w:type="dxa"/>
            <w:vAlign w:val="center"/>
          </w:tcPr>
          <w:p w14:paraId="0F293C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20:4</w:t>
            </w:r>
          </w:p>
        </w:tc>
        <w:tc>
          <w:tcPr>
            <w:tcW w:w="709" w:type="dxa"/>
            <w:vAlign w:val="center"/>
          </w:tcPr>
          <w:p w14:paraId="3BF2A20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20.1</w:t>
            </w:r>
          </w:p>
        </w:tc>
        <w:tc>
          <w:tcPr>
            <w:tcW w:w="992" w:type="dxa"/>
            <w:vAlign w:val="center"/>
          </w:tcPr>
          <w:p w14:paraId="663EF3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8.33</w:t>
            </w:r>
          </w:p>
        </w:tc>
        <w:tc>
          <w:tcPr>
            <w:tcW w:w="992" w:type="dxa"/>
            <w:vAlign w:val="center"/>
          </w:tcPr>
          <w:p w14:paraId="181B288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10.9</w:t>
            </w:r>
          </w:p>
        </w:tc>
        <w:tc>
          <w:tcPr>
            <w:tcW w:w="893" w:type="dxa"/>
            <w:vAlign w:val="center"/>
          </w:tcPr>
          <w:p w14:paraId="64EFB4D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5.08</w:t>
            </w:r>
          </w:p>
        </w:tc>
        <w:tc>
          <w:tcPr>
            <w:tcW w:w="1104" w:type="dxa"/>
            <w:vAlign w:val="center"/>
          </w:tcPr>
          <w:p w14:paraId="5AF878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0.544</w:t>
            </w:r>
          </w:p>
        </w:tc>
        <w:tc>
          <w:tcPr>
            <w:tcW w:w="1104" w:type="dxa"/>
            <w:vAlign w:val="center"/>
          </w:tcPr>
          <w:p w14:paraId="0937EBD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-0.88</w:t>
            </w:r>
          </w:p>
        </w:tc>
        <w:tc>
          <w:tcPr>
            <w:tcW w:w="1104" w:type="dxa"/>
            <w:vAlign w:val="center"/>
          </w:tcPr>
          <w:p w14:paraId="415F518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-1.31</w:t>
            </w:r>
          </w:p>
        </w:tc>
        <w:tc>
          <w:tcPr>
            <w:tcW w:w="1104" w:type="dxa"/>
            <w:vAlign w:val="center"/>
          </w:tcPr>
          <w:p w14:paraId="00C85B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1.4e-05</w:t>
            </w:r>
          </w:p>
        </w:tc>
      </w:tr>
      <w:tr w:rsidR="00B3051F" w:rsidRPr="00C03071" w14:paraId="45949CCA" w14:textId="77777777" w:rsidTr="00BA2F72">
        <w:trPr>
          <w:jc w:val="center"/>
        </w:trPr>
        <w:tc>
          <w:tcPr>
            <w:tcW w:w="2037" w:type="dxa"/>
            <w:vAlign w:val="center"/>
          </w:tcPr>
          <w:p w14:paraId="36D63B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20:3</w:t>
            </w:r>
          </w:p>
        </w:tc>
        <w:tc>
          <w:tcPr>
            <w:tcW w:w="709" w:type="dxa"/>
            <w:vAlign w:val="center"/>
          </w:tcPr>
          <w:p w14:paraId="53B06E2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8.52</w:t>
            </w:r>
          </w:p>
        </w:tc>
        <w:tc>
          <w:tcPr>
            <w:tcW w:w="992" w:type="dxa"/>
            <w:vAlign w:val="center"/>
          </w:tcPr>
          <w:p w14:paraId="327EF75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6.13</w:t>
            </w:r>
          </w:p>
        </w:tc>
        <w:tc>
          <w:tcPr>
            <w:tcW w:w="992" w:type="dxa"/>
            <w:vAlign w:val="center"/>
          </w:tcPr>
          <w:p w14:paraId="4BE43D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2.24</w:t>
            </w:r>
          </w:p>
        </w:tc>
        <w:tc>
          <w:tcPr>
            <w:tcW w:w="893" w:type="dxa"/>
            <w:vAlign w:val="center"/>
          </w:tcPr>
          <w:p w14:paraId="0E15FAA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1.51</w:t>
            </w:r>
          </w:p>
        </w:tc>
        <w:tc>
          <w:tcPr>
            <w:tcW w:w="1104" w:type="dxa"/>
            <w:vAlign w:val="center"/>
          </w:tcPr>
          <w:p w14:paraId="7C3DDA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0.263</w:t>
            </w:r>
          </w:p>
        </w:tc>
        <w:tc>
          <w:tcPr>
            <w:tcW w:w="1104" w:type="dxa"/>
            <w:vAlign w:val="center"/>
          </w:tcPr>
          <w:p w14:paraId="6BEF321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-1.93</w:t>
            </w:r>
          </w:p>
        </w:tc>
        <w:tc>
          <w:tcPr>
            <w:tcW w:w="1104" w:type="dxa"/>
            <w:vAlign w:val="center"/>
          </w:tcPr>
          <w:p w14:paraId="5261BC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-1.39</w:t>
            </w:r>
          </w:p>
        </w:tc>
        <w:tc>
          <w:tcPr>
            <w:tcW w:w="1104" w:type="dxa"/>
            <w:vAlign w:val="center"/>
          </w:tcPr>
          <w:p w14:paraId="0A99B3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1.4e-05</w:t>
            </w:r>
          </w:p>
        </w:tc>
      </w:tr>
      <w:tr w:rsidR="00B3051F" w:rsidRPr="00C03071" w14:paraId="7FD2E0A8" w14:textId="77777777" w:rsidTr="00BA2F72">
        <w:trPr>
          <w:jc w:val="center"/>
        </w:trPr>
        <w:tc>
          <w:tcPr>
            <w:tcW w:w="2037" w:type="dxa"/>
            <w:vAlign w:val="center"/>
          </w:tcPr>
          <w:p w14:paraId="714FC3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20:1</w:t>
            </w:r>
          </w:p>
        </w:tc>
        <w:tc>
          <w:tcPr>
            <w:tcW w:w="709" w:type="dxa"/>
            <w:vAlign w:val="center"/>
          </w:tcPr>
          <w:p w14:paraId="1C1A68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0.45</w:t>
            </w:r>
          </w:p>
        </w:tc>
        <w:tc>
          <w:tcPr>
            <w:tcW w:w="992" w:type="dxa"/>
            <w:vAlign w:val="center"/>
          </w:tcPr>
          <w:p w14:paraId="3C16A85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0.25</w:t>
            </w:r>
          </w:p>
        </w:tc>
        <w:tc>
          <w:tcPr>
            <w:tcW w:w="992" w:type="dxa"/>
            <w:vAlign w:val="center"/>
          </w:tcPr>
          <w:p w14:paraId="4C4507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w:t>
            </w:r>
          </w:p>
        </w:tc>
        <w:tc>
          <w:tcPr>
            <w:tcW w:w="893" w:type="dxa"/>
            <w:vAlign w:val="center"/>
          </w:tcPr>
          <w:p w14:paraId="0F4AB51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0.15</w:t>
            </w:r>
          </w:p>
        </w:tc>
        <w:tc>
          <w:tcPr>
            <w:tcW w:w="1104" w:type="dxa"/>
            <w:vAlign w:val="center"/>
          </w:tcPr>
          <w:p w14:paraId="401157F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0.444</w:t>
            </w:r>
          </w:p>
        </w:tc>
        <w:tc>
          <w:tcPr>
            <w:tcW w:w="1104" w:type="dxa"/>
            <w:vAlign w:val="center"/>
          </w:tcPr>
          <w:p w14:paraId="7467A1A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-1.17</w:t>
            </w:r>
          </w:p>
        </w:tc>
        <w:tc>
          <w:tcPr>
            <w:tcW w:w="1104" w:type="dxa"/>
            <w:vAlign w:val="center"/>
          </w:tcPr>
          <w:p w14:paraId="46B23D9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w:t>
            </w:r>
          </w:p>
        </w:tc>
        <w:tc>
          <w:tcPr>
            <w:tcW w:w="1104" w:type="dxa"/>
            <w:vAlign w:val="center"/>
          </w:tcPr>
          <w:p w14:paraId="3EF2B3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4.08e-05</w:t>
            </w:r>
          </w:p>
        </w:tc>
      </w:tr>
      <w:tr w:rsidR="00B3051F" w:rsidRPr="00C03071" w14:paraId="6750EDEE" w14:textId="77777777" w:rsidTr="00BA2F72">
        <w:trPr>
          <w:jc w:val="center"/>
        </w:trPr>
        <w:tc>
          <w:tcPr>
            <w:tcW w:w="2037" w:type="dxa"/>
            <w:vAlign w:val="center"/>
          </w:tcPr>
          <w:p w14:paraId="5801816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22:6</w:t>
            </w:r>
          </w:p>
        </w:tc>
        <w:tc>
          <w:tcPr>
            <w:tcW w:w="709" w:type="dxa"/>
            <w:vAlign w:val="center"/>
          </w:tcPr>
          <w:p w14:paraId="4CCDDC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3.83</w:t>
            </w:r>
          </w:p>
        </w:tc>
        <w:tc>
          <w:tcPr>
            <w:tcW w:w="992" w:type="dxa"/>
            <w:vAlign w:val="center"/>
          </w:tcPr>
          <w:p w14:paraId="10A3422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2.35</w:t>
            </w:r>
          </w:p>
        </w:tc>
        <w:tc>
          <w:tcPr>
            <w:tcW w:w="992" w:type="dxa"/>
            <w:vAlign w:val="center"/>
          </w:tcPr>
          <w:p w14:paraId="622CC7A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893" w:type="dxa"/>
            <w:vAlign w:val="center"/>
          </w:tcPr>
          <w:p w14:paraId="6AF3249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1104" w:type="dxa"/>
            <w:vAlign w:val="center"/>
          </w:tcPr>
          <w:p w14:paraId="0CCF51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0.493</w:t>
            </w:r>
          </w:p>
        </w:tc>
        <w:tc>
          <w:tcPr>
            <w:tcW w:w="1104" w:type="dxa"/>
            <w:vAlign w:val="center"/>
          </w:tcPr>
          <w:p w14:paraId="087E3DB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1104" w:type="dxa"/>
            <w:vAlign w:val="center"/>
          </w:tcPr>
          <w:p w14:paraId="6E112D8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-1.04</w:t>
            </w:r>
          </w:p>
        </w:tc>
        <w:tc>
          <w:tcPr>
            <w:tcW w:w="1104" w:type="dxa"/>
            <w:vAlign w:val="center"/>
          </w:tcPr>
          <w:p w14:paraId="240B79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0.000285</w:t>
            </w:r>
          </w:p>
        </w:tc>
      </w:tr>
      <w:tr w:rsidR="00B3051F" w:rsidRPr="00C03071" w14:paraId="52D772FF" w14:textId="77777777" w:rsidTr="00BA2F72">
        <w:trPr>
          <w:jc w:val="center"/>
        </w:trPr>
        <w:tc>
          <w:tcPr>
            <w:tcW w:w="2037" w:type="dxa"/>
            <w:vAlign w:val="center"/>
          </w:tcPr>
          <w:p w14:paraId="26C4C13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(15:0/20:4)</w:t>
            </w:r>
          </w:p>
        </w:tc>
        <w:tc>
          <w:tcPr>
            <w:tcW w:w="709" w:type="dxa"/>
            <w:vAlign w:val="center"/>
          </w:tcPr>
          <w:p w14:paraId="653446B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17.2</w:t>
            </w:r>
          </w:p>
        </w:tc>
        <w:tc>
          <w:tcPr>
            <w:tcW w:w="992" w:type="dxa"/>
            <w:vAlign w:val="center"/>
          </w:tcPr>
          <w:p w14:paraId="218908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6.77</w:t>
            </w:r>
          </w:p>
        </w:tc>
        <w:tc>
          <w:tcPr>
            <w:tcW w:w="992" w:type="dxa"/>
            <w:vAlign w:val="center"/>
          </w:tcPr>
          <w:p w14:paraId="212987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10.5</w:t>
            </w:r>
          </w:p>
        </w:tc>
        <w:tc>
          <w:tcPr>
            <w:tcW w:w="893" w:type="dxa"/>
            <w:vAlign w:val="center"/>
          </w:tcPr>
          <w:p w14:paraId="5135AF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6.35</w:t>
            </w:r>
          </w:p>
        </w:tc>
        <w:tc>
          <w:tcPr>
            <w:tcW w:w="1104" w:type="dxa"/>
            <w:vAlign w:val="center"/>
          </w:tcPr>
          <w:p w14:paraId="1393517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0.61</w:t>
            </w:r>
          </w:p>
        </w:tc>
        <w:tc>
          <w:tcPr>
            <w:tcW w:w="1104" w:type="dxa"/>
            <w:vAlign w:val="center"/>
          </w:tcPr>
          <w:p w14:paraId="15A97EC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-0.713</w:t>
            </w:r>
          </w:p>
        </w:tc>
        <w:tc>
          <w:tcPr>
            <w:tcW w:w="1104" w:type="dxa"/>
            <w:vAlign w:val="center"/>
          </w:tcPr>
          <w:p w14:paraId="227065E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-1.01</w:t>
            </w:r>
          </w:p>
        </w:tc>
        <w:tc>
          <w:tcPr>
            <w:tcW w:w="1104" w:type="dxa"/>
            <w:vAlign w:val="center"/>
          </w:tcPr>
          <w:p w14:paraId="4D01A30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0.000285</w:t>
            </w:r>
          </w:p>
        </w:tc>
      </w:tr>
      <w:tr w:rsidR="00B3051F" w:rsidRPr="00C03071" w14:paraId="03AFBA81" w14:textId="77777777" w:rsidTr="00BA2F72">
        <w:trPr>
          <w:jc w:val="center"/>
        </w:trPr>
        <w:tc>
          <w:tcPr>
            <w:tcW w:w="2037" w:type="dxa"/>
            <w:vAlign w:val="center"/>
          </w:tcPr>
          <w:p w14:paraId="2E63705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(18:2/18:2)</w:t>
            </w:r>
          </w:p>
        </w:tc>
        <w:tc>
          <w:tcPr>
            <w:tcW w:w="709" w:type="dxa"/>
            <w:vAlign w:val="center"/>
          </w:tcPr>
          <w:p w14:paraId="37DA5D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20.1</w:t>
            </w:r>
          </w:p>
        </w:tc>
        <w:tc>
          <w:tcPr>
            <w:tcW w:w="992" w:type="dxa"/>
            <w:vAlign w:val="center"/>
          </w:tcPr>
          <w:p w14:paraId="4F3FF16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10.9</w:t>
            </w:r>
          </w:p>
        </w:tc>
        <w:tc>
          <w:tcPr>
            <w:tcW w:w="992" w:type="dxa"/>
            <w:vAlign w:val="center"/>
          </w:tcPr>
          <w:p w14:paraId="631DA4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9.18</w:t>
            </w:r>
          </w:p>
        </w:tc>
        <w:tc>
          <w:tcPr>
            <w:tcW w:w="893" w:type="dxa"/>
            <w:vAlign w:val="center"/>
          </w:tcPr>
          <w:p w14:paraId="0340CF7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4.59</w:t>
            </w:r>
          </w:p>
        </w:tc>
        <w:tc>
          <w:tcPr>
            <w:tcW w:w="1104" w:type="dxa"/>
            <w:vAlign w:val="center"/>
          </w:tcPr>
          <w:p w14:paraId="6864A7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0.456</w:t>
            </w:r>
          </w:p>
        </w:tc>
        <w:tc>
          <w:tcPr>
            <w:tcW w:w="1104" w:type="dxa"/>
            <w:vAlign w:val="center"/>
          </w:tcPr>
          <w:p w14:paraId="787DC9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1104" w:type="dxa"/>
            <w:vAlign w:val="center"/>
          </w:tcPr>
          <w:p w14:paraId="0CA0C5C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-1.29</w:t>
            </w:r>
          </w:p>
        </w:tc>
        <w:tc>
          <w:tcPr>
            <w:tcW w:w="1104" w:type="dxa"/>
            <w:vAlign w:val="center"/>
          </w:tcPr>
          <w:p w14:paraId="0ED104B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2.38e-05</w:t>
            </w:r>
          </w:p>
        </w:tc>
      </w:tr>
      <w:tr w:rsidR="00B3051F" w:rsidRPr="00C03071" w14:paraId="71E5AE5B" w14:textId="77777777" w:rsidTr="00BA2F72">
        <w:trPr>
          <w:jc w:val="center"/>
        </w:trPr>
        <w:tc>
          <w:tcPr>
            <w:tcW w:w="2037" w:type="dxa"/>
            <w:vAlign w:val="center"/>
          </w:tcPr>
          <w:p w14:paraId="0792934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(16:0/20:3)</w:t>
            </w:r>
          </w:p>
        </w:tc>
        <w:tc>
          <w:tcPr>
            <w:tcW w:w="709" w:type="dxa"/>
            <w:vAlign w:val="center"/>
          </w:tcPr>
          <w:p w14:paraId="1D29997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992" w:type="dxa"/>
            <w:vAlign w:val="center"/>
          </w:tcPr>
          <w:p w14:paraId="5FF0147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30.3</w:t>
            </w:r>
          </w:p>
        </w:tc>
        <w:tc>
          <w:tcPr>
            <w:tcW w:w="992" w:type="dxa"/>
            <w:vAlign w:val="center"/>
          </w:tcPr>
          <w:p w14:paraId="184DC43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78.8</w:t>
            </w:r>
          </w:p>
        </w:tc>
        <w:tc>
          <w:tcPr>
            <w:tcW w:w="893" w:type="dxa"/>
            <w:vAlign w:val="center"/>
          </w:tcPr>
          <w:p w14:paraId="7A6E3C0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30.5</w:t>
            </w:r>
          </w:p>
        </w:tc>
        <w:tc>
          <w:tcPr>
            <w:tcW w:w="1104" w:type="dxa"/>
            <w:vAlign w:val="center"/>
          </w:tcPr>
          <w:p w14:paraId="72022A5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0.769</w:t>
            </w:r>
          </w:p>
        </w:tc>
        <w:tc>
          <w:tcPr>
            <w:tcW w:w="1104" w:type="dxa"/>
            <w:vAlign w:val="center"/>
          </w:tcPr>
          <w:p w14:paraId="581F3C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-0.379</w:t>
            </w:r>
          </w:p>
        </w:tc>
        <w:tc>
          <w:tcPr>
            <w:tcW w:w="1104" w:type="dxa"/>
            <w:vAlign w:val="center"/>
          </w:tcPr>
          <w:p w14:paraId="415630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-0.769</w:t>
            </w:r>
          </w:p>
        </w:tc>
        <w:tc>
          <w:tcPr>
            <w:tcW w:w="1104" w:type="dxa"/>
            <w:vAlign w:val="center"/>
          </w:tcPr>
          <w:p w14:paraId="229CBC0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0.00398</w:t>
            </w:r>
          </w:p>
        </w:tc>
      </w:tr>
      <w:tr w:rsidR="00B3051F" w:rsidRPr="00C03071" w14:paraId="1B3611F1" w14:textId="77777777" w:rsidTr="00BA2F72">
        <w:trPr>
          <w:jc w:val="center"/>
        </w:trPr>
        <w:tc>
          <w:tcPr>
            <w:tcW w:w="2037" w:type="dxa"/>
            <w:vAlign w:val="center"/>
          </w:tcPr>
          <w:p w14:paraId="135ECF2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(18:0/18:2)</w:t>
            </w:r>
          </w:p>
        </w:tc>
        <w:tc>
          <w:tcPr>
            <w:tcW w:w="709" w:type="dxa"/>
            <w:vAlign w:val="center"/>
          </w:tcPr>
          <w:p w14:paraId="373DA27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992" w:type="dxa"/>
            <w:vAlign w:val="center"/>
          </w:tcPr>
          <w:p w14:paraId="528EC2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85.2</w:t>
            </w:r>
          </w:p>
        </w:tc>
        <w:tc>
          <w:tcPr>
            <w:tcW w:w="992" w:type="dxa"/>
            <w:vAlign w:val="center"/>
          </w:tcPr>
          <w:p w14:paraId="49BE86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893" w:type="dxa"/>
            <w:vAlign w:val="center"/>
          </w:tcPr>
          <w:p w14:paraId="2D3C109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46</w:t>
            </w:r>
          </w:p>
        </w:tc>
        <w:tc>
          <w:tcPr>
            <w:tcW w:w="1104" w:type="dxa"/>
            <w:vAlign w:val="center"/>
          </w:tcPr>
          <w:p w14:paraId="745503A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0.74</w:t>
            </w:r>
          </w:p>
        </w:tc>
        <w:tc>
          <w:tcPr>
            <w:tcW w:w="1104" w:type="dxa"/>
            <w:vAlign w:val="center"/>
          </w:tcPr>
          <w:p w14:paraId="7C7A5A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-0.434</w:t>
            </w:r>
          </w:p>
        </w:tc>
        <w:tc>
          <w:tcPr>
            <w:tcW w:w="1104" w:type="dxa"/>
            <w:vAlign w:val="center"/>
          </w:tcPr>
          <w:p w14:paraId="7CFF7C6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-0.574</w:t>
            </w:r>
          </w:p>
        </w:tc>
        <w:tc>
          <w:tcPr>
            <w:tcW w:w="1104" w:type="dxa"/>
            <w:vAlign w:val="center"/>
          </w:tcPr>
          <w:p w14:paraId="705580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0.0294</w:t>
            </w:r>
          </w:p>
        </w:tc>
      </w:tr>
      <w:tr w:rsidR="00B3051F" w:rsidRPr="00C03071" w14:paraId="2A26612D" w14:textId="77777777" w:rsidTr="00BA2F72">
        <w:trPr>
          <w:jc w:val="center"/>
        </w:trPr>
        <w:tc>
          <w:tcPr>
            <w:tcW w:w="2037" w:type="dxa"/>
            <w:vAlign w:val="center"/>
          </w:tcPr>
          <w:p w14:paraId="045AFAB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(18:1/20:2)</w:t>
            </w:r>
          </w:p>
        </w:tc>
        <w:tc>
          <w:tcPr>
            <w:tcW w:w="709" w:type="dxa"/>
            <w:vAlign w:val="center"/>
          </w:tcPr>
          <w:p w14:paraId="3151A9E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52.4</w:t>
            </w:r>
          </w:p>
        </w:tc>
        <w:tc>
          <w:tcPr>
            <w:tcW w:w="992" w:type="dxa"/>
            <w:vAlign w:val="center"/>
          </w:tcPr>
          <w:p w14:paraId="24EFF82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30.1</w:t>
            </w:r>
          </w:p>
        </w:tc>
        <w:tc>
          <w:tcPr>
            <w:tcW w:w="992" w:type="dxa"/>
            <w:vAlign w:val="center"/>
          </w:tcPr>
          <w:p w14:paraId="2510E0D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34.5</w:t>
            </w:r>
          </w:p>
        </w:tc>
        <w:tc>
          <w:tcPr>
            <w:tcW w:w="893" w:type="dxa"/>
            <w:vAlign w:val="center"/>
          </w:tcPr>
          <w:p w14:paraId="138D7F2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1104" w:type="dxa"/>
            <w:vAlign w:val="center"/>
          </w:tcPr>
          <w:p w14:paraId="3654C59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0.659</w:t>
            </w:r>
          </w:p>
        </w:tc>
        <w:tc>
          <w:tcPr>
            <w:tcW w:w="1104" w:type="dxa"/>
            <w:vAlign w:val="center"/>
          </w:tcPr>
          <w:p w14:paraId="6D2D802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-0.602</w:t>
            </w:r>
          </w:p>
        </w:tc>
        <w:tc>
          <w:tcPr>
            <w:tcW w:w="1104" w:type="dxa"/>
            <w:vAlign w:val="center"/>
          </w:tcPr>
          <w:p w14:paraId="059974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-0.776</w:t>
            </w:r>
          </w:p>
        </w:tc>
        <w:tc>
          <w:tcPr>
            <w:tcW w:w="1104" w:type="dxa"/>
            <w:vAlign w:val="center"/>
          </w:tcPr>
          <w:p w14:paraId="6B11EFB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0.0044</w:t>
            </w:r>
          </w:p>
        </w:tc>
      </w:tr>
      <w:tr w:rsidR="00B3051F" w:rsidRPr="00C03071" w14:paraId="180EA051" w14:textId="77777777" w:rsidTr="00BA2F72">
        <w:trPr>
          <w:jc w:val="center"/>
        </w:trPr>
        <w:tc>
          <w:tcPr>
            <w:tcW w:w="2037" w:type="dxa"/>
            <w:vAlign w:val="center"/>
          </w:tcPr>
          <w:p w14:paraId="1D6AD49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(18:0/22:6)</w:t>
            </w:r>
          </w:p>
        </w:tc>
        <w:tc>
          <w:tcPr>
            <w:tcW w:w="709" w:type="dxa"/>
            <w:vAlign w:val="center"/>
          </w:tcPr>
          <w:p w14:paraId="266A652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14.6</w:t>
            </w:r>
          </w:p>
        </w:tc>
        <w:tc>
          <w:tcPr>
            <w:tcW w:w="992" w:type="dxa"/>
            <w:vAlign w:val="center"/>
          </w:tcPr>
          <w:p w14:paraId="5AB7106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5.94</w:t>
            </w:r>
          </w:p>
        </w:tc>
        <w:tc>
          <w:tcPr>
            <w:tcW w:w="992" w:type="dxa"/>
            <w:vAlign w:val="center"/>
          </w:tcPr>
          <w:p w14:paraId="3BFE63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9.43</w:t>
            </w:r>
          </w:p>
        </w:tc>
        <w:tc>
          <w:tcPr>
            <w:tcW w:w="893" w:type="dxa"/>
            <w:vAlign w:val="center"/>
          </w:tcPr>
          <w:p w14:paraId="294BEF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4.5</w:t>
            </w:r>
          </w:p>
        </w:tc>
        <w:tc>
          <w:tcPr>
            <w:tcW w:w="1104" w:type="dxa"/>
            <w:vAlign w:val="center"/>
          </w:tcPr>
          <w:p w14:paraId="61407B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0.648</w:t>
            </w:r>
          </w:p>
        </w:tc>
        <w:tc>
          <w:tcPr>
            <w:tcW w:w="1104" w:type="dxa"/>
            <w:vAlign w:val="center"/>
          </w:tcPr>
          <w:p w14:paraId="01C2D8B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-0.626</w:t>
            </w:r>
          </w:p>
        </w:tc>
        <w:tc>
          <w:tcPr>
            <w:tcW w:w="1104" w:type="dxa"/>
            <w:vAlign w:val="center"/>
          </w:tcPr>
          <w:p w14:paraId="2B0012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-0.959</w:t>
            </w:r>
          </w:p>
        </w:tc>
        <w:tc>
          <w:tcPr>
            <w:tcW w:w="1104" w:type="dxa"/>
            <w:vAlign w:val="center"/>
          </w:tcPr>
          <w:p w14:paraId="3CE429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0.0005</w:t>
            </w:r>
          </w:p>
        </w:tc>
      </w:tr>
      <w:tr w:rsidR="00B3051F" w:rsidRPr="00C03071" w14:paraId="5BB6D63D" w14:textId="77777777" w:rsidTr="00BA2F72">
        <w:trPr>
          <w:jc w:val="center"/>
        </w:trPr>
        <w:tc>
          <w:tcPr>
            <w:tcW w:w="2037" w:type="dxa"/>
            <w:vAlign w:val="center"/>
          </w:tcPr>
          <w:p w14:paraId="0428FB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(16:1/20:5)</w:t>
            </w:r>
          </w:p>
        </w:tc>
        <w:tc>
          <w:tcPr>
            <w:tcW w:w="709" w:type="dxa"/>
            <w:vAlign w:val="center"/>
          </w:tcPr>
          <w:p w14:paraId="334FA52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3.51</w:t>
            </w:r>
          </w:p>
        </w:tc>
        <w:tc>
          <w:tcPr>
            <w:tcW w:w="992" w:type="dxa"/>
            <w:vAlign w:val="center"/>
          </w:tcPr>
          <w:p w14:paraId="1180D6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1.58</w:t>
            </w:r>
          </w:p>
        </w:tc>
        <w:tc>
          <w:tcPr>
            <w:tcW w:w="992" w:type="dxa"/>
            <w:vAlign w:val="center"/>
          </w:tcPr>
          <w:p w14:paraId="16A3E34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6.74</w:t>
            </w:r>
          </w:p>
        </w:tc>
        <w:tc>
          <w:tcPr>
            <w:tcW w:w="893" w:type="dxa"/>
            <w:vAlign w:val="center"/>
          </w:tcPr>
          <w:p w14:paraId="2853814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4.5</w:t>
            </w:r>
          </w:p>
        </w:tc>
        <w:tc>
          <w:tcPr>
            <w:tcW w:w="1104" w:type="dxa"/>
            <w:vAlign w:val="center"/>
          </w:tcPr>
          <w:p w14:paraId="269329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1.92</w:t>
            </w:r>
          </w:p>
        </w:tc>
        <w:tc>
          <w:tcPr>
            <w:tcW w:w="1104" w:type="dxa"/>
            <w:vAlign w:val="center"/>
          </w:tcPr>
          <w:p w14:paraId="76B69ED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0.941</w:t>
            </w:r>
          </w:p>
        </w:tc>
        <w:tc>
          <w:tcPr>
            <w:tcW w:w="1104" w:type="dxa"/>
            <w:vAlign w:val="center"/>
          </w:tcPr>
          <w:p w14:paraId="56F89F5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0.945</w:t>
            </w:r>
          </w:p>
        </w:tc>
        <w:tc>
          <w:tcPr>
            <w:tcW w:w="1104" w:type="dxa"/>
            <w:vAlign w:val="center"/>
          </w:tcPr>
          <w:p w14:paraId="1B064CA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0.000816</w:t>
            </w:r>
          </w:p>
        </w:tc>
      </w:tr>
      <w:tr w:rsidR="00B3051F" w:rsidRPr="00C03071" w14:paraId="37304188" w14:textId="77777777" w:rsidTr="00BA2F72">
        <w:trPr>
          <w:jc w:val="center"/>
        </w:trPr>
        <w:tc>
          <w:tcPr>
            <w:tcW w:w="2037" w:type="dxa"/>
            <w:vAlign w:val="center"/>
          </w:tcPr>
          <w:p w14:paraId="1045D7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(16:0/16:1)</w:t>
            </w:r>
          </w:p>
        </w:tc>
        <w:tc>
          <w:tcPr>
            <w:tcW w:w="709" w:type="dxa"/>
            <w:vAlign w:val="center"/>
          </w:tcPr>
          <w:p w14:paraId="62776D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7.77</w:t>
            </w:r>
          </w:p>
        </w:tc>
        <w:tc>
          <w:tcPr>
            <w:tcW w:w="992" w:type="dxa"/>
            <w:vAlign w:val="center"/>
          </w:tcPr>
          <w:p w14:paraId="1AB308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3.32</w:t>
            </w:r>
          </w:p>
        </w:tc>
        <w:tc>
          <w:tcPr>
            <w:tcW w:w="992" w:type="dxa"/>
            <w:vAlign w:val="center"/>
          </w:tcPr>
          <w:p w14:paraId="614E730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13.7</w:t>
            </w:r>
          </w:p>
        </w:tc>
        <w:tc>
          <w:tcPr>
            <w:tcW w:w="893" w:type="dxa"/>
            <w:vAlign w:val="center"/>
          </w:tcPr>
          <w:p w14:paraId="199FBF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7.28</w:t>
            </w:r>
          </w:p>
        </w:tc>
        <w:tc>
          <w:tcPr>
            <w:tcW w:w="1104" w:type="dxa"/>
            <w:vAlign w:val="center"/>
          </w:tcPr>
          <w:p w14:paraId="20943A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1.76</w:t>
            </w:r>
          </w:p>
        </w:tc>
        <w:tc>
          <w:tcPr>
            <w:tcW w:w="1104" w:type="dxa"/>
            <w:vAlign w:val="center"/>
          </w:tcPr>
          <w:p w14:paraId="71899DB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0.816</w:t>
            </w:r>
          </w:p>
        </w:tc>
        <w:tc>
          <w:tcPr>
            <w:tcW w:w="1104" w:type="dxa"/>
            <w:vAlign w:val="center"/>
          </w:tcPr>
          <w:p w14:paraId="4773E0C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1.03</w:t>
            </w:r>
          </w:p>
        </w:tc>
        <w:tc>
          <w:tcPr>
            <w:tcW w:w="1104" w:type="dxa"/>
            <w:vAlign w:val="center"/>
          </w:tcPr>
          <w:p w14:paraId="4383ED3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0.000301</w:t>
            </w:r>
          </w:p>
        </w:tc>
      </w:tr>
      <w:tr w:rsidR="00B3051F" w:rsidRPr="00C03071" w14:paraId="7E292F69" w14:textId="77777777" w:rsidTr="00BA2F72">
        <w:trPr>
          <w:jc w:val="center"/>
        </w:trPr>
        <w:tc>
          <w:tcPr>
            <w:tcW w:w="2037" w:type="dxa"/>
            <w:vAlign w:val="center"/>
          </w:tcPr>
          <w:p w14:paraId="514EBD1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(P16:0/20:4)</w:t>
            </w:r>
          </w:p>
        </w:tc>
        <w:tc>
          <w:tcPr>
            <w:tcW w:w="709" w:type="dxa"/>
            <w:vAlign w:val="center"/>
          </w:tcPr>
          <w:p w14:paraId="54BA29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5.63</w:t>
            </w:r>
          </w:p>
        </w:tc>
        <w:tc>
          <w:tcPr>
            <w:tcW w:w="992" w:type="dxa"/>
            <w:vAlign w:val="center"/>
          </w:tcPr>
          <w:p w14:paraId="04D21C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2.26</w:t>
            </w:r>
          </w:p>
        </w:tc>
        <w:tc>
          <w:tcPr>
            <w:tcW w:w="992" w:type="dxa"/>
            <w:vAlign w:val="center"/>
          </w:tcPr>
          <w:p w14:paraId="0BAC436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2.88</w:t>
            </w:r>
          </w:p>
        </w:tc>
        <w:tc>
          <w:tcPr>
            <w:tcW w:w="893" w:type="dxa"/>
            <w:vAlign w:val="center"/>
          </w:tcPr>
          <w:p w14:paraId="6AA3A78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1.19</w:t>
            </w:r>
          </w:p>
        </w:tc>
        <w:tc>
          <w:tcPr>
            <w:tcW w:w="1104" w:type="dxa"/>
            <w:vAlign w:val="center"/>
          </w:tcPr>
          <w:p w14:paraId="235FCF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0.512</w:t>
            </w:r>
          </w:p>
        </w:tc>
        <w:tc>
          <w:tcPr>
            <w:tcW w:w="1104" w:type="dxa"/>
            <w:vAlign w:val="center"/>
          </w:tcPr>
          <w:p w14:paraId="2D9C9E7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-0.967</w:t>
            </w:r>
          </w:p>
        </w:tc>
        <w:tc>
          <w:tcPr>
            <w:tcW w:w="1104" w:type="dxa"/>
            <w:vAlign w:val="center"/>
          </w:tcPr>
          <w:p w14:paraId="6C78D5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w:t>
            </w:r>
          </w:p>
        </w:tc>
        <w:tc>
          <w:tcPr>
            <w:tcW w:w="1104" w:type="dxa"/>
            <w:vAlign w:val="center"/>
          </w:tcPr>
          <w:p w14:paraId="729FF9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1.97e-06</w:t>
            </w:r>
          </w:p>
        </w:tc>
      </w:tr>
      <w:tr w:rsidR="00B3051F" w:rsidRPr="00C03071" w14:paraId="59198C92" w14:textId="77777777" w:rsidTr="00BA2F72">
        <w:trPr>
          <w:jc w:val="center"/>
        </w:trPr>
        <w:tc>
          <w:tcPr>
            <w:tcW w:w="2037" w:type="dxa"/>
            <w:vAlign w:val="center"/>
          </w:tcPr>
          <w:p w14:paraId="0D0CCD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(15:0/20:4)</w:t>
            </w:r>
          </w:p>
        </w:tc>
        <w:tc>
          <w:tcPr>
            <w:tcW w:w="709" w:type="dxa"/>
            <w:vAlign w:val="center"/>
          </w:tcPr>
          <w:p w14:paraId="3F309E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w:t>
            </w:r>
          </w:p>
        </w:tc>
        <w:tc>
          <w:tcPr>
            <w:tcW w:w="992" w:type="dxa"/>
            <w:vAlign w:val="center"/>
          </w:tcPr>
          <w:p w14:paraId="473B2D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1.33</w:t>
            </w:r>
          </w:p>
        </w:tc>
        <w:tc>
          <w:tcPr>
            <w:tcW w:w="992" w:type="dxa"/>
            <w:vAlign w:val="center"/>
          </w:tcPr>
          <w:p w14:paraId="444C14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1.38</w:t>
            </w:r>
          </w:p>
        </w:tc>
        <w:tc>
          <w:tcPr>
            <w:tcW w:w="893" w:type="dxa"/>
            <w:vAlign w:val="center"/>
          </w:tcPr>
          <w:p w14:paraId="35CCD5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0.78</w:t>
            </w:r>
          </w:p>
        </w:tc>
        <w:tc>
          <w:tcPr>
            <w:tcW w:w="1104" w:type="dxa"/>
            <w:vAlign w:val="center"/>
          </w:tcPr>
          <w:p w14:paraId="0E3952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0.511</w:t>
            </w:r>
          </w:p>
        </w:tc>
        <w:tc>
          <w:tcPr>
            <w:tcW w:w="1104" w:type="dxa"/>
            <w:vAlign w:val="center"/>
          </w:tcPr>
          <w:p w14:paraId="481356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-0.968</w:t>
            </w:r>
          </w:p>
        </w:tc>
        <w:tc>
          <w:tcPr>
            <w:tcW w:w="1104" w:type="dxa"/>
            <w:vAlign w:val="center"/>
          </w:tcPr>
          <w:p w14:paraId="28F6D6D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w:t>
            </w:r>
          </w:p>
        </w:tc>
        <w:tc>
          <w:tcPr>
            <w:tcW w:w="1104" w:type="dxa"/>
            <w:vAlign w:val="center"/>
          </w:tcPr>
          <w:p w14:paraId="209D99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4.1e-05</w:t>
            </w:r>
          </w:p>
        </w:tc>
      </w:tr>
      <w:tr w:rsidR="00B3051F" w:rsidRPr="00C03071" w14:paraId="3F39501E" w14:textId="77777777" w:rsidTr="00BA2F72">
        <w:trPr>
          <w:jc w:val="center"/>
        </w:trPr>
        <w:tc>
          <w:tcPr>
            <w:tcW w:w="2037" w:type="dxa"/>
            <w:vAlign w:val="center"/>
          </w:tcPr>
          <w:p w14:paraId="443293A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(P18:0/18:1)</w:t>
            </w:r>
          </w:p>
        </w:tc>
        <w:tc>
          <w:tcPr>
            <w:tcW w:w="709" w:type="dxa"/>
            <w:vAlign w:val="center"/>
          </w:tcPr>
          <w:p w14:paraId="63576C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992" w:type="dxa"/>
            <w:vAlign w:val="center"/>
          </w:tcPr>
          <w:p w14:paraId="2BFC57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0.43</w:t>
            </w:r>
          </w:p>
        </w:tc>
        <w:tc>
          <w:tcPr>
            <w:tcW w:w="992" w:type="dxa"/>
            <w:vAlign w:val="center"/>
          </w:tcPr>
          <w:p w14:paraId="0AAB7D4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w:t>
            </w:r>
          </w:p>
        </w:tc>
        <w:tc>
          <w:tcPr>
            <w:tcW w:w="893" w:type="dxa"/>
            <w:vAlign w:val="center"/>
          </w:tcPr>
          <w:p w14:paraId="6FF1D6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0.35</w:t>
            </w:r>
          </w:p>
        </w:tc>
        <w:tc>
          <w:tcPr>
            <w:tcW w:w="1104" w:type="dxa"/>
            <w:vAlign w:val="center"/>
          </w:tcPr>
          <w:p w14:paraId="2BBFA25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w:t>
            </w:r>
          </w:p>
        </w:tc>
        <w:tc>
          <w:tcPr>
            <w:tcW w:w="1104" w:type="dxa"/>
            <w:vAlign w:val="center"/>
          </w:tcPr>
          <w:p w14:paraId="71C34DA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w:t>
            </w:r>
          </w:p>
        </w:tc>
        <w:tc>
          <w:tcPr>
            <w:tcW w:w="1104" w:type="dxa"/>
            <w:vAlign w:val="center"/>
          </w:tcPr>
          <w:p w14:paraId="6C86D10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-1.44</w:t>
            </w:r>
          </w:p>
        </w:tc>
        <w:tc>
          <w:tcPr>
            <w:tcW w:w="1104" w:type="dxa"/>
            <w:vAlign w:val="center"/>
          </w:tcPr>
          <w:p w14:paraId="0B0E50A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2.27e-06</w:t>
            </w:r>
          </w:p>
        </w:tc>
      </w:tr>
      <w:tr w:rsidR="00B3051F" w:rsidRPr="00C03071" w14:paraId="7668F9FE" w14:textId="77777777" w:rsidTr="00BA2F72">
        <w:trPr>
          <w:jc w:val="center"/>
        </w:trPr>
        <w:tc>
          <w:tcPr>
            <w:tcW w:w="2037" w:type="dxa"/>
            <w:vAlign w:val="center"/>
          </w:tcPr>
          <w:p w14:paraId="14C357E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(18:1/18:2)</w:t>
            </w:r>
          </w:p>
        </w:tc>
        <w:tc>
          <w:tcPr>
            <w:tcW w:w="709" w:type="dxa"/>
            <w:vAlign w:val="center"/>
          </w:tcPr>
          <w:p w14:paraId="250F296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3.51</w:t>
            </w:r>
          </w:p>
        </w:tc>
        <w:tc>
          <w:tcPr>
            <w:tcW w:w="992" w:type="dxa"/>
            <w:vAlign w:val="center"/>
          </w:tcPr>
          <w:p w14:paraId="51B540D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1.97</w:t>
            </w:r>
          </w:p>
        </w:tc>
        <w:tc>
          <w:tcPr>
            <w:tcW w:w="992" w:type="dxa"/>
            <w:vAlign w:val="center"/>
          </w:tcPr>
          <w:p w14:paraId="318671A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1.91</w:t>
            </w:r>
          </w:p>
        </w:tc>
        <w:tc>
          <w:tcPr>
            <w:tcW w:w="893" w:type="dxa"/>
            <w:vAlign w:val="center"/>
          </w:tcPr>
          <w:p w14:paraId="0DC391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w:t>
            </w:r>
          </w:p>
        </w:tc>
        <w:tc>
          <w:tcPr>
            <w:tcW w:w="1104" w:type="dxa"/>
            <w:vAlign w:val="center"/>
          </w:tcPr>
          <w:p w14:paraId="22C3EA0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0.544</w:t>
            </w:r>
          </w:p>
        </w:tc>
        <w:tc>
          <w:tcPr>
            <w:tcW w:w="1104" w:type="dxa"/>
            <w:vAlign w:val="center"/>
          </w:tcPr>
          <w:p w14:paraId="50F5EFF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-0.878</w:t>
            </w:r>
          </w:p>
        </w:tc>
        <w:tc>
          <w:tcPr>
            <w:tcW w:w="1104" w:type="dxa"/>
            <w:vAlign w:val="center"/>
          </w:tcPr>
          <w:p w14:paraId="06031C3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-0.99</w:t>
            </w:r>
          </w:p>
        </w:tc>
        <w:tc>
          <w:tcPr>
            <w:tcW w:w="1104" w:type="dxa"/>
            <w:vAlign w:val="center"/>
          </w:tcPr>
          <w:p w14:paraId="405E22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0.000423</w:t>
            </w:r>
          </w:p>
        </w:tc>
      </w:tr>
      <w:tr w:rsidR="00B3051F" w:rsidRPr="00C03071" w14:paraId="1ECA7571" w14:textId="77777777" w:rsidTr="00BA2F72">
        <w:trPr>
          <w:jc w:val="center"/>
        </w:trPr>
        <w:tc>
          <w:tcPr>
            <w:tcW w:w="2037" w:type="dxa"/>
            <w:vAlign w:val="center"/>
          </w:tcPr>
          <w:p w14:paraId="344B6C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(P16:0/22:6)</w:t>
            </w:r>
          </w:p>
        </w:tc>
        <w:tc>
          <w:tcPr>
            <w:tcW w:w="709" w:type="dxa"/>
            <w:vAlign w:val="center"/>
          </w:tcPr>
          <w:p w14:paraId="4CA0754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2.47</w:t>
            </w:r>
          </w:p>
        </w:tc>
        <w:tc>
          <w:tcPr>
            <w:tcW w:w="992" w:type="dxa"/>
            <w:vAlign w:val="center"/>
          </w:tcPr>
          <w:p w14:paraId="42C0296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0.88</w:t>
            </w:r>
          </w:p>
        </w:tc>
        <w:tc>
          <w:tcPr>
            <w:tcW w:w="992" w:type="dxa"/>
            <w:vAlign w:val="center"/>
          </w:tcPr>
          <w:p w14:paraId="6101B4A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1.33</w:t>
            </w:r>
          </w:p>
        </w:tc>
        <w:tc>
          <w:tcPr>
            <w:tcW w:w="893" w:type="dxa"/>
            <w:vAlign w:val="center"/>
          </w:tcPr>
          <w:p w14:paraId="197D43A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w:t>
            </w:r>
          </w:p>
        </w:tc>
        <w:tc>
          <w:tcPr>
            <w:tcW w:w="1104" w:type="dxa"/>
            <w:vAlign w:val="center"/>
          </w:tcPr>
          <w:p w14:paraId="7598A8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0.538</w:t>
            </w:r>
          </w:p>
        </w:tc>
        <w:tc>
          <w:tcPr>
            <w:tcW w:w="1104" w:type="dxa"/>
            <w:vAlign w:val="center"/>
          </w:tcPr>
          <w:p w14:paraId="7C86BEA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-0.893</w:t>
            </w:r>
          </w:p>
        </w:tc>
        <w:tc>
          <w:tcPr>
            <w:tcW w:w="1104" w:type="dxa"/>
            <w:vAlign w:val="center"/>
          </w:tcPr>
          <w:p w14:paraId="584CE4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-1.57</w:t>
            </w:r>
          </w:p>
        </w:tc>
        <w:tc>
          <w:tcPr>
            <w:tcW w:w="1104" w:type="dxa"/>
            <w:vAlign w:val="center"/>
          </w:tcPr>
          <w:p w14:paraId="18EEDE1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8.3e-07</w:t>
            </w:r>
          </w:p>
        </w:tc>
      </w:tr>
      <w:tr w:rsidR="00B3051F" w:rsidRPr="00C03071" w14:paraId="2EA3CB72" w14:textId="77777777" w:rsidTr="00BA2F72">
        <w:trPr>
          <w:jc w:val="center"/>
        </w:trPr>
        <w:tc>
          <w:tcPr>
            <w:tcW w:w="2037" w:type="dxa"/>
            <w:vAlign w:val="center"/>
          </w:tcPr>
          <w:p w14:paraId="5808312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(O-16:1/22:6)</w:t>
            </w:r>
          </w:p>
        </w:tc>
        <w:tc>
          <w:tcPr>
            <w:tcW w:w="709" w:type="dxa"/>
            <w:vAlign w:val="center"/>
          </w:tcPr>
          <w:p w14:paraId="4D52EC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3.06</w:t>
            </w:r>
          </w:p>
        </w:tc>
        <w:tc>
          <w:tcPr>
            <w:tcW w:w="992" w:type="dxa"/>
            <w:vAlign w:val="center"/>
          </w:tcPr>
          <w:p w14:paraId="013B64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1.08</w:t>
            </w:r>
          </w:p>
        </w:tc>
        <w:tc>
          <w:tcPr>
            <w:tcW w:w="992" w:type="dxa"/>
            <w:vAlign w:val="center"/>
          </w:tcPr>
          <w:p w14:paraId="5E9D6A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893" w:type="dxa"/>
            <w:vAlign w:val="center"/>
          </w:tcPr>
          <w:p w14:paraId="57FDBE1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w:t>
            </w:r>
          </w:p>
        </w:tc>
        <w:tc>
          <w:tcPr>
            <w:tcW w:w="1104" w:type="dxa"/>
            <w:vAlign w:val="center"/>
          </w:tcPr>
          <w:p w14:paraId="3C71996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w:t>
            </w:r>
          </w:p>
        </w:tc>
        <w:tc>
          <w:tcPr>
            <w:tcW w:w="1104" w:type="dxa"/>
            <w:vAlign w:val="center"/>
          </w:tcPr>
          <w:p w14:paraId="6D1798C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w:t>
            </w:r>
          </w:p>
        </w:tc>
        <w:tc>
          <w:tcPr>
            <w:tcW w:w="1104" w:type="dxa"/>
            <w:vAlign w:val="center"/>
          </w:tcPr>
          <w:p w14:paraId="3D4BF9C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-1.75</w:t>
            </w:r>
          </w:p>
        </w:tc>
        <w:tc>
          <w:tcPr>
            <w:tcW w:w="1104" w:type="dxa"/>
            <w:vAlign w:val="center"/>
          </w:tcPr>
          <w:p w14:paraId="26B952A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1.87e-07</w:t>
            </w:r>
          </w:p>
        </w:tc>
      </w:tr>
      <w:tr w:rsidR="00B3051F" w:rsidRPr="00C03071" w14:paraId="1B1894E0" w14:textId="77777777" w:rsidTr="00BA2F72">
        <w:trPr>
          <w:jc w:val="center"/>
        </w:trPr>
        <w:tc>
          <w:tcPr>
            <w:tcW w:w="2037" w:type="dxa"/>
            <w:vAlign w:val="center"/>
          </w:tcPr>
          <w:p w14:paraId="5CC0AFE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(P18:0/20:5)</w:t>
            </w:r>
          </w:p>
        </w:tc>
        <w:tc>
          <w:tcPr>
            <w:tcW w:w="709" w:type="dxa"/>
            <w:vAlign w:val="center"/>
          </w:tcPr>
          <w:p w14:paraId="6729027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6.35</w:t>
            </w:r>
          </w:p>
        </w:tc>
        <w:tc>
          <w:tcPr>
            <w:tcW w:w="992" w:type="dxa"/>
            <w:vAlign w:val="center"/>
          </w:tcPr>
          <w:p w14:paraId="2B4F748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w:t>
            </w:r>
          </w:p>
        </w:tc>
        <w:tc>
          <w:tcPr>
            <w:tcW w:w="992" w:type="dxa"/>
            <w:vAlign w:val="center"/>
          </w:tcPr>
          <w:p w14:paraId="22354F5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3.06</w:t>
            </w:r>
          </w:p>
        </w:tc>
        <w:tc>
          <w:tcPr>
            <w:tcW w:w="893" w:type="dxa"/>
            <w:vAlign w:val="center"/>
          </w:tcPr>
          <w:p w14:paraId="72313A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1.88</w:t>
            </w:r>
          </w:p>
        </w:tc>
        <w:tc>
          <w:tcPr>
            <w:tcW w:w="1104" w:type="dxa"/>
            <w:vAlign w:val="center"/>
          </w:tcPr>
          <w:p w14:paraId="65ACC31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0.482</w:t>
            </w:r>
          </w:p>
        </w:tc>
        <w:tc>
          <w:tcPr>
            <w:tcW w:w="1104" w:type="dxa"/>
            <w:vAlign w:val="center"/>
          </w:tcPr>
          <w:p w14:paraId="2FC65FF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-1.05</w:t>
            </w:r>
          </w:p>
        </w:tc>
        <w:tc>
          <w:tcPr>
            <w:tcW w:w="1104" w:type="dxa"/>
            <w:vAlign w:val="center"/>
          </w:tcPr>
          <w:p w14:paraId="685D640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-1.21</w:t>
            </w:r>
          </w:p>
        </w:tc>
        <w:tc>
          <w:tcPr>
            <w:tcW w:w="1104" w:type="dxa"/>
            <w:vAlign w:val="center"/>
          </w:tcPr>
          <w:p w14:paraId="61D3F2D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4.05e-05</w:t>
            </w:r>
          </w:p>
        </w:tc>
      </w:tr>
      <w:tr w:rsidR="00B3051F" w:rsidRPr="00C03071" w14:paraId="62499509" w14:textId="77777777" w:rsidTr="00BA2F72">
        <w:trPr>
          <w:jc w:val="center"/>
        </w:trPr>
        <w:tc>
          <w:tcPr>
            <w:tcW w:w="2037" w:type="dxa"/>
            <w:vAlign w:val="center"/>
          </w:tcPr>
          <w:p w14:paraId="19141CA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(P16:0/22:5)</w:t>
            </w:r>
          </w:p>
        </w:tc>
        <w:tc>
          <w:tcPr>
            <w:tcW w:w="709" w:type="dxa"/>
            <w:vAlign w:val="center"/>
          </w:tcPr>
          <w:p w14:paraId="339B42B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2.37</w:t>
            </w:r>
          </w:p>
        </w:tc>
        <w:tc>
          <w:tcPr>
            <w:tcW w:w="992" w:type="dxa"/>
            <w:vAlign w:val="center"/>
          </w:tcPr>
          <w:p w14:paraId="665BA52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1.82</w:t>
            </w:r>
          </w:p>
        </w:tc>
        <w:tc>
          <w:tcPr>
            <w:tcW w:w="992" w:type="dxa"/>
            <w:vAlign w:val="center"/>
          </w:tcPr>
          <w:p w14:paraId="64DC6D6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0.81</w:t>
            </w:r>
          </w:p>
        </w:tc>
        <w:tc>
          <w:tcPr>
            <w:tcW w:w="893" w:type="dxa"/>
            <w:vAlign w:val="center"/>
          </w:tcPr>
          <w:p w14:paraId="775D58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0.38</w:t>
            </w:r>
          </w:p>
        </w:tc>
        <w:tc>
          <w:tcPr>
            <w:tcW w:w="1104" w:type="dxa"/>
            <w:vAlign w:val="center"/>
          </w:tcPr>
          <w:p w14:paraId="53093E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0.342</w:t>
            </w:r>
          </w:p>
        </w:tc>
        <w:tc>
          <w:tcPr>
            <w:tcW w:w="1104" w:type="dxa"/>
            <w:vAlign w:val="center"/>
          </w:tcPr>
          <w:p w14:paraId="24A12E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-1.55</w:t>
            </w:r>
          </w:p>
        </w:tc>
        <w:tc>
          <w:tcPr>
            <w:tcW w:w="1104" w:type="dxa"/>
            <w:vAlign w:val="center"/>
          </w:tcPr>
          <w:p w14:paraId="568040B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-1.17</w:t>
            </w:r>
          </w:p>
        </w:tc>
        <w:tc>
          <w:tcPr>
            <w:tcW w:w="1104" w:type="dxa"/>
            <w:vAlign w:val="center"/>
          </w:tcPr>
          <w:p w14:paraId="114013F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9.66e-05</w:t>
            </w:r>
          </w:p>
        </w:tc>
      </w:tr>
      <w:tr w:rsidR="00B3051F" w:rsidRPr="00C03071" w14:paraId="690B0CD6" w14:textId="77777777" w:rsidTr="00BA2F72">
        <w:trPr>
          <w:jc w:val="center"/>
        </w:trPr>
        <w:tc>
          <w:tcPr>
            <w:tcW w:w="2037" w:type="dxa"/>
            <w:vAlign w:val="center"/>
          </w:tcPr>
          <w:p w14:paraId="3BE752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(P18:0/20:4)</w:t>
            </w:r>
          </w:p>
        </w:tc>
        <w:tc>
          <w:tcPr>
            <w:tcW w:w="709" w:type="dxa"/>
            <w:vAlign w:val="center"/>
          </w:tcPr>
          <w:p w14:paraId="34590A6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8.79</w:t>
            </w:r>
          </w:p>
        </w:tc>
        <w:tc>
          <w:tcPr>
            <w:tcW w:w="992" w:type="dxa"/>
            <w:vAlign w:val="center"/>
          </w:tcPr>
          <w:p w14:paraId="56F1FD0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3.54</w:t>
            </w:r>
          </w:p>
        </w:tc>
        <w:tc>
          <w:tcPr>
            <w:tcW w:w="992" w:type="dxa"/>
            <w:vAlign w:val="center"/>
          </w:tcPr>
          <w:p w14:paraId="1C857C1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w:t>
            </w:r>
          </w:p>
        </w:tc>
        <w:tc>
          <w:tcPr>
            <w:tcW w:w="893" w:type="dxa"/>
            <w:vAlign w:val="center"/>
          </w:tcPr>
          <w:p w14:paraId="47F66A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2.26</w:t>
            </w:r>
          </w:p>
        </w:tc>
        <w:tc>
          <w:tcPr>
            <w:tcW w:w="1104" w:type="dxa"/>
            <w:vAlign w:val="center"/>
          </w:tcPr>
          <w:p w14:paraId="535428C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0.455</w:t>
            </w:r>
          </w:p>
        </w:tc>
        <w:tc>
          <w:tcPr>
            <w:tcW w:w="1104" w:type="dxa"/>
            <w:vAlign w:val="center"/>
          </w:tcPr>
          <w:p w14:paraId="5EADFBE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1104" w:type="dxa"/>
            <w:vAlign w:val="center"/>
          </w:tcPr>
          <w:p w14:paraId="53A535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-1.59</w:t>
            </w:r>
          </w:p>
        </w:tc>
        <w:tc>
          <w:tcPr>
            <w:tcW w:w="1104" w:type="dxa"/>
            <w:vAlign w:val="center"/>
          </w:tcPr>
          <w:p w14:paraId="03F856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5.68e-07</w:t>
            </w:r>
          </w:p>
        </w:tc>
      </w:tr>
      <w:tr w:rsidR="00B3051F" w:rsidRPr="00C03071" w14:paraId="03ABC413" w14:textId="77777777" w:rsidTr="00BA2F72">
        <w:trPr>
          <w:jc w:val="center"/>
        </w:trPr>
        <w:tc>
          <w:tcPr>
            <w:tcW w:w="2037" w:type="dxa"/>
            <w:vAlign w:val="center"/>
          </w:tcPr>
          <w:p w14:paraId="67F86A3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(22:6/17:1)</w:t>
            </w:r>
          </w:p>
        </w:tc>
        <w:tc>
          <w:tcPr>
            <w:tcW w:w="709" w:type="dxa"/>
            <w:vAlign w:val="center"/>
          </w:tcPr>
          <w:p w14:paraId="400EF50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2.51</w:t>
            </w:r>
          </w:p>
        </w:tc>
        <w:tc>
          <w:tcPr>
            <w:tcW w:w="992" w:type="dxa"/>
            <w:vAlign w:val="center"/>
          </w:tcPr>
          <w:p w14:paraId="18DBDB5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992" w:type="dxa"/>
            <w:vAlign w:val="center"/>
          </w:tcPr>
          <w:p w14:paraId="457AC7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1.46</w:t>
            </w:r>
          </w:p>
        </w:tc>
        <w:tc>
          <w:tcPr>
            <w:tcW w:w="893" w:type="dxa"/>
            <w:vAlign w:val="center"/>
          </w:tcPr>
          <w:p w14:paraId="12385ED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0.58</w:t>
            </w:r>
          </w:p>
        </w:tc>
        <w:tc>
          <w:tcPr>
            <w:tcW w:w="1104" w:type="dxa"/>
            <w:vAlign w:val="center"/>
          </w:tcPr>
          <w:p w14:paraId="179A64B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0.582</w:t>
            </w:r>
          </w:p>
        </w:tc>
        <w:tc>
          <w:tcPr>
            <w:tcW w:w="1104" w:type="dxa"/>
            <w:vAlign w:val="center"/>
          </w:tcPr>
          <w:p w14:paraId="1916DD2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-0.782</w:t>
            </w:r>
          </w:p>
        </w:tc>
        <w:tc>
          <w:tcPr>
            <w:tcW w:w="1104" w:type="dxa"/>
            <w:vAlign w:val="center"/>
          </w:tcPr>
          <w:p w14:paraId="1D2F1A1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w:t>
            </w:r>
          </w:p>
        </w:tc>
        <w:tc>
          <w:tcPr>
            <w:tcW w:w="1104" w:type="dxa"/>
            <w:vAlign w:val="center"/>
          </w:tcPr>
          <w:p w14:paraId="330937B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7.02e-05</w:t>
            </w:r>
          </w:p>
        </w:tc>
      </w:tr>
      <w:tr w:rsidR="00B3051F" w:rsidRPr="00C03071" w14:paraId="0CFC42CC" w14:textId="77777777" w:rsidTr="00BA2F72">
        <w:trPr>
          <w:jc w:val="center"/>
        </w:trPr>
        <w:tc>
          <w:tcPr>
            <w:tcW w:w="2037" w:type="dxa"/>
            <w:vAlign w:val="center"/>
          </w:tcPr>
          <w:p w14:paraId="6F8DB6C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(16:0/18:1)</w:t>
            </w:r>
          </w:p>
        </w:tc>
        <w:tc>
          <w:tcPr>
            <w:tcW w:w="709" w:type="dxa"/>
            <w:vAlign w:val="center"/>
          </w:tcPr>
          <w:p w14:paraId="2AAA2B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2.84</w:t>
            </w:r>
          </w:p>
        </w:tc>
        <w:tc>
          <w:tcPr>
            <w:tcW w:w="992" w:type="dxa"/>
            <w:vAlign w:val="center"/>
          </w:tcPr>
          <w:p w14:paraId="5D5244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1.76</w:t>
            </w:r>
          </w:p>
        </w:tc>
        <w:tc>
          <w:tcPr>
            <w:tcW w:w="992" w:type="dxa"/>
            <w:vAlign w:val="center"/>
          </w:tcPr>
          <w:p w14:paraId="380E6B4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4.71</w:t>
            </w:r>
          </w:p>
        </w:tc>
        <w:tc>
          <w:tcPr>
            <w:tcW w:w="893" w:type="dxa"/>
            <w:vAlign w:val="center"/>
          </w:tcPr>
          <w:p w14:paraId="1C3689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2.05</w:t>
            </w:r>
          </w:p>
        </w:tc>
        <w:tc>
          <w:tcPr>
            <w:tcW w:w="1104" w:type="dxa"/>
            <w:vAlign w:val="center"/>
          </w:tcPr>
          <w:p w14:paraId="7343772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1.66</w:t>
            </w:r>
          </w:p>
        </w:tc>
        <w:tc>
          <w:tcPr>
            <w:tcW w:w="1104" w:type="dxa"/>
            <w:vAlign w:val="center"/>
          </w:tcPr>
          <w:p w14:paraId="7E403C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w:t>
            </w:r>
          </w:p>
        </w:tc>
        <w:tc>
          <w:tcPr>
            <w:tcW w:w="1104" w:type="dxa"/>
            <w:vAlign w:val="center"/>
          </w:tcPr>
          <w:p w14:paraId="0164F41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0.966</w:t>
            </w:r>
          </w:p>
        </w:tc>
        <w:tc>
          <w:tcPr>
            <w:tcW w:w="1104" w:type="dxa"/>
            <w:vAlign w:val="center"/>
          </w:tcPr>
          <w:p w14:paraId="18F513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0.000455</w:t>
            </w:r>
          </w:p>
        </w:tc>
      </w:tr>
      <w:tr w:rsidR="00B3051F" w:rsidRPr="00C03071" w14:paraId="70418117" w14:textId="77777777" w:rsidTr="00BA2F72">
        <w:trPr>
          <w:jc w:val="center"/>
        </w:trPr>
        <w:tc>
          <w:tcPr>
            <w:tcW w:w="2037" w:type="dxa"/>
            <w:vAlign w:val="center"/>
          </w:tcPr>
          <w:p w14:paraId="449B560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(16:0/20:4)</w:t>
            </w:r>
          </w:p>
        </w:tc>
        <w:tc>
          <w:tcPr>
            <w:tcW w:w="709" w:type="dxa"/>
            <w:vAlign w:val="center"/>
          </w:tcPr>
          <w:p w14:paraId="1640186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w:t>
            </w:r>
          </w:p>
        </w:tc>
        <w:tc>
          <w:tcPr>
            <w:tcW w:w="992" w:type="dxa"/>
            <w:vAlign w:val="center"/>
          </w:tcPr>
          <w:p w14:paraId="33F619D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992" w:type="dxa"/>
            <w:vAlign w:val="center"/>
          </w:tcPr>
          <w:p w14:paraId="034B0E5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6.92</w:t>
            </w:r>
          </w:p>
        </w:tc>
        <w:tc>
          <w:tcPr>
            <w:tcW w:w="893" w:type="dxa"/>
            <w:vAlign w:val="center"/>
          </w:tcPr>
          <w:p w14:paraId="7171543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6.39</w:t>
            </w:r>
          </w:p>
        </w:tc>
        <w:tc>
          <w:tcPr>
            <w:tcW w:w="1104" w:type="dxa"/>
            <w:vAlign w:val="center"/>
          </w:tcPr>
          <w:p w14:paraId="23B9194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2.77</w:t>
            </w:r>
          </w:p>
        </w:tc>
        <w:tc>
          <w:tcPr>
            <w:tcW w:w="1104" w:type="dxa"/>
            <w:vAlign w:val="center"/>
          </w:tcPr>
          <w:p w14:paraId="0F0A977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1.47</w:t>
            </w:r>
          </w:p>
        </w:tc>
        <w:tc>
          <w:tcPr>
            <w:tcW w:w="1104" w:type="dxa"/>
            <w:vAlign w:val="center"/>
          </w:tcPr>
          <w:p w14:paraId="2461D40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0.953</w:t>
            </w:r>
          </w:p>
        </w:tc>
        <w:tc>
          <w:tcPr>
            <w:tcW w:w="1104" w:type="dxa"/>
            <w:vAlign w:val="center"/>
          </w:tcPr>
          <w:p w14:paraId="580FC69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0.000865</w:t>
            </w:r>
          </w:p>
        </w:tc>
      </w:tr>
      <w:tr w:rsidR="00B3051F" w:rsidRPr="00C03071" w14:paraId="205269A9" w14:textId="77777777" w:rsidTr="00BA2F72">
        <w:trPr>
          <w:jc w:val="center"/>
        </w:trPr>
        <w:tc>
          <w:tcPr>
            <w:tcW w:w="2037" w:type="dxa"/>
            <w:vAlign w:val="center"/>
          </w:tcPr>
          <w:p w14:paraId="1C0236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(16:0/22:6)</w:t>
            </w:r>
          </w:p>
        </w:tc>
        <w:tc>
          <w:tcPr>
            <w:tcW w:w="709" w:type="dxa"/>
            <w:vAlign w:val="center"/>
          </w:tcPr>
          <w:p w14:paraId="1BE19E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w:t>
            </w:r>
          </w:p>
        </w:tc>
        <w:tc>
          <w:tcPr>
            <w:tcW w:w="992" w:type="dxa"/>
            <w:vAlign w:val="center"/>
          </w:tcPr>
          <w:p w14:paraId="3990D43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1.57</w:t>
            </w:r>
          </w:p>
        </w:tc>
        <w:tc>
          <w:tcPr>
            <w:tcW w:w="992" w:type="dxa"/>
            <w:vAlign w:val="center"/>
          </w:tcPr>
          <w:p w14:paraId="0429665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4.53</w:t>
            </w:r>
          </w:p>
        </w:tc>
        <w:tc>
          <w:tcPr>
            <w:tcW w:w="893" w:type="dxa"/>
            <w:vAlign w:val="center"/>
          </w:tcPr>
          <w:p w14:paraId="434812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1.65</w:t>
            </w:r>
          </w:p>
        </w:tc>
        <w:tc>
          <w:tcPr>
            <w:tcW w:w="1104" w:type="dxa"/>
            <w:vAlign w:val="center"/>
          </w:tcPr>
          <w:p w14:paraId="3EEE9B9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1104" w:type="dxa"/>
            <w:vAlign w:val="center"/>
          </w:tcPr>
          <w:p w14:paraId="62D30B9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0.916</w:t>
            </w:r>
          </w:p>
        </w:tc>
        <w:tc>
          <w:tcPr>
            <w:tcW w:w="1104" w:type="dxa"/>
            <w:vAlign w:val="center"/>
          </w:tcPr>
          <w:p w14:paraId="5570EB6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1.31</w:t>
            </w:r>
          </w:p>
        </w:tc>
        <w:tc>
          <w:tcPr>
            <w:tcW w:w="1104" w:type="dxa"/>
            <w:vAlign w:val="center"/>
          </w:tcPr>
          <w:p w14:paraId="6804EF0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1.24e-05</w:t>
            </w:r>
          </w:p>
        </w:tc>
      </w:tr>
      <w:tr w:rsidR="00B3051F" w:rsidRPr="00C03071" w14:paraId="57524B5E" w14:textId="77777777" w:rsidTr="00BA2F72">
        <w:trPr>
          <w:jc w:val="center"/>
        </w:trPr>
        <w:tc>
          <w:tcPr>
            <w:tcW w:w="2037" w:type="dxa"/>
            <w:vAlign w:val="center"/>
          </w:tcPr>
          <w:p w14:paraId="14AC3F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(18:0/20:5)</w:t>
            </w:r>
          </w:p>
        </w:tc>
        <w:tc>
          <w:tcPr>
            <w:tcW w:w="709" w:type="dxa"/>
            <w:vAlign w:val="center"/>
          </w:tcPr>
          <w:p w14:paraId="2F1B592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0.67</w:t>
            </w:r>
          </w:p>
        </w:tc>
        <w:tc>
          <w:tcPr>
            <w:tcW w:w="992" w:type="dxa"/>
            <w:vAlign w:val="center"/>
          </w:tcPr>
          <w:p w14:paraId="473812C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0.46</w:t>
            </w:r>
          </w:p>
        </w:tc>
        <w:tc>
          <w:tcPr>
            <w:tcW w:w="992" w:type="dxa"/>
            <w:vAlign w:val="center"/>
          </w:tcPr>
          <w:p w14:paraId="4D34F51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1.46</w:t>
            </w:r>
          </w:p>
        </w:tc>
        <w:tc>
          <w:tcPr>
            <w:tcW w:w="893" w:type="dxa"/>
            <w:vAlign w:val="center"/>
          </w:tcPr>
          <w:p w14:paraId="03AB784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0.79</w:t>
            </w:r>
          </w:p>
        </w:tc>
        <w:tc>
          <w:tcPr>
            <w:tcW w:w="1104" w:type="dxa"/>
            <w:vAlign w:val="center"/>
          </w:tcPr>
          <w:p w14:paraId="64321E7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2.18</w:t>
            </w:r>
          </w:p>
        </w:tc>
        <w:tc>
          <w:tcPr>
            <w:tcW w:w="1104" w:type="dxa"/>
            <w:vAlign w:val="center"/>
          </w:tcPr>
          <w:p w14:paraId="71C7EA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1.12</w:t>
            </w:r>
          </w:p>
        </w:tc>
        <w:tc>
          <w:tcPr>
            <w:tcW w:w="1104" w:type="dxa"/>
            <w:vAlign w:val="center"/>
          </w:tcPr>
          <w:p w14:paraId="1D72F22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1.21</w:t>
            </w:r>
          </w:p>
        </w:tc>
        <w:tc>
          <w:tcPr>
            <w:tcW w:w="1104" w:type="dxa"/>
            <w:vAlign w:val="center"/>
          </w:tcPr>
          <w:p w14:paraId="5DC12FC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4.05e-05</w:t>
            </w:r>
          </w:p>
        </w:tc>
      </w:tr>
      <w:tr w:rsidR="00B3051F" w:rsidRPr="00C03071" w14:paraId="71BF4396" w14:textId="77777777" w:rsidTr="00BA2F72">
        <w:trPr>
          <w:jc w:val="center"/>
        </w:trPr>
        <w:tc>
          <w:tcPr>
            <w:tcW w:w="2037" w:type="dxa"/>
            <w:vAlign w:val="center"/>
          </w:tcPr>
          <w:p w14:paraId="0B2234D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(18:1/20:4)</w:t>
            </w:r>
          </w:p>
        </w:tc>
        <w:tc>
          <w:tcPr>
            <w:tcW w:w="709" w:type="dxa"/>
            <w:vAlign w:val="center"/>
          </w:tcPr>
          <w:p w14:paraId="3A51A7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w:t>
            </w:r>
          </w:p>
        </w:tc>
        <w:tc>
          <w:tcPr>
            <w:tcW w:w="992" w:type="dxa"/>
            <w:vAlign w:val="center"/>
          </w:tcPr>
          <w:p w14:paraId="69937DF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0.75</w:t>
            </w:r>
          </w:p>
        </w:tc>
        <w:tc>
          <w:tcPr>
            <w:tcW w:w="992" w:type="dxa"/>
            <w:vAlign w:val="center"/>
          </w:tcPr>
          <w:p w14:paraId="5A553E5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2.71</w:t>
            </w:r>
          </w:p>
        </w:tc>
        <w:tc>
          <w:tcPr>
            <w:tcW w:w="893" w:type="dxa"/>
            <w:vAlign w:val="center"/>
          </w:tcPr>
          <w:p w14:paraId="1346150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1.44</w:t>
            </w:r>
          </w:p>
        </w:tc>
        <w:tc>
          <w:tcPr>
            <w:tcW w:w="1104" w:type="dxa"/>
            <w:vAlign w:val="center"/>
          </w:tcPr>
          <w:p w14:paraId="02A1A3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2.08</w:t>
            </w:r>
          </w:p>
        </w:tc>
        <w:tc>
          <w:tcPr>
            <w:tcW w:w="1104" w:type="dxa"/>
            <w:vAlign w:val="center"/>
          </w:tcPr>
          <w:p w14:paraId="0E1ABB0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1.06</w:t>
            </w:r>
          </w:p>
        </w:tc>
        <w:tc>
          <w:tcPr>
            <w:tcW w:w="1104" w:type="dxa"/>
            <w:vAlign w:val="center"/>
          </w:tcPr>
          <w:p w14:paraId="3284CB2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1.21</w:t>
            </w:r>
          </w:p>
        </w:tc>
        <w:tc>
          <w:tcPr>
            <w:tcW w:w="1104" w:type="dxa"/>
            <w:vAlign w:val="center"/>
          </w:tcPr>
          <w:p w14:paraId="2B72E4C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4.05e-05</w:t>
            </w:r>
          </w:p>
        </w:tc>
      </w:tr>
      <w:tr w:rsidR="00B3051F" w:rsidRPr="00C03071" w14:paraId="6C0E4052" w14:textId="77777777" w:rsidTr="00BA2F72">
        <w:trPr>
          <w:jc w:val="center"/>
        </w:trPr>
        <w:tc>
          <w:tcPr>
            <w:tcW w:w="2037" w:type="dxa"/>
            <w:vAlign w:val="center"/>
          </w:tcPr>
          <w:p w14:paraId="5190D2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(16:0/22:4)</w:t>
            </w:r>
          </w:p>
        </w:tc>
        <w:tc>
          <w:tcPr>
            <w:tcW w:w="709" w:type="dxa"/>
            <w:vAlign w:val="center"/>
          </w:tcPr>
          <w:p w14:paraId="3BE90A1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992" w:type="dxa"/>
            <w:vAlign w:val="center"/>
          </w:tcPr>
          <w:p w14:paraId="7633E82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7.61</w:t>
            </w:r>
          </w:p>
        </w:tc>
        <w:tc>
          <w:tcPr>
            <w:tcW w:w="992" w:type="dxa"/>
            <w:vAlign w:val="center"/>
          </w:tcPr>
          <w:p w14:paraId="405EAA1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16.9</w:t>
            </w:r>
          </w:p>
        </w:tc>
        <w:tc>
          <w:tcPr>
            <w:tcW w:w="893" w:type="dxa"/>
            <w:vAlign w:val="center"/>
          </w:tcPr>
          <w:p w14:paraId="0AB000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5.09</w:t>
            </w:r>
          </w:p>
        </w:tc>
        <w:tc>
          <w:tcPr>
            <w:tcW w:w="1104" w:type="dxa"/>
            <w:vAlign w:val="center"/>
          </w:tcPr>
          <w:p w14:paraId="1D123D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1.48</w:t>
            </w:r>
          </w:p>
        </w:tc>
        <w:tc>
          <w:tcPr>
            <w:tcW w:w="1104" w:type="dxa"/>
            <w:vAlign w:val="center"/>
          </w:tcPr>
          <w:p w14:paraId="5FC9540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0.568</w:t>
            </w:r>
          </w:p>
        </w:tc>
        <w:tc>
          <w:tcPr>
            <w:tcW w:w="1104" w:type="dxa"/>
            <w:vAlign w:val="center"/>
          </w:tcPr>
          <w:p w14:paraId="49A98DA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0.837</w:t>
            </w:r>
          </w:p>
        </w:tc>
        <w:tc>
          <w:tcPr>
            <w:tcW w:w="1104" w:type="dxa"/>
            <w:vAlign w:val="center"/>
          </w:tcPr>
          <w:p w14:paraId="08ACE65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0.00201</w:t>
            </w:r>
          </w:p>
        </w:tc>
      </w:tr>
      <w:tr w:rsidR="00B3051F" w:rsidRPr="00C03071" w14:paraId="76BD8D58" w14:textId="77777777" w:rsidTr="00BA2F72">
        <w:trPr>
          <w:jc w:val="center"/>
        </w:trPr>
        <w:tc>
          <w:tcPr>
            <w:tcW w:w="2037" w:type="dxa"/>
            <w:vAlign w:val="center"/>
          </w:tcPr>
          <w:p w14:paraId="79C66F0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(18:3/22:6)</w:t>
            </w:r>
          </w:p>
        </w:tc>
        <w:tc>
          <w:tcPr>
            <w:tcW w:w="709" w:type="dxa"/>
            <w:vAlign w:val="center"/>
          </w:tcPr>
          <w:p w14:paraId="4C9DD59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0.67</w:t>
            </w:r>
          </w:p>
        </w:tc>
        <w:tc>
          <w:tcPr>
            <w:tcW w:w="992" w:type="dxa"/>
            <w:vAlign w:val="center"/>
          </w:tcPr>
          <w:p w14:paraId="5E1762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0.47</w:t>
            </w:r>
          </w:p>
        </w:tc>
        <w:tc>
          <w:tcPr>
            <w:tcW w:w="992" w:type="dxa"/>
            <w:vAlign w:val="center"/>
          </w:tcPr>
          <w:p w14:paraId="422EDE5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w:t>
            </w:r>
          </w:p>
        </w:tc>
        <w:tc>
          <w:tcPr>
            <w:tcW w:w="893" w:type="dxa"/>
            <w:vAlign w:val="center"/>
          </w:tcPr>
          <w:p w14:paraId="1B14065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0.52</w:t>
            </w:r>
          </w:p>
        </w:tc>
        <w:tc>
          <w:tcPr>
            <w:tcW w:w="1104" w:type="dxa"/>
            <w:vAlign w:val="center"/>
          </w:tcPr>
          <w:p w14:paraId="6A434E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1.94</w:t>
            </w:r>
          </w:p>
        </w:tc>
        <w:tc>
          <w:tcPr>
            <w:tcW w:w="1104" w:type="dxa"/>
            <w:vAlign w:val="center"/>
          </w:tcPr>
          <w:p w14:paraId="3323C4B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0.956</w:t>
            </w:r>
          </w:p>
        </w:tc>
        <w:tc>
          <w:tcPr>
            <w:tcW w:w="1104" w:type="dxa"/>
            <w:vAlign w:val="center"/>
          </w:tcPr>
          <w:p w14:paraId="7E3EB7F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1.25</w:t>
            </w:r>
          </w:p>
        </w:tc>
        <w:tc>
          <w:tcPr>
            <w:tcW w:w="1104" w:type="dxa"/>
            <w:vAlign w:val="center"/>
          </w:tcPr>
          <w:p w14:paraId="4725230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1.93e-05</w:t>
            </w:r>
          </w:p>
        </w:tc>
      </w:tr>
      <w:tr w:rsidR="00B3051F" w:rsidRPr="00C03071" w14:paraId="481076B8" w14:textId="77777777" w:rsidTr="00BA2F72">
        <w:trPr>
          <w:jc w:val="center"/>
        </w:trPr>
        <w:tc>
          <w:tcPr>
            <w:tcW w:w="2037" w:type="dxa"/>
            <w:vAlign w:val="center"/>
          </w:tcPr>
          <w:p w14:paraId="60E465F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(18:1/22:5)</w:t>
            </w:r>
          </w:p>
        </w:tc>
        <w:tc>
          <w:tcPr>
            <w:tcW w:w="709" w:type="dxa"/>
            <w:vAlign w:val="center"/>
          </w:tcPr>
          <w:p w14:paraId="3527F43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3.31</w:t>
            </w:r>
          </w:p>
        </w:tc>
        <w:tc>
          <w:tcPr>
            <w:tcW w:w="992" w:type="dxa"/>
            <w:vAlign w:val="center"/>
          </w:tcPr>
          <w:p w14:paraId="58D0D31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2.26</w:t>
            </w:r>
          </w:p>
        </w:tc>
        <w:tc>
          <w:tcPr>
            <w:tcW w:w="992" w:type="dxa"/>
            <w:vAlign w:val="center"/>
          </w:tcPr>
          <w:p w14:paraId="5E4030B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5.07</w:t>
            </w:r>
          </w:p>
        </w:tc>
        <w:tc>
          <w:tcPr>
            <w:tcW w:w="893" w:type="dxa"/>
            <w:vAlign w:val="center"/>
          </w:tcPr>
          <w:p w14:paraId="5F9AB2C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1.75</w:t>
            </w:r>
          </w:p>
        </w:tc>
        <w:tc>
          <w:tcPr>
            <w:tcW w:w="1104" w:type="dxa"/>
            <w:vAlign w:val="center"/>
          </w:tcPr>
          <w:p w14:paraId="4CC865C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1104" w:type="dxa"/>
            <w:vAlign w:val="center"/>
          </w:tcPr>
          <w:p w14:paraId="3EF4C6E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0.615</w:t>
            </w:r>
          </w:p>
        </w:tc>
        <w:tc>
          <w:tcPr>
            <w:tcW w:w="1104" w:type="dxa"/>
            <w:vAlign w:val="center"/>
          </w:tcPr>
          <w:p w14:paraId="4F7F565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0.859</w:t>
            </w:r>
          </w:p>
        </w:tc>
        <w:tc>
          <w:tcPr>
            <w:tcW w:w="1104" w:type="dxa"/>
            <w:vAlign w:val="center"/>
          </w:tcPr>
          <w:p w14:paraId="631F6FC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0.00152</w:t>
            </w:r>
          </w:p>
        </w:tc>
      </w:tr>
    </w:tbl>
    <w:p w14:paraId="3AA73E9F" w14:textId="77777777" w:rsidR="00B3051F" w:rsidRPr="00C03071" w:rsidRDefault="00B3051F" w:rsidP="00C03071">
      <w:pPr>
        <w:spacing w:after="0" w:line="360" w:lineRule="auto"/>
        <w:rPr>
          <w:rFonts w:asciiTheme="majorBidi" w:hAnsiTheme="majorBidi" w:cstheme="majorBidi"/>
        </w:rPr>
      </w:pPr>
    </w:p>
    <w:p w14:paraId="3D1A2211" w14:textId="77777777" w:rsidR="00B3051F" w:rsidRPr="00B44F36" w:rsidRDefault="00000000" w:rsidP="00B44F36">
      <w:pPr>
        <w:spacing w:after="0" w:line="360" w:lineRule="auto"/>
        <w:rPr>
          <w:rFonts w:asciiTheme="majorBidi" w:hAnsiTheme="majorBidi" w:cstheme="majorBidi"/>
          <w:b/>
          <w:bCs/>
          <w:i/>
          <w:iCs/>
        </w:rPr>
      </w:pPr>
      <w:r w:rsidRPr="00B44F36">
        <w:rPr>
          <w:rFonts w:asciiTheme="majorBidi" w:hAnsiTheme="majorBidi" w:cstheme="majorBidi"/>
          <w:b/>
          <w:bCs/>
          <w:i/>
          <w:iCs/>
        </w:rPr>
        <w:t>Erythrocyte GPLs</w:t>
      </w:r>
    </w:p>
    <w:tbl>
      <w:tblPr>
        <w:tblStyle w:val="TableGrid"/>
        <w:tblW w:w="0" w:type="auto"/>
        <w:jc w:val="center"/>
        <w:tblLook w:val="04A0" w:firstRow="1" w:lastRow="0" w:firstColumn="1" w:lastColumn="0" w:noHBand="0" w:noVBand="1"/>
      </w:tblPr>
      <w:tblGrid>
        <w:gridCol w:w="2393"/>
        <w:gridCol w:w="973"/>
        <w:gridCol w:w="852"/>
        <w:gridCol w:w="975"/>
        <w:gridCol w:w="848"/>
        <w:gridCol w:w="902"/>
        <w:gridCol w:w="821"/>
        <w:gridCol w:w="1078"/>
        <w:gridCol w:w="1084"/>
      </w:tblGrid>
      <w:tr w:rsidR="00B3051F" w:rsidRPr="00C03071" w14:paraId="0C6B1B59" w14:textId="77777777" w:rsidTr="00BA2F72">
        <w:trPr>
          <w:jc w:val="center"/>
        </w:trPr>
        <w:tc>
          <w:tcPr>
            <w:tcW w:w="2518" w:type="dxa"/>
            <w:shd w:val="clear" w:color="auto" w:fill="1F4E79"/>
            <w:vAlign w:val="center"/>
          </w:tcPr>
          <w:p w14:paraId="2E99CA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Lipid</w:t>
            </w:r>
          </w:p>
        </w:tc>
        <w:tc>
          <w:tcPr>
            <w:tcW w:w="988" w:type="dxa"/>
            <w:shd w:val="clear" w:color="auto" w:fill="1F4E79"/>
            <w:vAlign w:val="center"/>
          </w:tcPr>
          <w:p w14:paraId="5D08F8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mean</w:t>
            </w:r>
          </w:p>
        </w:tc>
        <w:tc>
          <w:tcPr>
            <w:tcW w:w="856" w:type="dxa"/>
            <w:shd w:val="clear" w:color="auto" w:fill="1F4E79"/>
            <w:vAlign w:val="center"/>
          </w:tcPr>
          <w:p w14:paraId="3C2D3E2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SD</w:t>
            </w:r>
          </w:p>
        </w:tc>
        <w:tc>
          <w:tcPr>
            <w:tcW w:w="991" w:type="dxa"/>
            <w:shd w:val="clear" w:color="auto" w:fill="1F4E79"/>
            <w:vAlign w:val="center"/>
          </w:tcPr>
          <w:p w14:paraId="2EB689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mean</w:t>
            </w:r>
          </w:p>
        </w:tc>
        <w:tc>
          <w:tcPr>
            <w:tcW w:w="851" w:type="dxa"/>
            <w:shd w:val="clear" w:color="auto" w:fill="1F4E79"/>
            <w:vAlign w:val="center"/>
          </w:tcPr>
          <w:p w14:paraId="2BB5AA7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SD</w:t>
            </w:r>
          </w:p>
        </w:tc>
        <w:tc>
          <w:tcPr>
            <w:tcW w:w="917" w:type="dxa"/>
            <w:shd w:val="clear" w:color="auto" w:fill="1F4E79"/>
            <w:vAlign w:val="center"/>
          </w:tcPr>
          <w:p w14:paraId="73598E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Fold</w:t>
            </w:r>
            <w:r w:rsidRPr="00C03071">
              <w:rPr>
                <w:rFonts w:asciiTheme="majorBidi" w:hAnsiTheme="majorBidi" w:cstheme="majorBidi"/>
                <w:b/>
                <w:color w:val="FFFFFF"/>
                <w:sz w:val="18"/>
              </w:rPr>
              <w:br/>
              <w:t>change</w:t>
            </w:r>
          </w:p>
        </w:tc>
        <w:tc>
          <w:tcPr>
            <w:tcW w:w="826" w:type="dxa"/>
            <w:shd w:val="clear" w:color="auto" w:fill="1F4E79"/>
            <w:vAlign w:val="center"/>
          </w:tcPr>
          <w:p w14:paraId="4DAEDF0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log2FC</w:t>
            </w:r>
          </w:p>
        </w:tc>
        <w:tc>
          <w:tcPr>
            <w:tcW w:w="1102" w:type="dxa"/>
            <w:shd w:val="clear" w:color="auto" w:fill="1F4E79"/>
            <w:vAlign w:val="center"/>
          </w:tcPr>
          <w:p w14:paraId="48AF1BB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Hedges’ g</w:t>
            </w:r>
          </w:p>
        </w:tc>
        <w:tc>
          <w:tcPr>
            <w:tcW w:w="1103" w:type="dxa"/>
            <w:shd w:val="clear" w:color="auto" w:fill="1F4E79"/>
            <w:vAlign w:val="center"/>
          </w:tcPr>
          <w:p w14:paraId="00C7CF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FDR q</w:t>
            </w:r>
          </w:p>
        </w:tc>
      </w:tr>
      <w:tr w:rsidR="00B3051F" w:rsidRPr="00C03071" w14:paraId="7FEA5054" w14:textId="77777777" w:rsidTr="00BA2F72">
        <w:trPr>
          <w:jc w:val="center"/>
        </w:trPr>
        <w:tc>
          <w:tcPr>
            <w:tcW w:w="2518" w:type="dxa"/>
            <w:vAlign w:val="center"/>
          </w:tcPr>
          <w:p w14:paraId="0404E2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LPC 15:0</w:t>
            </w:r>
          </w:p>
        </w:tc>
        <w:tc>
          <w:tcPr>
            <w:tcW w:w="988" w:type="dxa"/>
            <w:vAlign w:val="center"/>
          </w:tcPr>
          <w:p w14:paraId="4A7CA92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0.13</w:t>
            </w:r>
          </w:p>
        </w:tc>
        <w:tc>
          <w:tcPr>
            <w:tcW w:w="856" w:type="dxa"/>
            <w:vAlign w:val="center"/>
          </w:tcPr>
          <w:p w14:paraId="2B72DA0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0.15</w:t>
            </w:r>
          </w:p>
        </w:tc>
        <w:tc>
          <w:tcPr>
            <w:tcW w:w="991" w:type="dxa"/>
            <w:vAlign w:val="center"/>
          </w:tcPr>
          <w:p w14:paraId="702258C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0.51</w:t>
            </w:r>
          </w:p>
        </w:tc>
        <w:tc>
          <w:tcPr>
            <w:tcW w:w="851" w:type="dxa"/>
            <w:vAlign w:val="center"/>
          </w:tcPr>
          <w:p w14:paraId="70B523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0.17</w:t>
            </w:r>
          </w:p>
        </w:tc>
        <w:tc>
          <w:tcPr>
            <w:tcW w:w="917" w:type="dxa"/>
            <w:vAlign w:val="center"/>
          </w:tcPr>
          <w:p w14:paraId="703161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3.92</w:t>
            </w:r>
          </w:p>
        </w:tc>
        <w:tc>
          <w:tcPr>
            <w:tcW w:w="826" w:type="dxa"/>
            <w:vAlign w:val="center"/>
          </w:tcPr>
          <w:p w14:paraId="31750EF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1.97</w:t>
            </w:r>
          </w:p>
        </w:tc>
        <w:tc>
          <w:tcPr>
            <w:tcW w:w="1102" w:type="dxa"/>
            <w:vAlign w:val="center"/>
          </w:tcPr>
          <w:p w14:paraId="72CCC40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2.34</w:t>
            </w:r>
          </w:p>
        </w:tc>
        <w:tc>
          <w:tcPr>
            <w:tcW w:w="1103" w:type="dxa"/>
            <w:vAlign w:val="center"/>
          </w:tcPr>
          <w:p w14:paraId="3488D1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8.28e-12</w:t>
            </w:r>
          </w:p>
        </w:tc>
      </w:tr>
      <w:tr w:rsidR="00B3051F" w:rsidRPr="00C03071" w14:paraId="7E88AB4F" w14:textId="77777777" w:rsidTr="00BA2F72">
        <w:trPr>
          <w:jc w:val="center"/>
        </w:trPr>
        <w:tc>
          <w:tcPr>
            <w:tcW w:w="2518" w:type="dxa"/>
            <w:vAlign w:val="center"/>
          </w:tcPr>
          <w:p w14:paraId="5B18A18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18:0</w:t>
            </w:r>
          </w:p>
        </w:tc>
        <w:tc>
          <w:tcPr>
            <w:tcW w:w="988" w:type="dxa"/>
            <w:vAlign w:val="center"/>
          </w:tcPr>
          <w:p w14:paraId="5AFA5B9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w:t>
            </w:r>
          </w:p>
        </w:tc>
        <w:tc>
          <w:tcPr>
            <w:tcW w:w="856" w:type="dxa"/>
            <w:vAlign w:val="center"/>
          </w:tcPr>
          <w:p w14:paraId="519880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0.05</w:t>
            </w:r>
          </w:p>
        </w:tc>
        <w:tc>
          <w:tcPr>
            <w:tcW w:w="991" w:type="dxa"/>
            <w:vAlign w:val="center"/>
          </w:tcPr>
          <w:p w14:paraId="628B72F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w:t>
            </w:r>
          </w:p>
        </w:tc>
        <w:tc>
          <w:tcPr>
            <w:tcW w:w="851" w:type="dxa"/>
            <w:vAlign w:val="center"/>
          </w:tcPr>
          <w:p w14:paraId="1AC706D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0.26</w:t>
            </w:r>
          </w:p>
        </w:tc>
        <w:tc>
          <w:tcPr>
            <w:tcW w:w="917" w:type="dxa"/>
            <w:vAlign w:val="center"/>
          </w:tcPr>
          <w:p w14:paraId="605F13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w:t>
            </w:r>
          </w:p>
        </w:tc>
        <w:tc>
          <w:tcPr>
            <w:tcW w:w="826" w:type="dxa"/>
            <w:vAlign w:val="center"/>
          </w:tcPr>
          <w:p w14:paraId="3A7D8B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w:t>
            </w:r>
          </w:p>
        </w:tc>
        <w:tc>
          <w:tcPr>
            <w:tcW w:w="1102" w:type="dxa"/>
            <w:vAlign w:val="center"/>
          </w:tcPr>
          <w:p w14:paraId="7D5887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0.527</w:t>
            </w:r>
          </w:p>
        </w:tc>
        <w:tc>
          <w:tcPr>
            <w:tcW w:w="1103" w:type="dxa"/>
            <w:vAlign w:val="center"/>
          </w:tcPr>
          <w:p w14:paraId="484447F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0.047</w:t>
            </w:r>
          </w:p>
        </w:tc>
      </w:tr>
      <w:tr w:rsidR="00B3051F" w:rsidRPr="00C03071" w14:paraId="77BF07BC" w14:textId="77777777" w:rsidTr="00BA2F72">
        <w:trPr>
          <w:jc w:val="center"/>
        </w:trPr>
        <w:tc>
          <w:tcPr>
            <w:tcW w:w="2518" w:type="dxa"/>
            <w:vAlign w:val="center"/>
          </w:tcPr>
          <w:p w14:paraId="5C20EF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22:6</w:t>
            </w:r>
          </w:p>
        </w:tc>
        <w:tc>
          <w:tcPr>
            <w:tcW w:w="988" w:type="dxa"/>
            <w:vAlign w:val="center"/>
          </w:tcPr>
          <w:p w14:paraId="769D9B3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0.17</w:t>
            </w:r>
          </w:p>
        </w:tc>
        <w:tc>
          <w:tcPr>
            <w:tcW w:w="856" w:type="dxa"/>
            <w:vAlign w:val="center"/>
          </w:tcPr>
          <w:p w14:paraId="175868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w:t>
            </w:r>
          </w:p>
        </w:tc>
        <w:tc>
          <w:tcPr>
            <w:tcW w:w="991" w:type="dxa"/>
            <w:vAlign w:val="center"/>
          </w:tcPr>
          <w:p w14:paraId="35BAF49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3.72</w:t>
            </w:r>
          </w:p>
        </w:tc>
        <w:tc>
          <w:tcPr>
            <w:tcW w:w="851" w:type="dxa"/>
            <w:vAlign w:val="center"/>
          </w:tcPr>
          <w:p w14:paraId="60473C8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1.88</w:t>
            </w:r>
          </w:p>
        </w:tc>
        <w:tc>
          <w:tcPr>
            <w:tcW w:w="917" w:type="dxa"/>
            <w:vAlign w:val="center"/>
          </w:tcPr>
          <w:p w14:paraId="27EA96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21.9</w:t>
            </w:r>
          </w:p>
        </w:tc>
        <w:tc>
          <w:tcPr>
            <w:tcW w:w="826" w:type="dxa"/>
            <w:vAlign w:val="center"/>
          </w:tcPr>
          <w:p w14:paraId="6DAE158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4.45</w:t>
            </w:r>
          </w:p>
        </w:tc>
        <w:tc>
          <w:tcPr>
            <w:tcW w:w="1102" w:type="dxa"/>
            <w:vAlign w:val="center"/>
          </w:tcPr>
          <w:p w14:paraId="4A7C1A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2.63</w:t>
            </w:r>
          </w:p>
        </w:tc>
        <w:tc>
          <w:tcPr>
            <w:tcW w:w="1103" w:type="dxa"/>
            <w:vAlign w:val="center"/>
          </w:tcPr>
          <w:p w14:paraId="16167CD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2.12e-10</w:t>
            </w:r>
          </w:p>
        </w:tc>
      </w:tr>
      <w:tr w:rsidR="00B3051F" w:rsidRPr="00C03071" w14:paraId="76D38C7D" w14:textId="77777777" w:rsidTr="00BA2F72">
        <w:trPr>
          <w:jc w:val="center"/>
        </w:trPr>
        <w:tc>
          <w:tcPr>
            <w:tcW w:w="2518" w:type="dxa"/>
            <w:vAlign w:val="center"/>
          </w:tcPr>
          <w:p w14:paraId="76989EC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16:0</w:t>
            </w:r>
          </w:p>
        </w:tc>
        <w:tc>
          <w:tcPr>
            <w:tcW w:w="988" w:type="dxa"/>
            <w:vAlign w:val="center"/>
          </w:tcPr>
          <w:p w14:paraId="580FE5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3.79</w:t>
            </w:r>
          </w:p>
        </w:tc>
        <w:tc>
          <w:tcPr>
            <w:tcW w:w="856" w:type="dxa"/>
            <w:vAlign w:val="center"/>
          </w:tcPr>
          <w:p w14:paraId="74F4806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1.88</w:t>
            </w:r>
          </w:p>
        </w:tc>
        <w:tc>
          <w:tcPr>
            <w:tcW w:w="991" w:type="dxa"/>
            <w:vAlign w:val="center"/>
          </w:tcPr>
          <w:p w14:paraId="62EEB7F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w:t>
            </w:r>
          </w:p>
        </w:tc>
        <w:tc>
          <w:tcPr>
            <w:tcW w:w="851" w:type="dxa"/>
            <w:vAlign w:val="center"/>
          </w:tcPr>
          <w:p w14:paraId="7B13B8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0.99</w:t>
            </w:r>
          </w:p>
        </w:tc>
        <w:tc>
          <w:tcPr>
            <w:tcW w:w="917" w:type="dxa"/>
            <w:vAlign w:val="center"/>
          </w:tcPr>
          <w:p w14:paraId="3E9ABEF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0.15</w:t>
            </w:r>
          </w:p>
        </w:tc>
        <w:tc>
          <w:tcPr>
            <w:tcW w:w="826" w:type="dxa"/>
            <w:vAlign w:val="center"/>
          </w:tcPr>
          <w:p w14:paraId="519C5B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-2.73</w:t>
            </w:r>
          </w:p>
        </w:tc>
        <w:tc>
          <w:tcPr>
            <w:tcW w:w="1102" w:type="dxa"/>
            <w:vAlign w:val="center"/>
          </w:tcPr>
          <w:p w14:paraId="766395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-2.12</w:t>
            </w:r>
          </w:p>
        </w:tc>
        <w:tc>
          <w:tcPr>
            <w:tcW w:w="1103" w:type="dxa"/>
            <w:vAlign w:val="center"/>
          </w:tcPr>
          <w:p w14:paraId="655B33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9.31e-10</w:t>
            </w:r>
          </w:p>
        </w:tc>
      </w:tr>
      <w:tr w:rsidR="00B3051F" w:rsidRPr="00C03071" w14:paraId="04BB6271" w14:textId="77777777" w:rsidTr="00BA2F72">
        <w:trPr>
          <w:jc w:val="center"/>
        </w:trPr>
        <w:tc>
          <w:tcPr>
            <w:tcW w:w="2518" w:type="dxa"/>
            <w:vAlign w:val="center"/>
          </w:tcPr>
          <w:p w14:paraId="2CC1933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17:0</w:t>
            </w:r>
          </w:p>
        </w:tc>
        <w:tc>
          <w:tcPr>
            <w:tcW w:w="988" w:type="dxa"/>
            <w:vAlign w:val="center"/>
          </w:tcPr>
          <w:p w14:paraId="19389B5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856" w:type="dxa"/>
            <w:vAlign w:val="center"/>
          </w:tcPr>
          <w:p w14:paraId="2BAC18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0.51</w:t>
            </w:r>
          </w:p>
        </w:tc>
        <w:tc>
          <w:tcPr>
            <w:tcW w:w="991" w:type="dxa"/>
            <w:vAlign w:val="center"/>
          </w:tcPr>
          <w:p w14:paraId="04385D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0.24</w:t>
            </w:r>
          </w:p>
        </w:tc>
        <w:tc>
          <w:tcPr>
            <w:tcW w:w="851" w:type="dxa"/>
            <w:vAlign w:val="center"/>
          </w:tcPr>
          <w:p w14:paraId="016F9E1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0.33</w:t>
            </w:r>
          </w:p>
        </w:tc>
        <w:tc>
          <w:tcPr>
            <w:tcW w:w="917" w:type="dxa"/>
            <w:vAlign w:val="center"/>
          </w:tcPr>
          <w:p w14:paraId="321131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0.235</w:t>
            </w:r>
          </w:p>
        </w:tc>
        <w:tc>
          <w:tcPr>
            <w:tcW w:w="826" w:type="dxa"/>
            <w:vAlign w:val="center"/>
          </w:tcPr>
          <w:p w14:paraId="58B31D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-2.09</w:t>
            </w:r>
          </w:p>
        </w:tc>
        <w:tc>
          <w:tcPr>
            <w:tcW w:w="1102" w:type="dxa"/>
            <w:vAlign w:val="center"/>
          </w:tcPr>
          <w:p w14:paraId="6A7E415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-1.79</w:t>
            </w:r>
          </w:p>
        </w:tc>
        <w:tc>
          <w:tcPr>
            <w:tcW w:w="1103" w:type="dxa"/>
            <w:vAlign w:val="center"/>
          </w:tcPr>
          <w:p w14:paraId="089CDC4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1.82e-08</w:t>
            </w:r>
          </w:p>
        </w:tc>
      </w:tr>
      <w:tr w:rsidR="00B3051F" w:rsidRPr="00C03071" w14:paraId="05B503B2" w14:textId="77777777" w:rsidTr="00BA2F72">
        <w:trPr>
          <w:jc w:val="center"/>
        </w:trPr>
        <w:tc>
          <w:tcPr>
            <w:tcW w:w="2518" w:type="dxa"/>
            <w:vAlign w:val="center"/>
          </w:tcPr>
          <w:p w14:paraId="23BC49F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18:1</w:t>
            </w:r>
          </w:p>
        </w:tc>
        <w:tc>
          <w:tcPr>
            <w:tcW w:w="988" w:type="dxa"/>
            <w:vAlign w:val="center"/>
          </w:tcPr>
          <w:p w14:paraId="096D619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3.24</w:t>
            </w:r>
          </w:p>
        </w:tc>
        <w:tc>
          <w:tcPr>
            <w:tcW w:w="856" w:type="dxa"/>
            <w:vAlign w:val="center"/>
          </w:tcPr>
          <w:p w14:paraId="4444C84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1.28</w:t>
            </w:r>
          </w:p>
        </w:tc>
        <w:tc>
          <w:tcPr>
            <w:tcW w:w="991" w:type="dxa"/>
            <w:vAlign w:val="center"/>
          </w:tcPr>
          <w:p w14:paraId="1DC4F6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0.41</w:t>
            </w:r>
          </w:p>
        </w:tc>
        <w:tc>
          <w:tcPr>
            <w:tcW w:w="851" w:type="dxa"/>
            <w:vAlign w:val="center"/>
          </w:tcPr>
          <w:p w14:paraId="2832A0F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w:t>
            </w:r>
          </w:p>
        </w:tc>
        <w:tc>
          <w:tcPr>
            <w:tcW w:w="917" w:type="dxa"/>
            <w:vAlign w:val="center"/>
          </w:tcPr>
          <w:p w14:paraId="3955EA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0.127</w:t>
            </w:r>
          </w:p>
        </w:tc>
        <w:tc>
          <w:tcPr>
            <w:tcW w:w="826" w:type="dxa"/>
            <w:vAlign w:val="center"/>
          </w:tcPr>
          <w:p w14:paraId="3007FD1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-2.98</w:t>
            </w:r>
          </w:p>
        </w:tc>
        <w:tc>
          <w:tcPr>
            <w:tcW w:w="1102" w:type="dxa"/>
            <w:vAlign w:val="center"/>
          </w:tcPr>
          <w:p w14:paraId="3D84B6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-2.68</w:t>
            </w:r>
          </w:p>
        </w:tc>
        <w:tc>
          <w:tcPr>
            <w:tcW w:w="1103" w:type="dxa"/>
            <w:vAlign w:val="center"/>
          </w:tcPr>
          <w:p w14:paraId="27626B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3.36e-12</w:t>
            </w:r>
          </w:p>
        </w:tc>
      </w:tr>
      <w:tr w:rsidR="00B3051F" w:rsidRPr="00C03071" w14:paraId="2433C4DB" w14:textId="77777777" w:rsidTr="00BA2F72">
        <w:trPr>
          <w:jc w:val="center"/>
        </w:trPr>
        <w:tc>
          <w:tcPr>
            <w:tcW w:w="2518" w:type="dxa"/>
            <w:vAlign w:val="center"/>
          </w:tcPr>
          <w:p w14:paraId="0C5B7F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18:3</w:t>
            </w:r>
          </w:p>
        </w:tc>
        <w:tc>
          <w:tcPr>
            <w:tcW w:w="988" w:type="dxa"/>
            <w:vAlign w:val="center"/>
          </w:tcPr>
          <w:p w14:paraId="2D2FC3A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2.71</w:t>
            </w:r>
          </w:p>
        </w:tc>
        <w:tc>
          <w:tcPr>
            <w:tcW w:w="856" w:type="dxa"/>
            <w:vAlign w:val="center"/>
          </w:tcPr>
          <w:p w14:paraId="1C71C2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1.59</w:t>
            </w:r>
          </w:p>
        </w:tc>
        <w:tc>
          <w:tcPr>
            <w:tcW w:w="991" w:type="dxa"/>
            <w:vAlign w:val="center"/>
          </w:tcPr>
          <w:p w14:paraId="5334D5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0.24</w:t>
            </w:r>
          </w:p>
        </w:tc>
        <w:tc>
          <w:tcPr>
            <w:tcW w:w="851" w:type="dxa"/>
            <w:vAlign w:val="center"/>
          </w:tcPr>
          <w:p w14:paraId="2CEBC2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0.37</w:t>
            </w:r>
          </w:p>
        </w:tc>
        <w:tc>
          <w:tcPr>
            <w:tcW w:w="917" w:type="dxa"/>
            <w:vAlign w:val="center"/>
          </w:tcPr>
          <w:p w14:paraId="6B8A2E2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0.0886</w:t>
            </w:r>
          </w:p>
        </w:tc>
        <w:tc>
          <w:tcPr>
            <w:tcW w:w="826" w:type="dxa"/>
            <w:vAlign w:val="center"/>
          </w:tcPr>
          <w:p w14:paraId="2F18BB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w:t>
            </w:r>
          </w:p>
        </w:tc>
        <w:tc>
          <w:tcPr>
            <w:tcW w:w="1102" w:type="dxa"/>
            <w:vAlign w:val="center"/>
          </w:tcPr>
          <w:p w14:paraId="62E1B0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-2.11</w:t>
            </w:r>
          </w:p>
        </w:tc>
        <w:tc>
          <w:tcPr>
            <w:tcW w:w="1103" w:type="dxa"/>
            <w:vAlign w:val="center"/>
          </w:tcPr>
          <w:p w14:paraId="072EA9C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7.56e-09</w:t>
            </w:r>
          </w:p>
        </w:tc>
      </w:tr>
      <w:tr w:rsidR="00B3051F" w:rsidRPr="00C03071" w14:paraId="05571433" w14:textId="77777777" w:rsidTr="00BA2F72">
        <w:trPr>
          <w:jc w:val="center"/>
        </w:trPr>
        <w:tc>
          <w:tcPr>
            <w:tcW w:w="2518" w:type="dxa"/>
            <w:vAlign w:val="center"/>
          </w:tcPr>
          <w:p w14:paraId="7113DAA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20:4</w:t>
            </w:r>
          </w:p>
        </w:tc>
        <w:tc>
          <w:tcPr>
            <w:tcW w:w="988" w:type="dxa"/>
            <w:vAlign w:val="center"/>
          </w:tcPr>
          <w:p w14:paraId="21B905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3.08</w:t>
            </w:r>
          </w:p>
        </w:tc>
        <w:tc>
          <w:tcPr>
            <w:tcW w:w="856" w:type="dxa"/>
            <w:vAlign w:val="center"/>
          </w:tcPr>
          <w:p w14:paraId="522332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1.61</w:t>
            </w:r>
          </w:p>
        </w:tc>
        <w:tc>
          <w:tcPr>
            <w:tcW w:w="991" w:type="dxa"/>
            <w:vAlign w:val="center"/>
          </w:tcPr>
          <w:p w14:paraId="2B656BB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1.76</w:t>
            </w:r>
          </w:p>
        </w:tc>
        <w:tc>
          <w:tcPr>
            <w:tcW w:w="851" w:type="dxa"/>
            <w:vAlign w:val="center"/>
          </w:tcPr>
          <w:p w14:paraId="6CE1249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1.49</w:t>
            </w:r>
          </w:p>
        </w:tc>
        <w:tc>
          <w:tcPr>
            <w:tcW w:w="917" w:type="dxa"/>
            <w:vAlign w:val="center"/>
          </w:tcPr>
          <w:p w14:paraId="144687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0.571</w:t>
            </w:r>
          </w:p>
        </w:tc>
        <w:tc>
          <w:tcPr>
            <w:tcW w:w="826" w:type="dxa"/>
            <w:vAlign w:val="center"/>
          </w:tcPr>
          <w:p w14:paraId="70CA46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-0.807</w:t>
            </w:r>
          </w:p>
        </w:tc>
        <w:tc>
          <w:tcPr>
            <w:tcW w:w="1102" w:type="dxa"/>
            <w:vAlign w:val="center"/>
          </w:tcPr>
          <w:p w14:paraId="1B0CAF8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-0.84</w:t>
            </w:r>
          </w:p>
        </w:tc>
        <w:tc>
          <w:tcPr>
            <w:tcW w:w="1103" w:type="dxa"/>
            <w:vAlign w:val="center"/>
          </w:tcPr>
          <w:p w14:paraId="50B6869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0.00201</w:t>
            </w:r>
          </w:p>
        </w:tc>
      </w:tr>
      <w:tr w:rsidR="00B3051F" w:rsidRPr="00C03071" w14:paraId="04B4B427" w14:textId="77777777" w:rsidTr="00BA2F72">
        <w:trPr>
          <w:jc w:val="center"/>
        </w:trPr>
        <w:tc>
          <w:tcPr>
            <w:tcW w:w="2518" w:type="dxa"/>
            <w:vAlign w:val="center"/>
          </w:tcPr>
          <w:p w14:paraId="78AE8FD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LPE 20:5</w:t>
            </w:r>
          </w:p>
        </w:tc>
        <w:tc>
          <w:tcPr>
            <w:tcW w:w="988" w:type="dxa"/>
            <w:vAlign w:val="center"/>
          </w:tcPr>
          <w:p w14:paraId="5BD1F8F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0.82</w:t>
            </w:r>
          </w:p>
        </w:tc>
        <w:tc>
          <w:tcPr>
            <w:tcW w:w="856" w:type="dxa"/>
            <w:vAlign w:val="center"/>
          </w:tcPr>
          <w:p w14:paraId="2149C4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0.74</w:t>
            </w:r>
          </w:p>
        </w:tc>
        <w:tc>
          <w:tcPr>
            <w:tcW w:w="991" w:type="dxa"/>
            <w:vAlign w:val="center"/>
          </w:tcPr>
          <w:p w14:paraId="25FF4EC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w:t>
            </w:r>
          </w:p>
        </w:tc>
        <w:tc>
          <w:tcPr>
            <w:tcW w:w="851" w:type="dxa"/>
            <w:vAlign w:val="center"/>
          </w:tcPr>
          <w:p w14:paraId="4E7DC8B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0.17</w:t>
            </w:r>
          </w:p>
        </w:tc>
        <w:tc>
          <w:tcPr>
            <w:tcW w:w="917" w:type="dxa"/>
            <w:vAlign w:val="center"/>
          </w:tcPr>
          <w:p w14:paraId="4A8AC7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0.244</w:t>
            </w:r>
          </w:p>
        </w:tc>
        <w:tc>
          <w:tcPr>
            <w:tcW w:w="826" w:type="dxa"/>
            <w:vAlign w:val="center"/>
          </w:tcPr>
          <w:p w14:paraId="49047B5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-2.04</w:t>
            </w:r>
          </w:p>
        </w:tc>
        <w:tc>
          <w:tcPr>
            <w:tcW w:w="1102" w:type="dxa"/>
            <w:vAlign w:val="center"/>
          </w:tcPr>
          <w:p w14:paraId="4BFBDAF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1103" w:type="dxa"/>
            <w:vAlign w:val="center"/>
          </w:tcPr>
          <w:p w14:paraId="180B4DC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0.000145</w:t>
            </w:r>
          </w:p>
        </w:tc>
      </w:tr>
      <w:tr w:rsidR="00B3051F" w:rsidRPr="00C03071" w14:paraId="7B9CE54A" w14:textId="77777777" w:rsidTr="00BA2F72">
        <w:trPr>
          <w:jc w:val="center"/>
        </w:trPr>
        <w:tc>
          <w:tcPr>
            <w:tcW w:w="2518" w:type="dxa"/>
            <w:vAlign w:val="center"/>
          </w:tcPr>
          <w:p w14:paraId="236FE74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(16:1/16:1)</w:t>
            </w:r>
          </w:p>
        </w:tc>
        <w:tc>
          <w:tcPr>
            <w:tcW w:w="988" w:type="dxa"/>
            <w:vAlign w:val="center"/>
          </w:tcPr>
          <w:p w14:paraId="17076D1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856" w:type="dxa"/>
            <w:vAlign w:val="center"/>
          </w:tcPr>
          <w:p w14:paraId="12F132A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0.75</w:t>
            </w:r>
          </w:p>
        </w:tc>
        <w:tc>
          <w:tcPr>
            <w:tcW w:w="991" w:type="dxa"/>
            <w:vAlign w:val="center"/>
          </w:tcPr>
          <w:p w14:paraId="4A31BB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8.46</w:t>
            </w:r>
          </w:p>
        </w:tc>
        <w:tc>
          <w:tcPr>
            <w:tcW w:w="851" w:type="dxa"/>
            <w:vAlign w:val="center"/>
          </w:tcPr>
          <w:p w14:paraId="70E41E1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5.22</w:t>
            </w:r>
          </w:p>
        </w:tc>
        <w:tc>
          <w:tcPr>
            <w:tcW w:w="917" w:type="dxa"/>
            <w:vAlign w:val="center"/>
          </w:tcPr>
          <w:p w14:paraId="7A62B7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8.29</w:t>
            </w:r>
          </w:p>
        </w:tc>
        <w:tc>
          <w:tcPr>
            <w:tcW w:w="826" w:type="dxa"/>
            <w:vAlign w:val="center"/>
          </w:tcPr>
          <w:p w14:paraId="381C6E3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3.05</w:t>
            </w:r>
          </w:p>
        </w:tc>
        <w:tc>
          <w:tcPr>
            <w:tcW w:w="1102" w:type="dxa"/>
            <w:vAlign w:val="center"/>
          </w:tcPr>
          <w:p w14:paraId="35BCD9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1.97</w:t>
            </w:r>
          </w:p>
        </w:tc>
        <w:tc>
          <w:tcPr>
            <w:tcW w:w="1103" w:type="dxa"/>
            <w:vAlign w:val="center"/>
          </w:tcPr>
          <w:p w14:paraId="28EBDD7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3.5e-08</w:t>
            </w:r>
          </w:p>
        </w:tc>
      </w:tr>
      <w:tr w:rsidR="00B3051F" w:rsidRPr="00C03071" w14:paraId="11CBE1AB" w14:textId="77777777" w:rsidTr="00BA2F72">
        <w:trPr>
          <w:jc w:val="center"/>
        </w:trPr>
        <w:tc>
          <w:tcPr>
            <w:tcW w:w="2518" w:type="dxa"/>
            <w:vAlign w:val="center"/>
          </w:tcPr>
          <w:p w14:paraId="4D1542C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(18:0/18:1)</w:t>
            </w:r>
          </w:p>
        </w:tc>
        <w:tc>
          <w:tcPr>
            <w:tcW w:w="988" w:type="dxa"/>
            <w:vAlign w:val="center"/>
          </w:tcPr>
          <w:p w14:paraId="43AF2E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24.8</w:t>
            </w:r>
          </w:p>
        </w:tc>
        <w:tc>
          <w:tcPr>
            <w:tcW w:w="856" w:type="dxa"/>
            <w:vAlign w:val="center"/>
          </w:tcPr>
          <w:p w14:paraId="32A505E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7.36</w:t>
            </w:r>
          </w:p>
        </w:tc>
        <w:tc>
          <w:tcPr>
            <w:tcW w:w="991" w:type="dxa"/>
            <w:vAlign w:val="center"/>
          </w:tcPr>
          <w:p w14:paraId="7FE095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33.6</w:t>
            </w:r>
          </w:p>
        </w:tc>
        <w:tc>
          <w:tcPr>
            <w:tcW w:w="851" w:type="dxa"/>
            <w:vAlign w:val="center"/>
          </w:tcPr>
          <w:p w14:paraId="65D9477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9.38</w:t>
            </w:r>
          </w:p>
        </w:tc>
        <w:tc>
          <w:tcPr>
            <w:tcW w:w="917" w:type="dxa"/>
            <w:vAlign w:val="center"/>
          </w:tcPr>
          <w:p w14:paraId="5B974B0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1.35</w:t>
            </w:r>
          </w:p>
        </w:tc>
        <w:tc>
          <w:tcPr>
            <w:tcW w:w="826" w:type="dxa"/>
            <w:vAlign w:val="center"/>
          </w:tcPr>
          <w:p w14:paraId="5625A76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0.437</w:t>
            </w:r>
          </w:p>
        </w:tc>
        <w:tc>
          <w:tcPr>
            <w:tcW w:w="1102" w:type="dxa"/>
            <w:vAlign w:val="center"/>
          </w:tcPr>
          <w:p w14:paraId="7D94EB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1.03</w:t>
            </w:r>
          </w:p>
        </w:tc>
        <w:tc>
          <w:tcPr>
            <w:tcW w:w="1103" w:type="dxa"/>
            <w:vAlign w:val="center"/>
          </w:tcPr>
          <w:p w14:paraId="5521EE9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0.000238</w:t>
            </w:r>
          </w:p>
        </w:tc>
      </w:tr>
      <w:tr w:rsidR="00B3051F" w:rsidRPr="00C03071" w14:paraId="68171D98" w14:textId="77777777" w:rsidTr="00BA2F72">
        <w:trPr>
          <w:jc w:val="center"/>
        </w:trPr>
        <w:tc>
          <w:tcPr>
            <w:tcW w:w="2518" w:type="dxa"/>
            <w:vAlign w:val="center"/>
          </w:tcPr>
          <w:p w14:paraId="559D0E6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(20:4/20:5)</w:t>
            </w:r>
          </w:p>
        </w:tc>
        <w:tc>
          <w:tcPr>
            <w:tcW w:w="988" w:type="dxa"/>
            <w:vAlign w:val="center"/>
          </w:tcPr>
          <w:p w14:paraId="053F330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4.88</w:t>
            </w:r>
          </w:p>
        </w:tc>
        <w:tc>
          <w:tcPr>
            <w:tcW w:w="856" w:type="dxa"/>
            <w:vAlign w:val="center"/>
          </w:tcPr>
          <w:p w14:paraId="64948B2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0.93</w:t>
            </w:r>
          </w:p>
        </w:tc>
        <w:tc>
          <w:tcPr>
            <w:tcW w:w="991" w:type="dxa"/>
            <w:vAlign w:val="center"/>
          </w:tcPr>
          <w:p w14:paraId="31AC00B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851" w:type="dxa"/>
            <w:vAlign w:val="center"/>
          </w:tcPr>
          <w:p w14:paraId="2EA404E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3.56</w:t>
            </w:r>
          </w:p>
        </w:tc>
        <w:tc>
          <w:tcPr>
            <w:tcW w:w="917" w:type="dxa"/>
            <w:vAlign w:val="center"/>
          </w:tcPr>
          <w:p w14:paraId="655D1A5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w:t>
            </w:r>
          </w:p>
        </w:tc>
        <w:tc>
          <w:tcPr>
            <w:tcW w:w="826" w:type="dxa"/>
            <w:vAlign w:val="center"/>
          </w:tcPr>
          <w:p w14:paraId="3FC932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1.07</w:t>
            </w:r>
          </w:p>
        </w:tc>
        <w:tc>
          <w:tcPr>
            <w:tcW w:w="1102" w:type="dxa"/>
            <w:vAlign w:val="center"/>
          </w:tcPr>
          <w:p w14:paraId="24AB2A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2.04</w:t>
            </w:r>
          </w:p>
        </w:tc>
        <w:tc>
          <w:tcPr>
            <w:tcW w:w="1103" w:type="dxa"/>
            <w:vAlign w:val="center"/>
          </w:tcPr>
          <w:p w14:paraId="557E448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1.27e-08</w:t>
            </w:r>
          </w:p>
        </w:tc>
      </w:tr>
      <w:tr w:rsidR="00B3051F" w:rsidRPr="00C03071" w14:paraId="69BE697D" w14:textId="77777777" w:rsidTr="00BA2F72">
        <w:trPr>
          <w:jc w:val="center"/>
        </w:trPr>
        <w:tc>
          <w:tcPr>
            <w:tcW w:w="2518" w:type="dxa"/>
            <w:vAlign w:val="center"/>
          </w:tcPr>
          <w:p w14:paraId="59D73F6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(15:0/20:5)</w:t>
            </w:r>
          </w:p>
        </w:tc>
        <w:tc>
          <w:tcPr>
            <w:tcW w:w="988" w:type="dxa"/>
            <w:vAlign w:val="center"/>
          </w:tcPr>
          <w:p w14:paraId="31A88E4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w:t>
            </w:r>
          </w:p>
        </w:tc>
        <w:tc>
          <w:tcPr>
            <w:tcW w:w="856" w:type="dxa"/>
            <w:vAlign w:val="center"/>
          </w:tcPr>
          <w:p w14:paraId="2A66887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1.22</w:t>
            </w:r>
          </w:p>
        </w:tc>
        <w:tc>
          <w:tcPr>
            <w:tcW w:w="991" w:type="dxa"/>
            <w:vAlign w:val="center"/>
          </w:tcPr>
          <w:p w14:paraId="3A8F0F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0.29</w:t>
            </w:r>
          </w:p>
        </w:tc>
        <w:tc>
          <w:tcPr>
            <w:tcW w:w="851" w:type="dxa"/>
            <w:vAlign w:val="center"/>
          </w:tcPr>
          <w:p w14:paraId="1D5972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0.21</w:t>
            </w:r>
          </w:p>
        </w:tc>
        <w:tc>
          <w:tcPr>
            <w:tcW w:w="917" w:type="dxa"/>
            <w:vAlign w:val="center"/>
          </w:tcPr>
          <w:p w14:paraId="0B7B65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0.153</w:t>
            </w:r>
          </w:p>
        </w:tc>
        <w:tc>
          <w:tcPr>
            <w:tcW w:w="826" w:type="dxa"/>
            <w:vAlign w:val="center"/>
          </w:tcPr>
          <w:p w14:paraId="17E73FB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-2.71</w:t>
            </w:r>
          </w:p>
        </w:tc>
        <w:tc>
          <w:tcPr>
            <w:tcW w:w="1102" w:type="dxa"/>
            <w:vAlign w:val="center"/>
          </w:tcPr>
          <w:p w14:paraId="1D84C4B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-1.82</w:t>
            </w:r>
          </w:p>
        </w:tc>
        <w:tc>
          <w:tcPr>
            <w:tcW w:w="1103" w:type="dxa"/>
            <w:vAlign w:val="center"/>
          </w:tcPr>
          <w:p w14:paraId="097BB43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1.49e-07</w:t>
            </w:r>
          </w:p>
        </w:tc>
      </w:tr>
      <w:tr w:rsidR="00B3051F" w:rsidRPr="00C03071" w14:paraId="761A91A7" w14:textId="77777777" w:rsidTr="00BA2F72">
        <w:trPr>
          <w:jc w:val="center"/>
        </w:trPr>
        <w:tc>
          <w:tcPr>
            <w:tcW w:w="2518" w:type="dxa"/>
            <w:vAlign w:val="center"/>
          </w:tcPr>
          <w:p w14:paraId="48E1DEB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(16:0/18:3)</w:t>
            </w:r>
          </w:p>
        </w:tc>
        <w:tc>
          <w:tcPr>
            <w:tcW w:w="988" w:type="dxa"/>
            <w:vAlign w:val="center"/>
          </w:tcPr>
          <w:p w14:paraId="1C2ADBF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3.49</w:t>
            </w:r>
          </w:p>
        </w:tc>
        <w:tc>
          <w:tcPr>
            <w:tcW w:w="856" w:type="dxa"/>
            <w:vAlign w:val="center"/>
          </w:tcPr>
          <w:p w14:paraId="334479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1.37</w:t>
            </w:r>
          </w:p>
        </w:tc>
        <w:tc>
          <w:tcPr>
            <w:tcW w:w="991" w:type="dxa"/>
            <w:vAlign w:val="center"/>
          </w:tcPr>
          <w:p w14:paraId="6504719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2.23</w:t>
            </w:r>
          </w:p>
        </w:tc>
        <w:tc>
          <w:tcPr>
            <w:tcW w:w="851" w:type="dxa"/>
            <w:vAlign w:val="center"/>
          </w:tcPr>
          <w:p w14:paraId="7686D1A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1.26</w:t>
            </w:r>
          </w:p>
        </w:tc>
        <w:tc>
          <w:tcPr>
            <w:tcW w:w="917" w:type="dxa"/>
            <w:vAlign w:val="center"/>
          </w:tcPr>
          <w:p w14:paraId="2D25A9B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0.639</w:t>
            </w:r>
          </w:p>
        </w:tc>
        <w:tc>
          <w:tcPr>
            <w:tcW w:w="826" w:type="dxa"/>
            <w:vAlign w:val="center"/>
          </w:tcPr>
          <w:p w14:paraId="18EBC3C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-0.646</w:t>
            </w:r>
          </w:p>
        </w:tc>
        <w:tc>
          <w:tcPr>
            <w:tcW w:w="1102" w:type="dxa"/>
            <w:vAlign w:val="center"/>
          </w:tcPr>
          <w:p w14:paraId="27C30A1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-0.945</w:t>
            </w:r>
          </w:p>
        </w:tc>
        <w:tc>
          <w:tcPr>
            <w:tcW w:w="1103" w:type="dxa"/>
            <w:vAlign w:val="center"/>
          </w:tcPr>
          <w:p w14:paraId="006678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0.000615</w:t>
            </w:r>
          </w:p>
        </w:tc>
      </w:tr>
      <w:tr w:rsidR="00B3051F" w:rsidRPr="00C03071" w14:paraId="42FC2677" w14:textId="77777777" w:rsidTr="00BA2F72">
        <w:trPr>
          <w:jc w:val="center"/>
        </w:trPr>
        <w:tc>
          <w:tcPr>
            <w:tcW w:w="2518" w:type="dxa"/>
            <w:vAlign w:val="center"/>
          </w:tcPr>
          <w:p w14:paraId="7452987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(16:0/18:4)</w:t>
            </w:r>
          </w:p>
        </w:tc>
        <w:tc>
          <w:tcPr>
            <w:tcW w:w="988" w:type="dxa"/>
            <w:vAlign w:val="center"/>
          </w:tcPr>
          <w:p w14:paraId="1FAF417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2.38</w:t>
            </w:r>
          </w:p>
        </w:tc>
        <w:tc>
          <w:tcPr>
            <w:tcW w:w="856" w:type="dxa"/>
            <w:vAlign w:val="center"/>
          </w:tcPr>
          <w:p w14:paraId="216FCD1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1.47</w:t>
            </w:r>
          </w:p>
        </w:tc>
        <w:tc>
          <w:tcPr>
            <w:tcW w:w="991" w:type="dxa"/>
            <w:vAlign w:val="center"/>
          </w:tcPr>
          <w:p w14:paraId="591C018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w:t>
            </w:r>
          </w:p>
        </w:tc>
        <w:tc>
          <w:tcPr>
            <w:tcW w:w="851" w:type="dxa"/>
            <w:vAlign w:val="center"/>
          </w:tcPr>
          <w:p w14:paraId="2272D8B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0.38</w:t>
            </w:r>
          </w:p>
        </w:tc>
        <w:tc>
          <w:tcPr>
            <w:tcW w:w="917" w:type="dxa"/>
            <w:vAlign w:val="center"/>
          </w:tcPr>
          <w:p w14:paraId="2AF1451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0.504</w:t>
            </w:r>
          </w:p>
        </w:tc>
        <w:tc>
          <w:tcPr>
            <w:tcW w:w="826" w:type="dxa"/>
            <w:vAlign w:val="center"/>
          </w:tcPr>
          <w:p w14:paraId="04F558C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-0.988</w:t>
            </w:r>
          </w:p>
        </w:tc>
        <w:tc>
          <w:tcPr>
            <w:tcW w:w="1102" w:type="dxa"/>
            <w:vAlign w:val="center"/>
          </w:tcPr>
          <w:p w14:paraId="535CA68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-1.08</w:t>
            </w:r>
          </w:p>
        </w:tc>
        <w:tc>
          <w:tcPr>
            <w:tcW w:w="1103" w:type="dxa"/>
            <w:vAlign w:val="center"/>
          </w:tcPr>
          <w:p w14:paraId="246E9FF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0.000233</w:t>
            </w:r>
          </w:p>
        </w:tc>
      </w:tr>
      <w:tr w:rsidR="00B3051F" w:rsidRPr="00C03071" w14:paraId="182D9096" w14:textId="77777777" w:rsidTr="00BA2F72">
        <w:trPr>
          <w:jc w:val="center"/>
        </w:trPr>
        <w:tc>
          <w:tcPr>
            <w:tcW w:w="2518" w:type="dxa"/>
            <w:vAlign w:val="center"/>
          </w:tcPr>
          <w:p w14:paraId="5E5C8B9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(16:0/20:3)</w:t>
            </w:r>
          </w:p>
        </w:tc>
        <w:tc>
          <w:tcPr>
            <w:tcW w:w="988" w:type="dxa"/>
            <w:vAlign w:val="center"/>
          </w:tcPr>
          <w:p w14:paraId="1F6494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29.6</w:t>
            </w:r>
          </w:p>
        </w:tc>
        <w:tc>
          <w:tcPr>
            <w:tcW w:w="856" w:type="dxa"/>
            <w:vAlign w:val="center"/>
          </w:tcPr>
          <w:p w14:paraId="709348C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9.21</w:t>
            </w:r>
          </w:p>
        </w:tc>
        <w:tc>
          <w:tcPr>
            <w:tcW w:w="991" w:type="dxa"/>
            <w:vAlign w:val="center"/>
          </w:tcPr>
          <w:p w14:paraId="5D5C844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w:t>
            </w:r>
          </w:p>
        </w:tc>
        <w:tc>
          <w:tcPr>
            <w:tcW w:w="851" w:type="dxa"/>
            <w:vAlign w:val="center"/>
          </w:tcPr>
          <w:p w14:paraId="414BDE2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7.13</w:t>
            </w:r>
          </w:p>
        </w:tc>
        <w:tc>
          <w:tcPr>
            <w:tcW w:w="917" w:type="dxa"/>
            <w:vAlign w:val="center"/>
          </w:tcPr>
          <w:p w14:paraId="16956A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0.387</w:t>
            </w:r>
          </w:p>
        </w:tc>
        <w:tc>
          <w:tcPr>
            <w:tcW w:w="826" w:type="dxa"/>
            <w:vAlign w:val="center"/>
          </w:tcPr>
          <w:p w14:paraId="7D1A50B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-1.37</w:t>
            </w:r>
          </w:p>
        </w:tc>
        <w:tc>
          <w:tcPr>
            <w:tcW w:w="1102" w:type="dxa"/>
            <w:vAlign w:val="center"/>
          </w:tcPr>
          <w:p w14:paraId="7598A9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-2.18</w:t>
            </w:r>
          </w:p>
        </w:tc>
        <w:tc>
          <w:tcPr>
            <w:tcW w:w="1103" w:type="dxa"/>
            <w:vAlign w:val="center"/>
          </w:tcPr>
          <w:p w14:paraId="7CA6704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1.08e-10</w:t>
            </w:r>
          </w:p>
        </w:tc>
      </w:tr>
      <w:tr w:rsidR="00B3051F" w:rsidRPr="00C03071" w14:paraId="3287D7E3" w14:textId="77777777" w:rsidTr="00BA2F72">
        <w:trPr>
          <w:jc w:val="center"/>
        </w:trPr>
        <w:tc>
          <w:tcPr>
            <w:tcW w:w="2518" w:type="dxa"/>
            <w:vAlign w:val="center"/>
          </w:tcPr>
          <w:p w14:paraId="271080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(16:0/20:5)</w:t>
            </w:r>
          </w:p>
        </w:tc>
        <w:tc>
          <w:tcPr>
            <w:tcW w:w="988" w:type="dxa"/>
            <w:vAlign w:val="center"/>
          </w:tcPr>
          <w:p w14:paraId="3F24E0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4.99</w:t>
            </w:r>
          </w:p>
        </w:tc>
        <w:tc>
          <w:tcPr>
            <w:tcW w:w="856" w:type="dxa"/>
            <w:vAlign w:val="center"/>
          </w:tcPr>
          <w:p w14:paraId="04B670A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3.37</w:t>
            </w:r>
          </w:p>
        </w:tc>
        <w:tc>
          <w:tcPr>
            <w:tcW w:w="991" w:type="dxa"/>
            <w:vAlign w:val="center"/>
          </w:tcPr>
          <w:p w14:paraId="660CB8B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2.26</w:t>
            </w:r>
          </w:p>
        </w:tc>
        <w:tc>
          <w:tcPr>
            <w:tcW w:w="851" w:type="dxa"/>
            <w:vAlign w:val="center"/>
          </w:tcPr>
          <w:p w14:paraId="111837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2.76</w:t>
            </w:r>
          </w:p>
        </w:tc>
        <w:tc>
          <w:tcPr>
            <w:tcW w:w="917" w:type="dxa"/>
            <w:vAlign w:val="center"/>
          </w:tcPr>
          <w:p w14:paraId="69141C3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0.453</w:t>
            </w:r>
          </w:p>
        </w:tc>
        <w:tc>
          <w:tcPr>
            <w:tcW w:w="826" w:type="dxa"/>
            <w:vAlign w:val="center"/>
          </w:tcPr>
          <w:p w14:paraId="438BDB0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1102" w:type="dxa"/>
            <w:vAlign w:val="center"/>
          </w:tcPr>
          <w:p w14:paraId="675E5BF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-0.875</w:t>
            </w:r>
          </w:p>
        </w:tc>
        <w:tc>
          <w:tcPr>
            <w:tcW w:w="1103" w:type="dxa"/>
            <w:vAlign w:val="center"/>
          </w:tcPr>
          <w:p w14:paraId="29FB8E1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0.00139</w:t>
            </w:r>
          </w:p>
        </w:tc>
      </w:tr>
      <w:tr w:rsidR="00B3051F" w:rsidRPr="00C03071" w14:paraId="450C927C" w14:textId="77777777" w:rsidTr="00BA2F72">
        <w:trPr>
          <w:jc w:val="center"/>
        </w:trPr>
        <w:tc>
          <w:tcPr>
            <w:tcW w:w="2518" w:type="dxa"/>
            <w:vAlign w:val="center"/>
          </w:tcPr>
          <w:p w14:paraId="2071E1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(16:0/22:4)</w:t>
            </w:r>
          </w:p>
        </w:tc>
        <w:tc>
          <w:tcPr>
            <w:tcW w:w="988" w:type="dxa"/>
            <w:vAlign w:val="center"/>
          </w:tcPr>
          <w:p w14:paraId="4BEF5F9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3.91</w:t>
            </w:r>
          </w:p>
        </w:tc>
        <w:tc>
          <w:tcPr>
            <w:tcW w:w="856" w:type="dxa"/>
            <w:vAlign w:val="center"/>
          </w:tcPr>
          <w:p w14:paraId="3933FF7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0.67</w:t>
            </w:r>
          </w:p>
        </w:tc>
        <w:tc>
          <w:tcPr>
            <w:tcW w:w="991" w:type="dxa"/>
            <w:vAlign w:val="center"/>
          </w:tcPr>
          <w:p w14:paraId="1ADBAA7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2.19</w:t>
            </w:r>
          </w:p>
        </w:tc>
        <w:tc>
          <w:tcPr>
            <w:tcW w:w="851" w:type="dxa"/>
            <w:vAlign w:val="center"/>
          </w:tcPr>
          <w:p w14:paraId="78270F8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w:t>
            </w:r>
          </w:p>
        </w:tc>
        <w:tc>
          <w:tcPr>
            <w:tcW w:w="917" w:type="dxa"/>
            <w:vAlign w:val="center"/>
          </w:tcPr>
          <w:p w14:paraId="0D8AF9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0.56</w:t>
            </w:r>
          </w:p>
        </w:tc>
        <w:tc>
          <w:tcPr>
            <w:tcW w:w="826" w:type="dxa"/>
            <w:vAlign w:val="center"/>
          </w:tcPr>
          <w:p w14:paraId="2796105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-0.836</w:t>
            </w:r>
          </w:p>
        </w:tc>
        <w:tc>
          <w:tcPr>
            <w:tcW w:w="1102" w:type="dxa"/>
            <w:vAlign w:val="center"/>
          </w:tcPr>
          <w:p w14:paraId="42FE98F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-1.77</w:t>
            </w:r>
          </w:p>
        </w:tc>
        <w:tc>
          <w:tcPr>
            <w:tcW w:w="1103" w:type="dxa"/>
            <w:vAlign w:val="center"/>
          </w:tcPr>
          <w:p w14:paraId="3C3E81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3.43e-08</w:t>
            </w:r>
          </w:p>
        </w:tc>
      </w:tr>
      <w:tr w:rsidR="00B3051F" w:rsidRPr="00C03071" w14:paraId="7C55646E" w14:textId="77777777" w:rsidTr="00BA2F72">
        <w:trPr>
          <w:jc w:val="center"/>
        </w:trPr>
        <w:tc>
          <w:tcPr>
            <w:tcW w:w="2518" w:type="dxa"/>
            <w:vAlign w:val="center"/>
          </w:tcPr>
          <w:p w14:paraId="0E5C69E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(16:0/22:6)</w:t>
            </w:r>
          </w:p>
        </w:tc>
        <w:tc>
          <w:tcPr>
            <w:tcW w:w="988" w:type="dxa"/>
            <w:vAlign w:val="center"/>
          </w:tcPr>
          <w:p w14:paraId="0A57880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14.2</w:t>
            </w:r>
          </w:p>
        </w:tc>
        <w:tc>
          <w:tcPr>
            <w:tcW w:w="856" w:type="dxa"/>
            <w:vAlign w:val="center"/>
          </w:tcPr>
          <w:p w14:paraId="5B0953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8.62</w:t>
            </w:r>
          </w:p>
        </w:tc>
        <w:tc>
          <w:tcPr>
            <w:tcW w:w="991" w:type="dxa"/>
            <w:vAlign w:val="center"/>
          </w:tcPr>
          <w:p w14:paraId="0FE7477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6.59</w:t>
            </w:r>
          </w:p>
        </w:tc>
        <w:tc>
          <w:tcPr>
            <w:tcW w:w="851" w:type="dxa"/>
            <w:vAlign w:val="center"/>
          </w:tcPr>
          <w:p w14:paraId="36AE13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4.61</w:t>
            </w:r>
          </w:p>
        </w:tc>
        <w:tc>
          <w:tcPr>
            <w:tcW w:w="917" w:type="dxa"/>
            <w:vAlign w:val="center"/>
          </w:tcPr>
          <w:p w14:paraId="4F244DD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0.463</w:t>
            </w:r>
          </w:p>
        </w:tc>
        <w:tc>
          <w:tcPr>
            <w:tcW w:w="826" w:type="dxa"/>
            <w:vAlign w:val="center"/>
          </w:tcPr>
          <w:p w14:paraId="3ECC278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-1.11</w:t>
            </w:r>
          </w:p>
        </w:tc>
        <w:tc>
          <w:tcPr>
            <w:tcW w:w="1102" w:type="dxa"/>
            <w:vAlign w:val="center"/>
          </w:tcPr>
          <w:p w14:paraId="39150C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-1.09</w:t>
            </w:r>
          </w:p>
        </w:tc>
        <w:tc>
          <w:tcPr>
            <w:tcW w:w="1103" w:type="dxa"/>
            <w:vAlign w:val="center"/>
          </w:tcPr>
          <w:p w14:paraId="7789CB9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0.000151</w:t>
            </w:r>
          </w:p>
        </w:tc>
      </w:tr>
      <w:tr w:rsidR="00B3051F" w:rsidRPr="00C03071" w14:paraId="041B2161" w14:textId="77777777" w:rsidTr="00BA2F72">
        <w:trPr>
          <w:jc w:val="center"/>
        </w:trPr>
        <w:tc>
          <w:tcPr>
            <w:tcW w:w="2518" w:type="dxa"/>
            <w:vAlign w:val="center"/>
          </w:tcPr>
          <w:p w14:paraId="72FACFD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(16:1/20:5)</w:t>
            </w:r>
          </w:p>
        </w:tc>
        <w:tc>
          <w:tcPr>
            <w:tcW w:w="988" w:type="dxa"/>
            <w:vAlign w:val="center"/>
          </w:tcPr>
          <w:p w14:paraId="1B052D8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3.27</w:t>
            </w:r>
          </w:p>
        </w:tc>
        <w:tc>
          <w:tcPr>
            <w:tcW w:w="856" w:type="dxa"/>
            <w:vAlign w:val="center"/>
          </w:tcPr>
          <w:p w14:paraId="30B038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3.06</w:t>
            </w:r>
          </w:p>
        </w:tc>
        <w:tc>
          <w:tcPr>
            <w:tcW w:w="991" w:type="dxa"/>
            <w:vAlign w:val="center"/>
          </w:tcPr>
          <w:p w14:paraId="736A25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0.81</w:t>
            </w:r>
          </w:p>
        </w:tc>
        <w:tc>
          <w:tcPr>
            <w:tcW w:w="851" w:type="dxa"/>
            <w:vAlign w:val="center"/>
          </w:tcPr>
          <w:p w14:paraId="4A28839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0.81</w:t>
            </w:r>
          </w:p>
        </w:tc>
        <w:tc>
          <w:tcPr>
            <w:tcW w:w="917" w:type="dxa"/>
            <w:vAlign w:val="center"/>
          </w:tcPr>
          <w:p w14:paraId="0F4D9FE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0.248</w:t>
            </w:r>
          </w:p>
        </w:tc>
        <w:tc>
          <w:tcPr>
            <w:tcW w:w="826" w:type="dxa"/>
            <w:vAlign w:val="center"/>
          </w:tcPr>
          <w:p w14:paraId="2FFC75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-2.01</w:t>
            </w:r>
          </w:p>
        </w:tc>
        <w:tc>
          <w:tcPr>
            <w:tcW w:w="1102" w:type="dxa"/>
            <w:vAlign w:val="center"/>
          </w:tcPr>
          <w:p w14:paraId="0342F0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-1.08</w:t>
            </w:r>
          </w:p>
        </w:tc>
        <w:tc>
          <w:tcPr>
            <w:tcW w:w="1103" w:type="dxa"/>
            <w:vAlign w:val="center"/>
          </w:tcPr>
          <w:p w14:paraId="3A0244E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0.000233</w:t>
            </w:r>
          </w:p>
        </w:tc>
      </w:tr>
      <w:tr w:rsidR="00B3051F" w:rsidRPr="00C03071" w14:paraId="023D33B3" w14:textId="77777777" w:rsidTr="00BA2F72">
        <w:trPr>
          <w:jc w:val="center"/>
        </w:trPr>
        <w:tc>
          <w:tcPr>
            <w:tcW w:w="2518" w:type="dxa"/>
            <w:vAlign w:val="center"/>
          </w:tcPr>
          <w:p w14:paraId="1FDC32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(18:0/20:4)</w:t>
            </w:r>
          </w:p>
        </w:tc>
        <w:tc>
          <w:tcPr>
            <w:tcW w:w="988" w:type="dxa"/>
            <w:vAlign w:val="center"/>
          </w:tcPr>
          <w:p w14:paraId="5D7F80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w:t>
            </w:r>
          </w:p>
        </w:tc>
        <w:tc>
          <w:tcPr>
            <w:tcW w:w="856" w:type="dxa"/>
            <w:vAlign w:val="center"/>
          </w:tcPr>
          <w:p w14:paraId="7F619B7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6.59</w:t>
            </w:r>
          </w:p>
        </w:tc>
        <w:tc>
          <w:tcPr>
            <w:tcW w:w="991" w:type="dxa"/>
            <w:vAlign w:val="center"/>
          </w:tcPr>
          <w:p w14:paraId="5E96FFE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7.76</w:t>
            </w:r>
          </w:p>
        </w:tc>
        <w:tc>
          <w:tcPr>
            <w:tcW w:w="851" w:type="dxa"/>
            <w:vAlign w:val="center"/>
          </w:tcPr>
          <w:p w14:paraId="61E3ED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3.77</w:t>
            </w:r>
          </w:p>
        </w:tc>
        <w:tc>
          <w:tcPr>
            <w:tcW w:w="917" w:type="dxa"/>
            <w:vAlign w:val="center"/>
          </w:tcPr>
          <w:p w14:paraId="000FA4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0.659</w:t>
            </w:r>
          </w:p>
        </w:tc>
        <w:tc>
          <w:tcPr>
            <w:tcW w:w="826" w:type="dxa"/>
            <w:vAlign w:val="center"/>
          </w:tcPr>
          <w:p w14:paraId="73314B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-0.602</w:t>
            </w:r>
          </w:p>
        </w:tc>
        <w:tc>
          <w:tcPr>
            <w:tcW w:w="1102" w:type="dxa"/>
            <w:vAlign w:val="center"/>
          </w:tcPr>
          <w:p w14:paraId="4530D6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-0.739</w:t>
            </w:r>
          </w:p>
        </w:tc>
        <w:tc>
          <w:tcPr>
            <w:tcW w:w="1103" w:type="dxa"/>
            <w:vAlign w:val="center"/>
          </w:tcPr>
          <w:p w14:paraId="7D92C28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0.00628</w:t>
            </w:r>
          </w:p>
        </w:tc>
      </w:tr>
      <w:tr w:rsidR="00B3051F" w:rsidRPr="00C03071" w14:paraId="47F18CEF" w14:textId="77777777" w:rsidTr="00BA2F72">
        <w:trPr>
          <w:jc w:val="center"/>
        </w:trPr>
        <w:tc>
          <w:tcPr>
            <w:tcW w:w="2518" w:type="dxa"/>
            <w:vAlign w:val="center"/>
          </w:tcPr>
          <w:p w14:paraId="00F5035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(18:0/20:5)</w:t>
            </w:r>
          </w:p>
        </w:tc>
        <w:tc>
          <w:tcPr>
            <w:tcW w:w="988" w:type="dxa"/>
            <w:vAlign w:val="center"/>
          </w:tcPr>
          <w:p w14:paraId="528CF1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7.27</w:t>
            </w:r>
          </w:p>
        </w:tc>
        <w:tc>
          <w:tcPr>
            <w:tcW w:w="856" w:type="dxa"/>
            <w:vAlign w:val="center"/>
          </w:tcPr>
          <w:p w14:paraId="040B3A0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1.54</w:t>
            </w:r>
          </w:p>
        </w:tc>
        <w:tc>
          <w:tcPr>
            <w:tcW w:w="991" w:type="dxa"/>
            <w:vAlign w:val="center"/>
          </w:tcPr>
          <w:p w14:paraId="3DBDEA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3.07</w:t>
            </w:r>
          </w:p>
        </w:tc>
        <w:tc>
          <w:tcPr>
            <w:tcW w:w="851" w:type="dxa"/>
            <w:vAlign w:val="center"/>
          </w:tcPr>
          <w:p w14:paraId="39D5117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1.91</w:t>
            </w:r>
          </w:p>
        </w:tc>
        <w:tc>
          <w:tcPr>
            <w:tcW w:w="917" w:type="dxa"/>
            <w:vAlign w:val="center"/>
          </w:tcPr>
          <w:p w14:paraId="3E0B924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0.422</w:t>
            </w:r>
          </w:p>
        </w:tc>
        <w:tc>
          <w:tcPr>
            <w:tcW w:w="826" w:type="dxa"/>
            <w:vAlign w:val="center"/>
          </w:tcPr>
          <w:p w14:paraId="5CF70F9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1102" w:type="dxa"/>
            <w:vAlign w:val="center"/>
          </w:tcPr>
          <w:p w14:paraId="0D1E32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-2.39</w:t>
            </w:r>
          </w:p>
        </w:tc>
        <w:tc>
          <w:tcPr>
            <w:tcW w:w="1103" w:type="dxa"/>
            <w:vAlign w:val="center"/>
          </w:tcPr>
          <w:p w14:paraId="5A8C003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6.99e-12</w:t>
            </w:r>
          </w:p>
        </w:tc>
      </w:tr>
      <w:tr w:rsidR="00B3051F" w:rsidRPr="00C03071" w14:paraId="4C6A7298" w14:textId="77777777" w:rsidTr="00BA2F72">
        <w:trPr>
          <w:jc w:val="center"/>
        </w:trPr>
        <w:tc>
          <w:tcPr>
            <w:tcW w:w="2518" w:type="dxa"/>
            <w:vAlign w:val="center"/>
          </w:tcPr>
          <w:p w14:paraId="18B87A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(18:1/20:4)</w:t>
            </w:r>
          </w:p>
        </w:tc>
        <w:tc>
          <w:tcPr>
            <w:tcW w:w="988" w:type="dxa"/>
            <w:vAlign w:val="center"/>
          </w:tcPr>
          <w:p w14:paraId="784CCDD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5.36</w:t>
            </w:r>
          </w:p>
        </w:tc>
        <w:tc>
          <w:tcPr>
            <w:tcW w:w="856" w:type="dxa"/>
            <w:vAlign w:val="center"/>
          </w:tcPr>
          <w:p w14:paraId="35826FA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2.42</w:t>
            </w:r>
          </w:p>
        </w:tc>
        <w:tc>
          <w:tcPr>
            <w:tcW w:w="991" w:type="dxa"/>
            <w:vAlign w:val="center"/>
          </w:tcPr>
          <w:p w14:paraId="68012C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2.64</w:t>
            </w:r>
          </w:p>
        </w:tc>
        <w:tc>
          <w:tcPr>
            <w:tcW w:w="851" w:type="dxa"/>
            <w:vAlign w:val="center"/>
          </w:tcPr>
          <w:p w14:paraId="1026990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w:t>
            </w:r>
          </w:p>
        </w:tc>
        <w:tc>
          <w:tcPr>
            <w:tcW w:w="917" w:type="dxa"/>
            <w:vAlign w:val="center"/>
          </w:tcPr>
          <w:p w14:paraId="33CA971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0.493</w:t>
            </w:r>
          </w:p>
        </w:tc>
        <w:tc>
          <w:tcPr>
            <w:tcW w:w="826" w:type="dxa"/>
            <w:vAlign w:val="center"/>
          </w:tcPr>
          <w:p w14:paraId="7E1206A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-1.02</w:t>
            </w:r>
          </w:p>
        </w:tc>
        <w:tc>
          <w:tcPr>
            <w:tcW w:w="1102" w:type="dxa"/>
            <w:vAlign w:val="center"/>
          </w:tcPr>
          <w:p w14:paraId="1495CCD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-1.46</w:t>
            </w:r>
          </w:p>
        </w:tc>
        <w:tc>
          <w:tcPr>
            <w:tcW w:w="1103" w:type="dxa"/>
            <w:vAlign w:val="center"/>
          </w:tcPr>
          <w:p w14:paraId="51E154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2.82e-06</w:t>
            </w:r>
          </w:p>
        </w:tc>
      </w:tr>
      <w:tr w:rsidR="00B3051F" w:rsidRPr="00C03071" w14:paraId="3B5D038F" w14:textId="77777777" w:rsidTr="00BA2F72">
        <w:trPr>
          <w:jc w:val="center"/>
        </w:trPr>
        <w:tc>
          <w:tcPr>
            <w:tcW w:w="2518" w:type="dxa"/>
            <w:vAlign w:val="center"/>
          </w:tcPr>
          <w:p w14:paraId="2ABB0C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(18:2/18:2)</w:t>
            </w:r>
          </w:p>
        </w:tc>
        <w:tc>
          <w:tcPr>
            <w:tcW w:w="988" w:type="dxa"/>
            <w:vAlign w:val="center"/>
          </w:tcPr>
          <w:p w14:paraId="64D7CDC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5.03</w:t>
            </w:r>
          </w:p>
        </w:tc>
        <w:tc>
          <w:tcPr>
            <w:tcW w:w="856" w:type="dxa"/>
            <w:vAlign w:val="center"/>
          </w:tcPr>
          <w:p w14:paraId="45FEC0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5.02</w:t>
            </w:r>
          </w:p>
        </w:tc>
        <w:tc>
          <w:tcPr>
            <w:tcW w:w="991" w:type="dxa"/>
            <w:vAlign w:val="center"/>
          </w:tcPr>
          <w:p w14:paraId="5932CE8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0.34</w:t>
            </w:r>
          </w:p>
        </w:tc>
        <w:tc>
          <w:tcPr>
            <w:tcW w:w="851" w:type="dxa"/>
            <w:vAlign w:val="center"/>
          </w:tcPr>
          <w:p w14:paraId="0D2A839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0.54</w:t>
            </w:r>
          </w:p>
        </w:tc>
        <w:tc>
          <w:tcPr>
            <w:tcW w:w="917" w:type="dxa"/>
            <w:vAlign w:val="center"/>
          </w:tcPr>
          <w:p w14:paraId="3306EA3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0.0676</w:t>
            </w:r>
          </w:p>
        </w:tc>
        <w:tc>
          <w:tcPr>
            <w:tcW w:w="826" w:type="dxa"/>
            <w:vAlign w:val="center"/>
          </w:tcPr>
          <w:p w14:paraId="2B53CF7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-3.89</w:t>
            </w:r>
          </w:p>
        </w:tc>
        <w:tc>
          <w:tcPr>
            <w:tcW w:w="1102" w:type="dxa"/>
            <w:vAlign w:val="center"/>
          </w:tcPr>
          <w:p w14:paraId="494BDF4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w:t>
            </w:r>
          </w:p>
        </w:tc>
        <w:tc>
          <w:tcPr>
            <w:tcW w:w="1103" w:type="dxa"/>
            <w:vAlign w:val="center"/>
          </w:tcPr>
          <w:p w14:paraId="7EC0893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3.5e-05</w:t>
            </w:r>
          </w:p>
        </w:tc>
      </w:tr>
      <w:tr w:rsidR="00B3051F" w:rsidRPr="00C03071" w14:paraId="70151D86" w14:textId="77777777" w:rsidTr="00BA2F72">
        <w:trPr>
          <w:jc w:val="center"/>
        </w:trPr>
        <w:tc>
          <w:tcPr>
            <w:tcW w:w="2518" w:type="dxa"/>
            <w:vAlign w:val="center"/>
          </w:tcPr>
          <w:p w14:paraId="7A5E531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(18:2/20:5)</w:t>
            </w:r>
          </w:p>
        </w:tc>
        <w:tc>
          <w:tcPr>
            <w:tcW w:w="988" w:type="dxa"/>
            <w:vAlign w:val="center"/>
          </w:tcPr>
          <w:p w14:paraId="0FA6D1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4.6</w:t>
            </w:r>
          </w:p>
        </w:tc>
        <w:tc>
          <w:tcPr>
            <w:tcW w:w="856" w:type="dxa"/>
            <w:vAlign w:val="center"/>
          </w:tcPr>
          <w:p w14:paraId="0DB594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1.55</w:t>
            </w:r>
          </w:p>
        </w:tc>
        <w:tc>
          <w:tcPr>
            <w:tcW w:w="991" w:type="dxa"/>
            <w:vAlign w:val="center"/>
          </w:tcPr>
          <w:p w14:paraId="0A15C5A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2.68</w:t>
            </w:r>
          </w:p>
        </w:tc>
        <w:tc>
          <w:tcPr>
            <w:tcW w:w="851" w:type="dxa"/>
            <w:vAlign w:val="center"/>
          </w:tcPr>
          <w:p w14:paraId="004C8DD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1.84</w:t>
            </w:r>
          </w:p>
        </w:tc>
        <w:tc>
          <w:tcPr>
            <w:tcW w:w="917" w:type="dxa"/>
            <w:vAlign w:val="center"/>
          </w:tcPr>
          <w:p w14:paraId="13E9E90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0.583</w:t>
            </w:r>
          </w:p>
        </w:tc>
        <w:tc>
          <w:tcPr>
            <w:tcW w:w="826" w:type="dxa"/>
            <w:vAlign w:val="center"/>
          </w:tcPr>
          <w:p w14:paraId="0F9D009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-0.779</w:t>
            </w:r>
          </w:p>
        </w:tc>
        <w:tc>
          <w:tcPr>
            <w:tcW w:w="1102" w:type="dxa"/>
            <w:vAlign w:val="center"/>
          </w:tcPr>
          <w:p w14:paraId="152D7E2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-1.11</w:t>
            </w:r>
          </w:p>
        </w:tc>
        <w:tc>
          <w:tcPr>
            <w:tcW w:w="1103" w:type="dxa"/>
            <w:vAlign w:val="center"/>
          </w:tcPr>
          <w:p w14:paraId="0D4D788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9.62e-05</w:t>
            </w:r>
          </w:p>
        </w:tc>
      </w:tr>
      <w:tr w:rsidR="00B3051F" w:rsidRPr="00C03071" w14:paraId="0DD492B5" w14:textId="77777777" w:rsidTr="00BA2F72">
        <w:trPr>
          <w:jc w:val="center"/>
        </w:trPr>
        <w:tc>
          <w:tcPr>
            <w:tcW w:w="2518" w:type="dxa"/>
            <w:vAlign w:val="center"/>
          </w:tcPr>
          <w:p w14:paraId="751A8B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PC (18:2/22:4)</w:t>
            </w:r>
          </w:p>
        </w:tc>
        <w:tc>
          <w:tcPr>
            <w:tcW w:w="988" w:type="dxa"/>
            <w:vAlign w:val="center"/>
          </w:tcPr>
          <w:p w14:paraId="165B411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8.48</w:t>
            </w:r>
          </w:p>
        </w:tc>
        <w:tc>
          <w:tcPr>
            <w:tcW w:w="856" w:type="dxa"/>
            <w:vAlign w:val="center"/>
          </w:tcPr>
          <w:p w14:paraId="45DD5BF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5.14</w:t>
            </w:r>
          </w:p>
        </w:tc>
        <w:tc>
          <w:tcPr>
            <w:tcW w:w="991" w:type="dxa"/>
            <w:vAlign w:val="center"/>
          </w:tcPr>
          <w:p w14:paraId="581EAE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3.95</w:t>
            </w:r>
          </w:p>
        </w:tc>
        <w:tc>
          <w:tcPr>
            <w:tcW w:w="851" w:type="dxa"/>
            <w:vAlign w:val="center"/>
          </w:tcPr>
          <w:p w14:paraId="2C213F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1.95</w:t>
            </w:r>
          </w:p>
        </w:tc>
        <w:tc>
          <w:tcPr>
            <w:tcW w:w="917" w:type="dxa"/>
            <w:vAlign w:val="center"/>
          </w:tcPr>
          <w:p w14:paraId="1292D03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0.466</w:t>
            </w:r>
          </w:p>
        </w:tc>
        <w:tc>
          <w:tcPr>
            <w:tcW w:w="826" w:type="dxa"/>
            <w:vAlign w:val="center"/>
          </w:tcPr>
          <w:p w14:paraId="254AA7D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w:t>
            </w:r>
          </w:p>
        </w:tc>
        <w:tc>
          <w:tcPr>
            <w:tcW w:w="1102" w:type="dxa"/>
            <w:vAlign w:val="center"/>
          </w:tcPr>
          <w:p w14:paraId="3C14F4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-1.15</w:t>
            </w:r>
          </w:p>
        </w:tc>
        <w:tc>
          <w:tcPr>
            <w:tcW w:w="1103" w:type="dxa"/>
            <w:vAlign w:val="center"/>
          </w:tcPr>
          <w:p w14:paraId="0B065AC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0.000107</w:t>
            </w:r>
          </w:p>
        </w:tc>
      </w:tr>
      <w:tr w:rsidR="00B3051F" w:rsidRPr="00C03071" w14:paraId="09829F4E" w14:textId="77777777" w:rsidTr="00BA2F72">
        <w:trPr>
          <w:jc w:val="center"/>
        </w:trPr>
        <w:tc>
          <w:tcPr>
            <w:tcW w:w="2518" w:type="dxa"/>
            <w:vAlign w:val="center"/>
          </w:tcPr>
          <w:p w14:paraId="2F0CCF2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(16:0/18:1)</w:t>
            </w:r>
          </w:p>
        </w:tc>
        <w:tc>
          <w:tcPr>
            <w:tcW w:w="988" w:type="dxa"/>
            <w:vAlign w:val="center"/>
          </w:tcPr>
          <w:p w14:paraId="19738A6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21.8</w:t>
            </w:r>
          </w:p>
        </w:tc>
        <w:tc>
          <w:tcPr>
            <w:tcW w:w="856" w:type="dxa"/>
            <w:vAlign w:val="center"/>
          </w:tcPr>
          <w:p w14:paraId="00920BC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5.72</w:t>
            </w:r>
          </w:p>
        </w:tc>
        <w:tc>
          <w:tcPr>
            <w:tcW w:w="991" w:type="dxa"/>
            <w:vAlign w:val="center"/>
          </w:tcPr>
          <w:p w14:paraId="7DD9BF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30.6</w:t>
            </w:r>
          </w:p>
        </w:tc>
        <w:tc>
          <w:tcPr>
            <w:tcW w:w="851" w:type="dxa"/>
            <w:vAlign w:val="center"/>
          </w:tcPr>
          <w:p w14:paraId="25997F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6.66</w:t>
            </w:r>
          </w:p>
        </w:tc>
        <w:tc>
          <w:tcPr>
            <w:tcW w:w="917" w:type="dxa"/>
            <w:vAlign w:val="center"/>
          </w:tcPr>
          <w:p w14:paraId="0CBD01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1.41</w:t>
            </w:r>
          </w:p>
        </w:tc>
        <w:tc>
          <w:tcPr>
            <w:tcW w:w="826" w:type="dxa"/>
            <w:vAlign w:val="center"/>
          </w:tcPr>
          <w:p w14:paraId="49FC01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0.494</w:t>
            </w:r>
          </w:p>
        </w:tc>
        <w:tc>
          <w:tcPr>
            <w:tcW w:w="1102" w:type="dxa"/>
            <w:vAlign w:val="center"/>
          </w:tcPr>
          <w:p w14:paraId="63E2A7C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1.41</w:t>
            </w:r>
          </w:p>
        </w:tc>
        <w:tc>
          <w:tcPr>
            <w:tcW w:w="1103" w:type="dxa"/>
            <w:vAlign w:val="center"/>
          </w:tcPr>
          <w:p w14:paraId="094A7B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1.71e-06</w:t>
            </w:r>
          </w:p>
        </w:tc>
      </w:tr>
      <w:tr w:rsidR="00B3051F" w:rsidRPr="00C03071" w14:paraId="2DEF7E5C" w14:textId="77777777" w:rsidTr="00BA2F72">
        <w:trPr>
          <w:jc w:val="center"/>
        </w:trPr>
        <w:tc>
          <w:tcPr>
            <w:tcW w:w="2518" w:type="dxa"/>
            <w:vAlign w:val="center"/>
          </w:tcPr>
          <w:p w14:paraId="73262E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(18:0/18:1)</w:t>
            </w:r>
          </w:p>
        </w:tc>
        <w:tc>
          <w:tcPr>
            <w:tcW w:w="988" w:type="dxa"/>
            <w:vAlign w:val="center"/>
          </w:tcPr>
          <w:p w14:paraId="1ACE1E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9.39</w:t>
            </w:r>
          </w:p>
        </w:tc>
        <w:tc>
          <w:tcPr>
            <w:tcW w:w="856" w:type="dxa"/>
            <w:vAlign w:val="center"/>
          </w:tcPr>
          <w:p w14:paraId="70685D3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2.42</w:t>
            </w:r>
          </w:p>
        </w:tc>
        <w:tc>
          <w:tcPr>
            <w:tcW w:w="991" w:type="dxa"/>
            <w:vAlign w:val="center"/>
          </w:tcPr>
          <w:p w14:paraId="6ECD020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17.7</w:t>
            </w:r>
          </w:p>
        </w:tc>
        <w:tc>
          <w:tcPr>
            <w:tcW w:w="851" w:type="dxa"/>
            <w:vAlign w:val="center"/>
          </w:tcPr>
          <w:p w14:paraId="49D310D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3.93</w:t>
            </w:r>
          </w:p>
        </w:tc>
        <w:tc>
          <w:tcPr>
            <w:tcW w:w="917" w:type="dxa"/>
            <w:vAlign w:val="center"/>
          </w:tcPr>
          <w:p w14:paraId="4139192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826" w:type="dxa"/>
            <w:vAlign w:val="center"/>
          </w:tcPr>
          <w:p w14:paraId="46862D2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0.917</w:t>
            </w:r>
          </w:p>
        </w:tc>
        <w:tc>
          <w:tcPr>
            <w:tcW w:w="1102" w:type="dxa"/>
            <w:vAlign w:val="center"/>
          </w:tcPr>
          <w:p w14:paraId="248012E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2.52</w:t>
            </w:r>
          </w:p>
        </w:tc>
        <w:tc>
          <w:tcPr>
            <w:tcW w:w="1103" w:type="dxa"/>
            <w:vAlign w:val="center"/>
          </w:tcPr>
          <w:p w14:paraId="606215E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6.99e-12</w:t>
            </w:r>
          </w:p>
        </w:tc>
      </w:tr>
      <w:tr w:rsidR="00B3051F" w:rsidRPr="00C03071" w14:paraId="75C64FA3" w14:textId="77777777" w:rsidTr="00BA2F72">
        <w:trPr>
          <w:jc w:val="center"/>
        </w:trPr>
        <w:tc>
          <w:tcPr>
            <w:tcW w:w="2518" w:type="dxa"/>
            <w:vAlign w:val="center"/>
          </w:tcPr>
          <w:p w14:paraId="57CF6C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(18:0/22:6)</w:t>
            </w:r>
          </w:p>
        </w:tc>
        <w:tc>
          <w:tcPr>
            <w:tcW w:w="988" w:type="dxa"/>
            <w:vAlign w:val="center"/>
          </w:tcPr>
          <w:p w14:paraId="4B8D1A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2.52</w:t>
            </w:r>
          </w:p>
        </w:tc>
        <w:tc>
          <w:tcPr>
            <w:tcW w:w="856" w:type="dxa"/>
            <w:vAlign w:val="center"/>
          </w:tcPr>
          <w:p w14:paraId="7F4F1A5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1.43</w:t>
            </w:r>
          </w:p>
        </w:tc>
        <w:tc>
          <w:tcPr>
            <w:tcW w:w="991" w:type="dxa"/>
            <w:vAlign w:val="center"/>
          </w:tcPr>
          <w:p w14:paraId="18B25B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3.78</w:t>
            </w:r>
          </w:p>
        </w:tc>
        <w:tc>
          <w:tcPr>
            <w:tcW w:w="851" w:type="dxa"/>
            <w:vAlign w:val="center"/>
          </w:tcPr>
          <w:p w14:paraId="0D6ABDD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w:t>
            </w:r>
          </w:p>
        </w:tc>
        <w:tc>
          <w:tcPr>
            <w:tcW w:w="917" w:type="dxa"/>
            <w:vAlign w:val="center"/>
          </w:tcPr>
          <w:p w14:paraId="5300C48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w:t>
            </w:r>
          </w:p>
        </w:tc>
        <w:tc>
          <w:tcPr>
            <w:tcW w:w="826" w:type="dxa"/>
            <w:vAlign w:val="center"/>
          </w:tcPr>
          <w:p w14:paraId="5F7F70F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0.585</w:t>
            </w:r>
          </w:p>
        </w:tc>
        <w:tc>
          <w:tcPr>
            <w:tcW w:w="1102" w:type="dxa"/>
            <w:vAlign w:val="center"/>
          </w:tcPr>
          <w:p w14:paraId="371C8C7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0.715</w:t>
            </w:r>
          </w:p>
        </w:tc>
        <w:tc>
          <w:tcPr>
            <w:tcW w:w="1103" w:type="dxa"/>
            <w:vAlign w:val="center"/>
          </w:tcPr>
          <w:p w14:paraId="5D46876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0.00753</w:t>
            </w:r>
          </w:p>
        </w:tc>
      </w:tr>
      <w:tr w:rsidR="00B3051F" w:rsidRPr="00C03071" w14:paraId="0509DD50" w14:textId="77777777" w:rsidTr="00BA2F72">
        <w:trPr>
          <w:jc w:val="center"/>
        </w:trPr>
        <w:tc>
          <w:tcPr>
            <w:tcW w:w="2518" w:type="dxa"/>
            <w:vAlign w:val="center"/>
          </w:tcPr>
          <w:p w14:paraId="53EA27C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(18:1/20:0)</w:t>
            </w:r>
          </w:p>
        </w:tc>
        <w:tc>
          <w:tcPr>
            <w:tcW w:w="988" w:type="dxa"/>
            <w:vAlign w:val="center"/>
          </w:tcPr>
          <w:p w14:paraId="59042DF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23.5</w:t>
            </w:r>
          </w:p>
        </w:tc>
        <w:tc>
          <w:tcPr>
            <w:tcW w:w="856" w:type="dxa"/>
            <w:vAlign w:val="center"/>
          </w:tcPr>
          <w:p w14:paraId="1063690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8.63</w:t>
            </w:r>
          </w:p>
        </w:tc>
        <w:tc>
          <w:tcPr>
            <w:tcW w:w="991" w:type="dxa"/>
            <w:vAlign w:val="center"/>
          </w:tcPr>
          <w:p w14:paraId="50C1937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33.9</w:t>
            </w:r>
          </w:p>
        </w:tc>
        <w:tc>
          <w:tcPr>
            <w:tcW w:w="851" w:type="dxa"/>
            <w:vAlign w:val="center"/>
          </w:tcPr>
          <w:p w14:paraId="2D42956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w:t>
            </w:r>
          </w:p>
        </w:tc>
        <w:tc>
          <w:tcPr>
            <w:tcW w:w="917" w:type="dxa"/>
            <w:vAlign w:val="center"/>
          </w:tcPr>
          <w:p w14:paraId="6E6B00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1.44</w:t>
            </w:r>
          </w:p>
        </w:tc>
        <w:tc>
          <w:tcPr>
            <w:tcW w:w="826" w:type="dxa"/>
            <w:vAlign w:val="center"/>
          </w:tcPr>
          <w:p w14:paraId="19F5F4B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0.531</w:t>
            </w:r>
          </w:p>
        </w:tc>
        <w:tc>
          <w:tcPr>
            <w:tcW w:w="1102" w:type="dxa"/>
            <w:vAlign w:val="center"/>
          </w:tcPr>
          <w:p w14:paraId="0BBACDC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0.642</w:t>
            </w:r>
          </w:p>
        </w:tc>
        <w:tc>
          <w:tcPr>
            <w:tcW w:w="1103" w:type="dxa"/>
            <w:vAlign w:val="center"/>
          </w:tcPr>
          <w:p w14:paraId="187614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0.0167</w:t>
            </w:r>
          </w:p>
        </w:tc>
      </w:tr>
      <w:tr w:rsidR="00B3051F" w:rsidRPr="00C03071" w14:paraId="70E42A00" w14:textId="77777777" w:rsidTr="00BA2F72">
        <w:trPr>
          <w:jc w:val="center"/>
        </w:trPr>
        <w:tc>
          <w:tcPr>
            <w:tcW w:w="2518" w:type="dxa"/>
            <w:vAlign w:val="center"/>
          </w:tcPr>
          <w:p w14:paraId="667C06C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(18:1/22:5)</w:t>
            </w:r>
          </w:p>
        </w:tc>
        <w:tc>
          <w:tcPr>
            <w:tcW w:w="988" w:type="dxa"/>
            <w:vAlign w:val="center"/>
          </w:tcPr>
          <w:p w14:paraId="3F1DBDE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3.94</w:t>
            </w:r>
          </w:p>
        </w:tc>
        <w:tc>
          <w:tcPr>
            <w:tcW w:w="856" w:type="dxa"/>
            <w:vAlign w:val="center"/>
          </w:tcPr>
          <w:p w14:paraId="730B92D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991" w:type="dxa"/>
            <w:vAlign w:val="center"/>
          </w:tcPr>
          <w:p w14:paraId="1E0E5F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9.32</w:t>
            </w:r>
          </w:p>
        </w:tc>
        <w:tc>
          <w:tcPr>
            <w:tcW w:w="851" w:type="dxa"/>
            <w:vAlign w:val="center"/>
          </w:tcPr>
          <w:p w14:paraId="286676C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4.57</w:t>
            </w:r>
          </w:p>
        </w:tc>
        <w:tc>
          <w:tcPr>
            <w:tcW w:w="917" w:type="dxa"/>
            <w:vAlign w:val="center"/>
          </w:tcPr>
          <w:p w14:paraId="7DE6741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2.37</w:t>
            </w:r>
          </w:p>
        </w:tc>
        <w:tc>
          <w:tcPr>
            <w:tcW w:w="826" w:type="dxa"/>
            <w:vAlign w:val="center"/>
          </w:tcPr>
          <w:p w14:paraId="0CFFCB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1102" w:type="dxa"/>
            <w:vAlign w:val="center"/>
          </w:tcPr>
          <w:p w14:paraId="4C401B6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1.56</w:t>
            </w:r>
          </w:p>
        </w:tc>
        <w:tc>
          <w:tcPr>
            <w:tcW w:w="1103" w:type="dxa"/>
            <w:vAlign w:val="center"/>
          </w:tcPr>
          <w:p w14:paraId="5267BDA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1.18e-06</w:t>
            </w:r>
          </w:p>
        </w:tc>
      </w:tr>
      <w:tr w:rsidR="00B3051F" w:rsidRPr="00C03071" w14:paraId="0A03367B" w14:textId="77777777" w:rsidTr="00BA2F72">
        <w:trPr>
          <w:jc w:val="center"/>
        </w:trPr>
        <w:tc>
          <w:tcPr>
            <w:tcW w:w="2518" w:type="dxa"/>
            <w:vAlign w:val="center"/>
          </w:tcPr>
          <w:p w14:paraId="7C2C3C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(18:1/22:6)</w:t>
            </w:r>
          </w:p>
        </w:tc>
        <w:tc>
          <w:tcPr>
            <w:tcW w:w="988" w:type="dxa"/>
            <w:vAlign w:val="center"/>
          </w:tcPr>
          <w:p w14:paraId="48287FB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82.5</w:t>
            </w:r>
          </w:p>
        </w:tc>
        <w:tc>
          <w:tcPr>
            <w:tcW w:w="856" w:type="dxa"/>
            <w:vAlign w:val="center"/>
          </w:tcPr>
          <w:p w14:paraId="54B98D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33.8</w:t>
            </w:r>
          </w:p>
        </w:tc>
        <w:tc>
          <w:tcPr>
            <w:tcW w:w="991" w:type="dxa"/>
            <w:vAlign w:val="center"/>
          </w:tcPr>
          <w:p w14:paraId="6D77C8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126</w:t>
            </w:r>
          </w:p>
        </w:tc>
        <w:tc>
          <w:tcPr>
            <w:tcW w:w="851" w:type="dxa"/>
            <w:vAlign w:val="center"/>
          </w:tcPr>
          <w:p w14:paraId="2743F5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73.5</w:t>
            </w:r>
          </w:p>
        </w:tc>
        <w:tc>
          <w:tcPr>
            <w:tcW w:w="917" w:type="dxa"/>
            <w:vAlign w:val="center"/>
          </w:tcPr>
          <w:p w14:paraId="753B311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1.53</w:t>
            </w:r>
          </w:p>
        </w:tc>
        <w:tc>
          <w:tcPr>
            <w:tcW w:w="826" w:type="dxa"/>
            <w:vAlign w:val="center"/>
          </w:tcPr>
          <w:p w14:paraId="7AD62B9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0.613</w:t>
            </w:r>
          </w:p>
        </w:tc>
        <w:tc>
          <w:tcPr>
            <w:tcW w:w="1102" w:type="dxa"/>
            <w:vAlign w:val="center"/>
          </w:tcPr>
          <w:p w14:paraId="05535E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0.754</w:t>
            </w:r>
          </w:p>
        </w:tc>
        <w:tc>
          <w:tcPr>
            <w:tcW w:w="1103" w:type="dxa"/>
            <w:vAlign w:val="center"/>
          </w:tcPr>
          <w:p w14:paraId="6A6D9BE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0.00596</w:t>
            </w:r>
          </w:p>
        </w:tc>
      </w:tr>
      <w:tr w:rsidR="00B3051F" w:rsidRPr="00C03071" w14:paraId="22513216" w14:textId="77777777" w:rsidTr="00BA2F72">
        <w:trPr>
          <w:jc w:val="center"/>
        </w:trPr>
        <w:tc>
          <w:tcPr>
            <w:tcW w:w="2518" w:type="dxa"/>
            <w:vAlign w:val="center"/>
          </w:tcPr>
          <w:p w14:paraId="384DB15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(18:3/22:6)</w:t>
            </w:r>
          </w:p>
        </w:tc>
        <w:tc>
          <w:tcPr>
            <w:tcW w:w="988" w:type="dxa"/>
            <w:vAlign w:val="center"/>
          </w:tcPr>
          <w:p w14:paraId="1798902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0.78</w:t>
            </w:r>
          </w:p>
        </w:tc>
        <w:tc>
          <w:tcPr>
            <w:tcW w:w="856" w:type="dxa"/>
            <w:vAlign w:val="center"/>
          </w:tcPr>
          <w:p w14:paraId="52DFCB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0.37</w:t>
            </w:r>
          </w:p>
        </w:tc>
        <w:tc>
          <w:tcPr>
            <w:tcW w:w="991" w:type="dxa"/>
            <w:vAlign w:val="center"/>
          </w:tcPr>
          <w:p w14:paraId="6E96FC4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1.84</w:t>
            </w:r>
          </w:p>
        </w:tc>
        <w:tc>
          <w:tcPr>
            <w:tcW w:w="851" w:type="dxa"/>
            <w:vAlign w:val="center"/>
          </w:tcPr>
          <w:p w14:paraId="31581C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0.71</w:t>
            </w:r>
          </w:p>
        </w:tc>
        <w:tc>
          <w:tcPr>
            <w:tcW w:w="917" w:type="dxa"/>
            <w:vAlign w:val="center"/>
          </w:tcPr>
          <w:p w14:paraId="1C3B37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2.36</w:t>
            </w:r>
          </w:p>
        </w:tc>
        <w:tc>
          <w:tcPr>
            <w:tcW w:w="826" w:type="dxa"/>
            <w:vAlign w:val="center"/>
          </w:tcPr>
          <w:p w14:paraId="26CF5D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1102" w:type="dxa"/>
            <w:vAlign w:val="center"/>
          </w:tcPr>
          <w:p w14:paraId="7C4442E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1.85</w:t>
            </w:r>
          </w:p>
        </w:tc>
        <w:tc>
          <w:tcPr>
            <w:tcW w:w="1103" w:type="dxa"/>
            <w:vAlign w:val="center"/>
          </w:tcPr>
          <w:p w14:paraId="61C6CA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1.82e-08</w:t>
            </w:r>
          </w:p>
        </w:tc>
      </w:tr>
      <w:tr w:rsidR="00B3051F" w:rsidRPr="00C03071" w14:paraId="7ED512CA" w14:textId="77777777" w:rsidTr="00BA2F72">
        <w:trPr>
          <w:jc w:val="center"/>
        </w:trPr>
        <w:tc>
          <w:tcPr>
            <w:tcW w:w="2518" w:type="dxa"/>
            <w:vAlign w:val="center"/>
          </w:tcPr>
          <w:p w14:paraId="1FFB32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(22:6/17:1)</w:t>
            </w:r>
          </w:p>
        </w:tc>
        <w:tc>
          <w:tcPr>
            <w:tcW w:w="988" w:type="dxa"/>
            <w:vAlign w:val="center"/>
          </w:tcPr>
          <w:p w14:paraId="02BD436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14.2</w:t>
            </w:r>
          </w:p>
        </w:tc>
        <w:tc>
          <w:tcPr>
            <w:tcW w:w="856" w:type="dxa"/>
            <w:vAlign w:val="center"/>
          </w:tcPr>
          <w:p w14:paraId="31CF45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4.09</w:t>
            </w:r>
          </w:p>
        </w:tc>
        <w:tc>
          <w:tcPr>
            <w:tcW w:w="991" w:type="dxa"/>
            <w:vAlign w:val="center"/>
          </w:tcPr>
          <w:p w14:paraId="77AAD2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38.3</w:t>
            </w:r>
          </w:p>
        </w:tc>
        <w:tc>
          <w:tcPr>
            <w:tcW w:w="851" w:type="dxa"/>
            <w:vAlign w:val="center"/>
          </w:tcPr>
          <w:p w14:paraId="6F51481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w:t>
            </w:r>
          </w:p>
        </w:tc>
        <w:tc>
          <w:tcPr>
            <w:tcW w:w="917" w:type="dxa"/>
            <w:vAlign w:val="center"/>
          </w:tcPr>
          <w:p w14:paraId="1C47FF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2.7</w:t>
            </w:r>
          </w:p>
        </w:tc>
        <w:tc>
          <w:tcPr>
            <w:tcW w:w="826" w:type="dxa"/>
            <w:vAlign w:val="center"/>
          </w:tcPr>
          <w:p w14:paraId="1129C31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1.43</w:t>
            </w:r>
          </w:p>
        </w:tc>
        <w:tc>
          <w:tcPr>
            <w:tcW w:w="1102" w:type="dxa"/>
            <w:vAlign w:val="center"/>
          </w:tcPr>
          <w:p w14:paraId="0A2EC26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1.33</w:t>
            </w:r>
          </w:p>
        </w:tc>
        <w:tc>
          <w:tcPr>
            <w:tcW w:w="1103" w:type="dxa"/>
            <w:vAlign w:val="center"/>
          </w:tcPr>
          <w:p w14:paraId="3EE5540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2.32e-05</w:t>
            </w:r>
          </w:p>
        </w:tc>
      </w:tr>
      <w:tr w:rsidR="00B3051F" w:rsidRPr="00C03071" w14:paraId="453A68A6" w14:textId="77777777" w:rsidTr="00BA2F72">
        <w:trPr>
          <w:jc w:val="center"/>
        </w:trPr>
        <w:tc>
          <w:tcPr>
            <w:tcW w:w="2518" w:type="dxa"/>
            <w:vAlign w:val="center"/>
          </w:tcPr>
          <w:p w14:paraId="4F3EBA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(16:0/20:5)</w:t>
            </w:r>
          </w:p>
        </w:tc>
        <w:tc>
          <w:tcPr>
            <w:tcW w:w="988" w:type="dxa"/>
            <w:vAlign w:val="center"/>
          </w:tcPr>
          <w:p w14:paraId="3483E3B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1.07</w:t>
            </w:r>
          </w:p>
        </w:tc>
        <w:tc>
          <w:tcPr>
            <w:tcW w:w="856" w:type="dxa"/>
            <w:vAlign w:val="center"/>
          </w:tcPr>
          <w:p w14:paraId="42C3825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w:t>
            </w:r>
          </w:p>
        </w:tc>
        <w:tc>
          <w:tcPr>
            <w:tcW w:w="991" w:type="dxa"/>
            <w:vAlign w:val="center"/>
          </w:tcPr>
          <w:p w14:paraId="616C8A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0.43</w:t>
            </w:r>
          </w:p>
        </w:tc>
        <w:tc>
          <w:tcPr>
            <w:tcW w:w="851" w:type="dxa"/>
            <w:vAlign w:val="center"/>
          </w:tcPr>
          <w:p w14:paraId="1C0034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0.47</w:t>
            </w:r>
          </w:p>
        </w:tc>
        <w:tc>
          <w:tcPr>
            <w:tcW w:w="917" w:type="dxa"/>
            <w:vAlign w:val="center"/>
          </w:tcPr>
          <w:p w14:paraId="4EE36EA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0.402</w:t>
            </w:r>
          </w:p>
        </w:tc>
        <w:tc>
          <w:tcPr>
            <w:tcW w:w="826" w:type="dxa"/>
            <w:vAlign w:val="center"/>
          </w:tcPr>
          <w:p w14:paraId="0617C53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-1.32</w:t>
            </w:r>
          </w:p>
        </w:tc>
        <w:tc>
          <w:tcPr>
            <w:tcW w:w="1102" w:type="dxa"/>
            <w:vAlign w:val="center"/>
          </w:tcPr>
          <w:p w14:paraId="58F6C28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-0.747</w:t>
            </w:r>
          </w:p>
        </w:tc>
        <w:tc>
          <w:tcPr>
            <w:tcW w:w="1103" w:type="dxa"/>
            <w:vAlign w:val="center"/>
          </w:tcPr>
          <w:p w14:paraId="0D926BB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0.00628</w:t>
            </w:r>
          </w:p>
        </w:tc>
      </w:tr>
      <w:tr w:rsidR="00B3051F" w:rsidRPr="00C03071" w14:paraId="6504A700" w14:textId="77777777" w:rsidTr="00BA2F72">
        <w:trPr>
          <w:jc w:val="center"/>
        </w:trPr>
        <w:tc>
          <w:tcPr>
            <w:tcW w:w="2518" w:type="dxa"/>
            <w:vAlign w:val="center"/>
          </w:tcPr>
          <w:p w14:paraId="6CCD921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(18:0/20:5)</w:t>
            </w:r>
          </w:p>
        </w:tc>
        <w:tc>
          <w:tcPr>
            <w:tcW w:w="988" w:type="dxa"/>
            <w:vAlign w:val="center"/>
          </w:tcPr>
          <w:p w14:paraId="256ADB9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1.58</w:t>
            </w:r>
          </w:p>
        </w:tc>
        <w:tc>
          <w:tcPr>
            <w:tcW w:w="856" w:type="dxa"/>
            <w:vAlign w:val="center"/>
          </w:tcPr>
          <w:p w14:paraId="0F7627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0.68</w:t>
            </w:r>
          </w:p>
        </w:tc>
        <w:tc>
          <w:tcPr>
            <w:tcW w:w="991" w:type="dxa"/>
            <w:vAlign w:val="center"/>
          </w:tcPr>
          <w:p w14:paraId="42DE496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0.65</w:t>
            </w:r>
          </w:p>
        </w:tc>
        <w:tc>
          <w:tcPr>
            <w:tcW w:w="851" w:type="dxa"/>
            <w:vAlign w:val="center"/>
          </w:tcPr>
          <w:p w14:paraId="64B20D6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w:t>
            </w:r>
          </w:p>
        </w:tc>
        <w:tc>
          <w:tcPr>
            <w:tcW w:w="917" w:type="dxa"/>
            <w:vAlign w:val="center"/>
          </w:tcPr>
          <w:p w14:paraId="1DB898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0.411</w:t>
            </w:r>
          </w:p>
        </w:tc>
        <w:tc>
          <w:tcPr>
            <w:tcW w:w="826" w:type="dxa"/>
            <w:vAlign w:val="center"/>
          </w:tcPr>
          <w:p w14:paraId="4DC0862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-1.28</w:t>
            </w:r>
          </w:p>
        </w:tc>
        <w:tc>
          <w:tcPr>
            <w:tcW w:w="1102" w:type="dxa"/>
            <w:vAlign w:val="center"/>
          </w:tcPr>
          <w:p w14:paraId="6DE668F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-1.46</w:t>
            </w:r>
          </w:p>
        </w:tc>
        <w:tc>
          <w:tcPr>
            <w:tcW w:w="1103" w:type="dxa"/>
            <w:vAlign w:val="center"/>
          </w:tcPr>
          <w:p w14:paraId="3B55C8C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9.42e-07</w:t>
            </w:r>
          </w:p>
        </w:tc>
      </w:tr>
      <w:tr w:rsidR="00B3051F" w:rsidRPr="00C03071" w14:paraId="505C487F" w14:textId="77777777" w:rsidTr="00BA2F72">
        <w:trPr>
          <w:jc w:val="center"/>
        </w:trPr>
        <w:tc>
          <w:tcPr>
            <w:tcW w:w="2518" w:type="dxa"/>
            <w:vAlign w:val="center"/>
          </w:tcPr>
          <w:p w14:paraId="7E879EF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(18:0/22:5)</w:t>
            </w:r>
          </w:p>
        </w:tc>
        <w:tc>
          <w:tcPr>
            <w:tcW w:w="988" w:type="dxa"/>
            <w:vAlign w:val="center"/>
          </w:tcPr>
          <w:p w14:paraId="33EB30A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4.89</w:t>
            </w:r>
          </w:p>
        </w:tc>
        <w:tc>
          <w:tcPr>
            <w:tcW w:w="856" w:type="dxa"/>
            <w:vAlign w:val="center"/>
          </w:tcPr>
          <w:p w14:paraId="60B5F0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2.25</w:t>
            </w:r>
          </w:p>
        </w:tc>
        <w:tc>
          <w:tcPr>
            <w:tcW w:w="991" w:type="dxa"/>
            <w:vAlign w:val="center"/>
          </w:tcPr>
          <w:p w14:paraId="3EDC027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2.09</w:t>
            </w:r>
          </w:p>
        </w:tc>
        <w:tc>
          <w:tcPr>
            <w:tcW w:w="851" w:type="dxa"/>
            <w:vAlign w:val="center"/>
          </w:tcPr>
          <w:p w14:paraId="195648E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0.97</w:t>
            </w:r>
          </w:p>
        </w:tc>
        <w:tc>
          <w:tcPr>
            <w:tcW w:w="917" w:type="dxa"/>
            <w:vAlign w:val="center"/>
          </w:tcPr>
          <w:p w14:paraId="1E375A9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0.427</w:t>
            </w:r>
          </w:p>
        </w:tc>
        <w:tc>
          <w:tcPr>
            <w:tcW w:w="826" w:type="dxa"/>
            <w:vAlign w:val="center"/>
          </w:tcPr>
          <w:p w14:paraId="4C9B7E8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-1.23</w:t>
            </w:r>
          </w:p>
        </w:tc>
        <w:tc>
          <w:tcPr>
            <w:tcW w:w="1102" w:type="dxa"/>
            <w:vAlign w:val="center"/>
          </w:tcPr>
          <w:p w14:paraId="04516D1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w:t>
            </w:r>
          </w:p>
        </w:tc>
        <w:tc>
          <w:tcPr>
            <w:tcW w:w="1103" w:type="dxa"/>
            <w:vAlign w:val="center"/>
          </w:tcPr>
          <w:p w14:paraId="42D3BF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5.48e-07</w:t>
            </w:r>
          </w:p>
        </w:tc>
      </w:tr>
      <w:tr w:rsidR="00B3051F" w:rsidRPr="00C03071" w14:paraId="1E22BCAD" w14:textId="77777777" w:rsidTr="00BA2F72">
        <w:trPr>
          <w:jc w:val="center"/>
        </w:trPr>
        <w:tc>
          <w:tcPr>
            <w:tcW w:w="2518" w:type="dxa"/>
            <w:vAlign w:val="center"/>
          </w:tcPr>
          <w:p w14:paraId="7F5618F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(18:1/20:4)</w:t>
            </w:r>
          </w:p>
        </w:tc>
        <w:tc>
          <w:tcPr>
            <w:tcW w:w="988" w:type="dxa"/>
            <w:vAlign w:val="center"/>
          </w:tcPr>
          <w:p w14:paraId="250873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5.26</w:t>
            </w:r>
          </w:p>
        </w:tc>
        <w:tc>
          <w:tcPr>
            <w:tcW w:w="856" w:type="dxa"/>
            <w:vAlign w:val="center"/>
          </w:tcPr>
          <w:p w14:paraId="5048AE7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w:t>
            </w:r>
          </w:p>
        </w:tc>
        <w:tc>
          <w:tcPr>
            <w:tcW w:w="991" w:type="dxa"/>
            <w:vAlign w:val="center"/>
          </w:tcPr>
          <w:p w14:paraId="0F5925C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3.75</w:t>
            </w:r>
          </w:p>
        </w:tc>
        <w:tc>
          <w:tcPr>
            <w:tcW w:w="851" w:type="dxa"/>
            <w:vAlign w:val="center"/>
          </w:tcPr>
          <w:p w14:paraId="6A0B1F6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1.63</w:t>
            </w:r>
          </w:p>
        </w:tc>
        <w:tc>
          <w:tcPr>
            <w:tcW w:w="917" w:type="dxa"/>
            <w:vAlign w:val="center"/>
          </w:tcPr>
          <w:p w14:paraId="47BFAF2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0.713</w:t>
            </w:r>
          </w:p>
        </w:tc>
        <w:tc>
          <w:tcPr>
            <w:tcW w:w="826" w:type="dxa"/>
            <w:vAlign w:val="center"/>
          </w:tcPr>
          <w:p w14:paraId="1FAEEF4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-0.488</w:t>
            </w:r>
          </w:p>
        </w:tc>
        <w:tc>
          <w:tcPr>
            <w:tcW w:w="1102" w:type="dxa"/>
            <w:vAlign w:val="center"/>
          </w:tcPr>
          <w:p w14:paraId="151EC35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-0.573</w:t>
            </w:r>
          </w:p>
        </w:tc>
        <w:tc>
          <w:tcPr>
            <w:tcW w:w="1103" w:type="dxa"/>
            <w:vAlign w:val="center"/>
          </w:tcPr>
          <w:p w14:paraId="5839028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0.0306</w:t>
            </w:r>
          </w:p>
        </w:tc>
      </w:tr>
      <w:tr w:rsidR="00B3051F" w:rsidRPr="00C03071" w14:paraId="7860E647" w14:textId="77777777" w:rsidTr="00BA2F72">
        <w:trPr>
          <w:jc w:val="center"/>
        </w:trPr>
        <w:tc>
          <w:tcPr>
            <w:tcW w:w="2518" w:type="dxa"/>
            <w:vAlign w:val="center"/>
          </w:tcPr>
          <w:p w14:paraId="35AD05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(18:2/16:0)</w:t>
            </w:r>
          </w:p>
        </w:tc>
        <w:tc>
          <w:tcPr>
            <w:tcW w:w="988" w:type="dxa"/>
            <w:vAlign w:val="center"/>
          </w:tcPr>
          <w:p w14:paraId="49AD52E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5.33</w:t>
            </w:r>
          </w:p>
        </w:tc>
        <w:tc>
          <w:tcPr>
            <w:tcW w:w="856" w:type="dxa"/>
            <w:vAlign w:val="center"/>
          </w:tcPr>
          <w:p w14:paraId="1951B4B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4.65</w:t>
            </w:r>
          </w:p>
        </w:tc>
        <w:tc>
          <w:tcPr>
            <w:tcW w:w="991" w:type="dxa"/>
            <w:vAlign w:val="center"/>
          </w:tcPr>
          <w:p w14:paraId="6E8FB48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w:t>
            </w:r>
          </w:p>
        </w:tc>
        <w:tc>
          <w:tcPr>
            <w:tcW w:w="851" w:type="dxa"/>
            <w:vAlign w:val="center"/>
          </w:tcPr>
          <w:p w14:paraId="1A0DF1F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2.63</w:t>
            </w:r>
          </w:p>
        </w:tc>
        <w:tc>
          <w:tcPr>
            <w:tcW w:w="917" w:type="dxa"/>
            <w:vAlign w:val="center"/>
          </w:tcPr>
          <w:p w14:paraId="240876D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w:t>
            </w:r>
          </w:p>
        </w:tc>
        <w:tc>
          <w:tcPr>
            <w:tcW w:w="826" w:type="dxa"/>
            <w:vAlign w:val="center"/>
          </w:tcPr>
          <w:p w14:paraId="73C49F8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-1.74</w:t>
            </w:r>
          </w:p>
        </w:tc>
        <w:tc>
          <w:tcPr>
            <w:tcW w:w="1102" w:type="dxa"/>
            <w:vAlign w:val="center"/>
          </w:tcPr>
          <w:p w14:paraId="5927D99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-0.975</w:t>
            </w:r>
          </w:p>
        </w:tc>
        <w:tc>
          <w:tcPr>
            <w:tcW w:w="1103" w:type="dxa"/>
            <w:vAlign w:val="center"/>
          </w:tcPr>
          <w:p w14:paraId="68D2C1C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0.00053</w:t>
            </w:r>
          </w:p>
        </w:tc>
      </w:tr>
      <w:tr w:rsidR="00B3051F" w:rsidRPr="00C03071" w14:paraId="7ED714D6" w14:textId="77777777" w:rsidTr="00BA2F72">
        <w:trPr>
          <w:jc w:val="center"/>
        </w:trPr>
        <w:tc>
          <w:tcPr>
            <w:tcW w:w="2518" w:type="dxa"/>
            <w:vAlign w:val="center"/>
          </w:tcPr>
          <w:p w14:paraId="386F1C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(22:4/18:0)</w:t>
            </w:r>
          </w:p>
        </w:tc>
        <w:tc>
          <w:tcPr>
            <w:tcW w:w="988" w:type="dxa"/>
            <w:vAlign w:val="center"/>
          </w:tcPr>
          <w:p w14:paraId="19AD7A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4.62</w:t>
            </w:r>
          </w:p>
        </w:tc>
        <w:tc>
          <w:tcPr>
            <w:tcW w:w="856" w:type="dxa"/>
            <w:vAlign w:val="center"/>
          </w:tcPr>
          <w:p w14:paraId="2F32780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2.44</w:t>
            </w:r>
          </w:p>
        </w:tc>
        <w:tc>
          <w:tcPr>
            <w:tcW w:w="991" w:type="dxa"/>
            <w:vAlign w:val="center"/>
          </w:tcPr>
          <w:p w14:paraId="3E32DDE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0.61</w:t>
            </w:r>
          </w:p>
        </w:tc>
        <w:tc>
          <w:tcPr>
            <w:tcW w:w="851" w:type="dxa"/>
            <w:vAlign w:val="center"/>
          </w:tcPr>
          <w:p w14:paraId="40771C4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1.21</w:t>
            </w:r>
          </w:p>
        </w:tc>
        <w:tc>
          <w:tcPr>
            <w:tcW w:w="917" w:type="dxa"/>
            <w:vAlign w:val="center"/>
          </w:tcPr>
          <w:p w14:paraId="3485200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0.132</w:t>
            </w:r>
          </w:p>
        </w:tc>
        <w:tc>
          <w:tcPr>
            <w:tcW w:w="826" w:type="dxa"/>
            <w:vAlign w:val="center"/>
          </w:tcPr>
          <w:p w14:paraId="722A31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-2.92</w:t>
            </w:r>
          </w:p>
        </w:tc>
        <w:tc>
          <w:tcPr>
            <w:tcW w:w="1102" w:type="dxa"/>
            <w:vAlign w:val="center"/>
          </w:tcPr>
          <w:p w14:paraId="57ADE25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-2.06</w:t>
            </w:r>
          </w:p>
        </w:tc>
        <w:tc>
          <w:tcPr>
            <w:tcW w:w="1103" w:type="dxa"/>
            <w:vAlign w:val="center"/>
          </w:tcPr>
          <w:p w14:paraId="44D01C3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2.27e-09</w:t>
            </w:r>
          </w:p>
        </w:tc>
      </w:tr>
      <w:tr w:rsidR="00B3051F" w:rsidRPr="00C03071" w14:paraId="18549352" w14:textId="77777777" w:rsidTr="00BA2F72">
        <w:trPr>
          <w:jc w:val="center"/>
        </w:trPr>
        <w:tc>
          <w:tcPr>
            <w:tcW w:w="2518" w:type="dxa"/>
            <w:vAlign w:val="center"/>
          </w:tcPr>
          <w:p w14:paraId="1C47520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(22:5/18:0)</w:t>
            </w:r>
          </w:p>
        </w:tc>
        <w:tc>
          <w:tcPr>
            <w:tcW w:w="988" w:type="dxa"/>
            <w:vAlign w:val="center"/>
          </w:tcPr>
          <w:p w14:paraId="77237D6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w:t>
            </w:r>
          </w:p>
        </w:tc>
        <w:tc>
          <w:tcPr>
            <w:tcW w:w="856" w:type="dxa"/>
            <w:vAlign w:val="center"/>
          </w:tcPr>
          <w:p w14:paraId="278E0F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22.5</w:t>
            </w:r>
          </w:p>
        </w:tc>
        <w:tc>
          <w:tcPr>
            <w:tcW w:w="991" w:type="dxa"/>
            <w:vAlign w:val="center"/>
          </w:tcPr>
          <w:p w14:paraId="0FF318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w:t>
            </w:r>
          </w:p>
        </w:tc>
        <w:tc>
          <w:tcPr>
            <w:tcW w:w="851" w:type="dxa"/>
            <w:vAlign w:val="center"/>
          </w:tcPr>
          <w:p w14:paraId="7C0C280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1.28</w:t>
            </w:r>
          </w:p>
        </w:tc>
        <w:tc>
          <w:tcPr>
            <w:tcW w:w="917" w:type="dxa"/>
            <w:vAlign w:val="center"/>
          </w:tcPr>
          <w:p w14:paraId="796852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0.166</w:t>
            </w:r>
          </w:p>
        </w:tc>
        <w:tc>
          <w:tcPr>
            <w:tcW w:w="826" w:type="dxa"/>
            <w:vAlign w:val="center"/>
          </w:tcPr>
          <w:p w14:paraId="3220E8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-2.59</w:t>
            </w:r>
          </w:p>
        </w:tc>
        <w:tc>
          <w:tcPr>
            <w:tcW w:w="1102" w:type="dxa"/>
            <w:vAlign w:val="center"/>
          </w:tcPr>
          <w:p w14:paraId="337A171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-0.931</w:t>
            </w:r>
          </w:p>
        </w:tc>
        <w:tc>
          <w:tcPr>
            <w:tcW w:w="1103" w:type="dxa"/>
            <w:vAlign w:val="center"/>
          </w:tcPr>
          <w:p w14:paraId="6DD4D0A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0.00128</w:t>
            </w:r>
          </w:p>
        </w:tc>
      </w:tr>
      <w:tr w:rsidR="00B3051F" w:rsidRPr="00C03071" w14:paraId="652B79B7" w14:textId="77777777" w:rsidTr="00BA2F72">
        <w:trPr>
          <w:jc w:val="center"/>
        </w:trPr>
        <w:tc>
          <w:tcPr>
            <w:tcW w:w="2518" w:type="dxa"/>
            <w:vAlign w:val="center"/>
          </w:tcPr>
          <w:p w14:paraId="7FA47AB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(P16:0/22:5)</w:t>
            </w:r>
          </w:p>
        </w:tc>
        <w:tc>
          <w:tcPr>
            <w:tcW w:w="988" w:type="dxa"/>
            <w:vAlign w:val="center"/>
          </w:tcPr>
          <w:p w14:paraId="6405AF9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0.99</w:t>
            </w:r>
          </w:p>
        </w:tc>
        <w:tc>
          <w:tcPr>
            <w:tcW w:w="856" w:type="dxa"/>
            <w:vAlign w:val="center"/>
          </w:tcPr>
          <w:p w14:paraId="492D919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0.83</w:t>
            </w:r>
          </w:p>
        </w:tc>
        <w:tc>
          <w:tcPr>
            <w:tcW w:w="991" w:type="dxa"/>
            <w:vAlign w:val="center"/>
          </w:tcPr>
          <w:p w14:paraId="74380D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0.28</w:t>
            </w:r>
          </w:p>
        </w:tc>
        <w:tc>
          <w:tcPr>
            <w:tcW w:w="851" w:type="dxa"/>
            <w:vAlign w:val="center"/>
          </w:tcPr>
          <w:p w14:paraId="256ABCB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0.25</w:t>
            </w:r>
          </w:p>
        </w:tc>
        <w:tc>
          <w:tcPr>
            <w:tcW w:w="917" w:type="dxa"/>
            <w:vAlign w:val="center"/>
          </w:tcPr>
          <w:p w14:paraId="0AD5C0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0.283</w:t>
            </w:r>
          </w:p>
        </w:tc>
        <w:tc>
          <w:tcPr>
            <w:tcW w:w="826" w:type="dxa"/>
            <w:vAlign w:val="center"/>
          </w:tcPr>
          <w:p w14:paraId="4541CFD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-1.82</w:t>
            </w:r>
          </w:p>
        </w:tc>
        <w:tc>
          <w:tcPr>
            <w:tcW w:w="1102" w:type="dxa"/>
            <w:vAlign w:val="center"/>
          </w:tcPr>
          <w:p w14:paraId="08CEF79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1103" w:type="dxa"/>
            <w:vAlign w:val="center"/>
          </w:tcPr>
          <w:p w14:paraId="06FE4F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0.000129</w:t>
            </w:r>
          </w:p>
        </w:tc>
      </w:tr>
      <w:tr w:rsidR="00B3051F" w:rsidRPr="00C03071" w14:paraId="616B2E6B" w14:textId="77777777" w:rsidTr="00BA2F72">
        <w:trPr>
          <w:jc w:val="center"/>
        </w:trPr>
        <w:tc>
          <w:tcPr>
            <w:tcW w:w="2518" w:type="dxa"/>
            <w:vAlign w:val="center"/>
          </w:tcPr>
          <w:p w14:paraId="4FE9531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PE (P18:0/18:1)</w:t>
            </w:r>
          </w:p>
        </w:tc>
        <w:tc>
          <w:tcPr>
            <w:tcW w:w="988" w:type="dxa"/>
            <w:vAlign w:val="center"/>
          </w:tcPr>
          <w:p w14:paraId="4524C1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4.1</w:t>
            </w:r>
          </w:p>
        </w:tc>
        <w:tc>
          <w:tcPr>
            <w:tcW w:w="856" w:type="dxa"/>
            <w:vAlign w:val="center"/>
          </w:tcPr>
          <w:p w14:paraId="2E1EC9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1.55</w:t>
            </w:r>
          </w:p>
        </w:tc>
        <w:tc>
          <w:tcPr>
            <w:tcW w:w="991" w:type="dxa"/>
            <w:vAlign w:val="center"/>
          </w:tcPr>
          <w:p w14:paraId="6E28C47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1.51</w:t>
            </w:r>
          </w:p>
        </w:tc>
        <w:tc>
          <w:tcPr>
            <w:tcW w:w="851" w:type="dxa"/>
            <w:vAlign w:val="center"/>
          </w:tcPr>
          <w:p w14:paraId="2D066A9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1.14</w:t>
            </w:r>
          </w:p>
        </w:tc>
        <w:tc>
          <w:tcPr>
            <w:tcW w:w="917" w:type="dxa"/>
            <w:vAlign w:val="center"/>
          </w:tcPr>
          <w:p w14:paraId="6A34F14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0.368</w:t>
            </w:r>
          </w:p>
        </w:tc>
        <w:tc>
          <w:tcPr>
            <w:tcW w:w="826" w:type="dxa"/>
            <w:vAlign w:val="center"/>
          </w:tcPr>
          <w:p w14:paraId="0C18643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-1.44</w:t>
            </w:r>
          </w:p>
        </w:tc>
        <w:tc>
          <w:tcPr>
            <w:tcW w:w="1102" w:type="dxa"/>
            <w:vAlign w:val="center"/>
          </w:tcPr>
          <w:p w14:paraId="1EC979C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-1.88</w:t>
            </w:r>
          </w:p>
        </w:tc>
        <w:tc>
          <w:tcPr>
            <w:tcW w:w="1103" w:type="dxa"/>
            <w:vAlign w:val="center"/>
          </w:tcPr>
          <w:p w14:paraId="3250D0E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5.26e-09</w:t>
            </w:r>
          </w:p>
        </w:tc>
      </w:tr>
    </w:tbl>
    <w:p w14:paraId="67E0AC6A" w14:textId="77777777" w:rsidR="00B3051F" w:rsidRPr="00C03071" w:rsidRDefault="00B3051F" w:rsidP="00C03071">
      <w:pPr>
        <w:spacing w:after="0" w:line="360" w:lineRule="auto"/>
        <w:rPr>
          <w:rFonts w:asciiTheme="majorBidi" w:hAnsiTheme="majorBidi" w:cstheme="majorBidi"/>
        </w:rPr>
      </w:pPr>
    </w:p>
    <w:p w14:paraId="31434DC7" w14:textId="77777777" w:rsidR="00B3051F" w:rsidRPr="00B44F36" w:rsidRDefault="00000000" w:rsidP="00B44F36">
      <w:pPr>
        <w:spacing w:after="0" w:line="360" w:lineRule="auto"/>
        <w:rPr>
          <w:rFonts w:asciiTheme="majorBidi" w:hAnsiTheme="majorBidi" w:cstheme="majorBidi"/>
          <w:b/>
          <w:bCs/>
          <w:i/>
          <w:iCs/>
        </w:rPr>
      </w:pPr>
      <w:r w:rsidRPr="00B44F36">
        <w:rPr>
          <w:rFonts w:asciiTheme="majorBidi" w:hAnsiTheme="majorBidi" w:cstheme="majorBidi"/>
          <w:b/>
          <w:bCs/>
          <w:i/>
          <w:iCs/>
        </w:rPr>
        <w:t>Erythrocyte oxylipins/PIs</w:t>
      </w:r>
    </w:p>
    <w:tbl>
      <w:tblPr>
        <w:tblStyle w:val="TableGrid"/>
        <w:tblW w:w="0" w:type="auto"/>
        <w:jc w:val="center"/>
        <w:tblLook w:val="04A0" w:firstRow="1" w:lastRow="0" w:firstColumn="1" w:lastColumn="0" w:noHBand="0" w:noVBand="1"/>
      </w:tblPr>
      <w:tblGrid>
        <w:gridCol w:w="1982"/>
        <w:gridCol w:w="991"/>
        <w:gridCol w:w="991"/>
        <w:gridCol w:w="992"/>
        <w:gridCol w:w="850"/>
        <w:gridCol w:w="991"/>
        <w:gridCol w:w="923"/>
        <w:gridCol w:w="1103"/>
        <w:gridCol w:w="1103"/>
      </w:tblGrid>
      <w:tr w:rsidR="00B3051F" w:rsidRPr="00C03071" w14:paraId="09FCBED7" w14:textId="77777777" w:rsidTr="00BA2F72">
        <w:trPr>
          <w:jc w:val="center"/>
        </w:trPr>
        <w:tc>
          <w:tcPr>
            <w:tcW w:w="1985" w:type="dxa"/>
            <w:shd w:val="clear" w:color="auto" w:fill="1F4E79"/>
            <w:vAlign w:val="center"/>
          </w:tcPr>
          <w:p w14:paraId="7E0B9B0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Lipid</w:t>
            </w:r>
          </w:p>
        </w:tc>
        <w:tc>
          <w:tcPr>
            <w:tcW w:w="992" w:type="dxa"/>
            <w:shd w:val="clear" w:color="auto" w:fill="1F4E79"/>
            <w:vAlign w:val="center"/>
          </w:tcPr>
          <w:p w14:paraId="1E46CC7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mean</w:t>
            </w:r>
          </w:p>
        </w:tc>
        <w:tc>
          <w:tcPr>
            <w:tcW w:w="992" w:type="dxa"/>
            <w:shd w:val="clear" w:color="auto" w:fill="1F4E79"/>
            <w:vAlign w:val="center"/>
          </w:tcPr>
          <w:p w14:paraId="1D1F77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Control</w:t>
            </w:r>
            <w:r w:rsidRPr="00C03071">
              <w:rPr>
                <w:rFonts w:asciiTheme="majorBidi" w:hAnsiTheme="majorBidi" w:cstheme="majorBidi"/>
                <w:b/>
                <w:color w:val="FFFFFF"/>
                <w:sz w:val="18"/>
              </w:rPr>
              <w:br/>
              <w:t>SD</w:t>
            </w:r>
          </w:p>
        </w:tc>
        <w:tc>
          <w:tcPr>
            <w:tcW w:w="993" w:type="dxa"/>
            <w:shd w:val="clear" w:color="auto" w:fill="1F4E79"/>
            <w:vAlign w:val="center"/>
          </w:tcPr>
          <w:p w14:paraId="5B3499C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mean</w:t>
            </w:r>
          </w:p>
        </w:tc>
        <w:tc>
          <w:tcPr>
            <w:tcW w:w="850" w:type="dxa"/>
            <w:shd w:val="clear" w:color="auto" w:fill="1F4E79"/>
            <w:vAlign w:val="center"/>
          </w:tcPr>
          <w:p w14:paraId="0BFBA4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COVID</w:t>
            </w:r>
            <w:r w:rsidRPr="00C03071">
              <w:rPr>
                <w:rFonts w:asciiTheme="majorBidi" w:hAnsiTheme="majorBidi" w:cstheme="majorBidi"/>
                <w:b/>
                <w:color w:val="FFFFFF"/>
                <w:sz w:val="18"/>
              </w:rPr>
              <w:br/>
              <w:t>SD</w:t>
            </w:r>
          </w:p>
        </w:tc>
        <w:tc>
          <w:tcPr>
            <w:tcW w:w="992" w:type="dxa"/>
            <w:shd w:val="clear" w:color="auto" w:fill="1F4E79"/>
            <w:vAlign w:val="center"/>
          </w:tcPr>
          <w:p w14:paraId="4FE3D55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Fold</w:t>
            </w:r>
            <w:r w:rsidRPr="00C03071">
              <w:rPr>
                <w:rFonts w:asciiTheme="majorBidi" w:hAnsiTheme="majorBidi" w:cstheme="majorBidi"/>
                <w:b/>
                <w:color w:val="FFFFFF"/>
                <w:sz w:val="18"/>
              </w:rPr>
              <w:br/>
              <w:t>change</w:t>
            </w:r>
          </w:p>
        </w:tc>
        <w:tc>
          <w:tcPr>
            <w:tcW w:w="924" w:type="dxa"/>
            <w:shd w:val="clear" w:color="auto" w:fill="1F4E79"/>
            <w:vAlign w:val="center"/>
          </w:tcPr>
          <w:p w14:paraId="727B4B1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log2FC</w:t>
            </w:r>
          </w:p>
        </w:tc>
        <w:tc>
          <w:tcPr>
            <w:tcW w:w="1104" w:type="dxa"/>
            <w:shd w:val="clear" w:color="auto" w:fill="1F4E79"/>
            <w:vAlign w:val="center"/>
          </w:tcPr>
          <w:p w14:paraId="7EFC497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Hedges’ g</w:t>
            </w:r>
          </w:p>
        </w:tc>
        <w:tc>
          <w:tcPr>
            <w:tcW w:w="1104" w:type="dxa"/>
            <w:shd w:val="clear" w:color="auto" w:fill="1F4E79"/>
            <w:vAlign w:val="center"/>
          </w:tcPr>
          <w:p w14:paraId="2F9BE06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b/>
                <w:color w:val="FFFFFF"/>
                <w:sz w:val="18"/>
              </w:rPr>
              <w:t>FDR q</w:t>
            </w:r>
          </w:p>
        </w:tc>
      </w:tr>
      <w:tr w:rsidR="00B3051F" w:rsidRPr="00C03071" w14:paraId="10E27EAE" w14:textId="77777777" w:rsidTr="00BA2F72">
        <w:trPr>
          <w:jc w:val="center"/>
        </w:trPr>
        <w:tc>
          <w:tcPr>
            <w:tcW w:w="1985" w:type="dxa"/>
            <w:vAlign w:val="center"/>
          </w:tcPr>
          <w:p w14:paraId="4031F56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ALA, C18:3</w:t>
            </w:r>
          </w:p>
        </w:tc>
        <w:tc>
          <w:tcPr>
            <w:tcW w:w="992" w:type="dxa"/>
            <w:vAlign w:val="center"/>
          </w:tcPr>
          <w:p w14:paraId="57A04C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1.77</w:t>
            </w:r>
          </w:p>
        </w:tc>
        <w:tc>
          <w:tcPr>
            <w:tcW w:w="992" w:type="dxa"/>
            <w:vAlign w:val="center"/>
          </w:tcPr>
          <w:p w14:paraId="3B98544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1.84</w:t>
            </w:r>
          </w:p>
        </w:tc>
        <w:tc>
          <w:tcPr>
            <w:tcW w:w="993" w:type="dxa"/>
            <w:vAlign w:val="center"/>
          </w:tcPr>
          <w:p w14:paraId="5DE655D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3.08</w:t>
            </w:r>
          </w:p>
        </w:tc>
        <w:tc>
          <w:tcPr>
            <w:tcW w:w="850" w:type="dxa"/>
            <w:vAlign w:val="center"/>
          </w:tcPr>
          <w:p w14:paraId="6878642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1.87</w:t>
            </w:r>
          </w:p>
        </w:tc>
        <w:tc>
          <w:tcPr>
            <w:tcW w:w="992" w:type="dxa"/>
            <w:vAlign w:val="center"/>
          </w:tcPr>
          <w:p w14:paraId="6DA75C2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1.74</w:t>
            </w:r>
          </w:p>
        </w:tc>
        <w:tc>
          <w:tcPr>
            <w:tcW w:w="924" w:type="dxa"/>
            <w:vAlign w:val="center"/>
          </w:tcPr>
          <w:p w14:paraId="4887F7A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0.799</w:t>
            </w:r>
          </w:p>
        </w:tc>
        <w:tc>
          <w:tcPr>
            <w:tcW w:w="1104" w:type="dxa"/>
            <w:vAlign w:val="center"/>
          </w:tcPr>
          <w:p w14:paraId="23356C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0.697</w:t>
            </w:r>
          </w:p>
        </w:tc>
        <w:tc>
          <w:tcPr>
            <w:tcW w:w="1104" w:type="dxa"/>
            <w:vAlign w:val="center"/>
          </w:tcPr>
          <w:p w14:paraId="539832D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21550D3C" w14:textId="77777777" w:rsidTr="00BA2F72">
        <w:trPr>
          <w:jc w:val="center"/>
        </w:trPr>
        <w:tc>
          <w:tcPr>
            <w:tcW w:w="1985" w:type="dxa"/>
            <w:vAlign w:val="center"/>
          </w:tcPr>
          <w:p w14:paraId="5C228B4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13-HOTrE</w:t>
            </w:r>
          </w:p>
        </w:tc>
        <w:tc>
          <w:tcPr>
            <w:tcW w:w="992" w:type="dxa"/>
            <w:vAlign w:val="center"/>
          </w:tcPr>
          <w:p w14:paraId="3445701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1.87</w:t>
            </w:r>
          </w:p>
        </w:tc>
        <w:tc>
          <w:tcPr>
            <w:tcW w:w="992" w:type="dxa"/>
            <w:vAlign w:val="center"/>
          </w:tcPr>
          <w:p w14:paraId="66E9172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1.77</w:t>
            </w:r>
          </w:p>
        </w:tc>
        <w:tc>
          <w:tcPr>
            <w:tcW w:w="993" w:type="dxa"/>
            <w:vAlign w:val="center"/>
          </w:tcPr>
          <w:p w14:paraId="172987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3.77</w:t>
            </w:r>
          </w:p>
        </w:tc>
        <w:tc>
          <w:tcPr>
            <w:tcW w:w="850" w:type="dxa"/>
            <w:vAlign w:val="center"/>
          </w:tcPr>
          <w:p w14:paraId="2F33FE6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3.16</w:t>
            </w:r>
          </w:p>
        </w:tc>
        <w:tc>
          <w:tcPr>
            <w:tcW w:w="992" w:type="dxa"/>
            <w:vAlign w:val="center"/>
          </w:tcPr>
          <w:p w14:paraId="78B27CB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2.02</w:t>
            </w:r>
          </w:p>
        </w:tc>
        <w:tc>
          <w:tcPr>
            <w:tcW w:w="924" w:type="dxa"/>
            <w:vAlign w:val="center"/>
          </w:tcPr>
          <w:p w14:paraId="726782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1.01</w:t>
            </w:r>
          </w:p>
        </w:tc>
        <w:tc>
          <w:tcPr>
            <w:tcW w:w="1104" w:type="dxa"/>
            <w:vAlign w:val="center"/>
          </w:tcPr>
          <w:p w14:paraId="0806327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0.732</w:t>
            </w:r>
          </w:p>
        </w:tc>
        <w:tc>
          <w:tcPr>
            <w:tcW w:w="1104" w:type="dxa"/>
            <w:vAlign w:val="center"/>
          </w:tcPr>
          <w:p w14:paraId="70CA70C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1439DFED" w14:textId="77777777" w:rsidTr="00BA2F72">
        <w:trPr>
          <w:jc w:val="center"/>
        </w:trPr>
        <w:tc>
          <w:tcPr>
            <w:tcW w:w="1985" w:type="dxa"/>
            <w:vAlign w:val="center"/>
          </w:tcPr>
          <w:p w14:paraId="56E97E5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9-HpOTrE</w:t>
            </w:r>
          </w:p>
        </w:tc>
        <w:tc>
          <w:tcPr>
            <w:tcW w:w="992" w:type="dxa"/>
            <w:vAlign w:val="center"/>
          </w:tcPr>
          <w:p w14:paraId="56A12E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3.18</w:t>
            </w:r>
          </w:p>
        </w:tc>
        <w:tc>
          <w:tcPr>
            <w:tcW w:w="992" w:type="dxa"/>
            <w:vAlign w:val="center"/>
          </w:tcPr>
          <w:p w14:paraId="007F86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2.31</w:t>
            </w:r>
          </w:p>
        </w:tc>
        <w:tc>
          <w:tcPr>
            <w:tcW w:w="993" w:type="dxa"/>
            <w:vAlign w:val="center"/>
          </w:tcPr>
          <w:p w14:paraId="3758F54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12.4</w:t>
            </w:r>
          </w:p>
        </w:tc>
        <w:tc>
          <w:tcPr>
            <w:tcW w:w="850" w:type="dxa"/>
            <w:vAlign w:val="center"/>
          </w:tcPr>
          <w:p w14:paraId="6AC7B2B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992" w:type="dxa"/>
            <w:vAlign w:val="center"/>
          </w:tcPr>
          <w:p w14:paraId="0A20D63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3.92</w:t>
            </w:r>
          </w:p>
        </w:tc>
        <w:tc>
          <w:tcPr>
            <w:tcW w:w="924" w:type="dxa"/>
            <w:vAlign w:val="center"/>
          </w:tcPr>
          <w:p w14:paraId="28C63EC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1.97</w:t>
            </w:r>
          </w:p>
        </w:tc>
        <w:tc>
          <w:tcPr>
            <w:tcW w:w="1104" w:type="dxa"/>
            <w:vAlign w:val="center"/>
          </w:tcPr>
          <w:p w14:paraId="5862AFA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0.681</w:t>
            </w:r>
          </w:p>
        </w:tc>
        <w:tc>
          <w:tcPr>
            <w:tcW w:w="1104" w:type="dxa"/>
            <w:vAlign w:val="center"/>
          </w:tcPr>
          <w:p w14:paraId="5CFA952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0.013</w:t>
            </w:r>
          </w:p>
        </w:tc>
      </w:tr>
      <w:tr w:rsidR="00B3051F" w:rsidRPr="00C03071" w14:paraId="68EC6711" w14:textId="77777777" w:rsidTr="00BA2F72">
        <w:trPr>
          <w:jc w:val="center"/>
        </w:trPr>
        <w:tc>
          <w:tcPr>
            <w:tcW w:w="1985" w:type="dxa"/>
            <w:vAlign w:val="center"/>
          </w:tcPr>
          <w:p w14:paraId="0B50554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5-HETE</w:t>
            </w:r>
          </w:p>
        </w:tc>
        <w:tc>
          <w:tcPr>
            <w:tcW w:w="992" w:type="dxa"/>
            <w:vAlign w:val="center"/>
          </w:tcPr>
          <w:p w14:paraId="23E33D0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0.37</w:t>
            </w:r>
          </w:p>
        </w:tc>
        <w:tc>
          <w:tcPr>
            <w:tcW w:w="992" w:type="dxa"/>
            <w:vAlign w:val="center"/>
          </w:tcPr>
          <w:p w14:paraId="5FA9525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0.36</w:t>
            </w:r>
          </w:p>
        </w:tc>
        <w:tc>
          <w:tcPr>
            <w:tcW w:w="993" w:type="dxa"/>
            <w:vAlign w:val="center"/>
          </w:tcPr>
          <w:p w14:paraId="7DC9C0A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1.35</w:t>
            </w:r>
          </w:p>
        </w:tc>
        <w:tc>
          <w:tcPr>
            <w:tcW w:w="850" w:type="dxa"/>
            <w:vAlign w:val="center"/>
          </w:tcPr>
          <w:p w14:paraId="3FF0C51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1.86</w:t>
            </w:r>
          </w:p>
        </w:tc>
        <w:tc>
          <w:tcPr>
            <w:tcW w:w="992" w:type="dxa"/>
            <w:vAlign w:val="center"/>
          </w:tcPr>
          <w:p w14:paraId="12C52DD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3.65</w:t>
            </w:r>
          </w:p>
        </w:tc>
        <w:tc>
          <w:tcPr>
            <w:tcW w:w="924" w:type="dxa"/>
            <w:vAlign w:val="center"/>
          </w:tcPr>
          <w:p w14:paraId="317D477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1.87</w:t>
            </w:r>
          </w:p>
        </w:tc>
        <w:tc>
          <w:tcPr>
            <w:tcW w:w="1104" w:type="dxa"/>
            <w:vAlign w:val="center"/>
          </w:tcPr>
          <w:p w14:paraId="2E2B3AF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0.722</w:t>
            </w:r>
          </w:p>
        </w:tc>
        <w:tc>
          <w:tcPr>
            <w:tcW w:w="1104" w:type="dxa"/>
            <w:vAlign w:val="center"/>
          </w:tcPr>
          <w:p w14:paraId="4B82831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41C6F56E" w14:textId="77777777" w:rsidTr="00BA2F72">
        <w:trPr>
          <w:jc w:val="center"/>
        </w:trPr>
        <w:tc>
          <w:tcPr>
            <w:tcW w:w="1985" w:type="dxa"/>
            <w:vAlign w:val="center"/>
          </w:tcPr>
          <w:p w14:paraId="503AE3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LPI 20:4</w:t>
            </w:r>
          </w:p>
        </w:tc>
        <w:tc>
          <w:tcPr>
            <w:tcW w:w="992" w:type="dxa"/>
            <w:vAlign w:val="center"/>
          </w:tcPr>
          <w:p w14:paraId="7E2BD8B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w:t>
            </w:r>
          </w:p>
        </w:tc>
        <w:tc>
          <w:tcPr>
            <w:tcW w:w="992" w:type="dxa"/>
            <w:vAlign w:val="center"/>
          </w:tcPr>
          <w:p w14:paraId="7325207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0.53</w:t>
            </w:r>
          </w:p>
        </w:tc>
        <w:tc>
          <w:tcPr>
            <w:tcW w:w="993" w:type="dxa"/>
            <w:vAlign w:val="center"/>
          </w:tcPr>
          <w:p w14:paraId="725A91F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w:t>
            </w:r>
          </w:p>
        </w:tc>
        <w:tc>
          <w:tcPr>
            <w:tcW w:w="850" w:type="dxa"/>
            <w:vAlign w:val="center"/>
          </w:tcPr>
          <w:p w14:paraId="179DFDB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w:t>
            </w:r>
          </w:p>
        </w:tc>
        <w:tc>
          <w:tcPr>
            <w:tcW w:w="992" w:type="dxa"/>
            <w:vAlign w:val="center"/>
          </w:tcPr>
          <w:p w14:paraId="231AC7E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2.4</w:t>
            </w:r>
          </w:p>
        </w:tc>
        <w:tc>
          <w:tcPr>
            <w:tcW w:w="924" w:type="dxa"/>
            <w:vAlign w:val="center"/>
          </w:tcPr>
          <w:p w14:paraId="557460E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1.26</w:t>
            </w:r>
          </w:p>
        </w:tc>
        <w:tc>
          <w:tcPr>
            <w:tcW w:w="1104" w:type="dxa"/>
            <w:vAlign w:val="center"/>
          </w:tcPr>
          <w:p w14:paraId="6CB76D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0.748</w:t>
            </w:r>
          </w:p>
        </w:tc>
        <w:tc>
          <w:tcPr>
            <w:tcW w:w="1104" w:type="dxa"/>
            <w:vAlign w:val="center"/>
          </w:tcPr>
          <w:p w14:paraId="53E2E06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07D35701" w14:textId="77777777" w:rsidTr="00BA2F72">
        <w:trPr>
          <w:jc w:val="center"/>
        </w:trPr>
        <w:tc>
          <w:tcPr>
            <w:tcW w:w="1985" w:type="dxa"/>
            <w:vAlign w:val="center"/>
          </w:tcPr>
          <w:p w14:paraId="08C2510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LA, C18:2</w:t>
            </w:r>
          </w:p>
        </w:tc>
        <w:tc>
          <w:tcPr>
            <w:tcW w:w="992" w:type="dxa"/>
            <w:vAlign w:val="center"/>
          </w:tcPr>
          <w:p w14:paraId="21AB721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22.8</w:t>
            </w:r>
          </w:p>
        </w:tc>
        <w:tc>
          <w:tcPr>
            <w:tcW w:w="992" w:type="dxa"/>
            <w:vAlign w:val="center"/>
          </w:tcPr>
          <w:p w14:paraId="4945334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32.9</w:t>
            </w:r>
          </w:p>
        </w:tc>
        <w:tc>
          <w:tcPr>
            <w:tcW w:w="993" w:type="dxa"/>
            <w:vAlign w:val="center"/>
          </w:tcPr>
          <w:p w14:paraId="7ECBF5F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4.49</w:t>
            </w:r>
          </w:p>
        </w:tc>
        <w:tc>
          <w:tcPr>
            <w:tcW w:w="850" w:type="dxa"/>
            <w:vAlign w:val="center"/>
          </w:tcPr>
          <w:p w14:paraId="71A8DFA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8.41</w:t>
            </w:r>
          </w:p>
        </w:tc>
        <w:tc>
          <w:tcPr>
            <w:tcW w:w="992" w:type="dxa"/>
            <w:vAlign w:val="center"/>
          </w:tcPr>
          <w:p w14:paraId="7698BD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0.197</w:t>
            </w:r>
          </w:p>
        </w:tc>
        <w:tc>
          <w:tcPr>
            <w:tcW w:w="924" w:type="dxa"/>
            <w:vAlign w:val="center"/>
          </w:tcPr>
          <w:p w14:paraId="5C9D063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-2.34</w:t>
            </w:r>
          </w:p>
        </w:tc>
        <w:tc>
          <w:tcPr>
            <w:tcW w:w="1104" w:type="dxa"/>
            <w:vAlign w:val="center"/>
          </w:tcPr>
          <w:p w14:paraId="0F033FE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-0.75</w:t>
            </w:r>
          </w:p>
        </w:tc>
        <w:tc>
          <w:tcPr>
            <w:tcW w:w="1104" w:type="dxa"/>
            <w:vAlign w:val="center"/>
          </w:tcPr>
          <w:p w14:paraId="0AB61F1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0543668A" w14:textId="77777777" w:rsidTr="00BA2F72">
        <w:trPr>
          <w:jc w:val="center"/>
        </w:trPr>
        <w:tc>
          <w:tcPr>
            <w:tcW w:w="1985" w:type="dxa"/>
            <w:vAlign w:val="center"/>
          </w:tcPr>
          <w:p w14:paraId="51BD63D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AA, C20:4</w:t>
            </w:r>
          </w:p>
        </w:tc>
        <w:tc>
          <w:tcPr>
            <w:tcW w:w="992" w:type="dxa"/>
            <w:vAlign w:val="center"/>
          </w:tcPr>
          <w:p w14:paraId="69ABAB2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9.14</w:t>
            </w:r>
          </w:p>
        </w:tc>
        <w:tc>
          <w:tcPr>
            <w:tcW w:w="992" w:type="dxa"/>
            <w:vAlign w:val="center"/>
          </w:tcPr>
          <w:p w14:paraId="79D11F8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9.1</w:t>
            </w:r>
          </w:p>
        </w:tc>
        <w:tc>
          <w:tcPr>
            <w:tcW w:w="993" w:type="dxa"/>
            <w:vAlign w:val="center"/>
          </w:tcPr>
          <w:p w14:paraId="66B25DC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3.54</w:t>
            </w:r>
          </w:p>
        </w:tc>
        <w:tc>
          <w:tcPr>
            <w:tcW w:w="850" w:type="dxa"/>
            <w:vAlign w:val="center"/>
          </w:tcPr>
          <w:p w14:paraId="63C43A8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3.05</w:t>
            </w:r>
          </w:p>
        </w:tc>
        <w:tc>
          <w:tcPr>
            <w:tcW w:w="992" w:type="dxa"/>
            <w:vAlign w:val="center"/>
          </w:tcPr>
          <w:p w14:paraId="7A06902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0.387</w:t>
            </w:r>
          </w:p>
        </w:tc>
        <w:tc>
          <w:tcPr>
            <w:tcW w:w="924" w:type="dxa"/>
            <w:vAlign w:val="center"/>
          </w:tcPr>
          <w:p w14:paraId="68D5281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-1.37</w:t>
            </w:r>
          </w:p>
        </w:tc>
        <w:tc>
          <w:tcPr>
            <w:tcW w:w="1104" w:type="dxa"/>
            <w:vAlign w:val="center"/>
          </w:tcPr>
          <w:p w14:paraId="546F16C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-0.814</w:t>
            </w:r>
          </w:p>
        </w:tc>
        <w:tc>
          <w:tcPr>
            <w:tcW w:w="1104" w:type="dxa"/>
            <w:vAlign w:val="center"/>
          </w:tcPr>
          <w:p w14:paraId="44C99AC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0.00878</w:t>
            </w:r>
          </w:p>
        </w:tc>
      </w:tr>
      <w:tr w:rsidR="00B3051F" w:rsidRPr="00C03071" w14:paraId="47D57239" w14:textId="77777777" w:rsidTr="00BA2F72">
        <w:trPr>
          <w:jc w:val="center"/>
        </w:trPr>
        <w:tc>
          <w:tcPr>
            <w:tcW w:w="1985" w:type="dxa"/>
            <w:vAlign w:val="center"/>
          </w:tcPr>
          <w:p w14:paraId="05C16FF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LPI 18:0</w:t>
            </w:r>
          </w:p>
        </w:tc>
        <w:tc>
          <w:tcPr>
            <w:tcW w:w="992" w:type="dxa"/>
            <w:vAlign w:val="center"/>
          </w:tcPr>
          <w:p w14:paraId="68F1E4B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7.95</w:t>
            </w:r>
          </w:p>
        </w:tc>
        <w:tc>
          <w:tcPr>
            <w:tcW w:w="992" w:type="dxa"/>
            <w:vAlign w:val="center"/>
          </w:tcPr>
          <w:p w14:paraId="22DF6BD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6.96</w:t>
            </w:r>
          </w:p>
        </w:tc>
        <w:tc>
          <w:tcPr>
            <w:tcW w:w="993" w:type="dxa"/>
            <w:vAlign w:val="center"/>
          </w:tcPr>
          <w:p w14:paraId="7037DAA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2.15</w:t>
            </w:r>
          </w:p>
        </w:tc>
        <w:tc>
          <w:tcPr>
            <w:tcW w:w="850" w:type="dxa"/>
            <w:vAlign w:val="center"/>
          </w:tcPr>
          <w:p w14:paraId="29CC65E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1.73</w:t>
            </w:r>
          </w:p>
        </w:tc>
        <w:tc>
          <w:tcPr>
            <w:tcW w:w="992" w:type="dxa"/>
            <w:vAlign w:val="center"/>
          </w:tcPr>
          <w:p w14:paraId="216E26F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0.27</w:t>
            </w:r>
          </w:p>
        </w:tc>
        <w:tc>
          <w:tcPr>
            <w:tcW w:w="924" w:type="dxa"/>
            <w:vAlign w:val="center"/>
          </w:tcPr>
          <w:p w14:paraId="19D96F4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-1.89</w:t>
            </w:r>
          </w:p>
        </w:tc>
        <w:tc>
          <w:tcPr>
            <w:tcW w:w="1104" w:type="dxa"/>
            <w:vAlign w:val="center"/>
          </w:tcPr>
          <w:p w14:paraId="458DD9D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-1.13</w:t>
            </w:r>
          </w:p>
        </w:tc>
        <w:tc>
          <w:tcPr>
            <w:tcW w:w="1104" w:type="dxa"/>
            <w:vAlign w:val="center"/>
          </w:tcPr>
          <w:p w14:paraId="6DEA12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0.0015</w:t>
            </w:r>
          </w:p>
        </w:tc>
      </w:tr>
      <w:tr w:rsidR="00B3051F" w:rsidRPr="00C03071" w14:paraId="5D929058" w14:textId="77777777" w:rsidTr="00BA2F72">
        <w:trPr>
          <w:jc w:val="center"/>
        </w:trPr>
        <w:tc>
          <w:tcPr>
            <w:tcW w:w="1985" w:type="dxa"/>
            <w:vAlign w:val="center"/>
          </w:tcPr>
          <w:p w14:paraId="628BE2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(16:0/18:2)</w:t>
            </w:r>
          </w:p>
        </w:tc>
        <w:tc>
          <w:tcPr>
            <w:tcW w:w="992" w:type="dxa"/>
            <w:vAlign w:val="center"/>
          </w:tcPr>
          <w:p w14:paraId="2B8D7F5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2.23</w:t>
            </w:r>
          </w:p>
        </w:tc>
        <w:tc>
          <w:tcPr>
            <w:tcW w:w="992" w:type="dxa"/>
            <w:vAlign w:val="center"/>
          </w:tcPr>
          <w:p w14:paraId="6E5B97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2.05</w:t>
            </w:r>
          </w:p>
        </w:tc>
        <w:tc>
          <w:tcPr>
            <w:tcW w:w="993" w:type="dxa"/>
            <w:vAlign w:val="center"/>
          </w:tcPr>
          <w:p w14:paraId="4ABEDB7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0.62</w:t>
            </w:r>
          </w:p>
        </w:tc>
        <w:tc>
          <w:tcPr>
            <w:tcW w:w="850" w:type="dxa"/>
            <w:vAlign w:val="center"/>
          </w:tcPr>
          <w:p w14:paraId="16F7175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0.93</w:t>
            </w:r>
          </w:p>
        </w:tc>
        <w:tc>
          <w:tcPr>
            <w:tcW w:w="992" w:type="dxa"/>
            <w:vAlign w:val="center"/>
          </w:tcPr>
          <w:p w14:paraId="2048132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0.278</w:t>
            </w:r>
          </w:p>
        </w:tc>
        <w:tc>
          <w:tcPr>
            <w:tcW w:w="924" w:type="dxa"/>
            <w:vAlign w:val="center"/>
          </w:tcPr>
          <w:p w14:paraId="08141DE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-1.85</w:t>
            </w:r>
          </w:p>
        </w:tc>
        <w:tc>
          <w:tcPr>
            <w:tcW w:w="1104" w:type="dxa"/>
            <w:vAlign w:val="center"/>
          </w:tcPr>
          <w:p w14:paraId="06CD0DF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-0.998</w:t>
            </w:r>
          </w:p>
        </w:tc>
        <w:tc>
          <w:tcPr>
            <w:tcW w:w="1104" w:type="dxa"/>
            <w:vAlign w:val="center"/>
          </w:tcPr>
          <w:p w14:paraId="039DF37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0.00252</w:t>
            </w:r>
          </w:p>
        </w:tc>
      </w:tr>
      <w:tr w:rsidR="00B3051F" w:rsidRPr="00C03071" w14:paraId="07D5EE06" w14:textId="77777777" w:rsidTr="00BA2F72">
        <w:trPr>
          <w:jc w:val="center"/>
        </w:trPr>
        <w:tc>
          <w:tcPr>
            <w:tcW w:w="1985" w:type="dxa"/>
            <w:vAlign w:val="center"/>
          </w:tcPr>
          <w:p w14:paraId="5AB877E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(16:0/20:4)</w:t>
            </w:r>
          </w:p>
        </w:tc>
        <w:tc>
          <w:tcPr>
            <w:tcW w:w="992" w:type="dxa"/>
            <w:vAlign w:val="center"/>
          </w:tcPr>
          <w:p w14:paraId="71DDB7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2.66</w:t>
            </w:r>
          </w:p>
        </w:tc>
        <w:tc>
          <w:tcPr>
            <w:tcW w:w="992" w:type="dxa"/>
            <w:vAlign w:val="center"/>
          </w:tcPr>
          <w:p w14:paraId="61E42B7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3.36</w:t>
            </w:r>
          </w:p>
        </w:tc>
        <w:tc>
          <w:tcPr>
            <w:tcW w:w="993" w:type="dxa"/>
            <w:vAlign w:val="center"/>
          </w:tcPr>
          <w:p w14:paraId="0963A63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0.87</w:t>
            </w:r>
          </w:p>
        </w:tc>
        <w:tc>
          <w:tcPr>
            <w:tcW w:w="850" w:type="dxa"/>
            <w:vAlign w:val="center"/>
          </w:tcPr>
          <w:p w14:paraId="4EECFBE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0.66</w:t>
            </w:r>
          </w:p>
        </w:tc>
        <w:tc>
          <w:tcPr>
            <w:tcW w:w="992" w:type="dxa"/>
            <w:vAlign w:val="center"/>
          </w:tcPr>
          <w:p w14:paraId="748897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0.327</w:t>
            </w:r>
          </w:p>
        </w:tc>
        <w:tc>
          <w:tcPr>
            <w:tcW w:w="924" w:type="dxa"/>
            <w:vAlign w:val="center"/>
          </w:tcPr>
          <w:p w14:paraId="37390BC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-1.61</w:t>
            </w:r>
          </w:p>
        </w:tc>
        <w:tc>
          <w:tcPr>
            <w:tcW w:w="1104" w:type="dxa"/>
            <w:vAlign w:val="center"/>
          </w:tcPr>
          <w:p w14:paraId="2284CED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w:t>
            </w:r>
          </w:p>
        </w:tc>
        <w:tc>
          <w:tcPr>
            <w:tcW w:w="1104" w:type="dxa"/>
            <w:vAlign w:val="center"/>
          </w:tcPr>
          <w:p w14:paraId="5C00053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1C42654A" w14:textId="77777777" w:rsidTr="00BA2F72">
        <w:trPr>
          <w:jc w:val="center"/>
        </w:trPr>
        <w:tc>
          <w:tcPr>
            <w:tcW w:w="1985" w:type="dxa"/>
            <w:vAlign w:val="center"/>
          </w:tcPr>
          <w:p w14:paraId="35190F22"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(16:0/18:1)</w:t>
            </w:r>
          </w:p>
        </w:tc>
        <w:tc>
          <w:tcPr>
            <w:tcW w:w="992" w:type="dxa"/>
            <w:vAlign w:val="center"/>
          </w:tcPr>
          <w:p w14:paraId="1D6652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5.79</w:t>
            </w:r>
          </w:p>
        </w:tc>
        <w:tc>
          <w:tcPr>
            <w:tcW w:w="992" w:type="dxa"/>
            <w:vAlign w:val="center"/>
          </w:tcPr>
          <w:p w14:paraId="797BFA8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5.49</w:t>
            </w:r>
          </w:p>
        </w:tc>
        <w:tc>
          <w:tcPr>
            <w:tcW w:w="993" w:type="dxa"/>
            <w:vAlign w:val="center"/>
          </w:tcPr>
          <w:p w14:paraId="2447987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3.22</w:t>
            </w:r>
          </w:p>
        </w:tc>
        <w:tc>
          <w:tcPr>
            <w:tcW w:w="850" w:type="dxa"/>
            <w:vAlign w:val="center"/>
          </w:tcPr>
          <w:p w14:paraId="69B0CB5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2.07</w:t>
            </w:r>
          </w:p>
        </w:tc>
        <w:tc>
          <w:tcPr>
            <w:tcW w:w="992" w:type="dxa"/>
            <w:vAlign w:val="center"/>
          </w:tcPr>
          <w:p w14:paraId="3E75DF1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0.556</w:t>
            </w:r>
          </w:p>
        </w:tc>
        <w:tc>
          <w:tcPr>
            <w:tcW w:w="924" w:type="dxa"/>
            <w:vAlign w:val="center"/>
          </w:tcPr>
          <w:p w14:paraId="4AFB387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-0.847</w:t>
            </w:r>
          </w:p>
        </w:tc>
        <w:tc>
          <w:tcPr>
            <w:tcW w:w="1104" w:type="dxa"/>
            <w:vAlign w:val="center"/>
          </w:tcPr>
          <w:p w14:paraId="22B1E3E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-0.611</w:t>
            </w:r>
          </w:p>
        </w:tc>
        <w:tc>
          <w:tcPr>
            <w:tcW w:w="1104" w:type="dxa"/>
            <w:vAlign w:val="center"/>
          </w:tcPr>
          <w:p w14:paraId="1D81EBD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0.0216</w:t>
            </w:r>
          </w:p>
        </w:tc>
      </w:tr>
      <w:tr w:rsidR="00B3051F" w:rsidRPr="00C03071" w14:paraId="66BB8703" w14:textId="77777777" w:rsidTr="00BA2F72">
        <w:trPr>
          <w:jc w:val="center"/>
        </w:trPr>
        <w:tc>
          <w:tcPr>
            <w:tcW w:w="1985" w:type="dxa"/>
            <w:vAlign w:val="center"/>
          </w:tcPr>
          <w:p w14:paraId="3A347FD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(18:0/18:2)</w:t>
            </w:r>
          </w:p>
        </w:tc>
        <w:tc>
          <w:tcPr>
            <w:tcW w:w="992" w:type="dxa"/>
            <w:vAlign w:val="center"/>
          </w:tcPr>
          <w:p w14:paraId="0B19C25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3.24</w:t>
            </w:r>
          </w:p>
        </w:tc>
        <w:tc>
          <w:tcPr>
            <w:tcW w:w="992" w:type="dxa"/>
            <w:vAlign w:val="center"/>
          </w:tcPr>
          <w:p w14:paraId="7641258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3.19</w:t>
            </w:r>
          </w:p>
        </w:tc>
        <w:tc>
          <w:tcPr>
            <w:tcW w:w="993" w:type="dxa"/>
            <w:vAlign w:val="center"/>
          </w:tcPr>
          <w:p w14:paraId="3C4A5090"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1.01</w:t>
            </w:r>
          </w:p>
        </w:tc>
        <w:tc>
          <w:tcPr>
            <w:tcW w:w="850" w:type="dxa"/>
            <w:vAlign w:val="center"/>
          </w:tcPr>
          <w:p w14:paraId="0A0182F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1.09</w:t>
            </w:r>
          </w:p>
        </w:tc>
        <w:tc>
          <w:tcPr>
            <w:tcW w:w="992" w:type="dxa"/>
            <w:vAlign w:val="center"/>
          </w:tcPr>
          <w:p w14:paraId="7709678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0.312</w:t>
            </w:r>
          </w:p>
        </w:tc>
        <w:tc>
          <w:tcPr>
            <w:tcW w:w="924" w:type="dxa"/>
            <w:vAlign w:val="center"/>
          </w:tcPr>
          <w:p w14:paraId="3ED6DD7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-1.68</w:t>
            </w:r>
          </w:p>
        </w:tc>
        <w:tc>
          <w:tcPr>
            <w:tcW w:w="1104" w:type="dxa"/>
            <w:vAlign w:val="center"/>
          </w:tcPr>
          <w:p w14:paraId="53FC376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-0.923</w:t>
            </w:r>
          </w:p>
        </w:tc>
        <w:tc>
          <w:tcPr>
            <w:tcW w:w="1104" w:type="dxa"/>
            <w:vAlign w:val="center"/>
          </w:tcPr>
          <w:p w14:paraId="0DE6B50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0.00337</w:t>
            </w:r>
          </w:p>
        </w:tc>
      </w:tr>
      <w:tr w:rsidR="00B3051F" w:rsidRPr="00C03071" w14:paraId="316D0849" w14:textId="77777777" w:rsidTr="00BA2F72">
        <w:trPr>
          <w:jc w:val="center"/>
        </w:trPr>
        <w:tc>
          <w:tcPr>
            <w:tcW w:w="1985" w:type="dxa"/>
            <w:vAlign w:val="center"/>
          </w:tcPr>
          <w:p w14:paraId="4337642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(18:0/20:4)</w:t>
            </w:r>
          </w:p>
        </w:tc>
        <w:tc>
          <w:tcPr>
            <w:tcW w:w="992" w:type="dxa"/>
            <w:vAlign w:val="center"/>
          </w:tcPr>
          <w:p w14:paraId="3F09A20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18</w:t>
            </w:r>
          </w:p>
        </w:tc>
        <w:tc>
          <w:tcPr>
            <w:tcW w:w="992" w:type="dxa"/>
            <w:vAlign w:val="center"/>
          </w:tcPr>
          <w:p w14:paraId="6F9AB8E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13.9</w:t>
            </w:r>
          </w:p>
        </w:tc>
        <w:tc>
          <w:tcPr>
            <w:tcW w:w="993" w:type="dxa"/>
            <w:vAlign w:val="center"/>
          </w:tcPr>
          <w:p w14:paraId="1DB4F44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7.69</w:t>
            </w:r>
          </w:p>
        </w:tc>
        <w:tc>
          <w:tcPr>
            <w:tcW w:w="850" w:type="dxa"/>
            <w:vAlign w:val="center"/>
          </w:tcPr>
          <w:p w14:paraId="420CFB3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5.34</w:t>
            </w:r>
          </w:p>
        </w:tc>
        <w:tc>
          <w:tcPr>
            <w:tcW w:w="992" w:type="dxa"/>
            <w:vAlign w:val="center"/>
          </w:tcPr>
          <w:p w14:paraId="070E9DF7"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0.427</w:t>
            </w:r>
          </w:p>
        </w:tc>
        <w:tc>
          <w:tcPr>
            <w:tcW w:w="924" w:type="dxa"/>
            <w:vAlign w:val="center"/>
          </w:tcPr>
          <w:p w14:paraId="56CEC18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-1.23</w:t>
            </w:r>
          </w:p>
        </w:tc>
        <w:tc>
          <w:tcPr>
            <w:tcW w:w="1104" w:type="dxa"/>
            <w:vAlign w:val="center"/>
          </w:tcPr>
          <w:p w14:paraId="54E4409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-0.967</w:t>
            </w:r>
          </w:p>
        </w:tc>
        <w:tc>
          <w:tcPr>
            <w:tcW w:w="1104" w:type="dxa"/>
            <w:vAlign w:val="center"/>
          </w:tcPr>
          <w:p w14:paraId="538F0985"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0.00262</w:t>
            </w:r>
          </w:p>
        </w:tc>
      </w:tr>
      <w:tr w:rsidR="00B3051F" w:rsidRPr="00C03071" w14:paraId="1996CE96" w14:textId="77777777" w:rsidTr="00BA2F72">
        <w:trPr>
          <w:jc w:val="center"/>
        </w:trPr>
        <w:tc>
          <w:tcPr>
            <w:tcW w:w="1985" w:type="dxa"/>
            <w:vAlign w:val="center"/>
          </w:tcPr>
          <w:p w14:paraId="3EE3B19C"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(18:1/18:0)</w:t>
            </w:r>
          </w:p>
        </w:tc>
        <w:tc>
          <w:tcPr>
            <w:tcW w:w="992" w:type="dxa"/>
            <w:vAlign w:val="center"/>
          </w:tcPr>
          <w:p w14:paraId="4021866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3.35</w:t>
            </w:r>
          </w:p>
        </w:tc>
        <w:tc>
          <w:tcPr>
            <w:tcW w:w="992" w:type="dxa"/>
            <w:vAlign w:val="center"/>
          </w:tcPr>
          <w:p w14:paraId="612D6033"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3.29</w:t>
            </w:r>
          </w:p>
        </w:tc>
        <w:tc>
          <w:tcPr>
            <w:tcW w:w="993" w:type="dxa"/>
            <w:vAlign w:val="center"/>
          </w:tcPr>
          <w:p w14:paraId="24D0755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1.48</w:t>
            </w:r>
          </w:p>
        </w:tc>
        <w:tc>
          <w:tcPr>
            <w:tcW w:w="850" w:type="dxa"/>
            <w:vAlign w:val="center"/>
          </w:tcPr>
          <w:p w14:paraId="6C33861D"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1.37</w:t>
            </w:r>
          </w:p>
        </w:tc>
        <w:tc>
          <w:tcPr>
            <w:tcW w:w="992" w:type="dxa"/>
            <w:vAlign w:val="center"/>
          </w:tcPr>
          <w:p w14:paraId="0FAD071E"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0.442</w:t>
            </w:r>
          </w:p>
        </w:tc>
        <w:tc>
          <w:tcPr>
            <w:tcW w:w="924" w:type="dxa"/>
            <w:vAlign w:val="center"/>
          </w:tcPr>
          <w:p w14:paraId="7BF6B1AF"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-1.18</w:t>
            </w:r>
          </w:p>
        </w:tc>
        <w:tc>
          <w:tcPr>
            <w:tcW w:w="1104" w:type="dxa"/>
            <w:vAlign w:val="center"/>
          </w:tcPr>
          <w:p w14:paraId="420B71B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-0.732</w:t>
            </w:r>
          </w:p>
        </w:tc>
        <w:tc>
          <w:tcPr>
            <w:tcW w:w="1104" w:type="dxa"/>
            <w:vAlign w:val="center"/>
          </w:tcPr>
          <w:p w14:paraId="4C16967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0.0103</w:t>
            </w:r>
          </w:p>
        </w:tc>
      </w:tr>
      <w:tr w:rsidR="00B3051F" w:rsidRPr="00C03071" w14:paraId="5275DA84" w14:textId="77777777" w:rsidTr="00BA2F72">
        <w:trPr>
          <w:jc w:val="center"/>
        </w:trPr>
        <w:tc>
          <w:tcPr>
            <w:tcW w:w="1985" w:type="dxa"/>
            <w:vAlign w:val="center"/>
          </w:tcPr>
          <w:p w14:paraId="4980204A"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PI (18:0/20:3)</w:t>
            </w:r>
          </w:p>
        </w:tc>
        <w:tc>
          <w:tcPr>
            <w:tcW w:w="992" w:type="dxa"/>
            <w:vAlign w:val="center"/>
          </w:tcPr>
          <w:p w14:paraId="5363A1E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1.61</w:t>
            </w:r>
          </w:p>
        </w:tc>
        <w:tc>
          <w:tcPr>
            <w:tcW w:w="992" w:type="dxa"/>
            <w:vAlign w:val="center"/>
          </w:tcPr>
          <w:p w14:paraId="30461D44"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1.08</w:t>
            </w:r>
          </w:p>
        </w:tc>
        <w:tc>
          <w:tcPr>
            <w:tcW w:w="993" w:type="dxa"/>
            <w:vAlign w:val="center"/>
          </w:tcPr>
          <w:p w14:paraId="0CDD7C18"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1</w:t>
            </w:r>
          </w:p>
        </w:tc>
        <w:tc>
          <w:tcPr>
            <w:tcW w:w="850" w:type="dxa"/>
            <w:vAlign w:val="center"/>
          </w:tcPr>
          <w:p w14:paraId="27EE55A6"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w:t>
            </w:r>
          </w:p>
        </w:tc>
        <w:tc>
          <w:tcPr>
            <w:tcW w:w="992" w:type="dxa"/>
            <w:vAlign w:val="center"/>
          </w:tcPr>
          <w:p w14:paraId="7D588C3B"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0.621</w:t>
            </w:r>
          </w:p>
        </w:tc>
        <w:tc>
          <w:tcPr>
            <w:tcW w:w="924" w:type="dxa"/>
            <w:vAlign w:val="center"/>
          </w:tcPr>
          <w:p w14:paraId="4908A5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-0.687</w:t>
            </w:r>
          </w:p>
        </w:tc>
        <w:tc>
          <w:tcPr>
            <w:tcW w:w="1104" w:type="dxa"/>
            <w:vAlign w:val="center"/>
          </w:tcPr>
          <w:p w14:paraId="6BCF5DC1"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-0.689</w:t>
            </w:r>
          </w:p>
        </w:tc>
        <w:tc>
          <w:tcPr>
            <w:tcW w:w="1104" w:type="dxa"/>
            <w:vAlign w:val="center"/>
          </w:tcPr>
          <w:p w14:paraId="0D4CB2D9" w14:textId="77777777" w:rsidR="00B3051F" w:rsidRPr="00C03071" w:rsidRDefault="00000000" w:rsidP="00C03071">
            <w:pPr>
              <w:spacing w:line="360" w:lineRule="auto"/>
              <w:rPr>
                <w:rFonts w:asciiTheme="majorBidi" w:hAnsiTheme="majorBidi" w:cstheme="majorBidi"/>
              </w:rPr>
            </w:pPr>
            <w:r w:rsidRPr="00C03071">
              <w:rPr>
                <w:rFonts w:asciiTheme="majorBidi" w:hAnsiTheme="majorBidi" w:cstheme="majorBidi"/>
                <w:sz w:val="18"/>
              </w:rPr>
              <w:t>0.0111</w:t>
            </w:r>
          </w:p>
        </w:tc>
      </w:tr>
    </w:tbl>
    <w:p w14:paraId="69FDBB02" w14:textId="77777777" w:rsidR="00BA2F72" w:rsidRPr="00C03071" w:rsidRDefault="00BA2F72" w:rsidP="00C03071">
      <w:pPr>
        <w:spacing w:after="0" w:line="360" w:lineRule="auto"/>
        <w:rPr>
          <w:rFonts w:asciiTheme="majorBidi" w:hAnsiTheme="majorBidi" w:cstheme="majorBidi"/>
        </w:rPr>
      </w:pPr>
    </w:p>
    <w:p w14:paraId="4BC08E73" w14:textId="2D36590E" w:rsidR="00B00784" w:rsidRPr="00C03071" w:rsidRDefault="00BA2F72" w:rsidP="00C03071">
      <w:pPr>
        <w:spacing w:after="0" w:line="360" w:lineRule="auto"/>
        <w:rPr>
          <w:rFonts w:asciiTheme="majorBidi" w:hAnsiTheme="majorBidi" w:cstheme="majorBidi"/>
        </w:rPr>
      </w:pPr>
      <w:r w:rsidRPr="00C03071">
        <w:rPr>
          <w:rStyle w:val="Strong"/>
          <w:rFonts w:asciiTheme="majorBidi" w:hAnsiTheme="majorBidi" w:cstheme="majorBidi"/>
        </w:rPr>
        <w:t>Software and statistical analysis:</w:t>
      </w:r>
      <w:r w:rsidRPr="00C03071">
        <w:rPr>
          <w:rFonts w:asciiTheme="majorBidi" w:hAnsiTheme="majorBidi" w:cstheme="majorBidi"/>
        </w:rPr>
        <w:t xml:space="preserve"> All secondary statistical calculations, including COVID-19/control fold changes, log2 fold changes, standardized mean differences (Hedges’ </w:t>
      </w:r>
      <m:oMath>
        <m:r>
          <w:rPr>
            <w:rFonts w:ascii="Cambria Math" w:hAnsi="Cambria Math" w:cstheme="majorBidi"/>
          </w:rPr>
          <m:t>g</m:t>
        </m:r>
      </m:oMath>
      <w:r w:rsidRPr="00C03071">
        <w:rPr>
          <w:rFonts w:asciiTheme="majorBidi" w:hAnsiTheme="majorBidi" w:cstheme="majorBidi"/>
        </w:rPr>
        <w:t xml:space="preserve">), reconstructed two-sided Welch’s t-tests, and Benjamini–Hochberg false-discovery-rate adjustments, were performed using </w:t>
      </w:r>
      <w:r w:rsidRPr="00C03071">
        <w:rPr>
          <w:rStyle w:val="Strong"/>
          <w:rFonts w:asciiTheme="majorBidi" w:hAnsiTheme="majorBidi" w:cstheme="majorBidi"/>
        </w:rPr>
        <w:t>Python version 3.12</w:t>
      </w:r>
      <w:r w:rsidRPr="00C03071">
        <w:rPr>
          <w:rFonts w:asciiTheme="majorBidi" w:hAnsiTheme="majorBidi" w:cstheme="majorBidi"/>
        </w:rPr>
        <w:t xml:space="preserve"> in a Jupyter Notebook environment. Analyses used the Python packages </w:t>
      </w:r>
      <w:r w:rsidRPr="00C03071">
        <w:rPr>
          <w:rStyle w:val="Strong"/>
          <w:rFonts w:asciiTheme="majorBidi" w:hAnsiTheme="majorBidi" w:cstheme="majorBidi"/>
        </w:rPr>
        <w:t>pandas</w:t>
      </w:r>
      <w:r w:rsidRPr="00C03071">
        <w:rPr>
          <w:rFonts w:asciiTheme="majorBidi" w:hAnsiTheme="majorBidi" w:cstheme="majorBidi"/>
        </w:rPr>
        <w:t xml:space="preserve">, </w:t>
      </w:r>
      <w:r w:rsidRPr="00C03071">
        <w:rPr>
          <w:rStyle w:val="Strong"/>
          <w:rFonts w:asciiTheme="majorBidi" w:hAnsiTheme="majorBidi" w:cstheme="majorBidi"/>
        </w:rPr>
        <w:t>NumPy</w:t>
      </w:r>
      <w:r w:rsidRPr="00C03071">
        <w:rPr>
          <w:rFonts w:asciiTheme="majorBidi" w:hAnsiTheme="majorBidi" w:cstheme="majorBidi"/>
        </w:rPr>
        <w:t xml:space="preserve">, </w:t>
      </w:r>
      <w:r w:rsidRPr="00C03071">
        <w:rPr>
          <w:rStyle w:val="Strong"/>
          <w:rFonts w:asciiTheme="majorBidi" w:hAnsiTheme="majorBidi" w:cstheme="majorBidi"/>
        </w:rPr>
        <w:t>SciPy</w:t>
      </w:r>
      <w:r w:rsidRPr="00C03071">
        <w:rPr>
          <w:rFonts w:asciiTheme="majorBidi" w:hAnsiTheme="majorBidi" w:cstheme="majorBidi"/>
        </w:rPr>
        <w:t xml:space="preserve">, and </w:t>
      </w:r>
      <w:r w:rsidRPr="00C03071">
        <w:rPr>
          <w:rStyle w:val="Strong"/>
          <w:rFonts w:asciiTheme="majorBidi" w:hAnsiTheme="majorBidi" w:cstheme="majorBidi"/>
        </w:rPr>
        <w:t>statsmodels</w:t>
      </w:r>
      <w:r w:rsidRPr="00C03071">
        <w:rPr>
          <w:rFonts w:asciiTheme="majorBidi" w:hAnsiTheme="majorBidi" w:cstheme="majorBidi"/>
        </w:rPr>
        <w:t xml:space="preserve">. </w:t>
      </w:r>
      <w:r w:rsidRPr="00C03071">
        <w:rPr>
          <w:rStyle w:val="Strong"/>
          <w:rFonts w:asciiTheme="majorBidi" w:hAnsiTheme="majorBidi" w:cstheme="majorBidi"/>
        </w:rPr>
        <w:t>Figure S1</w:t>
      </w:r>
      <w:r w:rsidRPr="00C03071">
        <w:rPr>
          <w:rFonts w:asciiTheme="majorBidi" w:hAnsiTheme="majorBidi" w:cstheme="majorBidi"/>
        </w:rPr>
        <w:t xml:space="preserve"> was generated using </w:t>
      </w:r>
      <w:r w:rsidRPr="00C03071">
        <w:rPr>
          <w:rStyle w:val="Strong"/>
          <w:rFonts w:asciiTheme="majorBidi" w:hAnsiTheme="majorBidi" w:cstheme="majorBidi"/>
        </w:rPr>
        <w:t>Matplotlib</w:t>
      </w:r>
      <w:r w:rsidRPr="00C03071">
        <w:rPr>
          <w:rFonts w:asciiTheme="majorBidi" w:hAnsiTheme="majorBidi" w:cstheme="majorBidi"/>
        </w:rPr>
        <w:t>. Supplementary Table S</w:t>
      </w:r>
      <w:r w:rsidR="00B44F36">
        <w:rPr>
          <w:rFonts w:asciiTheme="majorBidi" w:hAnsiTheme="majorBidi" w:cstheme="majorBidi"/>
        </w:rPr>
        <w:t>3</w:t>
      </w:r>
      <w:r w:rsidRPr="00C03071">
        <w:rPr>
          <w:rFonts w:asciiTheme="majorBidi" w:hAnsiTheme="majorBidi" w:cstheme="majorBidi"/>
        </w:rPr>
        <w:t xml:space="preserve"> was compiled using </w:t>
      </w:r>
      <w:r w:rsidRPr="00C03071">
        <w:rPr>
          <w:rStyle w:val="Strong"/>
          <w:rFonts w:asciiTheme="majorBidi" w:hAnsiTheme="majorBidi" w:cstheme="majorBidi"/>
        </w:rPr>
        <w:t>pandas</w:t>
      </w:r>
      <w:r w:rsidRPr="00C03071">
        <w:rPr>
          <w:rFonts w:asciiTheme="majorBidi" w:hAnsiTheme="majorBidi" w:cstheme="majorBidi"/>
        </w:rPr>
        <w:t xml:space="preserve"> and formatted in Microsoft Word.</w:t>
      </w:r>
    </w:p>
    <w:p w14:paraId="7F30912A" w14:textId="77777777" w:rsidR="005823E2" w:rsidRDefault="005823E2" w:rsidP="005823E2">
      <w:pPr>
        <w:spacing w:after="0" w:line="240" w:lineRule="auto"/>
        <w:rPr>
          <w:rFonts w:asciiTheme="majorBidi" w:hAnsiTheme="majorBidi" w:cstheme="majorBidi"/>
        </w:rPr>
      </w:pPr>
    </w:p>
    <w:p w14:paraId="40F10DF9" w14:textId="77777777" w:rsidR="005823E2" w:rsidRPr="00B351CF" w:rsidRDefault="005823E2" w:rsidP="00B351CF">
      <w:pPr>
        <w:pStyle w:val="EndNoteBibliographyTitle"/>
        <w:jc w:val="left"/>
        <w:rPr>
          <w:rFonts w:asciiTheme="majorBidi" w:hAnsiTheme="majorBidi" w:cstheme="majorBidi"/>
          <w:b/>
          <w:szCs w:val="20"/>
        </w:rPr>
      </w:pPr>
      <w:r w:rsidRPr="00B351CF">
        <w:rPr>
          <w:rFonts w:asciiTheme="majorBidi" w:hAnsiTheme="majorBidi" w:cstheme="majorBidi"/>
          <w:szCs w:val="20"/>
        </w:rPr>
        <w:fldChar w:fldCharType="begin"/>
      </w:r>
      <w:r w:rsidRPr="00B351CF">
        <w:rPr>
          <w:rFonts w:asciiTheme="majorBidi" w:hAnsiTheme="majorBidi" w:cstheme="majorBidi"/>
          <w:szCs w:val="20"/>
        </w:rPr>
        <w:instrText xml:space="preserve"> ADDIN EN.REFLIST </w:instrText>
      </w:r>
      <w:r w:rsidRPr="00B351CF">
        <w:rPr>
          <w:rFonts w:asciiTheme="majorBidi" w:hAnsiTheme="majorBidi" w:cstheme="majorBidi"/>
          <w:szCs w:val="20"/>
        </w:rPr>
        <w:fldChar w:fldCharType="separate"/>
      </w:r>
      <w:r w:rsidRPr="00B351CF">
        <w:rPr>
          <w:rFonts w:asciiTheme="majorBidi" w:hAnsiTheme="majorBidi" w:cstheme="majorBidi"/>
          <w:b/>
          <w:szCs w:val="20"/>
        </w:rPr>
        <w:t xml:space="preserve">References </w:t>
      </w:r>
    </w:p>
    <w:p w14:paraId="13C31F4C" w14:textId="77777777" w:rsidR="005823E2" w:rsidRPr="00B351CF" w:rsidRDefault="005823E2" w:rsidP="005823E2">
      <w:pPr>
        <w:pStyle w:val="EndNoteBibliographyTitle"/>
        <w:rPr>
          <w:rFonts w:asciiTheme="majorBidi" w:hAnsiTheme="majorBidi" w:cstheme="majorBidi"/>
          <w:b/>
          <w:szCs w:val="20"/>
        </w:rPr>
      </w:pPr>
    </w:p>
    <w:p w14:paraId="380EDE26" w14:textId="77777777" w:rsidR="005823E2" w:rsidRPr="00B351CF" w:rsidRDefault="005823E2" w:rsidP="005823E2">
      <w:pPr>
        <w:pStyle w:val="EndNoteBibliography"/>
        <w:spacing w:after="0"/>
        <w:rPr>
          <w:rFonts w:asciiTheme="majorBidi" w:hAnsiTheme="majorBidi" w:cstheme="majorBidi"/>
          <w:szCs w:val="20"/>
        </w:rPr>
      </w:pPr>
      <w:r w:rsidRPr="00B351CF">
        <w:rPr>
          <w:rFonts w:asciiTheme="majorBidi" w:hAnsiTheme="majorBidi" w:cstheme="majorBidi"/>
          <w:szCs w:val="20"/>
        </w:rPr>
        <w:t>[1] B.L. Welch, On the Comparison of Several Mean Values: An Alternative Approach, Biometrika, 38 (1951) 330-336.</w:t>
      </w:r>
    </w:p>
    <w:p w14:paraId="30127B55" w14:textId="77777777" w:rsidR="005823E2" w:rsidRPr="00B351CF" w:rsidRDefault="005823E2" w:rsidP="005823E2">
      <w:pPr>
        <w:pStyle w:val="EndNoteBibliography"/>
        <w:spacing w:after="0"/>
        <w:rPr>
          <w:rFonts w:asciiTheme="majorBidi" w:hAnsiTheme="majorBidi" w:cstheme="majorBidi"/>
          <w:szCs w:val="20"/>
        </w:rPr>
      </w:pPr>
      <w:r w:rsidRPr="00B351CF">
        <w:rPr>
          <w:rFonts w:asciiTheme="majorBidi" w:hAnsiTheme="majorBidi" w:cstheme="majorBidi"/>
          <w:szCs w:val="20"/>
        </w:rPr>
        <w:t>[2] Y. Benjamini, Y. Hochberg, Controlling the False Discovery Rate: A Practical and Powerful Approach to Multiple Testing, Journal of the Royal Statistical Society: Series B (Methodological), 57 (1995) 289-300.</w:t>
      </w:r>
    </w:p>
    <w:p w14:paraId="66DBA318" w14:textId="77777777" w:rsidR="005823E2" w:rsidRPr="00B351CF" w:rsidRDefault="005823E2" w:rsidP="005823E2">
      <w:pPr>
        <w:pStyle w:val="EndNoteBibliography"/>
        <w:rPr>
          <w:rFonts w:asciiTheme="majorBidi" w:hAnsiTheme="majorBidi" w:cstheme="majorBidi"/>
          <w:szCs w:val="20"/>
        </w:rPr>
      </w:pPr>
      <w:r w:rsidRPr="00B351CF">
        <w:rPr>
          <w:rFonts w:asciiTheme="majorBidi" w:hAnsiTheme="majorBidi" w:cstheme="majorBidi"/>
          <w:szCs w:val="20"/>
        </w:rPr>
        <w:t>[3] L.V. Hedges, Distribution Theory for Glass's Estimator of Effect size and Related Estimators, Journal of Educational Statistics, 6 (1981) 107-128.</w:t>
      </w:r>
    </w:p>
    <w:p w14:paraId="13F290F5" w14:textId="50123DDA" w:rsidR="005823E2" w:rsidRDefault="005823E2" w:rsidP="005823E2">
      <w:pPr>
        <w:spacing w:after="0" w:line="240" w:lineRule="auto"/>
        <w:rPr>
          <w:rFonts w:asciiTheme="majorBidi" w:hAnsiTheme="majorBidi" w:cstheme="majorBidi"/>
        </w:rPr>
      </w:pPr>
      <w:r w:rsidRPr="00B351CF">
        <w:rPr>
          <w:rFonts w:asciiTheme="majorBidi" w:hAnsiTheme="majorBidi" w:cstheme="majorBidi"/>
          <w:sz w:val="20"/>
          <w:szCs w:val="20"/>
        </w:rPr>
        <w:fldChar w:fldCharType="end"/>
      </w:r>
    </w:p>
    <w:p w14:paraId="68492A99" w14:textId="77777777" w:rsidR="00B351CF" w:rsidRPr="00B351CF" w:rsidRDefault="00B351CF" w:rsidP="00B351CF">
      <w:pPr>
        <w:rPr>
          <w:rFonts w:asciiTheme="majorBidi" w:hAnsiTheme="majorBidi" w:cstheme="majorBidi"/>
        </w:rPr>
      </w:pPr>
    </w:p>
    <w:p w14:paraId="0308DB2D" w14:textId="77777777" w:rsidR="00B351CF" w:rsidRPr="00B351CF" w:rsidRDefault="00B351CF" w:rsidP="00B351CF">
      <w:pPr>
        <w:rPr>
          <w:rFonts w:asciiTheme="majorBidi" w:hAnsiTheme="majorBidi" w:cstheme="majorBidi"/>
        </w:rPr>
      </w:pPr>
    </w:p>
    <w:p w14:paraId="250FCB8B" w14:textId="77777777" w:rsidR="00B351CF" w:rsidRPr="00B351CF" w:rsidRDefault="00B351CF" w:rsidP="00B351CF">
      <w:pPr>
        <w:rPr>
          <w:rFonts w:asciiTheme="majorBidi" w:hAnsiTheme="majorBidi" w:cstheme="majorBidi"/>
        </w:rPr>
      </w:pPr>
    </w:p>
    <w:p w14:paraId="2B35CB8C" w14:textId="77777777" w:rsidR="00B351CF" w:rsidRPr="00B351CF" w:rsidRDefault="00B351CF" w:rsidP="00B351CF">
      <w:pPr>
        <w:rPr>
          <w:rFonts w:asciiTheme="majorBidi" w:hAnsiTheme="majorBidi" w:cstheme="majorBidi"/>
        </w:rPr>
      </w:pPr>
    </w:p>
    <w:p w14:paraId="13D73948" w14:textId="77777777" w:rsidR="00B351CF" w:rsidRPr="00B351CF" w:rsidRDefault="00B351CF" w:rsidP="00B351CF">
      <w:pPr>
        <w:rPr>
          <w:rFonts w:asciiTheme="majorBidi" w:hAnsiTheme="majorBidi" w:cstheme="majorBidi"/>
        </w:rPr>
      </w:pPr>
    </w:p>
    <w:p w14:paraId="70D610CE" w14:textId="77777777" w:rsidR="00B351CF" w:rsidRPr="00B351CF" w:rsidRDefault="00B351CF" w:rsidP="00B351CF">
      <w:pPr>
        <w:rPr>
          <w:rFonts w:asciiTheme="majorBidi" w:hAnsiTheme="majorBidi" w:cstheme="majorBidi"/>
        </w:rPr>
      </w:pPr>
    </w:p>
    <w:p w14:paraId="0ACAB4B2" w14:textId="77777777" w:rsidR="00B351CF" w:rsidRPr="00B351CF" w:rsidRDefault="00B351CF" w:rsidP="00B351CF">
      <w:pPr>
        <w:rPr>
          <w:rFonts w:asciiTheme="majorBidi" w:hAnsiTheme="majorBidi" w:cstheme="majorBidi"/>
        </w:rPr>
      </w:pPr>
    </w:p>
    <w:p w14:paraId="3F156EF2" w14:textId="77777777" w:rsidR="00B351CF" w:rsidRPr="00B351CF" w:rsidRDefault="00B351CF" w:rsidP="00B351CF">
      <w:pPr>
        <w:rPr>
          <w:rFonts w:asciiTheme="majorBidi" w:hAnsiTheme="majorBidi" w:cstheme="majorBidi"/>
        </w:rPr>
      </w:pPr>
    </w:p>
    <w:p w14:paraId="31BA8BE6" w14:textId="77777777" w:rsidR="00B351CF" w:rsidRPr="00B351CF" w:rsidRDefault="00B351CF" w:rsidP="00B351CF">
      <w:pPr>
        <w:rPr>
          <w:rFonts w:asciiTheme="majorBidi" w:hAnsiTheme="majorBidi" w:cstheme="majorBidi"/>
        </w:rPr>
      </w:pPr>
    </w:p>
    <w:p w14:paraId="79D02B37" w14:textId="77777777" w:rsidR="00B351CF" w:rsidRPr="00B351CF" w:rsidRDefault="00B351CF" w:rsidP="00B351CF">
      <w:pPr>
        <w:rPr>
          <w:rFonts w:asciiTheme="majorBidi" w:hAnsiTheme="majorBidi" w:cstheme="majorBidi"/>
        </w:rPr>
      </w:pPr>
    </w:p>
    <w:p w14:paraId="005B9AD5" w14:textId="77777777" w:rsidR="00B351CF" w:rsidRPr="00B351CF" w:rsidRDefault="00B351CF" w:rsidP="00B351CF">
      <w:pPr>
        <w:rPr>
          <w:rFonts w:asciiTheme="majorBidi" w:hAnsiTheme="majorBidi" w:cstheme="majorBidi"/>
        </w:rPr>
      </w:pPr>
    </w:p>
    <w:p w14:paraId="65923477" w14:textId="34F3B84F" w:rsidR="00B351CF" w:rsidRPr="00B351CF" w:rsidRDefault="00B351CF" w:rsidP="00B351CF">
      <w:pPr>
        <w:tabs>
          <w:tab w:val="left" w:pos="5921"/>
        </w:tabs>
        <w:rPr>
          <w:rFonts w:asciiTheme="majorBidi" w:hAnsiTheme="majorBidi" w:cstheme="majorBidi"/>
        </w:rPr>
      </w:pPr>
      <w:r>
        <w:rPr>
          <w:rFonts w:asciiTheme="majorBidi" w:hAnsiTheme="majorBidi" w:cstheme="majorBidi"/>
        </w:rPr>
        <w:tab/>
      </w:r>
    </w:p>
    <w:sectPr w:rsidR="00B351CF" w:rsidRPr="00B351CF" w:rsidSect="00034616">
      <w:footerReference w:type="default" r:id="rId9"/>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B58D2" w14:textId="77777777" w:rsidR="00E3548A" w:rsidRDefault="00E3548A" w:rsidP="00B351CF">
      <w:pPr>
        <w:spacing w:after="0" w:line="240" w:lineRule="auto"/>
      </w:pPr>
      <w:r>
        <w:separator/>
      </w:r>
    </w:p>
  </w:endnote>
  <w:endnote w:type="continuationSeparator" w:id="0">
    <w:p w14:paraId="3899825F" w14:textId="77777777" w:rsidR="00E3548A" w:rsidRDefault="00E3548A" w:rsidP="00B35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0"/>
        <w:szCs w:val="20"/>
      </w:rPr>
      <w:id w:val="-701088216"/>
      <w:docPartObj>
        <w:docPartGallery w:val="Page Numbers (Bottom of Page)"/>
        <w:docPartUnique/>
      </w:docPartObj>
    </w:sdtPr>
    <w:sdtContent>
      <w:sdt>
        <w:sdtPr>
          <w:rPr>
            <w:rFonts w:asciiTheme="majorBidi" w:hAnsiTheme="majorBidi" w:cstheme="majorBidi"/>
            <w:sz w:val="20"/>
            <w:szCs w:val="20"/>
          </w:rPr>
          <w:id w:val="1728636285"/>
          <w:docPartObj>
            <w:docPartGallery w:val="Page Numbers (Top of Page)"/>
            <w:docPartUnique/>
          </w:docPartObj>
        </w:sdtPr>
        <w:sdtContent>
          <w:p w14:paraId="5FDAC4B0" w14:textId="03993281" w:rsidR="00B351CF" w:rsidRPr="00B351CF" w:rsidRDefault="00B351CF">
            <w:pPr>
              <w:pStyle w:val="Footer"/>
              <w:jc w:val="center"/>
              <w:rPr>
                <w:rFonts w:asciiTheme="majorBidi" w:hAnsiTheme="majorBidi" w:cstheme="majorBidi"/>
                <w:sz w:val="20"/>
                <w:szCs w:val="20"/>
              </w:rPr>
            </w:pPr>
            <w:r w:rsidRPr="00B351CF">
              <w:rPr>
                <w:rFonts w:asciiTheme="majorBidi" w:hAnsiTheme="majorBidi" w:cstheme="majorBidi"/>
                <w:sz w:val="20"/>
                <w:szCs w:val="20"/>
              </w:rPr>
              <w:t xml:space="preserve">Page </w:t>
            </w:r>
            <w:r w:rsidRPr="00B351CF">
              <w:rPr>
                <w:rFonts w:asciiTheme="majorBidi" w:hAnsiTheme="majorBidi" w:cstheme="majorBidi"/>
                <w:b/>
                <w:bCs/>
                <w:sz w:val="20"/>
                <w:szCs w:val="20"/>
              </w:rPr>
              <w:fldChar w:fldCharType="begin"/>
            </w:r>
            <w:r w:rsidRPr="00B351CF">
              <w:rPr>
                <w:rFonts w:asciiTheme="majorBidi" w:hAnsiTheme="majorBidi" w:cstheme="majorBidi"/>
                <w:b/>
                <w:bCs/>
                <w:sz w:val="20"/>
                <w:szCs w:val="20"/>
              </w:rPr>
              <w:instrText xml:space="preserve"> PAGE </w:instrText>
            </w:r>
            <w:r w:rsidRPr="00B351CF">
              <w:rPr>
                <w:rFonts w:asciiTheme="majorBidi" w:hAnsiTheme="majorBidi" w:cstheme="majorBidi"/>
                <w:b/>
                <w:bCs/>
                <w:sz w:val="20"/>
                <w:szCs w:val="20"/>
              </w:rPr>
              <w:fldChar w:fldCharType="separate"/>
            </w:r>
            <w:r w:rsidRPr="00B351CF">
              <w:rPr>
                <w:rFonts w:asciiTheme="majorBidi" w:hAnsiTheme="majorBidi" w:cstheme="majorBidi"/>
                <w:b/>
                <w:bCs/>
                <w:noProof/>
                <w:sz w:val="20"/>
                <w:szCs w:val="20"/>
              </w:rPr>
              <w:t>2</w:t>
            </w:r>
            <w:r w:rsidRPr="00B351CF">
              <w:rPr>
                <w:rFonts w:asciiTheme="majorBidi" w:hAnsiTheme="majorBidi" w:cstheme="majorBidi"/>
                <w:b/>
                <w:bCs/>
                <w:sz w:val="20"/>
                <w:szCs w:val="20"/>
              </w:rPr>
              <w:fldChar w:fldCharType="end"/>
            </w:r>
            <w:r w:rsidRPr="00B351CF">
              <w:rPr>
                <w:rFonts w:asciiTheme="majorBidi" w:hAnsiTheme="majorBidi" w:cstheme="majorBidi"/>
                <w:sz w:val="20"/>
                <w:szCs w:val="20"/>
              </w:rPr>
              <w:t xml:space="preserve"> of </w:t>
            </w:r>
            <w:r w:rsidRPr="00B351CF">
              <w:rPr>
                <w:rFonts w:asciiTheme="majorBidi" w:hAnsiTheme="majorBidi" w:cstheme="majorBidi"/>
                <w:b/>
                <w:bCs/>
                <w:sz w:val="20"/>
                <w:szCs w:val="20"/>
              </w:rPr>
              <w:fldChar w:fldCharType="begin"/>
            </w:r>
            <w:r w:rsidRPr="00B351CF">
              <w:rPr>
                <w:rFonts w:asciiTheme="majorBidi" w:hAnsiTheme="majorBidi" w:cstheme="majorBidi"/>
                <w:b/>
                <w:bCs/>
                <w:sz w:val="20"/>
                <w:szCs w:val="20"/>
              </w:rPr>
              <w:instrText xml:space="preserve"> NUMPAGES  </w:instrText>
            </w:r>
            <w:r w:rsidRPr="00B351CF">
              <w:rPr>
                <w:rFonts w:asciiTheme="majorBidi" w:hAnsiTheme="majorBidi" w:cstheme="majorBidi"/>
                <w:b/>
                <w:bCs/>
                <w:sz w:val="20"/>
                <w:szCs w:val="20"/>
              </w:rPr>
              <w:fldChar w:fldCharType="separate"/>
            </w:r>
            <w:r w:rsidRPr="00B351CF">
              <w:rPr>
                <w:rFonts w:asciiTheme="majorBidi" w:hAnsiTheme="majorBidi" w:cstheme="majorBidi"/>
                <w:b/>
                <w:bCs/>
                <w:noProof/>
                <w:sz w:val="20"/>
                <w:szCs w:val="20"/>
              </w:rPr>
              <w:t>2</w:t>
            </w:r>
            <w:r w:rsidRPr="00B351CF">
              <w:rPr>
                <w:rFonts w:asciiTheme="majorBidi" w:hAnsiTheme="majorBidi" w:cstheme="majorBidi"/>
                <w:b/>
                <w:bCs/>
                <w:sz w:val="20"/>
                <w:szCs w:val="20"/>
              </w:rPr>
              <w:fldChar w:fldCharType="end"/>
            </w:r>
          </w:p>
        </w:sdtContent>
      </w:sdt>
    </w:sdtContent>
  </w:sdt>
  <w:p w14:paraId="311445E9" w14:textId="77777777" w:rsidR="00B351CF" w:rsidRDefault="00B35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45CC7" w14:textId="77777777" w:rsidR="00E3548A" w:rsidRDefault="00E3548A" w:rsidP="00B351CF">
      <w:pPr>
        <w:spacing w:after="0" w:line="240" w:lineRule="auto"/>
      </w:pPr>
      <w:r>
        <w:separator/>
      </w:r>
    </w:p>
  </w:footnote>
  <w:footnote w:type="continuationSeparator" w:id="0">
    <w:p w14:paraId="204F7771" w14:textId="77777777" w:rsidR="00E3548A" w:rsidRDefault="00E3548A" w:rsidP="00B35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2622456">
    <w:abstractNumId w:val="8"/>
  </w:num>
  <w:num w:numId="2" w16cid:durableId="915020537">
    <w:abstractNumId w:val="6"/>
  </w:num>
  <w:num w:numId="3" w16cid:durableId="601960569">
    <w:abstractNumId w:val="5"/>
  </w:num>
  <w:num w:numId="4" w16cid:durableId="1180243572">
    <w:abstractNumId w:val="4"/>
  </w:num>
  <w:num w:numId="5" w16cid:durableId="1046685181">
    <w:abstractNumId w:val="7"/>
  </w:num>
  <w:num w:numId="6" w16cid:durableId="1165126164">
    <w:abstractNumId w:val="3"/>
  </w:num>
  <w:num w:numId="7" w16cid:durableId="446656318">
    <w:abstractNumId w:val="2"/>
  </w:num>
  <w:num w:numId="8" w16cid:durableId="372853600">
    <w:abstractNumId w:val="1"/>
  </w:num>
  <w:num w:numId="9" w16cid:durableId="1822306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1MzY0NzG2NDAwNzNS0lEKTi0uzszPAykwqgUAPUhwwSwAAAA="/>
    <w:docVar w:name="EN.InstantFormat" w:val="&lt;ENInstantFormat&gt;&lt;Enabled&gt;1&lt;/Enabled&gt;&lt;ScanUnformatted&gt;1&lt;/ScanUnformatted&gt;&lt;ScanChanges&gt;1&lt;/ScanChanges&gt;&lt;Suspended&gt;0&lt;/Suspended&gt;&lt;/ENInstantFormat&gt;"/>
    <w:docVar w:name="EN.Layout" w:val="&lt;ENLayout&gt;&lt;Style&gt;J Chromatography-B&lt;/Style&gt;&lt;LeftDelim&gt;{&lt;/LeftDelim&gt;&lt;RightDelim&gt;}&lt;/RightDelim&gt;&lt;FontName&gt;Arial&lt;/FontName&gt;&lt;FontSize&gt;10&lt;/FontSize&gt;&lt;ReflistTitle&gt;&lt;style face=&quot;bold&quot;&gt;References &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f5wvde6sf05cezw9r52zwux2vasz5f0a25&quot;&gt;My EndNote Library&lt;record-ids&gt;&lt;item&gt;729&lt;/item&gt;&lt;item&gt;730&lt;/item&gt;&lt;item&gt;731&lt;/item&gt;&lt;/record-ids&gt;&lt;/item&gt;&lt;/Libraries&gt;"/>
  </w:docVars>
  <w:rsids>
    <w:rsidRoot w:val="00B47730"/>
    <w:rsid w:val="00034616"/>
    <w:rsid w:val="0006063C"/>
    <w:rsid w:val="0015074B"/>
    <w:rsid w:val="0029639D"/>
    <w:rsid w:val="00326F90"/>
    <w:rsid w:val="0033495E"/>
    <w:rsid w:val="003A5EE9"/>
    <w:rsid w:val="00431672"/>
    <w:rsid w:val="00434B39"/>
    <w:rsid w:val="004948CE"/>
    <w:rsid w:val="005823E2"/>
    <w:rsid w:val="00584EED"/>
    <w:rsid w:val="005C50BC"/>
    <w:rsid w:val="00686F5C"/>
    <w:rsid w:val="00742C90"/>
    <w:rsid w:val="007D1573"/>
    <w:rsid w:val="008054BE"/>
    <w:rsid w:val="00827147"/>
    <w:rsid w:val="009E7B22"/>
    <w:rsid w:val="00AA1D8D"/>
    <w:rsid w:val="00AA5D18"/>
    <w:rsid w:val="00B00784"/>
    <w:rsid w:val="00B3051F"/>
    <w:rsid w:val="00B351CF"/>
    <w:rsid w:val="00B44F36"/>
    <w:rsid w:val="00B47730"/>
    <w:rsid w:val="00BA2F72"/>
    <w:rsid w:val="00C03071"/>
    <w:rsid w:val="00C37AA1"/>
    <w:rsid w:val="00C72943"/>
    <w:rsid w:val="00CB0664"/>
    <w:rsid w:val="00D81F5B"/>
    <w:rsid w:val="00E3548A"/>
    <w:rsid w:val="00F416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92B9B7"/>
  <w14:defaultImageDpi w14:val="300"/>
  <w15:docId w15:val="{E7E05723-2161-458C-89F2-3E373ACD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dNoteBibliographyTitle">
    <w:name w:val="EndNote Bibliography Title"/>
    <w:basedOn w:val="Normal"/>
    <w:link w:val="EndNoteBibliographyTitleChar"/>
    <w:rsid w:val="00B00784"/>
    <w:pPr>
      <w:spacing w:after="0"/>
      <w:jc w:val="center"/>
    </w:pPr>
    <w:rPr>
      <w:rFonts w:cs="Arial"/>
      <w:noProof/>
      <w:sz w:val="20"/>
    </w:rPr>
  </w:style>
  <w:style w:type="character" w:customStyle="1" w:styleId="EndNoteBibliographyTitleChar">
    <w:name w:val="EndNote Bibliography Title Char"/>
    <w:basedOn w:val="DefaultParagraphFont"/>
    <w:link w:val="EndNoteBibliographyTitle"/>
    <w:rsid w:val="00B00784"/>
    <w:rPr>
      <w:rFonts w:ascii="Arial" w:eastAsia="Arial" w:hAnsi="Arial" w:cs="Arial"/>
      <w:noProof/>
      <w:sz w:val="20"/>
    </w:rPr>
  </w:style>
  <w:style w:type="paragraph" w:customStyle="1" w:styleId="EndNoteBibliography">
    <w:name w:val="EndNote Bibliography"/>
    <w:basedOn w:val="Normal"/>
    <w:link w:val="EndNoteBibliographyChar"/>
    <w:rsid w:val="00B00784"/>
    <w:pPr>
      <w:spacing w:line="240" w:lineRule="auto"/>
    </w:pPr>
    <w:rPr>
      <w:rFonts w:cs="Arial"/>
      <w:noProof/>
      <w:sz w:val="20"/>
    </w:rPr>
  </w:style>
  <w:style w:type="character" w:customStyle="1" w:styleId="EndNoteBibliographyChar">
    <w:name w:val="EndNote Bibliography Char"/>
    <w:basedOn w:val="DefaultParagraphFont"/>
    <w:link w:val="EndNoteBibliography"/>
    <w:rsid w:val="00B00784"/>
    <w:rPr>
      <w:rFonts w:ascii="Arial" w:eastAsia="Arial" w:hAnsi="Arial" w:cs="Arial"/>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2182</Words>
  <Characters>14949</Characters>
  <Application>Microsoft Office Word</Application>
  <DocSecurity>0</DocSecurity>
  <Lines>226</Lines>
  <Paragraphs>39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Supplementary figure</vt:lpstr>
      <vt:lpstr>Supplementary Table S1</vt:lpstr>
      <vt:lpstr>    Plasma GPLs</vt:lpstr>
      <vt:lpstr>    Erythrocyte GPLs</vt:lpstr>
      <vt:lpstr>    Erythrocyte oxylipins/PIs</vt:lpstr>
      <vt:lpstr>Interpretation and reporting caveat</vt:lpstr>
      <vt:lpstr>Suggested placement in manuscript</vt:lpstr>
    </vt:vector>
  </TitlesOfParts>
  <Manager/>
  <Company/>
  <LinksUpToDate>false</LinksUpToDate>
  <CharactersWithSpaces>17092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Alaa Khedr</cp:lastModifiedBy>
  <cp:revision>4</cp:revision>
  <dcterms:created xsi:type="dcterms:W3CDTF">2026-09-23T02:41:00Z</dcterms:created>
  <dcterms:modified xsi:type="dcterms:W3CDTF">2026-09-23T02:48:00Z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a6886b15-92b7-431d-8dac-fe0b720d7565</vt:lpwstr>
  </property>
</Properties>
</file>