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sz w:val="24"/>
        </w:rPr>
        <w:t>Additional file 3</w:t>
      </w:r>
    </w:p>
    <w:p>
      <w:pPr>
        <w:spacing w:after="200"/>
        <w:jc w:val="left"/>
      </w:pPr>
      <w:r>
        <w:rPr/>
        <w:t>Athlete evaluation form (English version of the original Portuguese form developed by the authors for this study and used in the first visit)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5184"/>
            <w:shd w:val="clear" w:color="auto" w:fill="D9D9D9"/>
          </w:tcPr>
          <w:p>
            <w:pPr>
              <w:jc w:val="center"/>
            </w:pPr>
            <w:r>
              <w:rPr>
                <w:b/>
              </w:rPr>
              <w:t>EVALUATION FORM</w:t>
            </w:r>
          </w:p>
        </w:tc>
      </w:tr>
    </w:tbl>
    <w:p>
      <w:pPr>
        <w:spacing w:after="40"/>
      </w:pPr>
    </w:p>
    <w:p>
      <w:pPr>
        <w:spacing w:after="160"/>
        <w:jc w:val="left"/>
      </w:pPr>
      <w:r>
        <w:rPr/>
        <w:t>Name: ______________________________________   Date of birth: ______________</w:t>
      </w:r>
    </w:p>
    <w:p>
      <w:pPr>
        <w:spacing w:after="160"/>
        <w:jc w:val="left"/>
      </w:pPr>
      <w:r>
        <w:rPr/>
        <w:t>Age: ____________   Sex: ____________   Phone: ____________________</w:t>
      </w:r>
    </w:p>
    <w:p>
      <w:pPr>
        <w:spacing w:after="160"/>
        <w:jc w:val="left"/>
      </w:pPr>
      <w:r>
        <w:rPr/>
        <w:t>Address: ______________________________________   E-mail: ____________________</w:t>
      </w:r>
    </w:p>
    <w:p>
      <w:pPr>
        <w:spacing w:after="160"/>
        <w:jc w:val="left"/>
      </w:pPr>
      <w:r>
        <w:rPr/>
        <w:t>Category/Classification: 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5184"/>
            <w:shd w:val="clear" w:color="auto" w:fill="D9D9D9"/>
          </w:tcPr>
          <w:p>
            <w:pPr>
              <w:jc w:val="center"/>
            </w:pPr>
            <w:r>
              <w:rPr>
                <w:b/>
              </w:rPr>
              <w:t>ATHLETE HISTORY</w:t>
            </w:r>
          </w:p>
        </w:tc>
      </w:tr>
    </w:tbl>
    <w:p>
      <w:pPr>
        <w:spacing w:after="40"/>
      </w:pPr>
    </w:p>
    <w:p>
      <w:pPr>
        <w:spacing w:after="160"/>
        <w:jc w:val="left"/>
      </w:pPr>
      <w:r>
        <w:rPr/>
        <w:t>Athlete since: ______________________      Training sessions/week: ______________</w:t>
      </w:r>
    </w:p>
    <w:p>
      <w:pPr>
        <w:spacing w:after="160"/>
        <w:jc w:val="left"/>
      </w:pPr>
      <w:r>
        <w:rPr/>
        <w:t>Smoker:  ☐ Yes  ☐ No                                     Competitions/year: ______________</w:t>
      </w:r>
    </w:p>
    <w:p>
      <w:pPr>
        <w:spacing w:after="160"/>
        <w:jc w:val="left"/>
      </w:pPr>
      <w:r>
        <w:rPr/>
        <w:t>Alcoholic beverages:  ☐ Yes  ☐ No                    Cardiovascular disease:  ☐ Yes  ☐ No</w:t>
      </w:r>
    </w:p>
    <w:p>
      <w:pPr>
        <w:spacing w:after="160"/>
        <w:jc w:val="left"/>
      </w:pPr>
      <w:r>
        <w:rPr/>
        <w:t xml:space="preserve">                                                                          Metabolic disease:  ☐ Yes  ☐ No</w:t>
      </w:r>
    </w:p>
    <w:p>
      <w:pPr>
        <w:spacing w:after="160"/>
        <w:jc w:val="left"/>
      </w:pPr>
      <w:r>
        <w:rPr/>
        <w:t>Notes: _________________________________________________________________</w:t>
      </w:r>
    </w:p>
    <w:p>
      <w:pPr>
        <w:spacing w:after="160"/>
        <w:jc w:val="left"/>
      </w:pPr>
      <w:r>
        <w:rPr/>
        <w:t>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5184"/>
            <w:shd w:val="clear" w:color="auto" w:fill="D9D9D9"/>
          </w:tcPr>
          <w:p>
            <w:pPr>
              <w:jc w:val="center"/>
            </w:pPr>
            <w:r>
              <w:rPr>
                <w:b/>
              </w:rPr>
              <w:t>ANTHROPOMETRIC DATA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3456"/>
          </w:tcPr>
          <w:p>
            <w:pPr>
              <w:spacing w:after="60"/>
            </w:pPr>
            <w:r>
              <w:rPr>
                <w:b/>
                <w:sz w:val="20"/>
              </w:rPr>
              <w:t>Measurement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b/>
                <w:sz w:val="20"/>
              </w:rPr>
              <w:t>Value</w:t>
            </w:r>
          </w:p>
        </w:tc>
      </w:tr>
      <w:tr>
        <w:tc>
          <w:tcPr>
            <w:tcW w:type="dxa" w:w="3456"/>
          </w:tcPr>
          <w:p>
            <w:pPr>
              <w:spacing w:after="60"/>
            </w:pPr>
            <w:r>
              <w:rPr>
                <w:sz w:val="20"/>
              </w:rPr>
              <w:t>Arm span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60"/>
            </w:pPr>
            <w:r>
              <w:rPr>
                <w:sz w:val="20"/>
              </w:rPr>
              <w:t>Biceps circumference, relaxed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60"/>
            </w:pPr>
            <w:r>
              <w:rPr>
                <w:sz w:val="20"/>
              </w:rPr>
              <w:t>Biceps circumference, contracted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60"/>
            </w:pPr>
            <w:r>
              <w:rPr>
                <w:sz w:val="20"/>
              </w:rPr>
              <w:t>Sitting height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60"/>
            </w:pPr>
            <w:r>
              <w:rPr>
                <w:sz w:val="20"/>
              </w:rPr>
              <w:t>Chest circumference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60"/>
            </w:pPr>
            <w:r>
              <w:rPr>
                <w:sz w:val="20"/>
              </w:rPr>
              <w:t>Waist circumference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60"/>
            </w:pPr>
            <w:r>
              <w:rPr>
                <w:sz w:val="20"/>
              </w:rPr>
              <w:t>Hip circumference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60"/>
            </w:pPr>
            <w:r>
              <w:rPr>
                <w:sz w:val="20"/>
              </w:rPr>
              <w:t>Triceps skinfold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sz w:val="20"/>
              </w:rPr>
              <w:t>R: ____   R: ____  |  L: ____   L: ____  |  ML: ____   MR: ____</w:t>
            </w:r>
          </w:p>
        </w:tc>
      </w:tr>
      <w:tr>
        <w:tc>
          <w:tcPr>
            <w:tcW w:type="dxa" w:w="3456"/>
          </w:tcPr>
          <w:p>
            <w:pPr>
              <w:spacing w:after="60"/>
            </w:pPr>
            <w:r>
              <w:rPr>
                <w:sz w:val="20"/>
              </w:rPr>
              <w:t>Suprailiac skinfold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sz w:val="20"/>
              </w:rPr>
              <w:t>R: ____   R: ____  |  L: ____   L: ____  |  ML: ____   MR: ____</w:t>
            </w:r>
          </w:p>
        </w:tc>
      </w:tr>
      <w:tr>
        <w:tc>
          <w:tcPr>
            <w:tcW w:type="dxa" w:w="3456"/>
          </w:tcPr>
          <w:p>
            <w:pPr>
              <w:spacing w:after="60"/>
            </w:pPr>
            <w:r>
              <w:rPr>
                <w:sz w:val="20"/>
              </w:rPr>
              <w:t>Abdominal skinfold</w:t>
            </w:r>
          </w:p>
        </w:tc>
        <w:tc>
          <w:tcPr>
            <w:tcW w:type="dxa" w:w="5904"/>
          </w:tcPr>
          <w:p>
            <w:pPr>
              <w:spacing w:after="60"/>
            </w:pPr>
            <w:r>
              <w:rPr>
                <w:sz w:val="20"/>
              </w:rPr>
              <w:t>R: ____   R: ____  |  L: ____   L: ____  |  ML: ____   MR: ____</w:t>
            </w:r>
          </w:p>
        </w:tc>
      </w:tr>
    </w:tbl>
    <w:p>
      <w:pPr>
        <w:spacing w:after="40"/>
        <w:jc w:val="left"/>
      </w:pPr>
      <w:r>
        <w:rPr/>
      </w:r>
    </w:p>
    <w:p>
      <w:pPr>
        <w:jc w:val="left"/>
      </w:pPr>
      <w:r>
        <w:rPr>
          <w:sz w:val="18"/>
        </w:rPr>
        <w:t>R, right side; L, left side; MR/ML, mean of the right/left measurements (abbreviations as printed on the original form). Measurements in cm; skinfolds in mm.</w:t>
      </w:r>
    </w:p>
    <w:sectPr w:rsidR="00FC693F" w:rsidRPr="0006063C" w:rsidSect="00034616">
      <w:pgSz w:w="12240" w:h="15840"/>
      <w:pgMar w:top="1296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