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DCCEB" w14:textId="77777777" w:rsidR="00365C54" w:rsidRDefault="00000000">
      <w:pPr>
        <w:jc w:val="center"/>
      </w:pPr>
      <w:r>
        <w:rPr>
          <w:rFonts w:ascii="Times New Roman" w:hAnsi="Times New Roman"/>
          <w:b/>
          <w:sz w:val="28"/>
        </w:rPr>
        <w:t>Additional file 1</w:t>
      </w:r>
    </w:p>
    <w:p w14:paraId="375B3E98" w14:textId="77777777" w:rsidR="00365C54" w:rsidRDefault="00000000">
      <w:pPr>
        <w:jc w:val="center"/>
      </w:pPr>
      <w:r>
        <w:rPr>
          <w:rFonts w:ascii="Times New Roman" w:hAnsi="Times New Roman"/>
          <w:sz w:val="24"/>
        </w:rPr>
        <w:t>Supplementary Tables</w:t>
      </w:r>
    </w:p>
    <w:p w14:paraId="427D2449" w14:textId="77777777" w:rsidR="00365C54" w:rsidRDefault="00365C54"/>
    <w:p w14:paraId="55E5E0E8" w14:textId="77777777" w:rsidR="00365C54" w:rsidRDefault="00000000">
      <w:r>
        <w:rPr>
          <w:rFonts w:ascii="Times New Roman" w:hAnsi="Times New Roman"/>
          <w:b/>
        </w:rPr>
        <w:t>Table S1. Hyperparameter search grids for machine learning models.</w:t>
      </w:r>
    </w:p>
    <w:p w14:paraId="6EF1FCB2" w14:textId="77777777" w:rsidR="00365C54" w:rsidRDefault="00365C54"/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65C54" w14:paraId="3CD9ACE3" w14:textId="77777777">
        <w:tc>
          <w:tcPr>
            <w:tcW w:w="3120" w:type="dxa"/>
          </w:tcPr>
          <w:p w14:paraId="54781F64" w14:textId="77777777" w:rsidR="00365C54" w:rsidRDefault="00000000">
            <w:r>
              <w:rPr>
                <w:rFonts w:ascii="Times New Roman" w:hAnsi="Times New Roman"/>
                <w:b/>
                <w:sz w:val="20"/>
              </w:rPr>
              <w:t>Model</w:t>
            </w:r>
          </w:p>
        </w:tc>
        <w:tc>
          <w:tcPr>
            <w:tcW w:w="3120" w:type="dxa"/>
          </w:tcPr>
          <w:p w14:paraId="1F591A5E" w14:textId="77777777" w:rsidR="00365C54" w:rsidRDefault="00000000">
            <w:r>
              <w:rPr>
                <w:rFonts w:ascii="Times New Roman" w:hAnsi="Times New Roman"/>
                <w:b/>
                <w:sz w:val="20"/>
              </w:rPr>
              <w:t>Hyperparameter</w:t>
            </w:r>
          </w:p>
        </w:tc>
        <w:tc>
          <w:tcPr>
            <w:tcW w:w="3120" w:type="dxa"/>
          </w:tcPr>
          <w:p w14:paraId="38555639" w14:textId="77777777" w:rsidR="00365C54" w:rsidRDefault="00000000">
            <w:r>
              <w:rPr>
                <w:rFonts w:ascii="Times New Roman" w:hAnsi="Times New Roman"/>
                <w:b/>
                <w:sz w:val="20"/>
              </w:rPr>
              <w:t>Search Grid</w:t>
            </w:r>
          </w:p>
        </w:tc>
      </w:tr>
      <w:tr w:rsidR="00365C54" w14:paraId="289C6FEB" w14:textId="77777777">
        <w:tc>
          <w:tcPr>
            <w:tcW w:w="3120" w:type="dxa"/>
          </w:tcPr>
          <w:p w14:paraId="05CA54B0" w14:textId="77777777" w:rsidR="00365C54" w:rsidRDefault="00000000">
            <w:r>
              <w:rPr>
                <w:rFonts w:ascii="Times New Roman" w:hAnsi="Times New Roman"/>
                <w:sz w:val="20"/>
              </w:rPr>
              <w:t>XGBoost</w:t>
            </w:r>
          </w:p>
        </w:tc>
        <w:tc>
          <w:tcPr>
            <w:tcW w:w="3120" w:type="dxa"/>
          </w:tcPr>
          <w:p w14:paraId="3E1F9DB5" w14:textId="77777777" w:rsidR="00365C54" w:rsidRDefault="00000000">
            <w:r>
              <w:rPr>
                <w:rFonts w:ascii="Times New Roman" w:hAnsi="Times New Roman"/>
                <w:sz w:val="20"/>
              </w:rPr>
              <w:t>n_estimators</w:t>
            </w:r>
          </w:p>
        </w:tc>
        <w:tc>
          <w:tcPr>
            <w:tcW w:w="3120" w:type="dxa"/>
          </w:tcPr>
          <w:p w14:paraId="5DF20451" w14:textId="77777777" w:rsidR="00365C54" w:rsidRDefault="00000000">
            <w:r>
              <w:rPr>
                <w:rFonts w:ascii="Times New Roman" w:hAnsi="Times New Roman"/>
                <w:sz w:val="20"/>
              </w:rPr>
              <w:t>[50, 100, 200]</w:t>
            </w:r>
          </w:p>
        </w:tc>
      </w:tr>
      <w:tr w:rsidR="00365C54" w14:paraId="6CCFFE92" w14:textId="77777777">
        <w:tc>
          <w:tcPr>
            <w:tcW w:w="3120" w:type="dxa"/>
          </w:tcPr>
          <w:p w14:paraId="147E51B5" w14:textId="77777777" w:rsidR="00365C54" w:rsidRDefault="00000000">
            <w:r>
              <w:rPr>
                <w:rFonts w:ascii="Times New Roman" w:hAnsi="Times New Roman"/>
                <w:sz w:val="20"/>
              </w:rPr>
              <w:t>XGBoost</w:t>
            </w:r>
          </w:p>
        </w:tc>
        <w:tc>
          <w:tcPr>
            <w:tcW w:w="3120" w:type="dxa"/>
          </w:tcPr>
          <w:p w14:paraId="4D113D3B" w14:textId="77777777" w:rsidR="00365C54" w:rsidRDefault="00000000">
            <w:r>
              <w:rPr>
                <w:rFonts w:ascii="Times New Roman" w:hAnsi="Times New Roman"/>
                <w:sz w:val="20"/>
              </w:rPr>
              <w:t>max_depth</w:t>
            </w:r>
          </w:p>
        </w:tc>
        <w:tc>
          <w:tcPr>
            <w:tcW w:w="3120" w:type="dxa"/>
          </w:tcPr>
          <w:p w14:paraId="2966EE48" w14:textId="77777777" w:rsidR="00365C54" w:rsidRDefault="00000000">
            <w:r>
              <w:rPr>
                <w:rFonts w:ascii="Times New Roman" w:hAnsi="Times New Roman"/>
                <w:sz w:val="20"/>
              </w:rPr>
              <w:t>[3, 5, 7]</w:t>
            </w:r>
          </w:p>
        </w:tc>
      </w:tr>
      <w:tr w:rsidR="00365C54" w14:paraId="5E1B4ED5" w14:textId="77777777">
        <w:tc>
          <w:tcPr>
            <w:tcW w:w="3120" w:type="dxa"/>
          </w:tcPr>
          <w:p w14:paraId="02660CA5" w14:textId="77777777" w:rsidR="00365C54" w:rsidRDefault="00000000">
            <w:r>
              <w:rPr>
                <w:rFonts w:ascii="Times New Roman" w:hAnsi="Times New Roman"/>
                <w:sz w:val="20"/>
              </w:rPr>
              <w:t>XGBoost</w:t>
            </w:r>
          </w:p>
        </w:tc>
        <w:tc>
          <w:tcPr>
            <w:tcW w:w="3120" w:type="dxa"/>
          </w:tcPr>
          <w:p w14:paraId="1FFFD51C" w14:textId="77777777" w:rsidR="00365C54" w:rsidRDefault="00000000">
            <w:r>
              <w:rPr>
                <w:rFonts w:ascii="Times New Roman" w:hAnsi="Times New Roman"/>
                <w:sz w:val="20"/>
              </w:rPr>
              <w:t>learning_rate</w:t>
            </w:r>
          </w:p>
        </w:tc>
        <w:tc>
          <w:tcPr>
            <w:tcW w:w="3120" w:type="dxa"/>
          </w:tcPr>
          <w:p w14:paraId="349F4B5F" w14:textId="77777777" w:rsidR="00365C54" w:rsidRDefault="00000000">
            <w:r>
              <w:rPr>
                <w:rFonts w:ascii="Times New Roman" w:hAnsi="Times New Roman"/>
                <w:sz w:val="20"/>
              </w:rPr>
              <w:t>[0.01, 0.05, 0.1]</w:t>
            </w:r>
          </w:p>
        </w:tc>
      </w:tr>
      <w:tr w:rsidR="00365C54" w14:paraId="7B930212" w14:textId="77777777">
        <w:tc>
          <w:tcPr>
            <w:tcW w:w="3120" w:type="dxa"/>
          </w:tcPr>
          <w:p w14:paraId="58AC1A9E" w14:textId="77777777" w:rsidR="00365C54" w:rsidRDefault="00000000">
            <w:r>
              <w:rPr>
                <w:rFonts w:ascii="Times New Roman" w:hAnsi="Times New Roman"/>
                <w:sz w:val="20"/>
              </w:rPr>
              <w:t>XGBoost</w:t>
            </w:r>
          </w:p>
        </w:tc>
        <w:tc>
          <w:tcPr>
            <w:tcW w:w="3120" w:type="dxa"/>
          </w:tcPr>
          <w:p w14:paraId="5D86060C" w14:textId="77777777" w:rsidR="00365C54" w:rsidRDefault="00000000">
            <w:r>
              <w:rPr>
                <w:rFonts w:ascii="Times New Roman" w:hAnsi="Times New Roman"/>
                <w:sz w:val="20"/>
              </w:rPr>
              <w:t>subsample</w:t>
            </w:r>
          </w:p>
        </w:tc>
        <w:tc>
          <w:tcPr>
            <w:tcW w:w="3120" w:type="dxa"/>
          </w:tcPr>
          <w:p w14:paraId="79A2F4B7" w14:textId="77777777" w:rsidR="00365C54" w:rsidRDefault="00000000">
            <w:r>
              <w:rPr>
                <w:rFonts w:ascii="Times New Roman" w:hAnsi="Times New Roman"/>
                <w:sz w:val="20"/>
              </w:rPr>
              <w:t>[0.7, 0.8, 0.9]</w:t>
            </w:r>
          </w:p>
        </w:tc>
      </w:tr>
      <w:tr w:rsidR="00365C54" w14:paraId="663DB381" w14:textId="77777777">
        <w:tc>
          <w:tcPr>
            <w:tcW w:w="3120" w:type="dxa"/>
          </w:tcPr>
          <w:p w14:paraId="51C35477" w14:textId="77777777" w:rsidR="00365C54" w:rsidRDefault="00000000">
            <w:r>
              <w:rPr>
                <w:rFonts w:ascii="Times New Roman" w:hAnsi="Times New Roman"/>
                <w:sz w:val="20"/>
              </w:rPr>
              <w:t>XGBoost</w:t>
            </w:r>
          </w:p>
        </w:tc>
        <w:tc>
          <w:tcPr>
            <w:tcW w:w="3120" w:type="dxa"/>
          </w:tcPr>
          <w:p w14:paraId="4D8C30AC" w14:textId="77777777" w:rsidR="00365C54" w:rsidRDefault="00000000">
            <w:r>
              <w:rPr>
                <w:rFonts w:ascii="Times New Roman" w:hAnsi="Times New Roman"/>
                <w:sz w:val="20"/>
              </w:rPr>
              <w:t>min_child_weight</w:t>
            </w:r>
          </w:p>
        </w:tc>
        <w:tc>
          <w:tcPr>
            <w:tcW w:w="3120" w:type="dxa"/>
          </w:tcPr>
          <w:p w14:paraId="16340F5A" w14:textId="77777777" w:rsidR="00365C54" w:rsidRDefault="00000000">
            <w:r>
              <w:rPr>
                <w:rFonts w:ascii="Times New Roman" w:hAnsi="Times New Roman"/>
                <w:sz w:val="20"/>
              </w:rPr>
              <w:t>[1, 3, 5]</w:t>
            </w:r>
          </w:p>
        </w:tc>
      </w:tr>
      <w:tr w:rsidR="00365C54" w14:paraId="25C4A010" w14:textId="77777777">
        <w:tc>
          <w:tcPr>
            <w:tcW w:w="3120" w:type="dxa"/>
          </w:tcPr>
          <w:p w14:paraId="681C4476" w14:textId="77777777" w:rsidR="00365C54" w:rsidRDefault="00000000">
            <w:r>
              <w:rPr>
                <w:rFonts w:ascii="Times New Roman" w:hAnsi="Times New Roman"/>
                <w:sz w:val="20"/>
              </w:rPr>
              <w:t>LightGBM</w:t>
            </w:r>
          </w:p>
        </w:tc>
        <w:tc>
          <w:tcPr>
            <w:tcW w:w="3120" w:type="dxa"/>
          </w:tcPr>
          <w:p w14:paraId="1F7B5296" w14:textId="77777777" w:rsidR="00365C54" w:rsidRDefault="00000000">
            <w:r>
              <w:rPr>
                <w:rFonts w:ascii="Times New Roman" w:hAnsi="Times New Roman"/>
                <w:sz w:val="20"/>
              </w:rPr>
              <w:t>n_estimators</w:t>
            </w:r>
          </w:p>
        </w:tc>
        <w:tc>
          <w:tcPr>
            <w:tcW w:w="3120" w:type="dxa"/>
          </w:tcPr>
          <w:p w14:paraId="591C17A9" w14:textId="77777777" w:rsidR="00365C54" w:rsidRDefault="00000000">
            <w:r>
              <w:rPr>
                <w:rFonts w:ascii="Times New Roman" w:hAnsi="Times New Roman"/>
                <w:sz w:val="20"/>
              </w:rPr>
              <w:t>[50, 100, 200]</w:t>
            </w:r>
          </w:p>
        </w:tc>
      </w:tr>
      <w:tr w:rsidR="00365C54" w14:paraId="09E34A08" w14:textId="77777777">
        <w:tc>
          <w:tcPr>
            <w:tcW w:w="3120" w:type="dxa"/>
          </w:tcPr>
          <w:p w14:paraId="033D4E59" w14:textId="77777777" w:rsidR="00365C54" w:rsidRDefault="00000000">
            <w:r>
              <w:rPr>
                <w:rFonts w:ascii="Times New Roman" w:hAnsi="Times New Roman"/>
                <w:sz w:val="20"/>
              </w:rPr>
              <w:t>LightGBM</w:t>
            </w:r>
          </w:p>
        </w:tc>
        <w:tc>
          <w:tcPr>
            <w:tcW w:w="3120" w:type="dxa"/>
          </w:tcPr>
          <w:p w14:paraId="61F35936" w14:textId="77777777" w:rsidR="00365C54" w:rsidRDefault="00000000">
            <w:r>
              <w:rPr>
                <w:rFonts w:ascii="Times New Roman" w:hAnsi="Times New Roman"/>
                <w:sz w:val="20"/>
              </w:rPr>
              <w:t>max_depth</w:t>
            </w:r>
          </w:p>
        </w:tc>
        <w:tc>
          <w:tcPr>
            <w:tcW w:w="3120" w:type="dxa"/>
          </w:tcPr>
          <w:p w14:paraId="4FB26541" w14:textId="77777777" w:rsidR="00365C54" w:rsidRDefault="00000000">
            <w:r>
              <w:rPr>
                <w:rFonts w:ascii="Times New Roman" w:hAnsi="Times New Roman"/>
                <w:sz w:val="20"/>
              </w:rPr>
              <w:t>[3, 5, 7]</w:t>
            </w:r>
          </w:p>
        </w:tc>
      </w:tr>
      <w:tr w:rsidR="00365C54" w14:paraId="58C08BE4" w14:textId="77777777">
        <w:tc>
          <w:tcPr>
            <w:tcW w:w="3120" w:type="dxa"/>
          </w:tcPr>
          <w:p w14:paraId="6F9BB918" w14:textId="77777777" w:rsidR="00365C54" w:rsidRDefault="00000000">
            <w:r>
              <w:rPr>
                <w:rFonts w:ascii="Times New Roman" w:hAnsi="Times New Roman"/>
                <w:sz w:val="20"/>
              </w:rPr>
              <w:t>LightGBM</w:t>
            </w:r>
          </w:p>
        </w:tc>
        <w:tc>
          <w:tcPr>
            <w:tcW w:w="3120" w:type="dxa"/>
          </w:tcPr>
          <w:p w14:paraId="4418C3A8" w14:textId="77777777" w:rsidR="00365C54" w:rsidRDefault="00000000">
            <w:r>
              <w:rPr>
                <w:rFonts w:ascii="Times New Roman" w:hAnsi="Times New Roman"/>
                <w:sz w:val="20"/>
              </w:rPr>
              <w:t>learning_rate</w:t>
            </w:r>
          </w:p>
        </w:tc>
        <w:tc>
          <w:tcPr>
            <w:tcW w:w="3120" w:type="dxa"/>
          </w:tcPr>
          <w:p w14:paraId="0516DA47" w14:textId="77777777" w:rsidR="00365C54" w:rsidRDefault="00000000">
            <w:r>
              <w:rPr>
                <w:rFonts w:ascii="Times New Roman" w:hAnsi="Times New Roman"/>
                <w:sz w:val="20"/>
              </w:rPr>
              <w:t>[0.01, 0.05, 0.1]</w:t>
            </w:r>
          </w:p>
        </w:tc>
      </w:tr>
      <w:tr w:rsidR="00365C54" w14:paraId="37DC94F2" w14:textId="77777777">
        <w:tc>
          <w:tcPr>
            <w:tcW w:w="3120" w:type="dxa"/>
          </w:tcPr>
          <w:p w14:paraId="6DC38936" w14:textId="77777777" w:rsidR="00365C54" w:rsidRDefault="00000000">
            <w:r>
              <w:rPr>
                <w:rFonts w:ascii="Times New Roman" w:hAnsi="Times New Roman"/>
                <w:sz w:val="20"/>
              </w:rPr>
              <w:t>LightGBM</w:t>
            </w:r>
          </w:p>
        </w:tc>
        <w:tc>
          <w:tcPr>
            <w:tcW w:w="3120" w:type="dxa"/>
          </w:tcPr>
          <w:p w14:paraId="0173BF3A" w14:textId="77777777" w:rsidR="00365C54" w:rsidRDefault="00000000">
            <w:r>
              <w:rPr>
                <w:rFonts w:ascii="Times New Roman" w:hAnsi="Times New Roman"/>
                <w:sz w:val="20"/>
              </w:rPr>
              <w:t>subsample</w:t>
            </w:r>
          </w:p>
        </w:tc>
        <w:tc>
          <w:tcPr>
            <w:tcW w:w="3120" w:type="dxa"/>
          </w:tcPr>
          <w:p w14:paraId="507BC90B" w14:textId="77777777" w:rsidR="00365C54" w:rsidRDefault="00000000">
            <w:r>
              <w:rPr>
                <w:rFonts w:ascii="Times New Roman" w:hAnsi="Times New Roman"/>
                <w:sz w:val="20"/>
              </w:rPr>
              <w:t>[0.7, 0.8, 0.9]</w:t>
            </w:r>
          </w:p>
        </w:tc>
      </w:tr>
      <w:tr w:rsidR="00365C54" w14:paraId="143FAAC5" w14:textId="77777777">
        <w:tc>
          <w:tcPr>
            <w:tcW w:w="3120" w:type="dxa"/>
          </w:tcPr>
          <w:p w14:paraId="244AE713" w14:textId="77777777" w:rsidR="00365C54" w:rsidRDefault="00000000">
            <w:r>
              <w:rPr>
                <w:rFonts w:ascii="Times New Roman" w:hAnsi="Times New Roman"/>
                <w:sz w:val="20"/>
              </w:rPr>
              <w:t>Random Forest</w:t>
            </w:r>
          </w:p>
        </w:tc>
        <w:tc>
          <w:tcPr>
            <w:tcW w:w="3120" w:type="dxa"/>
          </w:tcPr>
          <w:p w14:paraId="688F919A" w14:textId="77777777" w:rsidR="00365C54" w:rsidRDefault="00000000">
            <w:r>
              <w:rPr>
                <w:rFonts w:ascii="Times New Roman" w:hAnsi="Times New Roman"/>
                <w:sz w:val="20"/>
              </w:rPr>
              <w:t>n_estimators</w:t>
            </w:r>
          </w:p>
        </w:tc>
        <w:tc>
          <w:tcPr>
            <w:tcW w:w="3120" w:type="dxa"/>
          </w:tcPr>
          <w:p w14:paraId="66D1A8A5" w14:textId="77777777" w:rsidR="00365C54" w:rsidRDefault="00000000">
            <w:r>
              <w:rPr>
                <w:rFonts w:ascii="Times New Roman" w:hAnsi="Times New Roman"/>
                <w:sz w:val="20"/>
              </w:rPr>
              <w:t>[100, 200, 500]</w:t>
            </w:r>
          </w:p>
        </w:tc>
      </w:tr>
      <w:tr w:rsidR="00365C54" w14:paraId="0A9836C8" w14:textId="77777777">
        <w:tc>
          <w:tcPr>
            <w:tcW w:w="3120" w:type="dxa"/>
          </w:tcPr>
          <w:p w14:paraId="6986FF76" w14:textId="77777777" w:rsidR="00365C54" w:rsidRDefault="00000000">
            <w:r>
              <w:rPr>
                <w:rFonts w:ascii="Times New Roman" w:hAnsi="Times New Roman"/>
                <w:sz w:val="20"/>
              </w:rPr>
              <w:t>Random Forest</w:t>
            </w:r>
          </w:p>
        </w:tc>
        <w:tc>
          <w:tcPr>
            <w:tcW w:w="3120" w:type="dxa"/>
          </w:tcPr>
          <w:p w14:paraId="7B033F09" w14:textId="77777777" w:rsidR="00365C54" w:rsidRDefault="00000000">
            <w:r>
              <w:rPr>
                <w:rFonts w:ascii="Times New Roman" w:hAnsi="Times New Roman"/>
                <w:sz w:val="20"/>
              </w:rPr>
              <w:t>max_depth</w:t>
            </w:r>
          </w:p>
        </w:tc>
        <w:tc>
          <w:tcPr>
            <w:tcW w:w="3120" w:type="dxa"/>
          </w:tcPr>
          <w:p w14:paraId="46962F0F" w14:textId="77777777" w:rsidR="00365C54" w:rsidRDefault="00000000">
            <w:r>
              <w:rPr>
                <w:rFonts w:ascii="Times New Roman" w:hAnsi="Times New Roman"/>
                <w:sz w:val="20"/>
              </w:rPr>
              <w:t>[3, 5, 7, None]</w:t>
            </w:r>
          </w:p>
        </w:tc>
      </w:tr>
      <w:tr w:rsidR="00365C54" w14:paraId="3E9804C6" w14:textId="77777777">
        <w:tc>
          <w:tcPr>
            <w:tcW w:w="3120" w:type="dxa"/>
          </w:tcPr>
          <w:p w14:paraId="0C7A5274" w14:textId="77777777" w:rsidR="00365C54" w:rsidRDefault="00000000">
            <w:r>
              <w:rPr>
                <w:rFonts w:ascii="Times New Roman" w:hAnsi="Times New Roman"/>
                <w:sz w:val="20"/>
              </w:rPr>
              <w:t>Random Forest</w:t>
            </w:r>
          </w:p>
        </w:tc>
        <w:tc>
          <w:tcPr>
            <w:tcW w:w="3120" w:type="dxa"/>
          </w:tcPr>
          <w:p w14:paraId="4BB9DDAB" w14:textId="77777777" w:rsidR="00365C54" w:rsidRDefault="00000000">
            <w:r>
              <w:rPr>
                <w:rFonts w:ascii="Times New Roman" w:hAnsi="Times New Roman"/>
                <w:sz w:val="20"/>
              </w:rPr>
              <w:t>min_samples_split</w:t>
            </w:r>
          </w:p>
        </w:tc>
        <w:tc>
          <w:tcPr>
            <w:tcW w:w="3120" w:type="dxa"/>
          </w:tcPr>
          <w:p w14:paraId="3479C56F" w14:textId="77777777" w:rsidR="00365C54" w:rsidRDefault="00000000">
            <w:r>
              <w:rPr>
                <w:rFonts w:ascii="Times New Roman" w:hAnsi="Times New Roman"/>
                <w:sz w:val="20"/>
              </w:rPr>
              <w:t>[2, 5, 10]</w:t>
            </w:r>
          </w:p>
        </w:tc>
      </w:tr>
      <w:tr w:rsidR="00365C54" w14:paraId="2BA4BAA9" w14:textId="77777777">
        <w:tc>
          <w:tcPr>
            <w:tcW w:w="3120" w:type="dxa"/>
          </w:tcPr>
          <w:p w14:paraId="68FBE469" w14:textId="77777777" w:rsidR="00365C54" w:rsidRDefault="00000000">
            <w:r>
              <w:rPr>
                <w:rFonts w:ascii="Times New Roman" w:hAnsi="Times New Roman"/>
                <w:sz w:val="20"/>
              </w:rPr>
              <w:t>Random Forest</w:t>
            </w:r>
          </w:p>
        </w:tc>
        <w:tc>
          <w:tcPr>
            <w:tcW w:w="3120" w:type="dxa"/>
          </w:tcPr>
          <w:p w14:paraId="22769119" w14:textId="77777777" w:rsidR="00365C54" w:rsidRDefault="00000000">
            <w:r>
              <w:rPr>
                <w:rFonts w:ascii="Times New Roman" w:hAnsi="Times New Roman"/>
                <w:sz w:val="20"/>
              </w:rPr>
              <w:t>min_samples_leaf</w:t>
            </w:r>
          </w:p>
        </w:tc>
        <w:tc>
          <w:tcPr>
            <w:tcW w:w="3120" w:type="dxa"/>
          </w:tcPr>
          <w:p w14:paraId="39A936B6" w14:textId="77777777" w:rsidR="00365C54" w:rsidRDefault="00000000">
            <w:r>
              <w:rPr>
                <w:rFonts w:ascii="Times New Roman" w:hAnsi="Times New Roman"/>
                <w:sz w:val="20"/>
              </w:rPr>
              <w:t>[1, 2, 4]</w:t>
            </w:r>
          </w:p>
        </w:tc>
      </w:tr>
      <w:tr w:rsidR="00365C54" w14:paraId="17BBF27C" w14:textId="77777777">
        <w:tc>
          <w:tcPr>
            <w:tcW w:w="3120" w:type="dxa"/>
          </w:tcPr>
          <w:p w14:paraId="6999B75D" w14:textId="77777777" w:rsidR="00365C54" w:rsidRDefault="00000000">
            <w:r>
              <w:rPr>
                <w:rFonts w:ascii="Times New Roman" w:hAnsi="Times New Roman"/>
                <w:sz w:val="20"/>
              </w:rPr>
              <w:t>LASSO</w:t>
            </w:r>
          </w:p>
        </w:tc>
        <w:tc>
          <w:tcPr>
            <w:tcW w:w="3120" w:type="dxa"/>
          </w:tcPr>
          <w:p w14:paraId="491C600C" w14:textId="77777777" w:rsidR="00365C54" w:rsidRDefault="00000000">
            <w:r>
              <w:rPr>
                <w:rFonts w:ascii="Times New Roman" w:hAnsi="Times New Roman"/>
                <w:sz w:val="20"/>
              </w:rPr>
              <w:t>C (inverse regularization)</w:t>
            </w:r>
          </w:p>
        </w:tc>
        <w:tc>
          <w:tcPr>
            <w:tcW w:w="3120" w:type="dxa"/>
          </w:tcPr>
          <w:p w14:paraId="609D9076" w14:textId="77777777" w:rsidR="00365C54" w:rsidRDefault="00000000">
            <w:r>
              <w:rPr>
                <w:rFonts w:ascii="Times New Roman" w:hAnsi="Times New Roman"/>
                <w:sz w:val="20"/>
              </w:rPr>
              <w:t>[0.001, 0.01, 0.1, 1, 10]</w:t>
            </w:r>
          </w:p>
        </w:tc>
      </w:tr>
      <w:tr w:rsidR="00365C54" w14:paraId="66227466" w14:textId="77777777">
        <w:tc>
          <w:tcPr>
            <w:tcW w:w="3120" w:type="dxa"/>
          </w:tcPr>
          <w:p w14:paraId="20523CF1" w14:textId="77777777" w:rsidR="00365C54" w:rsidRDefault="00000000">
            <w:r>
              <w:rPr>
                <w:rFonts w:ascii="Times New Roman" w:hAnsi="Times New Roman"/>
                <w:sz w:val="20"/>
              </w:rPr>
              <w:t>SVM</w:t>
            </w:r>
          </w:p>
        </w:tc>
        <w:tc>
          <w:tcPr>
            <w:tcW w:w="3120" w:type="dxa"/>
          </w:tcPr>
          <w:p w14:paraId="0DF89E61" w14:textId="77777777" w:rsidR="00365C54" w:rsidRDefault="00000000">
            <w:r>
              <w:rPr>
                <w:rFonts w:ascii="Times New Roman" w:hAnsi="Times New Roman"/>
                <w:sz w:val="20"/>
              </w:rPr>
              <w:t>C</w:t>
            </w:r>
          </w:p>
        </w:tc>
        <w:tc>
          <w:tcPr>
            <w:tcW w:w="3120" w:type="dxa"/>
          </w:tcPr>
          <w:p w14:paraId="15E0A4E4" w14:textId="77777777" w:rsidR="00365C54" w:rsidRDefault="00000000">
            <w:r>
              <w:rPr>
                <w:rFonts w:ascii="Times New Roman" w:hAnsi="Times New Roman"/>
                <w:sz w:val="20"/>
              </w:rPr>
              <w:t>[0.1, 1, 10, 100]</w:t>
            </w:r>
          </w:p>
        </w:tc>
      </w:tr>
      <w:tr w:rsidR="00365C54" w14:paraId="58C890B5" w14:textId="77777777">
        <w:tc>
          <w:tcPr>
            <w:tcW w:w="3120" w:type="dxa"/>
          </w:tcPr>
          <w:p w14:paraId="52D86863" w14:textId="77777777" w:rsidR="00365C54" w:rsidRDefault="00000000">
            <w:r>
              <w:rPr>
                <w:rFonts w:ascii="Times New Roman" w:hAnsi="Times New Roman"/>
                <w:sz w:val="20"/>
              </w:rPr>
              <w:t>SVM</w:t>
            </w:r>
          </w:p>
        </w:tc>
        <w:tc>
          <w:tcPr>
            <w:tcW w:w="3120" w:type="dxa"/>
          </w:tcPr>
          <w:p w14:paraId="5329770E" w14:textId="77777777" w:rsidR="00365C54" w:rsidRDefault="00000000">
            <w:r>
              <w:rPr>
                <w:rFonts w:ascii="Times New Roman" w:hAnsi="Times New Roman"/>
                <w:sz w:val="20"/>
              </w:rPr>
              <w:t>gamma</w:t>
            </w:r>
          </w:p>
        </w:tc>
        <w:tc>
          <w:tcPr>
            <w:tcW w:w="3120" w:type="dxa"/>
          </w:tcPr>
          <w:p w14:paraId="78C92CCC" w14:textId="77777777" w:rsidR="00365C54" w:rsidRDefault="00000000">
            <w:r>
              <w:rPr>
                <w:rFonts w:ascii="Times New Roman" w:hAnsi="Times New Roman"/>
                <w:sz w:val="20"/>
              </w:rPr>
              <w:t>['scale', 'auto', 0.001, 0.01, 0.1]</w:t>
            </w:r>
          </w:p>
        </w:tc>
      </w:tr>
      <w:tr w:rsidR="00365C54" w14:paraId="16B9EA06" w14:textId="77777777">
        <w:tc>
          <w:tcPr>
            <w:tcW w:w="3120" w:type="dxa"/>
          </w:tcPr>
          <w:p w14:paraId="216460AC" w14:textId="77777777" w:rsidR="00365C54" w:rsidRDefault="00000000">
            <w:r>
              <w:rPr>
                <w:rFonts w:ascii="Times New Roman" w:hAnsi="Times New Roman"/>
                <w:sz w:val="20"/>
              </w:rPr>
              <w:t>SVM</w:t>
            </w:r>
          </w:p>
        </w:tc>
        <w:tc>
          <w:tcPr>
            <w:tcW w:w="3120" w:type="dxa"/>
          </w:tcPr>
          <w:p w14:paraId="22DD760F" w14:textId="77777777" w:rsidR="00365C54" w:rsidRDefault="00000000">
            <w:r>
              <w:rPr>
                <w:rFonts w:ascii="Times New Roman" w:hAnsi="Times New Roman"/>
                <w:sz w:val="20"/>
              </w:rPr>
              <w:t>kernel</w:t>
            </w:r>
          </w:p>
        </w:tc>
        <w:tc>
          <w:tcPr>
            <w:tcW w:w="3120" w:type="dxa"/>
          </w:tcPr>
          <w:p w14:paraId="2506F38B" w14:textId="77777777" w:rsidR="00365C54" w:rsidRDefault="00000000">
            <w:r>
              <w:rPr>
                <w:rFonts w:ascii="Times New Roman" w:hAnsi="Times New Roman"/>
                <w:sz w:val="20"/>
              </w:rPr>
              <w:t>['rbf', 'linear']</w:t>
            </w:r>
          </w:p>
        </w:tc>
      </w:tr>
      <w:tr w:rsidR="00365C54" w14:paraId="7CC1EAEE" w14:textId="77777777">
        <w:tc>
          <w:tcPr>
            <w:tcW w:w="3120" w:type="dxa"/>
          </w:tcPr>
          <w:p w14:paraId="7553A970" w14:textId="77777777" w:rsidR="00365C54" w:rsidRDefault="00000000">
            <w:r>
              <w:rPr>
                <w:rFonts w:ascii="Times New Roman" w:hAnsi="Times New Roman"/>
                <w:sz w:val="20"/>
              </w:rPr>
              <w:t>KNN</w:t>
            </w:r>
          </w:p>
        </w:tc>
        <w:tc>
          <w:tcPr>
            <w:tcW w:w="3120" w:type="dxa"/>
          </w:tcPr>
          <w:p w14:paraId="259835E9" w14:textId="77777777" w:rsidR="00365C54" w:rsidRDefault="00000000">
            <w:r>
              <w:rPr>
                <w:rFonts w:ascii="Times New Roman" w:hAnsi="Times New Roman"/>
                <w:sz w:val="20"/>
              </w:rPr>
              <w:t>n_neighbors</w:t>
            </w:r>
          </w:p>
        </w:tc>
        <w:tc>
          <w:tcPr>
            <w:tcW w:w="3120" w:type="dxa"/>
          </w:tcPr>
          <w:p w14:paraId="5B58E7D0" w14:textId="77777777" w:rsidR="00365C54" w:rsidRDefault="00000000">
            <w:r>
              <w:rPr>
                <w:rFonts w:ascii="Times New Roman" w:hAnsi="Times New Roman"/>
                <w:sz w:val="20"/>
              </w:rPr>
              <w:t>[3, 5, 7, 10, 15]</w:t>
            </w:r>
          </w:p>
        </w:tc>
      </w:tr>
      <w:tr w:rsidR="00365C54" w14:paraId="752C03BD" w14:textId="77777777">
        <w:tc>
          <w:tcPr>
            <w:tcW w:w="3120" w:type="dxa"/>
          </w:tcPr>
          <w:p w14:paraId="365E9A88" w14:textId="77777777" w:rsidR="00365C54" w:rsidRDefault="00000000">
            <w:r>
              <w:rPr>
                <w:rFonts w:ascii="Times New Roman" w:hAnsi="Times New Roman"/>
                <w:sz w:val="20"/>
              </w:rPr>
              <w:t>KNN</w:t>
            </w:r>
          </w:p>
        </w:tc>
        <w:tc>
          <w:tcPr>
            <w:tcW w:w="3120" w:type="dxa"/>
          </w:tcPr>
          <w:p w14:paraId="665B26CD" w14:textId="77777777" w:rsidR="00365C54" w:rsidRDefault="00000000">
            <w:r>
              <w:rPr>
                <w:rFonts w:ascii="Times New Roman" w:hAnsi="Times New Roman"/>
                <w:sz w:val="20"/>
              </w:rPr>
              <w:t>weights</w:t>
            </w:r>
          </w:p>
        </w:tc>
        <w:tc>
          <w:tcPr>
            <w:tcW w:w="3120" w:type="dxa"/>
          </w:tcPr>
          <w:p w14:paraId="51EC66AE" w14:textId="77777777" w:rsidR="00365C54" w:rsidRDefault="00000000">
            <w:r>
              <w:rPr>
                <w:rFonts w:ascii="Times New Roman" w:hAnsi="Times New Roman"/>
                <w:sz w:val="20"/>
              </w:rPr>
              <w:t>['uniform', 'distance']</w:t>
            </w:r>
          </w:p>
        </w:tc>
      </w:tr>
      <w:tr w:rsidR="00365C54" w14:paraId="78CCE9E5" w14:textId="77777777">
        <w:tc>
          <w:tcPr>
            <w:tcW w:w="3120" w:type="dxa"/>
          </w:tcPr>
          <w:p w14:paraId="34986465" w14:textId="77777777" w:rsidR="00365C54" w:rsidRDefault="00000000">
            <w:r>
              <w:rPr>
                <w:rFonts w:ascii="Times New Roman" w:hAnsi="Times New Roman"/>
                <w:sz w:val="20"/>
              </w:rPr>
              <w:t>KNN</w:t>
            </w:r>
          </w:p>
        </w:tc>
        <w:tc>
          <w:tcPr>
            <w:tcW w:w="3120" w:type="dxa"/>
          </w:tcPr>
          <w:p w14:paraId="55503E8C" w14:textId="77777777" w:rsidR="00365C54" w:rsidRDefault="00000000">
            <w:r>
              <w:rPr>
                <w:rFonts w:ascii="Times New Roman" w:hAnsi="Times New Roman"/>
                <w:sz w:val="20"/>
              </w:rPr>
              <w:t>p</w:t>
            </w:r>
          </w:p>
        </w:tc>
        <w:tc>
          <w:tcPr>
            <w:tcW w:w="3120" w:type="dxa"/>
          </w:tcPr>
          <w:p w14:paraId="027C621F" w14:textId="77777777" w:rsidR="00365C54" w:rsidRDefault="00000000">
            <w:r>
              <w:rPr>
                <w:rFonts w:ascii="Times New Roman" w:hAnsi="Times New Roman"/>
                <w:sz w:val="20"/>
              </w:rPr>
              <w:t>[1, 2]</w:t>
            </w:r>
          </w:p>
        </w:tc>
      </w:tr>
    </w:tbl>
    <w:p w14:paraId="6835DD98" w14:textId="77777777" w:rsidR="00365C54" w:rsidRDefault="00365C54"/>
    <w:p w14:paraId="7582F43F" w14:textId="77777777" w:rsidR="00365C54" w:rsidRDefault="00000000">
      <w:r>
        <w:rPr>
          <w:rFonts w:ascii="Times New Roman" w:hAnsi="Times New Roman"/>
          <w:b/>
          <w:sz w:val="20"/>
        </w:rPr>
        <w:t xml:space="preserve">Note: </w:t>
      </w:r>
      <w:r>
        <w:rPr>
          <w:rFonts w:ascii="Times New Roman" w:hAnsi="Times New Roman"/>
          <w:sz w:val="20"/>
        </w:rPr>
        <w:t>All models were tuned using grid search with stratified 5-fold cross-validation on the training set, optimizing for the area under the receiver operating characteristic curve (AUC). The best hyperparameters were selected based on the mean cross-validation AUC.</w:t>
      </w:r>
    </w:p>
    <w:p w14:paraId="3BE10189" w14:textId="1A71D1AE" w:rsidR="00365C54" w:rsidRPr="00541633" w:rsidRDefault="00365C54">
      <w:pPr>
        <w:rPr>
          <w:rFonts w:eastAsia="宋体" w:hint="eastAsia"/>
          <w:lang w:eastAsia="zh-CN"/>
        </w:rPr>
      </w:pPr>
    </w:p>
    <w:sectPr w:rsidR="00365C54" w:rsidRPr="0054163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852696">
    <w:abstractNumId w:val="8"/>
  </w:num>
  <w:num w:numId="2" w16cid:durableId="2016178860">
    <w:abstractNumId w:val="6"/>
  </w:num>
  <w:num w:numId="3" w16cid:durableId="1764839452">
    <w:abstractNumId w:val="5"/>
  </w:num>
  <w:num w:numId="4" w16cid:durableId="626354244">
    <w:abstractNumId w:val="4"/>
  </w:num>
  <w:num w:numId="5" w16cid:durableId="1118061431">
    <w:abstractNumId w:val="7"/>
  </w:num>
  <w:num w:numId="6" w16cid:durableId="285695713">
    <w:abstractNumId w:val="3"/>
  </w:num>
  <w:num w:numId="7" w16cid:durableId="856895381">
    <w:abstractNumId w:val="2"/>
  </w:num>
  <w:num w:numId="8" w16cid:durableId="1772892910">
    <w:abstractNumId w:val="1"/>
  </w:num>
  <w:num w:numId="9" w16cid:durableId="68756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5C54"/>
    <w:rsid w:val="00541633"/>
    <w:rsid w:val="007B41E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CCF0"/>
  <w14:defaultImageDpi w14:val="300"/>
  <w15:docId w15:val="{B6B7546E-8268-4B76-B69E-660EB29F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984</Characters>
  <Application>Microsoft Office Word</Application>
  <DocSecurity>0</DocSecurity>
  <Lines>61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若男 焦</cp:lastModifiedBy>
  <cp:revision>2</cp:revision>
  <dcterms:created xsi:type="dcterms:W3CDTF">2013-12-23T23:15:00Z</dcterms:created>
  <dcterms:modified xsi:type="dcterms:W3CDTF">2026-10-04T14:19:00Z</dcterms:modified>
  <cp:category/>
</cp:coreProperties>
</file>