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58413" w14:textId="77777777" w:rsidR="00EE5F04" w:rsidRPr="008A20D0" w:rsidRDefault="00000000">
      <w:pPr>
        <w:pStyle w:val="aa"/>
        <w:rPr>
          <w:rFonts w:ascii="Times New Roman" w:hAnsi="Times New Roman" w:cs="Times New Roman"/>
        </w:rPr>
      </w:pPr>
      <w:r w:rsidRPr="008A20D0">
        <w:rPr>
          <w:rFonts w:ascii="Times New Roman" w:hAnsi="Times New Roman" w:cs="Times New Roman"/>
        </w:rPr>
        <w:t>Additional file 1</w:t>
      </w:r>
    </w:p>
    <w:p w14:paraId="6A58B5E0" w14:textId="77777777" w:rsidR="00EE5F04" w:rsidRPr="008A20D0" w:rsidRDefault="00000000">
      <w:pPr>
        <w:pStyle w:val="ac"/>
        <w:rPr>
          <w:rFonts w:ascii="Times New Roman" w:hAnsi="Times New Roman" w:cs="Times New Roman"/>
        </w:rPr>
      </w:pPr>
      <w:r w:rsidRPr="008A20D0">
        <w:rPr>
          <w:rFonts w:ascii="Times New Roman" w:hAnsi="Times New Roman" w:cs="Times New Roman"/>
        </w:rPr>
        <w:t>Supplementary methods and tables</w:t>
      </w:r>
    </w:p>
    <w:p w14:paraId="68463E92" w14:textId="77777777" w:rsidR="00EE5F04" w:rsidRPr="008A20D0" w:rsidRDefault="00000000">
      <w:pPr>
        <w:spacing w:after="80"/>
        <w:rPr>
          <w:rFonts w:cs="Times New Roman"/>
        </w:rPr>
      </w:pPr>
      <w:r w:rsidRPr="008A20D0">
        <w:rPr>
          <w:rFonts w:cs="Times New Roman"/>
        </w:rPr>
        <w:t>Dynamic prediction of severe complications after pancreatic resection: incremental value of the latest laboratory results and longitudinal history</w:t>
      </w:r>
    </w:p>
    <w:p w14:paraId="69DB4BF7" w14:textId="77777777" w:rsidR="00EE5F04" w:rsidRPr="008A20D0" w:rsidRDefault="00000000">
      <w:pPr>
        <w:spacing w:after="80"/>
        <w:rPr>
          <w:rFonts w:cs="Times New Roman"/>
        </w:rPr>
      </w:pPr>
      <w:r w:rsidRPr="008A20D0">
        <w:rPr>
          <w:rFonts w:cs="Times New Roman"/>
        </w:rPr>
        <w:t>This supplement describes model implementation, missing or unknown cohort characteristics, calibration, internal temporal validation, sensitivity analyses, and computational diagnostics. The primary results use raw held-out probabilities; calibration and additional comparisons are supplementary. The study is an exploratory methodological comparison because the representations, principal contrasts, and temporal windows were finalized after earlier results were available.</w:t>
      </w:r>
    </w:p>
    <w:p w14:paraId="1CFE3646" w14:textId="77777777" w:rsidR="00EE5F04" w:rsidRPr="008A20D0" w:rsidRDefault="00000000">
      <w:pPr>
        <w:pStyle w:val="1"/>
        <w:rPr>
          <w:rFonts w:ascii="Times New Roman" w:hAnsi="Times New Roman" w:cs="Times New Roman"/>
        </w:rPr>
      </w:pPr>
      <w:r w:rsidRPr="008A20D0">
        <w:rPr>
          <w:rFonts w:ascii="Times New Roman" w:hAnsi="Times New Roman" w:cs="Times New Roman"/>
        </w:rPr>
        <w:t>Supplementary methods</w:t>
      </w:r>
    </w:p>
    <w:p w14:paraId="5F74D25A" w14:textId="77777777" w:rsidR="00EE5F04" w:rsidRPr="008A20D0" w:rsidRDefault="00000000">
      <w:pPr>
        <w:pStyle w:val="21"/>
        <w:rPr>
          <w:rFonts w:ascii="Times New Roman" w:hAnsi="Times New Roman" w:cs="Times New Roman"/>
        </w:rPr>
      </w:pPr>
      <w:r w:rsidRPr="008A20D0">
        <w:rPr>
          <w:rFonts w:ascii="Times New Roman" w:hAnsi="Times New Roman" w:cs="Times New Roman"/>
        </w:rPr>
        <w:t>S1. Prediction setting and laboratory representations</w:t>
      </w:r>
    </w:p>
    <w:p w14:paraId="1FB6A602" w14:textId="77777777" w:rsidR="00EE5F04" w:rsidRPr="008A20D0" w:rsidRDefault="00000000">
      <w:pPr>
        <w:spacing w:after="80"/>
        <w:rPr>
          <w:rFonts w:cs="Times New Roman"/>
        </w:rPr>
      </w:pPr>
      <w:r w:rsidRPr="008A20D0">
        <w:rPr>
          <w:rFonts w:cs="Times New Roman"/>
        </w:rPr>
        <w:t>The cohort comprised 1,423 patients with 1,423 index operations and 207 recorded Clavien–Dindo grade ≥IIIa events. After excluding events occurring by the end of POD0, the prediction pool comprised 1,420 patients and 204 unique events. The five landmark risk sets contained 6,747 rows and 667 event rows in total; these are repeated records, not independent patients or events. POD3 included 1,323 patients and 107 subsequent events.</w:t>
      </w:r>
    </w:p>
    <w:p w14:paraId="3D0B5000" w14:textId="77777777" w:rsidR="00EE5F04" w:rsidRPr="008A20D0" w:rsidRDefault="00000000">
      <w:pPr>
        <w:spacing w:after="80"/>
        <w:rPr>
          <w:rFonts w:cs="Times New Roman"/>
        </w:rPr>
      </w:pPr>
      <w:r w:rsidRPr="008A20D0">
        <w:rPr>
          <w:rFonts w:cs="Times New Roman"/>
        </w:rPr>
        <w:t>Landmarks were the ends of calendar PODs 0, 1, 3, 5, and 7. Each target was the first recorded event after the landmark through POD30. Patients with an event on or before the landmark were excluded from that risk set. Primary eligibility did not require continued hospitalization. The investigator performed manual clinical adjudication using medical orders and relevant clinical records, with programmatic support for evidence organization, label extraction, and date consistency checks; the prediction analysis used that existing outcome version.</w:t>
      </w:r>
    </w:p>
    <w:p w14:paraId="7608EF75" w14:textId="77777777" w:rsidR="00EE5F04" w:rsidRPr="008A20D0" w:rsidRDefault="00000000">
      <w:pPr>
        <w:spacing w:after="80"/>
        <w:rPr>
          <w:rFonts w:cs="Times New Roman"/>
        </w:rPr>
      </w:pPr>
      <w:r w:rsidRPr="008A20D0">
        <w:rPr>
          <w:rFonts w:cs="Times New Roman"/>
        </w:rPr>
        <w:t>Laboratory records were restricted to the exact patient–index-encounter pair. Calendar POD was calculated from the report date relative to the operation date. Multiple measurements of the same test on a calendar day were reduced to their median. The available window extended from POD−7 through the landmark. The 53 laboratory variables were represented by their latest value (M1), with additional mean, minimum, maximum, and ordinary least-squares slope (M2), and then the 15 daily cells from POD−7 to POD7 (M3). A slope required observations on at least two distinct dates. Cells after the landmark were set to missing. The daily grid was not forward-filled.</w:t>
      </w:r>
    </w:p>
    <w:p w14:paraId="4FD74514" w14:textId="77777777" w:rsidR="00EE5F04" w:rsidRPr="008A20D0" w:rsidRDefault="00000000">
      <w:pPr>
        <w:spacing w:after="80"/>
        <w:rPr>
          <w:rFonts w:cs="Times New Roman"/>
        </w:rPr>
      </w:pPr>
      <w:r w:rsidRPr="008A20D0">
        <w:rPr>
          <w:rFonts w:cs="Times New Roman"/>
        </w:rPr>
        <w:t>M0 contained age, concomitant major surgery, sex, procedure type, surgical approach, and categorical landmark indicators. M1–M3 added the laboratory blocks sequentially. Before categorical encoding, M0, M1, M2, and M3 contained 2, 55, 267, and 1,062 numeric columns, respectively. Observation-mask and mask-plus-elapsed sensitivity models contained 1,857 and 2,652 numeric columns. The main fitted matrices contained 24, 77, 289, and 1,084 columns after one-hot encoding; the selected configurations are given in Table S3.</w:t>
      </w:r>
    </w:p>
    <w:p w14:paraId="1081E78F" w14:textId="77777777" w:rsidR="00EE5F04" w:rsidRPr="008A20D0" w:rsidRDefault="00000000">
      <w:pPr>
        <w:pStyle w:val="21"/>
        <w:rPr>
          <w:rFonts w:ascii="Times New Roman" w:hAnsi="Times New Roman" w:cs="Times New Roman"/>
        </w:rPr>
      </w:pPr>
      <w:r w:rsidRPr="008A20D0">
        <w:rPr>
          <w:rFonts w:ascii="Times New Roman" w:hAnsi="Times New Roman" w:cs="Times New Roman"/>
        </w:rPr>
        <w:t>S2. Preprocessing and missing data</w:t>
      </w:r>
    </w:p>
    <w:p w14:paraId="629D23E0" w14:textId="77777777" w:rsidR="00EE5F04" w:rsidRPr="008A20D0" w:rsidRDefault="00000000">
      <w:pPr>
        <w:spacing w:after="80"/>
        <w:rPr>
          <w:rFonts w:cs="Times New Roman"/>
        </w:rPr>
      </w:pPr>
      <w:r w:rsidRPr="008A20D0">
        <w:rPr>
          <w:rFonts w:cs="Times New Roman"/>
        </w:rPr>
        <w:t>Laboratory values retained their source numeric scales. The implemented extraction parsed a numeric substring and did not retain “less than” or “greater than” qualifiers as censoring indicators. Test-specific unit conversion and harmonization were not completed. No additional plausibility clipping, winsorization, or laboratory-specific reference-range normalization was applied. These limitations should be considered when interpreting results or attempting transport to another setting.</w:t>
      </w:r>
    </w:p>
    <w:p w14:paraId="41763ACA" w14:textId="77777777" w:rsidR="00EE5F04" w:rsidRPr="008A20D0" w:rsidRDefault="00000000">
      <w:pPr>
        <w:spacing w:after="80"/>
        <w:rPr>
          <w:rFonts w:cs="Times New Roman"/>
        </w:rPr>
      </w:pPr>
      <w:r w:rsidRPr="008A20D0">
        <w:rPr>
          <w:rFonts w:cs="Times New Roman"/>
        </w:rPr>
        <w:lastRenderedPageBreak/>
        <w:t>For procalcitonin and drain-fluid amylase, training-only means and population standard deviations were estimated within operation-year periods of 2012–2017, 2018–2022, and 2023 onward. Era estimation counted each operation–laboratory–day once, using the latest eligible landmark among the available training rows. A constant training segment used a standard deviation of 1; a period with no training observations used the overall training statistics for that test. If the entire training test was empty, the fallback mean and standard deviation were 0 and 1. This statistical rescaling was applied before feature construction and did not establish unit consistency. The M2 unscaled sensitivity omitted this two-test era adjustment, while retaining the other processing steps.</w:t>
      </w:r>
    </w:p>
    <w:p w14:paraId="6FBA3F3B" w14:textId="77777777" w:rsidR="00EE5F04" w:rsidRPr="008A20D0" w:rsidRDefault="00000000">
      <w:pPr>
        <w:spacing w:after="80"/>
        <w:rPr>
          <w:rFonts w:cs="Times New Roman"/>
        </w:rPr>
      </w:pPr>
      <w:r w:rsidRPr="008A20D0">
        <w:rPr>
          <w:rFonts w:cs="Times New Roman"/>
        </w:rPr>
        <w:t>Categorical vocabularies were learned within each training partition. Missing categories were represented as an unknown category; unseen validation categories produced zeros across the corresponding one-hot block. No reference category was dropped. The landmark indicator was included in every representation. Identifiers, outcome fields, operation year, length of stay, and discharge status were not direct predictors. Operation year was used only for era preprocessing and chronological validation.</w:t>
      </w:r>
    </w:p>
    <w:p w14:paraId="5718B132" w14:textId="77777777" w:rsidR="00EE5F04" w:rsidRPr="008A20D0" w:rsidRDefault="00000000">
      <w:pPr>
        <w:spacing w:after="80"/>
        <w:rPr>
          <w:rFonts w:cs="Times New Roman"/>
        </w:rPr>
      </w:pPr>
      <w:r w:rsidRPr="008A20D0">
        <w:rPr>
          <w:rFonts w:cs="Times New Roman"/>
        </w:rPr>
        <w:t>Ridge used training-fold median imputation followed by standard scaling, without automatically added missingness indicators. Completely empty numeric training columns used a zero imputation fallback. Main XGBoost models retained missing numeric values for native missing-value handling. Thus, absence of explicit observation-mask or elapsed-time channels did not imply absence of information about missingness.</w:t>
      </w:r>
    </w:p>
    <w:p w14:paraId="6952A141" w14:textId="77777777" w:rsidR="00EE5F04" w:rsidRPr="008A20D0" w:rsidRDefault="00000000">
      <w:pPr>
        <w:spacing w:after="80"/>
        <w:rPr>
          <w:rFonts w:cs="Times New Roman"/>
        </w:rPr>
      </w:pPr>
      <w:r w:rsidRPr="008A20D0">
        <w:rPr>
          <w:rFonts w:cs="Times New Roman"/>
        </w:rPr>
        <w:t>In the mask sensitivity, each daily channel indicated whether an eligible value was observed. The elapsed channel represented days since the latest observation as of that day; before any observation, POD−7 was used as the starting fallback. Observed-day elapsed values and future elapsed cells were set to zero. Future observation-mask cells were also zero. These sensitivity representations contained no observed future measurements from the evaluated patient.</w:t>
      </w:r>
    </w:p>
    <w:p w14:paraId="22012F81" w14:textId="77777777" w:rsidR="00EE5F04" w:rsidRPr="008A20D0" w:rsidRDefault="00000000">
      <w:pPr>
        <w:pStyle w:val="21"/>
        <w:rPr>
          <w:rFonts w:ascii="Times New Roman" w:hAnsi="Times New Roman" w:cs="Times New Roman"/>
        </w:rPr>
      </w:pPr>
      <w:r w:rsidRPr="008A20D0">
        <w:rPr>
          <w:rFonts w:ascii="Times New Roman" w:hAnsi="Times New Roman" w:cs="Times New Roman"/>
        </w:rPr>
        <w:t>S3. Training, tuning, and calibration</w:t>
      </w:r>
    </w:p>
    <w:p w14:paraId="22882921" w14:textId="77777777" w:rsidR="00EE5F04" w:rsidRPr="008A20D0" w:rsidRDefault="00000000">
      <w:pPr>
        <w:spacing w:after="80"/>
        <w:rPr>
          <w:rFonts w:cs="Times New Roman"/>
        </w:rPr>
      </w:pPr>
      <w:r w:rsidRPr="008A20D0">
        <w:rPr>
          <w:rFonts w:cs="Times New Roman"/>
        </w:rPr>
        <w:t>Main and representation-sensitivity models used five patient-grouped outer folds and four inner folds, with all landmark records from each patient kept together. The outer split seed was 42 and the inner split seed was 142. Both algorithm families shared the split assignments. Each candidate was evaluated using the stratified c-statistic from the combined inner out-of-fold predictions. The first candidate was retained in an exact tie. The selected candidate was then refitted on the outer training data. Temporal analyses instead used a chronological training–test split with four inner folds confined to the historical training period.</w:t>
      </w:r>
    </w:p>
    <w:p w14:paraId="5C9E927B" w14:textId="77777777" w:rsidR="00EE5F04" w:rsidRPr="008A20D0" w:rsidRDefault="00000000">
      <w:pPr>
        <w:spacing w:after="80"/>
        <w:rPr>
          <w:rFonts w:cs="Times New Roman"/>
        </w:rPr>
      </w:pPr>
      <w:r w:rsidRPr="008A20D0">
        <w:rPr>
          <w:rFonts w:cs="Times New Roman"/>
        </w:rPr>
        <w:t>Ridge was L2-regularized logistic regression with the lbfgs solver, a maximum of 3,000 iterations, tolerance 10⁻⁵, and no class weights. The six C values were 0.0001, 0.001, 0.01, 0.1, 1, and 10. XGBoost (XGB) used the binary-logistic objective, log-loss evaluation setting, histogram trees, a maximum of 128 bins, four CPU threads, training-derived quantile cuts, and no class weights. Candidate tree counts were fixed; early stopping and outer-test-driven search expansion were not used. Table S2 lists all 20 XGBoost candidates. Inner candidate predictions used seed 42; final outer-fold XGBoost probabilities were averaged across seeds 42–46.</w:t>
      </w:r>
    </w:p>
    <w:p w14:paraId="4A665B10" w14:textId="77777777" w:rsidR="00EE5F04" w:rsidRPr="008A20D0" w:rsidRDefault="00000000">
      <w:pPr>
        <w:spacing w:after="80"/>
        <w:rPr>
          <w:rFonts w:cs="Times New Roman"/>
        </w:rPr>
      </w:pPr>
      <w:r w:rsidRPr="008A20D0">
        <w:rPr>
          <w:rFonts w:cs="Times New Roman"/>
        </w:rPr>
        <w:t>The supplementary Platt mapping used logits clipped at probabilities of 10⁻⁶ and 1−10⁻⁶ and was fitted to inner out-of-fold predictions from outer-training patients. For XGBoost, this mapping was learned from single-seed inner predictions and applied to the outer five-seed probability mean. Evaluation calibration-in-the-large used the predicted logit as an offset with slope fixed at 1; the jointly fitted intercept and slope are separate evaluation estimates. Neither is the saved coefficient of the training Platt mapping.</w:t>
      </w:r>
    </w:p>
    <w:p w14:paraId="53C0619C" w14:textId="77777777" w:rsidR="00EE5F04" w:rsidRPr="008A20D0" w:rsidRDefault="00000000">
      <w:pPr>
        <w:pStyle w:val="21"/>
        <w:rPr>
          <w:rFonts w:ascii="Times New Roman" w:hAnsi="Times New Roman" w:cs="Times New Roman"/>
        </w:rPr>
      </w:pPr>
      <w:r w:rsidRPr="008A20D0">
        <w:rPr>
          <w:rFonts w:ascii="Times New Roman" w:hAnsi="Times New Roman" w:cs="Times New Roman"/>
        </w:rPr>
        <w:lastRenderedPageBreak/>
        <w:t>S4. Estimation, eligibility, and interpretation</w:t>
      </w:r>
    </w:p>
    <w:p w14:paraId="166D6DA0" w14:textId="77777777" w:rsidR="00EE5F04" w:rsidRPr="008A20D0" w:rsidRDefault="00000000">
      <w:pPr>
        <w:spacing w:after="80"/>
        <w:rPr>
          <w:rFonts w:cs="Times New Roman"/>
        </w:rPr>
      </w:pPr>
      <w:r w:rsidRPr="008A20D0">
        <w:rPr>
          <w:rFonts w:cs="Times New Roman"/>
        </w:rPr>
        <w:t>The primary stratified c-statistic was the weighted average of landmark-specific AUROCs, using the number of case–non-case pairs in each landmark as the weight. Only within-landmark pairs contributed. The four primary contrasts were M3−M0 and M3−M1 separately for Ridge and XGBoost. POD3 estimates, calibration, missingness representations, temporal windows, and the inpatient analysis provided supporting or exploratory assessments.</w:t>
      </w:r>
    </w:p>
    <w:p w14:paraId="7F133F54" w14:textId="77777777" w:rsidR="00EE5F04" w:rsidRPr="008A20D0" w:rsidRDefault="00000000">
      <w:pPr>
        <w:spacing w:after="80"/>
        <w:rPr>
          <w:rFonts w:cs="Times New Roman"/>
        </w:rPr>
      </w:pPr>
      <w:r w:rsidRPr="008A20D0">
        <w:rPr>
          <w:rFonts w:cs="Times New Roman"/>
        </w:rPr>
        <w:t>The project-specific dispersion rule excluded a model–landmark combination from paired inference when the standard deviation of its predicted logits was below 0.30. If any component landmark failed this rule, the overall stratified c-statistic was retained as descriptive and its related contrasts were not estimated. This was an operational criterion, not a universal threshold for clinical validity. Calibration could not restore eligibility lost by the raw model. Descriptive estimates remain shown alongside their status; NE means not estimated under this rule, not zero.</w:t>
      </w:r>
    </w:p>
    <w:p w14:paraId="2071802A" w14:textId="77777777" w:rsidR="00EE5F04" w:rsidRPr="008A20D0" w:rsidRDefault="00000000">
      <w:pPr>
        <w:spacing w:after="80"/>
        <w:rPr>
          <w:rFonts w:cs="Times New Roman"/>
        </w:rPr>
      </w:pPr>
      <w:r w:rsidRPr="008A20D0">
        <w:rPr>
          <w:rFonts w:cs="Times New Roman"/>
        </w:rPr>
        <w:t>Intervals were obtained from 2,000 paired patient-cluster bootstrap samples of fixed held-out predictions. All landmark records from a sampled patient and all repeated sampling contributions were retained. Intervals therefore condition on the fitted predictions and do not include the full uncertainty from repeating feature preparation, hyperparameter selection, and model fitting. Intervals were not adjusted for multiple comparisons. Differences are the first model minus its comparator. Higher c, AUROC, and average precision (AP) indicate better performance; lower Brier scores indicate better performance. AP is non-interpolated average precision, not trapezoidal precision–recall area.</w:t>
      </w:r>
    </w:p>
    <w:p w14:paraId="3D4E8E78" w14:textId="77777777" w:rsidR="00EE5F04" w:rsidRPr="008A20D0" w:rsidRDefault="00000000">
      <w:pPr>
        <w:spacing w:after="80"/>
        <w:rPr>
          <w:rFonts w:cs="Times New Roman"/>
        </w:rPr>
      </w:pPr>
      <w:r w:rsidRPr="008A20D0">
        <w:rPr>
          <w:rFonts w:cs="Times New Roman"/>
        </w:rPr>
        <w:t>Internal temporal validation trained through 2023 and tested in 2024, or trained through 2024 and tested in 2025 onward. These are retrospective evaluations from the same center, not external-center validation. All processing and calibration were fitted in the historical training period. The inpatient sensitivity required a known discharge day strictly later than the landmark; discharge on the landmark day was excluded at day end. Being in hospital at a landmark did not establish complete subsequent follow-up.</w:t>
      </w:r>
    </w:p>
    <w:p w14:paraId="09BC68D0" w14:textId="77777777" w:rsidR="00EE5F04" w:rsidRPr="008A20D0" w:rsidRDefault="00000000">
      <w:pPr>
        <w:spacing w:after="80"/>
        <w:rPr>
          <w:rFonts w:cs="Times New Roman"/>
        </w:rPr>
      </w:pPr>
      <w:r w:rsidRPr="008A20D0">
        <w:rPr>
          <w:rFonts w:cs="Times New Roman"/>
        </w:rPr>
        <w:t>Explicit evidence of complete 30-day follow-up was unavailable for all 1,423 patients; this does not mean that all patients were lost to follow-up. Hospitalization dates covering POD30 in 197 patients were an observation proxy. Postdischarge outcome capture was unverified for 1,089 patients with no recorded event. Same-hospital encounter linkage did not establish complete capture of readmissions or outside events. No complete-follow-up subset or second-center evaluation was available.</w:t>
      </w:r>
    </w:p>
    <w:p w14:paraId="1C0DB786" w14:textId="77777777" w:rsidR="00EE5F04" w:rsidRPr="008A20D0" w:rsidRDefault="00000000">
      <w:pPr>
        <w:pStyle w:val="21"/>
        <w:rPr>
          <w:rFonts w:ascii="Times New Roman" w:hAnsi="Times New Roman" w:cs="Times New Roman"/>
        </w:rPr>
      </w:pPr>
      <w:r w:rsidRPr="008A20D0">
        <w:rPr>
          <w:rFonts w:ascii="Times New Roman" w:hAnsi="Times New Roman" w:cs="Times New Roman"/>
        </w:rPr>
        <w:t>S5. Computational diagnostics and attribution</w:t>
      </w:r>
    </w:p>
    <w:p w14:paraId="55465FDA" w14:textId="77777777" w:rsidR="00EE5F04" w:rsidRPr="008A20D0" w:rsidRDefault="00000000">
      <w:pPr>
        <w:spacing w:after="80"/>
        <w:rPr>
          <w:rFonts w:cs="Times New Roman"/>
        </w:rPr>
      </w:pPr>
      <w:r w:rsidRPr="008A20D0">
        <w:rPr>
          <w:rFonts w:cs="Times New Roman"/>
        </w:rPr>
        <w:t>Independent repeated runs used the same configurations. Agreement of repeated fits, agreement of metric calculations, and clinical performance are distinct properties. Patient endpoint times, including no-event missing values, were permuted 20 times before the landmark risk sets were reconstructed. The permutation diagnostic used a fixed configuration (Ridge C=1 and a separately predetermined XGBoost draw), without repeating the full candidate search. It did not provide a confirmatory P value for predictive signal.</w:t>
      </w:r>
    </w:p>
    <w:p w14:paraId="07D815AD" w14:textId="77777777" w:rsidR="00EE5F04" w:rsidRPr="008A20D0" w:rsidRDefault="00000000">
      <w:pPr>
        <w:spacing w:after="80"/>
        <w:rPr>
          <w:rFonts w:cs="Times New Roman"/>
        </w:rPr>
      </w:pPr>
      <w:r w:rsidRPr="008A20D0">
        <w:rPr>
          <w:rFonts w:cs="Times New Roman"/>
        </w:rPr>
        <w:t>SHAP analyses used the first prespecified raw XGBoost member (seed 42) on outer-test POD3 features. Fold-to-fold rankings were compared only over features present in both folds; absent categorical columns were not filled with zero importance. These are descriptive attributions of the specified raw model member, not explanations of the calibrated ensemble or causal mechanisms. The exploratory decision curves in the main manuscript use thresholds of 2%, 5%, 10%, 15%, and 20%; no threshold-specific clinical action or reduction in complications was established.</w:t>
      </w:r>
    </w:p>
    <w:p w14:paraId="07C43B68" w14:textId="77777777" w:rsidR="00EE5F04" w:rsidRPr="008A20D0" w:rsidRDefault="00000000">
      <w:pPr>
        <w:keepNext/>
        <w:keepLines/>
        <w:spacing w:after="80"/>
        <w:rPr>
          <w:rFonts w:cs="Times New Roman"/>
        </w:rPr>
      </w:pPr>
      <w:r w:rsidRPr="008A20D0">
        <w:rPr>
          <w:rFonts w:cs="Times New Roman"/>
        </w:rPr>
        <w:lastRenderedPageBreak/>
        <w:t>The available implementation records include the candidate search, selected parameters, preprocessing, calibration, and repeated-run checks. Full fitted tree objects and Ridge coefficient vectors were not exported, so these records do not constitute a deployable model package.</w:t>
      </w:r>
    </w:p>
    <w:p w14:paraId="0E27C90B" w14:textId="77777777" w:rsidR="00EE5F04" w:rsidRPr="008A20D0" w:rsidRDefault="00000000">
      <w:pPr>
        <w:pStyle w:val="1"/>
        <w:rPr>
          <w:rFonts w:ascii="Times New Roman" w:hAnsi="Times New Roman" w:cs="Times New Roman"/>
        </w:rPr>
      </w:pPr>
      <w:r w:rsidRPr="008A20D0">
        <w:rPr>
          <w:rFonts w:ascii="Times New Roman" w:hAnsi="Times New Roman" w:cs="Times New Roman"/>
        </w:rPr>
        <w:t>Supplementary tables</w:t>
      </w:r>
    </w:p>
    <w:p w14:paraId="275870AE" w14:textId="77777777" w:rsidR="00EE5F04" w:rsidRPr="008A20D0" w:rsidRDefault="00000000">
      <w:pPr>
        <w:pStyle w:val="af7"/>
        <w:rPr>
          <w:rFonts w:cs="Times New Roman"/>
        </w:rPr>
      </w:pPr>
      <w:r w:rsidRPr="008A20D0">
        <w:rPr>
          <w:rFonts w:cs="Times New Roman"/>
        </w:rPr>
        <w:t>Table S1. Missing or unknown cohort characteristics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3672"/>
        <w:gridCol w:w="1901"/>
        <w:gridCol w:w="1901"/>
        <w:gridCol w:w="1886"/>
      </w:tblGrid>
      <w:tr w:rsidR="00EE5F04" w:rsidRPr="008A20D0" w14:paraId="57DEA929" w14:textId="77777777">
        <w:trPr>
          <w:cantSplit/>
          <w:tblHeader/>
          <w:jc w:val="center"/>
        </w:trPr>
        <w:tc>
          <w:tcPr>
            <w:tcW w:w="3672" w:type="dxa"/>
            <w:vAlign w:val="center"/>
          </w:tcPr>
          <w:p w14:paraId="06E79A35" w14:textId="77777777" w:rsidR="00EE5F04" w:rsidRPr="008A20D0" w:rsidRDefault="00000000">
            <w:pPr>
              <w:spacing w:before="40" w:after="40" w:line="240" w:lineRule="auto"/>
              <w:rPr>
                <w:rFonts w:cs="Times New Roman"/>
              </w:rPr>
            </w:pPr>
            <w:r w:rsidRPr="008A20D0">
              <w:rPr>
                <w:rFonts w:cs="Times New Roman"/>
                <w:b/>
                <w:sz w:val="20"/>
              </w:rPr>
              <w:t>Characteristic</w:t>
            </w:r>
          </w:p>
        </w:tc>
        <w:tc>
          <w:tcPr>
            <w:tcW w:w="1901" w:type="dxa"/>
            <w:vAlign w:val="center"/>
          </w:tcPr>
          <w:p w14:paraId="7E13924E" w14:textId="77777777" w:rsidR="00EE5F04" w:rsidRPr="008A20D0" w:rsidRDefault="00000000">
            <w:pPr>
              <w:spacing w:before="40" w:after="40" w:line="240" w:lineRule="auto"/>
              <w:jc w:val="center"/>
              <w:rPr>
                <w:rFonts w:cs="Times New Roman"/>
              </w:rPr>
            </w:pPr>
            <w:r w:rsidRPr="008A20D0">
              <w:rPr>
                <w:rFonts w:cs="Times New Roman"/>
                <w:b/>
                <w:sz w:val="20"/>
              </w:rPr>
              <w:t>All index operations</w:t>
            </w:r>
            <w:r w:rsidRPr="008A20D0">
              <w:rPr>
                <w:rFonts w:cs="Times New Roman"/>
                <w:b/>
                <w:sz w:val="20"/>
              </w:rPr>
              <w:br/>
              <w:t>N = 1,423</w:t>
            </w:r>
          </w:p>
        </w:tc>
        <w:tc>
          <w:tcPr>
            <w:tcW w:w="1901" w:type="dxa"/>
            <w:vAlign w:val="center"/>
          </w:tcPr>
          <w:p w14:paraId="4FE0BD3C" w14:textId="77777777" w:rsidR="00EE5F04" w:rsidRPr="008A20D0" w:rsidRDefault="00000000">
            <w:pPr>
              <w:spacing w:before="40" w:after="40" w:line="240" w:lineRule="auto"/>
              <w:jc w:val="center"/>
              <w:rPr>
                <w:rFonts w:cs="Times New Roman"/>
              </w:rPr>
            </w:pPr>
            <w:r w:rsidRPr="008A20D0">
              <w:rPr>
                <w:rFonts w:cs="Times New Roman"/>
                <w:b/>
                <w:sz w:val="20"/>
              </w:rPr>
              <w:t>No recorded CD≥IIIa</w:t>
            </w:r>
            <w:r w:rsidRPr="008A20D0">
              <w:rPr>
                <w:rFonts w:cs="Times New Roman"/>
                <w:b/>
                <w:sz w:val="20"/>
              </w:rPr>
              <w:br/>
              <w:t>N = 1,216</w:t>
            </w:r>
          </w:p>
        </w:tc>
        <w:tc>
          <w:tcPr>
            <w:tcW w:w="1886" w:type="dxa"/>
            <w:vAlign w:val="center"/>
          </w:tcPr>
          <w:p w14:paraId="7BC88D38" w14:textId="77777777" w:rsidR="00EE5F04" w:rsidRPr="008A20D0" w:rsidRDefault="00000000">
            <w:pPr>
              <w:spacing w:before="40" w:after="40" w:line="240" w:lineRule="auto"/>
              <w:jc w:val="center"/>
              <w:rPr>
                <w:rFonts w:cs="Times New Roman"/>
              </w:rPr>
            </w:pPr>
            <w:r w:rsidRPr="008A20D0">
              <w:rPr>
                <w:rFonts w:cs="Times New Roman"/>
                <w:b/>
                <w:sz w:val="20"/>
              </w:rPr>
              <w:t>Recorded CD≥IIIa</w:t>
            </w:r>
            <w:r w:rsidRPr="008A20D0">
              <w:rPr>
                <w:rFonts w:cs="Times New Roman"/>
                <w:b/>
                <w:sz w:val="20"/>
              </w:rPr>
              <w:br/>
              <w:t>N = 207</w:t>
            </w:r>
          </w:p>
        </w:tc>
      </w:tr>
      <w:tr w:rsidR="00EE5F04" w:rsidRPr="008A20D0" w14:paraId="367AD0DA" w14:textId="77777777">
        <w:trPr>
          <w:cantSplit/>
          <w:jc w:val="center"/>
        </w:trPr>
        <w:tc>
          <w:tcPr>
            <w:tcW w:w="3672" w:type="dxa"/>
            <w:vAlign w:val="center"/>
          </w:tcPr>
          <w:p w14:paraId="140C61A3" w14:textId="77777777" w:rsidR="00EE5F04" w:rsidRPr="008A20D0" w:rsidRDefault="00000000">
            <w:pPr>
              <w:spacing w:before="40" w:after="40" w:line="240" w:lineRule="auto"/>
              <w:rPr>
                <w:rFonts w:cs="Times New Roman"/>
              </w:rPr>
            </w:pPr>
            <w:r w:rsidRPr="008A20D0">
              <w:rPr>
                <w:rFonts w:cs="Times New Roman"/>
                <w:sz w:val="20"/>
              </w:rPr>
              <w:t>Index operations</w:t>
            </w:r>
          </w:p>
        </w:tc>
        <w:tc>
          <w:tcPr>
            <w:tcW w:w="1901" w:type="dxa"/>
            <w:vAlign w:val="center"/>
          </w:tcPr>
          <w:p w14:paraId="3A0A7897" w14:textId="77777777" w:rsidR="00EE5F04" w:rsidRPr="008A20D0" w:rsidRDefault="00000000">
            <w:pPr>
              <w:spacing w:before="40" w:after="40" w:line="240" w:lineRule="auto"/>
              <w:jc w:val="center"/>
              <w:rPr>
                <w:rFonts w:cs="Times New Roman"/>
              </w:rPr>
            </w:pPr>
            <w:r w:rsidRPr="008A20D0">
              <w:rPr>
                <w:rFonts w:cs="Times New Roman"/>
                <w:sz w:val="20"/>
              </w:rPr>
              <w:t>0/1,423 (0.0%)</w:t>
            </w:r>
          </w:p>
        </w:tc>
        <w:tc>
          <w:tcPr>
            <w:tcW w:w="1901" w:type="dxa"/>
            <w:vAlign w:val="center"/>
          </w:tcPr>
          <w:p w14:paraId="3EC1128C" w14:textId="77777777" w:rsidR="00EE5F04" w:rsidRPr="008A20D0" w:rsidRDefault="00000000">
            <w:pPr>
              <w:spacing w:before="40" w:after="40" w:line="240" w:lineRule="auto"/>
              <w:jc w:val="center"/>
              <w:rPr>
                <w:rFonts w:cs="Times New Roman"/>
              </w:rPr>
            </w:pPr>
            <w:r w:rsidRPr="008A20D0">
              <w:rPr>
                <w:rFonts w:cs="Times New Roman"/>
                <w:sz w:val="20"/>
              </w:rPr>
              <w:t>0/1,216 (0.0%)</w:t>
            </w:r>
          </w:p>
        </w:tc>
        <w:tc>
          <w:tcPr>
            <w:tcW w:w="1886" w:type="dxa"/>
            <w:vAlign w:val="center"/>
          </w:tcPr>
          <w:p w14:paraId="0FF14899" w14:textId="77777777" w:rsidR="00EE5F04" w:rsidRPr="008A20D0" w:rsidRDefault="00000000">
            <w:pPr>
              <w:spacing w:before="40" w:after="40" w:line="240" w:lineRule="auto"/>
              <w:jc w:val="center"/>
              <w:rPr>
                <w:rFonts w:cs="Times New Roman"/>
              </w:rPr>
            </w:pPr>
            <w:r w:rsidRPr="008A20D0">
              <w:rPr>
                <w:rFonts w:cs="Times New Roman"/>
                <w:sz w:val="20"/>
              </w:rPr>
              <w:t>0/207 (0.0%)</w:t>
            </w:r>
          </w:p>
        </w:tc>
      </w:tr>
      <w:tr w:rsidR="00EE5F04" w:rsidRPr="008A20D0" w14:paraId="596C4A29" w14:textId="77777777">
        <w:trPr>
          <w:cantSplit/>
          <w:jc w:val="center"/>
        </w:trPr>
        <w:tc>
          <w:tcPr>
            <w:tcW w:w="3672" w:type="dxa"/>
            <w:vAlign w:val="center"/>
          </w:tcPr>
          <w:p w14:paraId="20AB08AC" w14:textId="77777777" w:rsidR="00EE5F04" w:rsidRPr="008A20D0" w:rsidRDefault="00000000">
            <w:pPr>
              <w:spacing w:before="40" w:after="40" w:line="240" w:lineRule="auto"/>
              <w:rPr>
                <w:rFonts w:cs="Times New Roman"/>
              </w:rPr>
            </w:pPr>
            <w:r w:rsidRPr="008A20D0">
              <w:rPr>
                <w:rFonts w:cs="Times New Roman"/>
                <w:sz w:val="20"/>
              </w:rPr>
              <w:t>Unique patients</w:t>
            </w:r>
          </w:p>
        </w:tc>
        <w:tc>
          <w:tcPr>
            <w:tcW w:w="1901" w:type="dxa"/>
            <w:vAlign w:val="center"/>
          </w:tcPr>
          <w:p w14:paraId="5C788147" w14:textId="77777777" w:rsidR="00EE5F04" w:rsidRPr="008A20D0" w:rsidRDefault="00000000">
            <w:pPr>
              <w:spacing w:before="40" w:after="40" w:line="240" w:lineRule="auto"/>
              <w:jc w:val="center"/>
              <w:rPr>
                <w:rFonts w:cs="Times New Roman"/>
              </w:rPr>
            </w:pPr>
            <w:r w:rsidRPr="008A20D0">
              <w:rPr>
                <w:rFonts w:cs="Times New Roman"/>
                <w:sz w:val="20"/>
              </w:rPr>
              <w:t>0/1,423 (0.0%)</w:t>
            </w:r>
          </w:p>
        </w:tc>
        <w:tc>
          <w:tcPr>
            <w:tcW w:w="1901" w:type="dxa"/>
            <w:vAlign w:val="center"/>
          </w:tcPr>
          <w:p w14:paraId="160475FC" w14:textId="77777777" w:rsidR="00EE5F04" w:rsidRPr="008A20D0" w:rsidRDefault="00000000">
            <w:pPr>
              <w:spacing w:before="40" w:after="40" w:line="240" w:lineRule="auto"/>
              <w:jc w:val="center"/>
              <w:rPr>
                <w:rFonts w:cs="Times New Roman"/>
              </w:rPr>
            </w:pPr>
            <w:r w:rsidRPr="008A20D0">
              <w:rPr>
                <w:rFonts w:cs="Times New Roman"/>
                <w:sz w:val="20"/>
              </w:rPr>
              <w:t>0/1,216 (0.0%)</w:t>
            </w:r>
          </w:p>
        </w:tc>
        <w:tc>
          <w:tcPr>
            <w:tcW w:w="1886" w:type="dxa"/>
            <w:vAlign w:val="center"/>
          </w:tcPr>
          <w:p w14:paraId="442EFB52" w14:textId="77777777" w:rsidR="00EE5F04" w:rsidRPr="008A20D0" w:rsidRDefault="00000000">
            <w:pPr>
              <w:spacing w:before="40" w:after="40" w:line="240" w:lineRule="auto"/>
              <w:jc w:val="center"/>
              <w:rPr>
                <w:rFonts w:cs="Times New Roman"/>
              </w:rPr>
            </w:pPr>
            <w:r w:rsidRPr="008A20D0">
              <w:rPr>
                <w:rFonts w:cs="Times New Roman"/>
                <w:sz w:val="20"/>
              </w:rPr>
              <w:t>0/207 (0.0%)</w:t>
            </w:r>
          </w:p>
        </w:tc>
      </w:tr>
      <w:tr w:rsidR="00EE5F04" w:rsidRPr="008A20D0" w14:paraId="489D27A1" w14:textId="77777777">
        <w:trPr>
          <w:cantSplit/>
          <w:jc w:val="center"/>
        </w:trPr>
        <w:tc>
          <w:tcPr>
            <w:tcW w:w="3672" w:type="dxa"/>
            <w:vAlign w:val="center"/>
          </w:tcPr>
          <w:p w14:paraId="2A65EAC7" w14:textId="77777777" w:rsidR="00EE5F04" w:rsidRPr="008A20D0" w:rsidRDefault="00000000">
            <w:pPr>
              <w:spacing w:before="40" w:after="40" w:line="240" w:lineRule="auto"/>
              <w:rPr>
                <w:rFonts w:cs="Times New Roman"/>
              </w:rPr>
            </w:pPr>
            <w:r w:rsidRPr="008A20D0">
              <w:rPr>
                <w:rFonts w:cs="Times New Roman"/>
                <w:sz w:val="20"/>
              </w:rPr>
              <w:t>Age (years)</w:t>
            </w:r>
          </w:p>
        </w:tc>
        <w:tc>
          <w:tcPr>
            <w:tcW w:w="1901" w:type="dxa"/>
            <w:vAlign w:val="center"/>
          </w:tcPr>
          <w:p w14:paraId="22EC8CA4" w14:textId="77777777" w:rsidR="00EE5F04" w:rsidRPr="008A20D0" w:rsidRDefault="00000000">
            <w:pPr>
              <w:spacing w:before="40" w:after="40" w:line="240" w:lineRule="auto"/>
              <w:jc w:val="center"/>
              <w:rPr>
                <w:rFonts w:cs="Times New Roman"/>
              </w:rPr>
            </w:pPr>
            <w:r w:rsidRPr="008A20D0">
              <w:rPr>
                <w:rFonts w:cs="Times New Roman"/>
                <w:sz w:val="20"/>
              </w:rPr>
              <w:t>0/1,423 (0.0%)</w:t>
            </w:r>
          </w:p>
        </w:tc>
        <w:tc>
          <w:tcPr>
            <w:tcW w:w="1901" w:type="dxa"/>
            <w:vAlign w:val="center"/>
          </w:tcPr>
          <w:p w14:paraId="67DC39D4" w14:textId="77777777" w:rsidR="00EE5F04" w:rsidRPr="008A20D0" w:rsidRDefault="00000000">
            <w:pPr>
              <w:spacing w:before="40" w:after="40" w:line="240" w:lineRule="auto"/>
              <w:jc w:val="center"/>
              <w:rPr>
                <w:rFonts w:cs="Times New Roman"/>
              </w:rPr>
            </w:pPr>
            <w:r w:rsidRPr="008A20D0">
              <w:rPr>
                <w:rFonts w:cs="Times New Roman"/>
                <w:sz w:val="20"/>
              </w:rPr>
              <w:t>0/1,216 (0.0%)</w:t>
            </w:r>
          </w:p>
        </w:tc>
        <w:tc>
          <w:tcPr>
            <w:tcW w:w="1886" w:type="dxa"/>
            <w:vAlign w:val="center"/>
          </w:tcPr>
          <w:p w14:paraId="06A37A72" w14:textId="77777777" w:rsidR="00EE5F04" w:rsidRPr="008A20D0" w:rsidRDefault="00000000">
            <w:pPr>
              <w:spacing w:before="40" w:after="40" w:line="240" w:lineRule="auto"/>
              <w:jc w:val="center"/>
              <w:rPr>
                <w:rFonts w:cs="Times New Roman"/>
              </w:rPr>
            </w:pPr>
            <w:r w:rsidRPr="008A20D0">
              <w:rPr>
                <w:rFonts w:cs="Times New Roman"/>
                <w:sz w:val="20"/>
              </w:rPr>
              <w:t>0/207 (0.0%)</w:t>
            </w:r>
          </w:p>
        </w:tc>
      </w:tr>
      <w:tr w:rsidR="00EE5F04" w:rsidRPr="008A20D0" w14:paraId="356DB82E" w14:textId="77777777">
        <w:trPr>
          <w:cantSplit/>
          <w:jc w:val="center"/>
        </w:trPr>
        <w:tc>
          <w:tcPr>
            <w:tcW w:w="3672" w:type="dxa"/>
            <w:vAlign w:val="center"/>
          </w:tcPr>
          <w:p w14:paraId="50061884" w14:textId="77777777" w:rsidR="00EE5F04" w:rsidRPr="008A20D0" w:rsidRDefault="00000000">
            <w:pPr>
              <w:spacing w:before="40" w:after="40" w:line="240" w:lineRule="auto"/>
              <w:rPr>
                <w:rFonts w:cs="Times New Roman"/>
              </w:rPr>
            </w:pPr>
            <w:r w:rsidRPr="008A20D0">
              <w:rPr>
                <w:rFonts w:cs="Times New Roman"/>
                <w:sz w:val="20"/>
              </w:rPr>
              <w:t>Sex</w:t>
            </w:r>
          </w:p>
        </w:tc>
        <w:tc>
          <w:tcPr>
            <w:tcW w:w="1901" w:type="dxa"/>
            <w:vAlign w:val="center"/>
          </w:tcPr>
          <w:p w14:paraId="14E74F4E" w14:textId="77777777" w:rsidR="00EE5F04" w:rsidRPr="008A20D0" w:rsidRDefault="00000000">
            <w:pPr>
              <w:spacing w:before="40" w:after="40" w:line="240" w:lineRule="auto"/>
              <w:jc w:val="center"/>
              <w:rPr>
                <w:rFonts w:cs="Times New Roman"/>
              </w:rPr>
            </w:pPr>
            <w:r w:rsidRPr="008A20D0">
              <w:rPr>
                <w:rFonts w:cs="Times New Roman"/>
                <w:sz w:val="20"/>
              </w:rPr>
              <w:t>0/1,423 (0.0%)</w:t>
            </w:r>
          </w:p>
        </w:tc>
        <w:tc>
          <w:tcPr>
            <w:tcW w:w="1901" w:type="dxa"/>
            <w:vAlign w:val="center"/>
          </w:tcPr>
          <w:p w14:paraId="08DA2487" w14:textId="77777777" w:rsidR="00EE5F04" w:rsidRPr="008A20D0" w:rsidRDefault="00000000">
            <w:pPr>
              <w:spacing w:before="40" w:after="40" w:line="240" w:lineRule="auto"/>
              <w:jc w:val="center"/>
              <w:rPr>
                <w:rFonts w:cs="Times New Roman"/>
              </w:rPr>
            </w:pPr>
            <w:r w:rsidRPr="008A20D0">
              <w:rPr>
                <w:rFonts w:cs="Times New Roman"/>
                <w:sz w:val="20"/>
              </w:rPr>
              <w:t>0/1,216 (0.0%)</w:t>
            </w:r>
          </w:p>
        </w:tc>
        <w:tc>
          <w:tcPr>
            <w:tcW w:w="1886" w:type="dxa"/>
            <w:vAlign w:val="center"/>
          </w:tcPr>
          <w:p w14:paraId="33B80392" w14:textId="77777777" w:rsidR="00EE5F04" w:rsidRPr="008A20D0" w:rsidRDefault="00000000">
            <w:pPr>
              <w:spacing w:before="40" w:after="40" w:line="240" w:lineRule="auto"/>
              <w:jc w:val="center"/>
              <w:rPr>
                <w:rFonts w:cs="Times New Roman"/>
              </w:rPr>
            </w:pPr>
            <w:r w:rsidRPr="008A20D0">
              <w:rPr>
                <w:rFonts w:cs="Times New Roman"/>
                <w:sz w:val="20"/>
              </w:rPr>
              <w:t>0/207 (0.0%)</w:t>
            </w:r>
          </w:p>
        </w:tc>
      </w:tr>
      <w:tr w:rsidR="00EE5F04" w:rsidRPr="008A20D0" w14:paraId="4112D966" w14:textId="77777777">
        <w:trPr>
          <w:cantSplit/>
          <w:jc w:val="center"/>
        </w:trPr>
        <w:tc>
          <w:tcPr>
            <w:tcW w:w="3672" w:type="dxa"/>
            <w:vAlign w:val="center"/>
          </w:tcPr>
          <w:p w14:paraId="4D3F82C5" w14:textId="77777777" w:rsidR="00EE5F04" w:rsidRPr="008A20D0" w:rsidRDefault="00000000">
            <w:pPr>
              <w:spacing w:before="40" w:after="40" w:line="240" w:lineRule="auto"/>
              <w:rPr>
                <w:rFonts w:cs="Times New Roman"/>
              </w:rPr>
            </w:pPr>
            <w:r w:rsidRPr="008A20D0">
              <w:rPr>
                <w:rFonts w:cs="Times New Roman"/>
                <w:sz w:val="20"/>
              </w:rPr>
              <w:t>Procedure</w:t>
            </w:r>
          </w:p>
        </w:tc>
        <w:tc>
          <w:tcPr>
            <w:tcW w:w="1901" w:type="dxa"/>
            <w:vAlign w:val="center"/>
          </w:tcPr>
          <w:p w14:paraId="1888930A" w14:textId="77777777" w:rsidR="00EE5F04" w:rsidRPr="008A20D0" w:rsidRDefault="00000000">
            <w:pPr>
              <w:spacing w:before="40" w:after="40" w:line="240" w:lineRule="auto"/>
              <w:jc w:val="center"/>
              <w:rPr>
                <w:rFonts w:cs="Times New Roman"/>
              </w:rPr>
            </w:pPr>
            <w:r w:rsidRPr="008A20D0">
              <w:rPr>
                <w:rFonts w:cs="Times New Roman"/>
                <w:sz w:val="20"/>
              </w:rPr>
              <w:t>33/1,423 (2.3%)</w:t>
            </w:r>
          </w:p>
        </w:tc>
        <w:tc>
          <w:tcPr>
            <w:tcW w:w="1901" w:type="dxa"/>
            <w:vAlign w:val="center"/>
          </w:tcPr>
          <w:p w14:paraId="4A7DA772" w14:textId="77777777" w:rsidR="00EE5F04" w:rsidRPr="008A20D0" w:rsidRDefault="00000000">
            <w:pPr>
              <w:spacing w:before="40" w:after="40" w:line="240" w:lineRule="auto"/>
              <w:jc w:val="center"/>
              <w:rPr>
                <w:rFonts w:cs="Times New Roman"/>
              </w:rPr>
            </w:pPr>
            <w:r w:rsidRPr="008A20D0">
              <w:rPr>
                <w:rFonts w:cs="Times New Roman"/>
                <w:sz w:val="20"/>
              </w:rPr>
              <w:t>29/1,216 (2.4%)</w:t>
            </w:r>
          </w:p>
        </w:tc>
        <w:tc>
          <w:tcPr>
            <w:tcW w:w="1886" w:type="dxa"/>
            <w:vAlign w:val="center"/>
          </w:tcPr>
          <w:p w14:paraId="518D9ED3" w14:textId="77777777" w:rsidR="00EE5F04" w:rsidRPr="008A20D0" w:rsidRDefault="00000000">
            <w:pPr>
              <w:spacing w:before="40" w:after="40" w:line="240" w:lineRule="auto"/>
              <w:jc w:val="center"/>
              <w:rPr>
                <w:rFonts w:cs="Times New Roman"/>
              </w:rPr>
            </w:pPr>
            <w:r w:rsidRPr="008A20D0">
              <w:rPr>
                <w:rFonts w:cs="Times New Roman"/>
                <w:sz w:val="20"/>
              </w:rPr>
              <w:t>4/207 (1.9%)</w:t>
            </w:r>
          </w:p>
        </w:tc>
      </w:tr>
      <w:tr w:rsidR="00EE5F04" w:rsidRPr="008A20D0" w14:paraId="73B2B203" w14:textId="77777777">
        <w:trPr>
          <w:cantSplit/>
          <w:jc w:val="center"/>
        </w:trPr>
        <w:tc>
          <w:tcPr>
            <w:tcW w:w="3672" w:type="dxa"/>
            <w:vAlign w:val="center"/>
          </w:tcPr>
          <w:p w14:paraId="0B2AE23E" w14:textId="77777777" w:rsidR="00EE5F04" w:rsidRPr="008A20D0" w:rsidRDefault="00000000">
            <w:pPr>
              <w:spacing w:before="40" w:after="40" w:line="240" w:lineRule="auto"/>
              <w:rPr>
                <w:rFonts w:cs="Times New Roman"/>
              </w:rPr>
            </w:pPr>
            <w:r w:rsidRPr="008A20D0">
              <w:rPr>
                <w:rFonts w:cs="Times New Roman"/>
                <w:sz w:val="20"/>
              </w:rPr>
              <w:t>Approach</w:t>
            </w:r>
          </w:p>
        </w:tc>
        <w:tc>
          <w:tcPr>
            <w:tcW w:w="1901" w:type="dxa"/>
            <w:vAlign w:val="center"/>
          </w:tcPr>
          <w:p w14:paraId="0736233E" w14:textId="77777777" w:rsidR="00EE5F04" w:rsidRPr="008A20D0" w:rsidRDefault="00000000">
            <w:pPr>
              <w:spacing w:before="40" w:after="40" w:line="240" w:lineRule="auto"/>
              <w:jc w:val="center"/>
              <w:rPr>
                <w:rFonts w:cs="Times New Roman"/>
              </w:rPr>
            </w:pPr>
            <w:r w:rsidRPr="008A20D0">
              <w:rPr>
                <w:rFonts w:cs="Times New Roman"/>
                <w:sz w:val="20"/>
              </w:rPr>
              <w:t>31/1,423 (2.2%)</w:t>
            </w:r>
          </w:p>
        </w:tc>
        <w:tc>
          <w:tcPr>
            <w:tcW w:w="1901" w:type="dxa"/>
            <w:vAlign w:val="center"/>
          </w:tcPr>
          <w:p w14:paraId="42F2B646" w14:textId="77777777" w:rsidR="00EE5F04" w:rsidRPr="008A20D0" w:rsidRDefault="00000000">
            <w:pPr>
              <w:spacing w:before="40" w:after="40" w:line="240" w:lineRule="auto"/>
              <w:jc w:val="center"/>
              <w:rPr>
                <w:rFonts w:cs="Times New Roman"/>
              </w:rPr>
            </w:pPr>
            <w:r w:rsidRPr="008A20D0">
              <w:rPr>
                <w:rFonts w:cs="Times New Roman"/>
                <w:sz w:val="20"/>
              </w:rPr>
              <w:t>27/1,216 (2.2%)</w:t>
            </w:r>
          </w:p>
        </w:tc>
        <w:tc>
          <w:tcPr>
            <w:tcW w:w="1886" w:type="dxa"/>
            <w:vAlign w:val="center"/>
          </w:tcPr>
          <w:p w14:paraId="74477078" w14:textId="77777777" w:rsidR="00EE5F04" w:rsidRPr="008A20D0" w:rsidRDefault="00000000">
            <w:pPr>
              <w:spacing w:before="40" w:after="40" w:line="240" w:lineRule="auto"/>
              <w:jc w:val="center"/>
              <w:rPr>
                <w:rFonts w:cs="Times New Roman"/>
              </w:rPr>
            </w:pPr>
            <w:r w:rsidRPr="008A20D0">
              <w:rPr>
                <w:rFonts w:cs="Times New Roman"/>
                <w:sz w:val="20"/>
              </w:rPr>
              <w:t>4/207 (1.9%)</w:t>
            </w:r>
          </w:p>
        </w:tc>
      </w:tr>
      <w:tr w:rsidR="00EE5F04" w:rsidRPr="008A20D0" w14:paraId="4A4C8EE7" w14:textId="77777777">
        <w:trPr>
          <w:cantSplit/>
          <w:jc w:val="center"/>
        </w:trPr>
        <w:tc>
          <w:tcPr>
            <w:tcW w:w="3672" w:type="dxa"/>
            <w:vAlign w:val="center"/>
          </w:tcPr>
          <w:p w14:paraId="29641833" w14:textId="77777777" w:rsidR="00EE5F04" w:rsidRPr="008A20D0" w:rsidRDefault="00000000">
            <w:pPr>
              <w:spacing w:before="40" w:after="40" w:line="240" w:lineRule="auto"/>
              <w:rPr>
                <w:rFonts w:cs="Times New Roman"/>
              </w:rPr>
            </w:pPr>
            <w:r w:rsidRPr="008A20D0">
              <w:rPr>
                <w:rFonts w:cs="Times New Roman"/>
                <w:sz w:val="20"/>
              </w:rPr>
              <w:t>Combined major surgery</w:t>
            </w:r>
          </w:p>
        </w:tc>
        <w:tc>
          <w:tcPr>
            <w:tcW w:w="1901" w:type="dxa"/>
            <w:vAlign w:val="center"/>
          </w:tcPr>
          <w:p w14:paraId="000120CB" w14:textId="77777777" w:rsidR="00EE5F04" w:rsidRPr="008A20D0" w:rsidRDefault="00000000">
            <w:pPr>
              <w:spacing w:before="40" w:after="40" w:line="240" w:lineRule="auto"/>
              <w:jc w:val="center"/>
              <w:rPr>
                <w:rFonts w:cs="Times New Roman"/>
              </w:rPr>
            </w:pPr>
            <w:r w:rsidRPr="008A20D0">
              <w:rPr>
                <w:rFonts w:cs="Times New Roman"/>
                <w:sz w:val="20"/>
              </w:rPr>
              <w:t>0/1,423 (0.0%)</w:t>
            </w:r>
          </w:p>
        </w:tc>
        <w:tc>
          <w:tcPr>
            <w:tcW w:w="1901" w:type="dxa"/>
            <w:vAlign w:val="center"/>
          </w:tcPr>
          <w:p w14:paraId="4653AB11" w14:textId="77777777" w:rsidR="00EE5F04" w:rsidRPr="008A20D0" w:rsidRDefault="00000000">
            <w:pPr>
              <w:spacing w:before="40" w:after="40" w:line="240" w:lineRule="auto"/>
              <w:jc w:val="center"/>
              <w:rPr>
                <w:rFonts w:cs="Times New Roman"/>
              </w:rPr>
            </w:pPr>
            <w:r w:rsidRPr="008A20D0">
              <w:rPr>
                <w:rFonts w:cs="Times New Roman"/>
                <w:sz w:val="20"/>
              </w:rPr>
              <w:t>0/1,216 (0.0%)</w:t>
            </w:r>
          </w:p>
        </w:tc>
        <w:tc>
          <w:tcPr>
            <w:tcW w:w="1886" w:type="dxa"/>
            <w:vAlign w:val="center"/>
          </w:tcPr>
          <w:p w14:paraId="12D6822C" w14:textId="77777777" w:rsidR="00EE5F04" w:rsidRPr="008A20D0" w:rsidRDefault="00000000">
            <w:pPr>
              <w:spacing w:before="40" w:after="40" w:line="240" w:lineRule="auto"/>
              <w:jc w:val="center"/>
              <w:rPr>
                <w:rFonts w:cs="Times New Roman"/>
              </w:rPr>
            </w:pPr>
            <w:r w:rsidRPr="008A20D0">
              <w:rPr>
                <w:rFonts w:cs="Times New Roman"/>
                <w:sz w:val="20"/>
              </w:rPr>
              <w:t>0/207 (0.0%)</w:t>
            </w:r>
          </w:p>
        </w:tc>
      </w:tr>
      <w:tr w:rsidR="00EE5F04" w:rsidRPr="008A20D0" w14:paraId="1505835A" w14:textId="77777777">
        <w:trPr>
          <w:cantSplit/>
          <w:jc w:val="center"/>
        </w:trPr>
        <w:tc>
          <w:tcPr>
            <w:tcW w:w="3672" w:type="dxa"/>
            <w:vAlign w:val="center"/>
          </w:tcPr>
          <w:p w14:paraId="7613013E" w14:textId="77777777" w:rsidR="00EE5F04" w:rsidRPr="008A20D0" w:rsidRDefault="00000000">
            <w:pPr>
              <w:spacing w:before="40" w:after="40" w:line="240" w:lineRule="auto"/>
              <w:rPr>
                <w:rFonts w:cs="Times New Roman"/>
              </w:rPr>
            </w:pPr>
            <w:r w:rsidRPr="008A20D0">
              <w:rPr>
                <w:rFonts w:cs="Times New Roman"/>
                <w:sz w:val="20"/>
              </w:rPr>
              <w:t>Operation year</w:t>
            </w:r>
          </w:p>
        </w:tc>
        <w:tc>
          <w:tcPr>
            <w:tcW w:w="1901" w:type="dxa"/>
            <w:vAlign w:val="center"/>
          </w:tcPr>
          <w:p w14:paraId="522392BF" w14:textId="77777777" w:rsidR="00EE5F04" w:rsidRPr="008A20D0" w:rsidRDefault="00000000">
            <w:pPr>
              <w:spacing w:before="40" w:after="40" w:line="240" w:lineRule="auto"/>
              <w:jc w:val="center"/>
              <w:rPr>
                <w:rFonts w:cs="Times New Roman"/>
              </w:rPr>
            </w:pPr>
            <w:r w:rsidRPr="008A20D0">
              <w:rPr>
                <w:rFonts w:cs="Times New Roman"/>
                <w:sz w:val="20"/>
              </w:rPr>
              <w:t>0/1,423 (0.0%)</w:t>
            </w:r>
          </w:p>
        </w:tc>
        <w:tc>
          <w:tcPr>
            <w:tcW w:w="1901" w:type="dxa"/>
            <w:vAlign w:val="center"/>
          </w:tcPr>
          <w:p w14:paraId="39C18087" w14:textId="77777777" w:rsidR="00EE5F04" w:rsidRPr="008A20D0" w:rsidRDefault="00000000">
            <w:pPr>
              <w:spacing w:before="40" w:after="40" w:line="240" w:lineRule="auto"/>
              <w:jc w:val="center"/>
              <w:rPr>
                <w:rFonts w:cs="Times New Roman"/>
              </w:rPr>
            </w:pPr>
            <w:r w:rsidRPr="008A20D0">
              <w:rPr>
                <w:rFonts w:cs="Times New Roman"/>
                <w:sz w:val="20"/>
              </w:rPr>
              <w:t>0/1,216 (0.0%)</w:t>
            </w:r>
          </w:p>
        </w:tc>
        <w:tc>
          <w:tcPr>
            <w:tcW w:w="1886" w:type="dxa"/>
            <w:vAlign w:val="center"/>
          </w:tcPr>
          <w:p w14:paraId="4F6C9E66" w14:textId="77777777" w:rsidR="00EE5F04" w:rsidRPr="008A20D0" w:rsidRDefault="00000000">
            <w:pPr>
              <w:spacing w:before="40" w:after="40" w:line="240" w:lineRule="auto"/>
              <w:jc w:val="center"/>
              <w:rPr>
                <w:rFonts w:cs="Times New Roman"/>
              </w:rPr>
            </w:pPr>
            <w:r w:rsidRPr="008A20D0">
              <w:rPr>
                <w:rFonts w:cs="Times New Roman"/>
                <w:sz w:val="20"/>
              </w:rPr>
              <w:t>0/207 (0.0%)</w:t>
            </w:r>
          </w:p>
        </w:tc>
      </w:tr>
      <w:tr w:rsidR="00EE5F04" w:rsidRPr="008A20D0" w14:paraId="271A85EF" w14:textId="77777777">
        <w:trPr>
          <w:cantSplit/>
          <w:jc w:val="center"/>
        </w:trPr>
        <w:tc>
          <w:tcPr>
            <w:tcW w:w="3672" w:type="dxa"/>
            <w:vAlign w:val="center"/>
          </w:tcPr>
          <w:p w14:paraId="0F8CD470" w14:textId="77777777" w:rsidR="00EE5F04" w:rsidRPr="008A20D0" w:rsidRDefault="00000000">
            <w:pPr>
              <w:spacing w:before="40" w:after="40" w:line="240" w:lineRule="auto"/>
              <w:rPr>
                <w:rFonts w:cs="Times New Roman"/>
              </w:rPr>
            </w:pPr>
            <w:r w:rsidRPr="008A20D0">
              <w:rPr>
                <w:rFonts w:cs="Times New Roman"/>
                <w:sz w:val="20"/>
              </w:rPr>
              <w:t>Postoperative stay (days)</w:t>
            </w:r>
          </w:p>
        </w:tc>
        <w:tc>
          <w:tcPr>
            <w:tcW w:w="1901" w:type="dxa"/>
            <w:vAlign w:val="center"/>
          </w:tcPr>
          <w:p w14:paraId="28BE7DC4" w14:textId="77777777" w:rsidR="00EE5F04" w:rsidRPr="008A20D0" w:rsidRDefault="00000000">
            <w:pPr>
              <w:spacing w:before="40" w:after="40" w:line="240" w:lineRule="auto"/>
              <w:jc w:val="center"/>
              <w:rPr>
                <w:rFonts w:cs="Times New Roman"/>
              </w:rPr>
            </w:pPr>
            <w:r w:rsidRPr="008A20D0">
              <w:rPr>
                <w:rFonts w:cs="Times New Roman"/>
                <w:sz w:val="20"/>
              </w:rPr>
              <w:t>0/1,423 (0.0%)</w:t>
            </w:r>
          </w:p>
        </w:tc>
        <w:tc>
          <w:tcPr>
            <w:tcW w:w="1901" w:type="dxa"/>
            <w:vAlign w:val="center"/>
          </w:tcPr>
          <w:p w14:paraId="2EEBA112" w14:textId="77777777" w:rsidR="00EE5F04" w:rsidRPr="008A20D0" w:rsidRDefault="00000000">
            <w:pPr>
              <w:spacing w:before="40" w:after="40" w:line="240" w:lineRule="auto"/>
              <w:jc w:val="center"/>
              <w:rPr>
                <w:rFonts w:cs="Times New Roman"/>
              </w:rPr>
            </w:pPr>
            <w:r w:rsidRPr="008A20D0">
              <w:rPr>
                <w:rFonts w:cs="Times New Roman"/>
                <w:sz w:val="20"/>
              </w:rPr>
              <w:t>0/1,216 (0.0%)</w:t>
            </w:r>
          </w:p>
        </w:tc>
        <w:tc>
          <w:tcPr>
            <w:tcW w:w="1886" w:type="dxa"/>
            <w:vAlign w:val="center"/>
          </w:tcPr>
          <w:p w14:paraId="208EF35A" w14:textId="77777777" w:rsidR="00EE5F04" w:rsidRPr="008A20D0" w:rsidRDefault="00000000">
            <w:pPr>
              <w:spacing w:before="40" w:after="40" w:line="240" w:lineRule="auto"/>
              <w:jc w:val="center"/>
              <w:rPr>
                <w:rFonts w:cs="Times New Roman"/>
              </w:rPr>
            </w:pPr>
            <w:r w:rsidRPr="008A20D0">
              <w:rPr>
                <w:rFonts w:cs="Times New Roman"/>
                <w:sz w:val="20"/>
              </w:rPr>
              <w:t>0/207 (0.0%)</w:t>
            </w:r>
          </w:p>
        </w:tc>
      </w:tr>
      <w:tr w:rsidR="00EE5F04" w:rsidRPr="008A20D0" w14:paraId="62FA154E" w14:textId="77777777">
        <w:trPr>
          <w:cantSplit/>
          <w:jc w:val="center"/>
        </w:trPr>
        <w:tc>
          <w:tcPr>
            <w:tcW w:w="3672" w:type="dxa"/>
            <w:vAlign w:val="center"/>
          </w:tcPr>
          <w:p w14:paraId="3F90EB2E" w14:textId="77777777" w:rsidR="00EE5F04" w:rsidRPr="008A20D0" w:rsidRDefault="00000000">
            <w:pPr>
              <w:spacing w:before="40" w:after="40" w:line="240" w:lineRule="auto"/>
              <w:rPr>
                <w:rFonts w:cs="Times New Roman"/>
              </w:rPr>
            </w:pPr>
            <w:r w:rsidRPr="008A20D0">
              <w:rPr>
                <w:rFonts w:cs="Times New Roman"/>
                <w:sz w:val="20"/>
              </w:rPr>
              <w:t>Clavien–Dindo grade</w:t>
            </w:r>
          </w:p>
        </w:tc>
        <w:tc>
          <w:tcPr>
            <w:tcW w:w="1901" w:type="dxa"/>
            <w:vAlign w:val="center"/>
          </w:tcPr>
          <w:p w14:paraId="359B16E2" w14:textId="77777777" w:rsidR="00EE5F04" w:rsidRPr="008A20D0" w:rsidRDefault="00000000">
            <w:pPr>
              <w:spacing w:before="40" w:after="40" w:line="240" w:lineRule="auto"/>
              <w:jc w:val="center"/>
              <w:rPr>
                <w:rFonts w:cs="Times New Roman"/>
              </w:rPr>
            </w:pPr>
            <w:r w:rsidRPr="008A20D0">
              <w:rPr>
                <w:rFonts w:cs="Times New Roman"/>
                <w:sz w:val="20"/>
              </w:rPr>
              <w:t>0/1,423 (0.0%)</w:t>
            </w:r>
          </w:p>
        </w:tc>
        <w:tc>
          <w:tcPr>
            <w:tcW w:w="1901" w:type="dxa"/>
            <w:vAlign w:val="center"/>
          </w:tcPr>
          <w:p w14:paraId="19C9A768" w14:textId="77777777" w:rsidR="00EE5F04" w:rsidRPr="008A20D0" w:rsidRDefault="00000000">
            <w:pPr>
              <w:spacing w:before="40" w:after="40" w:line="240" w:lineRule="auto"/>
              <w:jc w:val="center"/>
              <w:rPr>
                <w:rFonts w:cs="Times New Roman"/>
              </w:rPr>
            </w:pPr>
            <w:r w:rsidRPr="008A20D0">
              <w:rPr>
                <w:rFonts w:cs="Times New Roman"/>
                <w:sz w:val="20"/>
              </w:rPr>
              <w:t>0/1,216 (0.0%)</w:t>
            </w:r>
          </w:p>
        </w:tc>
        <w:tc>
          <w:tcPr>
            <w:tcW w:w="1886" w:type="dxa"/>
            <w:vAlign w:val="center"/>
          </w:tcPr>
          <w:p w14:paraId="6828094F" w14:textId="77777777" w:rsidR="00EE5F04" w:rsidRPr="008A20D0" w:rsidRDefault="00000000">
            <w:pPr>
              <w:spacing w:before="40" w:after="40" w:line="240" w:lineRule="auto"/>
              <w:jc w:val="center"/>
              <w:rPr>
                <w:rFonts w:cs="Times New Roman"/>
              </w:rPr>
            </w:pPr>
            <w:r w:rsidRPr="008A20D0">
              <w:rPr>
                <w:rFonts w:cs="Times New Roman"/>
                <w:sz w:val="20"/>
              </w:rPr>
              <w:t>0/207 (0.0%)</w:t>
            </w:r>
          </w:p>
        </w:tc>
      </w:tr>
      <w:tr w:rsidR="00EE5F04" w:rsidRPr="008A20D0" w14:paraId="66406E17" w14:textId="77777777">
        <w:trPr>
          <w:cantSplit/>
          <w:jc w:val="center"/>
        </w:trPr>
        <w:tc>
          <w:tcPr>
            <w:tcW w:w="3672" w:type="dxa"/>
            <w:vAlign w:val="center"/>
          </w:tcPr>
          <w:p w14:paraId="2F1049F9" w14:textId="77777777" w:rsidR="00EE5F04" w:rsidRPr="008A20D0" w:rsidRDefault="00000000">
            <w:pPr>
              <w:spacing w:before="40" w:after="40" w:line="240" w:lineRule="auto"/>
              <w:rPr>
                <w:rFonts w:cs="Times New Roman"/>
              </w:rPr>
            </w:pPr>
            <w:r w:rsidRPr="008A20D0">
              <w:rPr>
                <w:rFonts w:cs="Times New Roman"/>
                <w:sz w:val="20"/>
              </w:rPr>
              <w:t>Recorded CD≥IIIa by POD30</w:t>
            </w:r>
          </w:p>
        </w:tc>
        <w:tc>
          <w:tcPr>
            <w:tcW w:w="1901" w:type="dxa"/>
            <w:vAlign w:val="center"/>
          </w:tcPr>
          <w:p w14:paraId="1EF299DE" w14:textId="77777777" w:rsidR="00EE5F04" w:rsidRPr="008A20D0" w:rsidRDefault="00000000">
            <w:pPr>
              <w:spacing w:before="40" w:after="40" w:line="240" w:lineRule="auto"/>
              <w:jc w:val="center"/>
              <w:rPr>
                <w:rFonts w:cs="Times New Roman"/>
              </w:rPr>
            </w:pPr>
            <w:r w:rsidRPr="008A20D0">
              <w:rPr>
                <w:rFonts w:cs="Times New Roman"/>
                <w:sz w:val="20"/>
              </w:rPr>
              <w:t>0/1,423 (0.0%)</w:t>
            </w:r>
          </w:p>
        </w:tc>
        <w:tc>
          <w:tcPr>
            <w:tcW w:w="1901" w:type="dxa"/>
            <w:vAlign w:val="center"/>
          </w:tcPr>
          <w:p w14:paraId="5C05AD44" w14:textId="77777777" w:rsidR="00EE5F04" w:rsidRPr="008A20D0" w:rsidRDefault="00000000">
            <w:pPr>
              <w:spacing w:before="40" w:after="40" w:line="240" w:lineRule="auto"/>
              <w:jc w:val="center"/>
              <w:rPr>
                <w:rFonts w:cs="Times New Roman"/>
              </w:rPr>
            </w:pPr>
            <w:r w:rsidRPr="008A20D0">
              <w:rPr>
                <w:rFonts w:cs="Times New Roman"/>
                <w:sz w:val="20"/>
              </w:rPr>
              <w:t>0/1,216 (0.0%)</w:t>
            </w:r>
          </w:p>
        </w:tc>
        <w:tc>
          <w:tcPr>
            <w:tcW w:w="1886" w:type="dxa"/>
            <w:vAlign w:val="center"/>
          </w:tcPr>
          <w:p w14:paraId="60D4FED0" w14:textId="77777777" w:rsidR="00EE5F04" w:rsidRPr="008A20D0" w:rsidRDefault="00000000">
            <w:pPr>
              <w:spacing w:before="40" w:after="40" w:line="240" w:lineRule="auto"/>
              <w:jc w:val="center"/>
              <w:rPr>
                <w:rFonts w:cs="Times New Roman"/>
              </w:rPr>
            </w:pPr>
            <w:r w:rsidRPr="008A20D0">
              <w:rPr>
                <w:rFonts w:cs="Times New Roman"/>
                <w:sz w:val="20"/>
              </w:rPr>
              <w:t>0/207 (0.0%)</w:t>
            </w:r>
          </w:p>
        </w:tc>
      </w:tr>
      <w:tr w:rsidR="00EE5F04" w:rsidRPr="008A20D0" w14:paraId="1636690C" w14:textId="77777777">
        <w:trPr>
          <w:cantSplit/>
          <w:jc w:val="center"/>
        </w:trPr>
        <w:tc>
          <w:tcPr>
            <w:tcW w:w="3672" w:type="dxa"/>
            <w:vAlign w:val="center"/>
          </w:tcPr>
          <w:p w14:paraId="50CC6436" w14:textId="77777777" w:rsidR="00EE5F04" w:rsidRPr="008A20D0" w:rsidRDefault="00000000">
            <w:pPr>
              <w:spacing w:before="40" w:after="40" w:line="240" w:lineRule="auto"/>
              <w:rPr>
                <w:rFonts w:cs="Times New Roman"/>
              </w:rPr>
            </w:pPr>
            <w:r w:rsidRPr="008A20D0">
              <w:rPr>
                <w:rFonts w:cs="Times New Roman"/>
                <w:sz w:val="20"/>
              </w:rPr>
              <w:t>Recorded mortality by POD30</w:t>
            </w:r>
          </w:p>
        </w:tc>
        <w:tc>
          <w:tcPr>
            <w:tcW w:w="1901" w:type="dxa"/>
            <w:vAlign w:val="center"/>
          </w:tcPr>
          <w:p w14:paraId="4C2D4F1F" w14:textId="77777777" w:rsidR="00EE5F04" w:rsidRPr="008A20D0" w:rsidRDefault="00000000">
            <w:pPr>
              <w:spacing w:before="40" w:after="40" w:line="240" w:lineRule="auto"/>
              <w:jc w:val="center"/>
              <w:rPr>
                <w:rFonts w:cs="Times New Roman"/>
              </w:rPr>
            </w:pPr>
            <w:r w:rsidRPr="008A20D0">
              <w:rPr>
                <w:rFonts w:cs="Times New Roman"/>
                <w:sz w:val="20"/>
              </w:rPr>
              <w:t>0/1,423 (0.0%)</w:t>
            </w:r>
          </w:p>
        </w:tc>
        <w:tc>
          <w:tcPr>
            <w:tcW w:w="1901" w:type="dxa"/>
            <w:vAlign w:val="center"/>
          </w:tcPr>
          <w:p w14:paraId="01413A7F" w14:textId="77777777" w:rsidR="00EE5F04" w:rsidRPr="008A20D0" w:rsidRDefault="00000000">
            <w:pPr>
              <w:spacing w:before="40" w:after="40" w:line="240" w:lineRule="auto"/>
              <w:jc w:val="center"/>
              <w:rPr>
                <w:rFonts w:cs="Times New Roman"/>
              </w:rPr>
            </w:pPr>
            <w:r w:rsidRPr="008A20D0">
              <w:rPr>
                <w:rFonts w:cs="Times New Roman"/>
                <w:sz w:val="20"/>
              </w:rPr>
              <w:t>0/1,216 (0.0%)</w:t>
            </w:r>
          </w:p>
        </w:tc>
        <w:tc>
          <w:tcPr>
            <w:tcW w:w="1886" w:type="dxa"/>
            <w:vAlign w:val="center"/>
          </w:tcPr>
          <w:p w14:paraId="3E6DD2A2" w14:textId="77777777" w:rsidR="00EE5F04" w:rsidRPr="008A20D0" w:rsidRDefault="00000000">
            <w:pPr>
              <w:spacing w:before="40" w:after="40" w:line="240" w:lineRule="auto"/>
              <w:jc w:val="center"/>
              <w:rPr>
                <w:rFonts w:cs="Times New Roman"/>
              </w:rPr>
            </w:pPr>
            <w:r w:rsidRPr="008A20D0">
              <w:rPr>
                <w:rFonts w:cs="Times New Roman"/>
                <w:sz w:val="20"/>
              </w:rPr>
              <w:t>0/207 (0.0%)</w:t>
            </w:r>
          </w:p>
        </w:tc>
      </w:tr>
      <w:tr w:rsidR="00EE5F04" w:rsidRPr="008A20D0" w14:paraId="16BBAE63" w14:textId="77777777">
        <w:trPr>
          <w:cantSplit/>
          <w:jc w:val="center"/>
        </w:trPr>
        <w:tc>
          <w:tcPr>
            <w:tcW w:w="3672" w:type="dxa"/>
            <w:vAlign w:val="center"/>
          </w:tcPr>
          <w:p w14:paraId="4068A848" w14:textId="77777777" w:rsidR="00EE5F04" w:rsidRPr="008A20D0" w:rsidRDefault="00000000">
            <w:pPr>
              <w:spacing w:before="40" w:after="40" w:line="240" w:lineRule="auto"/>
              <w:rPr>
                <w:rFonts w:cs="Times New Roman"/>
              </w:rPr>
            </w:pPr>
            <w:r w:rsidRPr="008A20D0">
              <w:rPr>
                <w:rFonts w:cs="Times New Roman"/>
                <w:sz w:val="20"/>
              </w:rPr>
              <w:t>Recorded mortality by POD90</w:t>
            </w:r>
          </w:p>
        </w:tc>
        <w:tc>
          <w:tcPr>
            <w:tcW w:w="1901" w:type="dxa"/>
            <w:vAlign w:val="center"/>
          </w:tcPr>
          <w:p w14:paraId="0A0CB178" w14:textId="77777777" w:rsidR="00EE5F04" w:rsidRPr="008A20D0" w:rsidRDefault="00000000">
            <w:pPr>
              <w:spacing w:before="40" w:after="40" w:line="240" w:lineRule="auto"/>
              <w:jc w:val="center"/>
              <w:rPr>
                <w:rFonts w:cs="Times New Roman"/>
              </w:rPr>
            </w:pPr>
            <w:r w:rsidRPr="008A20D0">
              <w:rPr>
                <w:rFonts w:cs="Times New Roman"/>
                <w:sz w:val="20"/>
              </w:rPr>
              <w:t>0/1,423 (0.0%)</w:t>
            </w:r>
          </w:p>
        </w:tc>
        <w:tc>
          <w:tcPr>
            <w:tcW w:w="1901" w:type="dxa"/>
            <w:vAlign w:val="center"/>
          </w:tcPr>
          <w:p w14:paraId="2400FDDF" w14:textId="77777777" w:rsidR="00EE5F04" w:rsidRPr="008A20D0" w:rsidRDefault="00000000">
            <w:pPr>
              <w:spacing w:before="40" w:after="40" w:line="240" w:lineRule="auto"/>
              <w:jc w:val="center"/>
              <w:rPr>
                <w:rFonts w:cs="Times New Roman"/>
              </w:rPr>
            </w:pPr>
            <w:r w:rsidRPr="008A20D0">
              <w:rPr>
                <w:rFonts w:cs="Times New Roman"/>
                <w:sz w:val="20"/>
              </w:rPr>
              <w:t>0/1,216 (0.0%)</w:t>
            </w:r>
          </w:p>
        </w:tc>
        <w:tc>
          <w:tcPr>
            <w:tcW w:w="1886" w:type="dxa"/>
            <w:vAlign w:val="center"/>
          </w:tcPr>
          <w:p w14:paraId="55180D1B" w14:textId="77777777" w:rsidR="00EE5F04" w:rsidRPr="008A20D0" w:rsidRDefault="00000000">
            <w:pPr>
              <w:spacing w:before="40" w:after="40" w:line="240" w:lineRule="auto"/>
              <w:jc w:val="center"/>
              <w:rPr>
                <w:rFonts w:cs="Times New Roman"/>
              </w:rPr>
            </w:pPr>
            <w:r w:rsidRPr="008A20D0">
              <w:rPr>
                <w:rFonts w:cs="Times New Roman"/>
                <w:sz w:val="20"/>
              </w:rPr>
              <w:t>0/207 (0.0%)</w:t>
            </w:r>
          </w:p>
        </w:tc>
      </w:tr>
      <w:tr w:rsidR="00EE5F04" w:rsidRPr="008A20D0" w14:paraId="10469F0A" w14:textId="77777777">
        <w:trPr>
          <w:cantSplit/>
          <w:jc w:val="center"/>
        </w:trPr>
        <w:tc>
          <w:tcPr>
            <w:tcW w:w="3672" w:type="dxa"/>
            <w:vAlign w:val="center"/>
          </w:tcPr>
          <w:p w14:paraId="391DBCD2" w14:textId="77777777" w:rsidR="00EE5F04" w:rsidRPr="008A20D0" w:rsidRDefault="00000000">
            <w:pPr>
              <w:spacing w:before="40" w:after="40" w:line="240" w:lineRule="auto"/>
              <w:rPr>
                <w:rFonts w:cs="Times New Roman"/>
              </w:rPr>
            </w:pPr>
            <w:r w:rsidRPr="008A20D0">
              <w:rPr>
                <w:rFonts w:cs="Times New Roman"/>
                <w:sz w:val="20"/>
              </w:rPr>
              <w:t>Recorded CR-POPF B/C: all index operations</w:t>
            </w:r>
          </w:p>
        </w:tc>
        <w:tc>
          <w:tcPr>
            <w:tcW w:w="1901" w:type="dxa"/>
            <w:vAlign w:val="center"/>
          </w:tcPr>
          <w:p w14:paraId="44E18840" w14:textId="77777777" w:rsidR="00EE5F04" w:rsidRPr="008A20D0" w:rsidRDefault="00000000">
            <w:pPr>
              <w:spacing w:before="40" w:after="40" w:line="240" w:lineRule="auto"/>
              <w:jc w:val="center"/>
              <w:rPr>
                <w:rFonts w:cs="Times New Roman"/>
              </w:rPr>
            </w:pPr>
            <w:r w:rsidRPr="008A20D0">
              <w:rPr>
                <w:rFonts w:cs="Times New Roman"/>
                <w:sz w:val="20"/>
              </w:rPr>
              <w:t>632/1,423 (44.4%)</w:t>
            </w:r>
          </w:p>
        </w:tc>
        <w:tc>
          <w:tcPr>
            <w:tcW w:w="1901" w:type="dxa"/>
            <w:vAlign w:val="center"/>
          </w:tcPr>
          <w:p w14:paraId="1B34CF6D" w14:textId="77777777" w:rsidR="00EE5F04" w:rsidRPr="008A20D0" w:rsidRDefault="00000000">
            <w:pPr>
              <w:spacing w:before="40" w:after="40" w:line="240" w:lineRule="auto"/>
              <w:jc w:val="center"/>
              <w:rPr>
                <w:rFonts w:cs="Times New Roman"/>
              </w:rPr>
            </w:pPr>
            <w:r w:rsidRPr="008A20D0">
              <w:rPr>
                <w:rFonts w:cs="Times New Roman"/>
                <w:sz w:val="20"/>
              </w:rPr>
              <w:t>532/1,216 (43.8%)</w:t>
            </w:r>
          </w:p>
        </w:tc>
        <w:tc>
          <w:tcPr>
            <w:tcW w:w="1886" w:type="dxa"/>
            <w:vAlign w:val="center"/>
          </w:tcPr>
          <w:p w14:paraId="540649B6" w14:textId="77777777" w:rsidR="00EE5F04" w:rsidRPr="008A20D0" w:rsidRDefault="00000000">
            <w:pPr>
              <w:spacing w:before="40" w:after="40" w:line="240" w:lineRule="auto"/>
              <w:jc w:val="center"/>
              <w:rPr>
                <w:rFonts w:cs="Times New Roman"/>
              </w:rPr>
            </w:pPr>
            <w:r w:rsidRPr="008A20D0">
              <w:rPr>
                <w:rFonts w:cs="Times New Roman"/>
                <w:sz w:val="20"/>
              </w:rPr>
              <w:t>100/207 (48.3%)</w:t>
            </w:r>
          </w:p>
        </w:tc>
      </w:tr>
      <w:tr w:rsidR="00EE5F04" w:rsidRPr="008A20D0" w14:paraId="4E05216F" w14:textId="77777777">
        <w:trPr>
          <w:cantSplit/>
          <w:jc w:val="center"/>
        </w:trPr>
        <w:tc>
          <w:tcPr>
            <w:tcW w:w="3672" w:type="dxa"/>
            <w:vAlign w:val="center"/>
          </w:tcPr>
          <w:p w14:paraId="005006E6" w14:textId="77777777" w:rsidR="00EE5F04" w:rsidRPr="008A20D0" w:rsidRDefault="00000000">
            <w:pPr>
              <w:spacing w:before="40" w:after="40" w:line="240" w:lineRule="auto"/>
              <w:rPr>
                <w:rFonts w:cs="Times New Roman"/>
              </w:rPr>
            </w:pPr>
            <w:r w:rsidRPr="008A20D0">
              <w:rPr>
                <w:rFonts w:cs="Times New Roman"/>
                <w:sz w:val="20"/>
              </w:rPr>
              <w:t>Recorded CR-POPF B/C: ascertainable grades only</w:t>
            </w:r>
          </w:p>
        </w:tc>
        <w:tc>
          <w:tcPr>
            <w:tcW w:w="1901" w:type="dxa"/>
            <w:vAlign w:val="center"/>
          </w:tcPr>
          <w:p w14:paraId="192544E1" w14:textId="77777777" w:rsidR="00EE5F04" w:rsidRPr="008A20D0" w:rsidRDefault="00000000">
            <w:pPr>
              <w:spacing w:before="40" w:after="40" w:line="240" w:lineRule="auto"/>
              <w:jc w:val="center"/>
              <w:rPr>
                <w:rFonts w:cs="Times New Roman"/>
              </w:rPr>
            </w:pPr>
            <w:r w:rsidRPr="008A20D0">
              <w:rPr>
                <w:rFonts w:cs="Times New Roman"/>
                <w:sz w:val="20"/>
              </w:rPr>
              <w:t>632/1,423 (44.4%)</w:t>
            </w:r>
          </w:p>
        </w:tc>
        <w:tc>
          <w:tcPr>
            <w:tcW w:w="1901" w:type="dxa"/>
            <w:vAlign w:val="center"/>
          </w:tcPr>
          <w:p w14:paraId="45D01C5E" w14:textId="77777777" w:rsidR="00EE5F04" w:rsidRPr="008A20D0" w:rsidRDefault="00000000">
            <w:pPr>
              <w:spacing w:before="40" w:after="40" w:line="240" w:lineRule="auto"/>
              <w:jc w:val="center"/>
              <w:rPr>
                <w:rFonts w:cs="Times New Roman"/>
              </w:rPr>
            </w:pPr>
            <w:r w:rsidRPr="008A20D0">
              <w:rPr>
                <w:rFonts w:cs="Times New Roman"/>
                <w:sz w:val="20"/>
              </w:rPr>
              <w:t>532/1,216 (43.8%)</w:t>
            </w:r>
          </w:p>
        </w:tc>
        <w:tc>
          <w:tcPr>
            <w:tcW w:w="1886" w:type="dxa"/>
            <w:vAlign w:val="center"/>
          </w:tcPr>
          <w:p w14:paraId="5BDD25EF" w14:textId="77777777" w:rsidR="00EE5F04" w:rsidRPr="008A20D0" w:rsidRDefault="00000000">
            <w:pPr>
              <w:spacing w:before="40" w:after="40" w:line="240" w:lineRule="auto"/>
              <w:jc w:val="center"/>
              <w:rPr>
                <w:rFonts w:cs="Times New Roman"/>
              </w:rPr>
            </w:pPr>
            <w:r w:rsidRPr="008A20D0">
              <w:rPr>
                <w:rFonts w:cs="Times New Roman"/>
                <w:sz w:val="20"/>
              </w:rPr>
              <w:t>100/207 (48.3%)</w:t>
            </w:r>
          </w:p>
        </w:tc>
      </w:tr>
    </w:tbl>
    <w:p w14:paraId="35E07079" w14:textId="77777777" w:rsidR="00EE5F04" w:rsidRPr="008A20D0" w:rsidRDefault="00000000">
      <w:pPr>
        <w:spacing w:after="100"/>
        <w:rPr>
          <w:rFonts w:cs="Times New Roman"/>
        </w:rPr>
      </w:pPr>
      <w:r w:rsidRPr="008A20D0">
        <w:rPr>
          <w:rFonts w:cs="Times New Roman"/>
          <w:sz w:val="20"/>
        </w:rPr>
        <w:t>Values are missing or unknown n/full-group N (%). Unknown procedure and approach categories are already included in the main cohort table and do not represent additional patients. CR-POPF unknown counts are repeated because the all-operation and ascertainable-grade displays use the same source grade field. The missingness denominator is the full group, not the number with ascertainable grades. Zero missing fields do not establish complete outcome capture. CD, Clavien–Dindo; CR-POPF, clinically relevant postoperative pancreatic fistula.</w:t>
      </w:r>
    </w:p>
    <w:p w14:paraId="7E47A0EE"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Model candidate specifications</w:t>
      </w:r>
    </w:p>
    <w:p w14:paraId="1CF5B589" w14:textId="77777777" w:rsidR="00EE5F04" w:rsidRPr="008A20D0" w:rsidRDefault="00000000">
      <w:pPr>
        <w:pStyle w:val="af7"/>
        <w:rPr>
          <w:rFonts w:cs="Times New Roman"/>
        </w:rPr>
      </w:pPr>
      <w:r w:rsidRPr="008A20D0">
        <w:rPr>
          <w:rFonts w:cs="Times New Roman"/>
        </w:rPr>
        <w:t>Table S2. Hyperparameter candidates for XGBoost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008"/>
        <w:gridCol w:w="835"/>
        <w:gridCol w:w="835"/>
        <w:gridCol w:w="1195"/>
        <w:gridCol w:w="1109"/>
        <w:gridCol w:w="1469"/>
        <w:gridCol w:w="1411"/>
        <w:gridCol w:w="1498"/>
      </w:tblGrid>
      <w:tr w:rsidR="00EE5F04" w:rsidRPr="008A20D0" w14:paraId="6CCF31B1" w14:textId="77777777">
        <w:trPr>
          <w:cantSplit/>
          <w:tblHeader/>
          <w:jc w:val="center"/>
        </w:trPr>
        <w:tc>
          <w:tcPr>
            <w:tcW w:w="1008" w:type="dxa"/>
            <w:vAlign w:val="center"/>
          </w:tcPr>
          <w:p w14:paraId="194211FA" w14:textId="77777777" w:rsidR="00EE5F04" w:rsidRPr="008A20D0" w:rsidRDefault="00000000">
            <w:pPr>
              <w:spacing w:before="40" w:after="40" w:line="240" w:lineRule="auto"/>
              <w:jc w:val="center"/>
              <w:rPr>
                <w:rFonts w:cs="Times New Roman"/>
              </w:rPr>
            </w:pPr>
            <w:r w:rsidRPr="008A20D0">
              <w:rPr>
                <w:rFonts w:cs="Times New Roman"/>
                <w:b/>
                <w:sz w:val="20"/>
              </w:rPr>
              <w:t>ID</w:t>
            </w:r>
          </w:p>
        </w:tc>
        <w:tc>
          <w:tcPr>
            <w:tcW w:w="835" w:type="dxa"/>
            <w:vAlign w:val="center"/>
          </w:tcPr>
          <w:p w14:paraId="16B8690F" w14:textId="77777777" w:rsidR="00EE5F04" w:rsidRPr="008A20D0" w:rsidRDefault="00000000">
            <w:pPr>
              <w:spacing w:before="40" w:after="40" w:line="240" w:lineRule="auto"/>
              <w:jc w:val="center"/>
              <w:rPr>
                <w:rFonts w:cs="Times New Roman"/>
              </w:rPr>
            </w:pPr>
            <w:r w:rsidRPr="008A20D0">
              <w:rPr>
                <w:rFonts w:cs="Times New Roman"/>
                <w:b/>
                <w:sz w:val="20"/>
              </w:rPr>
              <w:t>Trees</w:t>
            </w:r>
          </w:p>
        </w:tc>
        <w:tc>
          <w:tcPr>
            <w:tcW w:w="835" w:type="dxa"/>
            <w:vAlign w:val="center"/>
          </w:tcPr>
          <w:p w14:paraId="3BA311A2" w14:textId="77777777" w:rsidR="00EE5F04" w:rsidRPr="008A20D0" w:rsidRDefault="00000000">
            <w:pPr>
              <w:spacing w:before="40" w:after="40" w:line="240" w:lineRule="auto"/>
              <w:jc w:val="center"/>
              <w:rPr>
                <w:rFonts w:cs="Times New Roman"/>
              </w:rPr>
            </w:pPr>
            <w:r w:rsidRPr="008A20D0">
              <w:rPr>
                <w:rFonts w:cs="Times New Roman"/>
                <w:b/>
                <w:sz w:val="20"/>
              </w:rPr>
              <w:t>Depth</w:t>
            </w:r>
          </w:p>
        </w:tc>
        <w:tc>
          <w:tcPr>
            <w:tcW w:w="1195" w:type="dxa"/>
            <w:vAlign w:val="center"/>
          </w:tcPr>
          <w:p w14:paraId="79E83BA1" w14:textId="77777777" w:rsidR="00EE5F04" w:rsidRPr="008A20D0" w:rsidRDefault="00000000">
            <w:pPr>
              <w:spacing w:before="40" w:after="40" w:line="240" w:lineRule="auto"/>
              <w:jc w:val="center"/>
              <w:rPr>
                <w:rFonts w:cs="Times New Roman"/>
              </w:rPr>
            </w:pPr>
            <w:r w:rsidRPr="008A20D0">
              <w:rPr>
                <w:rFonts w:cs="Times New Roman"/>
                <w:b/>
                <w:sz w:val="20"/>
              </w:rPr>
              <w:t>Learning</w:t>
            </w:r>
            <w:r w:rsidRPr="008A20D0">
              <w:rPr>
                <w:rFonts w:cs="Times New Roman"/>
                <w:b/>
                <w:sz w:val="20"/>
              </w:rPr>
              <w:br/>
              <w:t>rate</w:t>
            </w:r>
          </w:p>
        </w:tc>
        <w:tc>
          <w:tcPr>
            <w:tcW w:w="1109" w:type="dxa"/>
            <w:vAlign w:val="center"/>
          </w:tcPr>
          <w:p w14:paraId="5D449024" w14:textId="77777777" w:rsidR="00EE5F04" w:rsidRPr="008A20D0" w:rsidRDefault="00000000">
            <w:pPr>
              <w:spacing w:before="40" w:after="40" w:line="240" w:lineRule="auto"/>
              <w:jc w:val="center"/>
              <w:rPr>
                <w:rFonts w:cs="Times New Roman"/>
              </w:rPr>
            </w:pPr>
            <w:r w:rsidRPr="008A20D0">
              <w:rPr>
                <w:rFonts w:cs="Times New Roman"/>
                <w:b/>
                <w:sz w:val="20"/>
              </w:rPr>
              <w:t>L2</w:t>
            </w:r>
            <w:r w:rsidRPr="008A20D0">
              <w:rPr>
                <w:rFonts w:cs="Times New Roman"/>
                <w:b/>
                <w:sz w:val="20"/>
              </w:rPr>
              <w:br/>
              <w:t>penalty</w:t>
            </w:r>
          </w:p>
        </w:tc>
        <w:tc>
          <w:tcPr>
            <w:tcW w:w="1469" w:type="dxa"/>
            <w:vAlign w:val="center"/>
          </w:tcPr>
          <w:p w14:paraId="2A5A8A46" w14:textId="77777777" w:rsidR="00EE5F04" w:rsidRPr="008A20D0" w:rsidRDefault="00000000">
            <w:pPr>
              <w:spacing w:before="40" w:after="40" w:line="240" w:lineRule="auto"/>
              <w:jc w:val="center"/>
              <w:rPr>
                <w:rFonts w:cs="Times New Roman"/>
              </w:rPr>
            </w:pPr>
            <w:r w:rsidRPr="008A20D0">
              <w:rPr>
                <w:rFonts w:cs="Times New Roman"/>
                <w:b/>
                <w:sz w:val="20"/>
              </w:rPr>
              <w:t>Min. child</w:t>
            </w:r>
            <w:r w:rsidRPr="008A20D0">
              <w:rPr>
                <w:rFonts w:cs="Times New Roman"/>
                <w:b/>
                <w:sz w:val="20"/>
              </w:rPr>
              <w:br/>
              <w:t>weight</w:t>
            </w:r>
          </w:p>
        </w:tc>
        <w:tc>
          <w:tcPr>
            <w:tcW w:w="1411" w:type="dxa"/>
            <w:vAlign w:val="center"/>
          </w:tcPr>
          <w:p w14:paraId="6E77670F" w14:textId="77777777" w:rsidR="00EE5F04" w:rsidRPr="008A20D0" w:rsidRDefault="00000000">
            <w:pPr>
              <w:spacing w:before="40" w:after="40" w:line="240" w:lineRule="auto"/>
              <w:jc w:val="center"/>
              <w:rPr>
                <w:rFonts w:cs="Times New Roman"/>
              </w:rPr>
            </w:pPr>
            <w:r w:rsidRPr="008A20D0">
              <w:rPr>
                <w:rFonts w:cs="Times New Roman"/>
                <w:b/>
                <w:sz w:val="20"/>
              </w:rPr>
              <w:t>Row</w:t>
            </w:r>
            <w:r w:rsidRPr="008A20D0">
              <w:rPr>
                <w:rFonts w:cs="Times New Roman"/>
                <w:b/>
                <w:sz w:val="20"/>
              </w:rPr>
              <w:br/>
              <w:t>sample</w:t>
            </w:r>
          </w:p>
        </w:tc>
        <w:tc>
          <w:tcPr>
            <w:tcW w:w="1498" w:type="dxa"/>
            <w:vAlign w:val="center"/>
          </w:tcPr>
          <w:p w14:paraId="75B99D29" w14:textId="77777777" w:rsidR="00EE5F04" w:rsidRPr="008A20D0" w:rsidRDefault="00000000">
            <w:pPr>
              <w:spacing w:before="40" w:after="40" w:line="240" w:lineRule="auto"/>
              <w:jc w:val="center"/>
              <w:rPr>
                <w:rFonts w:cs="Times New Roman"/>
              </w:rPr>
            </w:pPr>
            <w:r w:rsidRPr="008A20D0">
              <w:rPr>
                <w:rFonts w:cs="Times New Roman"/>
                <w:b/>
                <w:sz w:val="20"/>
              </w:rPr>
              <w:t>Column</w:t>
            </w:r>
            <w:r w:rsidRPr="008A20D0">
              <w:rPr>
                <w:rFonts w:cs="Times New Roman"/>
                <w:b/>
                <w:sz w:val="20"/>
              </w:rPr>
              <w:br/>
              <w:t>sample</w:t>
            </w:r>
          </w:p>
        </w:tc>
      </w:tr>
      <w:tr w:rsidR="00EE5F04" w:rsidRPr="008A20D0" w14:paraId="0E1C986D" w14:textId="77777777">
        <w:trPr>
          <w:cantSplit/>
          <w:jc w:val="center"/>
        </w:trPr>
        <w:tc>
          <w:tcPr>
            <w:tcW w:w="1008" w:type="dxa"/>
            <w:vAlign w:val="center"/>
          </w:tcPr>
          <w:p w14:paraId="63B2409F" w14:textId="77777777" w:rsidR="00EE5F04" w:rsidRPr="008A20D0" w:rsidRDefault="00000000">
            <w:pPr>
              <w:spacing w:before="40" w:after="40" w:line="240" w:lineRule="auto"/>
              <w:jc w:val="center"/>
              <w:rPr>
                <w:rFonts w:cs="Times New Roman"/>
              </w:rPr>
            </w:pPr>
            <w:r w:rsidRPr="008A20D0">
              <w:rPr>
                <w:rFonts w:cs="Times New Roman"/>
                <w:sz w:val="20"/>
              </w:rPr>
              <w:t>X0</w:t>
            </w:r>
          </w:p>
        </w:tc>
        <w:tc>
          <w:tcPr>
            <w:tcW w:w="835" w:type="dxa"/>
            <w:vAlign w:val="center"/>
          </w:tcPr>
          <w:p w14:paraId="4865EE33" w14:textId="77777777" w:rsidR="00EE5F04" w:rsidRPr="008A20D0" w:rsidRDefault="00000000">
            <w:pPr>
              <w:spacing w:before="40" w:after="40" w:line="240" w:lineRule="auto"/>
              <w:jc w:val="center"/>
              <w:rPr>
                <w:rFonts w:cs="Times New Roman"/>
              </w:rPr>
            </w:pPr>
            <w:r w:rsidRPr="008A20D0">
              <w:rPr>
                <w:rFonts w:cs="Times New Roman"/>
                <w:sz w:val="20"/>
              </w:rPr>
              <w:t>350</w:t>
            </w:r>
          </w:p>
        </w:tc>
        <w:tc>
          <w:tcPr>
            <w:tcW w:w="835" w:type="dxa"/>
            <w:vAlign w:val="center"/>
          </w:tcPr>
          <w:p w14:paraId="096FFD96"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28601BEA" w14:textId="77777777" w:rsidR="00EE5F04" w:rsidRPr="008A20D0" w:rsidRDefault="00000000">
            <w:pPr>
              <w:spacing w:before="40" w:after="40" w:line="240" w:lineRule="auto"/>
              <w:jc w:val="center"/>
              <w:rPr>
                <w:rFonts w:cs="Times New Roman"/>
              </w:rPr>
            </w:pPr>
            <w:r w:rsidRPr="008A20D0">
              <w:rPr>
                <w:rFonts w:cs="Times New Roman"/>
                <w:sz w:val="20"/>
              </w:rPr>
              <w:t>0.04</w:t>
            </w:r>
          </w:p>
        </w:tc>
        <w:tc>
          <w:tcPr>
            <w:tcW w:w="1109" w:type="dxa"/>
            <w:vAlign w:val="center"/>
          </w:tcPr>
          <w:p w14:paraId="0A1BB13C" w14:textId="77777777" w:rsidR="00EE5F04" w:rsidRPr="008A20D0" w:rsidRDefault="00000000">
            <w:pPr>
              <w:spacing w:before="40" w:after="40" w:line="240" w:lineRule="auto"/>
              <w:jc w:val="center"/>
              <w:rPr>
                <w:rFonts w:cs="Times New Roman"/>
              </w:rPr>
            </w:pPr>
            <w:r w:rsidRPr="008A20D0">
              <w:rPr>
                <w:rFonts w:cs="Times New Roman"/>
                <w:sz w:val="20"/>
              </w:rPr>
              <w:t>5</w:t>
            </w:r>
          </w:p>
        </w:tc>
        <w:tc>
          <w:tcPr>
            <w:tcW w:w="1469" w:type="dxa"/>
            <w:vAlign w:val="center"/>
          </w:tcPr>
          <w:p w14:paraId="636AFA60"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11" w:type="dxa"/>
            <w:vAlign w:val="center"/>
          </w:tcPr>
          <w:p w14:paraId="1A141BD4" w14:textId="77777777" w:rsidR="00EE5F04" w:rsidRPr="008A20D0" w:rsidRDefault="00000000">
            <w:pPr>
              <w:spacing w:before="40" w:after="40" w:line="240" w:lineRule="auto"/>
              <w:jc w:val="center"/>
              <w:rPr>
                <w:rFonts w:cs="Times New Roman"/>
              </w:rPr>
            </w:pPr>
            <w:r w:rsidRPr="008A20D0">
              <w:rPr>
                <w:rFonts w:cs="Times New Roman"/>
                <w:sz w:val="20"/>
              </w:rPr>
              <w:t>0.75</w:t>
            </w:r>
          </w:p>
        </w:tc>
        <w:tc>
          <w:tcPr>
            <w:tcW w:w="1498" w:type="dxa"/>
            <w:vAlign w:val="center"/>
          </w:tcPr>
          <w:p w14:paraId="107C5D86"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176AEFA2" w14:textId="77777777">
        <w:trPr>
          <w:cantSplit/>
          <w:jc w:val="center"/>
        </w:trPr>
        <w:tc>
          <w:tcPr>
            <w:tcW w:w="1008" w:type="dxa"/>
            <w:vAlign w:val="center"/>
          </w:tcPr>
          <w:p w14:paraId="7A1050A8" w14:textId="77777777" w:rsidR="00EE5F04" w:rsidRPr="008A20D0" w:rsidRDefault="00000000">
            <w:pPr>
              <w:spacing w:before="40" w:after="40" w:line="240" w:lineRule="auto"/>
              <w:jc w:val="center"/>
              <w:rPr>
                <w:rFonts w:cs="Times New Roman"/>
              </w:rPr>
            </w:pPr>
            <w:r w:rsidRPr="008A20D0">
              <w:rPr>
                <w:rFonts w:cs="Times New Roman"/>
                <w:sz w:val="20"/>
              </w:rPr>
              <w:t>X1</w:t>
            </w:r>
          </w:p>
        </w:tc>
        <w:tc>
          <w:tcPr>
            <w:tcW w:w="835" w:type="dxa"/>
            <w:vAlign w:val="center"/>
          </w:tcPr>
          <w:p w14:paraId="5EF32CAC" w14:textId="77777777" w:rsidR="00EE5F04" w:rsidRPr="008A20D0" w:rsidRDefault="00000000">
            <w:pPr>
              <w:spacing w:before="40" w:after="40" w:line="240" w:lineRule="auto"/>
              <w:jc w:val="center"/>
              <w:rPr>
                <w:rFonts w:cs="Times New Roman"/>
              </w:rPr>
            </w:pPr>
            <w:r w:rsidRPr="008A20D0">
              <w:rPr>
                <w:rFonts w:cs="Times New Roman"/>
                <w:sz w:val="20"/>
              </w:rPr>
              <w:t>350</w:t>
            </w:r>
          </w:p>
        </w:tc>
        <w:tc>
          <w:tcPr>
            <w:tcW w:w="835" w:type="dxa"/>
            <w:vAlign w:val="center"/>
          </w:tcPr>
          <w:p w14:paraId="3205B533"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200542E4" w14:textId="77777777" w:rsidR="00EE5F04" w:rsidRPr="008A20D0" w:rsidRDefault="00000000">
            <w:pPr>
              <w:spacing w:before="40" w:after="40" w:line="240" w:lineRule="auto"/>
              <w:jc w:val="center"/>
              <w:rPr>
                <w:rFonts w:cs="Times New Roman"/>
              </w:rPr>
            </w:pPr>
            <w:r w:rsidRPr="008A20D0">
              <w:rPr>
                <w:rFonts w:cs="Times New Roman"/>
                <w:sz w:val="20"/>
              </w:rPr>
              <w:t>0.02</w:t>
            </w:r>
          </w:p>
        </w:tc>
        <w:tc>
          <w:tcPr>
            <w:tcW w:w="1109" w:type="dxa"/>
            <w:vAlign w:val="center"/>
          </w:tcPr>
          <w:p w14:paraId="04E3E4BF" w14:textId="77777777" w:rsidR="00EE5F04" w:rsidRPr="008A20D0" w:rsidRDefault="00000000">
            <w:pPr>
              <w:spacing w:before="40" w:after="40" w:line="240" w:lineRule="auto"/>
              <w:jc w:val="center"/>
              <w:rPr>
                <w:rFonts w:cs="Times New Roman"/>
              </w:rPr>
            </w:pPr>
            <w:r w:rsidRPr="008A20D0">
              <w:rPr>
                <w:rFonts w:cs="Times New Roman"/>
                <w:sz w:val="20"/>
              </w:rPr>
              <w:t>20</w:t>
            </w:r>
          </w:p>
        </w:tc>
        <w:tc>
          <w:tcPr>
            <w:tcW w:w="1469" w:type="dxa"/>
            <w:vAlign w:val="center"/>
          </w:tcPr>
          <w:p w14:paraId="35CB248A"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11" w:type="dxa"/>
            <w:vAlign w:val="center"/>
          </w:tcPr>
          <w:p w14:paraId="4D45A1F7"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98" w:type="dxa"/>
            <w:vAlign w:val="center"/>
          </w:tcPr>
          <w:p w14:paraId="036366C9"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24D272E0" w14:textId="77777777">
        <w:trPr>
          <w:cantSplit/>
          <w:jc w:val="center"/>
        </w:trPr>
        <w:tc>
          <w:tcPr>
            <w:tcW w:w="1008" w:type="dxa"/>
            <w:vAlign w:val="center"/>
          </w:tcPr>
          <w:p w14:paraId="7C77DFAE" w14:textId="77777777" w:rsidR="00EE5F04" w:rsidRPr="008A20D0" w:rsidRDefault="00000000">
            <w:pPr>
              <w:spacing w:before="40" w:after="40" w:line="240" w:lineRule="auto"/>
              <w:jc w:val="center"/>
              <w:rPr>
                <w:rFonts w:cs="Times New Roman"/>
              </w:rPr>
            </w:pPr>
            <w:r w:rsidRPr="008A20D0">
              <w:rPr>
                <w:rFonts w:cs="Times New Roman"/>
                <w:sz w:val="20"/>
              </w:rPr>
              <w:t>X2</w:t>
            </w:r>
          </w:p>
        </w:tc>
        <w:tc>
          <w:tcPr>
            <w:tcW w:w="835" w:type="dxa"/>
            <w:vAlign w:val="center"/>
          </w:tcPr>
          <w:p w14:paraId="1DCD2181" w14:textId="77777777" w:rsidR="00EE5F04" w:rsidRPr="008A20D0" w:rsidRDefault="00000000">
            <w:pPr>
              <w:spacing w:before="40" w:after="40" w:line="240" w:lineRule="auto"/>
              <w:jc w:val="center"/>
              <w:rPr>
                <w:rFonts w:cs="Times New Roman"/>
              </w:rPr>
            </w:pPr>
            <w:r w:rsidRPr="008A20D0">
              <w:rPr>
                <w:rFonts w:cs="Times New Roman"/>
                <w:sz w:val="20"/>
              </w:rPr>
              <w:t>150</w:t>
            </w:r>
          </w:p>
        </w:tc>
        <w:tc>
          <w:tcPr>
            <w:tcW w:w="835" w:type="dxa"/>
            <w:vAlign w:val="center"/>
          </w:tcPr>
          <w:p w14:paraId="618B1F1D" w14:textId="77777777" w:rsidR="00EE5F04" w:rsidRPr="008A20D0" w:rsidRDefault="00000000">
            <w:pPr>
              <w:spacing w:before="40" w:after="40" w:line="240" w:lineRule="auto"/>
              <w:jc w:val="center"/>
              <w:rPr>
                <w:rFonts w:cs="Times New Roman"/>
              </w:rPr>
            </w:pPr>
            <w:r w:rsidRPr="008A20D0">
              <w:rPr>
                <w:rFonts w:cs="Times New Roman"/>
                <w:sz w:val="20"/>
              </w:rPr>
              <w:t>3</w:t>
            </w:r>
          </w:p>
        </w:tc>
        <w:tc>
          <w:tcPr>
            <w:tcW w:w="1195" w:type="dxa"/>
            <w:vAlign w:val="center"/>
          </w:tcPr>
          <w:p w14:paraId="31357FCA" w14:textId="77777777" w:rsidR="00EE5F04" w:rsidRPr="008A20D0" w:rsidRDefault="00000000">
            <w:pPr>
              <w:spacing w:before="40" w:after="40" w:line="240" w:lineRule="auto"/>
              <w:jc w:val="center"/>
              <w:rPr>
                <w:rFonts w:cs="Times New Roman"/>
              </w:rPr>
            </w:pPr>
            <w:r w:rsidRPr="008A20D0">
              <w:rPr>
                <w:rFonts w:cs="Times New Roman"/>
                <w:sz w:val="20"/>
              </w:rPr>
              <w:t>0.02</w:t>
            </w:r>
          </w:p>
        </w:tc>
        <w:tc>
          <w:tcPr>
            <w:tcW w:w="1109" w:type="dxa"/>
            <w:vAlign w:val="center"/>
          </w:tcPr>
          <w:p w14:paraId="6C744391" w14:textId="77777777" w:rsidR="00EE5F04" w:rsidRPr="008A20D0" w:rsidRDefault="00000000">
            <w:pPr>
              <w:spacing w:before="40" w:after="40" w:line="240" w:lineRule="auto"/>
              <w:jc w:val="center"/>
              <w:rPr>
                <w:rFonts w:cs="Times New Roman"/>
              </w:rPr>
            </w:pPr>
            <w:r w:rsidRPr="008A20D0">
              <w:rPr>
                <w:rFonts w:cs="Times New Roman"/>
                <w:sz w:val="20"/>
              </w:rPr>
              <w:t>5</w:t>
            </w:r>
          </w:p>
        </w:tc>
        <w:tc>
          <w:tcPr>
            <w:tcW w:w="1469" w:type="dxa"/>
            <w:vAlign w:val="center"/>
          </w:tcPr>
          <w:p w14:paraId="4351140D"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187B12AA" w14:textId="77777777" w:rsidR="00EE5F04" w:rsidRPr="008A20D0" w:rsidRDefault="00000000">
            <w:pPr>
              <w:spacing w:before="40" w:after="40" w:line="240" w:lineRule="auto"/>
              <w:jc w:val="center"/>
              <w:rPr>
                <w:rFonts w:cs="Times New Roman"/>
              </w:rPr>
            </w:pPr>
            <w:r w:rsidRPr="008A20D0">
              <w:rPr>
                <w:rFonts w:cs="Times New Roman"/>
                <w:sz w:val="20"/>
              </w:rPr>
              <w:t>0.75</w:t>
            </w:r>
          </w:p>
        </w:tc>
        <w:tc>
          <w:tcPr>
            <w:tcW w:w="1498" w:type="dxa"/>
            <w:vAlign w:val="center"/>
          </w:tcPr>
          <w:p w14:paraId="4487B25D"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06D1CD0D" w14:textId="77777777">
        <w:trPr>
          <w:cantSplit/>
          <w:jc w:val="center"/>
        </w:trPr>
        <w:tc>
          <w:tcPr>
            <w:tcW w:w="1008" w:type="dxa"/>
            <w:vAlign w:val="center"/>
          </w:tcPr>
          <w:p w14:paraId="388DD417" w14:textId="77777777" w:rsidR="00EE5F04" w:rsidRPr="008A20D0" w:rsidRDefault="00000000">
            <w:pPr>
              <w:spacing w:before="40" w:after="40" w:line="240" w:lineRule="auto"/>
              <w:jc w:val="center"/>
              <w:rPr>
                <w:rFonts w:cs="Times New Roman"/>
              </w:rPr>
            </w:pPr>
            <w:r w:rsidRPr="008A20D0">
              <w:rPr>
                <w:rFonts w:cs="Times New Roman"/>
                <w:sz w:val="20"/>
              </w:rPr>
              <w:t>X3</w:t>
            </w:r>
          </w:p>
        </w:tc>
        <w:tc>
          <w:tcPr>
            <w:tcW w:w="835" w:type="dxa"/>
            <w:vAlign w:val="center"/>
          </w:tcPr>
          <w:p w14:paraId="340E5298" w14:textId="77777777" w:rsidR="00EE5F04" w:rsidRPr="008A20D0" w:rsidRDefault="00000000">
            <w:pPr>
              <w:spacing w:before="40" w:after="40" w:line="240" w:lineRule="auto"/>
              <w:jc w:val="center"/>
              <w:rPr>
                <w:rFonts w:cs="Times New Roman"/>
              </w:rPr>
            </w:pPr>
            <w:r w:rsidRPr="008A20D0">
              <w:rPr>
                <w:rFonts w:cs="Times New Roman"/>
                <w:sz w:val="20"/>
              </w:rPr>
              <w:t>350</w:t>
            </w:r>
          </w:p>
        </w:tc>
        <w:tc>
          <w:tcPr>
            <w:tcW w:w="835" w:type="dxa"/>
            <w:vAlign w:val="center"/>
          </w:tcPr>
          <w:p w14:paraId="24835BB3" w14:textId="77777777" w:rsidR="00EE5F04" w:rsidRPr="008A20D0" w:rsidRDefault="00000000">
            <w:pPr>
              <w:spacing w:before="40" w:after="40" w:line="240" w:lineRule="auto"/>
              <w:jc w:val="center"/>
              <w:rPr>
                <w:rFonts w:cs="Times New Roman"/>
              </w:rPr>
            </w:pPr>
            <w:r w:rsidRPr="008A20D0">
              <w:rPr>
                <w:rFonts w:cs="Times New Roman"/>
                <w:sz w:val="20"/>
              </w:rPr>
              <w:t>3</w:t>
            </w:r>
          </w:p>
        </w:tc>
        <w:tc>
          <w:tcPr>
            <w:tcW w:w="1195" w:type="dxa"/>
            <w:vAlign w:val="center"/>
          </w:tcPr>
          <w:p w14:paraId="5E61AAA2" w14:textId="77777777" w:rsidR="00EE5F04" w:rsidRPr="008A20D0" w:rsidRDefault="00000000">
            <w:pPr>
              <w:spacing w:before="40" w:after="40" w:line="240" w:lineRule="auto"/>
              <w:jc w:val="center"/>
              <w:rPr>
                <w:rFonts w:cs="Times New Roman"/>
              </w:rPr>
            </w:pPr>
            <w:r w:rsidRPr="008A20D0">
              <w:rPr>
                <w:rFonts w:cs="Times New Roman"/>
                <w:sz w:val="20"/>
              </w:rPr>
              <w:t>0.06</w:t>
            </w:r>
          </w:p>
        </w:tc>
        <w:tc>
          <w:tcPr>
            <w:tcW w:w="1109" w:type="dxa"/>
            <w:vAlign w:val="center"/>
          </w:tcPr>
          <w:p w14:paraId="63DBE310"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69" w:type="dxa"/>
            <w:vAlign w:val="center"/>
          </w:tcPr>
          <w:p w14:paraId="05A2D154"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5245484D" w14:textId="77777777" w:rsidR="00EE5F04" w:rsidRPr="008A20D0" w:rsidRDefault="00000000">
            <w:pPr>
              <w:spacing w:before="40" w:after="40" w:line="240" w:lineRule="auto"/>
              <w:jc w:val="center"/>
              <w:rPr>
                <w:rFonts w:cs="Times New Roman"/>
              </w:rPr>
            </w:pPr>
            <w:r w:rsidRPr="008A20D0">
              <w:rPr>
                <w:rFonts w:cs="Times New Roman"/>
                <w:sz w:val="20"/>
              </w:rPr>
              <w:t>0.75</w:t>
            </w:r>
          </w:p>
        </w:tc>
        <w:tc>
          <w:tcPr>
            <w:tcW w:w="1498" w:type="dxa"/>
            <w:vAlign w:val="center"/>
          </w:tcPr>
          <w:p w14:paraId="46F38212" w14:textId="77777777" w:rsidR="00EE5F04" w:rsidRPr="008A20D0" w:rsidRDefault="00000000">
            <w:pPr>
              <w:spacing w:before="40" w:after="40" w:line="240" w:lineRule="auto"/>
              <w:jc w:val="center"/>
              <w:rPr>
                <w:rFonts w:cs="Times New Roman"/>
              </w:rPr>
            </w:pPr>
            <w:r w:rsidRPr="008A20D0">
              <w:rPr>
                <w:rFonts w:cs="Times New Roman"/>
                <w:sz w:val="20"/>
              </w:rPr>
              <w:t>1</w:t>
            </w:r>
          </w:p>
        </w:tc>
      </w:tr>
      <w:tr w:rsidR="00EE5F04" w:rsidRPr="008A20D0" w14:paraId="72FCF05E" w14:textId="77777777">
        <w:trPr>
          <w:cantSplit/>
          <w:jc w:val="center"/>
        </w:trPr>
        <w:tc>
          <w:tcPr>
            <w:tcW w:w="1008" w:type="dxa"/>
            <w:vAlign w:val="center"/>
          </w:tcPr>
          <w:p w14:paraId="39B41D67" w14:textId="77777777" w:rsidR="00EE5F04" w:rsidRPr="008A20D0" w:rsidRDefault="00000000">
            <w:pPr>
              <w:spacing w:before="40" w:after="40" w:line="240" w:lineRule="auto"/>
              <w:jc w:val="center"/>
              <w:rPr>
                <w:rFonts w:cs="Times New Roman"/>
              </w:rPr>
            </w:pPr>
            <w:r w:rsidRPr="008A20D0">
              <w:rPr>
                <w:rFonts w:cs="Times New Roman"/>
                <w:sz w:val="20"/>
              </w:rPr>
              <w:t>X4</w:t>
            </w:r>
          </w:p>
        </w:tc>
        <w:tc>
          <w:tcPr>
            <w:tcW w:w="835" w:type="dxa"/>
            <w:vAlign w:val="center"/>
          </w:tcPr>
          <w:p w14:paraId="4DD8BC4D" w14:textId="77777777" w:rsidR="00EE5F04" w:rsidRPr="008A20D0" w:rsidRDefault="00000000">
            <w:pPr>
              <w:spacing w:before="40" w:after="40" w:line="240" w:lineRule="auto"/>
              <w:jc w:val="center"/>
              <w:rPr>
                <w:rFonts w:cs="Times New Roman"/>
              </w:rPr>
            </w:pPr>
            <w:r w:rsidRPr="008A20D0">
              <w:rPr>
                <w:rFonts w:cs="Times New Roman"/>
                <w:sz w:val="20"/>
              </w:rPr>
              <w:t>350</w:t>
            </w:r>
          </w:p>
        </w:tc>
        <w:tc>
          <w:tcPr>
            <w:tcW w:w="835" w:type="dxa"/>
            <w:vAlign w:val="center"/>
          </w:tcPr>
          <w:p w14:paraId="0EBCC58B" w14:textId="77777777" w:rsidR="00EE5F04" w:rsidRPr="008A20D0" w:rsidRDefault="00000000">
            <w:pPr>
              <w:spacing w:before="40" w:after="40" w:line="240" w:lineRule="auto"/>
              <w:jc w:val="center"/>
              <w:rPr>
                <w:rFonts w:cs="Times New Roman"/>
              </w:rPr>
            </w:pPr>
            <w:r w:rsidRPr="008A20D0">
              <w:rPr>
                <w:rFonts w:cs="Times New Roman"/>
                <w:sz w:val="20"/>
              </w:rPr>
              <w:t>3</w:t>
            </w:r>
          </w:p>
        </w:tc>
        <w:tc>
          <w:tcPr>
            <w:tcW w:w="1195" w:type="dxa"/>
            <w:vAlign w:val="center"/>
          </w:tcPr>
          <w:p w14:paraId="7AF32ABA" w14:textId="77777777" w:rsidR="00EE5F04" w:rsidRPr="008A20D0" w:rsidRDefault="00000000">
            <w:pPr>
              <w:spacing w:before="40" w:after="40" w:line="240" w:lineRule="auto"/>
              <w:jc w:val="center"/>
              <w:rPr>
                <w:rFonts w:cs="Times New Roman"/>
              </w:rPr>
            </w:pPr>
            <w:r w:rsidRPr="008A20D0">
              <w:rPr>
                <w:rFonts w:cs="Times New Roman"/>
                <w:sz w:val="20"/>
              </w:rPr>
              <w:t>0.02</w:t>
            </w:r>
          </w:p>
        </w:tc>
        <w:tc>
          <w:tcPr>
            <w:tcW w:w="1109" w:type="dxa"/>
            <w:vAlign w:val="center"/>
          </w:tcPr>
          <w:p w14:paraId="5DBB1B7A"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69" w:type="dxa"/>
            <w:vAlign w:val="center"/>
          </w:tcPr>
          <w:p w14:paraId="6E1A058A"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11" w:type="dxa"/>
            <w:vAlign w:val="center"/>
          </w:tcPr>
          <w:p w14:paraId="77536063" w14:textId="77777777" w:rsidR="00EE5F04" w:rsidRPr="008A20D0" w:rsidRDefault="00000000">
            <w:pPr>
              <w:spacing w:before="40" w:after="40" w:line="240" w:lineRule="auto"/>
              <w:jc w:val="center"/>
              <w:rPr>
                <w:rFonts w:cs="Times New Roman"/>
              </w:rPr>
            </w:pPr>
            <w:r w:rsidRPr="008A20D0">
              <w:rPr>
                <w:rFonts w:cs="Times New Roman"/>
                <w:sz w:val="20"/>
              </w:rPr>
              <w:t>0.75</w:t>
            </w:r>
          </w:p>
        </w:tc>
        <w:tc>
          <w:tcPr>
            <w:tcW w:w="1498" w:type="dxa"/>
            <w:vAlign w:val="center"/>
          </w:tcPr>
          <w:p w14:paraId="54A5AD79" w14:textId="77777777" w:rsidR="00EE5F04" w:rsidRPr="008A20D0" w:rsidRDefault="00000000">
            <w:pPr>
              <w:spacing w:before="40" w:after="40" w:line="240" w:lineRule="auto"/>
              <w:jc w:val="center"/>
              <w:rPr>
                <w:rFonts w:cs="Times New Roman"/>
              </w:rPr>
            </w:pPr>
            <w:r w:rsidRPr="008A20D0">
              <w:rPr>
                <w:rFonts w:cs="Times New Roman"/>
                <w:sz w:val="20"/>
              </w:rPr>
              <w:t>1</w:t>
            </w:r>
          </w:p>
        </w:tc>
      </w:tr>
      <w:tr w:rsidR="00EE5F04" w:rsidRPr="008A20D0" w14:paraId="38DC451C" w14:textId="77777777">
        <w:trPr>
          <w:cantSplit/>
          <w:jc w:val="center"/>
        </w:trPr>
        <w:tc>
          <w:tcPr>
            <w:tcW w:w="1008" w:type="dxa"/>
            <w:vAlign w:val="center"/>
          </w:tcPr>
          <w:p w14:paraId="6C9E3830" w14:textId="77777777" w:rsidR="00EE5F04" w:rsidRPr="008A20D0" w:rsidRDefault="00000000">
            <w:pPr>
              <w:spacing w:before="40" w:after="40" w:line="240" w:lineRule="auto"/>
              <w:jc w:val="center"/>
              <w:rPr>
                <w:rFonts w:cs="Times New Roman"/>
              </w:rPr>
            </w:pPr>
            <w:r w:rsidRPr="008A20D0">
              <w:rPr>
                <w:rFonts w:cs="Times New Roman"/>
                <w:sz w:val="20"/>
              </w:rPr>
              <w:t>X5</w:t>
            </w:r>
          </w:p>
        </w:tc>
        <w:tc>
          <w:tcPr>
            <w:tcW w:w="835" w:type="dxa"/>
            <w:vAlign w:val="center"/>
          </w:tcPr>
          <w:p w14:paraId="0CDE74F7" w14:textId="77777777" w:rsidR="00EE5F04" w:rsidRPr="008A20D0" w:rsidRDefault="00000000">
            <w:pPr>
              <w:spacing w:before="40" w:after="40" w:line="240" w:lineRule="auto"/>
              <w:jc w:val="center"/>
              <w:rPr>
                <w:rFonts w:cs="Times New Roman"/>
              </w:rPr>
            </w:pPr>
            <w:r w:rsidRPr="008A20D0">
              <w:rPr>
                <w:rFonts w:cs="Times New Roman"/>
                <w:sz w:val="20"/>
              </w:rPr>
              <w:t>350</w:t>
            </w:r>
          </w:p>
        </w:tc>
        <w:tc>
          <w:tcPr>
            <w:tcW w:w="835" w:type="dxa"/>
            <w:vAlign w:val="center"/>
          </w:tcPr>
          <w:p w14:paraId="4D39CE05"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3DA168B0" w14:textId="77777777" w:rsidR="00EE5F04" w:rsidRPr="008A20D0" w:rsidRDefault="00000000">
            <w:pPr>
              <w:spacing w:before="40" w:after="40" w:line="240" w:lineRule="auto"/>
              <w:jc w:val="center"/>
              <w:rPr>
                <w:rFonts w:cs="Times New Roman"/>
              </w:rPr>
            </w:pPr>
            <w:r w:rsidRPr="008A20D0">
              <w:rPr>
                <w:rFonts w:cs="Times New Roman"/>
                <w:sz w:val="20"/>
              </w:rPr>
              <w:t>0.04</w:t>
            </w:r>
          </w:p>
        </w:tc>
        <w:tc>
          <w:tcPr>
            <w:tcW w:w="1109" w:type="dxa"/>
            <w:vAlign w:val="center"/>
          </w:tcPr>
          <w:p w14:paraId="7439FDBA" w14:textId="77777777" w:rsidR="00EE5F04" w:rsidRPr="008A20D0" w:rsidRDefault="00000000">
            <w:pPr>
              <w:spacing w:before="40" w:after="40" w:line="240" w:lineRule="auto"/>
              <w:jc w:val="center"/>
              <w:rPr>
                <w:rFonts w:cs="Times New Roman"/>
              </w:rPr>
            </w:pPr>
            <w:r w:rsidRPr="008A20D0">
              <w:rPr>
                <w:rFonts w:cs="Times New Roman"/>
                <w:sz w:val="20"/>
              </w:rPr>
              <w:t>5</w:t>
            </w:r>
          </w:p>
        </w:tc>
        <w:tc>
          <w:tcPr>
            <w:tcW w:w="1469" w:type="dxa"/>
            <w:vAlign w:val="center"/>
          </w:tcPr>
          <w:p w14:paraId="6FC7C7F2"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5E4E8706" w14:textId="77777777" w:rsidR="00EE5F04" w:rsidRPr="008A20D0" w:rsidRDefault="00000000">
            <w:pPr>
              <w:spacing w:before="40" w:after="40" w:line="240" w:lineRule="auto"/>
              <w:jc w:val="center"/>
              <w:rPr>
                <w:rFonts w:cs="Times New Roman"/>
              </w:rPr>
            </w:pPr>
            <w:r w:rsidRPr="008A20D0">
              <w:rPr>
                <w:rFonts w:cs="Times New Roman"/>
                <w:sz w:val="20"/>
              </w:rPr>
              <w:t>0.75</w:t>
            </w:r>
          </w:p>
        </w:tc>
        <w:tc>
          <w:tcPr>
            <w:tcW w:w="1498" w:type="dxa"/>
            <w:vAlign w:val="center"/>
          </w:tcPr>
          <w:p w14:paraId="059ED19E"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008B5FBB" w14:textId="77777777">
        <w:trPr>
          <w:cantSplit/>
          <w:jc w:val="center"/>
        </w:trPr>
        <w:tc>
          <w:tcPr>
            <w:tcW w:w="1008" w:type="dxa"/>
            <w:vAlign w:val="center"/>
          </w:tcPr>
          <w:p w14:paraId="75540B2D" w14:textId="77777777" w:rsidR="00EE5F04" w:rsidRPr="008A20D0" w:rsidRDefault="00000000">
            <w:pPr>
              <w:spacing w:before="40" w:after="40" w:line="240" w:lineRule="auto"/>
              <w:jc w:val="center"/>
              <w:rPr>
                <w:rFonts w:cs="Times New Roman"/>
              </w:rPr>
            </w:pPr>
            <w:r w:rsidRPr="008A20D0">
              <w:rPr>
                <w:rFonts w:cs="Times New Roman"/>
                <w:sz w:val="20"/>
              </w:rPr>
              <w:t>X6</w:t>
            </w:r>
          </w:p>
        </w:tc>
        <w:tc>
          <w:tcPr>
            <w:tcW w:w="835" w:type="dxa"/>
            <w:vAlign w:val="center"/>
          </w:tcPr>
          <w:p w14:paraId="343DAC8B" w14:textId="77777777" w:rsidR="00EE5F04" w:rsidRPr="008A20D0" w:rsidRDefault="00000000">
            <w:pPr>
              <w:spacing w:before="40" w:after="40" w:line="240" w:lineRule="auto"/>
              <w:jc w:val="center"/>
              <w:rPr>
                <w:rFonts w:cs="Times New Roman"/>
              </w:rPr>
            </w:pPr>
            <w:r w:rsidRPr="008A20D0">
              <w:rPr>
                <w:rFonts w:cs="Times New Roman"/>
                <w:sz w:val="20"/>
              </w:rPr>
              <w:t>150</w:t>
            </w:r>
          </w:p>
        </w:tc>
        <w:tc>
          <w:tcPr>
            <w:tcW w:w="835" w:type="dxa"/>
            <w:vAlign w:val="center"/>
          </w:tcPr>
          <w:p w14:paraId="3D111941"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54029466" w14:textId="77777777" w:rsidR="00EE5F04" w:rsidRPr="008A20D0" w:rsidRDefault="00000000">
            <w:pPr>
              <w:spacing w:before="40" w:after="40" w:line="240" w:lineRule="auto"/>
              <w:jc w:val="center"/>
              <w:rPr>
                <w:rFonts w:cs="Times New Roman"/>
              </w:rPr>
            </w:pPr>
            <w:r w:rsidRPr="008A20D0">
              <w:rPr>
                <w:rFonts w:cs="Times New Roman"/>
                <w:sz w:val="20"/>
              </w:rPr>
              <w:t>0.06</w:t>
            </w:r>
          </w:p>
        </w:tc>
        <w:tc>
          <w:tcPr>
            <w:tcW w:w="1109" w:type="dxa"/>
            <w:vAlign w:val="center"/>
          </w:tcPr>
          <w:p w14:paraId="0203F955"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69" w:type="dxa"/>
            <w:vAlign w:val="center"/>
          </w:tcPr>
          <w:p w14:paraId="6D80D10C"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01E0A8C9"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98" w:type="dxa"/>
            <w:vAlign w:val="center"/>
          </w:tcPr>
          <w:p w14:paraId="22B7CEF5" w14:textId="77777777" w:rsidR="00EE5F04" w:rsidRPr="008A20D0" w:rsidRDefault="00000000">
            <w:pPr>
              <w:spacing w:before="40" w:after="40" w:line="240" w:lineRule="auto"/>
              <w:jc w:val="center"/>
              <w:rPr>
                <w:rFonts w:cs="Times New Roman"/>
              </w:rPr>
            </w:pPr>
            <w:r w:rsidRPr="008A20D0">
              <w:rPr>
                <w:rFonts w:cs="Times New Roman"/>
                <w:sz w:val="20"/>
              </w:rPr>
              <w:t>1</w:t>
            </w:r>
          </w:p>
        </w:tc>
      </w:tr>
      <w:tr w:rsidR="00EE5F04" w:rsidRPr="008A20D0" w14:paraId="4AEED6DB" w14:textId="77777777">
        <w:trPr>
          <w:cantSplit/>
          <w:jc w:val="center"/>
        </w:trPr>
        <w:tc>
          <w:tcPr>
            <w:tcW w:w="1008" w:type="dxa"/>
            <w:vAlign w:val="center"/>
          </w:tcPr>
          <w:p w14:paraId="7DE4416D" w14:textId="77777777" w:rsidR="00EE5F04" w:rsidRPr="008A20D0" w:rsidRDefault="00000000">
            <w:pPr>
              <w:spacing w:before="40" w:after="40" w:line="240" w:lineRule="auto"/>
              <w:jc w:val="center"/>
              <w:rPr>
                <w:rFonts w:cs="Times New Roman"/>
              </w:rPr>
            </w:pPr>
            <w:r w:rsidRPr="008A20D0">
              <w:rPr>
                <w:rFonts w:cs="Times New Roman"/>
                <w:sz w:val="20"/>
              </w:rPr>
              <w:t>X7</w:t>
            </w:r>
          </w:p>
        </w:tc>
        <w:tc>
          <w:tcPr>
            <w:tcW w:w="835" w:type="dxa"/>
            <w:vAlign w:val="center"/>
          </w:tcPr>
          <w:p w14:paraId="38AEF127" w14:textId="77777777" w:rsidR="00EE5F04" w:rsidRPr="008A20D0" w:rsidRDefault="00000000">
            <w:pPr>
              <w:spacing w:before="40" w:after="40" w:line="240" w:lineRule="auto"/>
              <w:jc w:val="center"/>
              <w:rPr>
                <w:rFonts w:cs="Times New Roman"/>
              </w:rPr>
            </w:pPr>
            <w:r w:rsidRPr="008A20D0">
              <w:rPr>
                <w:rFonts w:cs="Times New Roman"/>
                <w:sz w:val="20"/>
              </w:rPr>
              <w:t>150</w:t>
            </w:r>
          </w:p>
        </w:tc>
        <w:tc>
          <w:tcPr>
            <w:tcW w:w="835" w:type="dxa"/>
            <w:vAlign w:val="center"/>
          </w:tcPr>
          <w:p w14:paraId="2A66429B"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3015FB31" w14:textId="77777777" w:rsidR="00EE5F04" w:rsidRPr="008A20D0" w:rsidRDefault="00000000">
            <w:pPr>
              <w:spacing w:before="40" w:after="40" w:line="240" w:lineRule="auto"/>
              <w:jc w:val="center"/>
              <w:rPr>
                <w:rFonts w:cs="Times New Roman"/>
              </w:rPr>
            </w:pPr>
            <w:r w:rsidRPr="008A20D0">
              <w:rPr>
                <w:rFonts w:cs="Times New Roman"/>
                <w:sz w:val="20"/>
              </w:rPr>
              <w:t>0.04</w:t>
            </w:r>
          </w:p>
        </w:tc>
        <w:tc>
          <w:tcPr>
            <w:tcW w:w="1109" w:type="dxa"/>
            <w:vAlign w:val="center"/>
          </w:tcPr>
          <w:p w14:paraId="56525A32" w14:textId="77777777" w:rsidR="00EE5F04" w:rsidRPr="008A20D0" w:rsidRDefault="00000000">
            <w:pPr>
              <w:spacing w:before="40" w:after="40" w:line="240" w:lineRule="auto"/>
              <w:jc w:val="center"/>
              <w:rPr>
                <w:rFonts w:cs="Times New Roman"/>
              </w:rPr>
            </w:pPr>
            <w:r w:rsidRPr="008A20D0">
              <w:rPr>
                <w:rFonts w:cs="Times New Roman"/>
                <w:sz w:val="20"/>
              </w:rPr>
              <w:t>5</w:t>
            </w:r>
          </w:p>
        </w:tc>
        <w:tc>
          <w:tcPr>
            <w:tcW w:w="1469" w:type="dxa"/>
            <w:vAlign w:val="center"/>
          </w:tcPr>
          <w:p w14:paraId="305B1060"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308FEF0B" w14:textId="77777777" w:rsidR="00EE5F04" w:rsidRPr="008A20D0" w:rsidRDefault="00000000">
            <w:pPr>
              <w:spacing w:before="40" w:after="40" w:line="240" w:lineRule="auto"/>
              <w:jc w:val="center"/>
              <w:rPr>
                <w:rFonts w:cs="Times New Roman"/>
              </w:rPr>
            </w:pPr>
            <w:r w:rsidRPr="008A20D0">
              <w:rPr>
                <w:rFonts w:cs="Times New Roman"/>
                <w:sz w:val="20"/>
              </w:rPr>
              <w:t>0.75</w:t>
            </w:r>
          </w:p>
        </w:tc>
        <w:tc>
          <w:tcPr>
            <w:tcW w:w="1498" w:type="dxa"/>
            <w:vAlign w:val="center"/>
          </w:tcPr>
          <w:p w14:paraId="1CD24D5E"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4EF40529" w14:textId="77777777">
        <w:trPr>
          <w:cantSplit/>
          <w:jc w:val="center"/>
        </w:trPr>
        <w:tc>
          <w:tcPr>
            <w:tcW w:w="1008" w:type="dxa"/>
            <w:vAlign w:val="center"/>
          </w:tcPr>
          <w:p w14:paraId="47B562E1" w14:textId="77777777" w:rsidR="00EE5F04" w:rsidRPr="008A20D0" w:rsidRDefault="00000000">
            <w:pPr>
              <w:spacing w:before="40" w:after="40" w:line="240" w:lineRule="auto"/>
              <w:jc w:val="center"/>
              <w:rPr>
                <w:rFonts w:cs="Times New Roman"/>
              </w:rPr>
            </w:pPr>
            <w:r w:rsidRPr="008A20D0">
              <w:rPr>
                <w:rFonts w:cs="Times New Roman"/>
                <w:sz w:val="20"/>
              </w:rPr>
              <w:t>X8</w:t>
            </w:r>
          </w:p>
        </w:tc>
        <w:tc>
          <w:tcPr>
            <w:tcW w:w="835" w:type="dxa"/>
            <w:vAlign w:val="center"/>
          </w:tcPr>
          <w:p w14:paraId="149F2AFB" w14:textId="77777777" w:rsidR="00EE5F04" w:rsidRPr="008A20D0" w:rsidRDefault="00000000">
            <w:pPr>
              <w:spacing w:before="40" w:after="40" w:line="240" w:lineRule="auto"/>
              <w:jc w:val="center"/>
              <w:rPr>
                <w:rFonts w:cs="Times New Roman"/>
              </w:rPr>
            </w:pPr>
            <w:r w:rsidRPr="008A20D0">
              <w:rPr>
                <w:rFonts w:cs="Times New Roman"/>
                <w:sz w:val="20"/>
              </w:rPr>
              <w:t>250</w:t>
            </w:r>
          </w:p>
        </w:tc>
        <w:tc>
          <w:tcPr>
            <w:tcW w:w="835" w:type="dxa"/>
            <w:vAlign w:val="center"/>
          </w:tcPr>
          <w:p w14:paraId="39409F79" w14:textId="77777777" w:rsidR="00EE5F04" w:rsidRPr="008A20D0" w:rsidRDefault="00000000">
            <w:pPr>
              <w:spacing w:before="40" w:after="40" w:line="240" w:lineRule="auto"/>
              <w:jc w:val="center"/>
              <w:rPr>
                <w:rFonts w:cs="Times New Roman"/>
              </w:rPr>
            </w:pPr>
            <w:r w:rsidRPr="008A20D0">
              <w:rPr>
                <w:rFonts w:cs="Times New Roman"/>
                <w:sz w:val="20"/>
              </w:rPr>
              <w:t>3</w:t>
            </w:r>
          </w:p>
        </w:tc>
        <w:tc>
          <w:tcPr>
            <w:tcW w:w="1195" w:type="dxa"/>
            <w:vAlign w:val="center"/>
          </w:tcPr>
          <w:p w14:paraId="7F32B8F3" w14:textId="77777777" w:rsidR="00EE5F04" w:rsidRPr="008A20D0" w:rsidRDefault="00000000">
            <w:pPr>
              <w:spacing w:before="40" w:after="40" w:line="240" w:lineRule="auto"/>
              <w:jc w:val="center"/>
              <w:rPr>
                <w:rFonts w:cs="Times New Roman"/>
              </w:rPr>
            </w:pPr>
            <w:r w:rsidRPr="008A20D0">
              <w:rPr>
                <w:rFonts w:cs="Times New Roman"/>
                <w:sz w:val="20"/>
              </w:rPr>
              <w:t>0.06</w:t>
            </w:r>
          </w:p>
        </w:tc>
        <w:tc>
          <w:tcPr>
            <w:tcW w:w="1109" w:type="dxa"/>
            <w:vAlign w:val="center"/>
          </w:tcPr>
          <w:p w14:paraId="57EE33DE"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69" w:type="dxa"/>
            <w:vAlign w:val="center"/>
          </w:tcPr>
          <w:p w14:paraId="6848B392"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481DE5C5"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98" w:type="dxa"/>
            <w:vAlign w:val="center"/>
          </w:tcPr>
          <w:p w14:paraId="3E048877" w14:textId="77777777" w:rsidR="00EE5F04" w:rsidRPr="008A20D0" w:rsidRDefault="00000000">
            <w:pPr>
              <w:spacing w:before="40" w:after="40" w:line="240" w:lineRule="auto"/>
              <w:jc w:val="center"/>
              <w:rPr>
                <w:rFonts w:cs="Times New Roman"/>
              </w:rPr>
            </w:pPr>
            <w:r w:rsidRPr="008A20D0">
              <w:rPr>
                <w:rFonts w:cs="Times New Roman"/>
                <w:sz w:val="20"/>
              </w:rPr>
              <w:t>1</w:t>
            </w:r>
          </w:p>
        </w:tc>
      </w:tr>
      <w:tr w:rsidR="00EE5F04" w:rsidRPr="008A20D0" w14:paraId="4EB49F32" w14:textId="77777777">
        <w:trPr>
          <w:cantSplit/>
          <w:jc w:val="center"/>
        </w:trPr>
        <w:tc>
          <w:tcPr>
            <w:tcW w:w="1008" w:type="dxa"/>
            <w:vAlign w:val="center"/>
          </w:tcPr>
          <w:p w14:paraId="0276DE20" w14:textId="77777777" w:rsidR="00EE5F04" w:rsidRPr="008A20D0" w:rsidRDefault="00000000">
            <w:pPr>
              <w:spacing w:before="40" w:after="40" w:line="240" w:lineRule="auto"/>
              <w:jc w:val="center"/>
              <w:rPr>
                <w:rFonts w:cs="Times New Roman"/>
              </w:rPr>
            </w:pPr>
            <w:r w:rsidRPr="008A20D0">
              <w:rPr>
                <w:rFonts w:cs="Times New Roman"/>
                <w:sz w:val="20"/>
              </w:rPr>
              <w:t>X9</w:t>
            </w:r>
          </w:p>
        </w:tc>
        <w:tc>
          <w:tcPr>
            <w:tcW w:w="835" w:type="dxa"/>
            <w:vAlign w:val="center"/>
          </w:tcPr>
          <w:p w14:paraId="25341824" w14:textId="77777777" w:rsidR="00EE5F04" w:rsidRPr="008A20D0" w:rsidRDefault="00000000">
            <w:pPr>
              <w:spacing w:before="40" w:after="40" w:line="240" w:lineRule="auto"/>
              <w:jc w:val="center"/>
              <w:rPr>
                <w:rFonts w:cs="Times New Roman"/>
              </w:rPr>
            </w:pPr>
            <w:r w:rsidRPr="008A20D0">
              <w:rPr>
                <w:rFonts w:cs="Times New Roman"/>
                <w:sz w:val="20"/>
              </w:rPr>
              <w:t>250</w:t>
            </w:r>
          </w:p>
        </w:tc>
        <w:tc>
          <w:tcPr>
            <w:tcW w:w="835" w:type="dxa"/>
            <w:vAlign w:val="center"/>
          </w:tcPr>
          <w:p w14:paraId="5A8EDE7E" w14:textId="77777777" w:rsidR="00EE5F04" w:rsidRPr="008A20D0" w:rsidRDefault="00000000">
            <w:pPr>
              <w:spacing w:before="40" w:after="40" w:line="240" w:lineRule="auto"/>
              <w:jc w:val="center"/>
              <w:rPr>
                <w:rFonts w:cs="Times New Roman"/>
              </w:rPr>
            </w:pPr>
            <w:r w:rsidRPr="008A20D0">
              <w:rPr>
                <w:rFonts w:cs="Times New Roman"/>
                <w:sz w:val="20"/>
              </w:rPr>
              <w:t>3</w:t>
            </w:r>
          </w:p>
        </w:tc>
        <w:tc>
          <w:tcPr>
            <w:tcW w:w="1195" w:type="dxa"/>
            <w:vAlign w:val="center"/>
          </w:tcPr>
          <w:p w14:paraId="35FA6835" w14:textId="77777777" w:rsidR="00EE5F04" w:rsidRPr="008A20D0" w:rsidRDefault="00000000">
            <w:pPr>
              <w:spacing w:before="40" w:after="40" w:line="240" w:lineRule="auto"/>
              <w:jc w:val="center"/>
              <w:rPr>
                <w:rFonts w:cs="Times New Roman"/>
              </w:rPr>
            </w:pPr>
            <w:r w:rsidRPr="008A20D0">
              <w:rPr>
                <w:rFonts w:cs="Times New Roman"/>
                <w:sz w:val="20"/>
              </w:rPr>
              <w:t>0.02</w:t>
            </w:r>
          </w:p>
        </w:tc>
        <w:tc>
          <w:tcPr>
            <w:tcW w:w="1109" w:type="dxa"/>
            <w:vAlign w:val="center"/>
          </w:tcPr>
          <w:p w14:paraId="627C8A53"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69" w:type="dxa"/>
            <w:vAlign w:val="center"/>
          </w:tcPr>
          <w:p w14:paraId="5ED38085"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72F65D82" w14:textId="77777777" w:rsidR="00EE5F04" w:rsidRPr="008A20D0" w:rsidRDefault="00000000">
            <w:pPr>
              <w:spacing w:before="40" w:after="40" w:line="240" w:lineRule="auto"/>
              <w:jc w:val="center"/>
              <w:rPr>
                <w:rFonts w:cs="Times New Roman"/>
              </w:rPr>
            </w:pPr>
            <w:r w:rsidRPr="008A20D0">
              <w:rPr>
                <w:rFonts w:cs="Times New Roman"/>
                <w:sz w:val="20"/>
              </w:rPr>
              <w:t>0.75</w:t>
            </w:r>
          </w:p>
        </w:tc>
        <w:tc>
          <w:tcPr>
            <w:tcW w:w="1498" w:type="dxa"/>
            <w:vAlign w:val="center"/>
          </w:tcPr>
          <w:p w14:paraId="706E3358"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13DA0F83" w14:textId="77777777">
        <w:trPr>
          <w:cantSplit/>
          <w:jc w:val="center"/>
        </w:trPr>
        <w:tc>
          <w:tcPr>
            <w:tcW w:w="1008" w:type="dxa"/>
            <w:vAlign w:val="center"/>
          </w:tcPr>
          <w:p w14:paraId="024C0E1F" w14:textId="77777777" w:rsidR="00EE5F04" w:rsidRPr="008A20D0" w:rsidRDefault="00000000">
            <w:pPr>
              <w:spacing w:before="40" w:after="40" w:line="240" w:lineRule="auto"/>
              <w:jc w:val="center"/>
              <w:rPr>
                <w:rFonts w:cs="Times New Roman"/>
              </w:rPr>
            </w:pPr>
            <w:r w:rsidRPr="008A20D0">
              <w:rPr>
                <w:rFonts w:cs="Times New Roman"/>
                <w:sz w:val="20"/>
              </w:rPr>
              <w:t>X10</w:t>
            </w:r>
          </w:p>
        </w:tc>
        <w:tc>
          <w:tcPr>
            <w:tcW w:w="835" w:type="dxa"/>
            <w:vAlign w:val="center"/>
          </w:tcPr>
          <w:p w14:paraId="3AC65D48" w14:textId="77777777" w:rsidR="00EE5F04" w:rsidRPr="008A20D0" w:rsidRDefault="00000000">
            <w:pPr>
              <w:spacing w:before="40" w:after="40" w:line="240" w:lineRule="auto"/>
              <w:jc w:val="center"/>
              <w:rPr>
                <w:rFonts w:cs="Times New Roman"/>
              </w:rPr>
            </w:pPr>
            <w:r w:rsidRPr="008A20D0">
              <w:rPr>
                <w:rFonts w:cs="Times New Roman"/>
                <w:sz w:val="20"/>
              </w:rPr>
              <w:t>250</w:t>
            </w:r>
          </w:p>
        </w:tc>
        <w:tc>
          <w:tcPr>
            <w:tcW w:w="835" w:type="dxa"/>
            <w:vAlign w:val="center"/>
          </w:tcPr>
          <w:p w14:paraId="66F55877"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6D4FBEBF" w14:textId="77777777" w:rsidR="00EE5F04" w:rsidRPr="008A20D0" w:rsidRDefault="00000000">
            <w:pPr>
              <w:spacing w:before="40" w:after="40" w:line="240" w:lineRule="auto"/>
              <w:jc w:val="center"/>
              <w:rPr>
                <w:rFonts w:cs="Times New Roman"/>
              </w:rPr>
            </w:pPr>
            <w:r w:rsidRPr="008A20D0">
              <w:rPr>
                <w:rFonts w:cs="Times New Roman"/>
                <w:sz w:val="20"/>
              </w:rPr>
              <w:t>0.04</w:t>
            </w:r>
          </w:p>
        </w:tc>
        <w:tc>
          <w:tcPr>
            <w:tcW w:w="1109" w:type="dxa"/>
            <w:vAlign w:val="center"/>
          </w:tcPr>
          <w:p w14:paraId="27558659" w14:textId="77777777" w:rsidR="00EE5F04" w:rsidRPr="008A20D0" w:rsidRDefault="00000000">
            <w:pPr>
              <w:spacing w:before="40" w:after="40" w:line="240" w:lineRule="auto"/>
              <w:jc w:val="center"/>
              <w:rPr>
                <w:rFonts w:cs="Times New Roman"/>
              </w:rPr>
            </w:pPr>
            <w:r w:rsidRPr="008A20D0">
              <w:rPr>
                <w:rFonts w:cs="Times New Roman"/>
                <w:sz w:val="20"/>
              </w:rPr>
              <w:t>5</w:t>
            </w:r>
          </w:p>
        </w:tc>
        <w:tc>
          <w:tcPr>
            <w:tcW w:w="1469" w:type="dxa"/>
            <w:vAlign w:val="center"/>
          </w:tcPr>
          <w:p w14:paraId="170FB99C"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51504EC4" w14:textId="77777777" w:rsidR="00EE5F04" w:rsidRPr="008A20D0" w:rsidRDefault="00000000">
            <w:pPr>
              <w:spacing w:before="40" w:after="40" w:line="240" w:lineRule="auto"/>
              <w:jc w:val="center"/>
              <w:rPr>
                <w:rFonts w:cs="Times New Roman"/>
              </w:rPr>
            </w:pPr>
            <w:r w:rsidRPr="008A20D0">
              <w:rPr>
                <w:rFonts w:cs="Times New Roman"/>
                <w:sz w:val="20"/>
              </w:rPr>
              <w:t>0.75</w:t>
            </w:r>
          </w:p>
        </w:tc>
        <w:tc>
          <w:tcPr>
            <w:tcW w:w="1498" w:type="dxa"/>
            <w:vAlign w:val="center"/>
          </w:tcPr>
          <w:p w14:paraId="10EA9EC8"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42D61E4A" w14:textId="77777777">
        <w:trPr>
          <w:cantSplit/>
          <w:jc w:val="center"/>
        </w:trPr>
        <w:tc>
          <w:tcPr>
            <w:tcW w:w="1008" w:type="dxa"/>
            <w:vAlign w:val="center"/>
          </w:tcPr>
          <w:p w14:paraId="2F91D88D" w14:textId="77777777" w:rsidR="00EE5F04" w:rsidRPr="008A20D0" w:rsidRDefault="00000000">
            <w:pPr>
              <w:spacing w:before="40" w:after="40" w:line="240" w:lineRule="auto"/>
              <w:jc w:val="center"/>
              <w:rPr>
                <w:rFonts w:cs="Times New Roman"/>
              </w:rPr>
            </w:pPr>
            <w:r w:rsidRPr="008A20D0">
              <w:rPr>
                <w:rFonts w:cs="Times New Roman"/>
                <w:sz w:val="20"/>
              </w:rPr>
              <w:t>X11</w:t>
            </w:r>
          </w:p>
        </w:tc>
        <w:tc>
          <w:tcPr>
            <w:tcW w:w="835" w:type="dxa"/>
            <w:vAlign w:val="center"/>
          </w:tcPr>
          <w:p w14:paraId="092D6966" w14:textId="77777777" w:rsidR="00EE5F04" w:rsidRPr="008A20D0" w:rsidRDefault="00000000">
            <w:pPr>
              <w:spacing w:before="40" w:after="40" w:line="240" w:lineRule="auto"/>
              <w:jc w:val="center"/>
              <w:rPr>
                <w:rFonts w:cs="Times New Roman"/>
              </w:rPr>
            </w:pPr>
            <w:r w:rsidRPr="008A20D0">
              <w:rPr>
                <w:rFonts w:cs="Times New Roman"/>
                <w:sz w:val="20"/>
              </w:rPr>
              <w:t>350</w:t>
            </w:r>
          </w:p>
        </w:tc>
        <w:tc>
          <w:tcPr>
            <w:tcW w:w="835" w:type="dxa"/>
            <w:vAlign w:val="center"/>
          </w:tcPr>
          <w:p w14:paraId="2E312F2B" w14:textId="77777777" w:rsidR="00EE5F04" w:rsidRPr="008A20D0" w:rsidRDefault="00000000">
            <w:pPr>
              <w:spacing w:before="40" w:after="40" w:line="240" w:lineRule="auto"/>
              <w:jc w:val="center"/>
              <w:rPr>
                <w:rFonts w:cs="Times New Roman"/>
              </w:rPr>
            </w:pPr>
            <w:r w:rsidRPr="008A20D0">
              <w:rPr>
                <w:rFonts w:cs="Times New Roman"/>
                <w:sz w:val="20"/>
              </w:rPr>
              <w:t>3</w:t>
            </w:r>
          </w:p>
        </w:tc>
        <w:tc>
          <w:tcPr>
            <w:tcW w:w="1195" w:type="dxa"/>
            <w:vAlign w:val="center"/>
          </w:tcPr>
          <w:p w14:paraId="2FEB588B" w14:textId="77777777" w:rsidR="00EE5F04" w:rsidRPr="008A20D0" w:rsidRDefault="00000000">
            <w:pPr>
              <w:spacing w:before="40" w:after="40" w:line="240" w:lineRule="auto"/>
              <w:jc w:val="center"/>
              <w:rPr>
                <w:rFonts w:cs="Times New Roman"/>
              </w:rPr>
            </w:pPr>
            <w:r w:rsidRPr="008A20D0">
              <w:rPr>
                <w:rFonts w:cs="Times New Roman"/>
                <w:sz w:val="20"/>
              </w:rPr>
              <w:t>0.06</w:t>
            </w:r>
          </w:p>
        </w:tc>
        <w:tc>
          <w:tcPr>
            <w:tcW w:w="1109" w:type="dxa"/>
            <w:vAlign w:val="center"/>
          </w:tcPr>
          <w:p w14:paraId="72B090C1" w14:textId="77777777" w:rsidR="00EE5F04" w:rsidRPr="008A20D0" w:rsidRDefault="00000000">
            <w:pPr>
              <w:spacing w:before="40" w:after="40" w:line="240" w:lineRule="auto"/>
              <w:jc w:val="center"/>
              <w:rPr>
                <w:rFonts w:cs="Times New Roman"/>
              </w:rPr>
            </w:pPr>
            <w:r w:rsidRPr="008A20D0">
              <w:rPr>
                <w:rFonts w:cs="Times New Roman"/>
                <w:sz w:val="20"/>
              </w:rPr>
              <w:t>5</w:t>
            </w:r>
          </w:p>
        </w:tc>
        <w:tc>
          <w:tcPr>
            <w:tcW w:w="1469" w:type="dxa"/>
            <w:vAlign w:val="center"/>
          </w:tcPr>
          <w:p w14:paraId="7AAE2828"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11" w:type="dxa"/>
            <w:vAlign w:val="center"/>
          </w:tcPr>
          <w:p w14:paraId="0647840A"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98" w:type="dxa"/>
            <w:vAlign w:val="center"/>
          </w:tcPr>
          <w:p w14:paraId="00A130B4"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4986C357" w14:textId="77777777">
        <w:trPr>
          <w:cantSplit/>
          <w:jc w:val="center"/>
        </w:trPr>
        <w:tc>
          <w:tcPr>
            <w:tcW w:w="1008" w:type="dxa"/>
            <w:vAlign w:val="center"/>
          </w:tcPr>
          <w:p w14:paraId="2B54DFDE" w14:textId="77777777" w:rsidR="00EE5F04" w:rsidRPr="008A20D0" w:rsidRDefault="00000000">
            <w:pPr>
              <w:spacing w:before="40" w:after="40" w:line="240" w:lineRule="auto"/>
              <w:jc w:val="center"/>
              <w:rPr>
                <w:rFonts w:cs="Times New Roman"/>
              </w:rPr>
            </w:pPr>
            <w:r w:rsidRPr="008A20D0">
              <w:rPr>
                <w:rFonts w:cs="Times New Roman"/>
                <w:sz w:val="20"/>
              </w:rPr>
              <w:t>X12</w:t>
            </w:r>
          </w:p>
        </w:tc>
        <w:tc>
          <w:tcPr>
            <w:tcW w:w="835" w:type="dxa"/>
            <w:vAlign w:val="center"/>
          </w:tcPr>
          <w:p w14:paraId="721D0490" w14:textId="77777777" w:rsidR="00EE5F04" w:rsidRPr="008A20D0" w:rsidRDefault="00000000">
            <w:pPr>
              <w:spacing w:before="40" w:after="40" w:line="240" w:lineRule="auto"/>
              <w:jc w:val="center"/>
              <w:rPr>
                <w:rFonts w:cs="Times New Roman"/>
              </w:rPr>
            </w:pPr>
            <w:r w:rsidRPr="008A20D0">
              <w:rPr>
                <w:rFonts w:cs="Times New Roman"/>
                <w:sz w:val="20"/>
              </w:rPr>
              <w:t>250</w:t>
            </w:r>
          </w:p>
        </w:tc>
        <w:tc>
          <w:tcPr>
            <w:tcW w:w="835" w:type="dxa"/>
            <w:vAlign w:val="center"/>
          </w:tcPr>
          <w:p w14:paraId="5E44FC00"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1784773A" w14:textId="77777777" w:rsidR="00EE5F04" w:rsidRPr="008A20D0" w:rsidRDefault="00000000">
            <w:pPr>
              <w:spacing w:before="40" w:after="40" w:line="240" w:lineRule="auto"/>
              <w:jc w:val="center"/>
              <w:rPr>
                <w:rFonts w:cs="Times New Roman"/>
              </w:rPr>
            </w:pPr>
            <w:r w:rsidRPr="008A20D0">
              <w:rPr>
                <w:rFonts w:cs="Times New Roman"/>
                <w:sz w:val="20"/>
              </w:rPr>
              <w:t>0.06</w:t>
            </w:r>
          </w:p>
        </w:tc>
        <w:tc>
          <w:tcPr>
            <w:tcW w:w="1109" w:type="dxa"/>
            <w:vAlign w:val="center"/>
          </w:tcPr>
          <w:p w14:paraId="4FDE9CC6"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69" w:type="dxa"/>
            <w:vAlign w:val="center"/>
          </w:tcPr>
          <w:p w14:paraId="2A313451"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11" w:type="dxa"/>
            <w:vAlign w:val="center"/>
          </w:tcPr>
          <w:p w14:paraId="3CB0DFD7"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98" w:type="dxa"/>
            <w:vAlign w:val="center"/>
          </w:tcPr>
          <w:p w14:paraId="688821D4"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39C713E4" w14:textId="77777777">
        <w:trPr>
          <w:cantSplit/>
          <w:jc w:val="center"/>
        </w:trPr>
        <w:tc>
          <w:tcPr>
            <w:tcW w:w="1008" w:type="dxa"/>
            <w:vAlign w:val="center"/>
          </w:tcPr>
          <w:p w14:paraId="5200CE13" w14:textId="77777777" w:rsidR="00EE5F04" w:rsidRPr="008A20D0" w:rsidRDefault="00000000">
            <w:pPr>
              <w:spacing w:before="40" w:after="40" w:line="240" w:lineRule="auto"/>
              <w:jc w:val="center"/>
              <w:rPr>
                <w:rFonts w:cs="Times New Roman"/>
              </w:rPr>
            </w:pPr>
            <w:r w:rsidRPr="008A20D0">
              <w:rPr>
                <w:rFonts w:cs="Times New Roman"/>
                <w:sz w:val="20"/>
              </w:rPr>
              <w:t>X13</w:t>
            </w:r>
          </w:p>
        </w:tc>
        <w:tc>
          <w:tcPr>
            <w:tcW w:w="835" w:type="dxa"/>
            <w:vAlign w:val="center"/>
          </w:tcPr>
          <w:p w14:paraId="03EE9735" w14:textId="77777777" w:rsidR="00EE5F04" w:rsidRPr="008A20D0" w:rsidRDefault="00000000">
            <w:pPr>
              <w:spacing w:before="40" w:after="40" w:line="240" w:lineRule="auto"/>
              <w:jc w:val="center"/>
              <w:rPr>
                <w:rFonts w:cs="Times New Roman"/>
              </w:rPr>
            </w:pPr>
            <w:r w:rsidRPr="008A20D0">
              <w:rPr>
                <w:rFonts w:cs="Times New Roman"/>
                <w:sz w:val="20"/>
              </w:rPr>
              <w:t>350</w:t>
            </w:r>
          </w:p>
        </w:tc>
        <w:tc>
          <w:tcPr>
            <w:tcW w:w="835" w:type="dxa"/>
            <w:vAlign w:val="center"/>
          </w:tcPr>
          <w:p w14:paraId="732B79BC"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65EA04F3" w14:textId="77777777" w:rsidR="00EE5F04" w:rsidRPr="008A20D0" w:rsidRDefault="00000000">
            <w:pPr>
              <w:spacing w:before="40" w:after="40" w:line="240" w:lineRule="auto"/>
              <w:jc w:val="center"/>
              <w:rPr>
                <w:rFonts w:cs="Times New Roman"/>
              </w:rPr>
            </w:pPr>
            <w:r w:rsidRPr="008A20D0">
              <w:rPr>
                <w:rFonts w:cs="Times New Roman"/>
                <w:sz w:val="20"/>
              </w:rPr>
              <w:t>0.06</w:t>
            </w:r>
          </w:p>
        </w:tc>
        <w:tc>
          <w:tcPr>
            <w:tcW w:w="1109" w:type="dxa"/>
            <w:vAlign w:val="center"/>
          </w:tcPr>
          <w:p w14:paraId="5DCCCE98" w14:textId="77777777" w:rsidR="00EE5F04" w:rsidRPr="008A20D0" w:rsidRDefault="00000000">
            <w:pPr>
              <w:spacing w:before="40" w:after="40" w:line="240" w:lineRule="auto"/>
              <w:jc w:val="center"/>
              <w:rPr>
                <w:rFonts w:cs="Times New Roman"/>
              </w:rPr>
            </w:pPr>
            <w:r w:rsidRPr="008A20D0">
              <w:rPr>
                <w:rFonts w:cs="Times New Roman"/>
                <w:sz w:val="20"/>
              </w:rPr>
              <w:t>20</w:t>
            </w:r>
          </w:p>
        </w:tc>
        <w:tc>
          <w:tcPr>
            <w:tcW w:w="1469" w:type="dxa"/>
            <w:vAlign w:val="center"/>
          </w:tcPr>
          <w:p w14:paraId="151E81C7"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4E6559A0"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98" w:type="dxa"/>
            <w:vAlign w:val="center"/>
          </w:tcPr>
          <w:p w14:paraId="212C4105"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6DAD281D" w14:textId="77777777">
        <w:trPr>
          <w:cantSplit/>
          <w:jc w:val="center"/>
        </w:trPr>
        <w:tc>
          <w:tcPr>
            <w:tcW w:w="1008" w:type="dxa"/>
            <w:vAlign w:val="center"/>
          </w:tcPr>
          <w:p w14:paraId="2552D8B6" w14:textId="77777777" w:rsidR="00EE5F04" w:rsidRPr="008A20D0" w:rsidRDefault="00000000">
            <w:pPr>
              <w:spacing w:before="40" w:after="40" w:line="240" w:lineRule="auto"/>
              <w:jc w:val="center"/>
              <w:rPr>
                <w:rFonts w:cs="Times New Roman"/>
              </w:rPr>
            </w:pPr>
            <w:r w:rsidRPr="008A20D0">
              <w:rPr>
                <w:rFonts w:cs="Times New Roman"/>
                <w:sz w:val="20"/>
              </w:rPr>
              <w:t>X14</w:t>
            </w:r>
          </w:p>
        </w:tc>
        <w:tc>
          <w:tcPr>
            <w:tcW w:w="835" w:type="dxa"/>
            <w:vAlign w:val="center"/>
          </w:tcPr>
          <w:p w14:paraId="76509182" w14:textId="77777777" w:rsidR="00EE5F04" w:rsidRPr="008A20D0" w:rsidRDefault="00000000">
            <w:pPr>
              <w:spacing w:before="40" w:after="40" w:line="240" w:lineRule="auto"/>
              <w:jc w:val="center"/>
              <w:rPr>
                <w:rFonts w:cs="Times New Roman"/>
              </w:rPr>
            </w:pPr>
            <w:r w:rsidRPr="008A20D0">
              <w:rPr>
                <w:rFonts w:cs="Times New Roman"/>
                <w:sz w:val="20"/>
              </w:rPr>
              <w:t>150</w:t>
            </w:r>
          </w:p>
        </w:tc>
        <w:tc>
          <w:tcPr>
            <w:tcW w:w="835" w:type="dxa"/>
            <w:vAlign w:val="center"/>
          </w:tcPr>
          <w:p w14:paraId="0BEB2ECD"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586F2AA4" w14:textId="77777777" w:rsidR="00EE5F04" w:rsidRPr="008A20D0" w:rsidRDefault="00000000">
            <w:pPr>
              <w:spacing w:before="40" w:after="40" w:line="240" w:lineRule="auto"/>
              <w:jc w:val="center"/>
              <w:rPr>
                <w:rFonts w:cs="Times New Roman"/>
              </w:rPr>
            </w:pPr>
            <w:r w:rsidRPr="008A20D0">
              <w:rPr>
                <w:rFonts w:cs="Times New Roman"/>
                <w:sz w:val="20"/>
              </w:rPr>
              <w:t>0.04</w:t>
            </w:r>
          </w:p>
        </w:tc>
        <w:tc>
          <w:tcPr>
            <w:tcW w:w="1109" w:type="dxa"/>
            <w:vAlign w:val="center"/>
          </w:tcPr>
          <w:p w14:paraId="3BC3A9F3" w14:textId="77777777" w:rsidR="00EE5F04" w:rsidRPr="008A20D0" w:rsidRDefault="00000000">
            <w:pPr>
              <w:spacing w:before="40" w:after="40" w:line="240" w:lineRule="auto"/>
              <w:jc w:val="center"/>
              <w:rPr>
                <w:rFonts w:cs="Times New Roman"/>
              </w:rPr>
            </w:pPr>
            <w:r w:rsidRPr="008A20D0">
              <w:rPr>
                <w:rFonts w:cs="Times New Roman"/>
                <w:sz w:val="20"/>
              </w:rPr>
              <w:t>5</w:t>
            </w:r>
          </w:p>
        </w:tc>
        <w:tc>
          <w:tcPr>
            <w:tcW w:w="1469" w:type="dxa"/>
            <w:vAlign w:val="center"/>
          </w:tcPr>
          <w:p w14:paraId="5C5B96FB"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40BC14DE"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98" w:type="dxa"/>
            <w:vAlign w:val="center"/>
          </w:tcPr>
          <w:p w14:paraId="0A7961E4" w14:textId="77777777" w:rsidR="00EE5F04" w:rsidRPr="008A20D0" w:rsidRDefault="00000000">
            <w:pPr>
              <w:spacing w:before="40" w:after="40" w:line="240" w:lineRule="auto"/>
              <w:jc w:val="center"/>
              <w:rPr>
                <w:rFonts w:cs="Times New Roman"/>
              </w:rPr>
            </w:pPr>
            <w:r w:rsidRPr="008A20D0">
              <w:rPr>
                <w:rFonts w:cs="Times New Roman"/>
                <w:sz w:val="20"/>
              </w:rPr>
              <w:t>1</w:t>
            </w:r>
          </w:p>
        </w:tc>
      </w:tr>
      <w:tr w:rsidR="00EE5F04" w:rsidRPr="008A20D0" w14:paraId="47963BFB" w14:textId="77777777">
        <w:trPr>
          <w:cantSplit/>
          <w:jc w:val="center"/>
        </w:trPr>
        <w:tc>
          <w:tcPr>
            <w:tcW w:w="1008" w:type="dxa"/>
            <w:vAlign w:val="center"/>
          </w:tcPr>
          <w:p w14:paraId="26E8DAE5" w14:textId="77777777" w:rsidR="00EE5F04" w:rsidRPr="008A20D0" w:rsidRDefault="00000000">
            <w:pPr>
              <w:spacing w:before="40" w:after="40" w:line="240" w:lineRule="auto"/>
              <w:jc w:val="center"/>
              <w:rPr>
                <w:rFonts w:cs="Times New Roman"/>
              </w:rPr>
            </w:pPr>
            <w:r w:rsidRPr="008A20D0">
              <w:rPr>
                <w:rFonts w:cs="Times New Roman"/>
                <w:sz w:val="20"/>
              </w:rPr>
              <w:t>X15</w:t>
            </w:r>
          </w:p>
        </w:tc>
        <w:tc>
          <w:tcPr>
            <w:tcW w:w="835" w:type="dxa"/>
            <w:vAlign w:val="center"/>
          </w:tcPr>
          <w:p w14:paraId="4E224E7E" w14:textId="77777777" w:rsidR="00EE5F04" w:rsidRPr="008A20D0" w:rsidRDefault="00000000">
            <w:pPr>
              <w:spacing w:before="40" w:after="40" w:line="240" w:lineRule="auto"/>
              <w:jc w:val="center"/>
              <w:rPr>
                <w:rFonts w:cs="Times New Roman"/>
              </w:rPr>
            </w:pPr>
            <w:r w:rsidRPr="008A20D0">
              <w:rPr>
                <w:rFonts w:cs="Times New Roman"/>
                <w:sz w:val="20"/>
              </w:rPr>
              <w:t>350</w:t>
            </w:r>
          </w:p>
        </w:tc>
        <w:tc>
          <w:tcPr>
            <w:tcW w:w="835" w:type="dxa"/>
            <w:vAlign w:val="center"/>
          </w:tcPr>
          <w:p w14:paraId="152A26AC"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0D1A415F" w14:textId="77777777" w:rsidR="00EE5F04" w:rsidRPr="008A20D0" w:rsidRDefault="00000000">
            <w:pPr>
              <w:spacing w:before="40" w:after="40" w:line="240" w:lineRule="auto"/>
              <w:jc w:val="center"/>
              <w:rPr>
                <w:rFonts w:cs="Times New Roman"/>
              </w:rPr>
            </w:pPr>
            <w:r w:rsidRPr="008A20D0">
              <w:rPr>
                <w:rFonts w:cs="Times New Roman"/>
                <w:sz w:val="20"/>
              </w:rPr>
              <w:t>0.04</w:t>
            </w:r>
          </w:p>
        </w:tc>
        <w:tc>
          <w:tcPr>
            <w:tcW w:w="1109" w:type="dxa"/>
            <w:vAlign w:val="center"/>
          </w:tcPr>
          <w:p w14:paraId="434A856B"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69" w:type="dxa"/>
            <w:vAlign w:val="center"/>
          </w:tcPr>
          <w:p w14:paraId="1CED44A5"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11" w:type="dxa"/>
            <w:vAlign w:val="center"/>
          </w:tcPr>
          <w:p w14:paraId="556F418F" w14:textId="77777777" w:rsidR="00EE5F04" w:rsidRPr="008A20D0" w:rsidRDefault="00000000">
            <w:pPr>
              <w:spacing w:before="40" w:after="40" w:line="240" w:lineRule="auto"/>
              <w:jc w:val="center"/>
              <w:rPr>
                <w:rFonts w:cs="Times New Roman"/>
              </w:rPr>
            </w:pPr>
            <w:r w:rsidRPr="008A20D0">
              <w:rPr>
                <w:rFonts w:cs="Times New Roman"/>
                <w:sz w:val="20"/>
              </w:rPr>
              <w:t>0.75</w:t>
            </w:r>
          </w:p>
        </w:tc>
        <w:tc>
          <w:tcPr>
            <w:tcW w:w="1498" w:type="dxa"/>
            <w:vAlign w:val="center"/>
          </w:tcPr>
          <w:p w14:paraId="28330010"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23A16DED" w14:textId="77777777">
        <w:trPr>
          <w:cantSplit/>
          <w:jc w:val="center"/>
        </w:trPr>
        <w:tc>
          <w:tcPr>
            <w:tcW w:w="1008" w:type="dxa"/>
            <w:vAlign w:val="center"/>
          </w:tcPr>
          <w:p w14:paraId="6987E1AD" w14:textId="77777777" w:rsidR="00EE5F04" w:rsidRPr="008A20D0" w:rsidRDefault="00000000">
            <w:pPr>
              <w:spacing w:before="40" w:after="40" w:line="240" w:lineRule="auto"/>
              <w:jc w:val="center"/>
              <w:rPr>
                <w:rFonts w:cs="Times New Roman"/>
              </w:rPr>
            </w:pPr>
            <w:r w:rsidRPr="008A20D0">
              <w:rPr>
                <w:rFonts w:cs="Times New Roman"/>
                <w:sz w:val="20"/>
              </w:rPr>
              <w:t>X16</w:t>
            </w:r>
          </w:p>
        </w:tc>
        <w:tc>
          <w:tcPr>
            <w:tcW w:w="835" w:type="dxa"/>
            <w:vAlign w:val="center"/>
          </w:tcPr>
          <w:p w14:paraId="1CE98D5B" w14:textId="77777777" w:rsidR="00EE5F04" w:rsidRPr="008A20D0" w:rsidRDefault="00000000">
            <w:pPr>
              <w:spacing w:before="40" w:after="40" w:line="240" w:lineRule="auto"/>
              <w:jc w:val="center"/>
              <w:rPr>
                <w:rFonts w:cs="Times New Roman"/>
              </w:rPr>
            </w:pPr>
            <w:r w:rsidRPr="008A20D0">
              <w:rPr>
                <w:rFonts w:cs="Times New Roman"/>
                <w:sz w:val="20"/>
              </w:rPr>
              <w:t>350</w:t>
            </w:r>
          </w:p>
        </w:tc>
        <w:tc>
          <w:tcPr>
            <w:tcW w:w="835" w:type="dxa"/>
            <w:vAlign w:val="center"/>
          </w:tcPr>
          <w:p w14:paraId="46E097ED"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31313DF5" w14:textId="77777777" w:rsidR="00EE5F04" w:rsidRPr="008A20D0" w:rsidRDefault="00000000">
            <w:pPr>
              <w:spacing w:before="40" w:after="40" w:line="240" w:lineRule="auto"/>
              <w:jc w:val="center"/>
              <w:rPr>
                <w:rFonts w:cs="Times New Roman"/>
              </w:rPr>
            </w:pPr>
            <w:r w:rsidRPr="008A20D0">
              <w:rPr>
                <w:rFonts w:cs="Times New Roman"/>
                <w:sz w:val="20"/>
              </w:rPr>
              <w:t>0.06</w:t>
            </w:r>
          </w:p>
        </w:tc>
        <w:tc>
          <w:tcPr>
            <w:tcW w:w="1109" w:type="dxa"/>
            <w:vAlign w:val="center"/>
          </w:tcPr>
          <w:p w14:paraId="4922B832"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69" w:type="dxa"/>
            <w:vAlign w:val="center"/>
          </w:tcPr>
          <w:p w14:paraId="540127FC"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11" w:type="dxa"/>
            <w:vAlign w:val="center"/>
          </w:tcPr>
          <w:p w14:paraId="4B67D5DF" w14:textId="77777777" w:rsidR="00EE5F04" w:rsidRPr="008A20D0" w:rsidRDefault="00000000">
            <w:pPr>
              <w:spacing w:before="40" w:after="40" w:line="240" w:lineRule="auto"/>
              <w:jc w:val="center"/>
              <w:rPr>
                <w:rFonts w:cs="Times New Roman"/>
              </w:rPr>
            </w:pPr>
            <w:r w:rsidRPr="008A20D0">
              <w:rPr>
                <w:rFonts w:cs="Times New Roman"/>
                <w:sz w:val="20"/>
              </w:rPr>
              <w:t>0.75</w:t>
            </w:r>
          </w:p>
        </w:tc>
        <w:tc>
          <w:tcPr>
            <w:tcW w:w="1498" w:type="dxa"/>
            <w:vAlign w:val="center"/>
          </w:tcPr>
          <w:p w14:paraId="6984B85B"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02193BEB" w14:textId="77777777">
        <w:trPr>
          <w:cantSplit/>
          <w:jc w:val="center"/>
        </w:trPr>
        <w:tc>
          <w:tcPr>
            <w:tcW w:w="1008" w:type="dxa"/>
            <w:vAlign w:val="center"/>
          </w:tcPr>
          <w:p w14:paraId="0302E209" w14:textId="77777777" w:rsidR="00EE5F04" w:rsidRPr="008A20D0" w:rsidRDefault="00000000">
            <w:pPr>
              <w:spacing w:before="40" w:after="40" w:line="240" w:lineRule="auto"/>
              <w:jc w:val="center"/>
              <w:rPr>
                <w:rFonts w:cs="Times New Roman"/>
              </w:rPr>
            </w:pPr>
            <w:r w:rsidRPr="008A20D0">
              <w:rPr>
                <w:rFonts w:cs="Times New Roman"/>
                <w:sz w:val="20"/>
              </w:rPr>
              <w:t>X17</w:t>
            </w:r>
          </w:p>
        </w:tc>
        <w:tc>
          <w:tcPr>
            <w:tcW w:w="835" w:type="dxa"/>
            <w:vAlign w:val="center"/>
          </w:tcPr>
          <w:p w14:paraId="20A62AF2" w14:textId="77777777" w:rsidR="00EE5F04" w:rsidRPr="008A20D0" w:rsidRDefault="00000000">
            <w:pPr>
              <w:spacing w:before="40" w:after="40" w:line="240" w:lineRule="auto"/>
              <w:jc w:val="center"/>
              <w:rPr>
                <w:rFonts w:cs="Times New Roman"/>
              </w:rPr>
            </w:pPr>
            <w:r w:rsidRPr="008A20D0">
              <w:rPr>
                <w:rFonts w:cs="Times New Roman"/>
                <w:sz w:val="20"/>
              </w:rPr>
              <w:t>250</w:t>
            </w:r>
          </w:p>
        </w:tc>
        <w:tc>
          <w:tcPr>
            <w:tcW w:w="835" w:type="dxa"/>
            <w:vAlign w:val="center"/>
          </w:tcPr>
          <w:p w14:paraId="21CA37D2"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65CC3CB8" w14:textId="77777777" w:rsidR="00EE5F04" w:rsidRPr="008A20D0" w:rsidRDefault="00000000">
            <w:pPr>
              <w:spacing w:before="40" w:after="40" w:line="240" w:lineRule="auto"/>
              <w:jc w:val="center"/>
              <w:rPr>
                <w:rFonts w:cs="Times New Roman"/>
              </w:rPr>
            </w:pPr>
            <w:r w:rsidRPr="008A20D0">
              <w:rPr>
                <w:rFonts w:cs="Times New Roman"/>
                <w:sz w:val="20"/>
              </w:rPr>
              <w:t>0.04</w:t>
            </w:r>
          </w:p>
        </w:tc>
        <w:tc>
          <w:tcPr>
            <w:tcW w:w="1109" w:type="dxa"/>
            <w:vAlign w:val="center"/>
          </w:tcPr>
          <w:p w14:paraId="674238FB" w14:textId="77777777" w:rsidR="00EE5F04" w:rsidRPr="008A20D0" w:rsidRDefault="00000000">
            <w:pPr>
              <w:spacing w:before="40" w:after="40" w:line="240" w:lineRule="auto"/>
              <w:jc w:val="center"/>
              <w:rPr>
                <w:rFonts w:cs="Times New Roman"/>
              </w:rPr>
            </w:pPr>
            <w:r w:rsidRPr="008A20D0">
              <w:rPr>
                <w:rFonts w:cs="Times New Roman"/>
                <w:sz w:val="20"/>
              </w:rPr>
              <w:t>5</w:t>
            </w:r>
          </w:p>
        </w:tc>
        <w:tc>
          <w:tcPr>
            <w:tcW w:w="1469" w:type="dxa"/>
            <w:vAlign w:val="center"/>
          </w:tcPr>
          <w:p w14:paraId="7290E2BA"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3B56E8D7"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98" w:type="dxa"/>
            <w:vAlign w:val="center"/>
          </w:tcPr>
          <w:p w14:paraId="102F4FE8"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6D21BDB0" w14:textId="77777777">
        <w:trPr>
          <w:cantSplit/>
          <w:jc w:val="center"/>
        </w:trPr>
        <w:tc>
          <w:tcPr>
            <w:tcW w:w="1008" w:type="dxa"/>
            <w:vAlign w:val="center"/>
          </w:tcPr>
          <w:p w14:paraId="1D1C6889" w14:textId="77777777" w:rsidR="00EE5F04" w:rsidRPr="008A20D0" w:rsidRDefault="00000000">
            <w:pPr>
              <w:spacing w:before="40" w:after="40" w:line="240" w:lineRule="auto"/>
              <w:jc w:val="center"/>
              <w:rPr>
                <w:rFonts w:cs="Times New Roman"/>
              </w:rPr>
            </w:pPr>
            <w:r w:rsidRPr="008A20D0">
              <w:rPr>
                <w:rFonts w:cs="Times New Roman"/>
                <w:sz w:val="20"/>
              </w:rPr>
              <w:t>X18</w:t>
            </w:r>
          </w:p>
        </w:tc>
        <w:tc>
          <w:tcPr>
            <w:tcW w:w="835" w:type="dxa"/>
            <w:vAlign w:val="center"/>
          </w:tcPr>
          <w:p w14:paraId="65E31228" w14:textId="77777777" w:rsidR="00EE5F04" w:rsidRPr="008A20D0" w:rsidRDefault="00000000">
            <w:pPr>
              <w:spacing w:before="40" w:after="40" w:line="240" w:lineRule="auto"/>
              <w:jc w:val="center"/>
              <w:rPr>
                <w:rFonts w:cs="Times New Roman"/>
              </w:rPr>
            </w:pPr>
            <w:r w:rsidRPr="008A20D0">
              <w:rPr>
                <w:rFonts w:cs="Times New Roman"/>
                <w:sz w:val="20"/>
              </w:rPr>
              <w:t>350</w:t>
            </w:r>
          </w:p>
        </w:tc>
        <w:tc>
          <w:tcPr>
            <w:tcW w:w="835" w:type="dxa"/>
            <w:vAlign w:val="center"/>
          </w:tcPr>
          <w:p w14:paraId="533C76D3" w14:textId="77777777" w:rsidR="00EE5F04" w:rsidRPr="008A20D0" w:rsidRDefault="00000000">
            <w:pPr>
              <w:spacing w:before="40" w:after="40" w:line="240" w:lineRule="auto"/>
              <w:jc w:val="center"/>
              <w:rPr>
                <w:rFonts w:cs="Times New Roman"/>
              </w:rPr>
            </w:pPr>
            <w:r w:rsidRPr="008A20D0">
              <w:rPr>
                <w:rFonts w:cs="Times New Roman"/>
                <w:sz w:val="20"/>
              </w:rPr>
              <w:t>2</w:t>
            </w:r>
          </w:p>
        </w:tc>
        <w:tc>
          <w:tcPr>
            <w:tcW w:w="1195" w:type="dxa"/>
            <w:vAlign w:val="center"/>
          </w:tcPr>
          <w:p w14:paraId="51A764E0" w14:textId="77777777" w:rsidR="00EE5F04" w:rsidRPr="008A20D0" w:rsidRDefault="00000000">
            <w:pPr>
              <w:spacing w:before="40" w:after="40" w:line="240" w:lineRule="auto"/>
              <w:jc w:val="center"/>
              <w:rPr>
                <w:rFonts w:cs="Times New Roman"/>
              </w:rPr>
            </w:pPr>
            <w:r w:rsidRPr="008A20D0">
              <w:rPr>
                <w:rFonts w:cs="Times New Roman"/>
                <w:sz w:val="20"/>
              </w:rPr>
              <w:t>0.02</w:t>
            </w:r>
          </w:p>
        </w:tc>
        <w:tc>
          <w:tcPr>
            <w:tcW w:w="1109" w:type="dxa"/>
            <w:vAlign w:val="center"/>
          </w:tcPr>
          <w:p w14:paraId="1DD5D89E"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69" w:type="dxa"/>
            <w:vAlign w:val="center"/>
          </w:tcPr>
          <w:p w14:paraId="2FE3E6D0"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551A82FE" w14:textId="77777777" w:rsidR="00EE5F04" w:rsidRPr="008A20D0" w:rsidRDefault="00000000">
            <w:pPr>
              <w:spacing w:before="40" w:after="40" w:line="240" w:lineRule="auto"/>
              <w:jc w:val="center"/>
              <w:rPr>
                <w:rFonts w:cs="Times New Roman"/>
              </w:rPr>
            </w:pPr>
            <w:r w:rsidRPr="008A20D0">
              <w:rPr>
                <w:rFonts w:cs="Times New Roman"/>
                <w:sz w:val="20"/>
              </w:rPr>
              <w:t>0.75</w:t>
            </w:r>
          </w:p>
        </w:tc>
        <w:tc>
          <w:tcPr>
            <w:tcW w:w="1498" w:type="dxa"/>
            <w:vAlign w:val="center"/>
          </w:tcPr>
          <w:p w14:paraId="75202469" w14:textId="77777777" w:rsidR="00EE5F04" w:rsidRPr="008A20D0" w:rsidRDefault="00000000">
            <w:pPr>
              <w:spacing w:before="40" w:after="40" w:line="240" w:lineRule="auto"/>
              <w:jc w:val="center"/>
              <w:rPr>
                <w:rFonts w:cs="Times New Roman"/>
              </w:rPr>
            </w:pPr>
            <w:r w:rsidRPr="008A20D0">
              <w:rPr>
                <w:rFonts w:cs="Times New Roman"/>
                <w:sz w:val="20"/>
              </w:rPr>
              <w:t>0.7</w:t>
            </w:r>
          </w:p>
        </w:tc>
      </w:tr>
      <w:tr w:rsidR="00EE5F04" w:rsidRPr="008A20D0" w14:paraId="348955A5" w14:textId="77777777">
        <w:trPr>
          <w:cantSplit/>
          <w:jc w:val="center"/>
        </w:trPr>
        <w:tc>
          <w:tcPr>
            <w:tcW w:w="1008" w:type="dxa"/>
            <w:vAlign w:val="center"/>
          </w:tcPr>
          <w:p w14:paraId="4276F85B" w14:textId="77777777" w:rsidR="00EE5F04" w:rsidRPr="008A20D0" w:rsidRDefault="00000000">
            <w:pPr>
              <w:spacing w:before="40" w:after="40" w:line="240" w:lineRule="auto"/>
              <w:jc w:val="center"/>
              <w:rPr>
                <w:rFonts w:cs="Times New Roman"/>
              </w:rPr>
            </w:pPr>
            <w:r w:rsidRPr="008A20D0">
              <w:rPr>
                <w:rFonts w:cs="Times New Roman"/>
                <w:sz w:val="20"/>
              </w:rPr>
              <w:t>X19</w:t>
            </w:r>
          </w:p>
        </w:tc>
        <w:tc>
          <w:tcPr>
            <w:tcW w:w="835" w:type="dxa"/>
            <w:vAlign w:val="center"/>
          </w:tcPr>
          <w:p w14:paraId="692298CB" w14:textId="77777777" w:rsidR="00EE5F04" w:rsidRPr="008A20D0" w:rsidRDefault="00000000">
            <w:pPr>
              <w:spacing w:before="40" w:after="40" w:line="240" w:lineRule="auto"/>
              <w:jc w:val="center"/>
              <w:rPr>
                <w:rFonts w:cs="Times New Roman"/>
              </w:rPr>
            </w:pPr>
            <w:r w:rsidRPr="008A20D0">
              <w:rPr>
                <w:rFonts w:cs="Times New Roman"/>
                <w:sz w:val="20"/>
              </w:rPr>
              <w:t>250</w:t>
            </w:r>
          </w:p>
        </w:tc>
        <w:tc>
          <w:tcPr>
            <w:tcW w:w="835" w:type="dxa"/>
            <w:vAlign w:val="center"/>
          </w:tcPr>
          <w:p w14:paraId="6F4C8680" w14:textId="77777777" w:rsidR="00EE5F04" w:rsidRPr="008A20D0" w:rsidRDefault="00000000">
            <w:pPr>
              <w:spacing w:before="40" w:after="40" w:line="240" w:lineRule="auto"/>
              <w:jc w:val="center"/>
              <w:rPr>
                <w:rFonts w:cs="Times New Roman"/>
              </w:rPr>
            </w:pPr>
            <w:r w:rsidRPr="008A20D0">
              <w:rPr>
                <w:rFonts w:cs="Times New Roman"/>
                <w:sz w:val="20"/>
              </w:rPr>
              <w:t>3</w:t>
            </w:r>
          </w:p>
        </w:tc>
        <w:tc>
          <w:tcPr>
            <w:tcW w:w="1195" w:type="dxa"/>
            <w:vAlign w:val="center"/>
          </w:tcPr>
          <w:p w14:paraId="65D0C5C6" w14:textId="77777777" w:rsidR="00EE5F04" w:rsidRPr="008A20D0" w:rsidRDefault="00000000">
            <w:pPr>
              <w:spacing w:before="40" w:after="40" w:line="240" w:lineRule="auto"/>
              <w:jc w:val="center"/>
              <w:rPr>
                <w:rFonts w:cs="Times New Roman"/>
              </w:rPr>
            </w:pPr>
            <w:r w:rsidRPr="008A20D0">
              <w:rPr>
                <w:rFonts w:cs="Times New Roman"/>
                <w:sz w:val="20"/>
              </w:rPr>
              <w:t>0.02</w:t>
            </w:r>
          </w:p>
        </w:tc>
        <w:tc>
          <w:tcPr>
            <w:tcW w:w="1109" w:type="dxa"/>
            <w:vAlign w:val="center"/>
          </w:tcPr>
          <w:p w14:paraId="15401EB7"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69" w:type="dxa"/>
            <w:vAlign w:val="center"/>
          </w:tcPr>
          <w:p w14:paraId="57E70787" w14:textId="77777777" w:rsidR="00EE5F04" w:rsidRPr="008A20D0" w:rsidRDefault="00000000">
            <w:pPr>
              <w:spacing w:before="40" w:after="40" w:line="240" w:lineRule="auto"/>
              <w:jc w:val="center"/>
              <w:rPr>
                <w:rFonts w:cs="Times New Roman"/>
              </w:rPr>
            </w:pPr>
            <w:r w:rsidRPr="008A20D0">
              <w:rPr>
                <w:rFonts w:cs="Times New Roman"/>
                <w:sz w:val="20"/>
              </w:rPr>
              <w:t>4</w:t>
            </w:r>
          </w:p>
        </w:tc>
        <w:tc>
          <w:tcPr>
            <w:tcW w:w="1411" w:type="dxa"/>
            <w:vAlign w:val="center"/>
          </w:tcPr>
          <w:p w14:paraId="5518B6F5" w14:textId="77777777" w:rsidR="00EE5F04" w:rsidRPr="008A20D0" w:rsidRDefault="00000000">
            <w:pPr>
              <w:spacing w:before="40" w:after="40" w:line="240" w:lineRule="auto"/>
              <w:jc w:val="center"/>
              <w:rPr>
                <w:rFonts w:cs="Times New Roman"/>
              </w:rPr>
            </w:pPr>
            <w:r w:rsidRPr="008A20D0">
              <w:rPr>
                <w:rFonts w:cs="Times New Roman"/>
                <w:sz w:val="20"/>
              </w:rPr>
              <w:t>1</w:t>
            </w:r>
          </w:p>
        </w:tc>
        <w:tc>
          <w:tcPr>
            <w:tcW w:w="1498" w:type="dxa"/>
            <w:vAlign w:val="center"/>
          </w:tcPr>
          <w:p w14:paraId="302FCAF1" w14:textId="77777777" w:rsidR="00EE5F04" w:rsidRPr="008A20D0" w:rsidRDefault="00000000">
            <w:pPr>
              <w:spacing w:before="40" w:after="40" w:line="240" w:lineRule="auto"/>
              <w:jc w:val="center"/>
              <w:rPr>
                <w:rFonts w:cs="Times New Roman"/>
              </w:rPr>
            </w:pPr>
            <w:r w:rsidRPr="008A20D0">
              <w:rPr>
                <w:rFonts w:cs="Times New Roman"/>
                <w:sz w:val="20"/>
              </w:rPr>
              <w:t>0.7</w:t>
            </w:r>
          </w:p>
        </w:tc>
      </w:tr>
    </w:tbl>
    <w:p w14:paraId="13A76978" w14:textId="77777777" w:rsidR="00EE5F04" w:rsidRPr="008A20D0" w:rsidRDefault="00000000">
      <w:pPr>
        <w:spacing w:after="100"/>
        <w:rPr>
          <w:rFonts w:cs="Times New Roman"/>
        </w:rPr>
      </w:pPr>
      <w:r w:rsidRPr="008A20D0">
        <w:rPr>
          <w:rFonts w:cs="Times New Roman"/>
          <w:sz w:val="20"/>
        </w:rPr>
        <w:t>Ridge candidates were C = 0.0001, 0.001, 0.01, 0.1, 1, and 10. X0–X19 identify the exact finite XGBoost candidates. Row sample and column sample correspond to subsample and colsample_bytree, respectively; L2 penalty is reg_lambda, and minimum child weight is min_child_weight. These candidates used no early stopping. The fixed permutation configuration was selected separately and need not be X0.</w:t>
      </w:r>
    </w:p>
    <w:p w14:paraId="1885E1DC"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Selected model configurations</w:t>
      </w:r>
    </w:p>
    <w:p w14:paraId="6336706A" w14:textId="77777777" w:rsidR="00EE5F04" w:rsidRPr="008A20D0" w:rsidRDefault="00000000">
      <w:pPr>
        <w:pStyle w:val="af7"/>
        <w:rPr>
          <w:rFonts w:cs="Times New Roman"/>
        </w:rPr>
      </w:pPr>
      <w:r w:rsidRPr="008A20D0">
        <w:rPr>
          <w:rFonts w:cs="Times New Roman"/>
        </w:rPr>
        <w:t>Table S3. Selected configurations by training partition</w:t>
      </w:r>
      <w:r w:rsidRPr="008A20D0">
        <w:rPr>
          <w:rFonts w:cs="Times New Roman"/>
        </w:rPr>
        <w:br/>
        <w:t>A. Main models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440"/>
        <w:gridCol w:w="936"/>
        <w:gridCol w:w="1397"/>
        <w:gridCol w:w="1397"/>
        <w:gridCol w:w="1397"/>
        <w:gridCol w:w="1397"/>
        <w:gridCol w:w="1397"/>
      </w:tblGrid>
      <w:tr w:rsidR="00EE5F04" w:rsidRPr="008A20D0" w14:paraId="163B2959" w14:textId="77777777">
        <w:trPr>
          <w:cantSplit/>
          <w:tblHeader/>
          <w:jc w:val="center"/>
        </w:trPr>
        <w:tc>
          <w:tcPr>
            <w:tcW w:w="1440" w:type="dxa"/>
            <w:vAlign w:val="center"/>
          </w:tcPr>
          <w:p w14:paraId="3A8374E4" w14:textId="77777777" w:rsidR="00EE5F04" w:rsidRPr="008A20D0" w:rsidRDefault="00000000">
            <w:pPr>
              <w:spacing w:before="40" w:after="40" w:line="240" w:lineRule="auto"/>
              <w:rPr>
                <w:rFonts w:cs="Times New Roman"/>
              </w:rPr>
            </w:pPr>
            <w:r w:rsidRPr="008A20D0">
              <w:rPr>
                <w:rFonts w:cs="Times New Roman"/>
                <w:b/>
                <w:sz w:val="20"/>
              </w:rPr>
              <w:t>Model</w:t>
            </w:r>
          </w:p>
        </w:tc>
        <w:tc>
          <w:tcPr>
            <w:tcW w:w="936" w:type="dxa"/>
            <w:vAlign w:val="center"/>
          </w:tcPr>
          <w:p w14:paraId="60281542" w14:textId="77777777" w:rsidR="00EE5F04" w:rsidRPr="008A20D0" w:rsidRDefault="00000000">
            <w:pPr>
              <w:spacing w:before="40" w:after="40" w:line="240" w:lineRule="auto"/>
              <w:jc w:val="center"/>
              <w:rPr>
                <w:rFonts w:cs="Times New Roman"/>
              </w:rPr>
            </w:pPr>
            <w:r w:rsidRPr="008A20D0">
              <w:rPr>
                <w:rFonts w:cs="Times New Roman"/>
                <w:b/>
                <w:sz w:val="20"/>
              </w:rPr>
              <w:t>Encoded</w:t>
            </w:r>
            <w:r w:rsidRPr="008A20D0">
              <w:rPr>
                <w:rFonts w:cs="Times New Roman"/>
                <w:b/>
                <w:sz w:val="20"/>
              </w:rPr>
              <w:br/>
              <w:t>features</w:t>
            </w:r>
          </w:p>
        </w:tc>
        <w:tc>
          <w:tcPr>
            <w:tcW w:w="1397" w:type="dxa"/>
            <w:vAlign w:val="center"/>
          </w:tcPr>
          <w:p w14:paraId="7CC47B49" w14:textId="77777777" w:rsidR="00EE5F04" w:rsidRPr="008A20D0" w:rsidRDefault="00000000">
            <w:pPr>
              <w:spacing w:before="40" w:after="40" w:line="240" w:lineRule="auto"/>
              <w:jc w:val="center"/>
              <w:rPr>
                <w:rFonts w:cs="Times New Roman"/>
              </w:rPr>
            </w:pPr>
            <w:r w:rsidRPr="008A20D0">
              <w:rPr>
                <w:rFonts w:cs="Times New Roman"/>
                <w:b/>
                <w:sz w:val="20"/>
              </w:rPr>
              <w:t>Fold 1</w:t>
            </w:r>
          </w:p>
        </w:tc>
        <w:tc>
          <w:tcPr>
            <w:tcW w:w="1397" w:type="dxa"/>
            <w:vAlign w:val="center"/>
          </w:tcPr>
          <w:p w14:paraId="18BA9875" w14:textId="77777777" w:rsidR="00EE5F04" w:rsidRPr="008A20D0" w:rsidRDefault="00000000">
            <w:pPr>
              <w:spacing w:before="40" w:after="40" w:line="240" w:lineRule="auto"/>
              <w:jc w:val="center"/>
              <w:rPr>
                <w:rFonts w:cs="Times New Roman"/>
              </w:rPr>
            </w:pPr>
            <w:r w:rsidRPr="008A20D0">
              <w:rPr>
                <w:rFonts w:cs="Times New Roman"/>
                <w:b/>
                <w:sz w:val="20"/>
              </w:rPr>
              <w:t>Fold 2</w:t>
            </w:r>
          </w:p>
        </w:tc>
        <w:tc>
          <w:tcPr>
            <w:tcW w:w="1397" w:type="dxa"/>
            <w:vAlign w:val="center"/>
          </w:tcPr>
          <w:p w14:paraId="49777A93" w14:textId="77777777" w:rsidR="00EE5F04" w:rsidRPr="008A20D0" w:rsidRDefault="00000000">
            <w:pPr>
              <w:spacing w:before="40" w:after="40" w:line="240" w:lineRule="auto"/>
              <w:jc w:val="center"/>
              <w:rPr>
                <w:rFonts w:cs="Times New Roman"/>
              </w:rPr>
            </w:pPr>
            <w:r w:rsidRPr="008A20D0">
              <w:rPr>
                <w:rFonts w:cs="Times New Roman"/>
                <w:b/>
                <w:sz w:val="20"/>
              </w:rPr>
              <w:t>Fold 3</w:t>
            </w:r>
          </w:p>
        </w:tc>
        <w:tc>
          <w:tcPr>
            <w:tcW w:w="1397" w:type="dxa"/>
            <w:vAlign w:val="center"/>
          </w:tcPr>
          <w:p w14:paraId="07A62A7B" w14:textId="77777777" w:rsidR="00EE5F04" w:rsidRPr="008A20D0" w:rsidRDefault="00000000">
            <w:pPr>
              <w:spacing w:before="40" w:after="40" w:line="240" w:lineRule="auto"/>
              <w:jc w:val="center"/>
              <w:rPr>
                <w:rFonts w:cs="Times New Roman"/>
              </w:rPr>
            </w:pPr>
            <w:r w:rsidRPr="008A20D0">
              <w:rPr>
                <w:rFonts w:cs="Times New Roman"/>
                <w:b/>
                <w:sz w:val="20"/>
              </w:rPr>
              <w:t>Fold 4</w:t>
            </w:r>
          </w:p>
        </w:tc>
        <w:tc>
          <w:tcPr>
            <w:tcW w:w="1397" w:type="dxa"/>
            <w:vAlign w:val="center"/>
          </w:tcPr>
          <w:p w14:paraId="0CB85254" w14:textId="77777777" w:rsidR="00EE5F04" w:rsidRPr="008A20D0" w:rsidRDefault="00000000">
            <w:pPr>
              <w:spacing w:before="40" w:after="40" w:line="240" w:lineRule="auto"/>
              <w:jc w:val="center"/>
              <w:rPr>
                <w:rFonts w:cs="Times New Roman"/>
              </w:rPr>
            </w:pPr>
            <w:r w:rsidRPr="008A20D0">
              <w:rPr>
                <w:rFonts w:cs="Times New Roman"/>
                <w:b/>
                <w:sz w:val="20"/>
              </w:rPr>
              <w:t>Fold 5</w:t>
            </w:r>
          </w:p>
        </w:tc>
      </w:tr>
      <w:tr w:rsidR="00EE5F04" w:rsidRPr="008A20D0" w14:paraId="2E2FA1C4" w14:textId="77777777">
        <w:trPr>
          <w:cantSplit/>
          <w:jc w:val="center"/>
        </w:trPr>
        <w:tc>
          <w:tcPr>
            <w:tcW w:w="1440" w:type="dxa"/>
            <w:vAlign w:val="center"/>
          </w:tcPr>
          <w:p w14:paraId="76AE0416" w14:textId="77777777" w:rsidR="00EE5F04" w:rsidRPr="008A20D0" w:rsidRDefault="00000000">
            <w:pPr>
              <w:spacing w:before="40" w:after="40" w:line="240" w:lineRule="auto"/>
              <w:rPr>
                <w:rFonts w:cs="Times New Roman"/>
              </w:rPr>
            </w:pPr>
            <w:r w:rsidRPr="008A20D0">
              <w:rPr>
                <w:rFonts w:cs="Times New Roman"/>
                <w:sz w:val="20"/>
              </w:rPr>
              <w:t>M0 Ridge</w:t>
            </w:r>
          </w:p>
        </w:tc>
        <w:tc>
          <w:tcPr>
            <w:tcW w:w="936" w:type="dxa"/>
            <w:vAlign w:val="center"/>
          </w:tcPr>
          <w:p w14:paraId="0CDFA825" w14:textId="77777777" w:rsidR="00EE5F04" w:rsidRPr="008A20D0" w:rsidRDefault="00000000">
            <w:pPr>
              <w:spacing w:before="40" w:after="40" w:line="240" w:lineRule="auto"/>
              <w:jc w:val="center"/>
              <w:rPr>
                <w:rFonts w:cs="Times New Roman"/>
              </w:rPr>
            </w:pPr>
            <w:r w:rsidRPr="008A20D0">
              <w:rPr>
                <w:rFonts w:cs="Times New Roman"/>
                <w:sz w:val="20"/>
              </w:rPr>
              <w:t>24</w:t>
            </w:r>
          </w:p>
        </w:tc>
        <w:tc>
          <w:tcPr>
            <w:tcW w:w="1397" w:type="dxa"/>
            <w:vAlign w:val="center"/>
          </w:tcPr>
          <w:p w14:paraId="7B42597F" w14:textId="77777777" w:rsidR="00EE5F04" w:rsidRPr="008A20D0" w:rsidRDefault="00000000">
            <w:pPr>
              <w:spacing w:before="40" w:after="40" w:line="240" w:lineRule="auto"/>
              <w:jc w:val="center"/>
              <w:rPr>
                <w:rFonts w:cs="Times New Roman"/>
              </w:rPr>
            </w:pPr>
            <w:r w:rsidRPr="008A20D0">
              <w:rPr>
                <w:rFonts w:cs="Times New Roman"/>
                <w:sz w:val="20"/>
              </w:rPr>
              <w:t>C=0.001</w:t>
            </w:r>
          </w:p>
        </w:tc>
        <w:tc>
          <w:tcPr>
            <w:tcW w:w="1397" w:type="dxa"/>
            <w:vAlign w:val="center"/>
          </w:tcPr>
          <w:p w14:paraId="3B7056F9"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5FC54F6B" w14:textId="77777777" w:rsidR="00EE5F04" w:rsidRPr="008A20D0" w:rsidRDefault="00000000">
            <w:pPr>
              <w:spacing w:before="40" w:after="40" w:line="240" w:lineRule="auto"/>
              <w:jc w:val="center"/>
              <w:rPr>
                <w:rFonts w:cs="Times New Roman"/>
              </w:rPr>
            </w:pPr>
            <w:r w:rsidRPr="008A20D0">
              <w:rPr>
                <w:rFonts w:cs="Times New Roman"/>
                <w:sz w:val="20"/>
              </w:rPr>
              <w:t>C=0.01</w:t>
            </w:r>
          </w:p>
        </w:tc>
        <w:tc>
          <w:tcPr>
            <w:tcW w:w="1397" w:type="dxa"/>
            <w:vAlign w:val="center"/>
          </w:tcPr>
          <w:p w14:paraId="2F84A838" w14:textId="77777777" w:rsidR="00EE5F04" w:rsidRPr="008A20D0" w:rsidRDefault="00000000">
            <w:pPr>
              <w:spacing w:before="40" w:after="40" w:line="240" w:lineRule="auto"/>
              <w:jc w:val="center"/>
              <w:rPr>
                <w:rFonts w:cs="Times New Roman"/>
              </w:rPr>
            </w:pPr>
            <w:r w:rsidRPr="008A20D0">
              <w:rPr>
                <w:rFonts w:cs="Times New Roman"/>
                <w:sz w:val="20"/>
              </w:rPr>
              <w:t>C=0.01</w:t>
            </w:r>
          </w:p>
        </w:tc>
        <w:tc>
          <w:tcPr>
            <w:tcW w:w="1397" w:type="dxa"/>
            <w:vAlign w:val="center"/>
          </w:tcPr>
          <w:p w14:paraId="0F3638D9" w14:textId="77777777" w:rsidR="00EE5F04" w:rsidRPr="008A20D0" w:rsidRDefault="00000000">
            <w:pPr>
              <w:spacing w:before="40" w:after="40" w:line="240" w:lineRule="auto"/>
              <w:jc w:val="center"/>
              <w:rPr>
                <w:rFonts w:cs="Times New Roman"/>
              </w:rPr>
            </w:pPr>
            <w:r w:rsidRPr="008A20D0">
              <w:rPr>
                <w:rFonts w:cs="Times New Roman"/>
                <w:sz w:val="20"/>
              </w:rPr>
              <w:t>C=0.01</w:t>
            </w:r>
          </w:p>
        </w:tc>
      </w:tr>
      <w:tr w:rsidR="00EE5F04" w:rsidRPr="008A20D0" w14:paraId="1587DAD1" w14:textId="77777777">
        <w:trPr>
          <w:cantSplit/>
          <w:jc w:val="center"/>
        </w:trPr>
        <w:tc>
          <w:tcPr>
            <w:tcW w:w="1440" w:type="dxa"/>
            <w:vAlign w:val="center"/>
          </w:tcPr>
          <w:p w14:paraId="745DBA3C" w14:textId="77777777" w:rsidR="00EE5F04" w:rsidRPr="008A20D0" w:rsidRDefault="00000000">
            <w:pPr>
              <w:spacing w:before="40" w:after="40" w:line="240" w:lineRule="auto"/>
              <w:rPr>
                <w:rFonts w:cs="Times New Roman"/>
              </w:rPr>
            </w:pPr>
            <w:r w:rsidRPr="008A20D0">
              <w:rPr>
                <w:rFonts w:cs="Times New Roman"/>
                <w:sz w:val="20"/>
              </w:rPr>
              <w:t>M1 Ridge</w:t>
            </w:r>
          </w:p>
        </w:tc>
        <w:tc>
          <w:tcPr>
            <w:tcW w:w="936" w:type="dxa"/>
            <w:vAlign w:val="center"/>
          </w:tcPr>
          <w:p w14:paraId="4ABE8E6D" w14:textId="77777777" w:rsidR="00EE5F04" w:rsidRPr="008A20D0" w:rsidRDefault="00000000">
            <w:pPr>
              <w:spacing w:before="40" w:after="40" w:line="240" w:lineRule="auto"/>
              <w:jc w:val="center"/>
              <w:rPr>
                <w:rFonts w:cs="Times New Roman"/>
              </w:rPr>
            </w:pPr>
            <w:r w:rsidRPr="008A20D0">
              <w:rPr>
                <w:rFonts w:cs="Times New Roman"/>
                <w:sz w:val="20"/>
              </w:rPr>
              <w:t>77</w:t>
            </w:r>
          </w:p>
        </w:tc>
        <w:tc>
          <w:tcPr>
            <w:tcW w:w="1397" w:type="dxa"/>
            <w:vAlign w:val="center"/>
          </w:tcPr>
          <w:p w14:paraId="0B6AC48B"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1A02ACEA"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73B04B1F"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4D3ED45B"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7E6576B4" w14:textId="77777777" w:rsidR="00EE5F04" w:rsidRPr="008A20D0" w:rsidRDefault="00000000">
            <w:pPr>
              <w:spacing w:before="40" w:after="40" w:line="240" w:lineRule="auto"/>
              <w:jc w:val="center"/>
              <w:rPr>
                <w:rFonts w:cs="Times New Roman"/>
              </w:rPr>
            </w:pPr>
            <w:r w:rsidRPr="008A20D0">
              <w:rPr>
                <w:rFonts w:cs="Times New Roman"/>
                <w:sz w:val="20"/>
              </w:rPr>
              <w:t>C=0.0001</w:t>
            </w:r>
          </w:p>
        </w:tc>
      </w:tr>
      <w:tr w:rsidR="00EE5F04" w:rsidRPr="008A20D0" w14:paraId="0E39F811" w14:textId="77777777">
        <w:trPr>
          <w:cantSplit/>
          <w:jc w:val="center"/>
        </w:trPr>
        <w:tc>
          <w:tcPr>
            <w:tcW w:w="1440" w:type="dxa"/>
            <w:vAlign w:val="center"/>
          </w:tcPr>
          <w:p w14:paraId="17E24E7B" w14:textId="77777777" w:rsidR="00EE5F04" w:rsidRPr="008A20D0" w:rsidRDefault="00000000">
            <w:pPr>
              <w:spacing w:before="40" w:after="40" w:line="240" w:lineRule="auto"/>
              <w:rPr>
                <w:rFonts w:cs="Times New Roman"/>
              </w:rPr>
            </w:pPr>
            <w:r w:rsidRPr="008A20D0">
              <w:rPr>
                <w:rFonts w:cs="Times New Roman"/>
                <w:sz w:val="20"/>
              </w:rPr>
              <w:t>M2 Ridge</w:t>
            </w:r>
          </w:p>
        </w:tc>
        <w:tc>
          <w:tcPr>
            <w:tcW w:w="936" w:type="dxa"/>
            <w:vAlign w:val="center"/>
          </w:tcPr>
          <w:p w14:paraId="5FE99441" w14:textId="77777777" w:rsidR="00EE5F04" w:rsidRPr="008A20D0" w:rsidRDefault="00000000">
            <w:pPr>
              <w:spacing w:before="40" w:after="40" w:line="240" w:lineRule="auto"/>
              <w:jc w:val="center"/>
              <w:rPr>
                <w:rFonts w:cs="Times New Roman"/>
              </w:rPr>
            </w:pPr>
            <w:r w:rsidRPr="008A20D0">
              <w:rPr>
                <w:rFonts w:cs="Times New Roman"/>
                <w:sz w:val="20"/>
              </w:rPr>
              <w:t>289</w:t>
            </w:r>
          </w:p>
        </w:tc>
        <w:tc>
          <w:tcPr>
            <w:tcW w:w="1397" w:type="dxa"/>
            <w:vAlign w:val="center"/>
          </w:tcPr>
          <w:p w14:paraId="1EE97E12"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7E96470F"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66311870" w14:textId="77777777" w:rsidR="00EE5F04" w:rsidRPr="008A20D0" w:rsidRDefault="00000000">
            <w:pPr>
              <w:spacing w:before="40" w:after="40" w:line="240" w:lineRule="auto"/>
              <w:jc w:val="center"/>
              <w:rPr>
                <w:rFonts w:cs="Times New Roman"/>
              </w:rPr>
            </w:pPr>
            <w:r w:rsidRPr="008A20D0">
              <w:rPr>
                <w:rFonts w:cs="Times New Roman"/>
                <w:sz w:val="20"/>
              </w:rPr>
              <w:t>C=0.1</w:t>
            </w:r>
          </w:p>
        </w:tc>
        <w:tc>
          <w:tcPr>
            <w:tcW w:w="1397" w:type="dxa"/>
            <w:vAlign w:val="center"/>
          </w:tcPr>
          <w:p w14:paraId="0483629F"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3F6B30BF" w14:textId="77777777" w:rsidR="00EE5F04" w:rsidRPr="008A20D0" w:rsidRDefault="00000000">
            <w:pPr>
              <w:spacing w:before="40" w:after="40" w:line="240" w:lineRule="auto"/>
              <w:jc w:val="center"/>
              <w:rPr>
                <w:rFonts w:cs="Times New Roman"/>
              </w:rPr>
            </w:pPr>
            <w:r w:rsidRPr="008A20D0">
              <w:rPr>
                <w:rFonts w:cs="Times New Roman"/>
                <w:sz w:val="20"/>
              </w:rPr>
              <w:t>C=0.1</w:t>
            </w:r>
          </w:p>
        </w:tc>
      </w:tr>
      <w:tr w:rsidR="00EE5F04" w:rsidRPr="008A20D0" w14:paraId="30431DDF" w14:textId="77777777">
        <w:trPr>
          <w:cantSplit/>
          <w:jc w:val="center"/>
        </w:trPr>
        <w:tc>
          <w:tcPr>
            <w:tcW w:w="1440" w:type="dxa"/>
            <w:vAlign w:val="center"/>
          </w:tcPr>
          <w:p w14:paraId="60EE4E22" w14:textId="77777777" w:rsidR="00EE5F04" w:rsidRPr="008A20D0" w:rsidRDefault="00000000">
            <w:pPr>
              <w:spacing w:before="40" w:after="40" w:line="240" w:lineRule="auto"/>
              <w:rPr>
                <w:rFonts w:cs="Times New Roman"/>
              </w:rPr>
            </w:pPr>
            <w:r w:rsidRPr="008A20D0">
              <w:rPr>
                <w:rFonts w:cs="Times New Roman"/>
                <w:sz w:val="20"/>
              </w:rPr>
              <w:t>M3 Ridge</w:t>
            </w:r>
          </w:p>
        </w:tc>
        <w:tc>
          <w:tcPr>
            <w:tcW w:w="936" w:type="dxa"/>
            <w:vAlign w:val="center"/>
          </w:tcPr>
          <w:p w14:paraId="313863C4" w14:textId="77777777" w:rsidR="00EE5F04" w:rsidRPr="008A20D0" w:rsidRDefault="00000000">
            <w:pPr>
              <w:spacing w:before="40" w:after="40" w:line="240" w:lineRule="auto"/>
              <w:jc w:val="center"/>
              <w:rPr>
                <w:rFonts w:cs="Times New Roman"/>
              </w:rPr>
            </w:pPr>
            <w:r w:rsidRPr="008A20D0">
              <w:rPr>
                <w:rFonts w:cs="Times New Roman"/>
                <w:sz w:val="20"/>
              </w:rPr>
              <w:t>1084</w:t>
            </w:r>
          </w:p>
        </w:tc>
        <w:tc>
          <w:tcPr>
            <w:tcW w:w="1397" w:type="dxa"/>
            <w:vAlign w:val="center"/>
          </w:tcPr>
          <w:p w14:paraId="5B5821E1"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5F18A01C"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4EC3372D"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32288D7E"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58C8F3F0" w14:textId="77777777" w:rsidR="00EE5F04" w:rsidRPr="008A20D0" w:rsidRDefault="00000000">
            <w:pPr>
              <w:spacing w:before="40" w:after="40" w:line="240" w:lineRule="auto"/>
              <w:jc w:val="center"/>
              <w:rPr>
                <w:rFonts w:cs="Times New Roman"/>
              </w:rPr>
            </w:pPr>
            <w:r w:rsidRPr="008A20D0">
              <w:rPr>
                <w:rFonts w:cs="Times New Roman"/>
                <w:sz w:val="20"/>
              </w:rPr>
              <w:t>C=0.0001</w:t>
            </w:r>
          </w:p>
        </w:tc>
      </w:tr>
      <w:tr w:rsidR="00EE5F04" w:rsidRPr="008A20D0" w14:paraId="11845BAB" w14:textId="77777777">
        <w:trPr>
          <w:cantSplit/>
          <w:jc w:val="center"/>
        </w:trPr>
        <w:tc>
          <w:tcPr>
            <w:tcW w:w="1440" w:type="dxa"/>
            <w:vAlign w:val="center"/>
          </w:tcPr>
          <w:p w14:paraId="19DDCC21" w14:textId="77777777" w:rsidR="00EE5F04" w:rsidRPr="008A20D0" w:rsidRDefault="00000000">
            <w:pPr>
              <w:spacing w:before="40" w:after="40" w:line="240" w:lineRule="auto"/>
              <w:rPr>
                <w:rFonts w:cs="Times New Roman"/>
              </w:rPr>
            </w:pPr>
            <w:r w:rsidRPr="008A20D0">
              <w:rPr>
                <w:rFonts w:cs="Times New Roman"/>
                <w:sz w:val="20"/>
              </w:rPr>
              <w:t>M0 XGB</w:t>
            </w:r>
          </w:p>
        </w:tc>
        <w:tc>
          <w:tcPr>
            <w:tcW w:w="936" w:type="dxa"/>
            <w:vAlign w:val="center"/>
          </w:tcPr>
          <w:p w14:paraId="6CECD8D7" w14:textId="77777777" w:rsidR="00EE5F04" w:rsidRPr="008A20D0" w:rsidRDefault="00000000">
            <w:pPr>
              <w:spacing w:before="40" w:after="40" w:line="240" w:lineRule="auto"/>
              <w:jc w:val="center"/>
              <w:rPr>
                <w:rFonts w:cs="Times New Roman"/>
              </w:rPr>
            </w:pPr>
            <w:r w:rsidRPr="008A20D0">
              <w:rPr>
                <w:rFonts w:cs="Times New Roman"/>
                <w:sz w:val="20"/>
              </w:rPr>
              <w:t>24</w:t>
            </w:r>
          </w:p>
        </w:tc>
        <w:tc>
          <w:tcPr>
            <w:tcW w:w="1397" w:type="dxa"/>
            <w:vAlign w:val="center"/>
          </w:tcPr>
          <w:p w14:paraId="55479B8D" w14:textId="77777777" w:rsidR="00EE5F04" w:rsidRPr="008A20D0" w:rsidRDefault="00000000">
            <w:pPr>
              <w:spacing w:before="40" w:after="40" w:line="240" w:lineRule="auto"/>
              <w:jc w:val="center"/>
              <w:rPr>
                <w:rFonts w:cs="Times New Roman"/>
              </w:rPr>
            </w:pPr>
            <w:r w:rsidRPr="008A20D0">
              <w:rPr>
                <w:rFonts w:cs="Times New Roman"/>
                <w:sz w:val="20"/>
              </w:rPr>
              <w:t>X2</w:t>
            </w:r>
          </w:p>
        </w:tc>
        <w:tc>
          <w:tcPr>
            <w:tcW w:w="1397" w:type="dxa"/>
            <w:vAlign w:val="center"/>
          </w:tcPr>
          <w:p w14:paraId="37275C58" w14:textId="77777777" w:rsidR="00EE5F04" w:rsidRPr="008A20D0" w:rsidRDefault="00000000">
            <w:pPr>
              <w:spacing w:before="40" w:after="40" w:line="240" w:lineRule="auto"/>
              <w:jc w:val="center"/>
              <w:rPr>
                <w:rFonts w:cs="Times New Roman"/>
              </w:rPr>
            </w:pPr>
            <w:r w:rsidRPr="008A20D0">
              <w:rPr>
                <w:rFonts w:cs="Times New Roman"/>
                <w:sz w:val="20"/>
              </w:rPr>
              <w:t>X16</w:t>
            </w:r>
          </w:p>
        </w:tc>
        <w:tc>
          <w:tcPr>
            <w:tcW w:w="1397" w:type="dxa"/>
            <w:vAlign w:val="center"/>
          </w:tcPr>
          <w:p w14:paraId="7C0E79ED" w14:textId="77777777" w:rsidR="00EE5F04" w:rsidRPr="008A20D0" w:rsidRDefault="00000000">
            <w:pPr>
              <w:spacing w:before="40" w:after="40" w:line="240" w:lineRule="auto"/>
              <w:jc w:val="center"/>
              <w:rPr>
                <w:rFonts w:cs="Times New Roman"/>
              </w:rPr>
            </w:pPr>
            <w:r w:rsidRPr="008A20D0">
              <w:rPr>
                <w:rFonts w:cs="Times New Roman"/>
                <w:sz w:val="20"/>
              </w:rPr>
              <w:t>X1</w:t>
            </w:r>
          </w:p>
        </w:tc>
        <w:tc>
          <w:tcPr>
            <w:tcW w:w="1397" w:type="dxa"/>
            <w:vAlign w:val="center"/>
          </w:tcPr>
          <w:p w14:paraId="526870C2" w14:textId="77777777" w:rsidR="00EE5F04" w:rsidRPr="008A20D0" w:rsidRDefault="00000000">
            <w:pPr>
              <w:spacing w:before="40" w:after="40" w:line="240" w:lineRule="auto"/>
              <w:jc w:val="center"/>
              <w:rPr>
                <w:rFonts w:cs="Times New Roman"/>
              </w:rPr>
            </w:pPr>
            <w:r w:rsidRPr="008A20D0">
              <w:rPr>
                <w:rFonts w:cs="Times New Roman"/>
                <w:sz w:val="20"/>
              </w:rPr>
              <w:t>X12</w:t>
            </w:r>
          </w:p>
        </w:tc>
        <w:tc>
          <w:tcPr>
            <w:tcW w:w="1397" w:type="dxa"/>
            <w:vAlign w:val="center"/>
          </w:tcPr>
          <w:p w14:paraId="0BBA9F77" w14:textId="77777777" w:rsidR="00EE5F04" w:rsidRPr="008A20D0" w:rsidRDefault="00000000">
            <w:pPr>
              <w:spacing w:before="40" w:after="40" w:line="240" w:lineRule="auto"/>
              <w:jc w:val="center"/>
              <w:rPr>
                <w:rFonts w:cs="Times New Roman"/>
              </w:rPr>
            </w:pPr>
            <w:r w:rsidRPr="008A20D0">
              <w:rPr>
                <w:rFonts w:cs="Times New Roman"/>
                <w:sz w:val="20"/>
              </w:rPr>
              <w:t>X7</w:t>
            </w:r>
          </w:p>
        </w:tc>
      </w:tr>
      <w:tr w:rsidR="00EE5F04" w:rsidRPr="008A20D0" w14:paraId="029DB617" w14:textId="77777777">
        <w:trPr>
          <w:cantSplit/>
          <w:jc w:val="center"/>
        </w:trPr>
        <w:tc>
          <w:tcPr>
            <w:tcW w:w="1440" w:type="dxa"/>
            <w:vAlign w:val="center"/>
          </w:tcPr>
          <w:p w14:paraId="1DBD74E2" w14:textId="77777777" w:rsidR="00EE5F04" w:rsidRPr="008A20D0" w:rsidRDefault="00000000">
            <w:pPr>
              <w:spacing w:before="40" w:after="40" w:line="240" w:lineRule="auto"/>
              <w:rPr>
                <w:rFonts w:cs="Times New Roman"/>
              </w:rPr>
            </w:pPr>
            <w:r w:rsidRPr="008A20D0">
              <w:rPr>
                <w:rFonts w:cs="Times New Roman"/>
                <w:sz w:val="20"/>
              </w:rPr>
              <w:t>M1 XGB</w:t>
            </w:r>
          </w:p>
        </w:tc>
        <w:tc>
          <w:tcPr>
            <w:tcW w:w="936" w:type="dxa"/>
            <w:vAlign w:val="center"/>
          </w:tcPr>
          <w:p w14:paraId="0839B9B4" w14:textId="77777777" w:rsidR="00EE5F04" w:rsidRPr="008A20D0" w:rsidRDefault="00000000">
            <w:pPr>
              <w:spacing w:before="40" w:after="40" w:line="240" w:lineRule="auto"/>
              <w:jc w:val="center"/>
              <w:rPr>
                <w:rFonts w:cs="Times New Roman"/>
              </w:rPr>
            </w:pPr>
            <w:r w:rsidRPr="008A20D0">
              <w:rPr>
                <w:rFonts w:cs="Times New Roman"/>
                <w:sz w:val="20"/>
              </w:rPr>
              <w:t>77</w:t>
            </w:r>
          </w:p>
        </w:tc>
        <w:tc>
          <w:tcPr>
            <w:tcW w:w="1397" w:type="dxa"/>
            <w:vAlign w:val="center"/>
          </w:tcPr>
          <w:p w14:paraId="2995D954" w14:textId="77777777" w:rsidR="00EE5F04" w:rsidRPr="008A20D0" w:rsidRDefault="00000000">
            <w:pPr>
              <w:spacing w:before="40" w:after="40" w:line="240" w:lineRule="auto"/>
              <w:jc w:val="center"/>
              <w:rPr>
                <w:rFonts w:cs="Times New Roman"/>
              </w:rPr>
            </w:pPr>
            <w:r w:rsidRPr="008A20D0">
              <w:rPr>
                <w:rFonts w:cs="Times New Roman"/>
                <w:sz w:val="20"/>
              </w:rPr>
              <w:t>X10</w:t>
            </w:r>
          </w:p>
        </w:tc>
        <w:tc>
          <w:tcPr>
            <w:tcW w:w="1397" w:type="dxa"/>
            <w:vAlign w:val="center"/>
          </w:tcPr>
          <w:p w14:paraId="74BF220F" w14:textId="77777777" w:rsidR="00EE5F04" w:rsidRPr="008A20D0" w:rsidRDefault="00000000">
            <w:pPr>
              <w:spacing w:before="40" w:after="40" w:line="240" w:lineRule="auto"/>
              <w:jc w:val="center"/>
              <w:rPr>
                <w:rFonts w:cs="Times New Roman"/>
              </w:rPr>
            </w:pPr>
            <w:r w:rsidRPr="008A20D0">
              <w:rPr>
                <w:rFonts w:cs="Times New Roman"/>
                <w:sz w:val="20"/>
              </w:rPr>
              <w:t>X2</w:t>
            </w:r>
          </w:p>
        </w:tc>
        <w:tc>
          <w:tcPr>
            <w:tcW w:w="1397" w:type="dxa"/>
            <w:vAlign w:val="center"/>
          </w:tcPr>
          <w:p w14:paraId="638AA2A4" w14:textId="77777777" w:rsidR="00EE5F04" w:rsidRPr="008A20D0" w:rsidRDefault="00000000">
            <w:pPr>
              <w:spacing w:before="40" w:after="40" w:line="240" w:lineRule="auto"/>
              <w:jc w:val="center"/>
              <w:rPr>
                <w:rFonts w:cs="Times New Roman"/>
              </w:rPr>
            </w:pPr>
            <w:r w:rsidRPr="008A20D0">
              <w:rPr>
                <w:rFonts w:cs="Times New Roman"/>
                <w:sz w:val="20"/>
              </w:rPr>
              <w:t>X6</w:t>
            </w:r>
          </w:p>
        </w:tc>
        <w:tc>
          <w:tcPr>
            <w:tcW w:w="1397" w:type="dxa"/>
            <w:vAlign w:val="center"/>
          </w:tcPr>
          <w:p w14:paraId="588E5DE5" w14:textId="77777777" w:rsidR="00EE5F04" w:rsidRPr="008A20D0" w:rsidRDefault="00000000">
            <w:pPr>
              <w:spacing w:before="40" w:after="40" w:line="240" w:lineRule="auto"/>
              <w:jc w:val="center"/>
              <w:rPr>
                <w:rFonts w:cs="Times New Roman"/>
              </w:rPr>
            </w:pPr>
            <w:r w:rsidRPr="008A20D0">
              <w:rPr>
                <w:rFonts w:cs="Times New Roman"/>
                <w:sz w:val="20"/>
              </w:rPr>
              <w:t>X3</w:t>
            </w:r>
          </w:p>
        </w:tc>
        <w:tc>
          <w:tcPr>
            <w:tcW w:w="1397" w:type="dxa"/>
            <w:vAlign w:val="center"/>
          </w:tcPr>
          <w:p w14:paraId="68B4FEBE" w14:textId="77777777" w:rsidR="00EE5F04" w:rsidRPr="008A20D0" w:rsidRDefault="00000000">
            <w:pPr>
              <w:spacing w:before="40" w:after="40" w:line="240" w:lineRule="auto"/>
              <w:jc w:val="center"/>
              <w:rPr>
                <w:rFonts w:cs="Times New Roman"/>
              </w:rPr>
            </w:pPr>
            <w:r w:rsidRPr="008A20D0">
              <w:rPr>
                <w:rFonts w:cs="Times New Roman"/>
                <w:sz w:val="20"/>
              </w:rPr>
              <w:t>X4</w:t>
            </w:r>
          </w:p>
        </w:tc>
      </w:tr>
      <w:tr w:rsidR="00EE5F04" w:rsidRPr="008A20D0" w14:paraId="641FB0EB" w14:textId="77777777">
        <w:trPr>
          <w:cantSplit/>
          <w:jc w:val="center"/>
        </w:trPr>
        <w:tc>
          <w:tcPr>
            <w:tcW w:w="1440" w:type="dxa"/>
            <w:vAlign w:val="center"/>
          </w:tcPr>
          <w:p w14:paraId="775F3584" w14:textId="77777777" w:rsidR="00EE5F04" w:rsidRPr="008A20D0" w:rsidRDefault="00000000">
            <w:pPr>
              <w:spacing w:before="40" w:after="40" w:line="240" w:lineRule="auto"/>
              <w:rPr>
                <w:rFonts w:cs="Times New Roman"/>
              </w:rPr>
            </w:pPr>
            <w:r w:rsidRPr="008A20D0">
              <w:rPr>
                <w:rFonts w:cs="Times New Roman"/>
                <w:sz w:val="20"/>
              </w:rPr>
              <w:t>M2 XGB</w:t>
            </w:r>
          </w:p>
        </w:tc>
        <w:tc>
          <w:tcPr>
            <w:tcW w:w="936" w:type="dxa"/>
            <w:vAlign w:val="center"/>
          </w:tcPr>
          <w:p w14:paraId="1A950CC2" w14:textId="77777777" w:rsidR="00EE5F04" w:rsidRPr="008A20D0" w:rsidRDefault="00000000">
            <w:pPr>
              <w:spacing w:before="40" w:after="40" w:line="240" w:lineRule="auto"/>
              <w:jc w:val="center"/>
              <w:rPr>
                <w:rFonts w:cs="Times New Roman"/>
              </w:rPr>
            </w:pPr>
            <w:r w:rsidRPr="008A20D0">
              <w:rPr>
                <w:rFonts w:cs="Times New Roman"/>
                <w:sz w:val="20"/>
              </w:rPr>
              <w:t>289</w:t>
            </w:r>
          </w:p>
        </w:tc>
        <w:tc>
          <w:tcPr>
            <w:tcW w:w="1397" w:type="dxa"/>
            <w:vAlign w:val="center"/>
          </w:tcPr>
          <w:p w14:paraId="631725FF" w14:textId="77777777" w:rsidR="00EE5F04" w:rsidRPr="008A20D0" w:rsidRDefault="00000000">
            <w:pPr>
              <w:spacing w:before="40" w:after="40" w:line="240" w:lineRule="auto"/>
              <w:jc w:val="center"/>
              <w:rPr>
                <w:rFonts w:cs="Times New Roman"/>
              </w:rPr>
            </w:pPr>
            <w:r w:rsidRPr="008A20D0">
              <w:rPr>
                <w:rFonts w:cs="Times New Roman"/>
                <w:sz w:val="20"/>
              </w:rPr>
              <w:t>X9</w:t>
            </w:r>
          </w:p>
        </w:tc>
        <w:tc>
          <w:tcPr>
            <w:tcW w:w="1397" w:type="dxa"/>
            <w:vAlign w:val="center"/>
          </w:tcPr>
          <w:p w14:paraId="0A199855" w14:textId="77777777" w:rsidR="00EE5F04" w:rsidRPr="008A20D0" w:rsidRDefault="00000000">
            <w:pPr>
              <w:spacing w:before="40" w:after="40" w:line="240" w:lineRule="auto"/>
              <w:jc w:val="center"/>
              <w:rPr>
                <w:rFonts w:cs="Times New Roman"/>
              </w:rPr>
            </w:pPr>
            <w:r w:rsidRPr="008A20D0">
              <w:rPr>
                <w:rFonts w:cs="Times New Roman"/>
                <w:sz w:val="20"/>
              </w:rPr>
              <w:t>X10</w:t>
            </w:r>
          </w:p>
        </w:tc>
        <w:tc>
          <w:tcPr>
            <w:tcW w:w="1397" w:type="dxa"/>
            <w:vAlign w:val="center"/>
          </w:tcPr>
          <w:p w14:paraId="12F5AF8D" w14:textId="77777777" w:rsidR="00EE5F04" w:rsidRPr="008A20D0" w:rsidRDefault="00000000">
            <w:pPr>
              <w:spacing w:before="40" w:after="40" w:line="240" w:lineRule="auto"/>
              <w:jc w:val="center"/>
              <w:rPr>
                <w:rFonts w:cs="Times New Roman"/>
              </w:rPr>
            </w:pPr>
            <w:r w:rsidRPr="008A20D0">
              <w:rPr>
                <w:rFonts w:cs="Times New Roman"/>
                <w:sz w:val="20"/>
              </w:rPr>
              <w:t>X3</w:t>
            </w:r>
          </w:p>
        </w:tc>
        <w:tc>
          <w:tcPr>
            <w:tcW w:w="1397" w:type="dxa"/>
            <w:vAlign w:val="center"/>
          </w:tcPr>
          <w:p w14:paraId="765C7050" w14:textId="77777777" w:rsidR="00EE5F04" w:rsidRPr="008A20D0" w:rsidRDefault="00000000">
            <w:pPr>
              <w:spacing w:before="40" w:after="40" w:line="240" w:lineRule="auto"/>
              <w:jc w:val="center"/>
              <w:rPr>
                <w:rFonts w:cs="Times New Roman"/>
              </w:rPr>
            </w:pPr>
            <w:r w:rsidRPr="008A20D0">
              <w:rPr>
                <w:rFonts w:cs="Times New Roman"/>
                <w:sz w:val="20"/>
              </w:rPr>
              <w:t>X15</w:t>
            </w:r>
          </w:p>
        </w:tc>
        <w:tc>
          <w:tcPr>
            <w:tcW w:w="1397" w:type="dxa"/>
            <w:vAlign w:val="center"/>
          </w:tcPr>
          <w:p w14:paraId="534DA0D3" w14:textId="77777777" w:rsidR="00EE5F04" w:rsidRPr="008A20D0" w:rsidRDefault="00000000">
            <w:pPr>
              <w:spacing w:before="40" w:after="40" w:line="240" w:lineRule="auto"/>
              <w:jc w:val="center"/>
              <w:rPr>
                <w:rFonts w:cs="Times New Roman"/>
              </w:rPr>
            </w:pPr>
            <w:r w:rsidRPr="008A20D0">
              <w:rPr>
                <w:rFonts w:cs="Times New Roman"/>
                <w:sz w:val="20"/>
              </w:rPr>
              <w:t>X4</w:t>
            </w:r>
          </w:p>
        </w:tc>
      </w:tr>
      <w:tr w:rsidR="00EE5F04" w:rsidRPr="008A20D0" w14:paraId="67F04C7F" w14:textId="77777777">
        <w:trPr>
          <w:cantSplit/>
          <w:jc w:val="center"/>
        </w:trPr>
        <w:tc>
          <w:tcPr>
            <w:tcW w:w="1440" w:type="dxa"/>
            <w:vAlign w:val="center"/>
          </w:tcPr>
          <w:p w14:paraId="2ED30149" w14:textId="77777777" w:rsidR="00EE5F04" w:rsidRPr="008A20D0" w:rsidRDefault="00000000">
            <w:pPr>
              <w:spacing w:before="40" w:after="40" w:line="240" w:lineRule="auto"/>
              <w:rPr>
                <w:rFonts w:cs="Times New Roman"/>
              </w:rPr>
            </w:pPr>
            <w:r w:rsidRPr="008A20D0">
              <w:rPr>
                <w:rFonts w:cs="Times New Roman"/>
                <w:sz w:val="20"/>
              </w:rPr>
              <w:t>M3 XGB</w:t>
            </w:r>
          </w:p>
        </w:tc>
        <w:tc>
          <w:tcPr>
            <w:tcW w:w="936" w:type="dxa"/>
            <w:vAlign w:val="center"/>
          </w:tcPr>
          <w:p w14:paraId="6FE52628" w14:textId="77777777" w:rsidR="00EE5F04" w:rsidRPr="008A20D0" w:rsidRDefault="00000000">
            <w:pPr>
              <w:spacing w:before="40" w:after="40" w:line="240" w:lineRule="auto"/>
              <w:jc w:val="center"/>
              <w:rPr>
                <w:rFonts w:cs="Times New Roman"/>
              </w:rPr>
            </w:pPr>
            <w:r w:rsidRPr="008A20D0">
              <w:rPr>
                <w:rFonts w:cs="Times New Roman"/>
                <w:sz w:val="20"/>
              </w:rPr>
              <w:t>1084</w:t>
            </w:r>
          </w:p>
        </w:tc>
        <w:tc>
          <w:tcPr>
            <w:tcW w:w="1397" w:type="dxa"/>
            <w:vAlign w:val="center"/>
          </w:tcPr>
          <w:p w14:paraId="44F5C82A" w14:textId="77777777" w:rsidR="00EE5F04" w:rsidRPr="008A20D0" w:rsidRDefault="00000000">
            <w:pPr>
              <w:spacing w:before="40" w:after="40" w:line="240" w:lineRule="auto"/>
              <w:jc w:val="center"/>
              <w:rPr>
                <w:rFonts w:cs="Times New Roman"/>
              </w:rPr>
            </w:pPr>
            <w:r w:rsidRPr="008A20D0">
              <w:rPr>
                <w:rFonts w:cs="Times New Roman"/>
                <w:sz w:val="20"/>
              </w:rPr>
              <w:t>X9</w:t>
            </w:r>
          </w:p>
        </w:tc>
        <w:tc>
          <w:tcPr>
            <w:tcW w:w="1397" w:type="dxa"/>
            <w:vAlign w:val="center"/>
          </w:tcPr>
          <w:p w14:paraId="240CC202" w14:textId="77777777" w:rsidR="00EE5F04" w:rsidRPr="008A20D0" w:rsidRDefault="00000000">
            <w:pPr>
              <w:spacing w:before="40" w:after="40" w:line="240" w:lineRule="auto"/>
              <w:jc w:val="center"/>
              <w:rPr>
                <w:rFonts w:cs="Times New Roman"/>
              </w:rPr>
            </w:pPr>
            <w:r w:rsidRPr="008A20D0">
              <w:rPr>
                <w:rFonts w:cs="Times New Roman"/>
                <w:sz w:val="20"/>
              </w:rPr>
              <w:t>X6</w:t>
            </w:r>
          </w:p>
        </w:tc>
        <w:tc>
          <w:tcPr>
            <w:tcW w:w="1397" w:type="dxa"/>
            <w:vAlign w:val="center"/>
          </w:tcPr>
          <w:p w14:paraId="187B9CE6" w14:textId="77777777" w:rsidR="00EE5F04" w:rsidRPr="008A20D0" w:rsidRDefault="00000000">
            <w:pPr>
              <w:spacing w:before="40" w:after="40" w:line="240" w:lineRule="auto"/>
              <w:jc w:val="center"/>
              <w:rPr>
                <w:rFonts w:cs="Times New Roman"/>
              </w:rPr>
            </w:pPr>
            <w:r w:rsidRPr="008A20D0">
              <w:rPr>
                <w:rFonts w:cs="Times New Roman"/>
                <w:sz w:val="20"/>
              </w:rPr>
              <w:t>X3</w:t>
            </w:r>
          </w:p>
        </w:tc>
        <w:tc>
          <w:tcPr>
            <w:tcW w:w="1397" w:type="dxa"/>
            <w:vAlign w:val="center"/>
          </w:tcPr>
          <w:p w14:paraId="593ED2AF" w14:textId="77777777" w:rsidR="00EE5F04" w:rsidRPr="008A20D0" w:rsidRDefault="00000000">
            <w:pPr>
              <w:spacing w:before="40" w:after="40" w:line="240" w:lineRule="auto"/>
              <w:jc w:val="center"/>
              <w:rPr>
                <w:rFonts w:cs="Times New Roman"/>
              </w:rPr>
            </w:pPr>
            <w:r w:rsidRPr="008A20D0">
              <w:rPr>
                <w:rFonts w:cs="Times New Roman"/>
                <w:sz w:val="20"/>
              </w:rPr>
              <w:t>X10</w:t>
            </w:r>
          </w:p>
        </w:tc>
        <w:tc>
          <w:tcPr>
            <w:tcW w:w="1397" w:type="dxa"/>
            <w:vAlign w:val="center"/>
          </w:tcPr>
          <w:p w14:paraId="5A256714" w14:textId="77777777" w:rsidR="00EE5F04" w:rsidRPr="008A20D0" w:rsidRDefault="00000000">
            <w:pPr>
              <w:spacing w:before="40" w:after="40" w:line="240" w:lineRule="auto"/>
              <w:jc w:val="center"/>
              <w:rPr>
                <w:rFonts w:cs="Times New Roman"/>
              </w:rPr>
            </w:pPr>
            <w:r w:rsidRPr="008A20D0">
              <w:rPr>
                <w:rFonts w:cs="Times New Roman"/>
                <w:sz w:val="20"/>
              </w:rPr>
              <w:t>X1</w:t>
            </w:r>
          </w:p>
        </w:tc>
      </w:tr>
    </w:tbl>
    <w:p w14:paraId="08B38300" w14:textId="77777777" w:rsidR="00EE5F04" w:rsidRPr="008A20D0" w:rsidRDefault="00000000">
      <w:pPr>
        <w:spacing w:after="100"/>
        <w:rPr>
          <w:rFonts w:cs="Times New Roman"/>
        </w:rPr>
      </w:pPr>
      <w:r w:rsidRPr="008A20D0">
        <w:rPr>
          <w:rFonts w:cs="Times New Roman"/>
          <w:sz w:val="20"/>
        </w:rPr>
        <w:t>Folds 1–5 correspond to saved fold indices 0–4. Training/test patient counts were 1,135/285, 1,136/284, 1,136/284, 1,137/283, and 1,136/284, respectively. C denotes Ridge inverse regularization strength; X labels refer to Table S2. Encoded features include the training-derived categorical columns. Inner selection scores are not unbiased performance estimates.</w:t>
      </w:r>
    </w:p>
    <w:p w14:paraId="69B548D3" w14:textId="77777777" w:rsidR="00EE5F04" w:rsidRPr="008A20D0" w:rsidRDefault="00000000">
      <w:pPr>
        <w:pStyle w:val="af7"/>
        <w:rPr>
          <w:rFonts w:cs="Times New Roman"/>
        </w:rPr>
      </w:pPr>
      <w:r w:rsidRPr="008A20D0">
        <w:rPr>
          <w:rFonts w:cs="Times New Roman"/>
        </w:rPr>
        <w:t>Table S3 (continued). B. Representation sensitivities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440"/>
        <w:gridCol w:w="936"/>
        <w:gridCol w:w="1397"/>
        <w:gridCol w:w="1397"/>
        <w:gridCol w:w="1397"/>
        <w:gridCol w:w="1397"/>
        <w:gridCol w:w="1397"/>
      </w:tblGrid>
      <w:tr w:rsidR="00EE5F04" w:rsidRPr="008A20D0" w14:paraId="7253CB99" w14:textId="77777777">
        <w:trPr>
          <w:cantSplit/>
          <w:tblHeader/>
          <w:jc w:val="center"/>
        </w:trPr>
        <w:tc>
          <w:tcPr>
            <w:tcW w:w="1440" w:type="dxa"/>
            <w:vAlign w:val="center"/>
          </w:tcPr>
          <w:p w14:paraId="6AB7BED6" w14:textId="77777777" w:rsidR="00EE5F04" w:rsidRPr="008A20D0" w:rsidRDefault="00000000">
            <w:pPr>
              <w:spacing w:before="40" w:after="40" w:line="240" w:lineRule="auto"/>
              <w:rPr>
                <w:rFonts w:cs="Times New Roman"/>
              </w:rPr>
            </w:pPr>
            <w:r w:rsidRPr="008A20D0">
              <w:rPr>
                <w:rFonts w:cs="Times New Roman"/>
                <w:b/>
                <w:sz w:val="20"/>
              </w:rPr>
              <w:t>Model</w:t>
            </w:r>
          </w:p>
        </w:tc>
        <w:tc>
          <w:tcPr>
            <w:tcW w:w="936" w:type="dxa"/>
            <w:vAlign w:val="center"/>
          </w:tcPr>
          <w:p w14:paraId="2620FF12" w14:textId="77777777" w:rsidR="00EE5F04" w:rsidRPr="008A20D0" w:rsidRDefault="00000000">
            <w:pPr>
              <w:spacing w:before="40" w:after="40" w:line="240" w:lineRule="auto"/>
              <w:jc w:val="center"/>
              <w:rPr>
                <w:rFonts w:cs="Times New Roman"/>
              </w:rPr>
            </w:pPr>
            <w:r w:rsidRPr="008A20D0">
              <w:rPr>
                <w:rFonts w:cs="Times New Roman"/>
                <w:b/>
                <w:sz w:val="20"/>
              </w:rPr>
              <w:t>Encoded</w:t>
            </w:r>
            <w:r w:rsidRPr="008A20D0">
              <w:rPr>
                <w:rFonts w:cs="Times New Roman"/>
                <w:b/>
                <w:sz w:val="20"/>
              </w:rPr>
              <w:br/>
              <w:t>features</w:t>
            </w:r>
          </w:p>
        </w:tc>
        <w:tc>
          <w:tcPr>
            <w:tcW w:w="1397" w:type="dxa"/>
            <w:vAlign w:val="center"/>
          </w:tcPr>
          <w:p w14:paraId="5AE61B85" w14:textId="77777777" w:rsidR="00EE5F04" w:rsidRPr="008A20D0" w:rsidRDefault="00000000">
            <w:pPr>
              <w:spacing w:before="40" w:after="40" w:line="240" w:lineRule="auto"/>
              <w:jc w:val="center"/>
              <w:rPr>
                <w:rFonts w:cs="Times New Roman"/>
              </w:rPr>
            </w:pPr>
            <w:r w:rsidRPr="008A20D0">
              <w:rPr>
                <w:rFonts w:cs="Times New Roman"/>
                <w:b/>
                <w:sz w:val="20"/>
              </w:rPr>
              <w:t>Fold 1</w:t>
            </w:r>
          </w:p>
        </w:tc>
        <w:tc>
          <w:tcPr>
            <w:tcW w:w="1397" w:type="dxa"/>
            <w:vAlign w:val="center"/>
          </w:tcPr>
          <w:p w14:paraId="48BAB02E" w14:textId="77777777" w:rsidR="00EE5F04" w:rsidRPr="008A20D0" w:rsidRDefault="00000000">
            <w:pPr>
              <w:spacing w:before="40" w:after="40" w:line="240" w:lineRule="auto"/>
              <w:jc w:val="center"/>
              <w:rPr>
                <w:rFonts w:cs="Times New Roman"/>
              </w:rPr>
            </w:pPr>
            <w:r w:rsidRPr="008A20D0">
              <w:rPr>
                <w:rFonts w:cs="Times New Roman"/>
                <w:b/>
                <w:sz w:val="20"/>
              </w:rPr>
              <w:t>Fold 2</w:t>
            </w:r>
          </w:p>
        </w:tc>
        <w:tc>
          <w:tcPr>
            <w:tcW w:w="1397" w:type="dxa"/>
            <w:vAlign w:val="center"/>
          </w:tcPr>
          <w:p w14:paraId="3D05C002" w14:textId="77777777" w:rsidR="00EE5F04" w:rsidRPr="008A20D0" w:rsidRDefault="00000000">
            <w:pPr>
              <w:spacing w:before="40" w:after="40" w:line="240" w:lineRule="auto"/>
              <w:jc w:val="center"/>
              <w:rPr>
                <w:rFonts w:cs="Times New Roman"/>
              </w:rPr>
            </w:pPr>
            <w:r w:rsidRPr="008A20D0">
              <w:rPr>
                <w:rFonts w:cs="Times New Roman"/>
                <w:b/>
                <w:sz w:val="20"/>
              </w:rPr>
              <w:t>Fold 3</w:t>
            </w:r>
          </w:p>
        </w:tc>
        <w:tc>
          <w:tcPr>
            <w:tcW w:w="1397" w:type="dxa"/>
            <w:vAlign w:val="center"/>
          </w:tcPr>
          <w:p w14:paraId="20A3EAC4" w14:textId="77777777" w:rsidR="00EE5F04" w:rsidRPr="008A20D0" w:rsidRDefault="00000000">
            <w:pPr>
              <w:spacing w:before="40" w:after="40" w:line="240" w:lineRule="auto"/>
              <w:jc w:val="center"/>
              <w:rPr>
                <w:rFonts w:cs="Times New Roman"/>
              </w:rPr>
            </w:pPr>
            <w:r w:rsidRPr="008A20D0">
              <w:rPr>
                <w:rFonts w:cs="Times New Roman"/>
                <w:b/>
                <w:sz w:val="20"/>
              </w:rPr>
              <w:t>Fold 4</w:t>
            </w:r>
          </w:p>
        </w:tc>
        <w:tc>
          <w:tcPr>
            <w:tcW w:w="1397" w:type="dxa"/>
            <w:vAlign w:val="center"/>
          </w:tcPr>
          <w:p w14:paraId="4B72131B" w14:textId="77777777" w:rsidR="00EE5F04" w:rsidRPr="008A20D0" w:rsidRDefault="00000000">
            <w:pPr>
              <w:spacing w:before="40" w:after="40" w:line="240" w:lineRule="auto"/>
              <w:jc w:val="center"/>
              <w:rPr>
                <w:rFonts w:cs="Times New Roman"/>
              </w:rPr>
            </w:pPr>
            <w:r w:rsidRPr="008A20D0">
              <w:rPr>
                <w:rFonts w:cs="Times New Roman"/>
                <w:b/>
                <w:sz w:val="20"/>
              </w:rPr>
              <w:t>Fold 5</w:t>
            </w:r>
          </w:p>
        </w:tc>
      </w:tr>
      <w:tr w:rsidR="00EE5F04" w:rsidRPr="008A20D0" w14:paraId="740BF7A6" w14:textId="77777777">
        <w:trPr>
          <w:cantSplit/>
          <w:jc w:val="center"/>
        </w:trPr>
        <w:tc>
          <w:tcPr>
            <w:tcW w:w="1440" w:type="dxa"/>
            <w:vAlign w:val="center"/>
          </w:tcPr>
          <w:p w14:paraId="13B68FCA" w14:textId="77777777" w:rsidR="00EE5F04" w:rsidRPr="008A20D0" w:rsidRDefault="00000000">
            <w:pPr>
              <w:spacing w:before="40" w:after="40" w:line="240" w:lineRule="auto"/>
              <w:rPr>
                <w:rFonts w:cs="Times New Roman"/>
              </w:rPr>
            </w:pPr>
            <w:r w:rsidRPr="008A20D0">
              <w:rPr>
                <w:rFonts w:cs="Times New Roman"/>
                <w:sz w:val="20"/>
              </w:rPr>
              <w:t>Mask Ridge</w:t>
            </w:r>
          </w:p>
        </w:tc>
        <w:tc>
          <w:tcPr>
            <w:tcW w:w="936" w:type="dxa"/>
            <w:vAlign w:val="center"/>
          </w:tcPr>
          <w:p w14:paraId="5DB6FEBD" w14:textId="77777777" w:rsidR="00EE5F04" w:rsidRPr="008A20D0" w:rsidRDefault="00000000">
            <w:pPr>
              <w:spacing w:before="40" w:after="40" w:line="240" w:lineRule="auto"/>
              <w:jc w:val="center"/>
              <w:rPr>
                <w:rFonts w:cs="Times New Roman"/>
              </w:rPr>
            </w:pPr>
            <w:r w:rsidRPr="008A20D0">
              <w:rPr>
                <w:rFonts w:cs="Times New Roman"/>
                <w:sz w:val="20"/>
              </w:rPr>
              <w:t>1879</w:t>
            </w:r>
          </w:p>
        </w:tc>
        <w:tc>
          <w:tcPr>
            <w:tcW w:w="1397" w:type="dxa"/>
            <w:vAlign w:val="center"/>
          </w:tcPr>
          <w:p w14:paraId="50578801"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4909650E"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0876A9FF"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4B64624B"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651BBC19" w14:textId="77777777" w:rsidR="00EE5F04" w:rsidRPr="008A20D0" w:rsidRDefault="00000000">
            <w:pPr>
              <w:spacing w:before="40" w:after="40" w:line="240" w:lineRule="auto"/>
              <w:jc w:val="center"/>
              <w:rPr>
                <w:rFonts w:cs="Times New Roman"/>
              </w:rPr>
            </w:pPr>
            <w:r w:rsidRPr="008A20D0">
              <w:rPr>
                <w:rFonts w:cs="Times New Roman"/>
                <w:sz w:val="20"/>
              </w:rPr>
              <w:t>C=0.0001</w:t>
            </w:r>
          </w:p>
        </w:tc>
      </w:tr>
      <w:tr w:rsidR="00EE5F04" w:rsidRPr="008A20D0" w14:paraId="6771464D" w14:textId="77777777">
        <w:trPr>
          <w:cantSplit/>
          <w:jc w:val="center"/>
        </w:trPr>
        <w:tc>
          <w:tcPr>
            <w:tcW w:w="1440" w:type="dxa"/>
            <w:vAlign w:val="center"/>
          </w:tcPr>
          <w:p w14:paraId="0A28A314" w14:textId="77777777" w:rsidR="00EE5F04" w:rsidRPr="008A20D0" w:rsidRDefault="00000000">
            <w:pPr>
              <w:spacing w:before="40" w:after="40" w:line="240" w:lineRule="auto"/>
              <w:rPr>
                <w:rFonts w:cs="Times New Roman"/>
              </w:rPr>
            </w:pPr>
            <w:r w:rsidRPr="008A20D0">
              <w:rPr>
                <w:rFonts w:cs="Times New Roman"/>
                <w:sz w:val="20"/>
              </w:rPr>
              <w:t>Mask XGB</w:t>
            </w:r>
          </w:p>
        </w:tc>
        <w:tc>
          <w:tcPr>
            <w:tcW w:w="936" w:type="dxa"/>
            <w:vAlign w:val="center"/>
          </w:tcPr>
          <w:p w14:paraId="5404EED6" w14:textId="77777777" w:rsidR="00EE5F04" w:rsidRPr="008A20D0" w:rsidRDefault="00000000">
            <w:pPr>
              <w:spacing w:before="40" w:after="40" w:line="240" w:lineRule="auto"/>
              <w:jc w:val="center"/>
              <w:rPr>
                <w:rFonts w:cs="Times New Roman"/>
              </w:rPr>
            </w:pPr>
            <w:r w:rsidRPr="008A20D0">
              <w:rPr>
                <w:rFonts w:cs="Times New Roman"/>
                <w:sz w:val="20"/>
              </w:rPr>
              <w:t>1879</w:t>
            </w:r>
          </w:p>
        </w:tc>
        <w:tc>
          <w:tcPr>
            <w:tcW w:w="1397" w:type="dxa"/>
            <w:vAlign w:val="center"/>
          </w:tcPr>
          <w:p w14:paraId="5C4B66E6" w14:textId="77777777" w:rsidR="00EE5F04" w:rsidRPr="008A20D0" w:rsidRDefault="00000000">
            <w:pPr>
              <w:spacing w:before="40" w:after="40" w:line="240" w:lineRule="auto"/>
              <w:jc w:val="center"/>
              <w:rPr>
                <w:rFonts w:cs="Times New Roman"/>
              </w:rPr>
            </w:pPr>
            <w:r w:rsidRPr="008A20D0">
              <w:rPr>
                <w:rFonts w:cs="Times New Roman"/>
                <w:sz w:val="20"/>
              </w:rPr>
              <w:t>X18</w:t>
            </w:r>
          </w:p>
        </w:tc>
        <w:tc>
          <w:tcPr>
            <w:tcW w:w="1397" w:type="dxa"/>
            <w:vAlign w:val="center"/>
          </w:tcPr>
          <w:p w14:paraId="53B7799E" w14:textId="77777777" w:rsidR="00EE5F04" w:rsidRPr="008A20D0" w:rsidRDefault="00000000">
            <w:pPr>
              <w:spacing w:before="40" w:after="40" w:line="240" w:lineRule="auto"/>
              <w:jc w:val="center"/>
              <w:rPr>
                <w:rFonts w:cs="Times New Roman"/>
              </w:rPr>
            </w:pPr>
            <w:r w:rsidRPr="008A20D0">
              <w:rPr>
                <w:rFonts w:cs="Times New Roman"/>
                <w:sz w:val="20"/>
              </w:rPr>
              <w:t>X13</w:t>
            </w:r>
          </w:p>
        </w:tc>
        <w:tc>
          <w:tcPr>
            <w:tcW w:w="1397" w:type="dxa"/>
            <w:vAlign w:val="center"/>
          </w:tcPr>
          <w:p w14:paraId="40C18A19" w14:textId="77777777" w:rsidR="00EE5F04" w:rsidRPr="008A20D0" w:rsidRDefault="00000000">
            <w:pPr>
              <w:spacing w:before="40" w:after="40" w:line="240" w:lineRule="auto"/>
              <w:jc w:val="center"/>
              <w:rPr>
                <w:rFonts w:cs="Times New Roman"/>
              </w:rPr>
            </w:pPr>
            <w:r w:rsidRPr="008A20D0">
              <w:rPr>
                <w:rFonts w:cs="Times New Roman"/>
                <w:sz w:val="20"/>
              </w:rPr>
              <w:t>X3</w:t>
            </w:r>
          </w:p>
        </w:tc>
        <w:tc>
          <w:tcPr>
            <w:tcW w:w="1397" w:type="dxa"/>
            <w:vAlign w:val="center"/>
          </w:tcPr>
          <w:p w14:paraId="5BDBC9E8" w14:textId="77777777" w:rsidR="00EE5F04" w:rsidRPr="008A20D0" w:rsidRDefault="00000000">
            <w:pPr>
              <w:spacing w:before="40" w:after="40" w:line="240" w:lineRule="auto"/>
              <w:jc w:val="center"/>
              <w:rPr>
                <w:rFonts w:cs="Times New Roman"/>
              </w:rPr>
            </w:pPr>
            <w:r w:rsidRPr="008A20D0">
              <w:rPr>
                <w:rFonts w:cs="Times New Roman"/>
                <w:sz w:val="20"/>
              </w:rPr>
              <w:t>X0</w:t>
            </w:r>
          </w:p>
        </w:tc>
        <w:tc>
          <w:tcPr>
            <w:tcW w:w="1397" w:type="dxa"/>
            <w:vAlign w:val="center"/>
          </w:tcPr>
          <w:p w14:paraId="19DDA78B" w14:textId="77777777" w:rsidR="00EE5F04" w:rsidRPr="008A20D0" w:rsidRDefault="00000000">
            <w:pPr>
              <w:spacing w:before="40" w:after="40" w:line="240" w:lineRule="auto"/>
              <w:jc w:val="center"/>
              <w:rPr>
                <w:rFonts w:cs="Times New Roman"/>
              </w:rPr>
            </w:pPr>
            <w:r w:rsidRPr="008A20D0">
              <w:rPr>
                <w:rFonts w:cs="Times New Roman"/>
                <w:sz w:val="20"/>
              </w:rPr>
              <w:t>X7</w:t>
            </w:r>
          </w:p>
        </w:tc>
      </w:tr>
      <w:tr w:rsidR="00EE5F04" w:rsidRPr="008A20D0" w14:paraId="368DD3E9" w14:textId="77777777">
        <w:trPr>
          <w:cantSplit/>
          <w:jc w:val="center"/>
        </w:trPr>
        <w:tc>
          <w:tcPr>
            <w:tcW w:w="1440" w:type="dxa"/>
            <w:vAlign w:val="center"/>
          </w:tcPr>
          <w:p w14:paraId="7FA2EAC2" w14:textId="77777777" w:rsidR="00EE5F04" w:rsidRPr="008A20D0" w:rsidRDefault="00000000">
            <w:pPr>
              <w:spacing w:before="40" w:after="40" w:line="240" w:lineRule="auto"/>
              <w:rPr>
                <w:rFonts w:cs="Times New Roman"/>
              </w:rPr>
            </w:pPr>
            <w:r w:rsidRPr="008A20D0">
              <w:rPr>
                <w:rFonts w:cs="Times New Roman"/>
                <w:sz w:val="20"/>
              </w:rPr>
              <w:t>Mask + elapsed Ridge</w:t>
            </w:r>
          </w:p>
        </w:tc>
        <w:tc>
          <w:tcPr>
            <w:tcW w:w="936" w:type="dxa"/>
            <w:vAlign w:val="center"/>
          </w:tcPr>
          <w:p w14:paraId="28151F2C" w14:textId="77777777" w:rsidR="00EE5F04" w:rsidRPr="008A20D0" w:rsidRDefault="00000000">
            <w:pPr>
              <w:spacing w:before="40" w:after="40" w:line="240" w:lineRule="auto"/>
              <w:jc w:val="center"/>
              <w:rPr>
                <w:rFonts w:cs="Times New Roman"/>
              </w:rPr>
            </w:pPr>
            <w:r w:rsidRPr="008A20D0">
              <w:rPr>
                <w:rFonts w:cs="Times New Roman"/>
                <w:sz w:val="20"/>
              </w:rPr>
              <w:t>2674</w:t>
            </w:r>
          </w:p>
        </w:tc>
        <w:tc>
          <w:tcPr>
            <w:tcW w:w="1397" w:type="dxa"/>
            <w:vAlign w:val="center"/>
          </w:tcPr>
          <w:p w14:paraId="4D5996DA"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00FD080F"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062AD948" w14:textId="77777777" w:rsidR="00EE5F04" w:rsidRPr="008A20D0" w:rsidRDefault="00000000">
            <w:pPr>
              <w:spacing w:before="40" w:after="40" w:line="240" w:lineRule="auto"/>
              <w:jc w:val="center"/>
              <w:rPr>
                <w:rFonts w:cs="Times New Roman"/>
              </w:rPr>
            </w:pPr>
            <w:r w:rsidRPr="008A20D0">
              <w:rPr>
                <w:rFonts w:cs="Times New Roman"/>
                <w:sz w:val="20"/>
              </w:rPr>
              <w:t>C=0.001</w:t>
            </w:r>
          </w:p>
        </w:tc>
        <w:tc>
          <w:tcPr>
            <w:tcW w:w="1397" w:type="dxa"/>
            <w:vAlign w:val="center"/>
          </w:tcPr>
          <w:p w14:paraId="34DE4A9E"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4EE15BDC" w14:textId="77777777" w:rsidR="00EE5F04" w:rsidRPr="008A20D0" w:rsidRDefault="00000000">
            <w:pPr>
              <w:spacing w:before="40" w:after="40" w:line="240" w:lineRule="auto"/>
              <w:jc w:val="center"/>
              <w:rPr>
                <w:rFonts w:cs="Times New Roman"/>
              </w:rPr>
            </w:pPr>
            <w:r w:rsidRPr="008A20D0">
              <w:rPr>
                <w:rFonts w:cs="Times New Roman"/>
                <w:sz w:val="20"/>
              </w:rPr>
              <w:t>C=0.0001</w:t>
            </w:r>
          </w:p>
        </w:tc>
      </w:tr>
      <w:tr w:rsidR="00EE5F04" w:rsidRPr="008A20D0" w14:paraId="4AEFC195" w14:textId="77777777">
        <w:trPr>
          <w:cantSplit/>
          <w:jc w:val="center"/>
        </w:trPr>
        <w:tc>
          <w:tcPr>
            <w:tcW w:w="1440" w:type="dxa"/>
            <w:vAlign w:val="center"/>
          </w:tcPr>
          <w:p w14:paraId="7A0770A6" w14:textId="77777777" w:rsidR="00EE5F04" w:rsidRPr="008A20D0" w:rsidRDefault="00000000">
            <w:pPr>
              <w:spacing w:before="40" w:after="40" w:line="240" w:lineRule="auto"/>
              <w:rPr>
                <w:rFonts w:cs="Times New Roman"/>
              </w:rPr>
            </w:pPr>
            <w:r w:rsidRPr="008A20D0">
              <w:rPr>
                <w:rFonts w:cs="Times New Roman"/>
                <w:sz w:val="20"/>
              </w:rPr>
              <w:t>Mask + elapsed XGB</w:t>
            </w:r>
          </w:p>
        </w:tc>
        <w:tc>
          <w:tcPr>
            <w:tcW w:w="936" w:type="dxa"/>
            <w:vAlign w:val="center"/>
          </w:tcPr>
          <w:p w14:paraId="0A799CCD" w14:textId="77777777" w:rsidR="00EE5F04" w:rsidRPr="008A20D0" w:rsidRDefault="00000000">
            <w:pPr>
              <w:spacing w:before="40" w:after="40" w:line="240" w:lineRule="auto"/>
              <w:jc w:val="center"/>
              <w:rPr>
                <w:rFonts w:cs="Times New Roman"/>
              </w:rPr>
            </w:pPr>
            <w:r w:rsidRPr="008A20D0">
              <w:rPr>
                <w:rFonts w:cs="Times New Roman"/>
                <w:sz w:val="20"/>
              </w:rPr>
              <w:t>2674</w:t>
            </w:r>
          </w:p>
        </w:tc>
        <w:tc>
          <w:tcPr>
            <w:tcW w:w="1397" w:type="dxa"/>
            <w:vAlign w:val="center"/>
          </w:tcPr>
          <w:p w14:paraId="768107C3" w14:textId="77777777" w:rsidR="00EE5F04" w:rsidRPr="008A20D0" w:rsidRDefault="00000000">
            <w:pPr>
              <w:spacing w:before="40" w:after="40" w:line="240" w:lineRule="auto"/>
              <w:jc w:val="center"/>
              <w:rPr>
                <w:rFonts w:cs="Times New Roman"/>
              </w:rPr>
            </w:pPr>
            <w:r w:rsidRPr="008A20D0">
              <w:rPr>
                <w:rFonts w:cs="Times New Roman"/>
                <w:sz w:val="20"/>
              </w:rPr>
              <w:t>X9</w:t>
            </w:r>
          </w:p>
        </w:tc>
        <w:tc>
          <w:tcPr>
            <w:tcW w:w="1397" w:type="dxa"/>
            <w:vAlign w:val="center"/>
          </w:tcPr>
          <w:p w14:paraId="4F13B2E2" w14:textId="77777777" w:rsidR="00EE5F04" w:rsidRPr="008A20D0" w:rsidRDefault="00000000">
            <w:pPr>
              <w:spacing w:before="40" w:after="40" w:line="240" w:lineRule="auto"/>
              <w:jc w:val="center"/>
              <w:rPr>
                <w:rFonts w:cs="Times New Roman"/>
              </w:rPr>
            </w:pPr>
            <w:r w:rsidRPr="008A20D0">
              <w:rPr>
                <w:rFonts w:cs="Times New Roman"/>
                <w:sz w:val="20"/>
              </w:rPr>
              <w:t>X13</w:t>
            </w:r>
          </w:p>
        </w:tc>
        <w:tc>
          <w:tcPr>
            <w:tcW w:w="1397" w:type="dxa"/>
            <w:vAlign w:val="center"/>
          </w:tcPr>
          <w:p w14:paraId="41C2696F" w14:textId="77777777" w:rsidR="00EE5F04" w:rsidRPr="008A20D0" w:rsidRDefault="00000000">
            <w:pPr>
              <w:spacing w:before="40" w:after="40" w:line="240" w:lineRule="auto"/>
              <w:jc w:val="center"/>
              <w:rPr>
                <w:rFonts w:cs="Times New Roman"/>
              </w:rPr>
            </w:pPr>
            <w:r w:rsidRPr="008A20D0">
              <w:rPr>
                <w:rFonts w:cs="Times New Roman"/>
                <w:sz w:val="20"/>
              </w:rPr>
              <w:t>X0</w:t>
            </w:r>
          </w:p>
        </w:tc>
        <w:tc>
          <w:tcPr>
            <w:tcW w:w="1397" w:type="dxa"/>
            <w:vAlign w:val="center"/>
          </w:tcPr>
          <w:p w14:paraId="5A539F4A" w14:textId="77777777" w:rsidR="00EE5F04" w:rsidRPr="008A20D0" w:rsidRDefault="00000000">
            <w:pPr>
              <w:spacing w:before="40" w:after="40" w:line="240" w:lineRule="auto"/>
              <w:jc w:val="center"/>
              <w:rPr>
                <w:rFonts w:cs="Times New Roman"/>
              </w:rPr>
            </w:pPr>
            <w:r w:rsidRPr="008A20D0">
              <w:rPr>
                <w:rFonts w:cs="Times New Roman"/>
                <w:sz w:val="20"/>
              </w:rPr>
              <w:t>X10</w:t>
            </w:r>
          </w:p>
        </w:tc>
        <w:tc>
          <w:tcPr>
            <w:tcW w:w="1397" w:type="dxa"/>
            <w:vAlign w:val="center"/>
          </w:tcPr>
          <w:p w14:paraId="5512BD29" w14:textId="77777777" w:rsidR="00EE5F04" w:rsidRPr="008A20D0" w:rsidRDefault="00000000">
            <w:pPr>
              <w:spacing w:before="40" w:after="40" w:line="240" w:lineRule="auto"/>
              <w:jc w:val="center"/>
              <w:rPr>
                <w:rFonts w:cs="Times New Roman"/>
              </w:rPr>
            </w:pPr>
            <w:r w:rsidRPr="008A20D0">
              <w:rPr>
                <w:rFonts w:cs="Times New Roman"/>
                <w:sz w:val="20"/>
              </w:rPr>
              <w:t>X15</w:t>
            </w:r>
          </w:p>
        </w:tc>
      </w:tr>
      <w:tr w:rsidR="00EE5F04" w:rsidRPr="008A20D0" w14:paraId="3EA417B9" w14:textId="77777777">
        <w:trPr>
          <w:cantSplit/>
          <w:jc w:val="center"/>
        </w:trPr>
        <w:tc>
          <w:tcPr>
            <w:tcW w:w="1440" w:type="dxa"/>
            <w:vAlign w:val="center"/>
          </w:tcPr>
          <w:p w14:paraId="6AE25C59" w14:textId="77777777" w:rsidR="00EE5F04" w:rsidRPr="008A20D0" w:rsidRDefault="00000000">
            <w:pPr>
              <w:spacing w:before="40" w:after="40" w:line="240" w:lineRule="auto"/>
              <w:rPr>
                <w:rFonts w:cs="Times New Roman"/>
              </w:rPr>
            </w:pPr>
            <w:r w:rsidRPr="008A20D0">
              <w:rPr>
                <w:rFonts w:cs="Times New Roman"/>
                <w:sz w:val="20"/>
              </w:rPr>
              <w:t>M2 unscaled Ridge</w:t>
            </w:r>
          </w:p>
        </w:tc>
        <w:tc>
          <w:tcPr>
            <w:tcW w:w="936" w:type="dxa"/>
            <w:vAlign w:val="center"/>
          </w:tcPr>
          <w:p w14:paraId="08FDBFC4" w14:textId="77777777" w:rsidR="00EE5F04" w:rsidRPr="008A20D0" w:rsidRDefault="00000000">
            <w:pPr>
              <w:spacing w:before="40" w:after="40" w:line="240" w:lineRule="auto"/>
              <w:jc w:val="center"/>
              <w:rPr>
                <w:rFonts w:cs="Times New Roman"/>
              </w:rPr>
            </w:pPr>
            <w:r w:rsidRPr="008A20D0">
              <w:rPr>
                <w:rFonts w:cs="Times New Roman"/>
                <w:sz w:val="20"/>
              </w:rPr>
              <w:t>289</w:t>
            </w:r>
          </w:p>
        </w:tc>
        <w:tc>
          <w:tcPr>
            <w:tcW w:w="1397" w:type="dxa"/>
            <w:vAlign w:val="center"/>
          </w:tcPr>
          <w:p w14:paraId="09B27861"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1EC0E13B"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688D4C8E" w14:textId="77777777" w:rsidR="00EE5F04" w:rsidRPr="008A20D0" w:rsidRDefault="00000000">
            <w:pPr>
              <w:spacing w:before="40" w:after="40" w:line="240" w:lineRule="auto"/>
              <w:jc w:val="center"/>
              <w:rPr>
                <w:rFonts w:cs="Times New Roman"/>
              </w:rPr>
            </w:pPr>
            <w:r w:rsidRPr="008A20D0">
              <w:rPr>
                <w:rFonts w:cs="Times New Roman"/>
                <w:sz w:val="20"/>
              </w:rPr>
              <w:t>C=0.1</w:t>
            </w:r>
          </w:p>
        </w:tc>
        <w:tc>
          <w:tcPr>
            <w:tcW w:w="1397" w:type="dxa"/>
            <w:vAlign w:val="center"/>
          </w:tcPr>
          <w:p w14:paraId="0FBEBF4D" w14:textId="77777777" w:rsidR="00EE5F04" w:rsidRPr="008A20D0" w:rsidRDefault="00000000">
            <w:pPr>
              <w:spacing w:before="40" w:after="40" w:line="240" w:lineRule="auto"/>
              <w:jc w:val="center"/>
              <w:rPr>
                <w:rFonts w:cs="Times New Roman"/>
              </w:rPr>
            </w:pPr>
            <w:r w:rsidRPr="008A20D0">
              <w:rPr>
                <w:rFonts w:cs="Times New Roman"/>
                <w:sz w:val="20"/>
              </w:rPr>
              <w:t>C=0.0001</w:t>
            </w:r>
          </w:p>
        </w:tc>
        <w:tc>
          <w:tcPr>
            <w:tcW w:w="1397" w:type="dxa"/>
            <w:vAlign w:val="center"/>
          </w:tcPr>
          <w:p w14:paraId="23BDAD0A" w14:textId="77777777" w:rsidR="00EE5F04" w:rsidRPr="008A20D0" w:rsidRDefault="00000000">
            <w:pPr>
              <w:spacing w:before="40" w:after="40" w:line="240" w:lineRule="auto"/>
              <w:jc w:val="center"/>
              <w:rPr>
                <w:rFonts w:cs="Times New Roman"/>
              </w:rPr>
            </w:pPr>
            <w:r w:rsidRPr="008A20D0">
              <w:rPr>
                <w:rFonts w:cs="Times New Roman"/>
                <w:sz w:val="20"/>
              </w:rPr>
              <w:t>C=0.1</w:t>
            </w:r>
          </w:p>
        </w:tc>
      </w:tr>
      <w:tr w:rsidR="00EE5F04" w:rsidRPr="008A20D0" w14:paraId="4AC16DE4" w14:textId="77777777">
        <w:trPr>
          <w:cantSplit/>
          <w:jc w:val="center"/>
        </w:trPr>
        <w:tc>
          <w:tcPr>
            <w:tcW w:w="1440" w:type="dxa"/>
            <w:vAlign w:val="center"/>
          </w:tcPr>
          <w:p w14:paraId="382EEBCD" w14:textId="77777777" w:rsidR="00EE5F04" w:rsidRPr="008A20D0" w:rsidRDefault="00000000">
            <w:pPr>
              <w:spacing w:before="40" w:after="40" w:line="240" w:lineRule="auto"/>
              <w:rPr>
                <w:rFonts w:cs="Times New Roman"/>
              </w:rPr>
            </w:pPr>
            <w:r w:rsidRPr="008A20D0">
              <w:rPr>
                <w:rFonts w:cs="Times New Roman"/>
                <w:sz w:val="20"/>
              </w:rPr>
              <w:t>M2 unscaled XGB</w:t>
            </w:r>
          </w:p>
        </w:tc>
        <w:tc>
          <w:tcPr>
            <w:tcW w:w="936" w:type="dxa"/>
            <w:vAlign w:val="center"/>
          </w:tcPr>
          <w:p w14:paraId="7B18D7E8" w14:textId="77777777" w:rsidR="00EE5F04" w:rsidRPr="008A20D0" w:rsidRDefault="00000000">
            <w:pPr>
              <w:spacing w:before="40" w:after="40" w:line="240" w:lineRule="auto"/>
              <w:jc w:val="center"/>
              <w:rPr>
                <w:rFonts w:cs="Times New Roman"/>
              </w:rPr>
            </w:pPr>
            <w:r w:rsidRPr="008A20D0">
              <w:rPr>
                <w:rFonts w:cs="Times New Roman"/>
                <w:sz w:val="20"/>
              </w:rPr>
              <w:t>289</w:t>
            </w:r>
          </w:p>
        </w:tc>
        <w:tc>
          <w:tcPr>
            <w:tcW w:w="1397" w:type="dxa"/>
            <w:vAlign w:val="center"/>
          </w:tcPr>
          <w:p w14:paraId="031FE794" w14:textId="77777777" w:rsidR="00EE5F04" w:rsidRPr="008A20D0" w:rsidRDefault="00000000">
            <w:pPr>
              <w:spacing w:before="40" w:after="40" w:line="240" w:lineRule="auto"/>
              <w:jc w:val="center"/>
              <w:rPr>
                <w:rFonts w:cs="Times New Roman"/>
              </w:rPr>
            </w:pPr>
            <w:r w:rsidRPr="008A20D0">
              <w:rPr>
                <w:rFonts w:cs="Times New Roman"/>
                <w:sz w:val="20"/>
              </w:rPr>
              <w:t>X18</w:t>
            </w:r>
          </w:p>
        </w:tc>
        <w:tc>
          <w:tcPr>
            <w:tcW w:w="1397" w:type="dxa"/>
            <w:vAlign w:val="center"/>
          </w:tcPr>
          <w:p w14:paraId="7A03DBD3" w14:textId="77777777" w:rsidR="00EE5F04" w:rsidRPr="008A20D0" w:rsidRDefault="00000000">
            <w:pPr>
              <w:spacing w:before="40" w:after="40" w:line="240" w:lineRule="auto"/>
              <w:jc w:val="center"/>
              <w:rPr>
                <w:rFonts w:cs="Times New Roman"/>
              </w:rPr>
            </w:pPr>
            <w:r w:rsidRPr="008A20D0">
              <w:rPr>
                <w:rFonts w:cs="Times New Roman"/>
                <w:sz w:val="20"/>
              </w:rPr>
              <w:t>X4</w:t>
            </w:r>
          </w:p>
        </w:tc>
        <w:tc>
          <w:tcPr>
            <w:tcW w:w="1397" w:type="dxa"/>
            <w:vAlign w:val="center"/>
          </w:tcPr>
          <w:p w14:paraId="01151D4D" w14:textId="77777777" w:rsidR="00EE5F04" w:rsidRPr="008A20D0" w:rsidRDefault="00000000">
            <w:pPr>
              <w:spacing w:before="40" w:after="40" w:line="240" w:lineRule="auto"/>
              <w:jc w:val="center"/>
              <w:rPr>
                <w:rFonts w:cs="Times New Roman"/>
              </w:rPr>
            </w:pPr>
            <w:r w:rsidRPr="008A20D0">
              <w:rPr>
                <w:rFonts w:cs="Times New Roman"/>
                <w:sz w:val="20"/>
              </w:rPr>
              <w:t>X3</w:t>
            </w:r>
          </w:p>
        </w:tc>
        <w:tc>
          <w:tcPr>
            <w:tcW w:w="1397" w:type="dxa"/>
            <w:vAlign w:val="center"/>
          </w:tcPr>
          <w:p w14:paraId="2211CFE4" w14:textId="77777777" w:rsidR="00EE5F04" w:rsidRPr="008A20D0" w:rsidRDefault="00000000">
            <w:pPr>
              <w:spacing w:before="40" w:after="40" w:line="240" w:lineRule="auto"/>
              <w:jc w:val="center"/>
              <w:rPr>
                <w:rFonts w:cs="Times New Roman"/>
              </w:rPr>
            </w:pPr>
            <w:r w:rsidRPr="008A20D0">
              <w:rPr>
                <w:rFonts w:cs="Times New Roman"/>
                <w:sz w:val="20"/>
              </w:rPr>
              <w:t>X9</w:t>
            </w:r>
          </w:p>
        </w:tc>
        <w:tc>
          <w:tcPr>
            <w:tcW w:w="1397" w:type="dxa"/>
            <w:vAlign w:val="center"/>
          </w:tcPr>
          <w:p w14:paraId="20612B28" w14:textId="77777777" w:rsidR="00EE5F04" w:rsidRPr="008A20D0" w:rsidRDefault="00000000">
            <w:pPr>
              <w:spacing w:before="40" w:after="40" w:line="240" w:lineRule="auto"/>
              <w:jc w:val="center"/>
              <w:rPr>
                <w:rFonts w:cs="Times New Roman"/>
              </w:rPr>
            </w:pPr>
            <w:r w:rsidRPr="008A20D0">
              <w:rPr>
                <w:rFonts w:cs="Times New Roman"/>
                <w:sz w:val="20"/>
              </w:rPr>
              <w:t>X15</w:t>
            </w:r>
          </w:p>
        </w:tc>
      </w:tr>
    </w:tbl>
    <w:p w14:paraId="79A1A98A" w14:textId="77777777" w:rsidR="00EE5F04" w:rsidRPr="008A20D0" w:rsidRDefault="00000000">
      <w:pPr>
        <w:spacing w:after="100"/>
        <w:rPr>
          <w:rFonts w:cs="Times New Roman"/>
        </w:rPr>
      </w:pPr>
      <w:r w:rsidRPr="008A20D0">
        <w:rPr>
          <w:rFonts w:cs="Times New Roman"/>
          <w:sz w:val="20"/>
        </w:rPr>
        <w:t>Mask and mask + elapsed are additions to M3. M2 unscaled omits the two-test era standardization. Sensitivities used the same patient folds as the main analysis.</w:t>
      </w:r>
    </w:p>
    <w:p w14:paraId="49F21642"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Selected model configurations (continued)</w:t>
      </w:r>
    </w:p>
    <w:p w14:paraId="674CB705" w14:textId="77777777" w:rsidR="00EE5F04" w:rsidRPr="008A20D0" w:rsidRDefault="00000000">
      <w:pPr>
        <w:pStyle w:val="af7"/>
        <w:rPr>
          <w:rFonts w:cs="Times New Roman"/>
        </w:rPr>
      </w:pPr>
      <w:r w:rsidRPr="008A20D0">
        <w:rPr>
          <w:rFonts w:cs="Times New Roman"/>
        </w:rPr>
        <w:t>Table S3 (continued). C. Temporal training partitions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584"/>
        <w:gridCol w:w="1440"/>
        <w:gridCol w:w="1440"/>
        <w:gridCol w:w="1440"/>
        <w:gridCol w:w="1512"/>
        <w:gridCol w:w="1944"/>
      </w:tblGrid>
      <w:tr w:rsidR="00EE5F04" w:rsidRPr="008A20D0" w14:paraId="1EC5D98D" w14:textId="77777777">
        <w:trPr>
          <w:cantSplit/>
          <w:tblHeader/>
          <w:jc w:val="center"/>
        </w:trPr>
        <w:tc>
          <w:tcPr>
            <w:tcW w:w="1584" w:type="dxa"/>
            <w:vAlign w:val="center"/>
          </w:tcPr>
          <w:p w14:paraId="05161AE1" w14:textId="77777777" w:rsidR="00EE5F04" w:rsidRPr="008A20D0" w:rsidRDefault="00000000">
            <w:pPr>
              <w:spacing w:before="40" w:after="40" w:line="240" w:lineRule="auto"/>
              <w:rPr>
                <w:rFonts w:cs="Times New Roman"/>
              </w:rPr>
            </w:pPr>
            <w:r w:rsidRPr="008A20D0">
              <w:rPr>
                <w:rFonts w:cs="Times New Roman"/>
                <w:b/>
                <w:sz w:val="20"/>
              </w:rPr>
              <w:t>Test period</w:t>
            </w:r>
          </w:p>
        </w:tc>
        <w:tc>
          <w:tcPr>
            <w:tcW w:w="1440" w:type="dxa"/>
            <w:vAlign w:val="center"/>
          </w:tcPr>
          <w:p w14:paraId="3C11D7F8" w14:textId="77777777" w:rsidR="00EE5F04" w:rsidRPr="008A20D0" w:rsidRDefault="00000000">
            <w:pPr>
              <w:spacing w:before="40" w:after="40" w:line="240" w:lineRule="auto"/>
              <w:rPr>
                <w:rFonts w:cs="Times New Roman"/>
              </w:rPr>
            </w:pPr>
            <w:r w:rsidRPr="008A20D0">
              <w:rPr>
                <w:rFonts w:cs="Times New Roman"/>
                <w:b/>
                <w:sz w:val="20"/>
              </w:rPr>
              <w:t>Model</w:t>
            </w:r>
          </w:p>
        </w:tc>
        <w:tc>
          <w:tcPr>
            <w:tcW w:w="1440" w:type="dxa"/>
            <w:vAlign w:val="center"/>
          </w:tcPr>
          <w:p w14:paraId="139721B5" w14:textId="77777777" w:rsidR="00EE5F04" w:rsidRPr="008A20D0" w:rsidRDefault="00000000">
            <w:pPr>
              <w:spacing w:before="40" w:after="40" w:line="240" w:lineRule="auto"/>
              <w:jc w:val="center"/>
              <w:rPr>
                <w:rFonts w:cs="Times New Roman"/>
              </w:rPr>
            </w:pPr>
            <w:r w:rsidRPr="008A20D0">
              <w:rPr>
                <w:rFonts w:cs="Times New Roman"/>
                <w:b/>
                <w:sz w:val="20"/>
              </w:rPr>
              <w:t>Train</w:t>
            </w:r>
            <w:r w:rsidRPr="008A20D0">
              <w:rPr>
                <w:rFonts w:cs="Times New Roman"/>
                <w:b/>
                <w:sz w:val="20"/>
              </w:rPr>
              <w:br/>
              <w:t>patients</w:t>
            </w:r>
          </w:p>
        </w:tc>
        <w:tc>
          <w:tcPr>
            <w:tcW w:w="1440" w:type="dxa"/>
            <w:vAlign w:val="center"/>
          </w:tcPr>
          <w:p w14:paraId="27F4E3B6" w14:textId="77777777" w:rsidR="00EE5F04" w:rsidRPr="008A20D0" w:rsidRDefault="00000000">
            <w:pPr>
              <w:spacing w:before="40" w:after="40" w:line="240" w:lineRule="auto"/>
              <w:jc w:val="center"/>
              <w:rPr>
                <w:rFonts w:cs="Times New Roman"/>
              </w:rPr>
            </w:pPr>
            <w:r w:rsidRPr="008A20D0">
              <w:rPr>
                <w:rFonts w:cs="Times New Roman"/>
                <w:b/>
                <w:sz w:val="20"/>
              </w:rPr>
              <w:t>Test</w:t>
            </w:r>
            <w:r w:rsidRPr="008A20D0">
              <w:rPr>
                <w:rFonts w:cs="Times New Roman"/>
                <w:b/>
                <w:sz w:val="20"/>
              </w:rPr>
              <w:br/>
              <w:t>patients</w:t>
            </w:r>
          </w:p>
        </w:tc>
        <w:tc>
          <w:tcPr>
            <w:tcW w:w="1512" w:type="dxa"/>
            <w:vAlign w:val="center"/>
          </w:tcPr>
          <w:p w14:paraId="78D0977A" w14:textId="77777777" w:rsidR="00EE5F04" w:rsidRPr="008A20D0" w:rsidRDefault="00000000">
            <w:pPr>
              <w:spacing w:before="40" w:after="40" w:line="240" w:lineRule="auto"/>
              <w:jc w:val="center"/>
              <w:rPr>
                <w:rFonts w:cs="Times New Roman"/>
              </w:rPr>
            </w:pPr>
            <w:r w:rsidRPr="008A20D0">
              <w:rPr>
                <w:rFonts w:cs="Times New Roman"/>
                <w:b/>
                <w:sz w:val="20"/>
              </w:rPr>
              <w:t>Encoded</w:t>
            </w:r>
            <w:r w:rsidRPr="008A20D0">
              <w:rPr>
                <w:rFonts w:cs="Times New Roman"/>
                <w:b/>
                <w:sz w:val="20"/>
              </w:rPr>
              <w:br/>
              <w:t>features</w:t>
            </w:r>
          </w:p>
        </w:tc>
        <w:tc>
          <w:tcPr>
            <w:tcW w:w="1944" w:type="dxa"/>
            <w:vAlign w:val="center"/>
          </w:tcPr>
          <w:p w14:paraId="755025C4" w14:textId="77777777" w:rsidR="00EE5F04" w:rsidRPr="008A20D0" w:rsidRDefault="00000000">
            <w:pPr>
              <w:spacing w:before="40" w:after="40" w:line="240" w:lineRule="auto"/>
              <w:jc w:val="center"/>
              <w:rPr>
                <w:rFonts w:cs="Times New Roman"/>
              </w:rPr>
            </w:pPr>
            <w:r w:rsidRPr="008A20D0">
              <w:rPr>
                <w:rFonts w:cs="Times New Roman"/>
                <w:b/>
                <w:sz w:val="20"/>
              </w:rPr>
              <w:t>Selected</w:t>
            </w:r>
          </w:p>
        </w:tc>
      </w:tr>
      <w:tr w:rsidR="00EE5F04" w:rsidRPr="008A20D0" w14:paraId="080786B7" w14:textId="77777777">
        <w:trPr>
          <w:cantSplit/>
          <w:jc w:val="center"/>
        </w:trPr>
        <w:tc>
          <w:tcPr>
            <w:tcW w:w="1584" w:type="dxa"/>
            <w:vAlign w:val="center"/>
          </w:tcPr>
          <w:p w14:paraId="2737A7C1" w14:textId="77777777" w:rsidR="00EE5F04" w:rsidRPr="008A20D0" w:rsidRDefault="00000000">
            <w:pPr>
              <w:spacing w:before="40" w:after="40" w:line="240" w:lineRule="auto"/>
              <w:rPr>
                <w:rFonts w:cs="Times New Roman"/>
              </w:rPr>
            </w:pPr>
            <w:r w:rsidRPr="008A20D0">
              <w:rPr>
                <w:rFonts w:cs="Times New Roman"/>
                <w:sz w:val="20"/>
              </w:rPr>
              <w:t>2024</w:t>
            </w:r>
          </w:p>
        </w:tc>
        <w:tc>
          <w:tcPr>
            <w:tcW w:w="1440" w:type="dxa"/>
            <w:vAlign w:val="center"/>
          </w:tcPr>
          <w:p w14:paraId="1D2B4D10" w14:textId="77777777" w:rsidR="00EE5F04" w:rsidRPr="008A20D0" w:rsidRDefault="00000000">
            <w:pPr>
              <w:spacing w:before="40" w:after="40" w:line="240" w:lineRule="auto"/>
              <w:rPr>
                <w:rFonts w:cs="Times New Roman"/>
              </w:rPr>
            </w:pPr>
            <w:r w:rsidRPr="008A20D0">
              <w:rPr>
                <w:rFonts w:cs="Times New Roman"/>
                <w:sz w:val="20"/>
              </w:rPr>
              <w:t>M1 Ridge</w:t>
            </w:r>
          </w:p>
        </w:tc>
        <w:tc>
          <w:tcPr>
            <w:tcW w:w="1440" w:type="dxa"/>
            <w:vAlign w:val="center"/>
          </w:tcPr>
          <w:p w14:paraId="21383043" w14:textId="77777777" w:rsidR="00EE5F04" w:rsidRPr="008A20D0" w:rsidRDefault="00000000">
            <w:pPr>
              <w:spacing w:before="40" w:after="40" w:line="240" w:lineRule="auto"/>
              <w:jc w:val="center"/>
              <w:rPr>
                <w:rFonts w:cs="Times New Roman"/>
              </w:rPr>
            </w:pPr>
            <w:r w:rsidRPr="008A20D0">
              <w:rPr>
                <w:rFonts w:cs="Times New Roman"/>
                <w:sz w:val="20"/>
              </w:rPr>
              <w:t>1003</w:t>
            </w:r>
          </w:p>
        </w:tc>
        <w:tc>
          <w:tcPr>
            <w:tcW w:w="1440" w:type="dxa"/>
            <w:vAlign w:val="center"/>
          </w:tcPr>
          <w:p w14:paraId="03A03ED4" w14:textId="77777777" w:rsidR="00EE5F04" w:rsidRPr="008A20D0" w:rsidRDefault="00000000">
            <w:pPr>
              <w:spacing w:before="40" w:after="40" w:line="240" w:lineRule="auto"/>
              <w:jc w:val="center"/>
              <w:rPr>
                <w:rFonts w:cs="Times New Roman"/>
              </w:rPr>
            </w:pPr>
            <w:r w:rsidRPr="008A20D0">
              <w:rPr>
                <w:rFonts w:cs="Times New Roman"/>
                <w:sz w:val="20"/>
              </w:rPr>
              <w:t>172</w:t>
            </w:r>
          </w:p>
        </w:tc>
        <w:tc>
          <w:tcPr>
            <w:tcW w:w="1512" w:type="dxa"/>
            <w:vAlign w:val="center"/>
          </w:tcPr>
          <w:p w14:paraId="3596FF3E" w14:textId="77777777" w:rsidR="00EE5F04" w:rsidRPr="008A20D0" w:rsidRDefault="00000000">
            <w:pPr>
              <w:spacing w:before="40" w:after="40" w:line="240" w:lineRule="auto"/>
              <w:jc w:val="center"/>
              <w:rPr>
                <w:rFonts w:cs="Times New Roman"/>
              </w:rPr>
            </w:pPr>
            <w:r w:rsidRPr="008A20D0">
              <w:rPr>
                <w:rFonts w:cs="Times New Roman"/>
                <w:sz w:val="20"/>
              </w:rPr>
              <w:t>77</w:t>
            </w:r>
          </w:p>
        </w:tc>
        <w:tc>
          <w:tcPr>
            <w:tcW w:w="1944" w:type="dxa"/>
            <w:vAlign w:val="center"/>
          </w:tcPr>
          <w:p w14:paraId="7CCAB826" w14:textId="77777777" w:rsidR="00EE5F04" w:rsidRPr="008A20D0" w:rsidRDefault="00000000">
            <w:pPr>
              <w:spacing w:before="40" w:after="40" w:line="240" w:lineRule="auto"/>
              <w:jc w:val="center"/>
              <w:rPr>
                <w:rFonts w:cs="Times New Roman"/>
              </w:rPr>
            </w:pPr>
            <w:r w:rsidRPr="008A20D0">
              <w:rPr>
                <w:rFonts w:cs="Times New Roman"/>
                <w:sz w:val="20"/>
              </w:rPr>
              <w:t>C=0.0001</w:t>
            </w:r>
          </w:p>
        </w:tc>
      </w:tr>
      <w:tr w:rsidR="00EE5F04" w:rsidRPr="008A20D0" w14:paraId="3D88251C" w14:textId="77777777">
        <w:trPr>
          <w:cantSplit/>
          <w:jc w:val="center"/>
        </w:trPr>
        <w:tc>
          <w:tcPr>
            <w:tcW w:w="1584" w:type="dxa"/>
            <w:vAlign w:val="center"/>
          </w:tcPr>
          <w:p w14:paraId="23C7C62A" w14:textId="77777777" w:rsidR="00EE5F04" w:rsidRPr="008A20D0" w:rsidRDefault="00000000">
            <w:pPr>
              <w:spacing w:before="40" w:after="40" w:line="240" w:lineRule="auto"/>
              <w:rPr>
                <w:rFonts w:cs="Times New Roman"/>
              </w:rPr>
            </w:pPr>
            <w:r w:rsidRPr="008A20D0">
              <w:rPr>
                <w:rFonts w:cs="Times New Roman"/>
                <w:sz w:val="20"/>
              </w:rPr>
              <w:t>2024</w:t>
            </w:r>
          </w:p>
        </w:tc>
        <w:tc>
          <w:tcPr>
            <w:tcW w:w="1440" w:type="dxa"/>
            <w:vAlign w:val="center"/>
          </w:tcPr>
          <w:p w14:paraId="420A0F20" w14:textId="77777777" w:rsidR="00EE5F04" w:rsidRPr="008A20D0" w:rsidRDefault="00000000">
            <w:pPr>
              <w:spacing w:before="40" w:after="40" w:line="240" w:lineRule="auto"/>
              <w:rPr>
                <w:rFonts w:cs="Times New Roman"/>
              </w:rPr>
            </w:pPr>
            <w:r w:rsidRPr="008A20D0">
              <w:rPr>
                <w:rFonts w:cs="Times New Roman"/>
                <w:sz w:val="20"/>
              </w:rPr>
              <w:t>M3 Ridge</w:t>
            </w:r>
          </w:p>
        </w:tc>
        <w:tc>
          <w:tcPr>
            <w:tcW w:w="1440" w:type="dxa"/>
            <w:vAlign w:val="center"/>
          </w:tcPr>
          <w:p w14:paraId="16F31E9C" w14:textId="77777777" w:rsidR="00EE5F04" w:rsidRPr="008A20D0" w:rsidRDefault="00000000">
            <w:pPr>
              <w:spacing w:before="40" w:after="40" w:line="240" w:lineRule="auto"/>
              <w:jc w:val="center"/>
              <w:rPr>
                <w:rFonts w:cs="Times New Roman"/>
              </w:rPr>
            </w:pPr>
            <w:r w:rsidRPr="008A20D0">
              <w:rPr>
                <w:rFonts w:cs="Times New Roman"/>
                <w:sz w:val="20"/>
              </w:rPr>
              <w:t>1003</w:t>
            </w:r>
          </w:p>
        </w:tc>
        <w:tc>
          <w:tcPr>
            <w:tcW w:w="1440" w:type="dxa"/>
            <w:vAlign w:val="center"/>
          </w:tcPr>
          <w:p w14:paraId="07EA144D" w14:textId="77777777" w:rsidR="00EE5F04" w:rsidRPr="008A20D0" w:rsidRDefault="00000000">
            <w:pPr>
              <w:spacing w:before="40" w:after="40" w:line="240" w:lineRule="auto"/>
              <w:jc w:val="center"/>
              <w:rPr>
                <w:rFonts w:cs="Times New Roman"/>
              </w:rPr>
            </w:pPr>
            <w:r w:rsidRPr="008A20D0">
              <w:rPr>
                <w:rFonts w:cs="Times New Roman"/>
                <w:sz w:val="20"/>
              </w:rPr>
              <w:t>172</w:t>
            </w:r>
          </w:p>
        </w:tc>
        <w:tc>
          <w:tcPr>
            <w:tcW w:w="1512" w:type="dxa"/>
            <w:vAlign w:val="center"/>
          </w:tcPr>
          <w:p w14:paraId="3A198858" w14:textId="77777777" w:rsidR="00EE5F04" w:rsidRPr="008A20D0" w:rsidRDefault="00000000">
            <w:pPr>
              <w:spacing w:before="40" w:after="40" w:line="240" w:lineRule="auto"/>
              <w:jc w:val="center"/>
              <w:rPr>
                <w:rFonts w:cs="Times New Roman"/>
              </w:rPr>
            </w:pPr>
            <w:r w:rsidRPr="008A20D0">
              <w:rPr>
                <w:rFonts w:cs="Times New Roman"/>
                <w:sz w:val="20"/>
              </w:rPr>
              <w:t>1084</w:t>
            </w:r>
          </w:p>
        </w:tc>
        <w:tc>
          <w:tcPr>
            <w:tcW w:w="1944" w:type="dxa"/>
            <w:vAlign w:val="center"/>
          </w:tcPr>
          <w:p w14:paraId="00905E8E" w14:textId="77777777" w:rsidR="00EE5F04" w:rsidRPr="008A20D0" w:rsidRDefault="00000000">
            <w:pPr>
              <w:spacing w:before="40" w:after="40" w:line="240" w:lineRule="auto"/>
              <w:jc w:val="center"/>
              <w:rPr>
                <w:rFonts w:cs="Times New Roman"/>
              </w:rPr>
            </w:pPr>
            <w:r w:rsidRPr="008A20D0">
              <w:rPr>
                <w:rFonts w:cs="Times New Roman"/>
                <w:sz w:val="20"/>
              </w:rPr>
              <w:t>C=0.0001</w:t>
            </w:r>
          </w:p>
        </w:tc>
      </w:tr>
      <w:tr w:rsidR="00EE5F04" w:rsidRPr="008A20D0" w14:paraId="1ABB4A41" w14:textId="77777777">
        <w:trPr>
          <w:cantSplit/>
          <w:jc w:val="center"/>
        </w:trPr>
        <w:tc>
          <w:tcPr>
            <w:tcW w:w="1584" w:type="dxa"/>
            <w:vAlign w:val="center"/>
          </w:tcPr>
          <w:p w14:paraId="2B046D81" w14:textId="77777777" w:rsidR="00EE5F04" w:rsidRPr="008A20D0" w:rsidRDefault="00000000">
            <w:pPr>
              <w:spacing w:before="40" w:after="40" w:line="240" w:lineRule="auto"/>
              <w:rPr>
                <w:rFonts w:cs="Times New Roman"/>
              </w:rPr>
            </w:pPr>
            <w:r w:rsidRPr="008A20D0">
              <w:rPr>
                <w:rFonts w:cs="Times New Roman"/>
                <w:sz w:val="20"/>
              </w:rPr>
              <w:t>2024</w:t>
            </w:r>
          </w:p>
        </w:tc>
        <w:tc>
          <w:tcPr>
            <w:tcW w:w="1440" w:type="dxa"/>
            <w:vAlign w:val="center"/>
          </w:tcPr>
          <w:p w14:paraId="63E9B3FF" w14:textId="77777777" w:rsidR="00EE5F04" w:rsidRPr="008A20D0" w:rsidRDefault="00000000">
            <w:pPr>
              <w:spacing w:before="40" w:after="40" w:line="240" w:lineRule="auto"/>
              <w:rPr>
                <w:rFonts w:cs="Times New Roman"/>
              </w:rPr>
            </w:pPr>
            <w:r w:rsidRPr="008A20D0">
              <w:rPr>
                <w:rFonts w:cs="Times New Roman"/>
                <w:sz w:val="20"/>
              </w:rPr>
              <w:t>M1 XGB</w:t>
            </w:r>
          </w:p>
        </w:tc>
        <w:tc>
          <w:tcPr>
            <w:tcW w:w="1440" w:type="dxa"/>
            <w:vAlign w:val="center"/>
          </w:tcPr>
          <w:p w14:paraId="17AB1814" w14:textId="77777777" w:rsidR="00EE5F04" w:rsidRPr="008A20D0" w:rsidRDefault="00000000">
            <w:pPr>
              <w:spacing w:before="40" w:after="40" w:line="240" w:lineRule="auto"/>
              <w:jc w:val="center"/>
              <w:rPr>
                <w:rFonts w:cs="Times New Roman"/>
              </w:rPr>
            </w:pPr>
            <w:r w:rsidRPr="008A20D0">
              <w:rPr>
                <w:rFonts w:cs="Times New Roman"/>
                <w:sz w:val="20"/>
              </w:rPr>
              <w:t>1003</w:t>
            </w:r>
          </w:p>
        </w:tc>
        <w:tc>
          <w:tcPr>
            <w:tcW w:w="1440" w:type="dxa"/>
            <w:vAlign w:val="center"/>
          </w:tcPr>
          <w:p w14:paraId="19C773F6" w14:textId="77777777" w:rsidR="00EE5F04" w:rsidRPr="008A20D0" w:rsidRDefault="00000000">
            <w:pPr>
              <w:spacing w:before="40" w:after="40" w:line="240" w:lineRule="auto"/>
              <w:jc w:val="center"/>
              <w:rPr>
                <w:rFonts w:cs="Times New Roman"/>
              </w:rPr>
            </w:pPr>
            <w:r w:rsidRPr="008A20D0">
              <w:rPr>
                <w:rFonts w:cs="Times New Roman"/>
                <w:sz w:val="20"/>
              </w:rPr>
              <w:t>172</w:t>
            </w:r>
          </w:p>
        </w:tc>
        <w:tc>
          <w:tcPr>
            <w:tcW w:w="1512" w:type="dxa"/>
            <w:vAlign w:val="center"/>
          </w:tcPr>
          <w:p w14:paraId="13B85CCB" w14:textId="77777777" w:rsidR="00EE5F04" w:rsidRPr="008A20D0" w:rsidRDefault="00000000">
            <w:pPr>
              <w:spacing w:before="40" w:after="40" w:line="240" w:lineRule="auto"/>
              <w:jc w:val="center"/>
              <w:rPr>
                <w:rFonts w:cs="Times New Roman"/>
              </w:rPr>
            </w:pPr>
            <w:r w:rsidRPr="008A20D0">
              <w:rPr>
                <w:rFonts w:cs="Times New Roman"/>
                <w:sz w:val="20"/>
              </w:rPr>
              <w:t>77</w:t>
            </w:r>
          </w:p>
        </w:tc>
        <w:tc>
          <w:tcPr>
            <w:tcW w:w="1944" w:type="dxa"/>
            <w:vAlign w:val="center"/>
          </w:tcPr>
          <w:p w14:paraId="22CC829B" w14:textId="77777777" w:rsidR="00EE5F04" w:rsidRPr="008A20D0" w:rsidRDefault="00000000">
            <w:pPr>
              <w:spacing w:before="40" w:after="40" w:line="240" w:lineRule="auto"/>
              <w:jc w:val="center"/>
              <w:rPr>
                <w:rFonts w:cs="Times New Roman"/>
              </w:rPr>
            </w:pPr>
            <w:r w:rsidRPr="008A20D0">
              <w:rPr>
                <w:rFonts w:cs="Times New Roman"/>
                <w:sz w:val="20"/>
              </w:rPr>
              <w:t>X10</w:t>
            </w:r>
          </w:p>
        </w:tc>
      </w:tr>
      <w:tr w:rsidR="00EE5F04" w:rsidRPr="008A20D0" w14:paraId="423C3086" w14:textId="77777777">
        <w:trPr>
          <w:cantSplit/>
          <w:jc w:val="center"/>
        </w:trPr>
        <w:tc>
          <w:tcPr>
            <w:tcW w:w="1584" w:type="dxa"/>
            <w:vAlign w:val="center"/>
          </w:tcPr>
          <w:p w14:paraId="1E1C6034" w14:textId="77777777" w:rsidR="00EE5F04" w:rsidRPr="008A20D0" w:rsidRDefault="00000000">
            <w:pPr>
              <w:spacing w:before="40" w:after="40" w:line="240" w:lineRule="auto"/>
              <w:rPr>
                <w:rFonts w:cs="Times New Roman"/>
              </w:rPr>
            </w:pPr>
            <w:r w:rsidRPr="008A20D0">
              <w:rPr>
                <w:rFonts w:cs="Times New Roman"/>
                <w:sz w:val="20"/>
              </w:rPr>
              <w:t>2024</w:t>
            </w:r>
          </w:p>
        </w:tc>
        <w:tc>
          <w:tcPr>
            <w:tcW w:w="1440" w:type="dxa"/>
            <w:vAlign w:val="center"/>
          </w:tcPr>
          <w:p w14:paraId="41A37465" w14:textId="77777777" w:rsidR="00EE5F04" w:rsidRPr="008A20D0" w:rsidRDefault="00000000">
            <w:pPr>
              <w:spacing w:before="40" w:after="40" w:line="240" w:lineRule="auto"/>
              <w:rPr>
                <w:rFonts w:cs="Times New Roman"/>
              </w:rPr>
            </w:pPr>
            <w:r w:rsidRPr="008A20D0">
              <w:rPr>
                <w:rFonts w:cs="Times New Roman"/>
                <w:sz w:val="20"/>
              </w:rPr>
              <w:t>M3 XGB</w:t>
            </w:r>
          </w:p>
        </w:tc>
        <w:tc>
          <w:tcPr>
            <w:tcW w:w="1440" w:type="dxa"/>
            <w:vAlign w:val="center"/>
          </w:tcPr>
          <w:p w14:paraId="36B527CD" w14:textId="77777777" w:rsidR="00EE5F04" w:rsidRPr="008A20D0" w:rsidRDefault="00000000">
            <w:pPr>
              <w:spacing w:before="40" w:after="40" w:line="240" w:lineRule="auto"/>
              <w:jc w:val="center"/>
              <w:rPr>
                <w:rFonts w:cs="Times New Roman"/>
              </w:rPr>
            </w:pPr>
            <w:r w:rsidRPr="008A20D0">
              <w:rPr>
                <w:rFonts w:cs="Times New Roman"/>
                <w:sz w:val="20"/>
              </w:rPr>
              <w:t>1003</w:t>
            </w:r>
          </w:p>
        </w:tc>
        <w:tc>
          <w:tcPr>
            <w:tcW w:w="1440" w:type="dxa"/>
            <w:vAlign w:val="center"/>
          </w:tcPr>
          <w:p w14:paraId="5EC4A688" w14:textId="77777777" w:rsidR="00EE5F04" w:rsidRPr="008A20D0" w:rsidRDefault="00000000">
            <w:pPr>
              <w:spacing w:before="40" w:after="40" w:line="240" w:lineRule="auto"/>
              <w:jc w:val="center"/>
              <w:rPr>
                <w:rFonts w:cs="Times New Roman"/>
              </w:rPr>
            </w:pPr>
            <w:r w:rsidRPr="008A20D0">
              <w:rPr>
                <w:rFonts w:cs="Times New Roman"/>
                <w:sz w:val="20"/>
              </w:rPr>
              <w:t>172</w:t>
            </w:r>
          </w:p>
        </w:tc>
        <w:tc>
          <w:tcPr>
            <w:tcW w:w="1512" w:type="dxa"/>
            <w:vAlign w:val="center"/>
          </w:tcPr>
          <w:p w14:paraId="39359F0D" w14:textId="77777777" w:rsidR="00EE5F04" w:rsidRPr="008A20D0" w:rsidRDefault="00000000">
            <w:pPr>
              <w:spacing w:before="40" w:after="40" w:line="240" w:lineRule="auto"/>
              <w:jc w:val="center"/>
              <w:rPr>
                <w:rFonts w:cs="Times New Roman"/>
              </w:rPr>
            </w:pPr>
            <w:r w:rsidRPr="008A20D0">
              <w:rPr>
                <w:rFonts w:cs="Times New Roman"/>
                <w:sz w:val="20"/>
              </w:rPr>
              <w:t>1084</w:t>
            </w:r>
          </w:p>
        </w:tc>
        <w:tc>
          <w:tcPr>
            <w:tcW w:w="1944" w:type="dxa"/>
            <w:vAlign w:val="center"/>
          </w:tcPr>
          <w:p w14:paraId="592381EC" w14:textId="77777777" w:rsidR="00EE5F04" w:rsidRPr="008A20D0" w:rsidRDefault="00000000">
            <w:pPr>
              <w:spacing w:before="40" w:after="40" w:line="240" w:lineRule="auto"/>
              <w:jc w:val="center"/>
              <w:rPr>
                <w:rFonts w:cs="Times New Roman"/>
              </w:rPr>
            </w:pPr>
            <w:r w:rsidRPr="008A20D0">
              <w:rPr>
                <w:rFonts w:cs="Times New Roman"/>
                <w:sz w:val="20"/>
              </w:rPr>
              <w:t>X10</w:t>
            </w:r>
          </w:p>
        </w:tc>
      </w:tr>
      <w:tr w:rsidR="00EE5F04" w:rsidRPr="008A20D0" w14:paraId="058E2EC9" w14:textId="77777777">
        <w:trPr>
          <w:cantSplit/>
          <w:jc w:val="center"/>
        </w:trPr>
        <w:tc>
          <w:tcPr>
            <w:tcW w:w="1584" w:type="dxa"/>
            <w:vAlign w:val="center"/>
          </w:tcPr>
          <w:p w14:paraId="1A1E4CD7" w14:textId="77777777" w:rsidR="00EE5F04" w:rsidRPr="008A20D0" w:rsidRDefault="00000000">
            <w:pPr>
              <w:spacing w:before="40" w:after="40" w:line="240" w:lineRule="auto"/>
              <w:rPr>
                <w:rFonts w:cs="Times New Roman"/>
              </w:rPr>
            </w:pPr>
            <w:r w:rsidRPr="008A20D0">
              <w:rPr>
                <w:rFonts w:cs="Times New Roman"/>
                <w:sz w:val="20"/>
              </w:rPr>
              <w:t>2025 onward</w:t>
            </w:r>
          </w:p>
        </w:tc>
        <w:tc>
          <w:tcPr>
            <w:tcW w:w="1440" w:type="dxa"/>
            <w:vAlign w:val="center"/>
          </w:tcPr>
          <w:p w14:paraId="17768483" w14:textId="77777777" w:rsidR="00EE5F04" w:rsidRPr="008A20D0" w:rsidRDefault="00000000">
            <w:pPr>
              <w:spacing w:before="40" w:after="40" w:line="240" w:lineRule="auto"/>
              <w:rPr>
                <w:rFonts w:cs="Times New Roman"/>
              </w:rPr>
            </w:pPr>
            <w:r w:rsidRPr="008A20D0">
              <w:rPr>
                <w:rFonts w:cs="Times New Roman"/>
                <w:sz w:val="20"/>
              </w:rPr>
              <w:t>M1 Ridge</w:t>
            </w:r>
          </w:p>
        </w:tc>
        <w:tc>
          <w:tcPr>
            <w:tcW w:w="1440" w:type="dxa"/>
            <w:vAlign w:val="center"/>
          </w:tcPr>
          <w:p w14:paraId="38C6561B" w14:textId="77777777" w:rsidR="00EE5F04" w:rsidRPr="008A20D0" w:rsidRDefault="00000000">
            <w:pPr>
              <w:spacing w:before="40" w:after="40" w:line="240" w:lineRule="auto"/>
              <w:jc w:val="center"/>
              <w:rPr>
                <w:rFonts w:cs="Times New Roman"/>
              </w:rPr>
            </w:pPr>
            <w:r w:rsidRPr="008A20D0">
              <w:rPr>
                <w:rFonts w:cs="Times New Roman"/>
                <w:sz w:val="20"/>
              </w:rPr>
              <w:t>1175</w:t>
            </w:r>
          </w:p>
        </w:tc>
        <w:tc>
          <w:tcPr>
            <w:tcW w:w="1440" w:type="dxa"/>
            <w:vAlign w:val="center"/>
          </w:tcPr>
          <w:p w14:paraId="2BE20C59" w14:textId="77777777" w:rsidR="00EE5F04" w:rsidRPr="008A20D0" w:rsidRDefault="00000000">
            <w:pPr>
              <w:spacing w:before="40" w:after="40" w:line="240" w:lineRule="auto"/>
              <w:jc w:val="center"/>
              <w:rPr>
                <w:rFonts w:cs="Times New Roman"/>
              </w:rPr>
            </w:pPr>
            <w:r w:rsidRPr="008A20D0">
              <w:rPr>
                <w:rFonts w:cs="Times New Roman"/>
                <w:sz w:val="20"/>
              </w:rPr>
              <w:t>245</w:t>
            </w:r>
          </w:p>
        </w:tc>
        <w:tc>
          <w:tcPr>
            <w:tcW w:w="1512" w:type="dxa"/>
            <w:vAlign w:val="center"/>
          </w:tcPr>
          <w:p w14:paraId="1A007133" w14:textId="77777777" w:rsidR="00EE5F04" w:rsidRPr="008A20D0" w:rsidRDefault="00000000">
            <w:pPr>
              <w:spacing w:before="40" w:after="40" w:line="240" w:lineRule="auto"/>
              <w:jc w:val="center"/>
              <w:rPr>
                <w:rFonts w:cs="Times New Roman"/>
              </w:rPr>
            </w:pPr>
            <w:r w:rsidRPr="008A20D0">
              <w:rPr>
                <w:rFonts w:cs="Times New Roman"/>
                <w:sz w:val="20"/>
              </w:rPr>
              <w:t>77</w:t>
            </w:r>
          </w:p>
        </w:tc>
        <w:tc>
          <w:tcPr>
            <w:tcW w:w="1944" w:type="dxa"/>
            <w:vAlign w:val="center"/>
          </w:tcPr>
          <w:p w14:paraId="1E037437" w14:textId="77777777" w:rsidR="00EE5F04" w:rsidRPr="008A20D0" w:rsidRDefault="00000000">
            <w:pPr>
              <w:spacing w:before="40" w:after="40" w:line="240" w:lineRule="auto"/>
              <w:jc w:val="center"/>
              <w:rPr>
                <w:rFonts w:cs="Times New Roman"/>
              </w:rPr>
            </w:pPr>
            <w:r w:rsidRPr="008A20D0">
              <w:rPr>
                <w:rFonts w:cs="Times New Roman"/>
                <w:sz w:val="20"/>
              </w:rPr>
              <w:t>C=0.0001</w:t>
            </w:r>
          </w:p>
        </w:tc>
      </w:tr>
      <w:tr w:rsidR="00EE5F04" w:rsidRPr="008A20D0" w14:paraId="2E4B452E" w14:textId="77777777">
        <w:trPr>
          <w:cantSplit/>
          <w:jc w:val="center"/>
        </w:trPr>
        <w:tc>
          <w:tcPr>
            <w:tcW w:w="1584" w:type="dxa"/>
            <w:vAlign w:val="center"/>
          </w:tcPr>
          <w:p w14:paraId="3AA58F77" w14:textId="77777777" w:rsidR="00EE5F04" w:rsidRPr="008A20D0" w:rsidRDefault="00000000">
            <w:pPr>
              <w:spacing w:before="40" w:after="40" w:line="240" w:lineRule="auto"/>
              <w:rPr>
                <w:rFonts w:cs="Times New Roman"/>
              </w:rPr>
            </w:pPr>
            <w:r w:rsidRPr="008A20D0">
              <w:rPr>
                <w:rFonts w:cs="Times New Roman"/>
                <w:sz w:val="20"/>
              </w:rPr>
              <w:t>2025 onward</w:t>
            </w:r>
          </w:p>
        </w:tc>
        <w:tc>
          <w:tcPr>
            <w:tcW w:w="1440" w:type="dxa"/>
            <w:vAlign w:val="center"/>
          </w:tcPr>
          <w:p w14:paraId="7C7D95C7" w14:textId="77777777" w:rsidR="00EE5F04" w:rsidRPr="008A20D0" w:rsidRDefault="00000000">
            <w:pPr>
              <w:spacing w:before="40" w:after="40" w:line="240" w:lineRule="auto"/>
              <w:rPr>
                <w:rFonts w:cs="Times New Roman"/>
              </w:rPr>
            </w:pPr>
            <w:r w:rsidRPr="008A20D0">
              <w:rPr>
                <w:rFonts w:cs="Times New Roman"/>
                <w:sz w:val="20"/>
              </w:rPr>
              <w:t>M3 Ridge</w:t>
            </w:r>
          </w:p>
        </w:tc>
        <w:tc>
          <w:tcPr>
            <w:tcW w:w="1440" w:type="dxa"/>
            <w:vAlign w:val="center"/>
          </w:tcPr>
          <w:p w14:paraId="78E7F36B" w14:textId="77777777" w:rsidR="00EE5F04" w:rsidRPr="008A20D0" w:rsidRDefault="00000000">
            <w:pPr>
              <w:spacing w:before="40" w:after="40" w:line="240" w:lineRule="auto"/>
              <w:jc w:val="center"/>
              <w:rPr>
                <w:rFonts w:cs="Times New Roman"/>
              </w:rPr>
            </w:pPr>
            <w:r w:rsidRPr="008A20D0">
              <w:rPr>
                <w:rFonts w:cs="Times New Roman"/>
                <w:sz w:val="20"/>
              </w:rPr>
              <w:t>1175</w:t>
            </w:r>
          </w:p>
        </w:tc>
        <w:tc>
          <w:tcPr>
            <w:tcW w:w="1440" w:type="dxa"/>
            <w:vAlign w:val="center"/>
          </w:tcPr>
          <w:p w14:paraId="75724116" w14:textId="77777777" w:rsidR="00EE5F04" w:rsidRPr="008A20D0" w:rsidRDefault="00000000">
            <w:pPr>
              <w:spacing w:before="40" w:after="40" w:line="240" w:lineRule="auto"/>
              <w:jc w:val="center"/>
              <w:rPr>
                <w:rFonts w:cs="Times New Roman"/>
              </w:rPr>
            </w:pPr>
            <w:r w:rsidRPr="008A20D0">
              <w:rPr>
                <w:rFonts w:cs="Times New Roman"/>
                <w:sz w:val="20"/>
              </w:rPr>
              <w:t>245</w:t>
            </w:r>
          </w:p>
        </w:tc>
        <w:tc>
          <w:tcPr>
            <w:tcW w:w="1512" w:type="dxa"/>
            <w:vAlign w:val="center"/>
          </w:tcPr>
          <w:p w14:paraId="3B37D484" w14:textId="77777777" w:rsidR="00EE5F04" w:rsidRPr="008A20D0" w:rsidRDefault="00000000">
            <w:pPr>
              <w:spacing w:before="40" w:after="40" w:line="240" w:lineRule="auto"/>
              <w:jc w:val="center"/>
              <w:rPr>
                <w:rFonts w:cs="Times New Roman"/>
              </w:rPr>
            </w:pPr>
            <w:r w:rsidRPr="008A20D0">
              <w:rPr>
                <w:rFonts w:cs="Times New Roman"/>
                <w:sz w:val="20"/>
              </w:rPr>
              <w:t>1084</w:t>
            </w:r>
          </w:p>
        </w:tc>
        <w:tc>
          <w:tcPr>
            <w:tcW w:w="1944" w:type="dxa"/>
            <w:vAlign w:val="center"/>
          </w:tcPr>
          <w:p w14:paraId="67E0989A" w14:textId="77777777" w:rsidR="00EE5F04" w:rsidRPr="008A20D0" w:rsidRDefault="00000000">
            <w:pPr>
              <w:spacing w:before="40" w:after="40" w:line="240" w:lineRule="auto"/>
              <w:jc w:val="center"/>
              <w:rPr>
                <w:rFonts w:cs="Times New Roman"/>
              </w:rPr>
            </w:pPr>
            <w:r w:rsidRPr="008A20D0">
              <w:rPr>
                <w:rFonts w:cs="Times New Roman"/>
                <w:sz w:val="20"/>
              </w:rPr>
              <w:t>C=0.0001</w:t>
            </w:r>
          </w:p>
        </w:tc>
      </w:tr>
      <w:tr w:rsidR="00EE5F04" w:rsidRPr="008A20D0" w14:paraId="46EE348C" w14:textId="77777777">
        <w:trPr>
          <w:cantSplit/>
          <w:jc w:val="center"/>
        </w:trPr>
        <w:tc>
          <w:tcPr>
            <w:tcW w:w="1584" w:type="dxa"/>
            <w:vAlign w:val="center"/>
          </w:tcPr>
          <w:p w14:paraId="18A9CB82" w14:textId="77777777" w:rsidR="00EE5F04" w:rsidRPr="008A20D0" w:rsidRDefault="00000000">
            <w:pPr>
              <w:spacing w:before="40" w:after="40" w:line="240" w:lineRule="auto"/>
              <w:rPr>
                <w:rFonts w:cs="Times New Roman"/>
              </w:rPr>
            </w:pPr>
            <w:r w:rsidRPr="008A20D0">
              <w:rPr>
                <w:rFonts w:cs="Times New Roman"/>
                <w:sz w:val="20"/>
              </w:rPr>
              <w:t>2025 onward</w:t>
            </w:r>
          </w:p>
        </w:tc>
        <w:tc>
          <w:tcPr>
            <w:tcW w:w="1440" w:type="dxa"/>
            <w:vAlign w:val="center"/>
          </w:tcPr>
          <w:p w14:paraId="44F0ECE1" w14:textId="77777777" w:rsidR="00EE5F04" w:rsidRPr="008A20D0" w:rsidRDefault="00000000">
            <w:pPr>
              <w:spacing w:before="40" w:after="40" w:line="240" w:lineRule="auto"/>
              <w:rPr>
                <w:rFonts w:cs="Times New Roman"/>
              </w:rPr>
            </w:pPr>
            <w:r w:rsidRPr="008A20D0">
              <w:rPr>
                <w:rFonts w:cs="Times New Roman"/>
                <w:sz w:val="20"/>
              </w:rPr>
              <w:t>M1 XGB</w:t>
            </w:r>
          </w:p>
        </w:tc>
        <w:tc>
          <w:tcPr>
            <w:tcW w:w="1440" w:type="dxa"/>
            <w:vAlign w:val="center"/>
          </w:tcPr>
          <w:p w14:paraId="69BC457C" w14:textId="77777777" w:rsidR="00EE5F04" w:rsidRPr="008A20D0" w:rsidRDefault="00000000">
            <w:pPr>
              <w:spacing w:before="40" w:after="40" w:line="240" w:lineRule="auto"/>
              <w:jc w:val="center"/>
              <w:rPr>
                <w:rFonts w:cs="Times New Roman"/>
              </w:rPr>
            </w:pPr>
            <w:r w:rsidRPr="008A20D0">
              <w:rPr>
                <w:rFonts w:cs="Times New Roman"/>
                <w:sz w:val="20"/>
              </w:rPr>
              <w:t>1175</w:t>
            </w:r>
          </w:p>
        </w:tc>
        <w:tc>
          <w:tcPr>
            <w:tcW w:w="1440" w:type="dxa"/>
            <w:vAlign w:val="center"/>
          </w:tcPr>
          <w:p w14:paraId="76C28667" w14:textId="77777777" w:rsidR="00EE5F04" w:rsidRPr="008A20D0" w:rsidRDefault="00000000">
            <w:pPr>
              <w:spacing w:before="40" w:after="40" w:line="240" w:lineRule="auto"/>
              <w:jc w:val="center"/>
              <w:rPr>
                <w:rFonts w:cs="Times New Roman"/>
              </w:rPr>
            </w:pPr>
            <w:r w:rsidRPr="008A20D0">
              <w:rPr>
                <w:rFonts w:cs="Times New Roman"/>
                <w:sz w:val="20"/>
              </w:rPr>
              <w:t>245</w:t>
            </w:r>
          </w:p>
        </w:tc>
        <w:tc>
          <w:tcPr>
            <w:tcW w:w="1512" w:type="dxa"/>
            <w:vAlign w:val="center"/>
          </w:tcPr>
          <w:p w14:paraId="1FAB0DE3" w14:textId="77777777" w:rsidR="00EE5F04" w:rsidRPr="008A20D0" w:rsidRDefault="00000000">
            <w:pPr>
              <w:spacing w:before="40" w:after="40" w:line="240" w:lineRule="auto"/>
              <w:jc w:val="center"/>
              <w:rPr>
                <w:rFonts w:cs="Times New Roman"/>
              </w:rPr>
            </w:pPr>
            <w:r w:rsidRPr="008A20D0">
              <w:rPr>
                <w:rFonts w:cs="Times New Roman"/>
                <w:sz w:val="20"/>
              </w:rPr>
              <w:t>77</w:t>
            </w:r>
          </w:p>
        </w:tc>
        <w:tc>
          <w:tcPr>
            <w:tcW w:w="1944" w:type="dxa"/>
            <w:vAlign w:val="center"/>
          </w:tcPr>
          <w:p w14:paraId="004089AC" w14:textId="77777777" w:rsidR="00EE5F04" w:rsidRPr="008A20D0" w:rsidRDefault="00000000">
            <w:pPr>
              <w:spacing w:before="40" w:after="40" w:line="240" w:lineRule="auto"/>
              <w:jc w:val="center"/>
              <w:rPr>
                <w:rFonts w:cs="Times New Roman"/>
              </w:rPr>
            </w:pPr>
            <w:r w:rsidRPr="008A20D0">
              <w:rPr>
                <w:rFonts w:cs="Times New Roman"/>
                <w:sz w:val="20"/>
              </w:rPr>
              <w:t>X4</w:t>
            </w:r>
          </w:p>
        </w:tc>
      </w:tr>
      <w:tr w:rsidR="00EE5F04" w:rsidRPr="008A20D0" w14:paraId="1D188B50" w14:textId="77777777">
        <w:trPr>
          <w:cantSplit/>
          <w:jc w:val="center"/>
        </w:trPr>
        <w:tc>
          <w:tcPr>
            <w:tcW w:w="1584" w:type="dxa"/>
            <w:vAlign w:val="center"/>
          </w:tcPr>
          <w:p w14:paraId="3B62A704" w14:textId="77777777" w:rsidR="00EE5F04" w:rsidRPr="008A20D0" w:rsidRDefault="00000000">
            <w:pPr>
              <w:spacing w:before="40" w:after="40" w:line="240" w:lineRule="auto"/>
              <w:rPr>
                <w:rFonts w:cs="Times New Roman"/>
              </w:rPr>
            </w:pPr>
            <w:r w:rsidRPr="008A20D0">
              <w:rPr>
                <w:rFonts w:cs="Times New Roman"/>
                <w:sz w:val="20"/>
              </w:rPr>
              <w:t>2025 onward</w:t>
            </w:r>
          </w:p>
        </w:tc>
        <w:tc>
          <w:tcPr>
            <w:tcW w:w="1440" w:type="dxa"/>
            <w:vAlign w:val="center"/>
          </w:tcPr>
          <w:p w14:paraId="52AE299B" w14:textId="77777777" w:rsidR="00EE5F04" w:rsidRPr="008A20D0" w:rsidRDefault="00000000">
            <w:pPr>
              <w:spacing w:before="40" w:after="40" w:line="240" w:lineRule="auto"/>
              <w:rPr>
                <w:rFonts w:cs="Times New Roman"/>
              </w:rPr>
            </w:pPr>
            <w:r w:rsidRPr="008A20D0">
              <w:rPr>
                <w:rFonts w:cs="Times New Roman"/>
                <w:sz w:val="20"/>
              </w:rPr>
              <w:t>M3 XGB</w:t>
            </w:r>
          </w:p>
        </w:tc>
        <w:tc>
          <w:tcPr>
            <w:tcW w:w="1440" w:type="dxa"/>
            <w:vAlign w:val="center"/>
          </w:tcPr>
          <w:p w14:paraId="7E7F0163" w14:textId="77777777" w:rsidR="00EE5F04" w:rsidRPr="008A20D0" w:rsidRDefault="00000000">
            <w:pPr>
              <w:spacing w:before="40" w:after="40" w:line="240" w:lineRule="auto"/>
              <w:jc w:val="center"/>
              <w:rPr>
                <w:rFonts w:cs="Times New Roman"/>
              </w:rPr>
            </w:pPr>
            <w:r w:rsidRPr="008A20D0">
              <w:rPr>
                <w:rFonts w:cs="Times New Roman"/>
                <w:sz w:val="20"/>
              </w:rPr>
              <w:t>1175</w:t>
            </w:r>
          </w:p>
        </w:tc>
        <w:tc>
          <w:tcPr>
            <w:tcW w:w="1440" w:type="dxa"/>
            <w:vAlign w:val="center"/>
          </w:tcPr>
          <w:p w14:paraId="69652A40" w14:textId="77777777" w:rsidR="00EE5F04" w:rsidRPr="008A20D0" w:rsidRDefault="00000000">
            <w:pPr>
              <w:spacing w:before="40" w:after="40" w:line="240" w:lineRule="auto"/>
              <w:jc w:val="center"/>
              <w:rPr>
                <w:rFonts w:cs="Times New Roman"/>
              </w:rPr>
            </w:pPr>
            <w:r w:rsidRPr="008A20D0">
              <w:rPr>
                <w:rFonts w:cs="Times New Roman"/>
                <w:sz w:val="20"/>
              </w:rPr>
              <w:t>245</w:t>
            </w:r>
          </w:p>
        </w:tc>
        <w:tc>
          <w:tcPr>
            <w:tcW w:w="1512" w:type="dxa"/>
            <w:vAlign w:val="center"/>
          </w:tcPr>
          <w:p w14:paraId="6912B9AE" w14:textId="77777777" w:rsidR="00EE5F04" w:rsidRPr="008A20D0" w:rsidRDefault="00000000">
            <w:pPr>
              <w:spacing w:before="40" w:after="40" w:line="240" w:lineRule="auto"/>
              <w:jc w:val="center"/>
              <w:rPr>
                <w:rFonts w:cs="Times New Roman"/>
              </w:rPr>
            </w:pPr>
            <w:r w:rsidRPr="008A20D0">
              <w:rPr>
                <w:rFonts w:cs="Times New Roman"/>
                <w:sz w:val="20"/>
              </w:rPr>
              <w:t>1084</w:t>
            </w:r>
          </w:p>
        </w:tc>
        <w:tc>
          <w:tcPr>
            <w:tcW w:w="1944" w:type="dxa"/>
            <w:vAlign w:val="center"/>
          </w:tcPr>
          <w:p w14:paraId="0E6A3FA6" w14:textId="77777777" w:rsidR="00EE5F04" w:rsidRPr="008A20D0" w:rsidRDefault="00000000">
            <w:pPr>
              <w:spacing w:before="40" w:after="40" w:line="240" w:lineRule="auto"/>
              <w:jc w:val="center"/>
              <w:rPr>
                <w:rFonts w:cs="Times New Roman"/>
              </w:rPr>
            </w:pPr>
            <w:r w:rsidRPr="008A20D0">
              <w:rPr>
                <w:rFonts w:cs="Times New Roman"/>
                <w:sz w:val="20"/>
              </w:rPr>
              <w:t>X17</w:t>
            </w:r>
          </w:p>
        </w:tc>
      </w:tr>
    </w:tbl>
    <w:p w14:paraId="51A544E4" w14:textId="77777777" w:rsidR="00EE5F04" w:rsidRPr="008A20D0" w:rsidRDefault="00000000">
      <w:pPr>
        <w:spacing w:after="100"/>
        <w:rPr>
          <w:rFonts w:cs="Times New Roman"/>
        </w:rPr>
      </w:pPr>
      <w:r w:rsidRPr="008A20D0">
        <w:rPr>
          <w:rFonts w:cs="Times New Roman"/>
          <w:sz w:val="20"/>
        </w:rPr>
        <w:t>Training ended in 2023 for the 2024 test and in 2024 for the 2025-onward test. Patient counts refer to the initial prediction pool for each partition; later landmark risk sets are smaller. The 78 records across panels A–C matched between the two repeated runs for selected parameters, preprocessing, and calibration; this agreement does not establish clinical transportability.</w:t>
      </w:r>
    </w:p>
    <w:p w14:paraId="4C50CDF2"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POD3 model performance</w:t>
      </w:r>
    </w:p>
    <w:p w14:paraId="52F9A510" w14:textId="77777777" w:rsidR="00EE5F04" w:rsidRPr="008A20D0" w:rsidRDefault="00000000">
      <w:pPr>
        <w:pStyle w:val="af7"/>
        <w:rPr>
          <w:rFonts w:cs="Times New Roman"/>
        </w:rPr>
      </w:pPr>
      <w:r w:rsidRPr="008A20D0">
        <w:rPr>
          <w:rFonts w:cs="Times New Roman"/>
        </w:rPr>
        <w:t>Table S4. POD3 performance and calibration</w:t>
      </w:r>
      <w:r w:rsidRPr="008A20D0">
        <w:rPr>
          <w:rFonts w:cs="Times New Roman"/>
        </w:rPr>
        <w:br/>
        <w:t>A. Main-model performance from raw probabilities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627"/>
        <w:gridCol w:w="2045"/>
        <w:gridCol w:w="2045"/>
        <w:gridCol w:w="2045"/>
        <w:gridCol w:w="1598"/>
      </w:tblGrid>
      <w:tr w:rsidR="00EE5F04" w:rsidRPr="008A20D0" w14:paraId="036FEE99" w14:textId="77777777">
        <w:trPr>
          <w:cantSplit/>
          <w:tblHeader/>
          <w:jc w:val="center"/>
        </w:trPr>
        <w:tc>
          <w:tcPr>
            <w:tcW w:w="1627" w:type="dxa"/>
            <w:vAlign w:val="center"/>
          </w:tcPr>
          <w:p w14:paraId="4E3E4315" w14:textId="77777777" w:rsidR="00EE5F04" w:rsidRPr="008A20D0" w:rsidRDefault="00000000">
            <w:pPr>
              <w:spacing w:before="40" w:after="40" w:line="240" w:lineRule="auto"/>
              <w:rPr>
                <w:rFonts w:cs="Times New Roman"/>
              </w:rPr>
            </w:pPr>
            <w:r w:rsidRPr="008A20D0">
              <w:rPr>
                <w:rFonts w:cs="Times New Roman"/>
                <w:b/>
                <w:sz w:val="20"/>
              </w:rPr>
              <w:t>Model</w:t>
            </w:r>
          </w:p>
        </w:tc>
        <w:tc>
          <w:tcPr>
            <w:tcW w:w="2045" w:type="dxa"/>
            <w:vAlign w:val="center"/>
          </w:tcPr>
          <w:p w14:paraId="45A06887" w14:textId="77777777" w:rsidR="00EE5F04" w:rsidRPr="008A20D0" w:rsidRDefault="00000000">
            <w:pPr>
              <w:spacing w:before="40" w:after="40" w:line="240" w:lineRule="auto"/>
              <w:jc w:val="center"/>
              <w:rPr>
                <w:rFonts w:cs="Times New Roman"/>
              </w:rPr>
            </w:pPr>
            <w:r w:rsidRPr="008A20D0">
              <w:rPr>
                <w:rFonts w:cs="Times New Roman"/>
                <w:b/>
                <w:sz w:val="20"/>
              </w:rPr>
              <w:t>AUROC</w:t>
            </w:r>
            <w:r w:rsidRPr="008A20D0">
              <w:rPr>
                <w:rFonts w:cs="Times New Roman"/>
                <w:b/>
                <w:sz w:val="20"/>
              </w:rPr>
              <w:br/>
              <w:t>(95% CI)</w:t>
            </w:r>
          </w:p>
        </w:tc>
        <w:tc>
          <w:tcPr>
            <w:tcW w:w="2045" w:type="dxa"/>
            <w:vAlign w:val="center"/>
          </w:tcPr>
          <w:p w14:paraId="35D6CC19" w14:textId="77777777" w:rsidR="00EE5F04" w:rsidRPr="008A20D0" w:rsidRDefault="00000000">
            <w:pPr>
              <w:spacing w:before="40" w:after="40" w:line="240" w:lineRule="auto"/>
              <w:jc w:val="center"/>
              <w:rPr>
                <w:rFonts w:cs="Times New Roman"/>
              </w:rPr>
            </w:pPr>
            <w:r w:rsidRPr="008A20D0">
              <w:rPr>
                <w:rFonts w:cs="Times New Roman"/>
                <w:b/>
                <w:sz w:val="20"/>
              </w:rPr>
              <w:t>AP</w:t>
            </w:r>
            <w:r w:rsidRPr="008A20D0">
              <w:rPr>
                <w:rFonts w:cs="Times New Roman"/>
                <w:b/>
                <w:sz w:val="20"/>
              </w:rPr>
              <w:br/>
              <w:t>(95% CI)</w:t>
            </w:r>
          </w:p>
        </w:tc>
        <w:tc>
          <w:tcPr>
            <w:tcW w:w="2045" w:type="dxa"/>
            <w:vAlign w:val="center"/>
          </w:tcPr>
          <w:p w14:paraId="0C60B8BF" w14:textId="77777777" w:rsidR="00EE5F04" w:rsidRPr="008A20D0" w:rsidRDefault="00000000">
            <w:pPr>
              <w:spacing w:before="40" w:after="40" w:line="240" w:lineRule="auto"/>
              <w:jc w:val="center"/>
              <w:rPr>
                <w:rFonts w:cs="Times New Roman"/>
              </w:rPr>
            </w:pPr>
            <w:r w:rsidRPr="008A20D0">
              <w:rPr>
                <w:rFonts w:cs="Times New Roman"/>
                <w:b/>
                <w:sz w:val="20"/>
              </w:rPr>
              <w:t>Brier</w:t>
            </w:r>
            <w:r w:rsidRPr="008A20D0">
              <w:rPr>
                <w:rFonts w:cs="Times New Roman"/>
                <w:b/>
                <w:sz w:val="20"/>
              </w:rPr>
              <w:br/>
              <w:t>(95% CI)</w:t>
            </w:r>
          </w:p>
        </w:tc>
        <w:tc>
          <w:tcPr>
            <w:tcW w:w="1598" w:type="dxa"/>
            <w:vAlign w:val="center"/>
          </w:tcPr>
          <w:p w14:paraId="759C2CCF"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2AAA14F1" w14:textId="77777777">
        <w:trPr>
          <w:cantSplit/>
          <w:jc w:val="center"/>
        </w:trPr>
        <w:tc>
          <w:tcPr>
            <w:tcW w:w="1627" w:type="dxa"/>
            <w:vAlign w:val="center"/>
          </w:tcPr>
          <w:p w14:paraId="78211E8C" w14:textId="77777777" w:rsidR="00EE5F04" w:rsidRPr="008A20D0" w:rsidRDefault="00000000">
            <w:pPr>
              <w:spacing w:before="40" w:after="40" w:line="240" w:lineRule="auto"/>
              <w:rPr>
                <w:rFonts w:cs="Times New Roman"/>
              </w:rPr>
            </w:pPr>
            <w:r w:rsidRPr="008A20D0">
              <w:rPr>
                <w:rFonts w:cs="Times New Roman"/>
                <w:sz w:val="20"/>
              </w:rPr>
              <w:t>M0 Ridge</w:t>
            </w:r>
          </w:p>
        </w:tc>
        <w:tc>
          <w:tcPr>
            <w:tcW w:w="2045" w:type="dxa"/>
            <w:vAlign w:val="center"/>
          </w:tcPr>
          <w:p w14:paraId="299DDF31" w14:textId="77777777" w:rsidR="00EE5F04" w:rsidRPr="008A20D0" w:rsidRDefault="00000000">
            <w:pPr>
              <w:spacing w:before="40" w:after="40" w:line="240" w:lineRule="auto"/>
              <w:jc w:val="center"/>
              <w:rPr>
                <w:rFonts w:cs="Times New Roman"/>
              </w:rPr>
            </w:pPr>
            <w:r w:rsidRPr="008A20D0">
              <w:rPr>
                <w:rFonts w:cs="Times New Roman"/>
                <w:sz w:val="20"/>
              </w:rPr>
              <w:t>0.584</w:t>
            </w:r>
            <w:r w:rsidRPr="008A20D0">
              <w:rPr>
                <w:rFonts w:cs="Times New Roman"/>
                <w:sz w:val="20"/>
              </w:rPr>
              <w:br/>
              <w:t>(0.530 to 0.639)</w:t>
            </w:r>
          </w:p>
        </w:tc>
        <w:tc>
          <w:tcPr>
            <w:tcW w:w="2045" w:type="dxa"/>
            <w:vAlign w:val="center"/>
          </w:tcPr>
          <w:p w14:paraId="288817DE" w14:textId="77777777" w:rsidR="00EE5F04" w:rsidRPr="008A20D0" w:rsidRDefault="00000000">
            <w:pPr>
              <w:spacing w:before="40" w:after="40" w:line="240" w:lineRule="auto"/>
              <w:jc w:val="center"/>
              <w:rPr>
                <w:rFonts w:cs="Times New Roman"/>
              </w:rPr>
            </w:pPr>
            <w:r w:rsidRPr="008A20D0">
              <w:rPr>
                <w:rFonts w:cs="Times New Roman"/>
                <w:sz w:val="20"/>
              </w:rPr>
              <w:t>0.124</w:t>
            </w:r>
            <w:r w:rsidRPr="008A20D0">
              <w:rPr>
                <w:rFonts w:cs="Times New Roman"/>
                <w:sz w:val="20"/>
              </w:rPr>
              <w:br/>
              <w:t>(0.091 to 0.185)</w:t>
            </w:r>
          </w:p>
        </w:tc>
        <w:tc>
          <w:tcPr>
            <w:tcW w:w="2045" w:type="dxa"/>
            <w:vAlign w:val="center"/>
          </w:tcPr>
          <w:p w14:paraId="08087AEA"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0.086)</w:t>
            </w:r>
          </w:p>
        </w:tc>
        <w:tc>
          <w:tcPr>
            <w:tcW w:w="1598" w:type="dxa"/>
            <w:vAlign w:val="center"/>
          </w:tcPr>
          <w:p w14:paraId="48601FA0" w14:textId="77777777" w:rsidR="00EE5F04" w:rsidRPr="008A20D0" w:rsidRDefault="00000000">
            <w:pPr>
              <w:spacing w:before="40" w:after="40" w:line="240" w:lineRule="auto"/>
              <w:jc w:val="center"/>
              <w:rPr>
                <w:rFonts w:cs="Times New Roman"/>
              </w:rPr>
            </w:pPr>
            <w:r w:rsidRPr="008A20D0">
              <w:rPr>
                <w:rFonts w:cs="Times New Roman"/>
                <w:sz w:val="20"/>
              </w:rPr>
              <w:t>D</w:t>
            </w:r>
          </w:p>
        </w:tc>
      </w:tr>
      <w:tr w:rsidR="00EE5F04" w:rsidRPr="008A20D0" w14:paraId="503AB232" w14:textId="77777777">
        <w:trPr>
          <w:cantSplit/>
          <w:jc w:val="center"/>
        </w:trPr>
        <w:tc>
          <w:tcPr>
            <w:tcW w:w="1627" w:type="dxa"/>
            <w:vAlign w:val="center"/>
          </w:tcPr>
          <w:p w14:paraId="59F236E5" w14:textId="77777777" w:rsidR="00EE5F04" w:rsidRPr="008A20D0" w:rsidRDefault="00000000">
            <w:pPr>
              <w:spacing w:before="40" w:after="40" w:line="240" w:lineRule="auto"/>
              <w:rPr>
                <w:rFonts w:cs="Times New Roman"/>
              </w:rPr>
            </w:pPr>
            <w:r w:rsidRPr="008A20D0">
              <w:rPr>
                <w:rFonts w:cs="Times New Roman"/>
                <w:sz w:val="20"/>
              </w:rPr>
              <w:t>M0 XGB</w:t>
            </w:r>
          </w:p>
        </w:tc>
        <w:tc>
          <w:tcPr>
            <w:tcW w:w="2045" w:type="dxa"/>
            <w:vAlign w:val="center"/>
          </w:tcPr>
          <w:p w14:paraId="3C30C4C3" w14:textId="77777777" w:rsidR="00EE5F04" w:rsidRPr="008A20D0" w:rsidRDefault="00000000">
            <w:pPr>
              <w:spacing w:before="40" w:after="40" w:line="240" w:lineRule="auto"/>
              <w:jc w:val="center"/>
              <w:rPr>
                <w:rFonts w:cs="Times New Roman"/>
              </w:rPr>
            </w:pPr>
            <w:r w:rsidRPr="008A20D0">
              <w:rPr>
                <w:rFonts w:cs="Times New Roman"/>
                <w:sz w:val="20"/>
              </w:rPr>
              <w:t>0.572</w:t>
            </w:r>
            <w:r w:rsidRPr="008A20D0">
              <w:rPr>
                <w:rFonts w:cs="Times New Roman"/>
                <w:sz w:val="20"/>
              </w:rPr>
              <w:br/>
              <w:t>(0.521 to 0.623)</w:t>
            </w:r>
          </w:p>
        </w:tc>
        <w:tc>
          <w:tcPr>
            <w:tcW w:w="2045" w:type="dxa"/>
            <w:vAlign w:val="center"/>
          </w:tcPr>
          <w:p w14:paraId="35F930F3" w14:textId="77777777" w:rsidR="00EE5F04" w:rsidRPr="008A20D0" w:rsidRDefault="00000000">
            <w:pPr>
              <w:spacing w:before="40" w:after="40" w:line="240" w:lineRule="auto"/>
              <w:jc w:val="center"/>
              <w:rPr>
                <w:rFonts w:cs="Times New Roman"/>
              </w:rPr>
            </w:pPr>
            <w:r w:rsidRPr="008A20D0">
              <w:rPr>
                <w:rFonts w:cs="Times New Roman"/>
                <w:sz w:val="20"/>
              </w:rPr>
              <w:t>0.093</w:t>
            </w:r>
            <w:r w:rsidRPr="008A20D0">
              <w:rPr>
                <w:rFonts w:cs="Times New Roman"/>
                <w:sz w:val="20"/>
              </w:rPr>
              <w:br/>
              <w:t>(0.074 to 0.124)</w:t>
            </w:r>
          </w:p>
        </w:tc>
        <w:tc>
          <w:tcPr>
            <w:tcW w:w="2045" w:type="dxa"/>
            <w:vAlign w:val="center"/>
          </w:tcPr>
          <w:p w14:paraId="33D7B863" w14:textId="77777777" w:rsidR="00EE5F04" w:rsidRPr="008A20D0" w:rsidRDefault="00000000">
            <w:pPr>
              <w:spacing w:before="40" w:after="40" w:line="240" w:lineRule="auto"/>
              <w:jc w:val="center"/>
              <w:rPr>
                <w:rFonts w:cs="Times New Roman"/>
              </w:rPr>
            </w:pPr>
            <w:r w:rsidRPr="008A20D0">
              <w:rPr>
                <w:rFonts w:cs="Times New Roman"/>
                <w:sz w:val="20"/>
              </w:rPr>
              <w:t>0.075</w:t>
            </w:r>
            <w:r w:rsidRPr="008A20D0">
              <w:rPr>
                <w:rFonts w:cs="Times New Roman"/>
                <w:sz w:val="20"/>
              </w:rPr>
              <w:br/>
              <w:t>(0.063 to 0.088)</w:t>
            </w:r>
          </w:p>
        </w:tc>
        <w:tc>
          <w:tcPr>
            <w:tcW w:w="1598" w:type="dxa"/>
            <w:vAlign w:val="center"/>
          </w:tcPr>
          <w:p w14:paraId="75C98D32"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4D2EABFC" w14:textId="77777777">
        <w:trPr>
          <w:cantSplit/>
          <w:jc w:val="center"/>
        </w:trPr>
        <w:tc>
          <w:tcPr>
            <w:tcW w:w="1627" w:type="dxa"/>
            <w:vAlign w:val="center"/>
          </w:tcPr>
          <w:p w14:paraId="76D30BE4" w14:textId="77777777" w:rsidR="00EE5F04" w:rsidRPr="008A20D0" w:rsidRDefault="00000000">
            <w:pPr>
              <w:spacing w:before="40" w:after="40" w:line="240" w:lineRule="auto"/>
              <w:rPr>
                <w:rFonts w:cs="Times New Roman"/>
              </w:rPr>
            </w:pPr>
            <w:r w:rsidRPr="008A20D0">
              <w:rPr>
                <w:rFonts w:cs="Times New Roman"/>
                <w:sz w:val="20"/>
              </w:rPr>
              <w:t>M1 Ridge</w:t>
            </w:r>
          </w:p>
        </w:tc>
        <w:tc>
          <w:tcPr>
            <w:tcW w:w="2045" w:type="dxa"/>
            <w:vAlign w:val="center"/>
          </w:tcPr>
          <w:p w14:paraId="197C20F8" w14:textId="77777777" w:rsidR="00EE5F04" w:rsidRPr="008A20D0" w:rsidRDefault="00000000">
            <w:pPr>
              <w:spacing w:before="40" w:after="40" w:line="240" w:lineRule="auto"/>
              <w:jc w:val="center"/>
              <w:rPr>
                <w:rFonts w:cs="Times New Roman"/>
              </w:rPr>
            </w:pPr>
            <w:r w:rsidRPr="008A20D0">
              <w:rPr>
                <w:rFonts w:cs="Times New Roman"/>
                <w:sz w:val="20"/>
              </w:rPr>
              <w:t>0.613</w:t>
            </w:r>
            <w:r w:rsidRPr="008A20D0">
              <w:rPr>
                <w:rFonts w:cs="Times New Roman"/>
                <w:sz w:val="20"/>
              </w:rPr>
              <w:br/>
              <w:t>(0.561 to 0.668)</w:t>
            </w:r>
          </w:p>
        </w:tc>
        <w:tc>
          <w:tcPr>
            <w:tcW w:w="2045" w:type="dxa"/>
            <w:vAlign w:val="center"/>
          </w:tcPr>
          <w:p w14:paraId="4A097660" w14:textId="77777777" w:rsidR="00EE5F04" w:rsidRPr="008A20D0" w:rsidRDefault="00000000">
            <w:pPr>
              <w:spacing w:before="40" w:after="40" w:line="240" w:lineRule="auto"/>
              <w:jc w:val="center"/>
              <w:rPr>
                <w:rFonts w:cs="Times New Roman"/>
              </w:rPr>
            </w:pPr>
            <w:r w:rsidRPr="008A20D0">
              <w:rPr>
                <w:rFonts w:cs="Times New Roman"/>
                <w:sz w:val="20"/>
              </w:rPr>
              <w:t>0.126</w:t>
            </w:r>
            <w:r w:rsidRPr="008A20D0">
              <w:rPr>
                <w:rFonts w:cs="Times New Roman"/>
                <w:sz w:val="20"/>
              </w:rPr>
              <w:br/>
              <w:t>(0.093 to 0.178)</w:t>
            </w:r>
          </w:p>
        </w:tc>
        <w:tc>
          <w:tcPr>
            <w:tcW w:w="2045" w:type="dxa"/>
            <w:vAlign w:val="center"/>
          </w:tcPr>
          <w:p w14:paraId="680F2820"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0.086)</w:t>
            </w:r>
          </w:p>
        </w:tc>
        <w:tc>
          <w:tcPr>
            <w:tcW w:w="1598" w:type="dxa"/>
            <w:vAlign w:val="center"/>
          </w:tcPr>
          <w:p w14:paraId="28833901" w14:textId="77777777" w:rsidR="00EE5F04" w:rsidRPr="008A20D0" w:rsidRDefault="00000000">
            <w:pPr>
              <w:spacing w:before="40" w:after="40" w:line="240" w:lineRule="auto"/>
              <w:jc w:val="center"/>
              <w:rPr>
                <w:rFonts w:cs="Times New Roman"/>
              </w:rPr>
            </w:pPr>
            <w:r w:rsidRPr="008A20D0">
              <w:rPr>
                <w:rFonts w:cs="Times New Roman"/>
                <w:sz w:val="20"/>
              </w:rPr>
              <w:t>D</w:t>
            </w:r>
          </w:p>
        </w:tc>
      </w:tr>
      <w:tr w:rsidR="00EE5F04" w:rsidRPr="008A20D0" w14:paraId="19A8A754" w14:textId="77777777">
        <w:trPr>
          <w:cantSplit/>
          <w:jc w:val="center"/>
        </w:trPr>
        <w:tc>
          <w:tcPr>
            <w:tcW w:w="1627" w:type="dxa"/>
            <w:vAlign w:val="center"/>
          </w:tcPr>
          <w:p w14:paraId="1288CD79" w14:textId="77777777" w:rsidR="00EE5F04" w:rsidRPr="008A20D0" w:rsidRDefault="00000000">
            <w:pPr>
              <w:spacing w:before="40" w:after="40" w:line="240" w:lineRule="auto"/>
              <w:rPr>
                <w:rFonts w:cs="Times New Roman"/>
              </w:rPr>
            </w:pPr>
            <w:r w:rsidRPr="008A20D0">
              <w:rPr>
                <w:rFonts w:cs="Times New Roman"/>
                <w:sz w:val="20"/>
              </w:rPr>
              <w:t>M1 XGB</w:t>
            </w:r>
          </w:p>
        </w:tc>
        <w:tc>
          <w:tcPr>
            <w:tcW w:w="2045" w:type="dxa"/>
            <w:vAlign w:val="center"/>
          </w:tcPr>
          <w:p w14:paraId="253F5627" w14:textId="77777777" w:rsidR="00EE5F04" w:rsidRPr="008A20D0" w:rsidRDefault="00000000">
            <w:pPr>
              <w:spacing w:before="40" w:after="40" w:line="240" w:lineRule="auto"/>
              <w:jc w:val="center"/>
              <w:rPr>
                <w:rFonts w:cs="Times New Roman"/>
              </w:rPr>
            </w:pPr>
            <w:r w:rsidRPr="008A20D0">
              <w:rPr>
                <w:rFonts w:cs="Times New Roman"/>
                <w:sz w:val="20"/>
              </w:rPr>
              <w:t>0.600</w:t>
            </w:r>
            <w:r w:rsidRPr="008A20D0">
              <w:rPr>
                <w:rFonts w:cs="Times New Roman"/>
                <w:sz w:val="20"/>
              </w:rPr>
              <w:br/>
              <w:t>(0.546 to 0.655)</w:t>
            </w:r>
          </w:p>
        </w:tc>
        <w:tc>
          <w:tcPr>
            <w:tcW w:w="2045" w:type="dxa"/>
            <w:vAlign w:val="center"/>
          </w:tcPr>
          <w:p w14:paraId="09D8DCAE" w14:textId="77777777" w:rsidR="00EE5F04" w:rsidRPr="008A20D0" w:rsidRDefault="00000000">
            <w:pPr>
              <w:spacing w:before="40" w:after="40" w:line="240" w:lineRule="auto"/>
              <w:jc w:val="center"/>
              <w:rPr>
                <w:rFonts w:cs="Times New Roman"/>
              </w:rPr>
            </w:pPr>
            <w:r w:rsidRPr="008A20D0">
              <w:rPr>
                <w:rFonts w:cs="Times New Roman"/>
                <w:sz w:val="20"/>
              </w:rPr>
              <w:t>0.130</w:t>
            </w:r>
            <w:r w:rsidRPr="008A20D0">
              <w:rPr>
                <w:rFonts w:cs="Times New Roman"/>
                <w:sz w:val="20"/>
              </w:rPr>
              <w:br/>
              <w:t>(0.094 to 0.187)</w:t>
            </w:r>
          </w:p>
        </w:tc>
        <w:tc>
          <w:tcPr>
            <w:tcW w:w="2045" w:type="dxa"/>
            <w:vAlign w:val="center"/>
          </w:tcPr>
          <w:p w14:paraId="5F96AFC3" w14:textId="77777777" w:rsidR="00EE5F04" w:rsidRPr="008A20D0" w:rsidRDefault="00000000">
            <w:pPr>
              <w:spacing w:before="40" w:after="40" w:line="240" w:lineRule="auto"/>
              <w:jc w:val="center"/>
              <w:rPr>
                <w:rFonts w:cs="Times New Roman"/>
              </w:rPr>
            </w:pPr>
            <w:r w:rsidRPr="008A20D0">
              <w:rPr>
                <w:rFonts w:cs="Times New Roman"/>
                <w:sz w:val="20"/>
              </w:rPr>
              <w:t>0.075</w:t>
            </w:r>
            <w:r w:rsidRPr="008A20D0">
              <w:rPr>
                <w:rFonts w:cs="Times New Roman"/>
                <w:sz w:val="20"/>
              </w:rPr>
              <w:br/>
              <w:t>(0.063 to 0.087)</w:t>
            </w:r>
          </w:p>
        </w:tc>
        <w:tc>
          <w:tcPr>
            <w:tcW w:w="1598" w:type="dxa"/>
            <w:vAlign w:val="center"/>
          </w:tcPr>
          <w:p w14:paraId="32E1C0A7"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59E50CE3" w14:textId="77777777">
        <w:trPr>
          <w:cantSplit/>
          <w:jc w:val="center"/>
        </w:trPr>
        <w:tc>
          <w:tcPr>
            <w:tcW w:w="1627" w:type="dxa"/>
            <w:vAlign w:val="center"/>
          </w:tcPr>
          <w:p w14:paraId="76280120" w14:textId="77777777" w:rsidR="00EE5F04" w:rsidRPr="008A20D0" w:rsidRDefault="00000000">
            <w:pPr>
              <w:spacing w:before="40" w:after="40" w:line="240" w:lineRule="auto"/>
              <w:rPr>
                <w:rFonts w:cs="Times New Roman"/>
              </w:rPr>
            </w:pPr>
            <w:r w:rsidRPr="008A20D0">
              <w:rPr>
                <w:rFonts w:cs="Times New Roman"/>
                <w:sz w:val="20"/>
              </w:rPr>
              <w:t>M2 Ridge</w:t>
            </w:r>
          </w:p>
        </w:tc>
        <w:tc>
          <w:tcPr>
            <w:tcW w:w="2045" w:type="dxa"/>
            <w:vAlign w:val="center"/>
          </w:tcPr>
          <w:p w14:paraId="77C030FE" w14:textId="77777777" w:rsidR="00EE5F04" w:rsidRPr="008A20D0" w:rsidRDefault="00000000">
            <w:pPr>
              <w:spacing w:before="40" w:after="40" w:line="240" w:lineRule="auto"/>
              <w:jc w:val="center"/>
              <w:rPr>
                <w:rFonts w:cs="Times New Roman"/>
              </w:rPr>
            </w:pPr>
            <w:r w:rsidRPr="008A20D0">
              <w:rPr>
                <w:rFonts w:cs="Times New Roman"/>
                <w:sz w:val="20"/>
              </w:rPr>
              <w:t>0.611</w:t>
            </w:r>
            <w:r w:rsidRPr="008A20D0">
              <w:rPr>
                <w:rFonts w:cs="Times New Roman"/>
                <w:sz w:val="20"/>
              </w:rPr>
              <w:br/>
              <w:t>(0.556 to 0.664)</w:t>
            </w:r>
          </w:p>
        </w:tc>
        <w:tc>
          <w:tcPr>
            <w:tcW w:w="2045" w:type="dxa"/>
            <w:vAlign w:val="center"/>
          </w:tcPr>
          <w:p w14:paraId="23247098" w14:textId="77777777" w:rsidR="00EE5F04" w:rsidRPr="008A20D0" w:rsidRDefault="00000000">
            <w:pPr>
              <w:spacing w:before="40" w:after="40" w:line="240" w:lineRule="auto"/>
              <w:jc w:val="center"/>
              <w:rPr>
                <w:rFonts w:cs="Times New Roman"/>
              </w:rPr>
            </w:pPr>
            <w:r w:rsidRPr="008A20D0">
              <w:rPr>
                <w:rFonts w:cs="Times New Roman"/>
                <w:sz w:val="20"/>
              </w:rPr>
              <w:t>0.145</w:t>
            </w:r>
            <w:r w:rsidRPr="008A20D0">
              <w:rPr>
                <w:rFonts w:cs="Times New Roman"/>
                <w:sz w:val="20"/>
              </w:rPr>
              <w:br/>
              <w:t>(0.101 to 0.210)</w:t>
            </w:r>
          </w:p>
        </w:tc>
        <w:tc>
          <w:tcPr>
            <w:tcW w:w="2045" w:type="dxa"/>
            <w:vAlign w:val="center"/>
          </w:tcPr>
          <w:p w14:paraId="4800357C" w14:textId="77777777" w:rsidR="00EE5F04" w:rsidRPr="008A20D0" w:rsidRDefault="00000000">
            <w:pPr>
              <w:spacing w:before="40" w:after="40" w:line="240" w:lineRule="auto"/>
              <w:jc w:val="center"/>
              <w:rPr>
                <w:rFonts w:cs="Times New Roman"/>
              </w:rPr>
            </w:pPr>
            <w:r w:rsidRPr="008A20D0">
              <w:rPr>
                <w:rFonts w:cs="Times New Roman"/>
                <w:sz w:val="20"/>
              </w:rPr>
              <w:t>0.076</w:t>
            </w:r>
            <w:r w:rsidRPr="008A20D0">
              <w:rPr>
                <w:rFonts w:cs="Times New Roman"/>
                <w:sz w:val="20"/>
              </w:rPr>
              <w:br/>
              <w:t>(0.065 to 0.089)</w:t>
            </w:r>
          </w:p>
        </w:tc>
        <w:tc>
          <w:tcPr>
            <w:tcW w:w="1598" w:type="dxa"/>
            <w:vAlign w:val="center"/>
          </w:tcPr>
          <w:p w14:paraId="4B10ADB6"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744F1141" w14:textId="77777777">
        <w:trPr>
          <w:cantSplit/>
          <w:jc w:val="center"/>
        </w:trPr>
        <w:tc>
          <w:tcPr>
            <w:tcW w:w="1627" w:type="dxa"/>
            <w:vAlign w:val="center"/>
          </w:tcPr>
          <w:p w14:paraId="432C3E46" w14:textId="77777777" w:rsidR="00EE5F04" w:rsidRPr="008A20D0" w:rsidRDefault="00000000">
            <w:pPr>
              <w:spacing w:before="40" w:after="40" w:line="240" w:lineRule="auto"/>
              <w:rPr>
                <w:rFonts w:cs="Times New Roman"/>
              </w:rPr>
            </w:pPr>
            <w:r w:rsidRPr="008A20D0">
              <w:rPr>
                <w:rFonts w:cs="Times New Roman"/>
                <w:sz w:val="20"/>
              </w:rPr>
              <w:t>M2 XGB</w:t>
            </w:r>
          </w:p>
        </w:tc>
        <w:tc>
          <w:tcPr>
            <w:tcW w:w="2045" w:type="dxa"/>
            <w:vAlign w:val="center"/>
          </w:tcPr>
          <w:p w14:paraId="135DED28" w14:textId="77777777" w:rsidR="00EE5F04" w:rsidRPr="008A20D0" w:rsidRDefault="00000000">
            <w:pPr>
              <w:spacing w:before="40" w:after="40" w:line="240" w:lineRule="auto"/>
              <w:jc w:val="center"/>
              <w:rPr>
                <w:rFonts w:cs="Times New Roman"/>
              </w:rPr>
            </w:pPr>
            <w:r w:rsidRPr="008A20D0">
              <w:rPr>
                <w:rFonts w:cs="Times New Roman"/>
                <w:sz w:val="20"/>
              </w:rPr>
              <w:t>0.618</w:t>
            </w:r>
            <w:r w:rsidRPr="008A20D0">
              <w:rPr>
                <w:rFonts w:cs="Times New Roman"/>
                <w:sz w:val="20"/>
              </w:rPr>
              <w:br/>
              <w:t>(0.563 to 0.674)</w:t>
            </w:r>
          </w:p>
        </w:tc>
        <w:tc>
          <w:tcPr>
            <w:tcW w:w="2045" w:type="dxa"/>
            <w:vAlign w:val="center"/>
          </w:tcPr>
          <w:p w14:paraId="155FD653" w14:textId="77777777" w:rsidR="00EE5F04" w:rsidRPr="008A20D0" w:rsidRDefault="00000000">
            <w:pPr>
              <w:spacing w:before="40" w:after="40" w:line="240" w:lineRule="auto"/>
              <w:jc w:val="center"/>
              <w:rPr>
                <w:rFonts w:cs="Times New Roman"/>
              </w:rPr>
            </w:pPr>
            <w:r w:rsidRPr="008A20D0">
              <w:rPr>
                <w:rFonts w:cs="Times New Roman"/>
                <w:sz w:val="20"/>
              </w:rPr>
              <w:t>0.140</w:t>
            </w:r>
            <w:r w:rsidRPr="008A20D0">
              <w:rPr>
                <w:rFonts w:cs="Times New Roman"/>
                <w:sz w:val="20"/>
              </w:rPr>
              <w:br/>
              <w:t>(0.103 to 0.201)</w:t>
            </w:r>
          </w:p>
        </w:tc>
        <w:tc>
          <w:tcPr>
            <w:tcW w:w="2045" w:type="dxa"/>
            <w:vAlign w:val="center"/>
          </w:tcPr>
          <w:p w14:paraId="18ADE9DF" w14:textId="77777777" w:rsidR="00EE5F04" w:rsidRPr="008A20D0" w:rsidRDefault="00000000">
            <w:pPr>
              <w:spacing w:before="40" w:after="40" w:line="240" w:lineRule="auto"/>
              <w:jc w:val="center"/>
              <w:rPr>
                <w:rFonts w:cs="Times New Roman"/>
              </w:rPr>
            </w:pPr>
            <w:r w:rsidRPr="008A20D0">
              <w:rPr>
                <w:rFonts w:cs="Times New Roman"/>
                <w:sz w:val="20"/>
              </w:rPr>
              <w:t>0.075</w:t>
            </w:r>
            <w:r w:rsidRPr="008A20D0">
              <w:rPr>
                <w:rFonts w:cs="Times New Roman"/>
                <w:sz w:val="20"/>
              </w:rPr>
              <w:br/>
              <w:t>(0.063 to 0.087)</w:t>
            </w:r>
          </w:p>
        </w:tc>
        <w:tc>
          <w:tcPr>
            <w:tcW w:w="1598" w:type="dxa"/>
            <w:vAlign w:val="center"/>
          </w:tcPr>
          <w:p w14:paraId="62F1E0EF"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1EEAEF2E" w14:textId="77777777">
        <w:trPr>
          <w:cantSplit/>
          <w:jc w:val="center"/>
        </w:trPr>
        <w:tc>
          <w:tcPr>
            <w:tcW w:w="1627" w:type="dxa"/>
            <w:vAlign w:val="center"/>
          </w:tcPr>
          <w:p w14:paraId="1855E20D" w14:textId="77777777" w:rsidR="00EE5F04" w:rsidRPr="008A20D0" w:rsidRDefault="00000000">
            <w:pPr>
              <w:spacing w:before="40" w:after="40" w:line="240" w:lineRule="auto"/>
              <w:rPr>
                <w:rFonts w:cs="Times New Roman"/>
              </w:rPr>
            </w:pPr>
            <w:r w:rsidRPr="008A20D0">
              <w:rPr>
                <w:rFonts w:cs="Times New Roman"/>
                <w:sz w:val="20"/>
              </w:rPr>
              <w:t>M3 Ridge</w:t>
            </w:r>
          </w:p>
        </w:tc>
        <w:tc>
          <w:tcPr>
            <w:tcW w:w="2045" w:type="dxa"/>
            <w:vAlign w:val="center"/>
          </w:tcPr>
          <w:p w14:paraId="31CDD4E1" w14:textId="77777777" w:rsidR="00EE5F04" w:rsidRPr="008A20D0" w:rsidRDefault="00000000">
            <w:pPr>
              <w:spacing w:before="40" w:after="40" w:line="240" w:lineRule="auto"/>
              <w:jc w:val="center"/>
              <w:rPr>
                <w:rFonts w:cs="Times New Roman"/>
              </w:rPr>
            </w:pPr>
            <w:r w:rsidRPr="008A20D0">
              <w:rPr>
                <w:rFonts w:cs="Times New Roman"/>
                <w:sz w:val="20"/>
              </w:rPr>
              <w:t>0.617</w:t>
            </w:r>
            <w:r w:rsidRPr="008A20D0">
              <w:rPr>
                <w:rFonts w:cs="Times New Roman"/>
                <w:sz w:val="20"/>
              </w:rPr>
              <w:br/>
              <w:t>(0.562 to 0.673)</w:t>
            </w:r>
          </w:p>
        </w:tc>
        <w:tc>
          <w:tcPr>
            <w:tcW w:w="2045" w:type="dxa"/>
            <w:vAlign w:val="center"/>
          </w:tcPr>
          <w:p w14:paraId="406C9281" w14:textId="77777777" w:rsidR="00EE5F04" w:rsidRPr="008A20D0" w:rsidRDefault="00000000">
            <w:pPr>
              <w:spacing w:before="40" w:after="40" w:line="240" w:lineRule="auto"/>
              <w:jc w:val="center"/>
              <w:rPr>
                <w:rFonts w:cs="Times New Roman"/>
              </w:rPr>
            </w:pPr>
            <w:r w:rsidRPr="008A20D0">
              <w:rPr>
                <w:rFonts w:cs="Times New Roman"/>
                <w:sz w:val="20"/>
              </w:rPr>
              <w:t>0.137</w:t>
            </w:r>
            <w:r w:rsidRPr="008A20D0">
              <w:rPr>
                <w:rFonts w:cs="Times New Roman"/>
                <w:sz w:val="20"/>
              </w:rPr>
              <w:br/>
              <w:t>(0.104 to 0.196)</w:t>
            </w:r>
          </w:p>
        </w:tc>
        <w:tc>
          <w:tcPr>
            <w:tcW w:w="2045" w:type="dxa"/>
            <w:vAlign w:val="center"/>
          </w:tcPr>
          <w:p w14:paraId="203D45BE"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0.086)</w:t>
            </w:r>
          </w:p>
        </w:tc>
        <w:tc>
          <w:tcPr>
            <w:tcW w:w="1598" w:type="dxa"/>
            <w:vAlign w:val="center"/>
          </w:tcPr>
          <w:p w14:paraId="69A94C8F"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6E1B7E72" w14:textId="77777777">
        <w:trPr>
          <w:cantSplit/>
          <w:jc w:val="center"/>
        </w:trPr>
        <w:tc>
          <w:tcPr>
            <w:tcW w:w="1627" w:type="dxa"/>
            <w:vAlign w:val="center"/>
          </w:tcPr>
          <w:p w14:paraId="35E67A66" w14:textId="77777777" w:rsidR="00EE5F04" w:rsidRPr="008A20D0" w:rsidRDefault="00000000">
            <w:pPr>
              <w:spacing w:before="40" w:after="40" w:line="240" w:lineRule="auto"/>
              <w:rPr>
                <w:rFonts w:cs="Times New Roman"/>
              </w:rPr>
            </w:pPr>
            <w:r w:rsidRPr="008A20D0">
              <w:rPr>
                <w:rFonts w:cs="Times New Roman"/>
                <w:sz w:val="20"/>
              </w:rPr>
              <w:t>M3 XGB</w:t>
            </w:r>
          </w:p>
        </w:tc>
        <w:tc>
          <w:tcPr>
            <w:tcW w:w="2045" w:type="dxa"/>
            <w:vAlign w:val="center"/>
          </w:tcPr>
          <w:p w14:paraId="65F267DB" w14:textId="77777777" w:rsidR="00EE5F04" w:rsidRPr="008A20D0" w:rsidRDefault="00000000">
            <w:pPr>
              <w:spacing w:before="40" w:after="40" w:line="240" w:lineRule="auto"/>
              <w:jc w:val="center"/>
              <w:rPr>
                <w:rFonts w:cs="Times New Roman"/>
              </w:rPr>
            </w:pPr>
            <w:r w:rsidRPr="008A20D0">
              <w:rPr>
                <w:rFonts w:cs="Times New Roman"/>
                <w:sz w:val="20"/>
              </w:rPr>
              <w:t>0.611</w:t>
            </w:r>
            <w:r w:rsidRPr="008A20D0">
              <w:rPr>
                <w:rFonts w:cs="Times New Roman"/>
                <w:sz w:val="20"/>
              </w:rPr>
              <w:br/>
              <w:t>(0.553 to 0.670)</w:t>
            </w:r>
          </w:p>
        </w:tc>
        <w:tc>
          <w:tcPr>
            <w:tcW w:w="2045" w:type="dxa"/>
            <w:vAlign w:val="center"/>
          </w:tcPr>
          <w:p w14:paraId="1F871D5E" w14:textId="77777777" w:rsidR="00EE5F04" w:rsidRPr="008A20D0" w:rsidRDefault="00000000">
            <w:pPr>
              <w:spacing w:before="40" w:after="40" w:line="240" w:lineRule="auto"/>
              <w:jc w:val="center"/>
              <w:rPr>
                <w:rFonts w:cs="Times New Roman"/>
              </w:rPr>
            </w:pPr>
            <w:r w:rsidRPr="008A20D0">
              <w:rPr>
                <w:rFonts w:cs="Times New Roman"/>
                <w:sz w:val="20"/>
              </w:rPr>
              <w:t>0.140</w:t>
            </w:r>
            <w:r w:rsidRPr="008A20D0">
              <w:rPr>
                <w:rFonts w:cs="Times New Roman"/>
                <w:sz w:val="20"/>
              </w:rPr>
              <w:br/>
              <w:t>(0.103 to 0.205)</w:t>
            </w:r>
          </w:p>
        </w:tc>
        <w:tc>
          <w:tcPr>
            <w:tcW w:w="2045" w:type="dxa"/>
            <w:vAlign w:val="center"/>
          </w:tcPr>
          <w:p w14:paraId="1D7E6CB4"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0.086)</w:t>
            </w:r>
          </w:p>
        </w:tc>
        <w:tc>
          <w:tcPr>
            <w:tcW w:w="1598" w:type="dxa"/>
            <w:vAlign w:val="center"/>
          </w:tcPr>
          <w:p w14:paraId="161CE8CB"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2FCEDF4A" w14:textId="77777777" w:rsidR="00EE5F04" w:rsidRPr="008A20D0" w:rsidRDefault="00000000">
      <w:pPr>
        <w:spacing w:after="100"/>
        <w:rPr>
          <w:rFonts w:cs="Times New Roman"/>
        </w:rPr>
      </w:pPr>
      <w:r w:rsidRPr="008A20D0">
        <w:rPr>
          <w:rFonts w:cs="Times New Roman"/>
          <w:sz w:val="20"/>
        </w:rPr>
        <w:t>The POD3 risk set contained 1,323 patients and 107 events; the average-precision reference was 8.09%. D: the raw predicted-logit SD was below the project threshold of 0.30. Descriptive estimates are shown for these models, but their corresponding paired contrasts were not estimated under the project rule. Eligible refers to this rule, not clinical validation.</w:t>
      </w:r>
    </w:p>
    <w:p w14:paraId="2E58E7BC"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POD3 paired information differences</w:t>
      </w:r>
    </w:p>
    <w:p w14:paraId="23BEE693" w14:textId="77777777" w:rsidR="00EE5F04" w:rsidRPr="008A20D0" w:rsidRDefault="00000000">
      <w:pPr>
        <w:pStyle w:val="af7"/>
        <w:rPr>
          <w:rFonts w:cs="Times New Roman"/>
        </w:rPr>
      </w:pPr>
      <w:r w:rsidRPr="008A20D0">
        <w:rPr>
          <w:rFonts w:cs="Times New Roman"/>
        </w:rPr>
        <w:t>Table S4 (continued). B. POD3 paired differences: Ridge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2160"/>
        <w:gridCol w:w="1584"/>
        <w:gridCol w:w="1584"/>
        <w:gridCol w:w="1584"/>
        <w:gridCol w:w="1584"/>
        <w:gridCol w:w="864"/>
      </w:tblGrid>
      <w:tr w:rsidR="00EE5F04" w:rsidRPr="008A20D0" w14:paraId="09E463FE" w14:textId="77777777">
        <w:trPr>
          <w:cantSplit/>
          <w:tblHeader/>
          <w:jc w:val="center"/>
        </w:trPr>
        <w:tc>
          <w:tcPr>
            <w:tcW w:w="2160" w:type="dxa"/>
            <w:vAlign w:val="center"/>
          </w:tcPr>
          <w:p w14:paraId="6DA04F9F" w14:textId="77777777" w:rsidR="00EE5F04" w:rsidRPr="008A20D0" w:rsidRDefault="00000000">
            <w:pPr>
              <w:spacing w:before="40" w:after="40" w:line="240" w:lineRule="auto"/>
              <w:rPr>
                <w:rFonts w:cs="Times New Roman"/>
              </w:rPr>
            </w:pPr>
            <w:r w:rsidRPr="008A20D0">
              <w:rPr>
                <w:rFonts w:cs="Times New Roman"/>
                <w:b/>
                <w:sz w:val="20"/>
              </w:rPr>
              <w:t>Contrast</w:t>
            </w:r>
          </w:p>
        </w:tc>
        <w:tc>
          <w:tcPr>
            <w:tcW w:w="1584" w:type="dxa"/>
            <w:vAlign w:val="center"/>
          </w:tcPr>
          <w:p w14:paraId="3A1B65C5" w14:textId="77777777" w:rsidR="00EE5F04" w:rsidRPr="008A20D0" w:rsidRDefault="00000000">
            <w:pPr>
              <w:spacing w:before="40" w:after="40" w:line="240" w:lineRule="auto"/>
              <w:jc w:val="center"/>
              <w:rPr>
                <w:rFonts w:cs="Times New Roman"/>
              </w:rPr>
            </w:pPr>
            <w:r w:rsidRPr="008A20D0">
              <w:rPr>
                <w:rFonts w:cs="Times New Roman"/>
                <w:b/>
                <w:sz w:val="20"/>
              </w:rPr>
              <w:t>ΔAUROC</w:t>
            </w:r>
            <w:r w:rsidRPr="008A20D0">
              <w:rPr>
                <w:rFonts w:cs="Times New Roman"/>
                <w:b/>
                <w:sz w:val="20"/>
              </w:rPr>
              <w:br/>
              <w:t>(95% CI)</w:t>
            </w:r>
          </w:p>
        </w:tc>
        <w:tc>
          <w:tcPr>
            <w:tcW w:w="1584" w:type="dxa"/>
            <w:vAlign w:val="center"/>
          </w:tcPr>
          <w:p w14:paraId="481C1CB2" w14:textId="77777777" w:rsidR="00EE5F04" w:rsidRPr="008A20D0" w:rsidRDefault="00000000">
            <w:pPr>
              <w:spacing w:before="40" w:after="40" w:line="240" w:lineRule="auto"/>
              <w:jc w:val="center"/>
              <w:rPr>
                <w:rFonts w:cs="Times New Roman"/>
              </w:rPr>
            </w:pPr>
            <w:r w:rsidRPr="008A20D0">
              <w:rPr>
                <w:rFonts w:cs="Times New Roman"/>
                <w:b/>
                <w:sz w:val="20"/>
              </w:rPr>
              <w:t>ΔAP</w:t>
            </w:r>
            <w:r w:rsidRPr="008A20D0">
              <w:rPr>
                <w:rFonts w:cs="Times New Roman"/>
                <w:b/>
                <w:sz w:val="20"/>
              </w:rPr>
              <w:br/>
              <w:t>(95% CI)</w:t>
            </w:r>
          </w:p>
        </w:tc>
        <w:tc>
          <w:tcPr>
            <w:tcW w:w="1584" w:type="dxa"/>
            <w:vAlign w:val="center"/>
          </w:tcPr>
          <w:p w14:paraId="7985A23E" w14:textId="77777777" w:rsidR="00EE5F04" w:rsidRPr="008A20D0" w:rsidRDefault="00000000">
            <w:pPr>
              <w:spacing w:before="40" w:after="40" w:line="240" w:lineRule="auto"/>
              <w:jc w:val="center"/>
              <w:rPr>
                <w:rFonts w:cs="Times New Roman"/>
              </w:rPr>
            </w:pPr>
            <w:r w:rsidRPr="008A20D0">
              <w:rPr>
                <w:rFonts w:cs="Times New Roman"/>
                <w:b/>
                <w:sz w:val="20"/>
              </w:rPr>
              <w:t>ΔBrier</w:t>
            </w:r>
            <w:r w:rsidRPr="008A20D0">
              <w:rPr>
                <w:rFonts w:cs="Times New Roman"/>
                <w:b/>
                <w:sz w:val="20"/>
              </w:rPr>
              <w:br/>
              <w:t>(95% CI)</w:t>
            </w:r>
          </w:p>
        </w:tc>
        <w:tc>
          <w:tcPr>
            <w:tcW w:w="1584" w:type="dxa"/>
            <w:vAlign w:val="center"/>
          </w:tcPr>
          <w:p w14:paraId="16AE0C9A" w14:textId="77777777" w:rsidR="00EE5F04" w:rsidRPr="008A20D0" w:rsidRDefault="00000000">
            <w:pPr>
              <w:spacing w:before="40" w:after="40" w:line="240" w:lineRule="auto"/>
              <w:jc w:val="center"/>
              <w:rPr>
                <w:rFonts w:cs="Times New Roman"/>
              </w:rPr>
            </w:pPr>
            <w:r w:rsidRPr="008A20D0">
              <w:rPr>
                <w:rFonts w:cs="Times New Roman"/>
                <w:b/>
                <w:sz w:val="20"/>
              </w:rPr>
              <w:t>ΔNB at 5%</w:t>
            </w:r>
            <w:r w:rsidRPr="008A20D0">
              <w:rPr>
                <w:rFonts w:cs="Times New Roman"/>
                <w:b/>
                <w:sz w:val="20"/>
              </w:rPr>
              <w:br/>
              <w:t>(95% CI)</w:t>
            </w:r>
          </w:p>
        </w:tc>
        <w:tc>
          <w:tcPr>
            <w:tcW w:w="864" w:type="dxa"/>
            <w:vAlign w:val="center"/>
          </w:tcPr>
          <w:p w14:paraId="2E262EF6"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2E586837" w14:textId="77777777">
        <w:trPr>
          <w:cantSplit/>
          <w:jc w:val="center"/>
        </w:trPr>
        <w:tc>
          <w:tcPr>
            <w:tcW w:w="2160" w:type="dxa"/>
            <w:vAlign w:val="center"/>
          </w:tcPr>
          <w:p w14:paraId="19DCCBD6" w14:textId="77777777" w:rsidR="00EE5F04" w:rsidRPr="008A20D0" w:rsidRDefault="00000000">
            <w:pPr>
              <w:spacing w:before="40" w:after="40" w:line="240" w:lineRule="auto"/>
              <w:rPr>
                <w:rFonts w:cs="Times New Roman"/>
              </w:rPr>
            </w:pPr>
            <w:r w:rsidRPr="008A20D0">
              <w:rPr>
                <w:rFonts w:cs="Times New Roman"/>
                <w:sz w:val="20"/>
              </w:rPr>
              <w:t>M1 Ridge − M0 Ridge</w:t>
            </w:r>
          </w:p>
        </w:tc>
        <w:tc>
          <w:tcPr>
            <w:tcW w:w="1584" w:type="dxa"/>
            <w:vAlign w:val="center"/>
          </w:tcPr>
          <w:p w14:paraId="46848BEF"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84" w:type="dxa"/>
            <w:vAlign w:val="center"/>
          </w:tcPr>
          <w:p w14:paraId="65F93CB1"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84" w:type="dxa"/>
            <w:vAlign w:val="center"/>
          </w:tcPr>
          <w:p w14:paraId="259A4F95"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84" w:type="dxa"/>
            <w:vAlign w:val="center"/>
          </w:tcPr>
          <w:p w14:paraId="2BEBD595"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864" w:type="dxa"/>
            <w:vAlign w:val="center"/>
          </w:tcPr>
          <w:p w14:paraId="116D6F6D" w14:textId="77777777" w:rsidR="00EE5F04" w:rsidRPr="008A20D0" w:rsidRDefault="00000000">
            <w:pPr>
              <w:spacing w:before="40" w:after="40" w:line="240" w:lineRule="auto"/>
              <w:jc w:val="center"/>
              <w:rPr>
                <w:rFonts w:cs="Times New Roman"/>
              </w:rPr>
            </w:pPr>
            <w:r w:rsidRPr="008A20D0">
              <w:rPr>
                <w:rFonts w:cs="Times New Roman"/>
                <w:sz w:val="20"/>
              </w:rPr>
              <w:t>NE</w:t>
            </w:r>
          </w:p>
        </w:tc>
      </w:tr>
      <w:tr w:rsidR="00EE5F04" w:rsidRPr="008A20D0" w14:paraId="00050583" w14:textId="77777777">
        <w:trPr>
          <w:cantSplit/>
          <w:jc w:val="center"/>
        </w:trPr>
        <w:tc>
          <w:tcPr>
            <w:tcW w:w="2160" w:type="dxa"/>
            <w:vAlign w:val="center"/>
          </w:tcPr>
          <w:p w14:paraId="10A2C1A0" w14:textId="77777777" w:rsidR="00EE5F04" w:rsidRPr="008A20D0" w:rsidRDefault="00000000">
            <w:pPr>
              <w:spacing w:before="40" w:after="40" w:line="240" w:lineRule="auto"/>
              <w:rPr>
                <w:rFonts w:cs="Times New Roman"/>
              </w:rPr>
            </w:pPr>
            <w:r w:rsidRPr="008A20D0">
              <w:rPr>
                <w:rFonts w:cs="Times New Roman"/>
                <w:sz w:val="20"/>
              </w:rPr>
              <w:t>M2 Ridge − M1 Ridge</w:t>
            </w:r>
          </w:p>
        </w:tc>
        <w:tc>
          <w:tcPr>
            <w:tcW w:w="1584" w:type="dxa"/>
            <w:vAlign w:val="center"/>
          </w:tcPr>
          <w:p w14:paraId="4EEAE114"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84" w:type="dxa"/>
            <w:vAlign w:val="center"/>
          </w:tcPr>
          <w:p w14:paraId="23C9A0D2"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84" w:type="dxa"/>
            <w:vAlign w:val="center"/>
          </w:tcPr>
          <w:p w14:paraId="092B68FE"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84" w:type="dxa"/>
            <w:vAlign w:val="center"/>
          </w:tcPr>
          <w:p w14:paraId="61677D70"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864" w:type="dxa"/>
            <w:vAlign w:val="center"/>
          </w:tcPr>
          <w:p w14:paraId="5A440F1F" w14:textId="77777777" w:rsidR="00EE5F04" w:rsidRPr="008A20D0" w:rsidRDefault="00000000">
            <w:pPr>
              <w:spacing w:before="40" w:after="40" w:line="240" w:lineRule="auto"/>
              <w:jc w:val="center"/>
              <w:rPr>
                <w:rFonts w:cs="Times New Roman"/>
              </w:rPr>
            </w:pPr>
            <w:r w:rsidRPr="008A20D0">
              <w:rPr>
                <w:rFonts w:cs="Times New Roman"/>
                <w:sz w:val="20"/>
              </w:rPr>
              <w:t>NE</w:t>
            </w:r>
          </w:p>
        </w:tc>
      </w:tr>
      <w:tr w:rsidR="00EE5F04" w:rsidRPr="008A20D0" w14:paraId="5325A5E3" w14:textId="77777777">
        <w:trPr>
          <w:cantSplit/>
          <w:jc w:val="center"/>
        </w:trPr>
        <w:tc>
          <w:tcPr>
            <w:tcW w:w="2160" w:type="dxa"/>
            <w:vAlign w:val="center"/>
          </w:tcPr>
          <w:p w14:paraId="5BB11F9F" w14:textId="77777777" w:rsidR="00EE5F04" w:rsidRPr="008A20D0" w:rsidRDefault="00000000">
            <w:pPr>
              <w:spacing w:before="40" w:after="40" w:line="240" w:lineRule="auto"/>
              <w:rPr>
                <w:rFonts w:cs="Times New Roman"/>
              </w:rPr>
            </w:pPr>
            <w:r w:rsidRPr="008A20D0">
              <w:rPr>
                <w:rFonts w:cs="Times New Roman"/>
                <w:sz w:val="20"/>
              </w:rPr>
              <w:t>M3 Ridge − M2 Ridge</w:t>
            </w:r>
          </w:p>
        </w:tc>
        <w:tc>
          <w:tcPr>
            <w:tcW w:w="1584" w:type="dxa"/>
            <w:vAlign w:val="center"/>
          </w:tcPr>
          <w:p w14:paraId="3516F6F9" w14:textId="77777777" w:rsidR="00EE5F04" w:rsidRPr="008A20D0" w:rsidRDefault="00000000">
            <w:pPr>
              <w:spacing w:before="40" w:after="40" w:line="240" w:lineRule="auto"/>
              <w:jc w:val="center"/>
              <w:rPr>
                <w:rFonts w:cs="Times New Roman"/>
              </w:rPr>
            </w:pPr>
            <w:r w:rsidRPr="008A20D0">
              <w:rPr>
                <w:rFonts w:cs="Times New Roman"/>
                <w:sz w:val="20"/>
              </w:rPr>
              <w:t>0.007</w:t>
            </w:r>
            <w:r w:rsidRPr="008A20D0">
              <w:rPr>
                <w:rFonts w:cs="Times New Roman"/>
                <w:sz w:val="20"/>
              </w:rPr>
              <w:br/>
              <w:t>(-0.046 to 0.061)</w:t>
            </w:r>
          </w:p>
        </w:tc>
        <w:tc>
          <w:tcPr>
            <w:tcW w:w="1584" w:type="dxa"/>
            <w:vAlign w:val="center"/>
          </w:tcPr>
          <w:p w14:paraId="4D0D787C" w14:textId="77777777" w:rsidR="00EE5F04" w:rsidRPr="008A20D0" w:rsidRDefault="00000000">
            <w:pPr>
              <w:spacing w:before="40" w:after="40" w:line="240" w:lineRule="auto"/>
              <w:jc w:val="center"/>
              <w:rPr>
                <w:rFonts w:cs="Times New Roman"/>
              </w:rPr>
            </w:pPr>
            <w:r w:rsidRPr="008A20D0">
              <w:rPr>
                <w:rFonts w:cs="Times New Roman"/>
                <w:sz w:val="20"/>
              </w:rPr>
              <w:t>-0.008</w:t>
            </w:r>
            <w:r w:rsidRPr="008A20D0">
              <w:rPr>
                <w:rFonts w:cs="Times New Roman"/>
                <w:sz w:val="20"/>
              </w:rPr>
              <w:br/>
              <w:t>(-0.054 to 0.040)</w:t>
            </w:r>
          </w:p>
        </w:tc>
        <w:tc>
          <w:tcPr>
            <w:tcW w:w="1584" w:type="dxa"/>
            <w:vAlign w:val="center"/>
          </w:tcPr>
          <w:p w14:paraId="18D41892" w14:textId="77777777" w:rsidR="00EE5F04" w:rsidRPr="008A20D0" w:rsidRDefault="00000000">
            <w:pPr>
              <w:spacing w:before="40" w:after="40" w:line="240" w:lineRule="auto"/>
              <w:jc w:val="center"/>
              <w:rPr>
                <w:rFonts w:cs="Times New Roman"/>
              </w:rPr>
            </w:pPr>
            <w:r w:rsidRPr="008A20D0">
              <w:rPr>
                <w:rFonts w:cs="Times New Roman"/>
                <w:sz w:val="20"/>
              </w:rPr>
              <w:t>-0.003</w:t>
            </w:r>
            <w:r w:rsidRPr="008A20D0">
              <w:rPr>
                <w:rFonts w:cs="Times New Roman"/>
                <w:sz w:val="20"/>
              </w:rPr>
              <w:br/>
              <w:t>(-0.007 to 0.001)</w:t>
            </w:r>
          </w:p>
        </w:tc>
        <w:tc>
          <w:tcPr>
            <w:tcW w:w="1584" w:type="dxa"/>
            <w:vAlign w:val="center"/>
          </w:tcPr>
          <w:p w14:paraId="1BBF659E" w14:textId="77777777" w:rsidR="00EE5F04" w:rsidRPr="008A20D0" w:rsidRDefault="00000000">
            <w:pPr>
              <w:spacing w:before="40" w:after="40" w:line="240" w:lineRule="auto"/>
              <w:jc w:val="center"/>
              <w:rPr>
                <w:rFonts w:cs="Times New Roman"/>
              </w:rPr>
            </w:pPr>
            <w:r w:rsidRPr="008A20D0">
              <w:rPr>
                <w:rFonts w:cs="Times New Roman"/>
                <w:sz w:val="20"/>
              </w:rPr>
              <w:t>-0.002</w:t>
            </w:r>
            <w:r w:rsidRPr="008A20D0">
              <w:rPr>
                <w:rFonts w:cs="Times New Roman"/>
                <w:sz w:val="20"/>
              </w:rPr>
              <w:br/>
              <w:t>(-0.007 to 0.004)</w:t>
            </w:r>
          </w:p>
        </w:tc>
        <w:tc>
          <w:tcPr>
            <w:tcW w:w="864" w:type="dxa"/>
            <w:vAlign w:val="center"/>
          </w:tcPr>
          <w:p w14:paraId="18AA2A4E"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4D41A464" w14:textId="77777777">
        <w:trPr>
          <w:cantSplit/>
          <w:jc w:val="center"/>
        </w:trPr>
        <w:tc>
          <w:tcPr>
            <w:tcW w:w="2160" w:type="dxa"/>
            <w:vAlign w:val="center"/>
          </w:tcPr>
          <w:p w14:paraId="6659CE1A" w14:textId="77777777" w:rsidR="00EE5F04" w:rsidRPr="008A20D0" w:rsidRDefault="00000000">
            <w:pPr>
              <w:spacing w:before="40" w:after="40" w:line="240" w:lineRule="auto"/>
              <w:rPr>
                <w:rFonts w:cs="Times New Roman"/>
              </w:rPr>
            </w:pPr>
            <w:r w:rsidRPr="008A20D0">
              <w:rPr>
                <w:rFonts w:cs="Times New Roman"/>
                <w:sz w:val="20"/>
              </w:rPr>
              <w:t>M3 Ridge − M0 Ridge</w:t>
            </w:r>
          </w:p>
        </w:tc>
        <w:tc>
          <w:tcPr>
            <w:tcW w:w="1584" w:type="dxa"/>
            <w:vAlign w:val="center"/>
          </w:tcPr>
          <w:p w14:paraId="1E44B714"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84" w:type="dxa"/>
            <w:vAlign w:val="center"/>
          </w:tcPr>
          <w:p w14:paraId="4D3048DD"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84" w:type="dxa"/>
            <w:vAlign w:val="center"/>
          </w:tcPr>
          <w:p w14:paraId="506834E1"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84" w:type="dxa"/>
            <w:vAlign w:val="center"/>
          </w:tcPr>
          <w:p w14:paraId="48C17979"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864" w:type="dxa"/>
            <w:vAlign w:val="center"/>
          </w:tcPr>
          <w:p w14:paraId="415DF9B6" w14:textId="77777777" w:rsidR="00EE5F04" w:rsidRPr="008A20D0" w:rsidRDefault="00000000">
            <w:pPr>
              <w:spacing w:before="40" w:after="40" w:line="240" w:lineRule="auto"/>
              <w:jc w:val="center"/>
              <w:rPr>
                <w:rFonts w:cs="Times New Roman"/>
              </w:rPr>
            </w:pPr>
            <w:r w:rsidRPr="008A20D0">
              <w:rPr>
                <w:rFonts w:cs="Times New Roman"/>
                <w:sz w:val="20"/>
              </w:rPr>
              <w:t>NE</w:t>
            </w:r>
          </w:p>
        </w:tc>
      </w:tr>
      <w:tr w:rsidR="00EE5F04" w:rsidRPr="008A20D0" w14:paraId="79AF706C" w14:textId="77777777">
        <w:trPr>
          <w:cantSplit/>
          <w:jc w:val="center"/>
        </w:trPr>
        <w:tc>
          <w:tcPr>
            <w:tcW w:w="2160" w:type="dxa"/>
            <w:vAlign w:val="center"/>
          </w:tcPr>
          <w:p w14:paraId="6A4C7208" w14:textId="77777777" w:rsidR="00EE5F04" w:rsidRPr="008A20D0" w:rsidRDefault="00000000">
            <w:pPr>
              <w:spacing w:before="40" w:after="40" w:line="240" w:lineRule="auto"/>
              <w:rPr>
                <w:rFonts w:cs="Times New Roman"/>
              </w:rPr>
            </w:pPr>
            <w:r w:rsidRPr="008A20D0">
              <w:rPr>
                <w:rFonts w:cs="Times New Roman"/>
                <w:sz w:val="20"/>
              </w:rPr>
              <w:t>M3 Ridge − M1 Ridge</w:t>
            </w:r>
          </w:p>
        </w:tc>
        <w:tc>
          <w:tcPr>
            <w:tcW w:w="1584" w:type="dxa"/>
            <w:vAlign w:val="center"/>
          </w:tcPr>
          <w:p w14:paraId="11BF97B8"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84" w:type="dxa"/>
            <w:vAlign w:val="center"/>
          </w:tcPr>
          <w:p w14:paraId="7E2C1627"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84" w:type="dxa"/>
            <w:vAlign w:val="center"/>
          </w:tcPr>
          <w:p w14:paraId="7C5ACBBA"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84" w:type="dxa"/>
            <w:vAlign w:val="center"/>
          </w:tcPr>
          <w:p w14:paraId="42469E9F"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864" w:type="dxa"/>
            <w:vAlign w:val="center"/>
          </w:tcPr>
          <w:p w14:paraId="2A4023F0" w14:textId="77777777" w:rsidR="00EE5F04" w:rsidRPr="008A20D0" w:rsidRDefault="00000000">
            <w:pPr>
              <w:spacing w:before="40" w:after="40" w:line="240" w:lineRule="auto"/>
              <w:jc w:val="center"/>
              <w:rPr>
                <w:rFonts w:cs="Times New Roman"/>
              </w:rPr>
            </w:pPr>
            <w:r w:rsidRPr="008A20D0">
              <w:rPr>
                <w:rFonts w:cs="Times New Roman"/>
                <w:sz w:val="20"/>
              </w:rPr>
              <w:t>NE</w:t>
            </w:r>
          </w:p>
        </w:tc>
      </w:tr>
    </w:tbl>
    <w:p w14:paraId="5A78CEF4" w14:textId="77777777" w:rsidR="00EE5F04" w:rsidRPr="008A20D0" w:rsidRDefault="00000000">
      <w:pPr>
        <w:pStyle w:val="af7"/>
        <w:rPr>
          <w:rFonts w:cs="Times New Roman"/>
        </w:rPr>
      </w:pPr>
      <w:r w:rsidRPr="008A20D0">
        <w:rPr>
          <w:rFonts w:cs="Times New Roman"/>
        </w:rPr>
        <w:t>Table S4 (continued). C. POD3 paired differences: XGB</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2160"/>
        <w:gridCol w:w="1584"/>
        <w:gridCol w:w="1584"/>
        <w:gridCol w:w="1584"/>
        <w:gridCol w:w="1584"/>
        <w:gridCol w:w="864"/>
      </w:tblGrid>
      <w:tr w:rsidR="00EE5F04" w:rsidRPr="008A20D0" w14:paraId="346A36AB" w14:textId="77777777">
        <w:trPr>
          <w:cantSplit/>
          <w:tblHeader/>
          <w:jc w:val="center"/>
        </w:trPr>
        <w:tc>
          <w:tcPr>
            <w:tcW w:w="2160" w:type="dxa"/>
            <w:vAlign w:val="center"/>
          </w:tcPr>
          <w:p w14:paraId="67A839E2" w14:textId="77777777" w:rsidR="00EE5F04" w:rsidRPr="008A20D0" w:rsidRDefault="00000000">
            <w:pPr>
              <w:spacing w:before="40" w:after="40" w:line="240" w:lineRule="auto"/>
              <w:rPr>
                <w:rFonts w:cs="Times New Roman"/>
              </w:rPr>
            </w:pPr>
            <w:r w:rsidRPr="008A20D0">
              <w:rPr>
                <w:rFonts w:cs="Times New Roman"/>
                <w:b/>
                <w:sz w:val="20"/>
              </w:rPr>
              <w:t>Contrast</w:t>
            </w:r>
          </w:p>
        </w:tc>
        <w:tc>
          <w:tcPr>
            <w:tcW w:w="1584" w:type="dxa"/>
            <w:vAlign w:val="center"/>
          </w:tcPr>
          <w:p w14:paraId="3BC18BBD" w14:textId="77777777" w:rsidR="00EE5F04" w:rsidRPr="008A20D0" w:rsidRDefault="00000000">
            <w:pPr>
              <w:spacing w:before="40" w:after="40" w:line="240" w:lineRule="auto"/>
              <w:jc w:val="center"/>
              <w:rPr>
                <w:rFonts w:cs="Times New Roman"/>
              </w:rPr>
            </w:pPr>
            <w:r w:rsidRPr="008A20D0">
              <w:rPr>
                <w:rFonts w:cs="Times New Roman"/>
                <w:b/>
                <w:sz w:val="20"/>
              </w:rPr>
              <w:t>ΔAUROC</w:t>
            </w:r>
            <w:r w:rsidRPr="008A20D0">
              <w:rPr>
                <w:rFonts w:cs="Times New Roman"/>
                <w:b/>
                <w:sz w:val="20"/>
              </w:rPr>
              <w:br/>
              <w:t>(95% CI)</w:t>
            </w:r>
          </w:p>
        </w:tc>
        <w:tc>
          <w:tcPr>
            <w:tcW w:w="1584" w:type="dxa"/>
            <w:vAlign w:val="center"/>
          </w:tcPr>
          <w:p w14:paraId="0B1A9613" w14:textId="77777777" w:rsidR="00EE5F04" w:rsidRPr="008A20D0" w:rsidRDefault="00000000">
            <w:pPr>
              <w:spacing w:before="40" w:after="40" w:line="240" w:lineRule="auto"/>
              <w:jc w:val="center"/>
              <w:rPr>
                <w:rFonts w:cs="Times New Roman"/>
              </w:rPr>
            </w:pPr>
            <w:r w:rsidRPr="008A20D0">
              <w:rPr>
                <w:rFonts w:cs="Times New Roman"/>
                <w:b/>
                <w:sz w:val="20"/>
              </w:rPr>
              <w:t>ΔAP</w:t>
            </w:r>
            <w:r w:rsidRPr="008A20D0">
              <w:rPr>
                <w:rFonts w:cs="Times New Roman"/>
                <w:b/>
                <w:sz w:val="20"/>
              </w:rPr>
              <w:br/>
              <w:t>(95% CI)</w:t>
            </w:r>
          </w:p>
        </w:tc>
        <w:tc>
          <w:tcPr>
            <w:tcW w:w="1584" w:type="dxa"/>
            <w:vAlign w:val="center"/>
          </w:tcPr>
          <w:p w14:paraId="15FC0429" w14:textId="77777777" w:rsidR="00EE5F04" w:rsidRPr="008A20D0" w:rsidRDefault="00000000">
            <w:pPr>
              <w:spacing w:before="40" w:after="40" w:line="240" w:lineRule="auto"/>
              <w:jc w:val="center"/>
              <w:rPr>
                <w:rFonts w:cs="Times New Roman"/>
              </w:rPr>
            </w:pPr>
            <w:r w:rsidRPr="008A20D0">
              <w:rPr>
                <w:rFonts w:cs="Times New Roman"/>
                <w:b/>
                <w:sz w:val="20"/>
              </w:rPr>
              <w:t>ΔBrier</w:t>
            </w:r>
            <w:r w:rsidRPr="008A20D0">
              <w:rPr>
                <w:rFonts w:cs="Times New Roman"/>
                <w:b/>
                <w:sz w:val="20"/>
              </w:rPr>
              <w:br/>
              <w:t>(95% CI)</w:t>
            </w:r>
          </w:p>
        </w:tc>
        <w:tc>
          <w:tcPr>
            <w:tcW w:w="1584" w:type="dxa"/>
            <w:vAlign w:val="center"/>
          </w:tcPr>
          <w:p w14:paraId="003867A6" w14:textId="77777777" w:rsidR="00EE5F04" w:rsidRPr="008A20D0" w:rsidRDefault="00000000">
            <w:pPr>
              <w:spacing w:before="40" w:after="40" w:line="240" w:lineRule="auto"/>
              <w:jc w:val="center"/>
              <w:rPr>
                <w:rFonts w:cs="Times New Roman"/>
              </w:rPr>
            </w:pPr>
            <w:r w:rsidRPr="008A20D0">
              <w:rPr>
                <w:rFonts w:cs="Times New Roman"/>
                <w:b/>
                <w:sz w:val="20"/>
              </w:rPr>
              <w:t>ΔNB at 5%</w:t>
            </w:r>
            <w:r w:rsidRPr="008A20D0">
              <w:rPr>
                <w:rFonts w:cs="Times New Roman"/>
                <w:b/>
                <w:sz w:val="20"/>
              </w:rPr>
              <w:br/>
              <w:t>(95% CI)</w:t>
            </w:r>
          </w:p>
        </w:tc>
        <w:tc>
          <w:tcPr>
            <w:tcW w:w="864" w:type="dxa"/>
            <w:vAlign w:val="center"/>
          </w:tcPr>
          <w:p w14:paraId="0EECFB1D"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4941163D" w14:textId="77777777">
        <w:trPr>
          <w:cantSplit/>
          <w:jc w:val="center"/>
        </w:trPr>
        <w:tc>
          <w:tcPr>
            <w:tcW w:w="2160" w:type="dxa"/>
            <w:vAlign w:val="center"/>
          </w:tcPr>
          <w:p w14:paraId="69C009A1" w14:textId="77777777" w:rsidR="00EE5F04" w:rsidRPr="008A20D0" w:rsidRDefault="00000000">
            <w:pPr>
              <w:spacing w:before="40" w:after="40" w:line="240" w:lineRule="auto"/>
              <w:rPr>
                <w:rFonts w:cs="Times New Roman"/>
              </w:rPr>
            </w:pPr>
            <w:r w:rsidRPr="008A20D0">
              <w:rPr>
                <w:rFonts w:cs="Times New Roman"/>
                <w:sz w:val="20"/>
              </w:rPr>
              <w:t>M1 XGB − M0 XGB</w:t>
            </w:r>
          </w:p>
        </w:tc>
        <w:tc>
          <w:tcPr>
            <w:tcW w:w="1584" w:type="dxa"/>
            <w:vAlign w:val="center"/>
          </w:tcPr>
          <w:p w14:paraId="073E4ACC" w14:textId="77777777" w:rsidR="00EE5F04" w:rsidRPr="008A20D0" w:rsidRDefault="00000000">
            <w:pPr>
              <w:spacing w:before="40" w:after="40" w:line="240" w:lineRule="auto"/>
              <w:jc w:val="center"/>
              <w:rPr>
                <w:rFonts w:cs="Times New Roman"/>
              </w:rPr>
            </w:pPr>
            <w:r w:rsidRPr="008A20D0">
              <w:rPr>
                <w:rFonts w:cs="Times New Roman"/>
                <w:sz w:val="20"/>
              </w:rPr>
              <w:t>0.028</w:t>
            </w:r>
            <w:r w:rsidRPr="008A20D0">
              <w:rPr>
                <w:rFonts w:cs="Times New Roman"/>
                <w:sz w:val="20"/>
              </w:rPr>
              <w:br/>
              <w:t>(-0.032 to 0.089)</w:t>
            </w:r>
          </w:p>
        </w:tc>
        <w:tc>
          <w:tcPr>
            <w:tcW w:w="1584" w:type="dxa"/>
            <w:vAlign w:val="center"/>
          </w:tcPr>
          <w:p w14:paraId="7BC81766" w14:textId="77777777" w:rsidR="00EE5F04" w:rsidRPr="008A20D0" w:rsidRDefault="00000000">
            <w:pPr>
              <w:spacing w:before="40" w:after="40" w:line="240" w:lineRule="auto"/>
              <w:jc w:val="center"/>
              <w:rPr>
                <w:rFonts w:cs="Times New Roman"/>
              </w:rPr>
            </w:pPr>
            <w:r w:rsidRPr="008A20D0">
              <w:rPr>
                <w:rFonts w:cs="Times New Roman"/>
                <w:sz w:val="20"/>
              </w:rPr>
              <w:t>0.037</w:t>
            </w:r>
            <w:r w:rsidRPr="008A20D0">
              <w:rPr>
                <w:rFonts w:cs="Times New Roman"/>
                <w:sz w:val="20"/>
              </w:rPr>
              <w:br/>
              <w:t>(0.003 to 0.082)</w:t>
            </w:r>
          </w:p>
        </w:tc>
        <w:tc>
          <w:tcPr>
            <w:tcW w:w="1584" w:type="dxa"/>
            <w:vAlign w:val="center"/>
          </w:tcPr>
          <w:p w14:paraId="46369319" w14:textId="77777777" w:rsidR="00EE5F04" w:rsidRPr="008A20D0" w:rsidRDefault="00000000">
            <w:pPr>
              <w:spacing w:before="40" w:after="40" w:line="240" w:lineRule="auto"/>
              <w:jc w:val="center"/>
              <w:rPr>
                <w:rFonts w:cs="Times New Roman"/>
              </w:rPr>
            </w:pPr>
            <w:r w:rsidRPr="008A20D0">
              <w:rPr>
                <w:rFonts w:cs="Times New Roman"/>
                <w:sz w:val="20"/>
              </w:rPr>
              <w:t>-0.000</w:t>
            </w:r>
            <w:r w:rsidRPr="008A20D0">
              <w:rPr>
                <w:rFonts w:cs="Times New Roman"/>
                <w:sz w:val="20"/>
              </w:rPr>
              <w:br/>
              <w:t>(-0.003 to 0.002)</w:t>
            </w:r>
          </w:p>
        </w:tc>
        <w:tc>
          <w:tcPr>
            <w:tcW w:w="1584" w:type="dxa"/>
            <w:vAlign w:val="center"/>
          </w:tcPr>
          <w:p w14:paraId="36B6076A" w14:textId="77777777" w:rsidR="00EE5F04" w:rsidRPr="008A20D0" w:rsidRDefault="00000000">
            <w:pPr>
              <w:spacing w:before="40" w:after="40" w:line="240" w:lineRule="auto"/>
              <w:jc w:val="center"/>
              <w:rPr>
                <w:rFonts w:cs="Times New Roman"/>
              </w:rPr>
            </w:pPr>
            <w:r w:rsidRPr="008A20D0">
              <w:rPr>
                <w:rFonts w:cs="Times New Roman"/>
                <w:sz w:val="20"/>
              </w:rPr>
              <w:t>-0.002</w:t>
            </w:r>
            <w:r w:rsidRPr="008A20D0">
              <w:rPr>
                <w:rFonts w:cs="Times New Roman"/>
                <w:sz w:val="20"/>
              </w:rPr>
              <w:br/>
              <w:t>(-0.008 to 0.004)</w:t>
            </w:r>
          </w:p>
        </w:tc>
        <w:tc>
          <w:tcPr>
            <w:tcW w:w="864" w:type="dxa"/>
            <w:vAlign w:val="center"/>
          </w:tcPr>
          <w:p w14:paraId="0047457A"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3FA2787D" w14:textId="77777777">
        <w:trPr>
          <w:cantSplit/>
          <w:jc w:val="center"/>
        </w:trPr>
        <w:tc>
          <w:tcPr>
            <w:tcW w:w="2160" w:type="dxa"/>
            <w:vAlign w:val="center"/>
          </w:tcPr>
          <w:p w14:paraId="60FEEF7C" w14:textId="77777777" w:rsidR="00EE5F04" w:rsidRPr="008A20D0" w:rsidRDefault="00000000">
            <w:pPr>
              <w:spacing w:before="40" w:after="40" w:line="240" w:lineRule="auto"/>
              <w:rPr>
                <w:rFonts w:cs="Times New Roman"/>
              </w:rPr>
            </w:pPr>
            <w:r w:rsidRPr="008A20D0">
              <w:rPr>
                <w:rFonts w:cs="Times New Roman"/>
                <w:sz w:val="20"/>
              </w:rPr>
              <w:t>M2 XGB − M1 XGB</w:t>
            </w:r>
          </w:p>
        </w:tc>
        <w:tc>
          <w:tcPr>
            <w:tcW w:w="1584" w:type="dxa"/>
            <w:vAlign w:val="center"/>
          </w:tcPr>
          <w:p w14:paraId="2F3661A8" w14:textId="77777777" w:rsidR="00EE5F04" w:rsidRPr="008A20D0" w:rsidRDefault="00000000">
            <w:pPr>
              <w:spacing w:before="40" w:after="40" w:line="240" w:lineRule="auto"/>
              <w:jc w:val="center"/>
              <w:rPr>
                <w:rFonts w:cs="Times New Roman"/>
              </w:rPr>
            </w:pPr>
            <w:r w:rsidRPr="008A20D0">
              <w:rPr>
                <w:rFonts w:cs="Times New Roman"/>
                <w:sz w:val="20"/>
              </w:rPr>
              <w:t>0.018</w:t>
            </w:r>
            <w:r w:rsidRPr="008A20D0">
              <w:rPr>
                <w:rFonts w:cs="Times New Roman"/>
                <w:sz w:val="20"/>
              </w:rPr>
              <w:br/>
              <w:t>(-0.036 to 0.072)</w:t>
            </w:r>
          </w:p>
        </w:tc>
        <w:tc>
          <w:tcPr>
            <w:tcW w:w="1584" w:type="dxa"/>
            <w:vAlign w:val="center"/>
          </w:tcPr>
          <w:p w14:paraId="544D3C4D" w14:textId="77777777" w:rsidR="00EE5F04" w:rsidRPr="008A20D0" w:rsidRDefault="00000000">
            <w:pPr>
              <w:spacing w:before="40" w:after="40" w:line="240" w:lineRule="auto"/>
              <w:jc w:val="center"/>
              <w:rPr>
                <w:rFonts w:cs="Times New Roman"/>
              </w:rPr>
            </w:pPr>
            <w:r w:rsidRPr="008A20D0">
              <w:rPr>
                <w:rFonts w:cs="Times New Roman"/>
                <w:sz w:val="20"/>
              </w:rPr>
              <w:t>0.010</w:t>
            </w:r>
            <w:r w:rsidRPr="008A20D0">
              <w:rPr>
                <w:rFonts w:cs="Times New Roman"/>
                <w:sz w:val="20"/>
              </w:rPr>
              <w:br/>
              <w:t>(-0.021 to 0.045)</w:t>
            </w:r>
          </w:p>
        </w:tc>
        <w:tc>
          <w:tcPr>
            <w:tcW w:w="1584" w:type="dxa"/>
            <w:vAlign w:val="center"/>
          </w:tcPr>
          <w:p w14:paraId="320F40BF" w14:textId="77777777" w:rsidR="00EE5F04" w:rsidRPr="008A20D0" w:rsidRDefault="00000000">
            <w:pPr>
              <w:spacing w:before="40" w:after="40" w:line="240" w:lineRule="auto"/>
              <w:jc w:val="center"/>
              <w:rPr>
                <w:rFonts w:cs="Times New Roman"/>
              </w:rPr>
            </w:pPr>
            <w:r w:rsidRPr="008A20D0">
              <w:rPr>
                <w:rFonts w:cs="Times New Roman"/>
                <w:sz w:val="20"/>
              </w:rPr>
              <w:t>-0.000</w:t>
            </w:r>
            <w:r w:rsidRPr="008A20D0">
              <w:rPr>
                <w:rFonts w:cs="Times New Roman"/>
                <w:sz w:val="20"/>
              </w:rPr>
              <w:br/>
              <w:t>(-0.003 to 0.002)</w:t>
            </w:r>
          </w:p>
        </w:tc>
        <w:tc>
          <w:tcPr>
            <w:tcW w:w="1584" w:type="dxa"/>
            <w:vAlign w:val="center"/>
          </w:tcPr>
          <w:p w14:paraId="0E33B303" w14:textId="77777777" w:rsidR="00EE5F04" w:rsidRPr="008A20D0" w:rsidRDefault="00000000">
            <w:pPr>
              <w:spacing w:before="40" w:after="40" w:line="240" w:lineRule="auto"/>
              <w:jc w:val="center"/>
              <w:rPr>
                <w:rFonts w:cs="Times New Roman"/>
              </w:rPr>
            </w:pPr>
            <w:r w:rsidRPr="008A20D0">
              <w:rPr>
                <w:rFonts w:cs="Times New Roman"/>
                <w:sz w:val="20"/>
              </w:rPr>
              <w:t>0.002</w:t>
            </w:r>
            <w:r w:rsidRPr="008A20D0">
              <w:rPr>
                <w:rFonts w:cs="Times New Roman"/>
                <w:sz w:val="20"/>
              </w:rPr>
              <w:br/>
              <w:t>(-0.005 to 0.010)</w:t>
            </w:r>
          </w:p>
        </w:tc>
        <w:tc>
          <w:tcPr>
            <w:tcW w:w="864" w:type="dxa"/>
            <w:vAlign w:val="center"/>
          </w:tcPr>
          <w:p w14:paraId="70672279"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77B0E324" w14:textId="77777777">
        <w:trPr>
          <w:cantSplit/>
          <w:jc w:val="center"/>
        </w:trPr>
        <w:tc>
          <w:tcPr>
            <w:tcW w:w="2160" w:type="dxa"/>
            <w:vAlign w:val="center"/>
          </w:tcPr>
          <w:p w14:paraId="56F5290D" w14:textId="77777777" w:rsidR="00EE5F04" w:rsidRPr="008A20D0" w:rsidRDefault="00000000">
            <w:pPr>
              <w:spacing w:before="40" w:after="40" w:line="240" w:lineRule="auto"/>
              <w:rPr>
                <w:rFonts w:cs="Times New Roman"/>
              </w:rPr>
            </w:pPr>
            <w:r w:rsidRPr="008A20D0">
              <w:rPr>
                <w:rFonts w:cs="Times New Roman"/>
                <w:sz w:val="20"/>
              </w:rPr>
              <w:t>M3 XGB − M2 XGB</w:t>
            </w:r>
          </w:p>
        </w:tc>
        <w:tc>
          <w:tcPr>
            <w:tcW w:w="1584" w:type="dxa"/>
            <w:vAlign w:val="center"/>
          </w:tcPr>
          <w:p w14:paraId="1634C92B" w14:textId="77777777" w:rsidR="00EE5F04" w:rsidRPr="008A20D0" w:rsidRDefault="00000000">
            <w:pPr>
              <w:spacing w:before="40" w:after="40" w:line="240" w:lineRule="auto"/>
              <w:jc w:val="center"/>
              <w:rPr>
                <w:rFonts w:cs="Times New Roman"/>
              </w:rPr>
            </w:pPr>
            <w:r w:rsidRPr="008A20D0">
              <w:rPr>
                <w:rFonts w:cs="Times New Roman"/>
                <w:sz w:val="20"/>
              </w:rPr>
              <w:t>-0.008</w:t>
            </w:r>
            <w:r w:rsidRPr="008A20D0">
              <w:rPr>
                <w:rFonts w:cs="Times New Roman"/>
                <w:sz w:val="20"/>
              </w:rPr>
              <w:br/>
              <w:t>(-0.056 to 0.039)</w:t>
            </w:r>
          </w:p>
        </w:tc>
        <w:tc>
          <w:tcPr>
            <w:tcW w:w="1584" w:type="dxa"/>
            <w:vAlign w:val="center"/>
          </w:tcPr>
          <w:p w14:paraId="02162A40" w14:textId="77777777" w:rsidR="00EE5F04" w:rsidRPr="008A20D0" w:rsidRDefault="00000000">
            <w:pPr>
              <w:spacing w:before="40" w:after="40" w:line="240" w:lineRule="auto"/>
              <w:jc w:val="center"/>
              <w:rPr>
                <w:rFonts w:cs="Times New Roman"/>
              </w:rPr>
            </w:pPr>
            <w:r w:rsidRPr="008A20D0">
              <w:rPr>
                <w:rFonts w:cs="Times New Roman"/>
                <w:sz w:val="20"/>
              </w:rPr>
              <w:t>-0.001</w:t>
            </w:r>
            <w:r w:rsidRPr="008A20D0">
              <w:rPr>
                <w:rFonts w:cs="Times New Roman"/>
                <w:sz w:val="20"/>
              </w:rPr>
              <w:br/>
              <w:t>(-0.040 to 0.043)</w:t>
            </w:r>
          </w:p>
        </w:tc>
        <w:tc>
          <w:tcPr>
            <w:tcW w:w="1584" w:type="dxa"/>
            <w:vAlign w:val="center"/>
          </w:tcPr>
          <w:p w14:paraId="275F927F" w14:textId="77777777" w:rsidR="00EE5F04" w:rsidRPr="008A20D0" w:rsidRDefault="00000000">
            <w:pPr>
              <w:spacing w:before="40" w:after="40" w:line="240" w:lineRule="auto"/>
              <w:jc w:val="center"/>
              <w:rPr>
                <w:rFonts w:cs="Times New Roman"/>
              </w:rPr>
            </w:pPr>
            <w:r w:rsidRPr="008A20D0">
              <w:rPr>
                <w:rFonts w:cs="Times New Roman"/>
                <w:sz w:val="20"/>
              </w:rPr>
              <w:t>-0.001</w:t>
            </w:r>
            <w:r w:rsidRPr="008A20D0">
              <w:rPr>
                <w:rFonts w:cs="Times New Roman"/>
                <w:sz w:val="20"/>
              </w:rPr>
              <w:br/>
              <w:t>(-0.003 to 0.002)</w:t>
            </w:r>
          </w:p>
        </w:tc>
        <w:tc>
          <w:tcPr>
            <w:tcW w:w="1584" w:type="dxa"/>
            <w:vAlign w:val="center"/>
          </w:tcPr>
          <w:p w14:paraId="1883E34A" w14:textId="77777777" w:rsidR="00EE5F04" w:rsidRPr="008A20D0" w:rsidRDefault="00000000">
            <w:pPr>
              <w:spacing w:before="40" w:after="40" w:line="240" w:lineRule="auto"/>
              <w:jc w:val="center"/>
              <w:rPr>
                <w:rFonts w:cs="Times New Roman"/>
              </w:rPr>
            </w:pPr>
            <w:r w:rsidRPr="008A20D0">
              <w:rPr>
                <w:rFonts w:cs="Times New Roman"/>
                <w:sz w:val="20"/>
              </w:rPr>
              <w:t>-0.006</w:t>
            </w:r>
            <w:r w:rsidRPr="008A20D0">
              <w:rPr>
                <w:rFonts w:cs="Times New Roman"/>
                <w:sz w:val="20"/>
              </w:rPr>
              <w:br/>
              <w:t>(-0.014 to 0.001)</w:t>
            </w:r>
          </w:p>
        </w:tc>
        <w:tc>
          <w:tcPr>
            <w:tcW w:w="864" w:type="dxa"/>
            <w:vAlign w:val="center"/>
          </w:tcPr>
          <w:p w14:paraId="16B34D80"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725E9754" w14:textId="77777777">
        <w:trPr>
          <w:cantSplit/>
          <w:jc w:val="center"/>
        </w:trPr>
        <w:tc>
          <w:tcPr>
            <w:tcW w:w="2160" w:type="dxa"/>
            <w:vAlign w:val="center"/>
          </w:tcPr>
          <w:p w14:paraId="5806CC65" w14:textId="77777777" w:rsidR="00EE5F04" w:rsidRPr="008A20D0" w:rsidRDefault="00000000">
            <w:pPr>
              <w:spacing w:before="40" w:after="40" w:line="240" w:lineRule="auto"/>
              <w:rPr>
                <w:rFonts w:cs="Times New Roman"/>
              </w:rPr>
            </w:pPr>
            <w:r w:rsidRPr="008A20D0">
              <w:rPr>
                <w:rFonts w:cs="Times New Roman"/>
                <w:sz w:val="20"/>
              </w:rPr>
              <w:t>M3 XGB − M0 XGB</w:t>
            </w:r>
          </w:p>
        </w:tc>
        <w:tc>
          <w:tcPr>
            <w:tcW w:w="1584" w:type="dxa"/>
            <w:vAlign w:val="center"/>
          </w:tcPr>
          <w:p w14:paraId="17DC2353" w14:textId="77777777" w:rsidR="00EE5F04" w:rsidRPr="008A20D0" w:rsidRDefault="00000000">
            <w:pPr>
              <w:spacing w:before="40" w:after="40" w:line="240" w:lineRule="auto"/>
              <w:jc w:val="center"/>
              <w:rPr>
                <w:rFonts w:cs="Times New Roman"/>
              </w:rPr>
            </w:pPr>
            <w:r w:rsidRPr="008A20D0">
              <w:rPr>
                <w:rFonts w:cs="Times New Roman"/>
                <w:sz w:val="20"/>
              </w:rPr>
              <w:t>0.039</w:t>
            </w:r>
            <w:r w:rsidRPr="008A20D0">
              <w:rPr>
                <w:rFonts w:cs="Times New Roman"/>
                <w:sz w:val="20"/>
              </w:rPr>
              <w:br/>
              <w:t>(-0.025 to 0.109)</w:t>
            </w:r>
          </w:p>
        </w:tc>
        <w:tc>
          <w:tcPr>
            <w:tcW w:w="1584" w:type="dxa"/>
            <w:vAlign w:val="center"/>
          </w:tcPr>
          <w:p w14:paraId="7343D874" w14:textId="77777777" w:rsidR="00EE5F04" w:rsidRPr="008A20D0" w:rsidRDefault="00000000">
            <w:pPr>
              <w:spacing w:before="40" w:after="40" w:line="240" w:lineRule="auto"/>
              <w:jc w:val="center"/>
              <w:rPr>
                <w:rFonts w:cs="Times New Roman"/>
              </w:rPr>
            </w:pPr>
            <w:r w:rsidRPr="008A20D0">
              <w:rPr>
                <w:rFonts w:cs="Times New Roman"/>
                <w:sz w:val="20"/>
              </w:rPr>
              <w:t>0.047</w:t>
            </w:r>
            <w:r w:rsidRPr="008A20D0">
              <w:rPr>
                <w:rFonts w:cs="Times New Roman"/>
                <w:sz w:val="20"/>
              </w:rPr>
              <w:br/>
              <w:t>(0.010 to 0.104)</w:t>
            </w:r>
          </w:p>
        </w:tc>
        <w:tc>
          <w:tcPr>
            <w:tcW w:w="1584" w:type="dxa"/>
            <w:vAlign w:val="center"/>
          </w:tcPr>
          <w:p w14:paraId="0CD3C7EA" w14:textId="77777777" w:rsidR="00EE5F04" w:rsidRPr="008A20D0" w:rsidRDefault="00000000">
            <w:pPr>
              <w:spacing w:before="40" w:after="40" w:line="240" w:lineRule="auto"/>
              <w:jc w:val="center"/>
              <w:rPr>
                <w:rFonts w:cs="Times New Roman"/>
              </w:rPr>
            </w:pPr>
            <w:r w:rsidRPr="008A20D0">
              <w:rPr>
                <w:rFonts w:cs="Times New Roman"/>
                <w:sz w:val="20"/>
              </w:rPr>
              <w:t>-0.001</w:t>
            </w:r>
            <w:r w:rsidRPr="008A20D0">
              <w:rPr>
                <w:rFonts w:cs="Times New Roman"/>
                <w:sz w:val="20"/>
              </w:rPr>
              <w:br/>
              <w:t>(-0.004 to 0.001)</w:t>
            </w:r>
          </w:p>
        </w:tc>
        <w:tc>
          <w:tcPr>
            <w:tcW w:w="1584" w:type="dxa"/>
            <w:vAlign w:val="center"/>
          </w:tcPr>
          <w:p w14:paraId="33A91388" w14:textId="77777777" w:rsidR="00EE5F04" w:rsidRPr="008A20D0" w:rsidRDefault="00000000">
            <w:pPr>
              <w:spacing w:before="40" w:after="40" w:line="240" w:lineRule="auto"/>
              <w:jc w:val="center"/>
              <w:rPr>
                <w:rFonts w:cs="Times New Roman"/>
              </w:rPr>
            </w:pPr>
            <w:r w:rsidRPr="008A20D0">
              <w:rPr>
                <w:rFonts w:cs="Times New Roman"/>
                <w:sz w:val="20"/>
              </w:rPr>
              <w:t>-0.006</w:t>
            </w:r>
            <w:r w:rsidRPr="008A20D0">
              <w:rPr>
                <w:rFonts w:cs="Times New Roman"/>
                <w:sz w:val="20"/>
              </w:rPr>
              <w:br/>
              <w:t>(-0.015 to 0.003)</w:t>
            </w:r>
          </w:p>
        </w:tc>
        <w:tc>
          <w:tcPr>
            <w:tcW w:w="864" w:type="dxa"/>
            <w:vAlign w:val="center"/>
          </w:tcPr>
          <w:p w14:paraId="785F12BB"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0008A8F6" w14:textId="77777777">
        <w:trPr>
          <w:cantSplit/>
          <w:jc w:val="center"/>
        </w:trPr>
        <w:tc>
          <w:tcPr>
            <w:tcW w:w="2160" w:type="dxa"/>
            <w:vAlign w:val="center"/>
          </w:tcPr>
          <w:p w14:paraId="31E0540C" w14:textId="77777777" w:rsidR="00EE5F04" w:rsidRPr="008A20D0" w:rsidRDefault="00000000">
            <w:pPr>
              <w:spacing w:before="40" w:after="40" w:line="240" w:lineRule="auto"/>
              <w:rPr>
                <w:rFonts w:cs="Times New Roman"/>
              </w:rPr>
            </w:pPr>
            <w:r w:rsidRPr="008A20D0">
              <w:rPr>
                <w:rFonts w:cs="Times New Roman"/>
                <w:sz w:val="20"/>
              </w:rPr>
              <w:t>M3 XGB − M1 XGB</w:t>
            </w:r>
          </w:p>
        </w:tc>
        <w:tc>
          <w:tcPr>
            <w:tcW w:w="1584" w:type="dxa"/>
            <w:vAlign w:val="center"/>
          </w:tcPr>
          <w:p w14:paraId="060524CF" w14:textId="77777777" w:rsidR="00EE5F04" w:rsidRPr="008A20D0" w:rsidRDefault="00000000">
            <w:pPr>
              <w:spacing w:before="40" w:after="40" w:line="240" w:lineRule="auto"/>
              <w:jc w:val="center"/>
              <w:rPr>
                <w:rFonts w:cs="Times New Roman"/>
              </w:rPr>
            </w:pPr>
            <w:r w:rsidRPr="008A20D0">
              <w:rPr>
                <w:rFonts w:cs="Times New Roman"/>
                <w:sz w:val="20"/>
              </w:rPr>
              <w:t>0.011</w:t>
            </w:r>
            <w:r w:rsidRPr="008A20D0">
              <w:rPr>
                <w:rFonts w:cs="Times New Roman"/>
                <w:sz w:val="20"/>
              </w:rPr>
              <w:br/>
              <w:t>(-0.054 to 0.075)</w:t>
            </w:r>
          </w:p>
        </w:tc>
        <w:tc>
          <w:tcPr>
            <w:tcW w:w="1584" w:type="dxa"/>
            <w:vAlign w:val="center"/>
          </w:tcPr>
          <w:p w14:paraId="0E61C184" w14:textId="77777777" w:rsidR="00EE5F04" w:rsidRPr="008A20D0" w:rsidRDefault="00000000">
            <w:pPr>
              <w:spacing w:before="40" w:after="40" w:line="240" w:lineRule="auto"/>
              <w:jc w:val="center"/>
              <w:rPr>
                <w:rFonts w:cs="Times New Roman"/>
              </w:rPr>
            </w:pPr>
            <w:r w:rsidRPr="008A20D0">
              <w:rPr>
                <w:rFonts w:cs="Times New Roman"/>
                <w:sz w:val="20"/>
              </w:rPr>
              <w:t>0.009</w:t>
            </w:r>
            <w:r w:rsidRPr="008A20D0">
              <w:rPr>
                <w:rFonts w:cs="Times New Roman"/>
                <w:sz w:val="20"/>
              </w:rPr>
              <w:br/>
              <w:t>(-0.029 to 0.055)</w:t>
            </w:r>
          </w:p>
        </w:tc>
        <w:tc>
          <w:tcPr>
            <w:tcW w:w="1584" w:type="dxa"/>
            <w:vAlign w:val="center"/>
          </w:tcPr>
          <w:p w14:paraId="57498DCA" w14:textId="77777777" w:rsidR="00EE5F04" w:rsidRPr="008A20D0" w:rsidRDefault="00000000">
            <w:pPr>
              <w:spacing w:before="40" w:after="40" w:line="240" w:lineRule="auto"/>
              <w:jc w:val="center"/>
              <w:rPr>
                <w:rFonts w:cs="Times New Roman"/>
              </w:rPr>
            </w:pPr>
            <w:r w:rsidRPr="008A20D0">
              <w:rPr>
                <w:rFonts w:cs="Times New Roman"/>
                <w:sz w:val="20"/>
              </w:rPr>
              <w:t>-0.001</w:t>
            </w:r>
            <w:r w:rsidRPr="008A20D0">
              <w:rPr>
                <w:rFonts w:cs="Times New Roman"/>
                <w:sz w:val="20"/>
              </w:rPr>
              <w:br/>
              <w:t>(-0.004 to 0.001)</w:t>
            </w:r>
          </w:p>
        </w:tc>
        <w:tc>
          <w:tcPr>
            <w:tcW w:w="1584" w:type="dxa"/>
            <w:vAlign w:val="center"/>
          </w:tcPr>
          <w:p w14:paraId="3BD157FF" w14:textId="77777777" w:rsidR="00EE5F04" w:rsidRPr="008A20D0" w:rsidRDefault="00000000">
            <w:pPr>
              <w:spacing w:before="40" w:after="40" w:line="240" w:lineRule="auto"/>
              <w:jc w:val="center"/>
              <w:rPr>
                <w:rFonts w:cs="Times New Roman"/>
              </w:rPr>
            </w:pPr>
            <w:r w:rsidRPr="008A20D0">
              <w:rPr>
                <w:rFonts w:cs="Times New Roman"/>
                <w:sz w:val="20"/>
              </w:rPr>
              <w:t>-0.004</w:t>
            </w:r>
            <w:r w:rsidRPr="008A20D0">
              <w:rPr>
                <w:rFonts w:cs="Times New Roman"/>
                <w:sz w:val="20"/>
              </w:rPr>
              <w:br/>
              <w:t>(-0.013 to 0.005)</w:t>
            </w:r>
          </w:p>
        </w:tc>
        <w:tc>
          <w:tcPr>
            <w:tcW w:w="864" w:type="dxa"/>
            <w:vAlign w:val="center"/>
          </w:tcPr>
          <w:p w14:paraId="6929B4C4"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67468C1A" w14:textId="77777777" w:rsidR="00EE5F04" w:rsidRPr="008A20D0" w:rsidRDefault="00000000">
      <w:pPr>
        <w:spacing w:after="100"/>
        <w:rPr>
          <w:rFonts w:cs="Times New Roman"/>
        </w:rPr>
      </w:pPr>
      <w:r w:rsidRPr="008A20D0">
        <w:rPr>
          <w:rFonts w:cs="Times New Roman"/>
          <w:sz w:val="20"/>
        </w:rPr>
        <w:t>Differences are the first model minus its comparator. Negative Brier differences favor the first model. NE: not estimated under the project dispersion rule. NB is net benefit at a 5% risk threshold; this threshold is exploratory and has no agreed clinical action. POD3 contrasts are supporting analyses, separate from the four primary stratified-c contrasts. Intervals were not adjusted for multiple comparisons.</w:t>
      </w:r>
    </w:p>
    <w:p w14:paraId="1879BE21"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POD3 calibration</w:t>
      </w:r>
    </w:p>
    <w:p w14:paraId="117FC2B2" w14:textId="77777777" w:rsidR="00EE5F04" w:rsidRPr="008A20D0" w:rsidRDefault="00000000">
      <w:pPr>
        <w:pStyle w:val="af7"/>
        <w:rPr>
          <w:rFonts w:cs="Times New Roman"/>
        </w:rPr>
      </w:pPr>
      <w:r w:rsidRPr="008A20D0">
        <w:rPr>
          <w:rFonts w:cs="Times New Roman"/>
        </w:rPr>
        <w:t>Table S4 (continued). POD3 calibration</w:t>
      </w:r>
      <w:r w:rsidRPr="008A20D0">
        <w:rPr>
          <w:rFonts w:cs="Times New Roman"/>
        </w:rPr>
        <w:br/>
        <w:t>D. Raw probabilities (primary probability scale)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253"/>
        <w:gridCol w:w="1728"/>
        <w:gridCol w:w="1728"/>
        <w:gridCol w:w="1728"/>
        <w:gridCol w:w="1670"/>
        <w:gridCol w:w="1253"/>
      </w:tblGrid>
      <w:tr w:rsidR="00EE5F04" w:rsidRPr="008A20D0" w14:paraId="656F34B2" w14:textId="77777777">
        <w:trPr>
          <w:cantSplit/>
          <w:tblHeader/>
          <w:jc w:val="center"/>
        </w:trPr>
        <w:tc>
          <w:tcPr>
            <w:tcW w:w="1253" w:type="dxa"/>
            <w:vAlign w:val="center"/>
          </w:tcPr>
          <w:p w14:paraId="6D5CDDCF" w14:textId="77777777" w:rsidR="00EE5F04" w:rsidRPr="008A20D0" w:rsidRDefault="00000000">
            <w:pPr>
              <w:spacing w:before="40" w:after="40" w:line="240" w:lineRule="auto"/>
              <w:rPr>
                <w:rFonts w:cs="Times New Roman"/>
              </w:rPr>
            </w:pPr>
            <w:r w:rsidRPr="008A20D0">
              <w:rPr>
                <w:rFonts w:cs="Times New Roman"/>
                <w:b/>
                <w:sz w:val="20"/>
              </w:rPr>
              <w:t>Model</w:t>
            </w:r>
          </w:p>
        </w:tc>
        <w:tc>
          <w:tcPr>
            <w:tcW w:w="1728" w:type="dxa"/>
            <w:vAlign w:val="center"/>
          </w:tcPr>
          <w:p w14:paraId="1EB6426A" w14:textId="77777777" w:rsidR="00EE5F04" w:rsidRPr="008A20D0" w:rsidRDefault="00000000">
            <w:pPr>
              <w:spacing w:before="40" w:after="40" w:line="240" w:lineRule="auto"/>
              <w:jc w:val="center"/>
              <w:rPr>
                <w:rFonts w:cs="Times New Roman"/>
              </w:rPr>
            </w:pPr>
            <w:r w:rsidRPr="008A20D0">
              <w:rPr>
                <w:rFonts w:cs="Times New Roman"/>
                <w:b/>
                <w:sz w:val="20"/>
              </w:rPr>
              <w:t>CITL</w:t>
            </w:r>
            <w:r w:rsidRPr="008A20D0">
              <w:rPr>
                <w:rFonts w:cs="Times New Roman"/>
                <w:b/>
                <w:sz w:val="20"/>
              </w:rPr>
              <w:br/>
              <w:t>(95% CI)</w:t>
            </w:r>
          </w:p>
        </w:tc>
        <w:tc>
          <w:tcPr>
            <w:tcW w:w="1728" w:type="dxa"/>
            <w:vAlign w:val="center"/>
          </w:tcPr>
          <w:p w14:paraId="511EABDB" w14:textId="77777777" w:rsidR="00EE5F04" w:rsidRPr="008A20D0" w:rsidRDefault="00000000">
            <w:pPr>
              <w:spacing w:before="40" w:after="40" w:line="240" w:lineRule="auto"/>
              <w:jc w:val="center"/>
              <w:rPr>
                <w:rFonts w:cs="Times New Roman"/>
              </w:rPr>
            </w:pPr>
            <w:r w:rsidRPr="008A20D0">
              <w:rPr>
                <w:rFonts w:cs="Times New Roman"/>
                <w:b/>
                <w:sz w:val="20"/>
              </w:rPr>
              <w:t>Joint intercept</w:t>
            </w:r>
            <w:r w:rsidRPr="008A20D0">
              <w:rPr>
                <w:rFonts w:cs="Times New Roman"/>
                <w:b/>
                <w:sz w:val="20"/>
              </w:rPr>
              <w:br/>
              <w:t>(95% CI)</w:t>
            </w:r>
          </w:p>
        </w:tc>
        <w:tc>
          <w:tcPr>
            <w:tcW w:w="1728" w:type="dxa"/>
            <w:vAlign w:val="center"/>
          </w:tcPr>
          <w:p w14:paraId="20B3D81D" w14:textId="77777777" w:rsidR="00EE5F04" w:rsidRPr="008A20D0" w:rsidRDefault="00000000">
            <w:pPr>
              <w:spacing w:before="40" w:after="40" w:line="240" w:lineRule="auto"/>
              <w:jc w:val="center"/>
              <w:rPr>
                <w:rFonts w:cs="Times New Roman"/>
              </w:rPr>
            </w:pPr>
            <w:r w:rsidRPr="008A20D0">
              <w:rPr>
                <w:rFonts w:cs="Times New Roman"/>
                <w:b/>
                <w:sz w:val="20"/>
              </w:rPr>
              <w:t>Joint slope</w:t>
            </w:r>
            <w:r w:rsidRPr="008A20D0">
              <w:rPr>
                <w:rFonts w:cs="Times New Roman"/>
                <w:b/>
                <w:sz w:val="20"/>
              </w:rPr>
              <w:br/>
              <w:t>(95% CI)</w:t>
            </w:r>
          </w:p>
        </w:tc>
        <w:tc>
          <w:tcPr>
            <w:tcW w:w="1670" w:type="dxa"/>
            <w:vAlign w:val="center"/>
          </w:tcPr>
          <w:p w14:paraId="2E768510" w14:textId="77777777" w:rsidR="00EE5F04" w:rsidRPr="008A20D0" w:rsidRDefault="00000000">
            <w:pPr>
              <w:spacing w:before="40" w:after="40" w:line="240" w:lineRule="auto"/>
              <w:jc w:val="center"/>
              <w:rPr>
                <w:rFonts w:cs="Times New Roman"/>
              </w:rPr>
            </w:pPr>
            <w:r w:rsidRPr="008A20D0">
              <w:rPr>
                <w:rFonts w:cs="Times New Roman"/>
                <w:b/>
                <w:sz w:val="20"/>
              </w:rPr>
              <w:t>Brier</w:t>
            </w:r>
            <w:r w:rsidRPr="008A20D0">
              <w:rPr>
                <w:rFonts w:cs="Times New Roman"/>
                <w:b/>
                <w:sz w:val="20"/>
              </w:rPr>
              <w:br/>
              <w:t>(95% CI)</w:t>
            </w:r>
          </w:p>
        </w:tc>
        <w:tc>
          <w:tcPr>
            <w:tcW w:w="1253" w:type="dxa"/>
            <w:vAlign w:val="center"/>
          </w:tcPr>
          <w:p w14:paraId="13DB76F4"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1265982B" w14:textId="77777777">
        <w:trPr>
          <w:cantSplit/>
          <w:jc w:val="center"/>
        </w:trPr>
        <w:tc>
          <w:tcPr>
            <w:tcW w:w="1253" w:type="dxa"/>
            <w:vAlign w:val="center"/>
          </w:tcPr>
          <w:p w14:paraId="76458A7F" w14:textId="77777777" w:rsidR="00EE5F04" w:rsidRPr="008A20D0" w:rsidRDefault="00000000">
            <w:pPr>
              <w:spacing w:before="40" w:after="40" w:line="240" w:lineRule="auto"/>
              <w:rPr>
                <w:rFonts w:cs="Times New Roman"/>
              </w:rPr>
            </w:pPr>
            <w:r w:rsidRPr="008A20D0">
              <w:rPr>
                <w:rFonts w:cs="Times New Roman"/>
                <w:sz w:val="20"/>
              </w:rPr>
              <w:t>M0 Ridge</w:t>
            </w:r>
          </w:p>
        </w:tc>
        <w:tc>
          <w:tcPr>
            <w:tcW w:w="1728" w:type="dxa"/>
            <w:vAlign w:val="center"/>
          </w:tcPr>
          <w:p w14:paraId="64DF1150" w14:textId="77777777" w:rsidR="00EE5F04" w:rsidRPr="008A20D0" w:rsidRDefault="00000000">
            <w:pPr>
              <w:spacing w:before="40" w:after="40" w:line="240" w:lineRule="auto"/>
              <w:jc w:val="center"/>
              <w:rPr>
                <w:rFonts w:cs="Times New Roman"/>
              </w:rPr>
            </w:pPr>
            <w:r w:rsidRPr="008A20D0">
              <w:rPr>
                <w:rFonts w:cs="Times New Roman"/>
                <w:sz w:val="20"/>
              </w:rPr>
              <w:t>-0.161</w:t>
            </w:r>
            <w:r w:rsidRPr="008A20D0">
              <w:rPr>
                <w:rFonts w:cs="Times New Roman"/>
                <w:sz w:val="20"/>
              </w:rPr>
              <w:br/>
              <w:t>(-0.377 to 0.027)</w:t>
            </w:r>
          </w:p>
        </w:tc>
        <w:tc>
          <w:tcPr>
            <w:tcW w:w="1728" w:type="dxa"/>
            <w:vAlign w:val="center"/>
          </w:tcPr>
          <w:p w14:paraId="5CA8088C" w14:textId="77777777" w:rsidR="00EE5F04" w:rsidRPr="008A20D0" w:rsidRDefault="00000000">
            <w:pPr>
              <w:spacing w:before="40" w:after="40" w:line="240" w:lineRule="auto"/>
              <w:jc w:val="center"/>
              <w:rPr>
                <w:rFonts w:cs="Times New Roman"/>
              </w:rPr>
            </w:pPr>
            <w:r w:rsidRPr="008A20D0">
              <w:rPr>
                <w:rFonts w:cs="Times New Roman"/>
                <w:sz w:val="20"/>
              </w:rPr>
              <w:t>0.395</w:t>
            </w:r>
            <w:r w:rsidRPr="008A20D0">
              <w:rPr>
                <w:rFonts w:cs="Times New Roman"/>
                <w:sz w:val="20"/>
              </w:rPr>
              <w:br/>
              <w:t>(-1.452 to 2.216)</w:t>
            </w:r>
          </w:p>
        </w:tc>
        <w:tc>
          <w:tcPr>
            <w:tcW w:w="1728" w:type="dxa"/>
            <w:vAlign w:val="center"/>
          </w:tcPr>
          <w:p w14:paraId="355CBE93" w14:textId="77777777" w:rsidR="00EE5F04" w:rsidRPr="008A20D0" w:rsidRDefault="00000000">
            <w:pPr>
              <w:spacing w:before="40" w:after="40" w:line="240" w:lineRule="auto"/>
              <w:jc w:val="center"/>
              <w:rPr>
                <w:rFonts w:cs="Times New Roman"/>
              </w:rPr>
            </w:pPr>
            <w:r w:rsidRPr="008A20D0">
              <w:rPr>
                <w:rFonts w:cs="Times New Roman"/>
                <w:sz w:val="20"/>
              </w:rPr>
              <w:t>1.249</w:t>
            </w:r>
            <w:r w:rsidRPr="008A20D0">
              <w:rPr>
                <w:rFonts w:cs="Times New Roman"/>
                <w:sz w:val="20"/>
              </w:rPr>
              <w:br/>
              <w:t>(0.451 to 2.063)</w:t>
            </w:r>
          </w:p>
        </w:tc>
        <w:tc>
          <w:tcPr>
            <w:tcW w:w="1670" w:type="dxa"/>
            <w:vAlign w:val="center"/>
          </w:tcPr>
          <w:p w14:paraId="4207CD77"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0.086)</w:t>
            </w:r>
          </w:p>
        </w:tc>
        <w:tc>
          <w:tcPr>
            <w:tcW w:w="1253" w:type="dxa"/>
            <w:vAlign w:val="center"/>
          </w:tcPr>
          <w:p w14:paraId="406233AF" w14:textId="77777777" w:rsidR="00EE5F04" w:rsidRPr="008A20D0" w:rsidRDefault="00000000">
            <w:pPr>
              <w:spacing w:before="40" w:after="40" w:line="240" w:lineRule="auto"/>
              <w:jc w:val="center"/>
              <w:rPr>
                <w:rFonts w:cs="Times New Roman"/>
              </w:rPr>
            </w:pPr>
            <w:r w:rsidRPr="008A20D0">
              <w:rPr>
                <w:rFonts w:cs="Times New Roman"/>
                <w:sz w:val="20"/>
              </w:rPr>
              <w:t>D</w:t>
            </w:r>
          </w:p>
        </w:tc>
      </w:tr>
      <w:tr w:rsidR="00EE5F04" w:rsidRPr="008A20D0" w14:paraId="085CB44D" w14:textId="77777777">
        <w:trPr>
          <w:cantSplit/>
          <w:jc w:val="center"/>
        </w:trPr>
        <w:tc>
          <w:tcPr>
            <w:tcW w:w="1253" w:type="dxa"/>
            <w:vAlign w:val="center"/>
          </w:tcPr>
          <w:p w14:paraId="5E8B6A0F" w14:textId="77777777" w:rsidR="00EE5F04" w:rsidRPr="008A20D0" w:rsidRDefault="00000000">
            <w:pPr>
              <w:spacing w:before="40" w:after="40" w:line="240" w:lineRule="auto"/>
              <w:rPr>
                <w:rFonts w:cs="Times New Roman"/>
              </w:rPr>
            </w:pPr>
            <w:r w:rsidRPr="008A20D0">
              <w:rPr>
                <w:rFonts w:cs="Times New Roman"/>
                <w:sz w:val="20"/>
              </w:rPr>
              <w:t>M0 XGB</w:t>
            </w:r>
          </w:p>
        </w:tc>
        <w:tc>
          <w:tcPr>
            <w:tcW w:w="1728" w:type="dxa"/>
            <w:vAlign w:val="center"/>
          </w:tcPr>
          <w:p w14:paraId="2570A362" w14:textId="77777777" w:rsidR="00EE5F04" w:rsidRPr="008A20D0" w:rsidRDefault="00000000">
            <w:pPr>
              <w:spacing w:before="40" w:after="40" w:line="240" w:lineRule="auto"/>
              <w:jc w:val="center"/>
              <w:rPr>
                <w:rFonts w:cs="Times New Roman"/>
              </w:rPr>
            </w:pPr>
            <w:r w:rsidRPr="008A20D0">
              <w:rPr>
                <w:rFonts w:cs="Times New Roman"/>
                <w:sz w:val="20"/>
              </w:rPr>
              <w:t>-0.048</w:t>
            </w:r>
            <w:r w:rsidRPr="008A20D0">
              <w:rPr>
                <w:rFonts w:cs="Times New Roman"/>
                <w:sz w:val="20"/>
              </w:rPr>
              <w:br/>
              <w:t>(-0.271 to 0.153)</w:t>
            </w:r>
          </w:p>
        </w:tc>
        <w:tc>
          <w:tcPr>
            <w:tcW w:w="1728" w:type="dxa"/>
            <w:vAlign w:val="center"/>
          </w:tcPr>
          <w:p w14:paraId="6D38A996" w14:textId="77777777" w:rsidR="00EE5F04" w:rsidRPr="008A20D0" w:rsidRDefault="00000000">
            <w:pPr>
              <w:spacing w:before="40" w:after="40" w:line="240" w:lineRule="auto"/>
              <w:jc w:val="center"/>
              <w:rPr>
                <w:rFonts w:cs="Times New Roman"/>
              </w:rPr>
            </w:pPr>
            <w:r w:rsidRPr="008A20D0">
              <w:rPr>
                <w:rFonts w:cs="Times New Roman"/>
                <w:sz w:val="20"/>
              </w:rPr>
              <w:t>-1.444</w:t>
            </w:r>
            <w:r w:rsidRPr="008A20D0">
              <w:rPr>
                <w:rFonts w:cs="Times New Roman"/>
                <w:sz w:val="20"/>
              </w:rPr>
              <w:br/>
              <w:t>(-2.284 to -0.619)</w:t>
            </w:r>
          </w:p>
        </w:tc>
        <w:tc>
          <w:tcPr>
            <w:tcW w:w="1728" w:type="dxa"/>
            <w:vAlign w:val="center"/>
          </w:tcPr>
          <w:p w14:paraId="31CEC82B" w14:textId="77777777" w:rsidR="00EE5F04" w:rsidRPr="008A20D0" w:rsidRDefault="00000000">
            <w:pPr>
              <w:spacing w:before="40" w:after="40" w:line="240" w:lineRule="auto"/>
              <w:jc w:val="center"/>
              <w:rPr>
                <w:rFonts w:cs="Times New Roman"/>
              </w:rPr>
            </w:pPr>
            <w:r w:rsidRPr="008A20D0">
              <w:rPr>
                <w:rFonts w:cs="Times New Roman"/>
                <w:sz w:val="20"/>
              </w:rPr>
              <w:t>0.400</w:t>
            </w:r>
            <w:r w:rsidRPr="008A20D0">
              <w:rPr>
                <w:rFonts w:cs="Times New Roman"/>
                <w:sz w:val="20"/>
              </w:rPr>
              <w:br/>
              <w:t>(0.081 to 0.750)</w:t>
            </w:r>
          </w:p>
        </w:tc>
        <w:tc>
          <w:tcPr>
            <w:tcW w:w="1670" w:type="dxa"/>
            <w:vAlign w:val="center"/>
          </w:tcPr>
          <w:p w14:paraId="64E1EA04" w14:textId="77777777" w:rsidR="00EE5F04" w:rsidRPr="008A20D0" w:rsidRDefault="00000000">
            <w:pPr>
              <w:spacing w:before="40" w:after="40" w:line="240" w:lineRule="auto"/>
              <w:jc w:val="center"/>
              <w:rPr>
                <w:rFonts w:cs="Times New Roman"/>
              </w:rPr>
            </w:pPr>
            <w:r w:rsidRPr="008A20D0">
              <w:rPr>
                <w:rFonts w:cs="Times New Roman"/>
                <w:sz w:val="20"/>
              </w:rPr>
              <w:t>0.075</w:t>
            </w:r>
            <w:r w:rsidRPr="008A20D0">
              <w:rPr>
                <w:rFonts w:cs="Times New Roman"/>
                <w:sz w:val="20"/>
              </w:rPr>
              <w:br/>
              <w:t>(0.063 to 0.088)</w:t>
            </w:r>
          </w:p>
        </w:tc>
        <w:tc>
          <w:tcPr>
            <w:tcW w:w="1253" w:type="dxa"/>
            <w:vAlign w:val="center"/>
          </w:tcPr>
          <w:p w14:paraId="49DB97D5"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35AA0B48" w14:textId="77777777">
        <w:trPr>
          <w:cantSplit/>
          <w:jc w:val="center"/>
        </w:trPr>
        <w:tc>
          <w:tcPr>
            <w:tcW w:w="1253" w:type="dxa"/>
            <w:vAlign w:val="center"/>
          </w:tcPr>
          <w:p w14:paraId="677DB35B" w14:textId="77777777" w:rsidR="00EE5F04" w:rsidRPr="008A20D0" w:rsidRDefault="00000000">
            <w:pPr>
              <w:spacing w:before="40" w:after="40" w:line="240" w:lineRule="auto"/>
              <w:rPr>
                <w:rFonts w:cs="Times New Roman"/>
              </w:rPr>
            </w:pPr>
            <w:r w:rsidRPr="008A20D0">
              <w:rPr>
                <w:rFonts w:cs="Times New Roman"/>
                <w:sz w:val="20"/>
              </w:rPr>
              <w:t>M1 Ridge</w:t>
            </w:r>
          </w:p>
        </w:tc>
        <w:tc>
          <w:tcPr>
            <w:tcW w:w="1728" w:type="dxa"/>
            <w:vAlign w:val="center"/>
          </w:tcPr>
          <w:p w14:paraId="5C568B8A" w14:textId="77777777" w:rsidR="00EE5F04" w:rsidRPr="008A20D0" w:rsidRDefault="00000000">
            <w:pPr>
              <w:spacing w:before="40" w:after="40" w:line="240" w:lineRule="auto"/>
              <w:jc w:val="center"/>
              <w:rPr>
                <w:rFonts w:cs="Times New Roman"/>
              </w:rPr>
            </w:pPr>
            <w:r w:rsidRPr="008A20D0">
              <w:rPr>
                <w:rFonts w:cs="Times New Roman"/>
                <w:sz w:val="20"/>
              </w:rPr>
              <w:t>-0.241</w:t>
            </w:r>
            <w:r w:rsidRPr="008A20D0">
              <w:rPr>
                <w:rFonts w:cs="Times New Roman"/>
                <w:sz w:val="20"/>
              </w:rPr>
              <w:br/>
              <w:t>(-0.459 to -0.054)</w:t>
            </w:r>
          </w:p>
        </w:tc>
        <w:tc>
          <w:tcPr>
            <w:tcW w:w="1728" w:type="dxa"/>
            <w:vAlign w:val="center"/>
          </w:tcPr>
          <w:p w14:paraId="7F341308" w14:textId="77777777" w:rsidR="00EE5F04" w:rsidRPr="008A20D0" w:rsidRDefault="00000000">
            <w:pPr>
              <w:spacing w:before="40" w:after="40" w:line="240" w:lineRule="auto"/>
              <w:jc w:val="center"/>
              <w:rPr>
                <w:rFonts w:cs="Times New Roman"/>
              </w:rPr>
            </w:pPr>
            <w:r w:rsidRPr="008A20D0">
              <w:rPr>
                <w:rFonts w:cs="Times New Roman"/>
                <w:sz w:val="20"/>
              </w:rPr>
              <w:t>4.586</w:t>
            </w:r>
            <w:r w:rsidRPr="008A20D0">
              <w:rPr>
                <w:rFonts w:cs="Times New Roman"/>
                <w:sz w:val="20"/>
              </w:rPr>
              <w:br/>
              <w:t>(1.213 to 8.325)</w:t>
            </w:r>
          </w:p>
        </w:tc>
        <w:tc>
          <w:tcPr>
            <w:tcW w:w="1728" w:type="dxa"/>
            <w:vAlign w:val="center"/>
          </w:tcPr>
          <w:p w14:paraId="0BCB1B50" w14:textId="77777777" w:rsidR="00EE5F04" w:rsidRPr="008A20D0" w:rsidRDefault="00000000">
            <w:pPr>
              <w:spacing w:before="40" w:after="40" w:line="240" w:lineRule="auto"/>
              <w:jc w:val="center"/>
              <w:rPr>
                <w:rFonts w:cs="Times New Roman"/>
              </w:rPr>
            </w:pPr>
            <w:r w:rsidRPr="008A20D0">
              <w:rPr>
                <w:rFonts w:cs="Times New Roman"/>
                <w:sz w:val="20"/>
              </w:rPr>
              <w:t>3.217</w:t>
            </w:r>
            <w:r w:rsidRPr="008A20D0">
              <w:rPr>
                <w:rFonts w:cs="Times New Roman"/>
                <w:sz w:val="20"/>
              </w:rPr>
              <w:br/>
              <w:t>(1.667 to 4.966)</w:t>
            </w:r>
          </w:p>
        </w:tc>
        <w:tc>
          <w:tcPr>
            <w:tcW w:w="1670" w:type="dxa"/>
            <w:vAlign w:val="center"/>
          </w:tcPr>
          <w:p w14:paraId="09E373DA"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0.086)</w:t>
            </w:r>
          </w:p>
        </w:tc>
        <w:tc>
          <w:tcPr>
            <w:tcW w:w="1253" w:type="dxa"/>
            <w:vAlign w:val="center"/>
          </w:tcPr>
          <w:p w14:paraId="75E036FA" w14:textId="77777777" w:rsidR="00EE5F04" w:rsidRPr="008A20D0" w:rsidRDefault="00000000">
            <w:pPr>
              <w:spacing w:before="40" w:after="40" w:line="240" w:lineRule="auto"/>
              <w:jc w:val="center"/>
              <w:rPr>
                <w:rFonts w:cs="Times New Roman"/>
              </w:rPr>
            </w:pPr>
            <w:r w:rsidRPr="008A20D0">
              <w:rPr>
                <w:rFonts w:cs="Times New Roman"/>
                <w:sz w:val="20"/>
              </w:rPr>
              <w:t>D</w:t>
            </w:r>
          </w:p>
        </w:tc>
      </w:tr>
      <w:tr w:rsidR="00EE5F04" w:rsidRPr="008A20D0" w14:paraId="137FB10D" w14:textId="77777777">
        <w:trPr>
          <w:cantSplit/>
          <w:jc w:val="center"/>
        </w:trPr>
        <w:tc>
          <w:tcPr>
            <w:tcW w:w="1253" w:type="dxa"/>
            <w:vAlign w:val="center"/>
          </w:tcPr>
          <w:p w14:paraId="577FA9BD" w14:textId="77777777" w:rsidR="00EE5F04" w:rsidRPr="008A20D0" w:rsidRDefault="00000000">
            <w:pPr>
              <w:spacing w:before="40" w:after="40" w:line="240" w:lineRule="auto"/>
              <w:rPr>
                <w:rFonts w:cs="Times New Roman"/>
              </w:rPr>
            </w:pPr>
            <w:r w:rsidRPr="008A20D0">
              <w:rPr>
                <w:rFonts w:cs="Times New Roman"/>
                <w:sz w:val="20"/>
              </w:rPr>
              <w:t>M1 XGB</w:t>
            </w:r>
          </w:p>
        </w:tc>
        <w:tc>
          <w:tcPr>
            <w:tcW w:w="1728" w:type="dxa"/>
            <w:vAlign w:val="center"/>
          </w:tcPr>
          <w:p w14:paraId="579F96AB" w14:textId="77777777" w:rsidR="00EE5F04" w:rsidRPr="008A20D0" w:rsidRDefault="00000000">
            <w:pPr>
              <w:spacing w:before="40" w:after="40" w:line="240" w:lineRule="auto"/>
              <w:jc w:val="center"/>
              <w:rPr>
                <w:rFonts w:cs="Times New Roman"/>
              </w:rPr>
            </w:pPr>
            <w:r w:rsidRPr="008A20D0">
              <w:rPr>
                <w:rFonts w:cs="Times New Roman"/>
                <w:sz w:val="20"/>
              </w:rPr>
              <w:t>-0.121</w:t>
            </w:r>
            <w:r w:rsidRPr="008A20D0">
              <w:rPr>
                <w:rFonts w:cs="Times New Roman"/>
                <w:sz w:val="20"/>
              </w:rPr>
              <w:br/>
              <w:t>(-0.353 to 0.081)</w:t>
            </w:r>
          </w:p>
        </w:tc>
        <w:tc>
          <w:tcPr>
            <w:tcW w:w="1728" w:type="dxa"/>
            <w:vAlign w:val="center"/>
          </w:tcPr>
          <w:p w14:paraId="20640440" w14:textId="77777777" w:rsidR="00EE5F04" w:rsidRPr="008A20D0" w:rsidRDefault="00000000">
            <w:pPr>
              <w:spacing w:before="40" w:after="40" w:line="240" w:lineRule="auto"/>
              <w:jc w:val="center"/>
              <w:rPr>
                <w:rFonts w:cs="Times New Roman"/>
              </w:rPr>
            </w:pPr>
            <w:r w:rsidRPr="008A20D0">
              <w:rPr>
                <w:rFonts w:cs="Times New Roman"/>
                <w:sz w:val="20"/>
              </w:rPr>
              <w:t>-1.347</w:t>
            </w:r>
            <w:r w:rsidRPr="008A20D0">
              <w:rPr>
                <w:rFonts w:cs="Times New Roman"/>
                <w:sz w:val="20"/>
              </w:rPr>
              <w:br/>
              <w:t>(-2.058 to -0.719)</w:t>
            </w:r>
          </w:p>
        </w:tc>
        <w:tc>
          <w:tcPr>
            <w:tcW w:w="1728" w:type="dxa"/>
            <w:vAlign w:val="center"/>
          </w:tcPr>
          <w:p w14:paraId="3803D4D5" w14:textId="77777777" w:rsidR="00EE5F04" w:rsidRPr="008A20D0" w:rsidRDefault="00000000">
            <w:pPr>
              <w:spacing w:before="40" w:after="40" w:line="240" w:lineRule="auto"/>
              <w:jc w:val="center"/>
              <w:rPr>
                <w:rFonts w:cs="Times New Roman"/>
              </w:rPr>
            </w:pPr>
            <w:r w:rsidRPr="008A20D0">
              <w:rPr>
                <w:rFonts w:cs="Times New Roman"/>
                <w:sz w:val="20"/>
              </w:rPr>
              <w:t>0.446</w:t>
            </w:r>
            <w:r w:rsidRPr="008A20D0">
              <w:rPr>
                <w:rFonts w:cs="Times New Roman"/>
                <w:sz w:val="20"/>
              </w:rPr>
              <w:br/>
              <w:t>(0.169 to 0.720)</w:t>
            </w:r>
          </w:p>
        </w:tc>
        <w:tc>
          <w:tcPr>
            <w:tcW w:w="1670" w:type="dxa"/>
            <w:vAlign w:val="center"/>
          </w:tcPr>
          <w:p w14:paraId="0608B118" w14:textId="77777777" w:rsidR="00EE5F04" w:rsidRPr="008A20D0" w:rsidRDefault="00000000">
            <w:pPr>
              <w:spacing w:before="40" w:after="40" w:line="240" w:lineRule="auto"/>
              <w:jc w:val="center"/>
              <w:rPr>
                <w:rFonts w:cs="Times New Roman"/>
              </w:rPr>
            </w:pPr>
            <w:r w:rsidRPr="008A20D0">
              <w:rPr>
                <w:rFonts w:cs="Times New Roman"/>
                <w:sz w:val="20"/>
              </w:rPr>
              <w:t>0.075</w:t>
            </w:r>
            <w:r w:rsidRPr="008A20D0">
              <w:rPr>
                <w:rFonts w:cs="Times New Roman"/>
                <w:sz w:val="20"/>
              </w:rPr>
              <w:br/>
              <w:t>(0.063 to 0.087)</w:t>
            </w:r>
          </w:p>
        </w:tc>
        <w:tc>
          <w:tcPr>
            <w:tcW w:w="1253" w:type="dxa"/>
            <w:vAlign w:val="center"/>
          </w:tcPr>
          <w:p w14:paraId="167EA4A9"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44D2A3F0" w14:textId="77777777">
        <w:trPr>
          <w:cantSplit/>
          <w:jc w:val="center"/>
        </w:trPr>
        <w:tc>
          <w:tcPr>
            <w:tcW w:w="1253" w:type="dxa"/>
            <w:vAlign w:val="center"/>
          </w:tcPr>
          <w:p w14:paraId="24B80868" w14:textId="77777777" w:rsidR="00EE5F04" w:rsidRPr="008A20D0" w:rsidRDefault="00000000">
            <w:pPr>
              <w:spacing w:before="40" w:after="40" w:line="240" w:lineRule="auto"/>
              <w:rPr>
                <w:rFonts w:cs="Times New Roman"/>
              </w:rPr>
            </w:pPr>
            <w:r w:rsidRPr="008A20D0">
              <w:rPr>
                <w:rFonts w:cs="Times New Roman"/>
                <w:sz w:val="20"/>
              </w:rPr>
              <w:t>M2 Ridge</w:t>
            </w:r>
          </w:p>
        </w:tc>
        <w:tc>
          <w:tcPr>
            <w:tcW w:w="1728" w:type="dxa"/>
            <w:vAlign w:val="center"/>
          </w:tcPr>
          <w:p w14:paraId="4327389A" w14:textId="77777777" w:rsidR="00EE5F04" w:rsidRPr="008A20D0" w:rsidRDefault="00000000">
            <w:pPr>
              <w:spacing w:before="40" w:after="40" w:line="240" w:lineRule="auto"/>
              <w:jc w:val="center"/>
              <w:rPr>
                <w:rFonts w:cs="Times New Roman"/>
              </w:rPr>
            </w:pPr>
            <w:r w:rsidRPr="008A20D0">
              <w:rPr>
                <w:rFonts w:cs="Times New Roman"/>
                <w:sz w:val="20"/>
              </w:rPr>
              <w:t>-0.252</w:t>
            </w:r>
            <w:r w:rsidRPr="008A20D0">
              <w:rPr>
                <w:rFonts w:cs="Times New Roman"/>
                <w:sz w:val="20"/>
              </w:rPr>
              <w:br/>
              <w:t>(-0.489 to -0.039)</w:t>
            </w:r>
          </w:p>
        </w:tc>
        <w:tc>
          <w:tcPr>
            <w:tcW w:w="1728" w:type="dxa"/>
            <w:vAlign w:val="center"/>
          </w:tcPr>
          <w:p w14:paraId="52B335F9" w14:textId="77777777" w:rsidR="00EE5F04" w:rsidRPr="008A20D0" w:rsidRDefault="00000000">
            <w:pPr>
              <w:spacing w:before="40" w:after="40" w:line="240" w:lineRule="auto"/>
              <w:jc w:val="center"/>
              <w:rPr>
                <w:rFonts w:cs="Times New Roman"/>
              </w:rPr>
            </w:pPr>
            <w:r w:rsidRPr="008A20D0">
              <w:rPr>
                <w:rFonts w:cs="Times New Roman"/>
                <w:sz w:val="20"/>
              </w:rPr>
              <w:t>-1.464</w:t>
            </w:r>
            <w:r w:rsidRPr="008A20D0">
              <w:rPr>
                <w:rFonts w:cs="Times New Roman"/>
                <w:sz w:val="20"/>
              </w:rPr>
              <w:br/>
              <w:t>(-1.935 to -0.908)</w:t>
            </w:r>
          </w:p>
        </w:tc>
        <w:tc>
          <w:tcPr>
            <w:tcW w:w="1728" w:type="dxa"/>
            <w:vAlign w:val="center"/>
          </w:tcPr>
          <w:p w14:paraId="402A7CFB" w14:textId="77777777" w:rsidR="00EE5F04" w:rsidRPr="008A20D0" w:rsidRDefault="00000000">
            <w:pPr>
              <w:spacing w:before="40" w:after="40" w:line="240" w:lineRule="auto"/>
              <w:jc w:val="center"/>
              <w:rPr>
                <w:rFonts w:cs="Times New Roman"/>
              </w:rPr>
            </w:pPr>
            <w:r w:rsidRPr="008A20D0">
              <w:rPr>
                <w:rFonts w:cs="Times New Roman"/>
                <w:sz w:val="20"/>
              </w:rPr>
              <w:t>0.421</w:t>
            </w:r>
            <w:r w:rsidRPr="008A20D0">
              <w:rPr>
                <w:rFonts w:cs="Times New Roman"/>
                <w:sz w:val="20"/>
              </w:rPr>
              <w:br/>
              <w:t>(0.236 to 0.649)</w:t>
            </w:r>
          </w:p>
        </w:tc>
        <w:tc>
          <w:tcPr>
            <w:tcW w:w="1670" w:type="dxa"/>
            <w:vAlign w:val="center"/>
          </w:tcPr>
          <w:p w14:paraId="390975C3" w14:textId="77777777" w:rsidR="00EE5F04" w:rsidRPr="008A20D0" w:rsidRDefault="00000000">
            <w:pPr>
              <w:spacing w:before="40" w:after="40" w:line="240" w:lineRule="auto"/>
              <w:jc w:val="center"/>
              <w:rPr>
                <w:rFonts w:cs="Times New Roman"/>
              </w:rPr>
            </w:pPr>
            <w:r w:rsidRPr="008A20D0">
              <w:rPr>
                <w:rFonts w:cs="Times New Roman"/>
                <w:sz w:val="20"/>
              </w:rPr>
              <w:t>0.076</w:t>
            </w:r>
            <w:r w:rsidRPr="008A20D0">
              <w:rPr>
                <w:rFonts w:cs="Times New Roman"/>
                <w:sz w:val="20"/>
              </w:rPr>
              <w:br/>
              <w:t>(0.065 to 0.089)</w:t>
            </w:r>
          </w:p>
        </w:tc>
        <w:tc>
          <w:tcPr>
            <w:tcW w:w="1253" w:type="dxa"/>
            <w:vAlign w:val="center"/>
          </w:tcPr>
          <w:p w14:paraId="3AF785BE"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1E587E76" w14:textId="77777777">
        <w:trPr>
          <w:cantSplit/>
          <w:jc w:val="center"/>
        </w:trPr>
        <w:tc>
          <w:tcPr>
            <w:tcW w:w="1253" w:type="dxa"/>
            <w:vAlign w:val="center"/>
          </w:tcPr>
          <w:p w14:paraId="5FE806D3" w14:textId="77777777" w:rsidR="00EE5F04" w:rsidRPr="008A20D0" w:rsidRDefault="00000000">
            <w:pPr>
              <w:spacing w:before="40" w:after="40" w:line="240" w:lineRule="auto"/>
              <w:rPr>
                <w:rFonts w:cs="Times New Roman"/>
              </w:rPr>
            </w:pPr>
            <w:r w:rsidRPr="008A20D0">
              <w:rPr>
                <w:rFonts w:cs="Times New Roman"/>
                <w:sz w:val="20"/>
              </w:rPr>
              <w:t>M2 XGB</w:t>
            </w:r>
          </w:p>
        </w:tc>
        <w:tc>
          <w:tcPr>
            <w:tcW w:w="1728" w:type="dxa"/>
            <w:vAlign w:val="center"/>
          </w:tcPr>
          <w:p w14:paraId="635AC848" w14:textId="77777777" w:rsidR="00EE5F04" w:rsidRPr="008A20D0" w:rsidRDefault="00000000">
            <w:pPr>
              <w:spacing w:before="40" w:after="40" w:line="240" w:lineRule="auto"/>
              <w:jc w:val="center"/>
              <w:rPr>
                <w:rFonts w:cs="Times New Roman"/>
              </w:rPr>
            </w:pPr>
            <w:r w:rsidRPr="008A20D0">
              <w:rPr>
                <w:rFonts w:cs="Times New Roman"/>
                <w:sz w:val="20"/>
              </w:rPr>
              <w:t>-0.007</w:t>
            </w:r>
            <w:r w:rsidRPr="008A20D0">
              <w:rPr>
                <w:rFonts w:cs="Times New Roman"/>
                <w:sz w:val="20"/>
              </w:rPr>
              <w:br/>
              <w:t>(-0.235 to 0.193)</w:t>
            </w:r>
          </w:p>
        </w:tc>
        <w:tc>
          <w:tcPr>
            <w:tcW w:w="1728" w:type="dxa"/>
            <w:vAlign w:val="center"/>
          </w:tcPr>
          <w:p w14:paraId="2CC2671F" w14:textId="77777777" w:rsidR="00EE5F04" w:rsidRPr="008A20D0" w:rsidRDefault="00000000">
            <w:pPr>
              <w:spacing w:before="40" w:after="40" w:line="240" w:lineRule="auto"/>
              <w:jc w:val="center"/>
              <w:rPr>
                <w:rFonts w:cs="Times New Roman"/>
              </w:rPr>
            </w:pPr>
            <w:r w:rsidRPr="008A20D0">
              <w:rPr>
                <w:rFonts w:cs="Times New Roman"/>
                <w:sz w:val="20"/>
              </w:rPr>
              <w:t>-1.145</w:t>
            </w:r>
            <w:r w:rsidRPr="008A20D0">
              <w:rPr>
                <w:rFonts w:cs="Times New Roman"/>
                <w:sz w:val="20"/>
              </w:rPr>
              <w:br/>
              <w:t>(-1.720 to -0.584)</w:t>
            </w:r>
          </w:p>
        </w:tc>
        <w:tc>
          <w:tcPr>
            <w:tcW w:w="1728" w:type="dxa"/>
            <w:vAlign w:val="center"/>
          </w:tcPr>
          <w:p w14:paraId="38FAD87E" w14:textId="77777777" w:rsidR="00EE5F04" w:rsidRPr="008A20D0" w:rsidRDefault="00000000">
            <w:pPr>
              <w:spacing w:before="40" w:after="40" w:line="240" w:lineRule="auto"/>
              <w:jc w:val="center"/>
              <w:rPr>
                <w:rFonts w:cs="Times New Roman"/>
              </w:rPr>
            </w:pPr>
            <w:r w:rsidRPr="008A20D0">
              <w:rPr>
                <w:rFonts w:cs="Times New Roman"/>
                <w:sz w:val="20"/>
              </w:rPr>
              <w:t>0.500</w:t>
            </w:r>
            <w:r w:rsidRPr="008A20D0">
              <w:rPr>
                <w:rFonts w:cs="Times New Roman"/>
                <w:sz w:val="20"/>
              </w:rPr>
              <w:br/>
              <w:t>(0.273 to 0.742)</w:t>
            </w:r>
          </w:p>
        </w:tc>
        <w:tc>
          <w:tcPr>
            <w:tcW w:w="1670" w:type="dxa"/>
            <w:vAlign w:val="center"/>
          </w:tcPr>
          <w:p w14:paraId="0A503783" w14:textId="77777777" w:rsidR="00EE5F04" w:rsidRPr="008A20D0" w:rsidRDefault="00000000">
            <w:pPr>
              <w:spacing w:before="40" w:after="40" w:line="240" w:lineRule="auto"/>
              <w:jc w:val="center"/>
              <w:rPr>
                <w:rFonts w:cs="Times New Roman"/>
              </w:rPr>
            </w:pPr>
            <w:r w:rsidRPr="008A20D0">
              <w:rPr>
                <w:rFonts w:cs="Times New Roman"/>
                <w:sz w:val="20"/>
              </w:rPr>
              <w:t>0.075</w:t>
            </w:r>
            <w:r w:rsidRPr="008A20D0">
              <w:rPr>
                <w:rFonts w:cs="Times New Roman"/>
                <w:sz w:val="20"/>
              </w:rPr>
              <w:br/>
              <w:t>(0.063 to 0.087)</w:t>
            </w:r>
          </w:p>
        </w:tc>
        <w:tc>
          <w:tcPr>
            <w:tcW w:w="1253" w:type="dxa"/>
            <w:vAlign w:val="center"/>
          </w:tcPr>
          <w:p w14:paraId="426E58FB"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6F57B2F2" w14:textId="77777777">
        <w:trPr>
          <w:cantSplit/>
          <w:jc w:val="center"/>
        </w:trPr>
        <w:tc>
          <w:tcPr>
            <w:tcW w:w="1253" w:type="dxa"/>
            <w:vAlign w:val="center"/>
          </w:tcPr>
          <w:p w14:paraId="43F83036" w14:textId="77777777" w:rsidR="00EE5F04" w:rsidRPr="008A20D0" w:rsidRDefault="00000000">
            <w:pPr>
              <w:spacing w:before="40" w:after="40" w:line="240" w:lineRule="auto"/>
              <w:rPr>
                <w:rFonts w:cs="Times New Roman"/>
              </w:rPr>
            </w:pPr>
            <w:r w:rsidRPr="008A20D0">
              <w:rPr>
                <w:rFonts w:cs="Times New Roman"/>
                <w:sz w:val="20"/>
              </w:rPr>
              <w:t>M3 Ridge</w:t>
            </w:r>
          </w:p>
        </w:tc>
        <w:tc>
          <w:tcPr>
            <w:tcW w:w="1728" w:type="dxa"/>
            <w:vAlign w:val="center"/>
          </w:tcPr>
          <w:p w14:paraId="235E5C10" w14:textId="77777777" w:rsidR="00EE5F04" w:rsidRPr="008A20D0" w:rsidRDefault="00000000">
            <w:pPr>
              <w:spacing w:before="40" w:after="40" w:line="240" w:lineRule="auto"/>
              <w:jc w:val="center"/>
              <w:rPr>
                <w:rFonts w:cs="Times New Roman"/>
              </w:rPr>
            </w:pPr>
            <w:r w:rsidRPr="008A20D0">
              <w:rPr>
                <w:rFonts w:cs="Times New Roman"/>
                <w:sz w:val="20"/>
              </w:rPr>
              <w:t>-0.204</w:t>
            </w:r>
            <w:r w:rsidRPr="008A20D0">
              <w:rPr>
                <w:rFonts w:cs="Times New Roman"/>
                <w:sz w:val="20"/>
              </w:rPr>
              <w:br/>
              <w:t>(-0.423 to -0.013)</w:t>
            </w:r>
          </w:p>
        </w:tc>
        <w:tc>
          <w:tcPr>
            <w:tcW w:w="1728" w:type="dxa"/>
            <w:vAlign w:val="center"/>
          </w:tcPr>
          <w:p w14:paraId="75FEA07C" w14:textId="77777777" w:rsidR="00EE5F04" w:rsidRPr="008A20D0" w:rsidRDefault="00000000">
            <w:pPr>
              <w:spacing w:before="40" w:after="40" w:line="240" w:lineRule="auto"/>
              <w:jc w:val="center"/>
              <w:rPr>
                <w:rFonts w:cs="Times New Roman"/>
              </w:rPr>
            </w:pPr>
            <w:r w:rsidRPr="008A20D0">
              <w:rPr>
                <w:rFonts w:cs="Times New Roman"/>
                <w:sz w:val="20"/>
              </w:rPr>
              <w:t>-0.137</w:t>
            </w:r>
            <w:r w:rsidRPr="008A20D0">
              <w:rPr>
                <w:rFonts w:cs="Times New Roman"/>
                <w:sz w:val="20"/>
              </w:rPr>
              <w:br/>
              <w:t>(-1.650 to 1.314)</w:t>
            </w:r>
          </w:p>
        </w:tc>
        <w:tc>
          <w:tcPr>
            <w:tcW w:w="1728" w:type="dxa"/>
            <w:vAlign w:val="center"/>
          </w:tcPr>
          <w:p w14:paraId="445FAA9C" w14:textId="77777777" w:rsidR="00EE5F04" w:rsidRPr="008A20D0" w:rsidRDefault="00000000">
            <w:pPr>
              <w:spacing w:before="40" w:after="40" w:line="240" w:lineRule="auto"/>
              <w:jc w:val="center"/>
              <w:rPr>
                <w:rFonts w:cs="Times New Roman"/>
              </w:rPr>
            </w:pPr>
            <w:r w:rsidRPr="008A20D0">
              <w:rPr>
                <w:rFonts w:cs="Times New Roman"/>
                <w:sz w:val="20"/>
              </w:rPr>
              <w:t>1.031</w:t>
            </w:r>
            <w:r w:rsidRPr="008A20D0">
              <w:rPr>
                <w:rFonts w:cs="Times New Roman"/>
                <w:sz w:val="20"/>
              </w:rPr>
              <w:br/>
              <w:t>(0.369 to 1.678)</w:t>
            </w:r>
          </w:p>
        </w:tc>
        <w:tc>
          <w:tcPr>
            <w:tcW w:w="1670" w:type="dxa"/>
            <w:vAlign w:val="center"/>
          </w:tcPr>
          <w:p w14:paraId="2520FC5D"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0.086)</w:t>
            </w:r>
          </w:p>
        </w:tc>
        <w:tc>
          <w:tcPr>
            <w:tcW w:w="1253" w:type="dxa"/>
            <w:vAlign w:val="center"/>
          </w:tcPr>
          <w:p w14:paraId="7D7E3F84"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47CBD2C0" w14:textId="77777777">
        <w:trPr>
          <w:cantSplit/>
          <w:jc w:val="center"/>
        </w:trPr>
        <w:tc>
          <w:tcPr>
            <w:tcW w:w="1253" w:type="dxa"/>
            <w:vAlign w:val="center"/>
          </w:tcPr>
          <w:p w14:paraId="1278E1D5" w14:textId="77777777" w:rsidR="00EE5F04" w:rsidRPr="008A20D0" w:rsidRDefault="00000000">
            <w:pPr>
              <w:spacing w:before="40" w:after="40" w:line="240" w:lineRule="auto"/>
              <w:rPr>
                <w:rFonts w:cs="Times New Roman"/>
              </w:rPr>
            </w:pPr>
            <w:r w:rsidRPr="008A20D0">
              <w:rPr>
                <w:rFonts w:cs="Times New Roman"/>
                <w:sz w:val="20"/>
              </w:rPr>
              <w:t>M3 XGB</w:t>
            </w:r>
          </w:p>
        </w:tc>
        <w:tc>
          <w:tcPr>
            <w:tcW w:w="1728" w:type="dxa"/>
            <w:vAlign w:val="center"/>
          </w:tcPr>
          <w:p w14:paraId="427C5BDB" w14:textId="77777777" w:rsidR="00EE5F04" w:rsidRPr="008A20D0" w:rsidRDefault="00000000">
            <w:pPr>
              <w:spacing w:before="40" w:after="40" w:line="240" w:lineRule="auto"/>
              <w:jc w:val="center"/>
              <w:rPr>
                <w:rFonts w:cs="Times New Roman"/>
              </w:rPr>
            </w:pPr>
            <w:r w:rsidRPr="008A20D0">
              <w:rPr>
                <w:rFonts w:cs="Times New Roman"/>
                <w:sz w:val="20"/>
              </w:rPr>
              <w:t>0.084</w:t>
            </w:r>
            <w:r w:rsidRPr="008A20D0">
              <w:rPr>
                <w:rFonts w:cs="Times New Roman"/>
                <w:sz w:val="20"/>
              </w:rPr>
              <w:br/>
              <w:t>(-0.139 to 0.286)</w:t>
            </w:r>
          </w:p>
        </w:tc>
        <w:tc>
          <w:tcPr>
            <w:tcW w:w="1728" w:type="dxa"/>
            <w:vAlign w:val="center"/>
          </w:tcPr>
          <w:p w14:paraId="37DCB23B" w14:textId="77777777" w:rsidR="00EE5F04" w:rsidRPr="008A20D0" w:rsidRDefault="00000000">
            <w:pPr>
              <w:spacing w:before="40" w:after="40" w:line="240" w:lineRule="auto"/>
              <w:jc w:val="center"/>
              <w:rPr>
                <w:rFonts w:cs="Times New Roman"/>
              </w:rPr>
            </w:pPr>
            <w:r w:rsidRPr="008A20D0">
              <w:rPr>
                <w:rFonts w:cs="Times New Roman"/>
                <w:sz w:val="20"/>
              </w:rPr>
              <w:t>-1.139</w:t>
            </w:r>
            <w:r w:rsidRPr="008A20D0">
              <w:rPr>
                <w:rFonts w:cs="Times New Roman"/>
                <w:sz w:val="20"/>
              </w:rPr>
              <w:br/>
              <w:t>(-1.796 to -0.485)</w:t>
            </w:r>
          </w:p>
        </w:tc>
        <w:tc>
          <w:tcPr>
            <w:tcW w:w="1728" w:type="dxa"/>
            <w:vAlign w:val="center"/>
          </w:tcPr>
          <w:p w14:paraId="28AE5AD3" w14:textId="77777777" w:rsidR="00EE5F04" w:rsidRPr="008A20D0" w:rsidRDefault="00000000">
            <w:pPr>
              <w:spacing w:before="40" w:after="40" w:line="240" w:lineRule="auto"/>
              <w:jc w:val="center"/>
              <w:rPr>
                <w:rFonts w:cs="Times New Roman"/>
              </w:rPr>
            </w:pPr>
            <w:r w:rsidRPr="008A20D0">
              <w:rPr>
                <w:rFonts w:cs="Times New Roman"/>
                <w:sz w:val="20"/>
              </w:rPr>
              <w:t>0.485</w:t>
            </w:r>
            <w:r w:rsidRPr="008A20D0">
              <w:rPr>
                <w:rFonts w:cs="Times New Roman"/>
                <w:sz w:val="20"/>
              </w:rPr>
              <w:br/>
              <w:t>(0.246 to 0.752)</w:t>
            </w:r>
          </w:p>
        </w:tc>
        <w:tc>
          <w:tcPr>
            <w:tcW w:w="1670" w:type="dxa"/>
            <w:vAlign w:val="center"/>
          </w:tcPr>
          <w:p w14:paraId="43DF1EE1"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0.086)</w:t>
            </w:r>
          </w:p>
        </w:tc>
        <w:tc>
          <w:tcPr>
            <w:tcW w:w="1253" w:type="dxa"/>
            <w:vAlign w:val="center"/>
          </w:tcPr>
          <w:p w14:paraId="61B0697D"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7160F0A1" w14:textId="77777777" w:rsidR="00EE5F04" w:rsidRPr="008A20D0" w:rsidRDefault="00000000">
      <w:pPr>
        <w:spacing w:after="100"/>
        <w:rPr>
          <w:rFonts w:cs="Times New Roman"/>
        </w:rPr>
      </w:pPr>
      <w:r w:rsidRPr="008A20D0">
        <w:rPr>
          <w:rFonts w:cs="Times New Roman"/>
          <w:sz w:val="20"/>
        </w:rPr>
        <w:t>POD3 risk set: 1,323 patients and 107 events. CITL, calibration-in-the-large, estimated with the predicted logit as an offset and slope fixed at 1. The joint intercept and slope were fitted together. These evaluation parameters differ from the training Platt coefficients. Intervals condition on fixed held-out predictions.</w:t>
      </w:r>
    </w:p>
    <w:p w14:paraId="2EFC4B5F" w14:textId="77777777" w:rsidR="00EE5F04" w:rsidRPr="008A20D0" w:rsidRDefault="00000000">
      <w:pPr>
        <w:spacing w:after="100"/>
        <w:rPr>
          <w:rFonts w:cs="Times New Roman"/>
        </w:rPr>
      </w:pPr>
      <w:r w:rsidRPr="008A20D0">
        <w:rPr>
          <w:rFonts w:cs="Times New Roman"/>
          <w:sz w:val="20"/>
        </w:rPr>
        <w:t>Eligibility refers only to the project dispersion rule. D: this probability scale failed the logit-SD threshold of 0.30; R: calibrated predictions inherited ineligibility from the raw model. Eligible does not mean clinically validated. Descriptive values are retained for ineligible models. Calibration cannot restore eligibility lost by the raw model.</w:t>
      </w:r>
    </w:p>
    <w:p w14:paraId="1FE45128"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POD3 calibration (continued)</w:t>
      </w:r>
    </w:p>
    <w:p w14:paraId="150A369D" w14:textId="77777777" w:rsidR="00EE5F04" w:rsidRPr="008A20D0" w:rsidRDefault="00000000">
      <w:pPr>
        <w:pStyle w:val="af7"/>
        <w:rPr>
          <w:rFonts w:cs="Times New Roman"/>
        </w:rPr>
      </w:pPr>
      <w:r w:rsidRPr="008A20D0">
        <w:rPr>
          <w:rFonts w:cs="Times New Roman"/>
        </w:rPr>
        <w:t>Table S4 (continued). POD3 calibration</w:t>
      </w:r>
      <w:r w:rsidRPr="008A20D0">
        <w:rPr>
          <w:rFonts w:cs="Times New Roman"/>
        </w:rPr>
        <w:br/>
        <w:t>E. Training-only Platt-calibrated probabilities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253"/>
        <w:gridCol w:w="1728"/>
        <w:gridCol w:w="1728"/>
        <w:gridCol w:w="1728"/>
        <w:gridCol w:w="1670"/>
        <w:gridCol w:w="1253"/>
      </w:tblGrid>
      <w:tr w:rsidR="00EE5F04" w:rsidRPr="008A20D0" w14:paraId="62A01D58" w14:textId="77777777">
        <w:trPr>
          <w:cantSplit/>
          <w:tblHeader/>
          <w:jc w:val="center"/>
        </w:trPr>
        <w:tc>
          <w:tcPr>
            <w:tcW w:w="1253" w:type="dxa"/>
            <w:vAlign w:val="center"/>
          </w:tcPr>
          <w:p w14:paraId="43DDD8A9" w14:textId="77777777" w:rsidR="00EE5F04" w:rsidRPr="008A20D0" w:rsidRDefault="00000000">
            <w:pPr>
              <w:spacing w:before="40" w:after="40" w:line="240" w:lineRule="auto"/>
              <w:rPr>
                <w:rFonts w:cs="Times New Roman"/>
              </w:rPr>
            </w:pPr>
            <w:r w:rsidRPr="008A20D0">
              <w:rPr>
                <w:rFonts w:cs="Times New Roman"/>
                <w:b/>
                <w:sz w:val="20"/>
              </w:rPr>
              <w:t>Model</w:t>
            </w:r>
          </w:p>
        </w:tc>
        <w:tc>
          <w:tcPr>
            <w:tcW w:w="1728" w:type="dxa"/>
            <w:vAlign w:val="center"/>
          </w:tcPr>
          <w:p w14:paraId="30CDAB01" w14:textId="77777777" w:rsidR="00EE5F04" w:rsidRPr="008A20D0" w:rsidRDefault="00000000">
            <w:pPr>
              <w:spacing w:before="40" w:after="40" w:line="240" w:lineRule="auto"/>
              <w:jc w:val="center"/>
              <w:rPr>
                <w:rFonts w:cs="Times New Roman"/>
              </w:rPr>
            </w:pPr>
            <w:r w:rsidRPr="008A20D0">
              <w:rPr>
                <w:rFonts w:cs="Times New Roman"/>
                <w:b/>
                <w:sz w:val="20"/>
              </w:rPr>
              <w:t>CITL</w:t>
            </w:r>
            <w:r w:rsidRPr="008A20D0">
              <w:rPr>
                <w:rFonts w:cs="Times New Roman"/>
                <w:b/>
                <w:sz w:val="20"/>
              </w:rPr>
              <w:br/>
              <w:t>(95% CI)</w:t>
            </w:r>
          </w:p>
        </w:tc>
        <w:tc>
          <w:tcPr>
            <w:tcW w:w="1728" w:type="dxa"/>
            <w:vAlign w:val="center"/>
          </w:tcPr>
          <w:p w14:paraId="5D261682" w14:textId="77777777" w:rsidR="00EE5F04" w:rsidRPr="008A20D0" w:rsidRDefault="00000000">
            <w:pPr>
              <w:spacing w:before="40" w:after="40" w:line="240" w:lineRule="auto"/>
              <w:jc w:val="center"/>
              <w:rPr>
                <w:rFonts w:cs="Times New Roman"/>
              </w:rPr>
            </w:pPr>
            <w:r w:rsidRPr="008A20D0">
              <w:rPr>
                <w:rFonts w:cs="Times New Roman"/>
                <w:b/>
                <w:sz w:val="20"/>
              </w:rPr>
              <w:t>Joint intercept</w:t>
            </w:r>
            <w:r w:rsidRPr="008A20D0">
              <w:rPr>
                <w:rFonts w:cs="Times New Roman"/>
                <w:b/>
                <w:sz w:val="20"/>
              </w:rPr>
              <w:br/>
              <w:t>(95% CI)</w:t>
            </w:r>
          </w:p>
        </w:tc>
        <w:tc>
          <w:tcPr>
            <w:tcW w:w="1728" w:type="dxa"/>
            <w:vAlign w:val="center"/>
          </w:tcPr>
          <w:p w14:paraId="193A6E91" w14:textId="77777777" w:rsidR="00EE5F04" w:rsidRPr="008A20D0" w:rsidRDefault="00000000">
            <w:pPr>
              <w:spacing w:before="40" w:after="40" w:line="240" w:lineRule="auto"/>
              <w:jc w:val="center"/>
              <w:rPr>
                <w:rFonts w:cs="Times New Roman"/>
              </w:rPr>
            </w:pPr>
            <w:r w:rsidRPr="008A20D0">
              <w:rPr>
                <w:rFonts w:cs="Times New Roman"/>
                <w:b/>
                <w:sz w:val="20"/>
              </w:rPr>
              <w:t>Joint slope</w:t>
            </w:r>
            <w:r w:rsidRPr="008A20D0">
              <w:rPr>
                <w:rFonts w:cs="Times New Roman"/>
                <w:b/>
                <w:sz w:val="20"/>
              </w:rPr>
              <w:br/>
              <w:t>(95% CI)</w:t>
            </w:r>
          </w:p>
        </w:tc>
        <w:tc>
          <w:tcPr>
            <w:tcW w:w="1670" w:type="dxa"/>
            <w:vAlign w:val="center"/>
          </w:tcPr>
          <w:p w14:paraId="71B07562" w14:textId="77777777" w:rsidR="00EE5F04" w:rsidRPr="008A20D0" w:rsidRDefault="00000000">
            <w:pPr>
              <w:spacing w:before="40" w:after="40" w:line="240" w:lineRule="auto"/>
              <w:jc w:val="center"/>
              <w:rPr>
                <w:rFonts w:cs="Times New Roman"/>
              </w:rPr>
            </w:pPr>
            <w:r w:rsidRPr="008A20D0">
              <w:rPr>
                <w:rFonts w:cs="Times New Roman"/>
                <w:b/>
                <w:sz w:val="20"/>
              </w:rPr>
              <w:t>Brier</w:t>
            </w:r>
            <w:r w:rsidRPr="008A20D0">
              <w:rPr>
                <w:rFonts w:cs="Times New Roman"/>
                <w:b/>
                <w:sz w:val="20"/>
              </w:rPr>
              <w:br/>
              <w:t>(95% CI)</w:t>
            </w:r>
          </w:p>
        </w:tc>
        <w:tc>
          <w:tcPr>
            <w:tcW w:w="1253" w:type="dxa"/>
            <w:vAlign w:val="center"/>
          </w:tcPr>
          <w:p w14:paraId="19942019"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3E1D1910" w14:textId="77777777">
        <w:trPr>
          <w:cantSplit/>
          <w:jc w:val="center"/>
        </w:trPr>
        <w:tc>
          <w:tcPr>
            <w:tcW w:w="1253" w:type="dxa"/>
            <w:vAlign w:val="center"/>
          </w:tcPr>
          <w:p w14:paraId="3392B700" w14:textId="77777777" w:rsidR="00EE5F04" w:rsidRPr="008A20D0" w:rsidRDefault="00000000">
            <w:pPr>
              <w:spacing w:before="40" w:after="40" w:line="240" w:lineRule="auto"/>
              <w:rPr>
                <w:rFonts w:cs="Times New Roman"/>
              </w:rPr>
            </w:pPr>
            <w:r w:rsidRPr="008A20D0">
              <w:rPr>
                <w:rFonts w:cs="Times New Roman"/>
                <w:sz w:val="20"/>
              </w:rPr>
              <w:t>M0 Ridge</w:t>
            </w:r>
          </w:p>
        </w:tc>
        <w:tc>
          <w:tcPr>
            <w:tcW w:w="1728" w:type="dxa"/>
            <w:vAlign w:val="center"/>
          </w:tcPr>
          <w:p w14:paraId="1E834269" w14:textId="77777777" w:rsidR="00EE5F04" w:rsidRPr="008A20D0" w:rsidRDefault="00000000">
            <w:pPr>
              <w:spacing w:before="40" w:after="40" w:line="240" w:lineRule="auto"/>
              <w:jc w:val="center"/>
              <w:rPr>
                <w:rFonts w:cs="Times New Roman"/>
              </w:rPr>
            </w:pPr>
            <w:r w:rsidRPr="008A20D0">
              <w:rPr>
                <w:rFonts w:cs="Times New Roman"/>
                <w:sz w:val="20"/>
              </w:rPr>
              <w:t>-0.138</w:t>
            </w:r>
            <w:r w:rsidRPr="008A20D0">
              <w:rPr>
                <w:rFonts w:cs="Times New Roman"/>
                <w:sz w:val="20"/>
              </w:rPr>
              <w:br/>
              <w:t>(-0.357 to 0.052)</w:t>
            </w:r>
          </w:p>
        </w:tc>
        <w:tc>
          <w:tcPr>
            <w:tcW w:w="1728" w:type="dxa"/>
            <w:vAlign w:val="center"/>
          </w:tcPr>
          <w:p w14:paraId="2C976D98" w14:textId="77777777" w:rsidR="00EE5F04" w:rsidRPr="008A20D0" w:rsidRDefault="00000000">
            <w:pPr>
              <w:spacing w:before="40" w:after="40" w:line="240" w:lineRule="auto"/>
              <w:jc w:val="center"/>
              <w:rPr>
                <w:rFonts w:cs="Times New Roman"/>
              </w:rPr>
            </w:pPr>
            <w:r w:rsidRPr="008A20D0">
              <w:rPr>
                <w:rFonts w:cs="Times New Roman"/>
                <w:sz w:val="20"/>
              </w:rPr>
              <w:t>-0.501</w:t>
            </w:r>
            <w:r w:rsidRPr="008A20D0">
              <w:rPr>
                <w:rFonts w:cs="Times New Roman"/>
                <w:sz w:val="20"/>
              </w:rPr>
              <w:br/>
              <w:t>(-1.718 to 0.649)</w:t>
            </w:r>
          </w:p>
        </w:tc>
        <w:tc>
          <w:tcPr>
            <w:tcW w:w="1728" w:type="dxa"/>
            <w:vAlign w:val="center"/>
          </w:tcPr>
          <w:p w14:paraId="48542394" w14:textId="77777777" w:rsidR="00EE5F04" w:rsidRPr="008A20D0" w:rsidRDefault="00000000">
            <w:pPr>
              <w:spacing w:before="40" w:after="40" w:line="240" w:lineRule="auto"/>
              <w:jc w:val="center"/>
              <w:rPr>
                <w:rFonts w:cs="Times New Roman"/>
              </w:rPr>
            </w:pPr>
            <w:r w:rsidRPr="008A20D0">
              <w:rPr>
                <w:rFonts w:cs="Times New Roman"/>
                <w:sz w:val="20"/>
              </w:rPr>
              <w:t>0.838</w:t>
            </w:r>
            <w:r w:rsidRPr="008A20D0">
              <w:rPr>
                <w:rFonts w:cs="Times New Roman"/>
                <w:sz w:val="20"/>
              </w:rPr>
              <w:br/>
              <w:t>(0.330 to 1.355)</w:t>
            </w:r>
          </w:p>
        </w:tc>
        <w:tc>
          <w:tcPr>
            <w:tcW w:w="1670" w:type="dxa"/>
            <w:vAlign w:val="center"/>
          </w:tcPr>
          <w:p w14:paraId="5EE5C9EB"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0.086)</w:t>
            </w:r>
          </w:p>
        </w:tc>
        <w:tc>
          <w:tcPr>
            <w:tcW w:w="1253" w:type="dxa"/>
            <w:vAlign w:val="center"/>
          </w:tcPr>
          <w:p w14:paraId="30801E74" w14:textId="77777777" w:rsidR="00EE5F04" w:rsidRPr="008A20D0" w:rsidRDefault="00000000">
            <w:pPr>
              <w:spacing w:before="40" w:after="40" w:line="240" w:lineRule="auto"/>
              <w:jc w:val="center"/>
              <w:rPr>
                <w:rFonts w:cs="Times New Roman"/>
              </w:rPr>
            </w:pPr>
            <w:r w:rsidRPr="008A20D0">
              <w:rPr>
                <w:rFonts w:cs="Times New Roman"/>
                <w:sz w:val="20"/>
              </w:rPr>
              <w:t>R</w:t>
            </w:r>
          </w:p>
        </w:tc>
      </w:tr>
      <w:tr w:rsidR="00EE5F04" w:rsidRPr="008A20D0" w14:paraId="4948B8E2" w14:textId="77777777">
        <w:trPr>
          <w:cantSplit/>
          <w:jc w:val="center"/>
        </w:trPr>
        <w:tc>
          <w:tcPr>
            <w:tcW w:w="1253" w:type="dxa"/>
            <w:vAlign w:val="center"/>
          </w:tcPr>
          <w:p w14:paraId="7D575B3E" w14:textId="77777777" w:rsidR="00EE5F04" w:rsidRPr="008A20D0" w:rsidRDefault="00000000">
            <w:pPr>
              <w:spacing w:before="40" w:after="40" w:line="240" w:lineRule="auto"/>
              <w:rPr>
                <w:rFonts w:cs="Times New Roman"/>
              </w:rPr>
            </w:pPr>
            <w:r w:rsidRPr="008A20D0">
              <w:rPr>
                <w:rFonts w:cs="Times New Roman"/>
                <w:sz w:val="20"/>
              </w:rPr>
              <w:t>M0 XGB</w:t>
            </w:r>
          </w:p>
        </w:tc>
        <w:tc>
          <w:tcPr>
            <w:tcW w:w="1728" w:type="dxa"/>
            <w:vAlign w:val="center"/>
          </w:tcPr>
          <w:p w14:paraId="1B5450F6" w14:textId="77777777" w:rsidR="00EE5F04" w:rsidRPr="008A20D0" w:rsidRDefault="00000000">
            <w:pPr>
              <w:spacing w:before="40" w:after="40" w:line="240" w:lineRule="auto"/>
              <w:jc w:val="center"/>
              <w:rPr>
                <w:rFonts w:cs="Times New Roman"/>
              </w:rPr>
            </w:pPr>
            <w:r w:rsidRPr="008A20D0">
              <w:rPr>
                <w:rFonts w:cs="Times New Roman"/>
                <w:sz w:val="20"/>
              </w:rPr>
              <w:t>-0.119</w:t>
            </w:r>
            <w:r w:rsidRPr="008A20D0">
              <w:rPr>
                <w:rFonts w:cs="Times New Roman"/>
                <w:sz w:val="20"/>
              </w:rPr>
              <w:br/>
              <w:t>(-0.338 to 0.077)</w:t>
            </w:r>
          </w:p>
        </w:tc>
        <w:tc>
          <w:tcPr>
            <w:tcW w:w="1728" w:type="dxa"/>
            <w:vAlign w:val="center"/>
          </w:tcPr>
          <w:p w14:paraId="0CB2B587" w14:textId="77777777" w:rsidR="00EE5F04" w:rsidRPr="008A20D0" w:rsidRDefault="00000000">
            <w:pPr>
              <w:spacing w:before="40" w:after="40" w:line="240" w:lineRule="auto"/>
              <w:jc w:val="center"/>
              <w:rPr>
                <w:rFonts w:cs="Times New Roman"/>
              </w:rPr>
            </w:pPr>
            <w:r w:rsidRPr="008A20D0">
              <w:rPr>
                <w:rFonts w:cs="Times New Roman"/>
                <w:sz w:val="20"/>
              </w:rPr>
              <w:t>-0.822</w:t>
            </w:r>
            <w:r w:rsidRPr="008A20D0">
              <w:rPr>
                <w:rFonts w:cs="Times New Roman"/>
                <w:sz w:val="20"/>
              </w:rPr>
              <w:br/>
              <w:t>(-2.030 to 0.348)</w:t>
            </w:r>
          </w:p>
        </w:tc>
        <w:tc>
          <w:tcPr>
            <w:tcW w:w="1728" w:type="dxa"/>
            <w:vAlign w:val="center"/>
          </w:tcPr>
          <w:p w14:paraId="3EEAAC72" w14:textId="77777777" w:rsidR="00EE5F04" w:rsidRPr="008A20D0" w:rsidRDefault="00000000">
            <w:pPr>
              <w:spacing w:before="40" w:after="40" w:line="240" w:lineRule="auto"/>
              <w:jc w:val="center"/>
              <w:rPr>
                <w:rFonts w:cs="Times New Roman"/>
              </w:rPr>
            </w:pPr>
            <w:r w:rsidRPr="008A20D0">
              <w:rPr>
                <w:rFonts w:cs="Times New Roman"/>
                <w:sz w:val="20"/>
              </w:rPr>
              <w:t>0.690</w:t>
            </w:r>
            <w:r w:rsidRPr="008A20D0">
              <w:rPr>
                <w:rFonts w:cs="Times New Roman"/>
                <w:sz w:val="20"/>
              </w:rPr>
              <w:br/>
              <w:t>(0.188 to 1.209)</w:t>
            </w:r>
          </w:p>
        </w:tc>
        <w:tc>
          <w:tcPr>
            <w:tcW w:w="1670" w:type="dxa"/>
            <w:vAlign w:val="center"/>
          </w:tcPr>
          <w:p w14:paraId="4BE6784A"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0.087)</w:t>
            </w:r>
          </w:p>
        </w:tc>
        <w:tc>
          <w:tcPr>
            <w:tcW w:w="1253" w:type="dxa"/>
            <w:vAlign w:val="center"/>
          </w:tcPr>
          <w:p w14:paraId="63A197C8"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60888FE5" w14:textId="77777777">
        <w:trPr>
          <w:cantSplit/>
          <w:jc w:val="center"/>
        </w:trPr>
        <w:tc>
          <w:tcPr>
            <w:tcW w:w="1253" w:type="dxa"/>
            <w:vAlign w:val="center"/>
          </w:tcPr>
          <w:p w14:paraId="05E99F28" w14:textId="77777777" w:rsidR="00EE5F04" w:rsidRPr="008A20D0" w:rsidRDefault="00000000">
            <w:pPr>
              <w:spacing w:before="40" w:after="40" w:line="240" w:lineRule="auto"/>
              <w:rPr>
                <w:rFonts w:cs="Times New Roman"/>
              </w:rPr>
            </w:pPr>
            <w:r w:rsidRPr="008A20D0">
              <w:rPr>
                <w:rFonts w:cs="Times New Roman"/>
                <w:sz w:val="20"/>
              </w:rPr>
              <w:t>M1 Ridge</w:t>
            </w:r>
          </w:p>
        </w:tc>
        <w:tc>
          <w:tcPr>
            <w:tcW w:w="1728" w:type="dxa"/>
            <w:vAlign w:val="center"/>
          </w:tcPr>
          <w:p w14:paraId="6E8B67F8" w14:textId="77777777" w:rsidR="00EE5F04" w:rsidRPr="008A20D0" w:rsidRDefault="00000000">
            <w:pPr>
              <w:spacing w:before="40" w:after="40" w:line="240" w:lineRule="auto"/>
              <w:jc w:val="center"/>
              <w:rPr>
                <w:rFonts w:cs="Times New Roman"/>
              </w:rPr>
            </w:pPr>
            <w:r w:rsidRPr="008A20D0">
              <w:rPr>
                <w:rFonts w:cs="Times New Roman"/>
                <w:sz w:val="20"/>
              </w:rPr>
              <w:t>-0.303</w:t>
            </w:r>
            <w:r w:rsidRPr="008A20D0">
              <w:rPr>
                <w:rFonts w:cs="Times New Roman"/>
                <w:sz w:val="20"/>
              </w:rPr>
              <w:br/>
              <w:t>(-0.529 to -0.115)</w:t>
            </w:r>
          </w:p>
        </w:tc>
        <w:tc>
          <w:tcPr>
            <w:tcW w:w="1728" w:type="dxa"/>
            <w:vAlign w:val="center"/>
          </w:tcPr>
          <w:p w14:paraId="752075E6" w14:textId="77777777" w:rsidR="00EE5F04" w:rsidRPr="008A20D0" w:rsidRDefault="00000000">
            <w:pPr>
              <w:spacing w:before="40" w:after="40" w:line="240" w:lineRule="auto"/>
              <w:jc w:val="center"/>
              <w:rPr>
                <w:rFonts w:cs="Times New Roman"/>
              </w:rPr>
            </w:pPr>
            <w:r w:rsidRPr="008A20D0">
              <w:rPr>
                <w:rFonts w:cs="Times New Roman"/>
                <w:sz w:val="20"/>
              </w:rPr>
              <w:t>-0.654</w:t>
            </w:r>
            <w:r w:rsidRPr="008A20D0">
              <w:rPr>
                <w:rFonts w:cs="Times New Roman"/>
                <w:sz w:val="20"/>
              </w:rPr>
              <w:br/>
              <w:t>(-1.551 to 0.293)</w:t>
            </w:r>
          </w:p>
        </w:tc>
        <w:tc>
          <w:tcPr>
            <w:tcW w:w="1728" w:type="dxa"/>
            <w:vAlign w:val="center"/>
          </w:tcPr>
          <w:p w14:paraId="7957EC77" w14:textId="77777777" w:rsidR="00EE5F04" w:rsidRPr="008A20D0" w:rsidRDefault="00000000">
            <w:pPr>
              <w:spacing w:before="40" w:after="40" w:line="240" w:lineRule="auto"/>
              <w:jc w:val="center"/>
              <w:rPr>
                <w:rFonts w:cs="Times New Roman"/>
              </w:rPr>
            </w:pPr>
            <w:r w:rsidRPr="008A20D0">
              <w:rPr>
                <w:rFonts w:cs="Times New Roman"/>
                <w:sz w:val="20"/>
              </w:rPr>
              <w:t>0.832</w:t>
            </w:r>
            <w:r w:rsidRPr="008A20D0">
              <w:rPr>
                <w:rFonts w:cs="Times New Roman"/>
                <w:sz w:val="20"/>
              </w:rPr>
              <w:br/>
              <w:t>(0.423 to 1.273)</w:t>
            </w:r>
          </w:p>
        </w:tc>
        <w:tc>
          <w:tcPr>
            <w:tcW w:w="1670" w:type="dxa"/>
            <w:vAlign w:val="center"/>
          </w:tcPr>
          <w:p w14:paraId="3D17916F"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(0.063 to 0.086)</w:t>
            </w:r>
          </w:p>
        </w:tc>
        <w:tc>
          <w:tcPr>
            <w:tcW w:w="1253" w:type="dxa"/>
            <w:vAlign w:val="center"/>
          </w:tcPr>
          <w:p w14:paraId="4C332112" w14:textId="77777777" w:rsidR="00EE5F04" w:rsidRPr="008A20D0" w:rsidRDefault="00000000">
            <w:pPr>
              <w:spacing w:before="40" w:after="40" w:line="240" w:lineRule="auto"/>
              <w:jc w:val="center"/>
              <w:rPr>
                <w:rFonts w:cs="Times New Roman"/>
              </w:rPr>
            </w:pPr>
            <w:r w:rsidRPr="008A20D0">
              <w:rPr>
                <w:rFonts w:cs="Times New Roman"/>
                <w:sz w:val="20"/>
              </w:rPr>
              <w:t>R</w:t>
            </w:r>
          </w:p>
        </w:tc>
      </w:tr>
      <w:tr w:rsidR="00EE5F04" w:rsidRPr="008A20D0" w14:paraId="235C25AD" w14:textId="77777777">
        <w:trPr>
          <w:cantSplit/>
          <w:jc w:val="center"/>
        </w:trPr>
        <w:tc>
          <w:tcPr>
            <w:tcW w:w="1253" w:type="dxa"/>
            <w:vAlign w:val="center"/>
          </w:tcPr>
          <w:p w14:paraId="720534A8" w14:textId="77777777" w:rsidR="00EE5F04" w:rsidRPr="008A20D0" w:rsidRDefault="00000000">
            <w:pPr>
              <w:spacing w:before="40" w:after="40" w:line="240" w:lineRule="auto"/>
              <w:rPr>
                <w:rFonts w:cs="Times New Roman"/>
              </w:rPr>
            </w:pPr>
            <w:r w:rsidRPr="008A20D0">
              <w:rPr>
                <w:rFonts w:cs="Times New Roman"/>
                <w:sz w:val="20"/>
              </w:rPr>
              <w:t>M1 XGB</w:t>
            </w:r>
          </w:p>
        </w:tc>
        <w:tc>
          <w:tcPr>
            <w:tcW w:w="1728" w:type="dxa"/>
            <w:vAlign w:val="center"/>
          </w:tcPr>
          <w:p w14:paraId="4CC20385" w14:textId="77777777" w:rsidR="00EE5F04" w:rsidRPr="008A20D0" w:rsidRDefault="00000000">
            <w:pPr>
              <w:spacing w:before="40" w:after="40" w:line="240" w:lineRule="auto"/>
              <w:jc w:val="center"/>
              <w:rPr>
                <w:rFonts w:cs="Times New Roman"/>
              </w:rPr>
            </w:pPr>
            <w:r w:rsidRPr="008A20D0">
              <w:rPr>
                <w:rFonts w:cs="Times New Roman"/>
                <w:sz w:val="20"/>
              </w:rPr>
              <w:t>-0.213</w:t>
            </w:r>
            <w:r w:rsidRPr="008A20D0">
              <w:rPr>
                <w:rFonts w:cs="Times New Roman"/>
                <w:sz w:val="20"/>
              </w:rPr>
              <w:br/>
              <w:t>(-0.435 to -0.022)</w:t>
            </w:r>
          </w:p>
        </w:tc>
        <w:tc>
          <w:tcPr>
            <w:tcW w:w="1728" w:type="dxa"/>
            <w:vAlign w:val="center"/>
          </w:tcPr>
          <w:p w14:paraId="4A0DF423" w14:textId="77777777" w:rsidR="00EE5F04" w:rsidRPr="008A20D0" w:rsidRDefault="00000000">
            <w:pPr>
              <w:spacing w:before="40" w:after="40" w:line="240" w:lineRule="auto"/>
              <w:jc w:val="center"/>
              <w:rPr>
                <w:rFonts w:cs="Times New Roman"/>
              </w:rPr>
            </w:pPr>
            <w:r w:rsidRPr="008A20D0">
              <w:rPr>
                <w:rFonts w:cs="Times New Roman"/>
                <w:sz w:val="20"/>
              </w:rPr>
              <w:t>-0.602</w:t>
            </w:r>
            <w:r w:rsidRPr="008A20D0">
              <w:rPr>
                <w:rFonts w:cs="Times New Roman"/>
                <w:sz w:val="20"/>
              </w:rPr>
              <w:br/>
              <w:t>(-1.644 to 0.366)</w:t>
            </w:r>
          </w:p>
        </w:tc>
        <w:tc>
          <w:tcPr>
            <w:tcW w:w="1728" w:type="dxa"/>
            <w:vAlign w:val="center"/>
          </w:tcPr>
          <w:p w14:paraId="145BAEFF" w14:textId="77777777" w:rsidR="00EE5F04" w:rsidRPr="008A20D0" w:rsidRDefault="00000000">
            <w:pPr>
              <w:spacing w:before="40" w:after="40" w:line="240" w:lineRule="auto"/>
              <w:jc w:val="center"/>
              <w:rPr>
                <w:rFonts w:cs="Times New Roman"/>
              </w:rPr>
            </w:pPr>
            <w:r w:rsidRPr="008A20D0">
              <w:rPr>
                <w:rFonts w:cs="Times New Roman"/>
                <w:sz w:val="20"/>
              </w:rPr>
              <w:t>0.820</w:t>
            </w:r>
            <w:r w:rsidRPr="008A20D0">
              <w:rPr>
                <w:rFonts w:cs="Times New Roman"/>
                <w:sz w:val="20"/>
              </w:rPr>
              <w:br/>
              <w:t>(0.369 to 1.267)</w:t>
            </w:r>
          </w:p>
        </w:tc>
        <w:tc>
          <w:tcPr>
            <w:tcW w:w="1670" w:type="dxa"/>
            <w:vAlign w:val="center"/>
          </w:tcPr>
          <w:p w14:paraId="1C551CAB"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0.086)</w:t>
            </w:r>
          </w:p>
        </w:tc>
        <w:tc>
          <w:tcPr>
            <w:tcW w:w="1253" w:type="dxa"/>
            <w:vAlign w:val="center"/>
          </w:tcPr>
          <w:p w14:paraId="08399029"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09407CF9" w14:textId="77777777">
        <w:trPr>
          <w:cantSplit/>
          <w:jc w:val="center"/>
        </w:trPr>
        <w:tc>
          <w:tcPr>
            <w:tcW w:w="1253" w:type="dxa"/>
            <w:vAlign w:val="center"/>
          </w:tcPr>
          <w:p w14:paraId="211E1AD7" w14:textId="77777777" w:rsidR="00EE5F04" w:rsidRPr="008A20D0" w:rsidRDefault="00000000">
            <w:pPr>
              <w:spacing w:before="40" w:after="40" w:line="240" w:lineRule="auto"/>
              <w:rPr>
                <w:rFonts w:cs="Times New Roman"/>
              </w:rPr>
            </w:pPr>
            <w:r w:rsidRPr="008A20D0">
              <w:rPr>
                <w:rFonts w:cs="Times New Roman"/>
                <w:sz w:val="20"/>
              </w:rPr>
              <w:t>M2 Ridge</w:t>
            </w:r>
          </w:p>
        </w:tc>
        <w:tc>
          <w:tcPr>
            <w:tcW w:w="1728" w:type="dxa"/>
            <w:vAlign w:val="center"/>
          </w:tcPr>
          <w:p w14:paraId="1AF87E67" w14:textId="77777777" w:rsidR="00EE5F04" w:rsidRPr="008A20D0" w:rsidRDefault="00000000">
            <w:pPr>
              <w:spacing w:before="40" w:after="40" w:line="240" w:lineRule="auto"/>
              <w:jc w:val="center"/>
              <w:rPr>
                <w:rFonts w:cs="Times New Roman"/>
              </w:rPr>
            </w:pPr>
            <w:r w:rsidRPr="008A20D0">
              <w:rPr>
                <w:rFonts w:cs="Times New Roman"/>
                <w:sz w:val="20"/>
              </w:rPr>
              <w:t>-0.230</w:t>
            </w:r>
            <w:r w:rsidRPr="008A20D0">
              <w:rPr>
                <w:rFonts w:cs="Times New Roman"/>
                <w:sz w:val="20"/>
              </w:rPr>
              <w:br/>
              <w:t>(-0.451 to -0.042)</w:t>
            </w:r>
          </w:p>
        </w:tc>
        <w:tc>
          <w:tcPr>
            <w:tcW w:w="1728" w:type="dxa"/>
            <w:vAlign w:val="center"/>
          </w:tcPr>
          <w:p w14:paraId="4A15F628" w14:textId="77777777" w:rsidR="00EE5F04" w:rsidRPr="008A20D0" w:rsidRDefault="00000000">
            <w:pPr>
              <w:spacing w:before="40" w:after="40" w:line="240" w:lineRule="auto"/>
              <w:jc w:val="center"/>
              <w:rPr>
                <w:rFonts w:cs="Times New Roman"/>
              </w:rPr>
            </w:pPr>
            <w:r w:rsidRPr="008A20D0">
              <w:rPr>
                <w:rFonts w:cs="Times New Roman"/>
                <w:sz w:val="20"/>
              </w:rPr>
              <w:t>-0.429</w:t>
            </w:r>
            <w:r w:rsidRPr="008A20D0">
              <w:rPr>
                <w:rFonts w:cs="Times New Roman"/>
                <w:sz w:val="20"/>
              </w:rPr>
              <w:br/>
              <w:t>(-1.737 to 0.819)</w:t>
            </w:r>
          </w:p>
        </w:tc>
        <w:tc>
          <w:tcPr>
            <w:tcW w:w="1728" w:type="dxa"/>
            <w:vAlign w:val="center"/>
          </w:tcPr>
          <w:p w14:paraId="479133F9" w14:textId="77777777" w:rsidR="00EE5F04" w:rsidRPr="008A20D0" w:rsidRDefault="00000000">
            <w:pPr>
              <w:spacing w:before="40" w:after="40" w:line="240" w:lineRule="auto"/>
              <w:jc w:val="center"/>
              <w:rPr>
                <w:rFonts w:cs="Times New Roman"/>
              </w:rPr>
            </w:pPr>
            <w:r w:rsidRPr="008A20D0">
              <w:rPr>
                <w:rFonts w:cs="Times New Roman"/>
                <w:sz w:val="20"/>
              </w:rPr>
              <w:t>0.908</w:t>
            </w:r>
            <w:r w:rsidRPr="008A20D0">
              <w:rPr>
                <w:rFonts w:cs="Times New Roman"/>
                <w:sz w:val="20"/>
              </w:rPr>
              <w:br/>
              <w:t>(0.323 to 1.490)</w:t>
            </w:r>
          </w:p>
        </w:tc>
        <w:tc>
          <w:tcPr>
            <w:tcW w:w="1670" w:type="dxa"/>
            <w:vAlign w:val="center"/>
          </w:tcPr>
          <w:p w14:paraId="2883B053"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(0.063 to 0.086)</w:t>
            </w:r>
          </w:p>
        </w:tc>
        <w:tc>
          <w:tcPr>
            <w:tcW w:w="1253" w:type="dxa"/>
            <w:vAlign w:val="center"/>
          </w:tcPr>
          <w:p w14:paraId="5F1023F6" w14:textId="77777777" w:rsidR="00EE5F04" w:rsidRPr="008A20D0" w:rsidRDefault="00000000">
            <w:pPr>
              <w:spacing w:before="40" w:after="40" w:line="240" w:lineRule="auto"/>
              <w:jc w:val="center"/>
              <w:rPr>
                <w:rFonts w:cs="Times New Roman"/>
              </w:rPr>
            </w:pPr>
            <w:r w:rsidRPr="008A20D0">
              <w:rPr>
                <w:rFonts w:cs="Times New Roman"/>
                <w:sz w:val="20"/>
              </w:rPr>
              <w:t>D</w:t>
            </w:r>
          </w:p>
        </w:tc>
      </w:tr>
      <w:tr w:rsidR="00EE5F04" w:rsidRPr="008A20D0" w14:paraId="58CBA49B" w14:textId="77777777">
        <w:trPr>
          <w:cantSplit/>
          <w:jc w:val="center"/>
        </w:trPr>
        <w:tc>
          <w:tcPr>
            <w:tcW w:w="1253" w:type="dxa"/>
            <w:vAlign w:val="center"/>
          </w:tcPr>
          <w:p w14:paraId="0A06FF74" w14:textId="77777777" w:rsidR="00EE5F04" w:rsidRPr="008A20D0" w:rsidRDefault="00000000">
            <w:pPr>
              <w:spacing w:before="40" w:after="40" w:line="240" w:lineRule="auto"/>
              <w:rPr>
                <w:rFonts w:cs="Times New Roman"/>
              </w:rPr>
            </w:pPr>
            <w:r w:rsidRPr="008A20D0">
              <w:rPr>
                <w:rFonts w:cs="Times New Roman"/>
                <w:sz w:val="20"/>
              </w:rPr>
              <w:t>M2 XGB</w:t>
            </w:r>
          </w:p>
        </w:tc>
        <w:tc>
          <w:tcPr>
            <w:tcW w:w="1728" w:type="dxa"/>
            <w:vAlign w:val="center"/>
          </w:tcPr>
          <w:p w14:paraId="4982B1F3" w14:textId="77777777" w:rsidR="00EE5F04" w:rsidRPr="008A20D0" w:rsidRDefault="00000000">
            <w:pPr>
              <w:spacing w:before="40" w:after="40" w:line="240" w:lineRule="auto"/>
              <w:jc w:val="center"/>
              <w:rPr>
                <w:rFonts w:cs="Times New Roman"/>
              </w:rPr>
            </w:pPr>
            <w:r w:rsidRPr="008A20D0">
              <w:rPr>
                <w:rFonts w:cs="Times New Roman"/>
                <w:sz w:val="20"/>
              </w:rPr>
              <w:t>-0.211</w:t>
            </w:r>
            <w:r w:rsidRPr="008A20D0">
              <w:rPr>
                <w:rFonts w:cs="Times New Roman"/>
                <w:sz w:val="20"/>
              </w:rPr>
              <w:br/>
              <w:t>(-0.431 to -0.021)</w:t>
            </w:r>
          </w:p>
        </w:tc>
        <w:tc>
          <w:tcPr>
            <w:tcW w:w="1728" w:type="dxa"/>
            <w:vAlign w:val="center"/>
          </w:tcPr>
          <w:p w14:paraId="35F18295" w14:textId="77777777" w:rsidR="00EE5F04" w:rsidRPr="008A20D0" w:rsidRDefault="00000000">
            <w:pPr>
              <w:spacing w:before="40" w:after="40" w:line="240" w:lineRule="auto"/>
              <w:jc w:val="center"/>
              <w:rPr>
                <w:rFonts w:cs="Times New Roman"/>
              </w:rPr>
            </w:pPr>
            <w:r w:rsidRPr="008A20D0">
              <w:rPr>
                <w:rFonts w:cs="Times New Roman"/>
                <w:sz w:val="20"/>
              </w:rPr>
              <w:t>-0.175</w:t>
            </w:r>
            <w:r w:rsidRPr="008A20D0">
              <w:rPr>
                <w:rFonts w:cs="Times New Roman"/>
                <w:sz w:val="20"/>
              </w:rPr>
              <w:br/>
              <w:t>(-1.140 to 0.798)</w:t>
            </w:r>
          </w:p>
        </w:tc>
        <w:tc>
          <w:tcPr>
            <w:tcW w:w="1728" w:type="dxa"/>
            <w:vAlign w:val="center"/>
          </w:tcPr>
          <w:p w14:paraId="0D2B56AA" w14:textId="77777777" w:rsidR="00EE5F04" w:rsidRPr="008A20D0" w:rsidRDefault="00000000">
            <w:pPr>
              <w:spacing w:before="40" w:after="40" w:line="240" w:lineRule="auto"/>
              <w:jc w:val="center"/>
              <w:rPr>
                <w:rFonts w:cs="Times New Roman"/>
              </w:rPr>
            </w:pPr>
            <w:r w:rsidRPr="008A20D0">
              <w:rPr>
                <w:rFonts w:cs="Times New Roman"/>
                <w:sz w:val="20"/>
              </w:rPr>
              <w:t>1.017</w:t>
            </w:r>
            <w:r w:rsidRPr="008A20D0">
              <w:rPr>
                <w:rFonts w:cs="Times New Roman"/>
                <w:sz w:val="20"/>
              </w:rPr>
              <w:br/>
              <w:t>(0.596 to 1.478)</w:t>
            </w:r>
          </w:p>
        </w:tc>
        <w:tc>
          <w:tcPr>
            <w:tcW w:w="1670" w:type="dxa"/>
            <w:vAlign w:val="center"/>
          </w:tcPr>
          <w:p w14:paraId="52A864A4"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0.086)</w:t>
            </w:r>
          </w:p>
        </w:tc>
        <w:tc>
          <w:tcPr>
            <w:tcW w:w="1253" w:type="dxa"/>
            <w:vAlign w:val="center"/>
          </w:tcPr>
          <w:p w14:paraId="2129B9DA"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1B0C0724" w14:textId="77777777">
        <w:trPr>
          <w:cantSplit/>
          <w:jc w:val="center"/>
        </w:trPr>
        <w:tc>
          <w:tcPr>
            <w:tcW w:w="1253" w:type="dxa"/>
            <w:vAlign w:val="center"/>
          </w:tcPr>
          <w:p w14:paraId="1776A1EE" w14:textId="77777777" w:rsidR="00EE5F04" w:rsidRPr="008A20D0" w:rsidRDefault="00000000">
            <w:pPr>
              <w:spacing w:before="40" w:after="40" w:line="240" w:lineRule="auto"/>
              <w:rPr>
                <w:rFonts w:cs="Times New Roman"/>
              </w:rPr>
            </w:pPr>
            <w:r w:rsidRPr="008A20D0">
              <w:rPr>
                <w:rFonts w:cs="Times New Roman"/>
                <w:sz w:val="20"/>
              </w:rPr>
              <w:t>M3 Ridge</w:t>
            </w:r>
          </w:p>
        </w:tc>
        <w:tc>
          <w:tcPr>
            <w:tcW w:w="1728" w:type="dxa"/>
            <w:vAlign w:val="center"/>
          </w:tcPr>
          <w:p w14:paraId="3D2EF636" w14:textId="77777777" w:rsidR="00EE5F04" w:rsidRPr="008A20D0" w:rsidRDefault="00000000">
            <w:pPr>
              <w:spacing w:before="40" w:after="40" w:line="240" w:lineRule="auto"/>
              <w:jc w:val="center"/>
              <w:rPr>
                <w:rFonts w:cs="Times New Roman"/>
              </w:rPr>
            </w:pPr>
            <w:r w:rsidRPr="008A20D0">
              <w:rPr>
                <w:rFonts w:cs="Times New Roman"/>
                <w:sz w:val="20"/>
              </w:rPr>
              <w:t>-0.190</w:t>
            </w:r>
            <w:r w:rsidRPr="008A20D0">
              <w:rPr>
                <w:rFonts w:cs="Times New Roman"/>
                <w:sz w:val="20"/>
              </w:rPr>
              <w:br/>
              <w:t>(-0.410 to -0.001)</w:t>
            </w:r>
          </w:p>
        </w:tc>
        <w:tc>
          <w:tcPr>
            <w:tcW w:w="1728" w:type="dxa"/>
            <w:vAlign w:val="center"/>
          </w:tcPr>
          <w:p w14:paraId="4DA84BC9" w14:textId="77777777" w:rsidR="00EE5F04" w:rsidRPr="008A20D0" w:rsidRDefault="00000000">
            <w:pPr>
              <w:spacing w:before="40" w:after="40" w:line="240" w:lineRule="auto"/>
              <w:jc w:val="center"/>
              <w:rPr>
                <w:rFonts w:cs="Times New Roman"/>
              </w:rPr>
            </w:pPr>
            <w:r w:rsidRPr="008A20D0">
              <w:rPr>
                <w:rFonts w:cs="Times New Roman"/>
                <w:sz w:val="20"/>
              </w:rPr>
              <w:t>-0.311</w:t>
            </w:r>
            <w:r w:rsidRPr="008A20D0">
              <w:rPr>
                <w:rFonts w:cs="Times New Roman"/>
                <w:sz w:val="20"/>
              </w:rPr>
              <w:br/>
              <w:t>(-1.908 to 1.201)</w:t>
            </w:r>
          </w:p>
        </w:tc>
        <w:tc>
          <w:tcPr>
            <w:tcW w:w="1728" w:type="dxa"/>
            <w:vAlign w:val="center"/>
          </w:tcPr>
          <w:p w14:paraId="4C703383" w14:textId="77777777" w:rsidR="00EE5F04" w:rsidRPr="008A20D0" w:rsidRDefault="00000000">
            <w:pPr>
              <w:spacing w:before="40" w:after="40" w:line="240" w:lineRule="auto"/>
              <w:jc w:val="center"/>
              <w:rPr>
                <w:rFonts w:cs="Times New Roman"/>
              </w:rPr>
            </w:pPr>
            <w:r w:rsidRPr="008A20D0">
              <w:rPr>
                <w:rFonts w:cs="Times New Roman"/>
                <w:sz w:val="20"/>
              </w:rPr>
              <w:t>0.945</w:t>
            </w:r>
            <w:r w:rsidRPr="008A20D0">
              <w:rPr>
                <w:rFonts w:cs="Times New Roman"/>
                <w:sz w:val="20"/>
              </w:rPr>
              <w:br/>
              <w:t>(0.239 to 1.615)</w:t>
            </w:r>
          </w:p>
        </w:tc>
        <w:tc>
          <w:tcPr>
            <w:tcW w:w="1670" w:type="dxa"/>
            <w:vAlign w:val="center"/>
          </w:tcPr>
          <w:p w14:paraId="07750C19"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(0.062 to 0.086)</w:t>
            </w:r>
          </w:p>
        </w:tc>
        <w:tc>
          <w:tcPr>
            <w:tcW w:w="1253" w:type="dxa"/>
            <w:vAlign w:val="center"/>
          </w:tcPr>
          <w:p w14:paraId="305DD6F3" w14:textId="77777777" w:rsidR="00EE5F04" w:rsidRPr="008A20D0" w:rsidRDefault="00000000">
            <w:pPr>
              <w:spacing w:before="40" w:after="40" w:line="240" w:lineRule="auto"/>
              <w:jc w:val="center"/>
              <w:rPr>
                <w:rFonts w:cs="Times New Roman"/>
              </w:rPr>
            </w:pPr>
            <w:r w:rsidRPr="008A20D0">
              <w:rPr>
                <w:rFonts w:cs="Times New Roman"/>
                <w:sz w:val="20"/>
              </w:rPr>
              <w:t>D</w:t>
            </w:r>
          </w:p>
        </w:tc>
      </w:tr>
      <w:tr w:rsidR="00EE5F04" w:rsidRPr="008A20D0" w14:paraId="4BFA2DEB" w14:textId="77777777">
        <w:trPr>
          <w:cantSplit/>
          <w:jc w:val="center"/>
        </w:trPr>
        <w:tc>
          <w:tcPr>
            <w:tcW w:w="1253" w:type="dxa"/>
            <w:vAlign w:val="center"/>
          </w:tcPr>
          <w:p w14:paraId="377AA1E8" w14:textId="77777777" w:rsidR="00EE5F04" w:rsidRPr="008A20D0" w:rsidRDefault="00000000">
            <w:pPr>
              <w:spacing w:before="40" w:after="40" w:line="240" w:lineRule="auto"/>
              <w:rPr>
                <w:rFonts w:cs="Times New Roman"/>
              </w:rPr>
            </w:pPr>
            <w:r w:rsidRPr="008A20D0">
              <w:rPr>
                <w:rFonts w:cs="Times New Roman"/>
                <w:sz w:val="20"/>
              </w:rPr>
              <w:t>M3 XGB</w:t>
            </w:r>
          </w:p>
        </w:tc>
        <w:tc>
          <w:tcPr>
            <w:tcW w:w="1728" w:type="dxa"/>
            <w:vAlign w:val="center"/>
          </w:tcPr>
          <w:p w14:paraId="76A2131A" w14:textId="77777777" w:rsidR="00EE5F04" w:rsidRPr="008A20D0" w:rsidRDefault="00000000">
            <w:pPr>
              <w:spacing w:before="40" w:after="40" w:line="240" w:lineRule="auto"/>
              <w:jc w:val="center"/>
              <w:rPr>
                <w:rFonts w:cs="Times New Roman"/>
              </w:rPr>
            </w:pPr>
            <w:r w:rsidRPr="008A20D0">
              <w:rPr>
                <w:rFonts w:cs="Times New Roman"/>
                <w:sz w:val="20"/>
              </w:rPr>
              <w:t>-0.137</w:t>
            </w:r>
            <w:r w:rsidRPr="008A20D0">
              <w:rPr>
                <w:rFonts w:cs="Times New Roman"/>
                <w:sz w:val="20"/>
              </w:rPr>
              <w:br/>
              <w:t>(-0.355 to 0.052)</w:t>
            </w:r>
          </w:p>
        </w:tc>
        <w:tc>
          <w:tcPr>
            <w:tcW w:w="1728" w:type="dxa"/>
            <w:vAlign w:val="center"/>
          </w:tcPr>
          <w:p w14:paraId="42C3B3C6" w14:textId="77777777" w:rsidR="00EE5F04" w:rsidRPr="008A20D0" w:rsidRDefault="00000000">
            <w:pPr>
              <w:spacing w:before="40" w:after="40" w:line="240" w:lineRule="auto"/>
              <w:jc w:val="center"/>
              <w:rPr>
                <w:rFonts w:cs="Times New Roman"/>
              </w:rPr>
            </w:pPr>
            <w:r w:rsidRPr="008A20D0">
              <w:rPr>
                <w:rFonts w:cs="Times New Roman"/>
                <w:sz w:val="20"/>
              </w:rPr>
              <w:t>-0.189</w:t>
            </w:r>
            <w:r w:rsidRPr="008A20D0">
              <w:rPr>
                <w:rFonts w:cs="Times New Roman"/>
                <w:sz w:val="20"/>
              </w:rPr>
              <w:br/>
              <w:t>(-1.077 to 0.742)</w:t>
            </w:r>
          </w:p>
        </w:tc>
        <w:tc>
          <w:tcPr>
            <w:tcW w:w="1728" w:type="dxa"/>
            <w:vAlign w:val="center"/>
          </w:tcPr>
          <w:p w14:paraId="68D478FC" w14:textId="77777777" w:rsidR="00EE5F04" w:rsidRPr="008A20D0" w:rsidRDefault="00000000">
            <w:pPr>
              <w:spacing w:before="40" w:after="40" w:line="240" w:lineRule="auto"/>
              <w:jc w:val="center"/>
              <w:rPr>
                <w:rFonts w:cs="Times New Roman"/>
              </w:rPr>
            </w:pPr>
            <w:r w:rsidRPr="008A20D0">
              <w:rPr>
                <w:rFonts w:cs="Times New Roman"/>
                <w:sz w:val="20"/>
              </w:rPr>
              <w:t>0.976</w:t>
            </w:r>
            <w:r w:rsidRPr="008A20D0">
              <w:rPr>
                <w:rFonts w:cs="Times New Roman"/>
                <w:sz w:val="20"/>
              </w:rPr>
              <w:br/>
              <w:t>(0.590 to 1.392)</w:t>
            </w:r>
          </w:p>
        </w:tc>
        <w:tc>
          <w:tcPr>
            <w:tcW w:w="1670" w:type="dxa"/>
            <w:vAlign w:val="center"/>
          </w:tcPr>
          <w:p w14:paraId="3A325562" w14:textId="77777777" w:rsidR="00EE5F04" w:rsidRPr="008A20D0" w:rsidRDefault="00000000">
            <w:pPr>
              <w:spacing w:before="40" w:after="40" w:line="240" w:lineRule="auto"/>
              <w:jc w:val="center"/>
              <w:rPr>
                <w:rFonts w:cs="Times New Roman"/>
              </w:rPr>
            </w:pPr>
            <w:r w:rsidRPr="008A20D0">
              <w:rPr>
                <w:rFonts w:cs="Times New Roman"/>
                <w:sz w:val="20"/>
              </w:rPr>
              <w:t>0.073</w:t>
            </w:r>
            <w:r w:rsidRPr="008A20D0">
              <w:rPr>
                <w:rFonts w:cs="Times New Roman"/>
                <w:sz w:val="20"/>
              </w:rPr>
              <w:br/>
              <w:t>(0.061 to 0.085)</w:t>
            </w:r>
          </w:p>
        </w:tc>
        <w:tc>
          <w:tcPr>
            <w:tcW w:w="1253" w:type="dxa"/>
            <w:vAlign w:val="center"/>
          </w:tcPr>
          <w:p w14:paraId="3802516A"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57C0651D" w14:textId="77777777" w:rsidR="00EE5F04" w:rsidRPr="008A20D0" w:rsidRDefault="00000000">
      <w:pPr>
        <w:spacing w:after="100"/>
        <w:rPr>
          <w:rFonts w:cs="Times New Roman"/>
        </w:rPr>
      </w:pPr>
      <w:r w:rsidRPr="008A20D0">
        <w:rPr>
          <w:rFonts w:cs="Times New Roman"/>
          <w:sz w:val="20"/>
        </w:rPr>
        <w:t>POD3 risk set: 1,323 patients and 107 events. CITL, calibration-in-the-large, estimated with the predicted logit as an offset and slope fixed at 1. The joint intercept and slope were fitted together. These evaluation parameters differ from the training Platt coefficients. Intervals condition on fixed held-out predictions.</w:t>
      </w:r>
    </w:p>
    <w:p w14:paraId="0AF3F416" w14:textId="77777777" w:rsidR="00EE5F04" w:rsidRPr="008A20D0" w:rsidRDefault="00000000">
      <w:pPr>
        <w:spacing w:after="100"/>
        <w:rPr>
          <w:rFonts w:cs="Times New Roman"/>
        </w:rPr>
      </w:pPr>
      <w:r w:rsidRPr="008A20D0">
        <w:rPr>
          <w:rFonts w:cs="Times New Roman"/>
          <w:sz w:val="20"/>
        </w:rPr>
        <w:t>Eligibility refers only to the project dispersion rule. D: this probability scale failed the logit-SD threshold of 0.30; R: calibrated predictions inherited ineligibility from the raw model. Eligible does not mean clinically validated. Descriptive values are retained for ineligible models. Calibration cannot restore eligibility lost by the raw model.</w:t>
      </w:r>
    </w:p>
    <w:p w14:paraId="4BE7AEB5"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Internal temporal validation</w:t>
      </w:r>
    </w:p>
    <w:p w14:paraId="122630DF" w14:textId="77777777" w:rsidR="00EE5F04" w:rsidRPr="008A20D0" w:rsidRDefault="00000000">
      <w:pPr>
        <w:pStyle w:val="af7"/>
        <w:rPr>
          <w:rFonts w:cs="Times New Roman"/>
        </w:rPr>
      </w:pPr>
      <w:r w:rsidRPr="008A20D0">
        <w:rPr>
          <w:rFonts w:cs="Times New Roman"/>
        </w:rPr>
        <w:t>Table S5. Internal temporal validation</w:t>
      </w:r>
      <w:r w:rsidRPr="008A20D0">
        <w:rPr>
          <w:rFonts w:cs="Times New Roman"/>
        </w:rPr>
        <w:br/>
        <w:t>A. Stratified c-statistics from raw probabilities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512"/>
        <w:gridCol w:w="1469"/>
        <w:gridCol w:w="864"/>
        <w:gridCol w:w="936"/>
        <w:gridCol w:w="2880"/>
        <w:gridCol w:w="1699"/>
      </w:tblGrid>
      <w:tr w:rsidR="00EE5F04" w:rsidRPr="008A20D0" w14:paraId="3FCC78B8" w14:textId="77777777">
        <w:trPr>
          <w:cantSplit/>
          <w:tblHeader/>
          <w:jc w:val="center"/>
        </w:trPr>
        <w:tc>
          <w:tcPr>
            <w:tcW w:w="1512" w:type="dxa"/>
            <w:vAlign w:val="center"/>
          </w:tcPr>
          <w:p w14:paraId="5E2D89B1" w14:textId="77777777" w:rsidR="00EE5F04" w:rsidRPr="008A20D0" w:rsidRDefault="00000000">
            <w:pPr>
              <w:spacing w:before="40" w:after="40" w:line="240" w:lineRule="auto"/>
              <w:rPr>
                <w:rFonts w:cs="Times New Roman"/>
              </w:rPr>
            </w:pPr>
            <w:r w:rsidRPr="008A20D0">
              <w:rPr>
                <w:rFonts w:cs="Times New Roman"/>
                <w:b/>
                <w:sz w:val="20"/>
              </w:rPr>
              <w:t>Test period</w:t>
            </w:r>
          </w:p>
        </w:tc>
        <w:tc>
          <w:tcPr>
            <w:tcW w:w="1469" w:type="dxa"/>
            <w:vAlign w:val="center"/>
          </w:tcPr>
          <w:p w14:paraId="14082B5D" w14:textId="77777777" w:rsidR="00EE5F04" w:rsidRPr="008A20D0" w:rsidRDefault="00000000">
            <w:pPr>
              <w:spacing w:before="40" w:after="40" w:line="240" w:lineRule="auto"/>
              <w:rPr>
                <w:rFonts w:cs="Times New Roman"/>
              </w:rPr>
            </w:pPr>
            <w:r w:rsidRPr="008A20D0">
              <w:rPr>
                <w:rFonts w:cs="Times New Roman"/>
                <w:b/>
                <w:sz w:val="20"/>
              </w:rPr>
              <w:t>Model</w:t>
            </w:r>
          </w:p>
        </w:tc>
        <w:tc>
          <w:tcPr>
            <w:tcW w:w="864" w:type="dxa"/>
            <w:vAlign w:val="center"/>
          </w:tcPr>
          <w:p w14:paraId="18743D05" w14:textId="77777777" w:rsidR="00EE5F04" w:rsidRPr="008A20D0" w:rsidRDefault="00000000">
            <w:pPr>
              <w:spacing w:before="40" w:after="40" w:line="240" w:lineRule="auto"/>
              <w:jc w:val="center"/>
              <w:rPr>
                <w:rFonts w:cs="Times New Roman"/>
              </w:rPr>
            </w:pPr>
            <w:r w:rsidRPr="008A20D0">
              <w:rPr>
                <w:rFonts w:cs="Times New Roman"/>
                <w:b/>
                <w:sz w:val="20"/>
              </w:rPr>
              <w:t>Initial</w:t>
            </w:r>
            <w:r w:rsidRPr="008A20D0">
              <w:rPr>
                <w:rFonts w:cs="Times New Roman"/>
                <w:b/>
                <w:sz w:val="20"/>
              </w:rPr>
              <w:br/>
              <w:t>N</w:t>
            </w:r>
          </w:p>
        </w:tc>
        <w:tc>
          <w:tcPr>
            <w:tcW w:w="936" w:type="dxa"/>
            <w:vAlign w:val="center"/>
          </w:tcPr>
          <w:p w14:paraId="3E559F11" w14:textId="77777777" w:rsidR="00EE5F04" w:rsidRPr="008A20D0" w:rsidRDefault="00000000">
            <w:pPr>
              <w:spacing w:before="40" w:after="40" w:line="240" w:lineRule="auto"/>
              <w:jc w:val="center"/>
              <w:rPr>
                <w:rFonts w:cs="Times New Roman"/>
              </w:rPr>
            </w:pPr>
            <w:r w:rsidRPr="008A20D0">
              <w:rPr>
                <w:rFonts w:cs="Times New Roman"/>
                <w:b/>
                <w:sz w:val="20"/>
              </w:rPr>
              <w:t>Initial</w:t>
            </w:r>
            <w:r w:rsidRPr="008A20D0">
              <w:rPr>
                <w:rFonts w:cs="Times New Roman"/>
                <w:b/>
                <w:sz w:val="20"/>
              </w:rPr>
              <w:br/>
              <w:t>events</w:t>
            </w:r>
          </w:p>
        </w:tc>
        <w:tc>
          <w:tcPr>
            <w:tcW w:w="2880" w:type="dxa"/>
            <w:vAlign w:val="center"/>
          </w:tcPr>
          <w:p w14:paraId="75C41621" w14:textId="77777777" w:rsidR="00EE5F04" w:rsidRPr="008A20D0" w:rsidRDefault="00000000">
            <w:pPr>
              <w:spacing w:before="40" w:after="40" w:line="240" w:lineRule="auto"/>
              <w:jc w:val="center"/>
              <w:rPr>
                <w:rFonts w:cs="Times New Roman"/>
              </w:rPr>
            </w:pPr>
            <w:r w:rsidRPr="008A20D0">
              <w:rPr>
                <w:rFonts w:cs="Times New Roman"/>
                <w:b/>
                <w:sz w:val="20"/>
              </w:rPr>
              <w:t>Stratified c</w:t>
            </w:r>
            <w:r w:rsidRPr="008A20D0">
              <w:rPr>
                <w:rFonts w:cs="Times New Roman"/>
                <w:b/>
                <w:sz w:val="20"/>
              </w:rPr>
              <w:br/>
              <w:t>(95% CI)</w:t>
            </w:r>
          </w:p>
        </w:tc>
        <w:tc>
          <w:tcPr>
            <w:tcW w:w="1699" w:type="dxa"/>
            <w:vAlign w:val="center"/>
          </w:tcPr>
          <w:p w14:paraId="7E91F0B6"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56466DB2" w14:textId="77777777">
        <w:trPr>
          <w:cantSplit/>
          <w:jc w:val="center"/>
        </w:trPr>
        <w:tc>
          <w:tcPr>
            <w:tcW w:w="1512" w:type="dxa"/>
            <w:vAlign w:val="center"/>
          </w:tcPr>
          <w:p w14:paraId="223FF566" w14:textId="77777777" w:rsidR="00EE5F04" w:rsidRPr="008A20D0" w:rsidRDefault="00000000">
            <w:pPr>
              <w:spacing w:before="40" w:after="40" w:line="240" w:lineRule="auto"/>
              <w:rPr>
                <w:rFonts w:cs="Times New Roman"/>
              </w:rPr>
            </w:pPr>
            <w:r w:rsidRPr="008A20D0">
              <w:rPr>
                <w:rFonts w:cs="Times New Roman"/>
                <w:sz w:val="20"/>
              </w:rPr>
              <w:t>2024</w:t>
            </w:r>
          </w:p>
        </w:tc>
        <w:tc>
          <w:tcPr>
            <w:tcW w:w="1469" w:type="dxa"/>
            <w:vAlign w:val="center"/>
          </w:tcPr>
          <w:p w14:paraId="0AB619A2" w14:textId="77777777" w:rsidR="00EE5F04" w:rsidRPr="008A20D0" w:rsidRDefault="00000000">
            <w:pPr>
              <w:spacing w:before="40" w:after="40" w:line="240" w:lineRule="auto"/>
              <w:rPr>
                <w:rFonts w:cs="Times New Roman"/>
              </w:rPr>
            </w:pPr>
            <w:r w:rsidRPr="008A20D0">
              <w:rPr>
                <w:rFonts w:cs="Times New Roman"/>
                <w:sz w:val="20"/>
              </w:rPr>
              <w:t>M1 Ridge</w:t>
            </w:r>
          </w:p>
        </w:tc>
        <w:tc>
          <w:tcPr>
            <w:tcW w:w="864" w:type="dxa"/>
            <w:vAlign w:val="center"/>
          </w:tcPr>
          <w:p w14:paraId="07020B96" w14:textId="77777777" w:rsidR="00EE5F04" w:rsidRPr="008A20D0" w:rsidRDefault="00000000">
            <w:pPr>
              <w:spacing w:before="40" w:after="40" w:line="240" w:lineRule="auto"/>
              <w:jc w:val="center"/>
              <w:rPr>
                <w:rFonts w:cs="Times New Roman"/>
              </w:rPr>
            </w:pPr>
            <w:r w:rsidRPr="008A20D0">
              <w:rPr>
                <w:rFonts w:cs="Times New Roman"/>
                <w:sz w:val="20"/>
              </w:rPr>
              <w:t>172</w:t>
            </w:r>
          </w:p>
        </w:tc>
        <w:tc>
          <w:tcPr>
            <w:tcW w:w="936" w:type="dxa"/>
            <w:vAlign w:val="center"/>
          </w:tcPr>
          <w:p w14:paraId="748321A7" w14:textId="77777777" w:rsidR="00EE5F04" w:rsidRPr="008A20D0" w:rsidRDefault="00000000">
            <w:pPr>
              <w:spacing w:before="40" w:after="40" w:line="240" w:lineRule="auto"/>
              <w:jc w:val="center"/>
              <w:rPr>
                <w:rFonts w:cs="Times New Roman"/>
              </w:rPr>
            </w:pPr>
            <w:r w:rsidRPr="008A20D0">
              <w:rPr>
                <w:rFonts w:cs="Times New Roman"/>
                <w:sz w:val="20"/>
              </w:rPr>
              <w:t>27</w:t>
            </w:r>
          </w:p>
        </w:tc>
        <w:tc>
          <w:tcPr>
            <w:tcW w:w="2880" w:type="dxa"/>
            <w:vAlign w:val="center"/>
          </w:tcPr>
          <w:p w14:paraId="65AEEB4B" w14:textId="77777777" w:rsidR="00EE5F04" w:rsidRPr="008A20D0" w:rsidRDefault="00000000">
            <w:pPr>
              <w:spacing w:before="40" w:after="40" w:line="240" w:lineRule="auto"/>
              <w:jc w:val="center"/>
              <w:rPr>
                <w:rFonts w:cs="Times New Roman"/>
              </w:rPr>
            </w:pPr>
            <w:r w:rsidRPr="008A20D0">
              <w:rPr>
                <w:rFonts w:cs="Times New Roman"/>
                <w:sz w:val="20"/>
              </w:rPr>
              <w:t>0.708</w:t>
            </w:r>
            <w:r w:rsidRPr="008A20D0">
              <w:rPr>
                <w:rFonts w:cs="Times New Roman"/>
                <w:sz w:val="20"/>
              </w:rPr>
              <w:br/>
              <w:t>(0.612 to 0.791)</w:t>
            </w:r>
          </w:p>
        </w:tc>
        <w:tc>
          <w:tcPr>
            <w:tcW w:w="1699" w:type="dxa"/>
            <w:vAlign w:val="center"/>
          </w:tcPr>
          <w:p w14:paraId="02857E2E" w14:textId="77777777" w:rsidR="00EE5F04" w:rsidRPr="008A20D0" w:rsidRDefault="00000000">
            <w:pPr>
              <w:spacing w:before="40" w:after="40" w:line="240" w:lineRule="auto"/>
              <w:jc w:val="center"/>
              <w:rPr>
                <w:rFonts w:cs="Times New Roman"/>
              </w:rPr>
            </w:pPr>
            <w:r w:rsidRPr="008A20D0">
              <w:rPr>
                <w:rFonts w:cs="Times New Roman"/>
                <w:sz w:val="20"/>
              </w:rPr>
              <w:t>L</w:t>
            </w:r>
          </w:p>
        </w:tc>
      </w:tr>
      <w:tr w:rsidR="00EE5F04" w:rsidRPr="008A20D0" w14:paraId="7115C6B3" w14:textId="77777777">
        <w:trPr>
          <w:cantSplit/>
          <w:jc w:val="center"/>
        </w:trPr>
        <w:tc>
          <w:tcPr>
            <w:tcW w:w="1512" w:type="dxa"/>
            <w:vAlign w:val="center"/>
          </w:tcPr>
          <w:p w14:paraId="66EB2E57" w14:textId="77777777" w:rsidR="00EE5F04" w:rsidRPr="008A20D0" w:rsidRDefault="00000000">
            <w:pPr>
              <w:spacing w:before="40" w:after="40" w:line="240" w:lineRule="auto"/>
              <w:rPr>
                <w:rFonts w:cs="Times New Roman"/>
              </w:rPr>
            </w:pPr>
            <w:r w:rsidRPr="008A20D0">
              <w:rPr>
                <w:rFonts w:cs="Times New Roman"/>
                <w:sz w:val="20"/>
              </w:rPr>
              <w:t>2024</w:t>
            </w:r>
          </w:p>
        </w:tc>
        <w:tc>
          <w:tcPr>
            <w:tcW w:w="1469" w:type="dxa"/>
            <w:vAlign w:val="center"/>
          </w:tcPr>
          <w:p w14:paraId="675DA6EE" w14:textId="77777777" w:rsidR="00EE5F04" w:rsidRPr="008A20D0" w:rsidRDefault="00000000">
            <w:pPr>
              <w:spacing w:before="40" w:after="40" w:line="240" w:lineRule="auto"/>
              <w:rPr>
                <w:rFonts w:cs="Times New Roman"/>
              </w:rPr>
            </w:pPr>
            <w:r w:rsidRPr="008A20D0">
              <w:rPr>
                <w:rFonts w:cs="Times New Roman"/>
                <w:sz w:val="20"/>
              </w:rPr>
              <w:t>M3 Ridge</w:t>
            </w:r>
          </w:p>
        </w:tc>
        <w:tc>
          <w:tcPr>
            <w:tcW w:w="864" w:type="dxa"/>
            <w:vAlign w:val="center"/>
          </w:tcPr>
          <w:p w14:paraId="0ED9E4D0" w14:textId="77777777" w:rsidR="00EE5F04" w:rsidRPr="008A20D0" w:rsidRDefault="00000000">
            <w:pPr>
              <w:spacing w:before="40" w:after="40" w:line="240" w:lineRule="auto"/>
              <w:jc w:val="center"/>
              <w:rPr>
                <w:rFonts w:cs="Times New Roman"/>
              </w:rPr>
            </w:pPr>
            <w:r w:rsidRPr="008A20D0">
              <w:rPr>
                <w:rFonts w:cs="Times New Roman"/>
                <w:sz w:val="20"/>
              </w:rPr>
              <w:t>172</w:t>
            </w:r>
          </w:p>
        </w:tc>
        <w:tc>
          <w:tcPr>
            <w:tcW w:w="936" w:type="dxa"/>
            <w:vAlign w:val="center"/>
          </w:tcPr>
          <w:p w14:paraId="582BA5B3" w14:textId="77777777" w:rsidR="00EE5F04" w:rsidRPr="008A20D0" w:rsidRDefault="00000000">
            <w:pPr>
              <w:spacing w:before="40" w:after="40" w:line="240" w:lineRule="auto"/>
              <w:jc w:val="center"/>
              <w:rPr>
                <w:rFonts w:cs="Times New Roman"/>
              </w:rPr>
            </w:pPr>
            <w:r w:rsidRPr="008A20D0">
              <w:rPr>
                <w:rFonts w:cs="Times New Roman"/>
                <w:sz w:val="20"/>
              </w:rPr>
              <w:t>27</w:t>
            </w:r>
          </w:p>
        </w:tc>
        <w:tc>
          <w:tcPr>
            <w:tcW w:w="2880" w:type="dxa"/>
            <w:vAlign w:val="center"/>
          </w:tcPr>
          <w:p w14:paraId="1D80AF54" w14:textId="77777777" w:rsidR="00EE5F04" w:rsidRPr="008A20D0" w:rsidRDefault="00000000">
            <w:pPr>
              <w:spacing w:before="40" w:after="40" w:line="240" w:lineRule="auto"/>
              <w:jc w:val="center"/>
              <w:rPr>
                <w:rFonts w:cs="Times New Roman"/>
              </w:rPr>
            </w:pPr>
            <w:r w:rsidRPr="008A20D0">
              <w:rPr>
                <w:rFonts w:cs="Times New Roman"/>
                <w:sz w:val="20"/>
              </w:rPr>
              <w:t>0.667</w:t>
            </w:r>
            <w:r w:rsidRPr="008A20D0">
              <w:rPr>
                <w:rFonts w:cs="Times New Roman"/>
                <w:sz w:val="20"/>
              </w:rPr>
              <w:br/>
              <w:t>(0.564 to 0.768)</w:t>
            </w:r>
          </w:p>
        </w:tc>
        <w:tc>
          <w:tcPr>
            <w:tcW w:w="1699" w:type="dxa"/>
            <w:vAlign w:val="center"/>
          </w:tcPr>
          <w:p w14:paraId="6CD2E12F" w14:textId="77777777" w:rsidR="00EE5F04" w:rsidRPr="008A20D0" w:rsidRDefault="00000000">
            <w:pPr>
              <w:spacing w:before="40" w:after="40" w:line="240" w:lineRule="auto"/>
              <w:jc w:val="center"/>
              <w:rPr>
                <w:rFonts w:cs="Times New Roman"/>
              </w:rPr>
            </w:pPr>
            <w:r w:rsidRPr="008A20D0">
              <w:rPr>
                <w:rFonts w:cs="Times New Roman"/>
                <w:sz w:val="20"/>
              </w:rPr>
              <w:t>L</w:t>
            </w:r>
          </w:p>
        </w:tc>
      </w:tr>
      <w:tr w:rsidR="00EE5F04" w:rsidRPr="008A20D0" w14:paraId="7C40FF5F" w14:textId="77777777">
        <w:trPr>
          <w:cantSplit/>
          <w:jc w:val="center"/>
        </w:trPr>
        <w:tc>
          <w:tcPr>
            <w:tcW w:w="1512" w:type="dxa"/>
            <w:vAlign w:val="center"/>
          </w:tcPr>
          <w:p w14:paraId="6B74C054" w14:textId="77777777" w:rsidR="00EE5F04" w:rsidRPr="008A20D0" w:rsidRDefault="00000000">
            <w:pPr>
              <w:spacing w:before="40" w:after="40" w:line="240" w:lineRule="auto"/>
              <w:rPr>
                <w:rFonts w:cs="Times New Roman"/>
              </w:rPr>
            </w:pPr>
            <w:r w:rsidRPr="008A20D0">
              <w:rPr>
                <w:rFonts w:cs="Times New Roman"/>
                <w:sz w:val="20"/>
              </w:rPr>
              <w:t>2024</w:t>
            </w:r>
          </w:p>
        </w:tc>
        <w:tc>
          <w:tcPr>
            <w:tcW w:w="1469" w:type="dxa"/>
            <w:vAlign w:val="center"/>
          </w:tcPr>
          <w:p w14:paraId="790347BB" w14:textId="77777777" w:rsidR="00EE5F04" w:rsidRPr="008A20D0" w:rsidRDefault="00000000">
            <w:pPr>
              <w:spacing w:before="40" w:after="40" w:line="240" w:lineRule="auto"/>
              <w:rPr>
                <w:rFonts w:cs="Times New Roman"/>
              </w:rPr>
            </w:pPr>
            <w:r w:rsidRPr="008A20D0">
              <w:rPr>
                <w:rFonts w:cs="Times New Roman"/>
                <w:sz w:val="20"/>
              </w:rPr>
              <w:t>M1 XGB</w:t>
            </w:r>
          </w:p>
        </w:tc>
        <w:tc>
          <w:tcPr>
            <w:tcW w:w="864" w:type="dxa"/>
            <w:vAlign w:val="center"/>
          </w:tcPr>
          <w:p w14:paraId="0DE3BC76" w14:textId="77777777" w:rsidR="00EE5F04" w:rsidRPr="008A20D0" w:rsidRDefault="00000000">
            <w:pPr>
              <w:spacing w:before="40" w:after="40" w:line="240" w:lineRule="auto"/>
              <w:jc w:val="center"/>
              <w:rPr>
                <w:rFonts w:cs="Times New Roman"/>
              </w:rPr>
            </w:pPr>
            <w:r w:rsidRPr="008A20D0">
              <w:rPr>
                <w:rFonts w:cs="Times New Roman"/>
                <w:sz w:val="20"/>
              </w:rPr>
              <w:t>172</w:t>
            </w:r>
          </w:p>
        </w:tc>
        <w:tc>
          <w:tcPr>
            <w:tcW w:w="936" w:type="dxa"/>
            <w:vAlign w:val="center"/>
          </w:tcPr>
          <w:p w14:paraId="74C1A127" w14:textId="77777777" w:rsidR="00EE5F04" w:rsidRPr="008A20D0" w:rsidRDefault="00000000">
            <w:pPr>
              <w:spacing w:before="40" w:after="40" w:line="240" w:lineRule="auto"/>
              <w:jc w:val="center"/>
              <w:rPr>
                <w:rFonts w:cs="Times New Roman"/>
              </w:rPr>
            </w:pPr>
            <w:r w:rsidRPr="008A20D0">
              <w:rPr>
                <w:rFonts w:cs="Times New Roman"/>
                <w:sz w:val="20"/>
              </w:rPr>
              <w:t>27</w:t>
            </w:r>
          </w:p>
        </w:tc>
        <w:tc>
          <w:tcPr>
            <w:tcW w:w="2880" w:type="dxa"/>
            <w:vAlign w:val="center"/>
          </w:tcPr>
          <w:p w14:paraId="43504E67" w14:textId="77777777" w:rsidR="00EE5F04" w:rsidRPr="008A20D0" w:rsidRDefault="00000000">
            <w:pPr>
              <w:spacing w:before="40" w:after="40" w:line="240" w:lineRule="auto"/>
              <w:jc w:val="center"/>
              <w:rPr>
                <w:rFonts w:cs="Times New Roman"/>
              </w:rPr>
            </w:pPr>
            <w:r w:rsidRPr="008A20D0">
              <w:rPr>
                <w:rFonts w:cs="Times New Roman"/>
                <w:sz w:val="20"/>
              </w:rPr>
              <w:t>0.654</w:t>
            </w:r>
            <w:r w:rsidRPr="008A20D0">
              <w:rPr>
                <w:rFonts w:cs="Times New Roman"/>
                <w:sz w:val="20"/>
              </w:rPr>
              <w:br/>
              <w:t>(0.568 to 0.738)</w:t>
            </w:r>
          </w:p>
        </w:tc>
        <w:tc>
          <w:tcPr>
            <w:tcW w:w="1699" w:type="dxa"/>
            <w:vAlign w:val="center"/>
          </w:tcPr>
          <w:p w14:paraId="7ADC9B5C"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6F141C8C" w14:textId="77777777">
        <w:trPr>
          <w:cantSplit/>
          <w:jc w:val="center"/>
        </w:trPr>
        <w:tc>
          <w:tcPr>
            <w:tcW w:w="1512" w:type="dxa"/>
            <w:vAlign w:val="center"/>
          </w:tcPr>
          <w:p w14:paraId="6491CF87" w14:textId="77777777" w:rsidR="00EE5F04" w:rsidRPr="008A20D0" w:rsidRDefault="00000000">
            <w:pPr>
              <w:spacing w:before="40" w:after="40" w:line="240" w:lineRule="auto"/>
              <w:rPr>
                <w:rFonts w:cs="Times New Roman"/>
              </w:rPr>
            </w:pPr>
            <w:r w:rsidRPr="008A20D0">
              <w:rPr>
                <w:rFonts w:cs="Times New Roman"/>
                <w:sz w:val="20"/>
              </w:rPr>
              <w:t>2024</w:t>
            </w:r>
          </w:p>
        </w:tc>
        <w:tc>
          <w:tcPr>
            <w:tcW w:w="1469" w:type="dxa"/>
            <w:vAlign w:val="center"/>
          </w:tcPr>
          <w:p w14:paraId="48D35D29" w14:textId="77777777" w:rsidR="00EE5F04" w:rsidRPr="008A20D0" w:rsidRDefault="00000000">
            <w:pPr>
              <w:spacing w:before="40" w:after="40" w:line="240" w:lineRule="auto"/>
              <w:rPr>
                <w:rFonts w:cs="Times New Roman"/>
              </w:rPr>
            </w:pPr>
            <w:r w:rsidRPr="008A20D0">
              <w:rPr>
                <w:rFonts w:cs="Times New Roman"/>
                <w:sz w:val="20"/>
              </w:rPr>
              <w:t>M3 XGB</w:t>
            </w:r>
          </w:p>
        </w:tc>
        <w:tc>
          <w:tcPr>
            <w:tcW w:w="864" w:type="dxa"/>
            <w:vAlign w:val="center"/>
          </w:tcPr>
          <w:p w14:paraId="6FA9D60B" w14:textId="77777777" w:rsidR="00EE5F04" w:rsidRPr="008A20D0" w:rsidRDefault="00000000">
            <w:pPr>
              <w:spacing w:before="40" w:after="40" w:line="240" w:lineRule="auto"/>
              <w:jc w:val="center"/>
              <w:rPr>
                <w:rFonts w:cs="Times New Roman"/>
              </w:rPr>
            </w:pPr>
            <w:r w:rsidRPr="008A20D0">
              <w:rPr>
                <w:rFonts w:cs="Times New Roman"/>
                <w:sz w:val="20"/>
              </w:rPr>
              <w:t>172</w:t>
            </w:r>
          </w:p>
        </w:tc>
        <w:tc>
          <w:tcPr>
            <w:tcW w:w="936" w:type="dxa"/>
            <w:vAlign w:val="center"/>
          </w:tcPr>
          <w:p w14:paraId="61855044" w14:textId="77777777" w:rsidR="00EE5F04" w:rsidRPr="008A20D0" w:rsidRDefault="00000000">
            <w:pPr>
              <w:spacing w:before="40" w:after="40" w:line="240" w:lineRule="auto"/>
              <w:jc w:val="center"/>
              <w:rPr>
                <w:rFonts w:cs="Times New Roman"/>
              </w:rPr>
            </w:pPr>
            <w:r w:rsidRPr="008A20D0">
              <w:rPr>
                <w:rFonts w:cs="Times New Roman"/>
                <w:sz w:val="20"/>
              </w:rPr>
              <w:t>27</w:t>
            </w:r>
          </w:p>
        </w:tc>
        <w:tc>
          <w:tcPr>
            <w:tcW w:w="2880" w:type="dxa"/>
            <w:vAlign w:val="center"/>
          </w:tcPr>
          <w:p w14:paraId="52652CAD" w14:textId="77777777" w:rsidR="00EE5F04" w:rsidRPr="008A20D0" w:rsidRDefault="00000000">
            <w:pPr>
              <w:spacing w:before="40" w:after="40" w:line="240" w:lineRule="auto"/>
              <w:jc w:val="center"/>
              <w:rPr>
                <w:rFonts w:cs="Times New Roman"/>
              </w:rPr>
            </w:pPr>
            <w:r w:rsidRPr="008A20D0">
              <w:rPr>
                <w:rFonts w:cs="Times New Roman"/>
                <w:sz w:val="20"/>
              </w:rPr>
              <w:t>0.674</w:t>
            </w:r>
            <w:r w:rsidRPr="008A20D0">
              <w:rPr>
                <w:rFonts w:cs="Times New Roman"/>
                <w:sz w:val="20"/>
              </w:rPr>
              <w:br/>
              <w:t>(0.580 to 0.757)</w:t>
            </w:r>
          </w:p>
        </w:tc>
        <w:tc>
          <w:tcPr>
            <w:tcW w:w="1699" w:type="dxa"/>
            <w:vAlign w:val="center"/>
          </w:tcPr>
          <w:p w14:paraId="0E6FB8E0"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70F8CAFA" w14:textId="77777777">
        <w:trPr>
          <w:cantSplit/>
          <w:jc w:val="center"/>
        </w:trPr>
        <w:tc>
          <w:tcPr>
            <w:tcW w:w="1512" w:type="dxa"/>
            <w:vAlign w:val="center"/>
          </w:tcPr>
          <w:p w14:paraId="71982962" w14:textId="77777777" w:rsidR="00EE5F04" w:rsidRPr="008A20D0" w:rsidRDefault="00000000">
            <w:pPr>
              <w:spacing w:before="40" w:after="40" w:line="240" w:lineRule="auto"/>
              <w:rPr>
                <w:rFonts w:cs="Times New Roman"/>
              </w:rPr>
            </w:pPr>
            <w:r w:rsidRPr="008A20D0">
              <w:rPr>
                <w:rFonts w:cs="Times New Roman"/>
                <w:sz w:val="20"/>
              </w:rPr>
              <w:t>2025 onward</w:t>
            </w:r>
          </w:p>
        </w:tc>
        <w:tc>
          <w:tcPr>
            <w:tcW w:w="1469" w:type="dxa"/>
            <w:vAlign w:val="center"/>
          </w:tcPr>
          <w:p w14:paraId="75787E9F" w14:textId="77777777" w:rsidR="00EE5F04" w:rsidRPr="008A20D0" w:rsidRDefault="00000000">
            <w:pPr>
              <w:spacing w:before="40" w:after="40" w:line="240" w:lineRule="auto"/>
              <w:rPr>
                <w:rFonts w:cs="Times New Roman"/>
              </w:rPr>
            </w:pPr>
            <w:r w:rsidRPr="008A20D0">
              <w:rPr>
                <w:rFonts w:cs="Times New Roman"/>
                <w:sz w:val="20"/>
              </w:rPr>
              <w:t>M1 Ridge</w:t>
            </w:r>
          </w:p>
        </w:tc>
        <w:tc>
          <w:tcPr>
            <w:tcW w:w="864" w:type="dxa"/>
            <w:vAlign w:val="center"/>
          </w:tcPr>
          <w:p w14:paraId="2A9E9ADD" w14:textId="77777777" w:rsidR="00EE5F04" w:rsidRPr="008A20D0" w:rsidRDefault="00000000">
            <w:pPr>
              <w:spacing w:before="40" w:after="40" w:line="240" w:lineRule="auto"/>
              <w:jc w:val="center"/>
              <w:rPr>
                <w:rFonts w:cs="Times New Roman"/>
              </w:rPr>
            </w:pPr>
            <w:r w:rsidRPr="008A20D0">
              <w:rPr>
                <w:rFonts w:cs="Times New Roman"/>
                <w:sz w:val="20"/>
              </w:rPr>
              <w:t>245</w:t>
            </w:r>
          </w:p>
        </w:tc>
        <w:tc>
          <w:tcPr>
            <w:tcW w:w="936" w:type="dxa"/>
            <w:vAlign w:val="center"/>
          </w:tcPr>
          <w:p w14:paraId="21A7E8ED" w14:textId="77777777" w:rsidR="00EE5F04" w:rsidRPr="008A20D0" w:rsidRDefault="00000000">
            <w:pPr>
              <w:spacing w:before="40" w:after="40" w:line="240" w:lineRule="auto"/>
              <w:jc w:val="center"/>
              <w:rPr>
                <w:rFonts w:cs="Times New Roman"/>
              </w:rPr>
            </w:pPr>
            <w:r w:rsidRPr="008A20D0">
              <w:rPr>
                <w:rFonts w:cs="Times New Roman"/>
                <w:sz w:val="20"/>
              </w:rPr>
              <w:t>29</w:t>
            </w:r>
          </w:p>
        </w:tc>
        <w:tc>
          <w:tcPr>
            <w:tcW w:w="2880" w:type="dxa"/>
            <w:vAlign w:val="center"/>
          </w:tcPr>
          <w:p w14:paraId="419FA15E" w14:textId="77777777" w:rsidR="00EE5F04" w:rsidRPr="008A20D0" w:rsidRDefault="00000000">
            <w:pPr>
              <w:spacing w:before="40" w:after="40" w:line="240" w:lineRule="auto"/>
              <w:jc w:val="center"/>
              <w:rPr>
                <w:rFonts w:cs="Times New Roman"/>
              </w:rPr>
            </w:pPr>
            <w:r w:rsidRPr="008A20D0">
              <w:rPr>
                <w:rFonts w:cs="Times New Roman"/>
                <w:sz w:val="20"/>
              </w:rPr>
              <w:t>0.600</w:t>
            </w:r>
            <w:r w:rsidRPr="008A20D0">
              <w:rPr>
                <w:rFonts w:cs="Times New Roman"/>
                <w:sz w:val="20"/>
              </w:rPr>
              <w:br/>
              <w:t>(0.485 to 0.710)</w:t>
            </w:r>
          </w:p>
        </w:tc>
        <w:tc>
          <w:tcPr>
            <w:tcW w:w="1699" w:type="dxa"/>
            <w:vAlign w:val="center"/>
          </w:tcPr>
          <w:p w14:paraId="23FE61C0" w14:textId="77777777" w:rsidR="00EE5F04" w:rsidRPr="008A20D0" w:rsidRDefault="00000000">
            <w:pPr>
              <w:spacing w:before="40" w:after="40" w:line="240" w:lineRule="auto"/>
              <w:jc w:val="center"/>
              <w:rPr>
                <w:rFonts w:cs="Times New Roman"/>
              </w:rPr>
            </w:pPr>
            <w:r w:rsidRPr="008A20D0">
              <w:rPr>
                <w:rFonts w:cs="Times New Roman"/>
                <w:sz w:val="20"/>
              </w:rPr>
              <w:t>L</w:t>
            </w:r>
          </w:p>
        </w:tc>
      </w:tr>
      <w:tr w:rsidR="00EE5F04" w:rsidRPr="008A20D0" w14:paraId="45EF64C5" w14:textId="77777777">
        <w:trPr>
          <w:cantSplit/>
          <w:jc w:val="center"/>
        </w:trPr>
        <w:tc>
          <w:tcPr>
            <w:tcW w:w="1512" w:type="dxa"/>
            <w:vAlign w:val="center"/>
          </w:tcPr>
          <w:p w14:paraId="138FDCEC" w14:textId="77777777" w:rsidR="00EE5F04" w:rsidRPr="008A20D0" w:rsidRDefault="00000000">
            <w:pPr>
              <w:spacing w:before="40" w:after="40" w:line="240" w:lineRule="auto"/>
              <w:rPr>
                <w:rFonts w:cs="Times New Roman"/>
              </w:rPr>
            </w:pPr>
            <w:r w:rsidRPr="008A20D0">
              <w:rPr>
                <w:rFonts w:cs="Times New Roman"/>
                <w:sz w:val="20"/>
              </w:rPr>
              <w:t>2025 onward</w:t>
            </w:r>
          </w:p>
        </w:tc>
        <w:tc>
          <w:tcPr>
            <w:tcW w:w="1469" w:type="dxa"/>
            <w:vAlign w:val="center"/>
          </w:tcPr>
          <w:p w14:paraId="111B0634" w14:textId="77777777" w:rsidR="00EE5F04" w:rsidRPr="008A20D0" w:rsidRDefault="00000000">
            <w:pPr>
              <w:spacing w:before="40" w:after="40" w:line="240" w:lineRule="auto"/>
              <w:rPr>
                <w:rFonts w:cs="Times New Roman"/>
              </w:rPr>
            </w:pPr>
            <w:r w:rsidRPr="008A20D0">
              <w:rPr>
                <w:rFonts w:cs="Times New Roman"/>
                <w:sz w:val="20"/>
              </w:rPr>
              <w:t>M3 Ridge</w:t>
            </w:r>
          </w:p>
        </w:tc>
        <w:tc>
          <w:tcPr>
            <w:tcW w:w="864" w:type="dxa"/>
            <w:vAlign w:val="center"/>
          </w:tcPr>
          <w:p w14:paraId="54C9C2C5" w14:textId="77777777" w:rsidR="00EE5F04" w:rsidRPr="008A20D0" w:rsidRDefault="00000000">
            <w:pPr>
              <w:spacing w:before="40" w:after="40" w:line="240" w:lineRule="auto"/>
              <w:jc w:val="center"/>
              <w:rPr>
                <w:rFonts w:cs="Times New Roman"/>
              </w:rPr>
            </w:pPr>
            <w:r w:rsidRPr="008A20D0">
              <w:rPr>
                <w:rFonts w:cs="Times New Roman"/>
                <w:sz w:val="20"/>
              </w:rPr>
              <w:t>245</w:t>
            </w:r>
          </w:p>
        </w:tc>
        <w:tc>
          <w:tcPr>
            <w:tcW w:w="936" w:type="dxa"/>
            <w:vAlign w:val="center"/>
          </w:tcPr>
          <w:p w14:paraId="5B41DD27" w14:textId="77777777" w:rsidR="00EE5F04" w:rsidRPr="008A20D0" w:rsidRDefault="00000000">
            <w:pPr>
              <w:spacing w:before="40" w:after="40" w:line="240" w:lineRule="auto"/>
              <w:jc w:val="center"/>
              <w:rPr>
                <w:rFonts w:cs="Times New Roman"/>
              </w:rPr>
            </w:pPr>
            <w:r w:rsidRPr="008A20D0">
              <w:rPr>
                <w:rFonts w:cs="Times New Roman"/>
                <w:sz w:val="20"/>
              </w:rPr>
              <w:t>29</w:t>
            </w:r>
          </w:p>
        </w:tc>
        <w:tc>
          <w:tcPr>
            <w:tcW w:w="2880" w:type="dxa"/>
            <w:vAlign w:val="center"/>
          </w:tcPr>
          <w:p w14:paraId="08CDF5FE" w14:textId="77777777" w:rsidR="00EE5F04" w:rsidRPr="008A20D0" w:rsidRDefault="00000000">
            <w:pPr>
              <w:spacing w:before="40" w:after="40" w:line="240" w:lineRule="auto"/>
              <w:jc w:val="center"/>
              <w:rPr>
                <w:rFonts w:cs="Times New Roman"/>
              </w:rPr>
            </w:pPr>
            <w:r w:rsidRPr="008A20D0">
              <w:rPr>
                <w:rFonts w:cs="Times New Roman"/>
                <w:sz w:val="20"/>
              </w:rPr>
              <w:t>0.525</w:t>
            </w:r>
            <w:r w:rsidRPr="008A20D0">
              <w:rPr>
                <w:rFonts w:cs="Times New Roman"/>
                <w:sz w:val="20"/>
              </w:rPr>
              <w:br/>
              <w:t>(0.395 to 0.652)</w:t>
            </w:r>
          </w:p>
        </w:tc>
        <w:tc>
          <w:tcPr>
            <w:tcW w:w="1699" w:type="dxa"/>
            <w:vAlign w:val="center"/>
          </w:tcPr>
          <w:p w14:paraId="6062B610" w14:textId="77777777" w:rsidR="00EE5F04" w:rsidRPr="008A20D0" w:rsidRDefault="00000000">
            <w:pPr>
              <w:spacing w:before="40" w:after="40" w:line="240" w:lineRule="auto"/>
              <w:jc w:val="center"/>
              <w:rPr>
                <w:rFonts w:cs="Times New Roman"/>
              </w:rPr>
            </w:pPr>
            <w:r w:rsidRPr="008A20D0">
              <w:rPr>
                <w:rFonts w:cs="Times New Roman"/>
                <w:sz w:val="20"/>
              </w:rPr>
              <w:t>L</w:t>
            </w:r>
          </w:p>
        </w:tc>
      </w:tr>
      <w:tr w:rsidR="00EE5F04" w:rsidRPr="008A20D0" w14:paraId="3E576495" w14:textId="77777777">
        <w:trPr>
          <w:cantSplit/>
          <w:jc w:val="center"/>
        </w:trPr>
        <w:tc>
          <w:tcPr>
            <w:tcW w:w="1512" w:type="dxa"/>
            <w:vAlign w:val="center"/>
          </w:tcPr>
          <w:p w14:paraId="0BF9B50F" w14:textId="77777777" w:rsidR="00EE5F04" w:rsidRPr="008A20D0" w:rsidRDefault="00000000">
            <w:pPr>
              <w:spacing w:before="40" w:after="40" w:line="240" w:lineRule="auto"/>
              <w:rPr>
                <w:rFonts w:cs="Times New Roman"/>
              </w:rPr>
            </w:pPr>
            <w:r w:rsidRPr="008A20D0">
              <w:rPr>
                <w:rFonts w:cs="Times New Roman"/>
                <w:sz w:val="20"/>
              </w:rPr>
              <w:t>2025 onward</w:t>
            </w:r>
          </w:p>
        </w:tc>
        <w:tc>
          <w:tcPr>
            <w:tcW w:w="1469" w:type="dxa"/>
            <w:vAlign w:val="center"/>
          </w:tcPr>
          <w:p w14:paraId="05A3AB9D" w14:textId="77777777" w:rsidR="00EE5F04" w:rsidRPr="008A20D0" w:rsidRDefault="00000000">
            <w:pPr>
              <w:spacing w:before="40" w:after="40" w:line="240" w:lineRule="auto"/>
              <w:rPr>
                <w:rFonts w:cs="Times New Roman"/>
              </w:rPr>
            </w:pPr>
            <w:r w:rsidRPr="008A20D0">
              <w:rPr>
                <w:rFonts w:cs="Times New Roman"/>
                <w:sz w:val="20"/>
              </w:rPr>
              <w:t>M1 XGB</w:t>
            </w:r>
          </w:p>
        </w:tc>
        <w:tc>
          <w:tcPr>
            <w:tcW w:w="864" w:type="dxa"/>
            <w:vAlign w:val="center"/>
          </w:tcPr>
          <w:p w14:paraId="72FB4B1F" w14:textId="77777777" w:rsidR="00EE5F04" w:rsidRPr="008A20D0" w:rsidRDefault="00000000">
            <w:pPr>
              <w:spacing w:before="40" w:after="40" w:line="240" w:lineRule="auto"/>
              <w:jc w:val="center"/>
              <w:rPr>
                <w:rFonts w:cs="Times New Roman"/>
              </w:rPr>
            </w:pPr>
            <w:r w:rsidRPr="008A20D0">
              <w:rPr>
                <w:rFonts w:cs="Times New Roman"/>
                <w:sz w:val="20"/>
              </w:rPr>
              <w:t>245</w:t>
            </w:r>
          </w:p>
        </w:tc>
        <w:tc>
          <w:tcPr>
            <w:tcW w:w="936" w:type="dxa"/>
            <w:vAlign w:val="center"/>
          </w:tcPr>
          <w:p w14:paraId="2D7DE118" w14:textId="77777777" w:rsidR="00EE5F04" w:rsidRPr="008A20D0" w:rsidRDefault="00000000">
            <w:pPr>
              <w:spacing w:before="40" w:after="40" w:line="240" w:lineRule="auto"/>
              <w:jc w:val="center"/>
              <w:rPr>
                <w:rFonts w:cs="Times New Roman"/>
              </w:rPr>
            </w:pPr>
            <w:r w:rsidRPr="008A20D0">
              <w:rPr>
                <w:rFonts w:cs="Times New Roman"/>
                <w:sz w:val="20"/>
              </w:rPr>
              <w:t>29</w:t>
            </w:r>
          </w:p>
        </w:tc>
        <w:tc>
          <w:tcPr>
            <w:tcW w:w="2880" w:type="dxa"/>
            <w:vAlign w:val="center"/>
          </w:tcPr>
          <w:p w14:paraId="513120DF" w14:textId="77777777" w:rsidR="00EE5F04" w:rsidRPr="008A20D0" w:rsidRDefault="00000000">
            <w:pPr>
              <w:spacing w:before="40" w:after="40" w:line="240" w:lineRule="auto"/>
              <w:jc w:val="center"/>
              <w:rPr>
                <w:rFonts w:cs="Times New Roman"/>
              </w:rPr>
            </w:pPr>
            <w:r w:rsidRPr="008A20D0">
              <w:rPr>
                <w:rFonts w:cs="Times New Roman"/>
                <w:sz w:val="20"/>
              </w:rPr>
              <w:t>0.693</w:t>
            </w:r>
            <w:r w:rsidRPr="008A20D0">
              <w:rPr>
                <w:rFonts w:cs="Times New Roman"/>
                <w:sz w:val="20"/>
              </w:rPr>
              <w:br/>
              <w:t>(0.602 to 0.773)</w:t>
            </w:r>
          </w:p>
        </w:tc>
        <w:tc>
          <w:tcPr>
            <w:tcW w:w="1699" w:type="dxa"/>
            <w:vAlign w:val="center"/>
          </w:tcPr>
          <w:p w14:paraId="64C6EBF8"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207BE852" w14:textId="77777777">
        <w:trPr>
          <w:cantSplit/>
          <w:jc w:val="center"/>
        </w:trPr>
        <w:tc>
          <w:tcPr>
            <w:tcW w:w="1512" w:type="dxa"/>
            <w:vAlign w:val="center"/>
          </w:tcPr>
          <w:p w14:paraId="39BA79A7" w14:textId="77777777" w:rsidR="00EE5F04" w:rsidRPr="008A20D0" w:rsidRDefault="00000000">
            <w:pPr>
              <w:spacing w:before="40" w:after="40" w:line="240" w:lineRule="auto"/>
              <w:rPr>
                <w:rFonts w:cs="Times New Roman"/>
              </w:rPr>
            </w:pPr>
            <w:r w:rsidRPr="008A20D0">
              <w:rPr>
                <w:rFonts w:cs="Times New Roman"/>
                <w:sz w:val="20"/>
              </w:rPr>
              <w:t>2025 onward</w:t>
            </w:r>
          </w:p>
        </w:tc>
        <w:tc>
          <w:tcPr>
            <w:tcW w:w="1469" w:type="dxa"/>
            <w:vAlign w:val="center"/>
          </w:tcPr>
          <w:p w14:paraId="41D9C71F" w14:textId="77777777" w:rsidR="00EE5F04" w:rsidRPr="008A20D0" w:rsidRDefault="00000000">
            <w:pPr>
              <w:spacing w:before="40" w:after="40" w:line="240" w:lineRule="auto"/>
              <w:rPr>
                <w:rFonts w:cs="Times New Roman"/>
              </w:rPr>
            </w:pPr>
            <w:r w:rsidRPr="008A20D0">
              <w:rPr>
                <w:rFonts w:cs="Times New Roman"/>
                <w:sz w:val="20"/>
              </w:rPr>
              <w:t>M3 XGB</w:t>
            </w:r>
          </w:p>
        </w:tc>
        <w:tc>
          <w:tcPr>
            <w:tcW w:w="864" w:type="dxa"/>
            <w:vAlign w:val="center"/>
          </w:tcPr>
          <w:p w14:paraId="5AB8C6BA" w14:textId="77777777" w:rsidR="00EE5F04" w:rsidRPr="008A20D0" w:rsidRDefault="00000000">
            <w:pPr>
              <w:spacing w:before="40" w:after="40" w:line="240" w:lineRule="auto"/>
              <w:jc w:val="center"/>
              <w:rPr>
                <w:rFonts w:cs="Times New Roman"/>
              </w:rPr>
            </w:pPr>
            <w:r w:rsidRPr="008A20D0">
              <w:rPr>
                <w:rFonts w:cs="Times New Roman"/>
                <w:sz w:val="20"/>
              </w:rPr>
              <w:t>245</w:t>
            </w:r>
          </w:p>
        </w:tc>
        <w:tc>
          <w:tcPr>
            <w:tcW w:w="936" w:type="dxa"/>
            <w:vAlign w:val="center"/>
          </w:tcPr>
          <w:p w14:paraId="7DACBEEF" w14:textId="77777777" w:rsidR="00EE5F04" w:rsidRPr="008A20D0" w:rsidRDefault="00000000">
            <w:pPr>
              <w:spacing w:before="40" w:after="40" w:line="240" w:lineRule="auto"/>
              <w:jc w:val="center"/>
              <w:rPr>
                <w:rFonts w:cs="Times New Roman"/>
              </w:rPr>
            </w:pPr>
            <w:r w:rsidRPr="008A20D0">
              <w:rPr>
                <w:rFonts w:cs="Times New Roman"/>
                <w:sz w:val="20"/>
              </w:rPr>
              <w:t>29</w:t>
            </w:r>
          </w:p>
        </w:tc>
        <w:tc>
          <w:tcPr>
            <w:tcW w:w="2880" w:type="dxa"/>
            <w:vAlign w:val="center"/>
          </w:tcPr>
          <w:p w14:paraId="6725D035" w14:textId="77777777" w:rsidR="00EE5F04" w:rsidRPr="008A20D0" w:rsidRDefault="00000000">
            <w:pPr>
              <w:spacing w:before="40" w:after="40" w:line="240" w:lineRule="auto"/>
              <w:jc w:val="center"/>
              <w:rPr>
                <w:rFonts w:cs="Times New Roman"/>
              </w:rPr>
            </w:pPr>
            <w:r w:rsidRPr="008A20D0">
              <w:rPr>
                <w:rFonts w:cs="Times New Roman"/>
                <w:sz w:val="20"/>
              </w:rPr>
              <w:t>0.590</w:t>
            </w:r>
            <w:r w:rsidRPr="008A20D0">
              <w:rPr>
                <w:rFonts w:cs="Times New Roman"/>
                <w:sz w:val="20"/>
              </w:rPr>
              <w:br/>
              <w:t>(0.479 to 0.698)</w:t>
            </w:r>
          </w:p>
        </w:tc>
        <w:tc>
          <w:tcPr>
            <w:tcW w:w="1699" w:type="dxa"/>
            <w:vAlign w:val="center"/>
          </w:tcPr>
          <w:p w14:paraId="30B164FC"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4C8C6449" w14:textId="77777777" w:rsidR="00EE5F04" w:rsidRPr="008A20D0" w:rsidRDefault="00000000">
      <w:pPr>
        <w:pStyle w:val="af7"/>
        <w:rPr>
          <w:rFonts w:cs="Times New Roman"/>
        </w:rPr>
      </w:pPr>
      <w:r w:rsidRPr="008A20D0">
        <w:rPr>
          <w:rFonts w:cs="Times New Roman"/>
        </w:rPr>
        <w:t>Table S5 (continued). B. Paired stratified c-statistic differences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512"/>
        <w:gridCol w:w="3672"/>
        <w:gridCol w:w="2736"/>
        <w:gridCol w:w="1440"/>
      </w:tblGrid>
      <w:tr w:rsidR="00EE5F04" w:rsidRPr="008A20D0" w14:paraId="2BAE383A" w14:textId="77777777">
        <w:trPr>
          <w:cantSplit/>
          <w:tblHeader/>
          <w:jc w:val="center"/>
        </w:trPr>
        <w:tc>
          <w:tcPr>
            <w:tcW w:w="1512" w:type="dxa"/>
            <w:vAlign w:val="center"/>
          </w:tcPr>
          <w:p w14:paraId="40F01DD6" w14:textId="77777777" w:rsidR="00EE5F04" w:rsidRPr="008A20D0" w:rsidRDefault="00000000">
            <w:pPr>
              <w:spacing w:before="40" w:after="40" w:line="240" w:lineRule="auto"/>
              <w:rPr>
                <w:rFonts w:cs="Times New Roman"/>
              </w:rPr>
            </w:pPr>
            <w:r w:rsidRPr="008A20D0">
              <w:rPr>
                <w:rFonts w:cs="Times New Roman"/>
                <w:b/>
                <w:sz w:val="20"/>
              </w:rPr>
              <w:t>Test period</w:t>
            </w:r>
          </w:p>
        </w:tc>
        <w:tc>
          <w:tcPr>
            <w:tcW w:w="3672" w:type="dxa"/>
            <w:vAlign w:val="center"/>
          </w:tcPr>
          <w:p w14:paraId="56B561FF" w14:textId="77777777" w:rsidR="00EE5F04" w:rsidRPr="008A20D0" w:rsidRDefault="00000000">
            <w:pPr>
              <w:spacing w:before="40" w:after="40" w:line="240" w:lineRule="auto"/>
              <w:rPr>
                <w:rFonts w:cs="Times New Roman"/>
              </w:rPr>
            </w:pPr>
            <w:r w:rsidRPr="008A20D0">
              <w:rPr>
                <w:rFonts w:cs="Times New Roman"/>
                <w:b/>
                <w:sz w:val="20"/>
              </w:rPr>
              <w:t>Contrast</w:t>
            </w:r>
          </w:p>
        </w:tc>
        <w:tc>
          <w:tcPr>
            <w:tcW w:w="2736" w:type="dxa"/>
            <w:vAlign w:val="center"/>
          </w:tcPr>
          <w:p w14:paraId="077D69E1" w14:textId="77777777" w:rsidR="00EE5F04" w:rsidRPr="008A20D0" w:rsidRDefault="00000000">
            <w:pPr>
              <w:spacing w:before="40" w:after="40" w:line="240" w:lineRule="auto"/>
              <w:jc w:val="center"/>
              <w:rPr>
                <w:rFonts w:cs="Times New Roman"/>
              </w:rPr>
            </w:pPr>
            <w:r w:rsidRPr="008A20D0">
              <w:rPr>
                <w:rFonts w:cs="Times New Roman"/>
                <w:b/>
                <w:sz w:val="20"/>
              </w:rPr>
              <w:t>Difference</w:t>
            </w:r>
            <w:r w:rsidRPr="008A20D0">
              <w:rPr>
                <w:rFonts w:cs="Times New Roman"/>
                <w:b/>
                <w:sz w:val="20"/>
              </w:rPr>
              <w:br/>
              <w:t>(95% CI)</w:t>
            </w:r>
          </w:p>
        </w:tc>
        <w:tc>
          <w:tcPr>
            <w:tcW w:w="1440" w:type="dxa"/>
            <w:vAlign w:val="center"/>
          </w:tcPr>
          <w:p w14:paraId="715381FA"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09553046" w14:textId="77777777">
        <w:trPr>
          <w:cantSplit/>
          <w:jc w:val="center"/>
        </w:trPr>
        <w:tc>
          <w:tcPr>
            <w:tcW w:w="1512" w:type="dxa"/>
            <w:vAlign w:val="center"/>
          </w:tcPr>
          <w:p w14:paraId="55AFCBD5" w14:textId="77777777" w:rsidR="00EE5F04" w:rsidRPr="008A20D0" w:rsidRDefault="00000000">
            <w:pPr>
              <w:spacing w:before="40" w:after="40" w:line="240" w:lineRule="auto"/>
              <w:rPr>
                <w:rFonts w:cs="Times New Roman"/>
              </w:rPr>
            </w:pPr>
            <w:r w:rsidRPr="008A20D0">
              <w:rPr>
                <w:rFonts w:cs="Times New Roman"/>
                <w:sz w:val="20"/>
              </w:rPr>
              <w:t>2024</w:t>
            </w:r>
          </w:p>
        </w:tc>
        <w:tc>
          <w:tcPr>
            <w:tcW w:w="3672" w:type="dxa"/>
            <w:vAlign w:val="center"/>
          </w:tcPr>
          <w:p w14:paraId="542B7E26" w14:textId="77777777" w:rsidR="00EE5F04" w:rsidRPr="008A20D0" w:rsidRDefault="00000000">
            <w:pPr>
              <w:spacing w:before="40" w:after="40" w:line="240" w:lineRule="auto"/>
              <w:rPr>
                <w:rFonts w:cs="Times New Roman"/>
              </w:rPr>
            </w:pPr>
            <w:r w:rsidRPr="008A20D0">
              <w:rPr>
                <w:rFonts w:cs="Times New Roman"/>
                <w:sz w:val="20"/>
              </w:rPr>
              <w:t>M3 Ridge − M1 Ridge</w:t>
            </w:r>
          </w:p>
        </w:tc>
        <w:tc>
          <w:tcPr>
            <w:tcW w:w="2736" w:type="dxa"/>
            <w:vAlign w:val="center"/>
          </w:tcPr>
          <w:p w14:paraId="2393547E"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440" w:type="dxa"/>
            <w:vAlign w:val="center"/>
          </w:tcPr>
          <w:p w14:paraId="661D33B2" w14:textId="77777777" w:rsidR="00EE5F04" w:rsidRPr="008A20D0" w:rsidRDefault="00000000">
            <w:pPr>
              <w:spacing w:before="40" w:after="40" w:line="240" w:lineRule="auto"/>
              <w:jc w:val="center"/>
              <w:rPr>
                <w:rFonts w:cs="Times New Roman"/>
              </w:rPr>
            </w:pPr>
            <w:r w:rsidRPr="008A20D0">
              <w:rPr>
                <w:rFonts w:cs="Times New Roman"/>
                <w:sz w:val="20"/>
              </w:rPr>
              <w:t>NE</w:t>
            </w:r>
          </w:p>
        </w:tc>
      </w:tr>
      <w:tr w:rsidR="00EE5F04" w:rsidRPr="008A20D0" w14:paraId="1F0B7605" w14:textId="77777777">
        <w:trPr>
          <w:cantSplit/>
          <w:jc w:val="center"/>
        </w:trPr>
        <w:tc>
          <w:tcPr>
            <w:tcW w:w="1512" w:type="dxa"/>
            <w:vAlign w:val="center"/>
          </w:tcPr>
          <w:p w14:paraId="2429A388" w14:textId="77777777" w:rsidR="00EE5F04" w:rsidRPr="008A20D0" w:rsidRDefault="00000000">
            <w:pPr>
              <w:spacing w:before="40" w:after="40" w:line="240" w:lineRule="auto"/>
              <w:rPr>
                <w:rFonts w:cs="Times New Roman"/>
              </w:rPr>
            </w:pPr>
            <w:r w:rsidRPr="008A20D0">
              <w:rPr>
                <w:rFonts w:cs="Times New Roman"/>
                <w:sz w:val="20"/>
              </w:rPr>
              <w:t>2024</w:t>
            </w:r>
          </w:p>
        </w:tc>
        <w:tc>
          <w:tcPr>
            <w:tcW w:w="3672" w:type="dxa"/>
            <w:vAlign w:val="center"/>
          </w:tcPr>
          <w:p w14:paraId="6C73516D" w14:textId="77777777" w:rsidR="00EE5F04" w:rsidRPr="008A20D0" w:rsidRDefault="00000000">
            <w:pPr>
              <w:spacing w:before="40" w:after="40" w:line="240" w:lineRule="auto"/>
              <w:rPr>
                <w:rFonts w:cs="Times New Roman"/>
              </w:rPr>
            </w:pPr>
            <w:r w:rsidRPr="008A20D0">
              <w:rPr>
                <w:rFonts w:cs="Times New Roman"/>
                <w:sz w:val="20"/>
              </w:rPr>
              <w:t>M3 XGB − M1 XGB</w:t>
            </w:r>
          </w:p>
        </w:tc>
        <w:tc>
          <w:tcPr>
            <w:tcW w:w="2736" w:type="dxa"/>
            <w:vAlign w:val="center"/>
          </w:tcPr>
          <w:p w14:paraId="1F07A535" w14:textId="77777777" w:rsidR="00EE5F04" w:rsidRPr="008A20D0" w:rsidRDefault="00000000">
            <w:pPr>
              <w:spacing w:before="40" w:after="40" w:line="240" w:lineRule="auto"/>
              <w:jc w:val="center"/>
              <w:rPr>
                <w:rFonts w:cs="Times New Roman"/>
              </w:rPr>
            </w:pPr>
            <w:r w:rsidRPr="008A20D0">
              <w:rPr>
                <w:rFonts w:cs="Times New Roman"/>
                <w:sz w:val="20"/>
              </w:rPr>
              <w:t>0.020</w:t>
            </w:r>
            <w:r w:rsidRPr="008A20D0">
              <w:rPr>
                <w:rFonts w:cs="Times New Roman"/>
                <w:sz w:val="20"/>
              </w:rPr>
              <w:br/>
              <w:t>(-0.087 to 0.113)</w:t>
            </w:r>
          </w:p>
        </w:tc>
        <w:tc>
          <w:tcPr>
            <w:tcW w:w="1440" w:type="dxa"/>
            <w:vAlign w:val="center"/>
          </w:tcPr>
          <w:p w14:paraId="0359973B"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35009A99" w14:textId="77777777">
        <w:trPr>
          <w:cantSplit/>
          <w:jc w:val="center"/>
        </w:trPr>
        <w:tc>
          <w:tcPr>
            <w:tcW w:w="1512" w:type="dxa"/>
            <w:vAlign w:val="center"/>
          </w:tcPr>
          <w:p w14:paraId="15BB7184" w14:textId="77777777" w:rsidR="00EE5F04" w:rsidRPr="008A20D0" w:rsidRDefault="00000000">
            <w:pPr>
              <w:spacing w:before="40" w:after="40" w:line="240" w:lineRule="auto"/>
              <w:rPr>
                <w:rFonts w:cs="Times New Roman"/>
              </w:rPr>
            </w:pPr>
            <w:r w:rsidRPr="008A20D0">
              <w:rPr>
                <w:rFonts w:cs="Times New Roman"/>
                <w:sz w:val="20"/>
              </w:rPr>
              <w:t>2025 onward</w:t>
            </w:r>
          </w:p>
        </w:tc>
        <w:tc>
          <w:tcPr>
            <w:tcW w:w="3672" w:type="dxa"/>
            <w:vAlign w:val="center"/>
          </w:tcPr>
          <w:p w14:paraId="52FE844F" w14:textId="77777777" w:rsidR="00EE5F04" w:rsidRPr="008A20D0" w:rsidRDefault="00000000">
            <w:pPr>
              <w:spacing w:before="40" w:after="40" w:line="240" w:lineRule="auto"/>
              <w:rPr>
                <w:rFonts w:cs="Times New Roman"/>
              </w:rPr>
            </w:pPr>
            <w:r w:rsidRPr="008A20D0">
              <w:rPr>
                <w:rFonts w:cs="Times New Roman"/>
                <w:sz w:val="20"/>
              </w:rPr>
              <w:t>M3 Ridge − M1 Ridge</w:t>
            </w:r>
          </w:p>
        </w:tc>
        <w:tc>
          <w:tcPr>
            <w:tcW w:w="2736" w:type="dxa"/>
            <w:vAlign w:val="center"/>
          </w:tcPr>
          <w:p w14:paraId="09269CC0"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440" w:type="dxa"/>
            <w:vAlign w:val="center"/>
          </w:tcPr>
          <w:p w14:paraId="29582142" w14:textId="77777777" w:rsidR="00EE5F04" w:rsidRPr="008A20D0" w:rsidRDefault="00000000">
            <w:pPr>
              <w:spacing w:before="40" w:after="40" w:line="240" w:lineRule="auto"/>
              <w:jc w:val="center"/>
              <w:rPr>
                <w:rFonts w:cs="Times New Roman"/>
              </w:rPr>
            </w:pPr>
            <w:r w:rsidRPr="008A20D0">
              <w:rPr>
                <w:rFonts w:cs="Times New Roman"/>
                <w:sz w:val="20"/>
              </w:rPr>
              <w:t>NE</w:t>
            </w:r>
          </w:p>
        </w:tc>
      </w:tr>
      <w:tr w:rsidR="00EE5F04" w:rsidRPr="008A20D0" w14:paraId="55CA6C9D" w14:textId="77777777">
        <w:trPr>
          <w:cantSplit/>
          <w:jc w:val="center"/>
        </w:trPr>
        <w:tc>
          <w:tcPr>
            <w:tcW w:w="1512" w:type="dxa"/>
            <w:vAlign w:val="center"/>
          </w:tcPr>
          <w:p w14:paraId="7337AD34" w14:textId="77777777" w:rsidR="00EE5F04" w:rsidRPr="008A20D0" w:rsidRDefault="00000000">
            <w:pPr>
              <w:spacing w:before="40" w:after="40" w:line="240" w:lineRule="auto"/>
              <w:rPr>
                <w:rFonts w:cs="Times New Roman"/>
              </w:rPr>
            </w:pPr>
            <w:r w:rsidRPr="008A20D0">
              <w:rPr>
                <w:rFonts w:cs="Times New Roman"/>
                <w:sz w:val="20"/>
              </w:rPr>
              <w:t>2025 onward</w:t>
            </w:r>
          </w:p>
        </w:tc>
        <w:tc>
          <w:tcPr>
            <w:tcW w:w="3672" w:type="dxa"/>
            <w:vAlign w:val="center"/>
          </w:tcPr>
          <w:p w14:paraId="39FCAAFD" w14:textId="77777777" w:rsidR="00EE5F04" w:rsidRPr="008A20D0" w:rsidRDefault="00000000">
            <w:pPr>
              <w:spacing w:before="40" w:after="40" w:line="240" w:lineRule="auto"/>
              <w:rPr>
                <w:rFonts w:cs="Times New Roman"/>
              </w:rPr>
            </w:pPr>
            <w:r w:rsidRPr="008A20D0">
              <w:rPr>
                <w:rFonts w:cs="Times New Roman"/>
                <w:sz w:val="20"/>
              </w:rPr>
              <w:t>M3 XGB − M1 XGB</w:t>
            </w:r>
          </w:p>
        </w:tc>
        <w:tc>
          <w:tcPr>
            <w:tcW w:w="2736" w:type="dxa"/>
            <w:vAlign w:val="center"/>
          </w:tcPr>
          <w:p w14:paraId="2D387292" w14:textId="77777777" w:rsidR="00EE5F04" w:rsidRPr="008A20D0" w:rsidRDefault="00000000">
            <w:pPr>
              <w:spacing w:before="40" w:after="40" w:line="240" w:lineRule="auto"/>
              <w:jc w:val="center"/>
              <w:rPr>
                <w:rFonts w:cs="Times New Roman"/>
              </w:rPr>
            </w:pPr>
            <w:r w:rsidRPr="008A20D0">
              <w:rPr>
                <w:rFonts w:cs="Times New Roman"/>
                <w:sz w:val="20"/>
              </w:rPr>
              <w:t>-0.102</w:t>
            </w:r>
            <w:r w:rsidRPr="008A20D0">
              <w:rPr>
                <w:rFonts w:cs="Times New Roman"/>
                <w:sz w:val="20"/>
              </w:rPr>
              <w:br/>
              <w:t>(-0.208 to -0.004)</w:t>
            </w:r>
          </w:p>
        </w:tc>
        <w:tc>
          <w:tcPr>
            <w:tcW w:w="1440" w:type="dxa"/>
            <w:vAlign w:val="center"/>
          </w:tcPr>
          <w:p w14:paraId="69900987"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51B5A471" w14:textId="77777777" w:rsidR="00EE5F04" w:rsidRPr="008A20D0" w:rsidRDefault="00000000">
      <w:pPr>
        <w:spacing w:after="100"/>
        <w:rPr>
          <w:rFonts w:cs="Times New Roman"/>
        </w:rPr>
      </w:pPr>
      <w:r w:rsidRPr="008A20D0">
        <w:rPr>
          <w:rFonts w:cs="Times New Roman"/>
          <w:sz w:val="20"/>
        </w:rPr>
        <w:t>Initial counts are the POD0 prediction risk sets, not repeated event-row totals. L: at least one component landmark failed the dispersion rule, so the stratified c-statistic is descriptive only. NE: the paired contrast was not estimated under that rule. Both chronological windows and both algorithm families are reported. These are retrospective same-center assessments, with no multiplicity adjustment; intervals condition on fixed predictions.</w:t>
      </w:r>
    </w:p>
    <w:p w14:paraId="407261FC"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Internal temporal validation (continued)</w:t>
      </w:r>
    </w:p>
    <w:p w14:paraId="7F25DFB4" w14:textId="77777777" w:rsidR="00EE5F04" w:rsidRPr="008A20D0" w:rsidRDefault="00000000">
      <w:pPr>
        <w:pStyle w:val="af7"/>
        <w:rPr>
          <w:rFonts w:cs="Times New Roman"/>
        </w:rPr>
      </w:pPr>
      <w:r w:rsidRPr="008A20D0">
        <w:rPr>
          <w:rFonts w:cs="Times New Roman"/>
        </w:rPr>
        <w:t>Table S5 (continued). C. POD3 in the 2024 test (N = 161; events = 16)</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627"/>
        <w:gridCol w:w="2045"/>
        <w:gridCol w:w="2045"/>
        <w:gridCol w:w="2045"/>
        <w:gridCol w:w="1598"/>
      </w:tblGrid>
      <w:tr w:rsidR="00EE5F04" w:rsidRPr="008A20D0" w14:paraId="5E133E73" w14:textId="77777777">
        <w:trPr>
          <w:cantSplit/>
          <w:tblHeader/>
          <w:jc w:val="center"/>
        </w:trPr>
        <w:tc>
          <w:tcPr>
            <w:tcW w:w="1627" w:type="dxa"/>
            <w:vAlign w:val="center"/>
          </w:tcPr>
          <w:p w14:paraId="6B03F074" w14:textId="77777777" w:rsidR="00EE5F04" w:rsidRPr="008A20D0" w:rsidRDefault="00000000">
            <w:pPr>
              <w:spacing w:before="40" w:after="40" w:line="240" w:lineRule="auto"/>
              <w:rPr>
                <w:rFonts w:cs="Times New Roman"/>
              </w:rPr>
            </w:pPr>
            <w:r w:rsidRPr="008A20D0">
              <w:rPr>
                <w:rFonts w:cs="Times New Roman"/>
                <w:b/>
                <w:sz w:val="20"/>
              </w:rPr>
              <w:t>Model</w:t>
            </w:r>
          </w:p>
        </w:tc>
        <w:tc>
          <w:tcPr>
            <w:tcW w:w="2045" w:type="dxa"/>
            <w:vAlign w:val="center"/>
          </w:tcPr>
          <w:p w14:paraId="112C79EB" w14:textId="77777777" w:rsidR="00EE5F04" w:rsidRPr="008A20D0" w:rsidRDefault="00000000">
            <w:pPr>
              <w:spacing w:before="40" w:after="40" w:line="240" w:lineRule="auto"/>
              <w:jc w:val="center"/>
              <w:rPr>
                <w:rFonts w:cs="Times New Roman"/>
              </w:rPr>
            </w:pPr>
            <w:r w:rsidRPr="008A20D0">
              <w:rPr>
                <w:rFonts w:cs="Times New Roman"/>
                <w:b/>
                <w:sz w:val="20"/>
              </w:rPr>
              <w:t>AUROC</w:t>
            </w:r>
            <w:r w:rsidRPr="008A20D0">
              <w:rPr>
                <w:rFonts w:cs="Times New Roman"/>
                <w:b/>
                <w:sz w:val="20"/>
              </w:rPr>
              <w:br/>
              <w:t>(95% CI)</w:t>
            </w:r>
          </w:p>
        </w:tc>
        <w:tc>
          <w:tcPr>
            <w:tcW w:w="2045" w:type="dxa"/>
            <w:vAlign w:val="center"/>
          </w:tcPr>
          <w:p w14:paraId="724DF5DF" w14:textId="77777777" w:rsidR="00EE5F04" w:rsidRPr="008A20D0" w:rsidRDefault="00000000">
            <w:pPr>
              <w:spacing w:before="40" w:after="40" w:line="240" w:lineRule="auto"/>
              <w:jc w:val="center"/>
              <w:rPr>
                <w:rFonts w:cs="Times New Roman"/>
              </w:rPr>
            </w:pPr>
            <w:r w:rsidRPr="008A20D0">
              <w:rPr>
                <w:rFonts w:cs="Times New Roman"/>
                <w:b/>
                <w:sz w:val="20"/>
              </w:rPr>
              <w:t>AP</w:t>
            </w:r>
            <w:r w:rsidRPr="008A20D0">
              <w:rPr>
                <w:rFonts w:cs="Times New Roman"/>
                <w:b/>
                <w:sz w:val="20"/>
              </w:rPr>
              <w:br/>
              <w:t>(95% CI)</w:t>
            </w:r>
          </w:p>
        </w:tc>
        <w:tc>
          <w:tcPr>
            <w:tcW w:w="2045" w:type="dxa"/>
            <w:vAlign w:val="center"/>
          </w:tcPr>
          <w:p w14:paraId="33DE737C" w14:textId="77777777" w:rsidR="00EE5F04" w:rsidRPr="008A20D0" w:rsidRDefault="00000000">
            <w:pPr>
              <w:spacing w:before="40" w:after="40" w:line="240" w:lineRule="auto"/>
              <w:jc w:val="center"/>
              <w:rPr>
                <w:rFonts w:cs="Times New Roman"/>
              </w:rPr>
            </w:pPr>
            <w:r w:rsidRPr="008A20D0">
              <w:rPr>
                <w:rFonts w:cs="Times New Roman"/>
                <w:b/>
                <w:sz w:val="20"/>
              </w:rPr>
              <w:t>Brier</w:t>
            </w:r>
            <w:r w:rsidRPr="008A20D0">
              <w:rPr>
                <w:rFonts w:cs="Times New Roman"/>
                <w:b/>
                <w:sz w:val="20"/>
              </w:rPr>
              <w:br/>
              <w:t>(95% CI)</w:t>
            </w:r>
          </w:p>
        </w:tc>
        <w:tc>
          <w:tcPr>
            <w:tcW w:w="1598" w:type="dxa"/>
            <w:vAlign w:val="center"/>
          </w:tcPr>
          <w:p w14:paraId="78011F1B"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4C59D337" w14:textId="77777777">
        <w:trPr>
          <w:cantSplit/>
          <w:jc w:val="center"/>
        </w:trPr>
        <w:tc>
          <w:tcPr>
            <w:tcW w:w="1627" w:type="dxa"/>
            <w:vAlign w:val="center"/>
          </w:tcPr>
          <w:p w14:paraId="234FB47F" w14:textId="77777777" w:rsidR="00EE5F04" w:rsidRPr="008A20D0" w:rsidRDefault="00000000">
            <w:pPr>
              <w:spacing w:before="40" w:after="40" w:line="240" w:lineRule="auto"/>
              <w:rPr>
                <w:rFonts w:cs="Times New Roman"/>
              </w:rPr>
            </w:pPr>
            <w:r w:rsidRPr="008A20D0">
              <w:rPr>
                <w:rFonts w:cs="Times New Roman"/>
                <w:sz w:val="20"/>
              </w:rPr>
              <w:t>M1 Ridge</w:t>
            </w:r>
          </w:p>
        </w:tc>
        <w:tc>
          <w:tcPr>
            <w:tcW w:w="2045" w:type="dxa"/>
            <w:vAlign w:val="center"/>
          </w:tcPr>
          <w:p w14:paraId="43CC2322" w14:textId="77777777" w:rsidR="00EE5F04" w:rsidRPr="008A20D0" w:rsidRDefault="00000000">
            <w:pPr>
              <w:spacing w:before="40" w:after="40" w:line="240" w:lineRule="auto"/>
              <w:jc w:val="center"/>
              <w:rPr>
                <w:rFonts w:cs="Times New Roman"/>
              </w:rPr>
            </w:pPr>
            <w:r w:rsidRPr="008A20D0">
              <w:rPr>
                <w:rFonts w:cs="Times New Roman"/>
                <w:sz w:val="20"/>
              </w:rPr>
              <w:t>0.730</w:t>
            </w:r>
            <w:r w:rsidRPr="008A20D0">
              <w:rPr>
                <w:rFonts w:cs="Times New Roman"/>
                <w:sz w:val="20"/>
              </w:rPr>
              <w:br/>
              <w:t>(0.614 to 0.837)</w:t>
            </w:r>
          </w:p>
        </w:tc>
        <w:tc>
          <w:tcPr>
            <w:tcW w:w="2045" w:type="dxa"/>
            <w:vAlign w:val="center"/>
          </w:tcPr>
          <w:p w14:paraId="096CB5A2" w14:textId="77777777" w:rsidR="00EE5F04" w:rsidRPr="008A20D0" w:rsidRDefault="00000000">
            <w:pPr>
              <w:spacing w:before="40" w:after="40" w:line="240" w:lineRule="auto"/>
              <w:jc w:val="center"/>
              <w:rPr>
                <w:rFonts w:cs="Times New Roman"/>
              </w:rPr>
            </w:pPr>
            <w:r w:rsidRPr="008A20D0">
              <w:rPr>
                <w:rFonts w:cs="Times New Roman"/>
                <w:sz w:val="20"/>
              </w:rPr>
              <w:t>0.191</w:t>
            </w:r>
            <w:r w:rsidRPr="008A20D0">
              <w:rPr>
                <w:rFonts w:cs="Times New Roman"/>
                <w:sz w:val="20"/>
              </w:rPr>
              <w:br/>
              <w:t>(0.110 to 0.349)</w:t>
            </w:r>
          </w:p>
        </w:tc>
        <w:tc>
          <w:tcPr>
            <w:tcW w:w="2045" w:type="dxa"/>
            <w:vAlign w:val="center"/>
          </w:tcPr>
          <w:p w14:paraId="2A80B902" w14:textId="77777777" w:rsidR="00EE5F04" w:rsidRPr="008A20D0" w:rsidRDefault="00000000">
            <w:pPr>
              <w:spacing w:before="40" w:after="40" w:line="240" w:lineRule="auto"/>
              <w:jc w:val="center"/>
              <w:rPr>
                <w:rFonts w:cs="Times New Roman"/>
              </w:rPr>
            </w:pPr>
            <w:r w:rsidRPr="008A20D0">
              <w:rPr>
                <w:rFonts w:cs="Times New Roman"/>
                <w:sz w:val="20"/>
              </w:rPr>
              <w:t>0.089</w:t>
            </w:r>
            <w:r w:rsidRPr="008A20D0">
              <w:rPr>
                <w:rFonts w:cs="Times New Roman"/>
                <w:sz w:val="20"/>
              </w:rPr>
              <w:br/>
              <w:t>(0.055 to 0.126)</w:t>
            </w:r>
          </w:p>
        </w:tc>
        <w:tc>
          <w:tcPr>
            <w:tcW w:w="1598" w:type="dxa"/>
            <w:vAlign w:val="center"/>
          </w:tcPr>
          <w:p w14:paraId="27463B33" w14:textId="77777777" w:rsidR="00EE5F04" w:rsidRPr="008A20D0" w:rsidRDefault="00000000">
            <w:pPr>
              <w:spacing w:before="40" w:after="40" w:line="240" w:lineRule="auto"/>
              <w:jc w:val="center"/>
              <w:rPr>
                <w:rFonts w:cs="Times New Roman"/>
              </w:rPr>
            </w:pPr>
            <w:r w:rsidRPr="008A20D0">
              <w:rPr>
                <w:rFonts w:cs="Times New Roman"/>
                <w:sz w:val="20"/>
              </w:rPr>
              <w:t>D</w:t>
            </w:r>
          </w:p>
        </w:tc>
      </w:tr>
      <w:tr w:rsidR="00EE5F04" w:rsidRPr="008A20D0" w14:paraId="2003A086" w14:textId="77777777">
        <w:trPr>
          <w:cantSplit/>
          <w:jc w:val="center"/>
        </w:trPr>
        <w:tc>
          <w:tcPr>
            <w:tcW w:w="1627" w:type="dxa"/>
            <w:vAlign w:val="center"/>
          </w:tcPr>
          <w:p w14:paraId="2D08CDF5" w14:textId="77777777" w:rsidR="00EE5F04" w:rsidRPr="008A20D0" w:rsidRDefault="00000000">
            <w:pPr>
              <w:spacing w:before="40" w:after="40" w:line="240" w:lineRule="auto"/>
              <w:rPr>
                <w:rFonts w:cs="Times New Roman"/>
              </w:rPr>
            </w:pPr>
            <w:r w:rsidRPr="008A20D0">
              <w:rPr>
                <w:rFonts w:cs="Times New Roman"/>
                <w:sz w:val="20"/>
              </w:rPr>
              <w:t>M3 Ridge</w:t>
            </w:r>
          </w:p>
        </w:tc>
        <w:tc>
          <w:tcPr>
            <w:tcW w:w="2045" w:type="dxa"/>
            <w:vAlign w:val="center"/>
          </w:tcPr>
          <w:p w14:paraId="45D1F5D6" w14:textId="77777777" w:rsidR="00EE5F04" w:rsidRPr="008A20D0" w:rsidRDefault="00000000">
            <w:pPr>
              <w:spacing w:before="40" w:after="40" w:line="240" w:lineRule="auto"/>
              <w:jc w:val="center"/>
              <w:rPr>
                <w:rFonts w:cs="Times New Roman"/>
              </w:rPr>
            </w:pPr>
            <w:r w:rsidRPr="008A20D0">
              <w:rPr>
                <w:rFonts w:cs="Times New Roman"/>
                <w:sz w:val="20"/>
              </w:rPr>
              <w:t>0.678</w:t>
            </w:r>
            <w:r w:rsidRPr="008A20D0">
              <w:rPr>
                <w:rFonts w:cs="Times New Roman"/>
                <w:sz w:val="20"/>
              </w:rPr>
              <w:br/>
              <w:t>(0.560 to 0.790)</w:t>
            </w:r>
          </w:p>
        </w:tc>
        <w:tc>
          <w:tcPr>
            <w:tcW w:w="2045" w:type="dxa"/>
            <w:vAlign w:val="center"/>
          </w:tcPr>
          <w:p w14:paraId="22D0F7AC" w14:textId="77777777" w:rsidR="00EE5F04" w:rsidRPr="008A20D0" w:rsidRDefault="00000000">
            <w:pPr>
              <w:spacing w:before="40" w:after="40" w:line="240" w:lineRule="auto"/>
              <w:jc w:val="center"/>
              <w:rPr>
                <w:rFonts w:cs="Times New Roman"/>
              </w:rPr>
            </w:pPr>
            <w:r w:rsidRPr="008A20D0">
              <w:rPr>
                <w:rFonts w:cs="Times New Roman"/>
                <w:sz w:val="20"/>
              </w:rPr>
              <w:t>0.212</w:t>
            </w:r>
            <w:r w:rsidRPr="008A20D0">
              <w:rPr>
                <w:rFonts w:cs="Times New Roman"/>
                <w:sz w:val="20"/>
              </w:rPr>
              <w:br/>
              <w:t>(0.094 to 0.384)</w:t>
            </w:r>
          </w:p>
        </w:tc>
        <w:tc>
          <w:tcPr>
            <w:tcW w:w="2045" w:type="dxa"/>
            <w:vAlign w:val="center"/>
          </w:tcPr>
          <w:p w14:paraId="45BA4EA9" w14:textId="77777777" w:rsidR="00EE5F04" w:rsidRPr="008A20D0" w:rsidRDefault="00000000">
            <w:pPr>
              <w:spacing w:before="40" w:after="40" w:line="240" w:lineRule="auto"/>
              <w:jc w:val="center"/>
              <w:rPr>
                <w:rFonts w:cs="Times New Roman"/>
              </w:rPr>
            </w:pPr>
            <w:r w:rsidRPr="008A20D0">
              <w:rPr>
                <w:rFonts w:cs="Times New Roman"/>
                <w:sz w:val="20"/>
              </w:rPr>
              <w:t>0.087</w:t>
            </w:r>
            <w:r w:rsidRPr="008A20D0">
              <w:rPr>
                <w:rFonts w:cs="Times New Roman"/>
                <w:sz w:val="20"/>
              </w:rPr>
              <w:br/>
              <w:t>(0.055 to 0.123)</w:t>
            </w:r>
          </w:p>
        </w:tc>
        <w:tc>
          <w:tcPr>
            <w:tcW w:w="1598" w:type="dxa"/>
            <w:vAlign w:val="center"/>
          </w:tcPr>
          <w:p w14:paraId="176886AF" w14:textId="77777777" w:rsidR="00EE5F04" w:rsidRPr="008A20D0" w:rsidRDefault="00000000">
            <w:pPr>
              <w:spacing w:before="40" w:after="40" w:line="240" w:lineRule="auto"/>
              <w:jc w:val="center"/>
              <w:rPr>
                <w:rFonts w:cs="Times New Roman"/>
              </w:rPr>
            </w:pPr>
            <w:r w:rsidRPr="008A20D0">
              <w:rPr>
                <w:rFonts w:cs="Times New Roman"/>
                <w:sz w:val="20"/>
              </w:rPr>
              <w:t>D</w:t>
            </w:r>
          </w:p>
        </w:tc>
      </w:tr>
      <w:tr w:rsidR="00EE5F04" w:rsidRPr="008A20D0" w14:paraId="3CD387CA" w14:textId="77777777">
        <w:trPr>
          <w:cantSplit/>
          <w:jc w:val="center"/>
        </w:trPr>
        <w:tc>
          <w:tcPr>
            <w:tcW w:w="1627" w:type="dxa"/>
            <w:vAlign w:val="center"/>
          </w:tcPr>
          <w:p w14:paraId="4631E9F4" w14:textId="77777777" w:rsidR="00EE5F04" w:rsidRPr="008A20D0" w:rsidRDefault="00000000">
            <w:pPr>
              <w:spacing w:before="40" w:after="40" w:line="240" w:lineRule="auto"/>
              <w:rPr>
                <w:rFonts w:cs="Times New Roman"/>
              </w:rPr>
            </w:pPr>
            <w:r w:rsidRPr="008A20D0">
              <w:rPr>
                <w:rFonts w:cs="Times New Roman"/>
                <w:sz w:val="20"/>
              </w:rPr>
              <w:t>M1 XGB</w:t>
            </w:r>
          </w:p>
        </w:tc>
        <w:tc>
          <w:tcPr>
            <w:tcW w:w="2045" w:type="dxa"/>
            <w:vAlign w:val="center"/>
          </w:tcPr>
          <w:p w14:paraId="03E9151A" w14:textId="77777777" w:rsidR="00EE5F04" w:rsidRPr="008A20D0" w:rsidRDefault="00000000">
            <w:pPr>
              <w:spacing w:before="40" w:after="40" w:line="240" w:lineRule="auto"/>
              <w:jc w:val="center"/>
              <w:rPr>
                <w:rFonts w:cs="Times New Roman"/>
              </w:rPr>
            </w:pPr>
            <w:r w:rsidRPr="008A20D0">
              <w:rPr>
                <w:rFonts w:cs="Times New Roman"/>
                <w:sz w:val="20"/>
              </w:rPr>
              <w:t>0.654</w:t>
            </w:r>
            <w:r w:rsidRPr="008A20D0">
              <w:rPr>
                <w:rFonts w:cs="Times New Roman"/>
                <w:sz w:val="20"/>
              </w:rPr>
              <w:br/>
              <w:t>(0.511 to 0.788)</w:t>
            </w:r>
          </w:p>
        </w:tc>
        <w:tc>
          <w:tcPr>
            <w:tcW w:w="2045" w:type="dxa"/>
            <w:vAlign w:val="center"/>
          </w:tcPr>
          <w:p w14:paraId="1FDB49A9" w14:textId="77777777" w:rsidR="00EE5F04" w:rsidRPr="008A20D0" w:rsidRDefault="00000000">
            <w:pPr>
              <w:spacing w:before="40" w:after="40" w:line="240" w:lineRule="auto"/>
              <w:jc w:val="center"/>
              <w:rPr>
                <w:rFonts w:cs="Times New Roman"/>
              </w:rPr>
            </w:pPr>
            <w:r w:rsidRPr="008A20D0">
              <w:rPr>
                <w:rFonts w:cs="Times New Roman"/>
                <w:sz w:val="20"/>
              </w:rPr>
              <w:t>0.156</w:t>
            </w:r>
            <w:r w:rsidRPr="008A20D0">
              <w:rPr>
                <w:rFonts w:cs="Times New Roman"/>
                <w:sz w:val="20"/>
              </w:rPr>
              <w:br/>
              <w:t>(0.089 to 0.281)</w:t>
            </w:r>
          </w:p>
        </w:tc>
        <w:tc>
          <w:tcPr>
            <w:tcW w:w="2045" w:type="dxa"/>
            <w:vAlign w:val="center"/>
          </w:tcPr>
          <w:p w14:paraId="3AA58940" w14:textId="77777777" w:rsidR="00EE5F04" w:rsidRPr="008A20D0" w:rsidRDefault="00000000">
            <w:pPr>
              <w:spacing w:before="40" w:after="40" w:line="240" w:lineRule="auto"/>
              <w:jc w:val="center"/>
              <w:rPr>
                <w:rFonts w:cs="Times New Roman"/>
              </w:rPr>
            </w:pPr>
            <w:r w:rsidRPr="008A20D0">
              <w:rPr>
                <w:rFonts w:cs="Times New Roman"/>
                <w:sz w:val="20"/>
              </w:rPr>
              <w:t>0.090</w:t>
            </w:r>
            <w:r w:rsidRPr="008A20D0">
              <w:rPr>
                <w:rFonts w:cs="Times New Roman"/>
                <w:sz w:val="20"/>
              </w:rPr>
              <w:br/>
              <w:t>(0.058 to 0.125)</w:t>
            </w:r>
          </w:p>
        </w:tc>
        <w:tc>
          <w:tcPr>
            <w:tcW w:w="1598" w:type="dxa"/>
            <w:vAlign w:val="center"/>
          </w:tcPr>
          <w:p w14:paraId="7B8F2035"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5BCBFEA2" w14:textId="77777777">
        <w:trPr>
          <w:cantSplit/>
          <w:jc w:val="center"/>
        </w:trPr>
        <w:tc>
          <w:tcPr>
            <w:tcW w:w="1627" w:type="dxa"/>
            <w:vAlign w:val="center"/>
          </w:tcPr>
          <w:p w14:paraId="1A0D3803" w14:textId="77777777" w:rsidR="00EE5F04" w:rsidRPr="008A20D0" w:rsidRDefault="00000000">
            <w:pPr>
              <w:spacing w:before="40" w:after="40" w:line="240" w:lineRule="auto"/>
              <w:rPr>
                <w:rFonts w:cs="Times New Roman"/>
              </w:rPr>
            </w:pPr>
            <w:r w:rsidRPr="008A20D0">
              <w:rPr>
                <w:rFonts w:cs="Times New Roman"/>
                <w:sz w:val="20"/>
              </w:rPr>
              <w:t>M3 XGB</w:t>
            </w:r>
          </w:p>
        </w:tc>
        <w:tc>
          <w:tcPr>
            <w:tcW w:w="2045" w:type="dxa"/>
            <w:vAlign w:val="center"/>
          </w:tcPr>
          <w:p w14:paraId="082A8696" w14:textId="77777777" w:rsidR="00EE5F04" w:rsidRPr="008A20D0" w:rsidRDefault="00000000">
            <w:pPr>
              <w:spacing w:before="40" w:after="40" w:line="240" w:lineRule="auto"/>
              <w:jc w:val="center"/>
              <w:rPr>
                <w:rFonts w:cs="Times New Roman"/>
              </w:rPr>
            </w:pPr>
            <w:r w:rsidRPr="008A20D0">
              <w:rPr>
                <w:rFonts w:cs="Times New Roman"/>
                <w:sz w:val="20"/>
              </w:rPr>
              <w:t>0.675</w:t>
            </w:r>
            <w:r w:rsidRPr="008A20D0">
              <w:rPr>
                <w:rFonts w:cs="Times New Roman"/>
                <w:sz w:val="20"/>
              </w:rPr>
              <w:br/>
              <w:t>(0.564 to 0.775)</w:t>
            </w:r>
          </w:p>
        </w:tc>
        <w:tc>
          <w:tcPr>
            <w:tcW w:w="2045" w:type="dxa"/>
            <w:vAlign w:val="center"/>
          </w:tcPr>
          <w:p w14:paraId="6279E482" w14:textId="77777777" w:rsidR="00EE5F04" w:rsidRPr="008A20D0" w:rsidRDefault="00000000">
            <w:pPr>
              <w:spacing w:before="40" w:after="40" w:line="240" w:lineRule="auto"/>
              <w:jc w:val="center"/>
              <w:rPr>
                <w:rFonts w:cs="Times New Roman"/>
              </w:rPr>
            </w:pPr>
            <w:r w:rsidRPr="008A20D0">
              <w:rPr>
                <w:rFonts w:cs="Times New Roman"/>
                <w:sz w:val="20"/>
              </w:rPr>
              <w:t>0.153</w:t>
            </w:r>
            <w:r w:rsidRPr="008A20D0">
              <w:rPr>
                <w:rFonts w:cs="Times New Roman"/>
                <w:sz w:val="20"/>
              </w:rPr>
              <w:br/>
              <w:t>(0.089 to 0.286)</w:t>
            </w:r>
          </w:p>
        </w:tc>
        <w:tc>
          <w:tcPr>
            <w:tcW w:w="2045" w:type="dxa"/>
            <w:vAlign w:val="center"/>
          </w:tcPr>
          <w:p w14:paraId="79403C05" w14:textId="77777777" w:rsidR="00EE5F04" w:rsidRPr="008A20D0" w:rsidRDefault="00000000">
            <w:pPr>
              <w:spacing w:before="40" w:after="40" w:line="240" w:lineRule="auto"/>
              <w:jc w:val="center"/>
              <w:rPr>
                <w:rFonts w:cs="Times New Roman"/>
              </w:rPr>
            </w:pPr>
            <w:r w:rsidRPr="008A20D0">
              <w:rPr>
                <w:rFonts w:cs="Times New Roman"/>
                <w:sz w:val="20"/>
              </w:rPr>
              <w:t>0.092</w:t>
            </w:r>
            <w:r w:rsidRPr="008A20D0">
              <w:rPr>
                <w:rFonts w:cs="Times New Roman"/>
                <w:sz w:val="20"/>
              </w:rPr>
              <w:br/>
              <w:t>(0.060 to 0.128)</w:t>
            </w:r>
          </w:p>
        </w:tc>
        <w:tc>
          <w:tcPr>
            <w:tcW w:w="1598" w:type="dxa"/>
            <w:vAlign w:val="center"/>
          </w:tcPr>
          <w:p w14:paraId="304B8221"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3BF4741A" w14:textId="77777777" w:rsidR="00EE5F04" w:rsidRPr="008A20D0" w:rsidRDefault="00000000">
      <w:pPr>
        <w:pStyle w:val="af7"/>
        <w:rPr>
          <w:rFonts w:cs="Times New Roman"/>
        </w:rPr>
      </w:pPr>
      <w:r w:rsidRPr="008A20D0">
        <w:rPr>
          <w:rFonts w:cs="Times New Roman"/>
        </w:rPr>
        <w:t>Table S5 (continued). D. POD3 in the 2025-onward test (N = 229; events = 13)</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627"/>
        <w:gridCol w:w="2045"/>
        <w:gridCol w:w="2045"/>
        <w:gridCol w:w="2045"/>
        <w:gridCol w:w="1598"/>
      </w:tblGrid>
      <w:tr w:rsidR="00EE5F04" w:rsidRPr="008A20D0" w14:paraId="0F983B2F" w14:textId="77777777">
        <w:trPr>
          <w:cantSplit/>
          <w:tblHeader/>
          <w:jc w:val="center"/>
        </w:trPr>
        <w:tc>
          <w:tcPr>
            <w:tcW w:w="1627" w:type="dxa"/>
            <w:vAlign w:val="center"/>
          </w:tcPr>
          <w:p w14:paraId="2C16EED3" w14:textId="77777777" w:rsidR="00EE5F04" w:rsidRPr="008A20D0" w:rsidRDefault="00000000">
            <w:pPr>
              <w:spacing w:before="40" w:after="40" w:line="240" w:lineRule="auto"/>
              <w:rPr>
                <w:rFonts w:cs="Times New Roman"/>
              </w:rPr>
            </w:pPr>
            <w:r w:rsidRPr="008A20D0">
              <w:rPr>
                <w:rFonts w:cs="Times New Roman"/>
                <w:b/>
                <w:sz w:val="20"/>
              </w:rPr>
              <w:t>Model</w:t>
            </w:r>
          </w:p>
        </w:tc>
        <w:tc>
          <w:tcPr>
            <w:tcW w:w="2045" w:type="dxa"/>
            <w:vAlign w:val="center"/>
          </w:tcPr>
          <w:p w14:paraId="06D4E547" w14:textId="77777777" w:rsidR="00EE5F04" w:rsidRPr="008A20D0" w:rsidRDefault="00000000">
            <w:pPr>
              <w:spacing w:before="40" w:after="40" w:line="240" w:lineRule="auto"/>
              <w:jc w:val="center"/>
              <w:rPr>
                <w:rFonts w:cs="Times New Roman"/>
              </w:rPr>
            </w:pPr>
            <w:r w:rsidRPr="008A20D0">
              <w:rPr>
                <w:rFonts w:cs="Times New Roman"/>
                <w:b/>
                <w:sz w:val="20"/>
              </w:rPr>
              <w:t>AUROC</w:t>
            </w:r>
            <w:r w:rsidRPr="008A20D0">
              <w:rPr>
                <w:rFonts w:cs="Times New Roman"/>
                <w:b/>
                <w:sz w:val="20"/>
              </w:rPr>
              <w:br/>
              <w:t>(95% CI)</w:t>
            </w:r>
          </w:p>
        </w:tc>
        <w:tc>
          <w:tcPr>
            <w:tcW w:w="2045" w:type="dxa"/>
            <w:vAlign w:val="center"/>
          </w:tcPr>
          <w:p w14:paraId="306C995B" w14:textId="77777777" w:rsidR="00EE5F04" w:rsidRPr="008A20D0" w:rsidRDefault="00000000">
            <w:pPr>
              <w:spacing w:before="40" w:after="40" w:line="240" w:lineRule="auto"/>
              <w:jc w:val="center"/>
              <w:rPr>
                <w:rFonts w:cs="Times New Roman"/>
              </w:rPr>
            </w:pPr>
            <w:r w:rsidRPr="008A20D0">
              <w:rPr>
                <w:rFonts w:cs="Times New Roman"/>
                <w:b/>
                <w:sz w:val="20"/>
              </w:rPr>
              <w:t>AP</w:t>
            </w:r>
            <w:r w:rsidRPr="008A20D0">
              <w:rPr>
                <w:rFonts w:cs="Times New Roman"/>
                <w:b/>
                <w:sz w:val="20"/>
              </w:rPr>
              <w:br/>
              <w:t>(95% CI)</w:t>
            </w:r>
          </w:p>
        </w:tc>
        <w:tc>
          <w:tcPr>
            <w:tcW w:w="2045" w:type="dxa"/>
            <w:vAlign w:val="center"/>
          </w:tcPr>
          <w:p w14:paraId="5143F340" w14:textId="77777777" w:rsidR="00EE5F04" w:rsidRPr="008A20D0" w:rsidRDefault="00000000">
            <w:pPr>
              <w:spacing w:before="40" w:after="40" w:line="240" w:lineRule="auto"/>
              <w:jc w:val="center"/>
              <w:rPr>
                <w:rFonts w:cs="Times New Roman"/>
              </w:rPr>
            </w:pPr>
            <w:r w:rsidRPr="008A20D0">
              <w:rPr>
                <w:rFonts w:cs="Times New Roman"/>
                <w:b/>
                <w:sz w:val="20"/>
              </w:rPr>
              <w:t>Brier</w:t>
            </w:r>
            <w:r w:rsidRPr="008A20D0">
              <w:rPr>
                <w:rFonts w:cs="Times New Roman"/>
                <w:b/>
                <w:sz w:val="20"/>
              </w:rPr>
              <w:br/>
              <w:t>(95% CI)</w:t>
            </w:r>
          </w:p>
        </w:tc>
        <w:tc>
          <w:tcPr>
            <w:tcW w:w="1598" w:type="dxa"/>
            <w:vAlign w:val="center"/>
          </w:tcPr>
          <w:p w14:paraId="36D7CB1F"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1F7EF2C3" w14:textId="77777777">
        <w:trPr>
          <w:cantSplit/>
          <w:jc w:val="center"/>
        </w:trPr>
        <w:tc>
          <w:tcPr>
            <w:tcW w:w="1627" w:type="dxa"/>
            <w:vAlign w:val="center"/>
          </w:tcPr>
          <w:p w14:paraId="5E232229" w14:textId="77777777" w:rsidR="00EE5F04" w:rsidRPr="008A20D0" w:rsidRDefault="00000000">
            <w:pPr>
              <w:spacing w:before="40" w:after="40" w:line="240" w:lineRule="auto"/>
              <w:rPr>
                <w:rFonts w:cs="Times New Roman"/>
              </w:rPr>
            </w:pPr>
            <w:r w:rsidRPr="008A20D0">
              <w:rPr>
                <w:rFonts w:cs="Times New Roman"/>
                <w:sz w:val="20"/>
              </w:rPr>
              <w:t>M1 Ridge</w:t>
            </w:r>
          </w:p>
        </w:tc>
        <w:tc>
          <w:tcPr>
            <w:tcW w:w="2045" w:type="dxa"/>
            <w:vAlign w:val="center"/>
          </w:tcPr>
          <w:p w14:paraId="04E25F8E" w14:textId="77777777" w:rsidR="00EE5F04" w:rsidRPr="008A20D0" w:rsidRDefault="00000000">
            <w:pPr>
              <w:spacing w:before="40" w:after="40" w:line="240" w:lineRule="auto"/>
              <w:jc w:val="center"/>
              <w:rPr>
                <w:rFonts w:cs="Times New Roman"/>
              </w:rPr>
            </w:pPr>
            <w:r w:rsidRPr="008A20D0">
              <w:rPr>
                <w:rFonts w:cs="Times New Roman"/>
                <w:sz w:val="20"/>
              </w:rPr>
              <w:t>0.583</w:t>
            </w:r>
            <w:r w:rsidRPr="008A20D0">
              <w:rPr>
                <w:rFonts w:cs="Times New Roman"/>
                <w:sz w:val="20"/>
              </w:rPr>
              <w:br/>
              <w:t>(0.416 to 0.727)</w:t>
            </w:r>
          </w:p>
        </w:tc>
        <w:tc>
          <w:tcPr>
            <w:tcW w:w="2045" w:type="dxa"/>
            <w:vAlign w:val="center"/>
          </w:tcPr>
          <w:p w14:paraId="7B788A32" w14:textId="77777777" w:rsidR="00EE5F04" w:rsidRPr="008A20D0" w:rsidRDefault="00000000">
            <w:pPr>
              <w:spacing w:before="40" w:after="40" w:line="240" w:lineRule="auto"/>
              <w:jc w:val="center"/>
              <w:rPr>
                <w:rFonts w:cs="Times New Roman"/>
              </w:rPr>
            </w:pPr>
            <w:r w:rsidRPr="008A20D0">
              <w:rPr>
                <w:rFonts w:cs="Times New Roman"/>
                <w:sz w:val="20"/>
              </w:rPr>
              <w:t>0.076</w:t>
            </w:r>
            <w:r w:rsidRPr="008A20D0">
              <w:rPr>
                <w:rFonts w:cs="Times New Roman"/>
                <w:sz w:val="20"/>
              </w:rPr>
              <w:br/>
              <w:t>(0.039 to 0.156)</w:t>
            </w:r>
          </w:p>
        </w:tc>
        <w:tc>
          <w:tcPr>
            <w:tcW w:w="2045" w:type="dxa"/>
            <w:vAlign w:val="center"/>
          </w:tcPr>
          <w:p w14:paraId="5A5AA888" w14:textId="77777777" w:rsidR="00EE5F04" w:rsidRPr="008A20D0" w:rsidRDefault="00000000">
            <w:pPr>
              <w:spacing w:before="40" w:after="40" w:line="240" w:lineRule="auto"/>
              <w:jc w:val="center"/>
              <w:rPr>
                <w:rFonts w:cs="Times New Roman"/>
              </w:rPr>
            </w:pPr>
            <w:r w:rsidRPr="008A20D0">
              <w:rPr>
                <w:rFonts w:cs="Times New Roman"/>
                <w:sz w:val="20"/>
              </w:rPr>
              <w:t>0.056</w:t>
            </w:r>
            <w:r w:rsidRPr="008A20D0">
              <w:rPr>
                <w:rFonts w:cs="Times New Roman"/>
                <w:sz w:val="20"/>
              </w:rPr>
              <w:br/>
              <w:t>(0.035 to 0.080)</w:t>
            </w:r>
          </w:p>
        </w:tc>
        <w:tc>
          <w:tcPr>
            <w:tcW w:w="1598" w:type="dxa"/>
            <w:vAlign w:val="center"/>
          </w:tcPr>
          <w:p w14:paraId="630059B9" w14:textId="77777777" w:rsidR="00EE5F04" w:rsidRPr="008A20D0" w:rsidRDefault="00000000">
            <w:pPr>
              <w:spacing w:before="40" w:after="40" w:line="240" w:lineRule="auto"/>
              <w:jc w:val="center"/>
              <w:rPr>
                <w:rFonts w:cs="Times New Roman"/>
              </w:rPr>
            </w:pPr>
            <w:r w:rsidRPr="008A20D0">
              <w:rPr>
                <w:rFonts w:cs="Times New Roman"/>
                <w:sz w:val="20"/>
              </w:rPr>
              <w:t>D</w:t>
            </w:r>
          </w:p>
        </w:tc>
      </w:tr>
      <w:tr w:rsidR="00EE5F04" w:rsidRPr="008A20D0" w14:paraId="3A94C781" w14:textId="77777777">
        <w:trPr>
          <w:cantSplit/>
          <w:jc w:val="center"/>
        </w:trPr>
        <w:tc>
          <w:tcPr>
            <w:tcW w:w="1627" w:type="dxa"/>
            <w:vAlign w:val="center"/>
          </w:tcPr>
          <w:p w14:paraId="6433F389" w14:textId="77777777" w:rsidR="00EE5F04" w:rsidRPr="008A20D0" w:rsidRDefault="00000000">
            <w:pPr>
              <w:spacing w:before="40" w:after="40" w:line="240" w:lineRule="auto"/>
              <w:rPr>
                <w:rFonts w:cs="Times New Roman"/>
              </w:rPr>
            </w:pPr>
            <w:r w:rsidRPr="008A20D0">
              <w:rPr>
                <w:rFonts w:cs="Times New Roman"/>
                <w:sz w:val="20"/>
              </w:rPr>
              <w:t>M3 Ridge</w:t>
            </w:r>
          </w:p>
        </w:tc>
        <w:tc>
          <w:tcPr>
            <w:tcW w:w="2045" w:type="dxa"/>
            <w:vAlign w:val="center"/>
          </w:tcPr>
          <w:p w14:paraId="3812C0A9" w14:textId="77777777" w:rsidR="00EE5F04" w:rsidRPr="008A20D0" w:rsidRDefault="00000000">
            <w:pPr>
              <w:spacing w:before="40" w:after="40" w:line="240" w:lineRule="auto"/>
              <w:jc w:val="center"/>
              <w:rPr>
                <w:rFonts w:cs="Times New Roman"/>
              </w:rPr>
            </w:pPr>
            <w:r w:rsidRPr="008A20D0">
              <w:rPr>
                <w:rFonts w:cs="Times New Roman"/>
                <w:sz w:val="20"/>
              </w:rPr>
              <w:t>0.516</w:t>
            </w:r>
            <w:r w:rsidRPr="008A20D0">
              <w:rPr>
                <w:rFonts w:cs="Times New Roman"/>
                <w:sz w:val="20"/>
              </w:rPr>
              <w:br/>
              <w:t>(0.351 to 0.675)</w:t>
            </w:r>
          </w:p>
        </w:tc>
        <w:tc>
          <w:tcPr>
            <w:tcW w:w="2045" w:type="dxa"/>
            <w:vAlign w:val="center"/>
          </w:tcPr>
          <w:p w14:paraId="4275F0D5" w14:textId="77777777" w:rsidR="00EE5F04" w:rsidRPr="008A20D0" w:rsidRDefault="00000000">
            <w:pPr>
              <w:spacing w:before="40" w:after="40" w:line="240" w:lineRule="auto"/>
              <w:jc w:val="center"/>
              <w:rPr>
                <w:rFonts w:cs="Times New Roman"/>
              </w:rPr>
            </w:pPr>
            <w:r w:rsidRPr="008A20D0">
              <w:rPr>
                <w:rFonts w:cs="Times New Roman"/>
                <w:sz w:val="20"/>
              </w:rPr>
              <w:t>0.064</w:t>
            </w:r>
            <w:r w:rsidRPr="008A20D0">
              <w:rPr>
                <w:rFonts w:cs="Times New Roman"/>
                <w:sz w:val="20"/>
              </w:rPr>
              <w:br/>
              <w:t>(0.033 to 0.126)</w:t>
            </w:r>
          </w:p>
        </w:tc>
        <w:tc>
          <w:tcPr>
            <w:tcW w:w="2045" w:type="dxa"/>
            <w:vAlign w:val="center"/>
          </w:tcPr>
          <w:p w14:paraId="41A4E243" w14:textId="77777777" w:rsidR="00EE5F04" w:rsidRPr="008A20D0" w:rsidRDefault="00000000">
            <w:pPr>
              <w:spacing w:before="40" w:after="40" w:line="240" w:lineRule="auto"/>
              <w:jc w:val="center"/>
              <w:rPr>
                <w:rFonts w:cs="Times New Roman"/>
              </w:rPr>
            </w:pPr>
            <w:r w:rsidRPr="008A20D0">
              <w:rPr>
                <w:rFonts w:cs="Times New Roman"/>
                <w:sz w:val="20"/>
              </w:rPr>
              <w:t>0.057</w:t>
            </w:r>
            <w:r w:rsidRPr="008A20D0">
              <w:rPr>
                <w:rFonts w:cs="Times New Roman"/>
                <w:sz w:val="20"/>
              </w:rPr>
              <w:br/>
              <w:t>(0.035 to 0.082)</w:t>
            </w:r>
          </w:p>
        </w:tc>
        <w:tc>
          <w:tcPr>
            <w:tcW w:w="1598" w:type="dxa"/>
            <w:vAlign w:val="center"/>
          </w:tcPr>
          <w:p w14:paraId="6D88F7BC"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60F1C245" w14:textId="77777777">
        <w:trPr>
          <w:cantSplit/>
          <w:jc w:val="center"/>
        </w:trPr>
        <w:tc>
          <w:tcPr>
            <w:tcW w:w="1627" w:type="dxa"/>
            <w:vAlign w:val="center"/>
          </w:tcPr>
          <w:p w14:paraId="78B68264" w14:textId="77777777" w:rsidR="00EE5F04" w:rsidRPr="008A20D0" w:rsidRDefault="00000000">
            <w:pPr>
              <w:spacing w:before="40" w:after="40" w:line="240" w:lineRule="auto"/>
              <w:rPr>
                <w:rFonts w:cs="Times New Roman"/>
              </w:rPr>
            </w:pPr>
            <w:r w:rsidRPr="008A20D0">
              <w:rPr>
                <w:rFonts w:cs="Times New Roman"/>
                <w:sz w:val="20"/>
              </w:rPr>
              <w:t>M1 XGB</w:t>
            </w:r>
          </w:p>
        </w:tc>
        <w:tc>
          <w:tcPr>
            <w:tcW w:w="2045" w:type="dxa"/>
            <w:vAlign w:val="center"/>
          </w:tcPr>
          <w:p w14:paraId="0CB53110" w14:textId="77777777" w:rsidR="00EE5F04" w:rsidRPr="008A20D0" w:rsidRDefault="00000000">
            <w:pPr>
              <w:spacing w:before="40" w:after="40" w:line="240" w:lineRule="auto"/>
              <w:jc w:val="center"/>
              <w:rPr>
                <w:rFonts w:cs="Times New Roman"/>
              </w:rPr>
            </w:pPr>
            <w:r w:rsidRPr="008A20D0">
              <w:rPr>
                <w:rFonts w:cs="Times New Roman"/>
                <w:sz w:val="20"/>
              </w:rPr>
              <w:t>0.699</w:t>
            </w:r>
            <w:r w:rsidRPr="008A20D0">
              <w:rPr>
                <w:rFonts w:cs="Times New Roman"/>
                <w:sz w:val="20"/>
              </w:rPr>
              <w:br/>
              <w:t>(0.570 to 0.814)</w:t>
            </w:r>
          </w:p>
        </w:tc>
        <w:tc>
          <w:tcPr>
            <w:tcW w:w="2045" w:type="dxa"/>
            <w:vAlign w:val="center"/>
          </w:tcPr>
          <w:p w14:paraId="1E27FAAC" w14:textId="77777777" w:rsidR="00EE5F04" w:rsidRPr="008A20D0" w:rsidRDefault="00000000">
            <w:pPr>
              <w:spacing w:before="40" w:after="40" w:line="240" w:lineRule="auto"/>
              <w:jc w:val="center"/>
              <w:rPr>
                <w:rFonts w:cs="Times New Roman"/>
              </w:rPr>
            </w:pPr>
            <w:r w:rsidRPr="008A20D0">
              <w:rPr>
                <w:rFonts w:cs="Times New Roman"/>
                <w:sz w:val="20"/>
              </w:rPr>
              <w:t>0.107</w:t>
            </w:r>
            <w:r w:rsidRPr="008A20D0">
              <w:rPr>
                <w:rFonts w:cs="Times New Roman"/>
                <w:sz w:val="20"/>
              </w:rPr>
              <w:br/>
              <w:t>(0.054 to 0.243)</w:t>
            </w:r>
          </w:p>
        </w:tc>
        <w:tc>
          <w:tcPr>
            <w:tcW w:w="2045" w:type="dxa"/>
            <w:vAlign w:val="center"/>
          </w:tcPr>
          <w:p w14:paraId="7EC85360" w14:textId="77777777" w:rsidR="00EE5F04" w:rsidRPr="008A20D0" w:rsidRDefault="00000000">
            <w:pPr>
              <w:spacing w:before="40" w:after="40" w:line="240" w:lineRule="auto"/>
              <w:jc w:val="center"/>
              <w:rPr>
                <w:rFonts w:cs="Times New Roman"/>
              </w:rPr>
            </w:pPr>
            <w:r w:rsidRPr="008A20D0">
              <w:rPr>
                <w:rFonts w:cs="Times New Roman"/>
                <w:sz w:val="20"/>
              </w:rPr>
              <w:t>0.055</w:t>
            </w:r>
            <w:r w:rsidRPr="008A20D0">
              <w:rPr>
                <w:rFonts w:cs="Times New Roman"/>
                <w:sz w:val="20"/>
              </w:rPr>
              <w:br/>
              <w:t>(0.034 to 0.081)</w:t>
            </w:r>
          </w:p>
        </w:tc>
        <w:tc>
          <w:tcPr>
            <w:tcW w:w="1598" w:type="dxa"/>
            <w:vAlign w:val="center"/>
          </w:tcPr>
          <w:p w14:paraId="6633813C"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43A49825" w14:textId="77777777">
        <w:trPr>
          <w:cantSplit/>
          <w:jc w:val="center"/>
        </w:trPr>
        <w:tc>
          <w:tcPr>
            <w:tcW w:w="1627" w:type="dxa"/>
            <w:vAlign w:val="center"/>
          </w:tcPr>
          <w:p w14:paraId="35B6CB5A" w14:textId="77777777" w:rsidR="00EE5F04" w:rsidRPr="008A20D0" w:rsidRDefault="00000000">
            <w:pPr>
              <w:spacing w:before="40" w:after="40" w:line="240" w:lineRule="auto"/>
              <w:rPr>
                <w:rFonts w:cs="Times New Roman"/>
              </w:rPr>
            </w:pPr>
            <w:r w:rsidRPr="008A20D0">
              <w:rPr>
                <w:rFonts w:cs="Times New Roman"/>
                <w:sz w:val="20"/>
              </w:rPr>
              <w:t>M3 XGB</w:t>
            </w:r>
          </w:p>
        </w:tc>
        <w:tc>
          <w:tcPr>
            <w:tcW w:w="2045" w:type="dxa"/>
            <w:vAlign w:val="center"/>
          </w:tcPr>
          <w:p w14:paraId="40A3FFF5" w14:textId="77777777" w:rsidR="00EE5F04" w:rsidRPr="008A20D0" w:rsidRDefault="00000000">
            <w:pPr>
              <w:spacing w:before="40" w:after="40" w:line="240" w:lineRule="auto"/>
              <w:jc w:val="center"/>
              <w:rPr>
                <w:rFonts w:cs="Times New Roman"/>
              </w:rPr>
            </w:pPr>
            <w:r w:rsidRPr="008A20D0">
              <w:rPr>
                <w:rFonts w:cs="Times New Roman"/>
                <w:sz w:val="20"/>
              </w:rPr>
              <w:t>0.622</w:t>
            </w:r>
            <w:r w:rsidRPr="008A20D0">
              <w:rPr>
                <w:rFonts w:cs="Times New Roman"/>
                <w:sz w:val="20"/>
              </w:rPr>
              <w:br/>
              <w:t>(0.482 to 0.764)</w:t>
            </w:r>
          </w:p>
        </w:tc>
        <w:tc>
          <w:tcPr>
            <w:tcW w:w="2045" w:type="dxa"/>
            <w:vAlign w:val="center"/>
          </w:tcPr>
          <w:p w14:paraId="6E9F1FAF" w14:textId="77777777" w:rsidR="00EE5F04" w:rsidRPr="008A20D0" w:rsidRDefault="00000000">
            <w:pPr>
              <w:spacing w:before="40" w:after="40" w:line="240" w:lineRule="auto"/>
              <w:jc w:val="center"/>
              <w:rPr>
                <w:rFonts w:cs="Times New Roman"/>
              </w:rPr>
            </w:pPr>
            <w:r w:rsidRPr="008A20D0">
              <w:rPr>
                <w:rFonts w:cs="Times New Roman"/>
                <w:sz w:val="20"/>
              </w:rPr>
              <w:t>0.162</w:t>
            </w:r>
            <w:r w:rsidRPr="008A20D0">
              <w:rPr>
                <w:rFonts w:cs="Times New Roman"/>
                <w:sz w:val="20"/>
              </w:rPr>
              <w:br/>
              <w:t>(0.046 to 0.366)</w:t>
            </w:r>
          </w:p>
        </w:tc>
        <w:tc>
          <w:tcPr>
            <w:tcW w:w="2045" w:type="dxa"/>
            <w:vAlign w:val="center"/>
          </w:tcPr>
          <w:p w14:paraId="698F79ED" w14:textId="77777777" w:rsidR="00EE5F04" w:rsidRPr="008A20D0" w:rsidRDefault="00000000">
            <w:pPr>
              <w:spacing w:before="40" w:after="40" w:line="240" w:lineRule="auto"/>
              <w:jc w:val="center"/>
              <w:rPr>
                <w:rFonts w:cs="Times New Roman"/>
              </w:rPr>
            </w:pPr>
            <w:r w:rsidRPr="008A20D0">
              <w:rPr>
                <w:rFonts w:cs="Times New Roman"/>
                <w:sz w:val="20"/>
              </w:rPr>
              <w:t>0.055</w:t>
            </w:r>
            <w:r w:rsidRPr="008A20D0">
              <w:rPr>
                <w:rFonts w:cs="Times New Roman"/>
                <w:sz w:val="20"/>
              </w:rPr>
              <w:br/>
              <w:t>(0.034 to 0.081)</w:t>
            </w:r>
          </w:p>
        </w:tc>
        <w:tc>
          <w:tcPr>
            <w:tcW w:w="1598" w:type="dxa"/>
            <w:vAlign w:val="center"/>
          </w:tcPr>
          <w:p w14:paraId="404574F4"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1C6DA5AD" w14:textId="77777777" w:rsidR="00EE5F04" w:rsidRPr="008A20D0" w:rsidRDefault="00000000">
      <w:pPr>
        <w:spacing w:after="100"/>
        <w:rPr>
          <w:rFonts w:cs="Times New Roman"/>
        </w:rPr>
      </w:pPr>
      <w:r w:rsidRPr="008A20D0">
        <w:rPr>
          <w:rFonts w:cs="Times New Roman"/>
          <w:sz w:val="20"/>
        </w:rPr>
        <w:t>D: the POD3 probability scale failed the project logit-SD threshold of 0.30. POD3 eligibility can differ from overall stratified-c eligibility because the latter depends on all component landmarks. AP is average precision. Sparse events limit precision. These POD3 results are supplementary; the temporal comparisons in the main text use stratified c.</w:t>
      </w:r>
    </w:p>
    <w:p w14:paraId="35799658"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Representation sensitivity analyses</w:t>
      </w:r>
    </w:p>
    <w:p w14:paraId="1489862A" w14:textId="77777777" w:rsidR="00EE5F04" w:rsidRPr="008A20D0" w:rsidRDefault="00000000">
      <w:pPr>
        <w:pStyle w:val="af7"/>
        <w:rPr>
          <w:rFonts w:cs="Times New Roman"/>
        </w:rPr>
      </w:pPr>
      <w:r w:rsidRPr="008A20D0">
        <w:rPr>
          <w:rFonts w:cs="Times New Roman"/>
        </w:rPr>
        <w:t>Table S6. Missingness and raw-value sensitivity analyses</w:t>
      </w:r>
      <w:r w:rsidRPr="008A20D0">
        <w:rPr>
          <w:rFonts w:cs="Times New Roman"/>
        </w:rPr>
        <w:br/>
        <w:t>A. Paired stratified c-statistic differences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4680"/>
        <w:gridCol w:w="3240"/>
        <w:gridCol w:w="1440"/>
      </w:tblGrid>
      <w:tr w:rsidR="00EE5F04" w:rsidRPr="008A20D0" w14:paraId="71D0D572" w14:textId="77777777">
        <w:trPr>
          <w:cantSplit/>
          <w:tblHeader/>
          <w:jc w:val="center"/>
        </w:trPr>
        <w:tc>
          <w:tcPr>
            <w:tcW w:w="4680" w:type="dxa"/>
            <w:vAlign w:val="center"/>
          </w:tcPr>
          <w:p w14:paraId="7AECA4B7" w14:textId="77777777" w:rsidR="00EE5F04" w:rsidRPr="008A20D0" w:rsidRDefault="00000000">
            <w:pPr>
              <w:spacing w:before="40" w:after="40" w:line="240" w:lineRule="auto"/>
              <w:rPr>
                <w:rFonts w:cs="Times New Roman"/>
              </w:rPr>
            </w:pPr>
            <w:r w:rsidRPr="008A20D0">
              <w:rPr>
                <w:rFonts w:cs="Times New Roman"/>
                <w:b/>
                <w:sz w:val="20"/>
              </w:rPr>
              <w:t>Contrast</w:t>
            </w:r>
          </w:p>
        </w:tc>
        <w:tc>
          <w:tcPr>
            <w:tcW w:w="3240" w:type="dxa"/>
            <w:vAlign w:val="center"/>
          </w:tcPr>
          <w:p w14:paraId="6377E7CE" w14:textId="77777777" w:rsidR="00EE5F04" w:rsidRPr="008A20D0" w:rsidRDefault="00000000">
            <w:pPr>
              <w:spacing w:before="40" w:after="40" w:line="240" w:lineRule="auto"/>
              <w:jc w:val="center"/>
              <w:rPr>
                <w:rFonts w:cs="Times New Roman"/>
              </w:rPr>
            </w:pPr>
            <w:r w:rsidRPr="008A20D0">
              <w:rPr>
                <w:rFonts w:cs="Times New Roman"/>
                <w:b/>
                <w:sz w:val="20"/>
              </w:rPr>
              <w:t>Difference</w:t>
            </w:r>
            <w:r w:rsidRPr="008A20D0">
              <w:rPr>
                <w:rFonts w:cs="Times New Roman"/>
                <w:b/>
                <w:sz w:val="20"/>
              </w:rPr>
              <w:br/>
              <w:t>(95% CI)</w:t>
            </w:r>
          </w:p>
        </w:tc>
        <w:tc>
          <w:tcPr>
            <w:tcW w:w="1440" w:type="dxa"/>
            <w:vAlign w:val="center"/>
          </w:tcPr>
          <w:p w14:paraId="0A04B643"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49CAA2B9" w14:textId="77777777">
        <w:trPr>
          <w:cantSplit/>
          <w:jc w:val="center"/>
        </w:trPr>
        <w:tc>
          <w:tcPr>
            <w:tcW w:w="4680" w:type="dxa"/>
            <w:vAlign w:val="center"/>
          </w:tcPr>
          <w:p w14:paraId="73995D96" w14:textId="77777777" w:rsidR="00EE5F04" w:rsidRPr="008A20D0" w:rsidRDefault="00000000">
            <w:pPr>
              <w:spacing w:before="40" w:after="40" w:line="240" w:lineRule="auto"/>
              <w:rPr>
                <w:rFonts w:cs="Times New Roman"/>
              </w:rPr>
            </w:pPr>
            <w:r w:rsidRPr="008A20D0">
              <w:rPr>
                <w:rFonts w:cs="Times New Roman"/>
                <w:sz w:val="20"/>
              </w:rPr>
              <w:t>M3 + mask Ridge</w:t>
            </w:r>
            <w:r w:rsidRPr="008A20D0">
              <w:rPr>
                <w:rFonts w:cs="Times New Roman"/>
                <w:sz w:val="20"/>
              </w:rPr>
              <w:br/>
              <w:t>minus</w:t>
            </w:r>
            <w:r w:rsidRPr="008A20D0">
              <w:rPr>
                <w:rFonts w:cs="Times New Roman"/>
                <w:sz w:val="20"/>
              </w:rPr>
              <w:br/>
              <w:t>M3 Ridge</w:t>
            </w:r>
          </w:p>
        </w:tc>
        <w:tc>
          <w:tcPr>
            <w:tcW w:w="3240" w:type="dxa"/>
            <w:vAlign w:val="center"/>
          </w:tcPr>
          <w:p w14:paraId="5DA84857" w14:textId="77777777" w:rsidR="00EE5F04" w:rsidRPr="008A20D0" w:rsidRDefault="00000000">
            <w:pPr>
              <w:spacing w:before="40" w:after="40" w:line="240" w:lineRule="auto"/>
              <w:jc w:val="center"/>
              <w:rPr>
                <w:rFonts w:cs="Times New Roman"/>
              </w:rPr>
            </w:pPr>
            <w:r w:rsidRPr="008A20D0">
              <w:rPr>
                <w:rFonts w:cs="Times New Roman"/>
                <w:sz w:val="20"/>
              </w:rPr>
              <w:t>-0.009</w:t>
            </w:r>
            <w:r w:rsidRPr="008A20D0">
              <w:rPr>
                <w:rFonts w:cs="Times New Roman"/>
                <w:sz w:val="20"/>
              </w:rPr>
              <w:br/>
              <w:t>(-0.036 to 0.018)</w:t>
            </w:r>
          </w:p>
        </w:tc>
        <w:tc>
          <w:tcPr>
            <w:tcW w:w="1440" w:type="dxa"/>
            <w:vAlign w:val="center"/>
          </w:tcPr>
          <w:p w14:paraId="1BEC0D65"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232ED0DB" w14:textId="77777777">
        <w:trPr>
          <w:cantSplit/>
          <w:jc w:val="center"/>
        </w:trPr>
        <w:tc>
          <w:tcPr>
            <w:tcW w:w="4680" w:type="dxa"/>
            <w:vAlign w:val="center"/>
          </w:tcPr>
          <w:p w14:paraId="7DD17489" w14:textId="77777777" w:rsidR="00EE5F04" w:rsidRPr="008A20D0" w:rsidRDefault="00000000">
            <w:pPr>
              <w:spacing w:before="40" w:after="40" w:line="240" w:lineRule="auto"/>
              <w:rPr>
                <w:rFonts w:cs="Times New Roman"/>
              </w:rPr>
            </w:pPr>
            <w:r w:rsidRPr="008A20D0">
              <w:rPr>
                <w:rFonts w:cs="Times New Roman"/>
                <w:sz w:val="20"/>
              </w:rPr>
              <w:t>M3 + mask + elapsed Ridge</w:t>
            </w:r>
            <w:r w:rsidRPr="008A20D0">
              <w:rPr>
                <w:rFonts w:cs="Times New Roman"/>
                <w:sz w:val="20"/>
              </w:rPr>
              <w:br/>
              <w:t>minus</w:t>
            </w:r>
            <w:r w:rsidRPr="008A20D0">
              <w:rPr>
                <w:rFonts w:cs="Times New Roman"/>
                <w:sz w:val="20"/>
              </w:rPr>
              <w:br/>
              <w:t>M3 + mask Ridge</w:t>
            </w:r>
          </w:p>
        </w:tc>
        <w:tc>
          <w:tcPr>
            <w:tcW w:w="3240" w:type="dxa"/>
            <w:vAlign w:val="center"/>
          </w:tcPr>
          <w:p w14:paraId="6770AA19" w14:textId="77777777" w:rsidR="00EE5F04" w:rsidRPr="008A20D0" w:rsidRDefault="00000000">
            <w:pPr>
              <w:spacing w:before="40" w:after="40" w:line="240" w:lineRule="auto"/>
              <w:jc w:val="center"/>
              <w:rPr>
                <w:rFonts w:cs="Times New Roman"/>
              </w:rPr>
            </w:pPr>
            <w:r w:rsidRPr="008A20D0">
              <w:rPr>
                <w:rFonts w:cs="Times New Roman"/>
                <w:sz w:val="20"/>
              </w:rPr>
              <w:t>-0.005</w:t>
            </w:r>
            <w:r w:rsidRPr="008A20D0">
              <w:rPr>
                <w:rFonts w:cs="Times New Roman"/>
                <w:sz w:val="20"/>
              </w:rPr>
              <w:br/>
              <w:t>(-0.030 to 0.019)</w:t>
            </w:r>
          </w:p>
        </w:tc>
        <w:tc>
          <w:tcPr>
            <w:tcW w:w="1440" w:type="dxa"/>
            <w:vAlign w:val="center"/>
          </w:tcPr>
          <w:p w14:paraId="683A6482"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21B0E584" w14:textId="77777777">
        <w:trPr>
          <w:cantSplit/>
          <w:jc w:val="center"/>
        </w:trPr>
        <w:tc>
          <w:tcPr>
            <w:tcW w:w="4680" w:type="dxa"/>
            <w:vAlign w:val="center"/>
          </w:tcPr>
          <w:p w14:paraId="560F1E2D" w14:textId="77777777" w:rsidR="00EE5F04" w:rsidRPr="008A20D0" w:rsidRDefault="00000000">
            <w:pPr>
              <w:spacing w:before="40" w:after="40" w:line="240" w:lineRule="auto"/>
              <w:rPr>
                <w:rFonts w:cs="Times New Roman"/>
              </w:rPr>
            </w:pPr>
            <w:r w:rsidRPr="008A20D0">
              <w:rPr>
                <w:rFonts w:cs="Times New Roman"/>
                <w:sz w:val="20"/>
              </w:rPr>
              <w:t>M3 + mask + elapsed Ridge</w:t>
            </w:r>
            <w:r w:rsidRPr="008A20D0">
              <w:rPr>
                <w:rFonts w:cs="Times New Roman"/>
                <w:sz w:val="20"/>
              </w:rPr>
              <w:br/>
              <w:t>minus</w:t>
            </w:r>
            <w:r w:rsidRPr="008A20D0">
              <w:rPr>
                <w:rFonts w:cs="Times New Roman"/>
                <w:sz w:val="20"/>
              </w:rPr>
              <w:br/>
              <w:t>M3 Ridge</w:t>
            </w:r>
          </w:p>
        </w:tc>
        <w:tc>
          <w:tcPr>
            <w:tcW w:w="3240" w:type="dxa"/>
            <w:vAlign w:val="center"/>
          </w:tcPr>
          <w:p w14:paraId="1D057C2B" w14:textId="77777777" w:rsidR="00EE5F04" w:rsidRPr="008A20D0" w:rsidRDefault="00000000">
            <w:pPr>
              <w:spacing w:before="40" w:after="40" w:line="240" w:lineRule="auto"/>
              <w:jc w:val="center"/>
              <w:rPr>
                <w:rFonts w:cs="Times New Roman"/>
              </w:rPr>
            </w:pPr>
            <w:r w:rsidRPr="008A20D0">
              <w:rPr>
                <w:rFonts w:cs="Times New Roman"/>
                <w:sz w:val="20"/>
              </w:rPr>
              <w:t>-0.013</w:t>
            </w:r>
            <w:r w:rsidRPr="008A20D0">
              <w:rPr>
                <w:rFonts w:cs="Times New Roman"/>
                <w:sz w:val="20"/>
              </w:rPr>
              <w:br/>
              <w:t>(-0.052 to 0.024)</w:t>
            </w:r>
          </w:p>
        </w:tc>
        <w:tc>
          <w:tcPr>
            <w:tcW w:w="1440" w:type="dxa"/>
            <w:vAlign w:val="center"/>
          </w:tcPr>
          <w:p w14:paraId="76792C99"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523BB72B" w14:textId="77777777">
        <w:trPr>
          <w:cantSplit/>
          <w:jc w:val="center"/>
        </w:trPr>
        <w:tc>
          <w:tcPr>
            <w:tcW w:w="4680" w:type="dxa"/>
            <w:vAlign w:val="center"/>
          </w:tcPr>
          <w:p w14:paraId="1A61BD37" w14:textId="77777777" w:rsidR="00EE5F04" w:rsidRPr="008A20D0" w:rsidRDefault="00000000">
            <w:pPr>
              <w:spacing w:before="40" w:after="40" w:line="240" w:lineRule="auto"/>
              <w:rPr>
                <w:rFonts w:cs="Times New Roman"/>
              </w:rPr>
            </w:pPr>
            <w:r w:rsidRPr="008A20D0">
              <w:rPr>
                <w:rFonts w:cs="Times New Roman"/>
                <w:sz w:val="20"/>
              </w:rPr>
              <w:t>M2 unscaled Ridge</w:t>
            </w:r>
            <w:r w:rsidRPr="008A20D0">
              <w:rPr>
                <w:rFonts w:cs="Times New Roman"/>
                <w:sz w:val="20"/>
              </w:rPr>
              <w:br/>
              <w:t>minus</w:t>
            </w:r>
            <w:r w:rsidRPr="008A20D0">
              <w:rPr>
                <w:rFonts w:cs="Times New Roman"/>
                <w:sz w:val="20"/>
              </w:rPr>
              <w:br/>
              <w:t>M2 Ridge</w:t>
            </w:r>
          </w:p>
        </w:tc>
        <w:tc>
          <w:tcPr>
            <w:tcW w:w="3240" w:type="dxa"/>
            <w:vAlign w:val="center"/>
          </w:tcPr>
          <w:p w14:paraId="32A4ACAA" w14:textId="77777777" w:rsidR="00EE5F04" w:rsidRPr="008A20D0" w:rsidRDefault="00000000">
            <w:pPr>
              <w:spacing w:before="40" w:after="40" w:line="240" w:lineRule="auto"/>
              <w:jc w:val="center"/>
              <w:rPr>
                <w:rFonts w:cs="Times New Roman"/>
              </w:rPr>
            </w:pPr>
            <w:r w:rsidRPr="008A20D0">
              <w:rPr>
                <w:rFonts w:cs="Times New Roman"/>
                <w:sz w:val="20"/>
              </w:rPr>
              <w:t>-0.001</w:t>
            </w:r>
            <w:r w:rsidRPr="008A20D0">
              <w:rPr>
                <w:rFonts w:cs="Times New Roman"/>
                <w:sz w:val="20"/>
              </w:rPr>
              <w:br/>
              <w:t>(-0.002 to 0.001)</w:t>
            </w:r>
          </w:p>
        </w:tc>
        <w:tc>
          <w:tcPr>
            <w:tcW w:w="1440" w:type="dxa"/>
            <w:vAlign w:val="center"/>
          </w:tcPr>
          <w:p w14:paraId="7280CCBF"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2AE09348" w14:textId="77777777">
        <w:trPr>
          <w:cantSplit/>
          <w:jc w:val="center"/>
        </w:trPr>
        <w:tc>
          <w:tcPr>
            <w:tcW w:w="4680" w:type="dxa"/>
            <w:vAlign w:val="center"/>
          </w:tcPr>
          <w:p w14:paraId="57EEC928" w14:textId="77777777" w:rsidR="00EE5F04" w:rsidRPr="008A20D0" w:rsidRDefault="00000000">
            <w:pPr>
              <w:spacing w:before="40" w:after="40" w:line="240" w:lineRule="auto"/>
              <w:rPr>
                <w:rFonts w:cs="Times New Roman"/>
              </w:rPr>
            </w:pPr>
            <w:r w:rsidRPr="008A20D0">
              <w:rPr>
                <w:rFonts w:cs="Times New Roman"/>
                <w:sz w:val="20"/>
              </w:rPr>
              <w:t>M3 + mask XGB</w:t>
            </w:r>
            <w:r w:rsidRPr="008A20D0">
              <w:rPr>
                <w:rFonts w:cs="Times New Roman"/>
                <w:sz w:val="20"/>
              </w:rPr>
              <w:br/>
              <w:t>minus</w:t>
            </w:r>
            <w:r w:rsidRPr="008A20D0">
              <w:rPr>
                <w:rFonts w:cs="Times New Roman"/>
                <w:sz w:val="20"/>
              </w:rPr>
              <w:br/>
              <w:t>M3 XGB</w:t>
            </w:r>
          </w:p>
        </w:tc>
        <w:tc>
          <w:tcPr>
            <w:tcW w:w="3240" w:type="dxa"/>
            <w:vAlign w:val="center"/>
          </w:tcPr>
          <w:p w14:paraId="7EA7E9E1" w14:textId="77777777" w:rsidR="00EE5F04" w:rsidRPr="008A20D0" w:rsidRDefault="00000000">
            <w:pPr>
              <w:spacing w:before="40" w:after="40" w:line="240" w:lineRule="auto"/>
              <w:jc w:val="center"/>
              <w:rPr>
                <w:rFonts w:cs="Times New Roman"/>
              </w:rPr>
            </w:pPr>
            <w:r w:rsidRPr="008A20D0">
              <w:rPr>
                <w:rFonts w:cs="Times New Roman"/>
                <w:sz w:val="20"/>
              </w:rPr>
              <w:t>-0.009</w:t>
            </w:r>
            <w:r w:rsidRPr="008A20D0">
              <w:rPr>
                <w:rFonts w:cs="Times New Roman"/>
                <w:sz w:val="20"/>
              </w:rPr>
              <w:br/>
              <w:t>(-0.023 to 0.002)</w:t>
            </w:r>
          </w:p>
        </w:tc>
        <w:tc>
          <w:tcPr>
            <w:tcW w:w="1440" w:type="dxa"/>
            <w:vAlign w:val="center"/>
          </w:tcPr>
          <w:p w14:paraId="0AC46197"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759A07AF" w14:textId="77777777">
        <w:trPr>
          <w:cantSplit/>
          <w:jc w:val="center"/>
        </w:trPr>
        <w:tc>
          <w:tcPr>
            <w:tcW w:w="4680" w:type="dxa"/>
            <w:vAlign w:val="center"/>
          </w:tcPr>
          <w:p w14:paraId="047EF831" w14:textId="77777777" w:rsidR="00EE5F04" w:rsidRPr="008A20D0" w:rsidRDefault="00000000">
            <w:pPr>
              <w:spacing w:before="40" w:after="40" w:line="240" w:lineRule="auto"/>
              <w:rPr>
                <w:rFonts w:cs="Times New Roman"/>
              </w:rPr>
            </w:pPr>
            <w:r w:rsidRPr="008A20D0">
              <w:rPr>
                <w:rFonts w:cs="Times New Roman"/>
                <w:sz w:val="20"/>
              </w:rPr>
              <w:t>M3 + mask + elapsed XGB</w:t>
            </w:r>
            <w:r w:rsidRPr="008A20D0">
              <w:rPr>
                <w:rFonts w:cs="Times New Roman"/>
                <w:sz w:val="20"/>
              </w:rPr>
              <w:br/>
              <w:t>minus</w:t>
            </w:r>
            <w:r w:rsidRPr="008A20D0">
              <w:rPr>
                <w:rFonts w:cs="Times New Roman"/>
                <w:sz w:val="20"/>
              </w:rPr>
              <w:br/>
              <w:t>M3 + mask XGB</w:t>
            </w:r>
          </w:p>
        </w:tc>
        <w:tc>
          <w:tcPr>
            <w:tcW w:w="3240" w:type="dxa"/>
            <w:vAlign w:val="center"/>
          </w:tcPr>
          <w:p w14:paraId="16042AC6" w14:textId="77777777" w:rsidR="00EE5F04" w:rsidRPr="008A20D0" w:rsidRDefault="00000000">
            <w:pPr>
              <w:spacing w:before="40" w:after="40" w:line="240" w:lineRule="auto"/>
              <w:jc w:val="center"/>
              <w:rPr>
                <w:rFonts w:cs="Times New Roman"/>
              </w:rPr>
            </w:pPr>
            <w:r w:rsidRPr="008A20D0">
              <w:rPr>
                <w:rFonts w:cs="Times New Roman"/>
                <w:sz w:val="20"/>
              </w:rPr>
              <w:t>0.028</w:t>
            </w:r>
            <w:r w:rsidRPr="008A20D0">
              <w:rPr>
                <w:rFonts w:cs="Times New Roman"/>
                <w:sz w:val="20"/>
              </w:rPr>
              <w:br/>
              <w:t>(0.005 to 0.052)</w:t>
            </w:r>
          </w:p>
        </w:tc>
        <w:tc>
          <w:tcPr>
            <w:tcW w:w="1440" w:type="dxa"/>
            <w:vAlign w:val="center"/>
          </w:tcPr>
          <w:p w14:paraId="38E99F88"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2AE239A0" w14:textId="77777777">
        <w:trPr>
          <w:cantSplit/>
          <w:jc w:val="center"/>
        </w:trPr>
        <w:tc>
          <w:tcPr>
            <w:tcW w:w="4680" w:type="dxa"/>
            <w:vAlign w:val="center"/>
          </w:tcPr>
          <w:p w14:paraId="3125B844" w14:textId="77777777" w:rsidR="00EE5F04" w:rsidRPr="008A20D0" w:rsidRDefault="00000000">
            <w:pPr>
              <w:spacing w:before="40" w:after="40" w:line="240" w:lineRule="auto"/>
              <w:rPr>
                <w:rFonts w:cs="Times New Roman"/>
              </w:rPr>
            </w:pPr>
            <w:r w:rsidRPr="008A20D0">
              <w:rPr>
                <w:rFonts w:cs="Times New Roman"/>
                <w:sz w:val="20"/>
              </w:rPr>
              <w:t>M3 + mask + elapsed XGB</w:t>
            </w:r>
            <w:r w:rsidRPr="008A20D0">
              <w:rPr>
                <w:rFonts w:cs="Times New Roman"/>
                <w:sz w:val="20"/>
              </w:rPr>
              <w:br/>
              <w:t>minus</w:t>
            </w:r>
            <w:r w:rsidRPr="008A20D0">
              <w:rPr>
                <w:rFonts w:cs="Times New Roman"/>
                <w:sz w:val="20"/>
              </w:rPr>
              <w:br/>
              <w:t>M3 XGB</w:t>
            </w:r>
          </w:p>
        </w:tc>
        <w:tc>
          <w:tcPr>
            <w:tcW w:w="3240" w:type="dxa"/>
            <w:vAlign w:val="center"/>
          </w:tcPr>
          <w:p w14:paraId="0F1ACD91" w14:textId="77777777" w:rsidR="00EE5F04" w:rsidRPr="008A20D0" w:rsidRDefault="00000000">
            <w:pPr>
              <w:spacing w:before="40" w:after="40" w:line="240" w:lineRule="auto"/>
              <w:jc w:val="center"/>
              <w:rPr>
                <w:rFonts w:cs="Times New Roman"/>
              </w:rPr>
            </w:pPr>
            <w:r w:rsidRPr="008A20D0">
              <w:rPr>
                <w:rFonts w:cs="Times New Roman"/>
                <w:sz w:val="20"/>
              </w:rPr>
              <w:t>0.019</w:t>
            </w:r>
            <w:r w:rsidRPr="008A20D0">
              <w:rPr>
                <w:rFonts w:cs="Times New Roman"/>
                <w:sz w:val="20"/>
              </w:rPr>
              <w:br/>
              <w:t>(-0.006 to 0.046)</w:t>
            </w:r>
          </w:p>
        </w:tc>
        <w:tc>
          <w:tcPr>
            <w:tcW w:w="1440" w:type="dxa"/>
            <w:vAlign w:val="center"/>
          </w:tcPr>
          <w:p w14:paraId="124CE462"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5508EC92" w14:textId="77777777">
        <w:trPr>
          <w:cantSplit/>
          <w:jc w:val="center"/>
        </w:trPr>
        <w:tc>
          <w:tcPr>
            <w:tcW w:w="4680" w:type="dxa"/>
            <w:vAlign w:val="center"/>
          </w:tcPr>
          <w:p w14:paraId="43C9878A" w14:textId="77777777" w:rsidR="00EE5F04" w:rsidRPr="008A20D0" w:rsidRDefault="00000000">
            <w:pPr>
              <w:spacing w:before="40" w:after="40" w:line="240" w:lineRule="auto"/>
              <w:rPr>
                <w:rFonts w:cs="Times New Roman"/>
              </w:rPr>
            </w:pPr>
            <w:r w:rsidRPr="008A20D0">
              <w:rPr>
                <w:rFonts w:cs="Times New Roman"/>
                <w:sz w:val="20"/>
              </w:rPr>
              <w:t>M2 unscaled XGB</w:t>
            </w:r>
            <w:r w:rsidRPr="008A20D0">
              <w:rPr>
                <w:rFonts w:cs="Times New Roman"/>
                <w:sz w:val="20"/>
              </w:rPr>
              <w:br/>
              <w:t>minus</w:t>
            </w:r>
            <w:r w:rsidRPr="008A20D0">
              <w:rPr>
                <w:rFonts w:cs="Times New Roman"/>
                <w:sz w:val="20"/>
              </w:rPr>
              <w:br/>
              <w:t>M2 XGB</w:t>
            </w:r>
          </w:p>
        </w:tc>
        <w:tc>
          <w:tcPr>
            <w:tcW w:w="3240" w:type="dxa"/>
            <w:vAlign w:val="center"/>
          </w:tcPr>
          <w:p w14:paraId="25619FDD" w14:textId="77777777" w:rsidR="00EE5F04" w:rsidRPr="008A20D0" w:rsidRDefault="00000000">
            <w:pPr>
              <w:spacing w:before="40" w:after="40" w:line="240" w:lineRule="auto"/>
              <w:jc w:val="center"/>
              <w:rPr>
                <w:rFonts w:cs="Times New Roman"/>
              </w:rPr>
            </w:pPr>
            <w:r w:rsidRPr="008A20D0">
              <w:rPr>
                <w:rFonts w:cs="Times New Roman"/>
                <w:sz w:val="20"/>
              </w:rPr>
              <w:t>0.004</w:t>
            </w:r>
            <w:r w:rsidRPr="008A20D0">
              <w:rPr>
                <w:rFonts w:cs="Times New Roman"/>
                <w:sz w:val="20"/>
              </w:rPr>
              <w:br/>
              <w:t>(-0.008 to 0.015)</w:t>
            </w:r>
          </w:p>
        </w:tc>
        <w:tc>
          <w:tcPr>
            <w:tcW w:w="1440" w:type="dxa"/>
            <w:vAlign w:val="center"/>
          </w:tcPr>
          <w:p w14:paraId="2D3E95E3"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52688557" w14:textId="77777777" w:rsidR="00EE5F04" w:rsidRPr="008A20D0" w:rsidRDefault="00000000">
      <w:pPr>
        <w:spacing w:after="100"/>
        <w:rPr>
          <w:rFonts w:cs="Times New Roman"/>
        </w:rPr>
      </w:pPr>
      <w:r w:rsidRPr="008A20D0">
        <w:rPr>
          <w:rFonts w:cs="Times New Roman"/>
          <w:sz w:val="20"/>
        </w:rPr>
        <w:t>All results use raw probabilities and are exploratory. M3 + mask adds daily observation indicators; M3 + mask + elapsed additionally includes days since the most recent observation. M2 unscaled omits procalcitonin and drain-fluid-amylase era standardization. Main M3 has no explicit mask or elapsed channels; imputation and native missing-value handling can nevertheless convey missingness information.</w:t>
      </w:r>
    </w:p>
    <w:p w14:paraId="0ED02E74" w14:textId="77777777" w:rsidR="00EE5F04" w:rsidRPr="008A20D0" w:rsidRDefault="00000000">
      <w:pPr>
        <w:spacing w:after="100"/>
        <w:rPr>
          <w:rFonts w:cs="Times New Roman"/>
        </w:rPr>
      </w:pPr>
      <w:r w:rsidRPr="008A20D0">
        <w:rPr>
          <w:rFonts w:cs="Times New Roman"/>
          <w:sz w:val="20"/>
        </w:rPr>
        <w:t>The XGB mask + elapsed versus mask contrast differs from mask + elapsed versus main M3. The interval above zero for the former does not show superiority over main M3 or replace the four primary contrasts. Eligible denotes the project dispersion rule, not clinical validity.</w:t>
      </w:r>
    </w:p>
    <w:p w14:paraId="6392D56E"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Representation sensitivity analyses (continued)</w:t>
      </w:r>
    </w:p>
    <w:p w14:paraId="1312CD22" w14:textId="77777777" w:rsidR="00EE5F04" w:rsidRPr="008A20D0" w:rsidRDefault="00000000">
      <w:pPr>
        <w:pStyle w:val="af7"/>
        <w:rPr>
          <w:rFonts w:cs="Times New Roman"/>
        </w:rPr>
      </w:pPr>
      <w:r w:rsidRPr="008A20D0">
        <w:rPr>
          <w:rFonts w:cs="Times New Roman"/>
        </w:rPr>
        <w:t>Table S6 (continued). B. POD3 paired differences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2477"/>
        <w:gridCol w:w="1886"/>
        <w:gridCol w:w="1886"/>
        <w:gridCol w:w="1886"/>
        <w:gridCol w:w="1224"/>
      </w:tblGrid>
      <w:tr w:rsidR="00EE5F04" w:rsidRPr="008A20D0" w14:paraId="57D9002A" w14:textId="77777777">
        <w:trPr>
          <w:cantSplit/>
          <w:tblHeader/>
          <w:jc w:val="center"/>
        </w:trPr>
        <w:tc>
          <w:tcPr>
            <w:tcW w:w="2477" w:type="dxa"/>
            <w:vAlign w:val="center"/>
          </w:tcPr>
          <w:p w14:paraId="5354419B" w14:textId="77777777" w:rsidR="00EE5F04" w:rsidRPr="008A20D0" w:rsidRDefault="00000000">
            <w:pPr>
              <w:spacing w:before="40" w:after="40" w:line="240" w:lineRule="auto"/>
              <w:rPr>
                <w:rFonts w:cs="Times New Roman"/>
              </w:rPr>
            </w:pPr>
            <w:r w:rsidRPr="008A20D0">
              <w:rPr>
                <w:rFonts w:cs="Times New Roman"/>
                <w:b/>
                <w:sz w:val="20"/>
              </w:rPr>
              <w:t>Contrast</w:t>
            </w:r>
          </w:p>
        </w:tc>
        <w:tc>
          <w:tcPr>
            <w:tcW w:w="1886" w:type="dxa"/>
            <w:vAlign w:val="center"/>
          </w:tcPr>
          <w:p w14:paraId="6265B03F" w14:textId="77777777" w:rsidR="00EE5F04" w:rsidRPr="008A20D0" w:rsidRDefault="00000000">
            <w:pPr>
              <w:spacing w:before="40" w:after="40" w:line="240" w:lineRule="auto"/>
              <w:jc w:val="center"/>
              <w:rPr>
                <w:rFonts w:cs="Times New Roman"/>
              </w:rPr>
            </w:pPr>
            <w:r w:rsidRPr="008A20D0">
              <w:rPr>
                <w:rFonts w:cs="Times New Roman"/>
                <w:b/>
                <w:sz w:val="20"/>
              </w:rPr>
              <w:t>ΔAUROC</w:t>
            </w:r>
            <w:r w:rsidRPr="008A20D0">
              <w:rPr>
                <w:rFonts w:cs="Times New Roman"/>
                <w:b/>
                <w:sz w:val="20"/>
              </w:rPr>
              <w:br/>
              <w:t>(95% CI)</w:t>
            </w:r>
          </w:p>
        </w:tc>
        <w:tc>
          <w:tcPr>
            <w:tcW w:w="1886" w:type="dxa"/>
            <w:vAlign w:val="center"/>
          </w:tcPr>
          <w:p w14:paraId="72275207" w14:textId="77777777" w:rsidR="00EE5F04" w:rsidRPr="008A20D0" w:rsidRDefault="00000000">
            <w:pPr>
              <w:spacing w:before="40" w:after="40" w:line="240" w:lineRule="auto"/>
              <w:jc w:val="center"/>
              <w:rPr>
                <w:rFonts w:cs="Times New Roman"/>
              </w:rPr>
            </w:pPr>
            <w:r w:rsidRPr="008A20D0">
              <w:rPr>
                <w:rFonts w:cs="Times New Roman"/>
                <w:b/>
                <w:sz w:val="20"/>
              </w:rPr>
              <w:t>ΔAP</w:t>
            </w:r>
            <w:r w:rsidRPr="008A20D0">
              <w:rPr>
                <w:rFonts w:cs="Times New Roman"/>
                <w:b/>
                <w:sz w:val="20"/>
              </w:rPr>
              <w:br/>
              <w:t>(95% CI)</w:t>
            </w:r>
          </w:p>
        </w:tc>
        <w:tc>
          <w:tcPr>
            <w:tcW w:w="1886" w:type="dxa"/>
            <w:vAlign w:val="center"/>
          </w:tcPr>
          <w:p w14:paraId="6982BB05" w14:textId="77777777" w:rsidR="00EE5F04" w:rsidRPr="008A20D0" w:rsidRDefault="00000000">
            <w:pPr>
              <w:spacing w:before="40" w:after="40" w:line="240" w:lineRule="auto"/>
              <w:jc w:val="center"/>
              <w:rPr>
                <w:rFonts w:cs="Times New Roman"/>
              </w:rPr>
            </w:pPr>
            <w:r w:rsidRPr="008A20D0">
              <w:rPr>
                <w:rFonts w:cs="Times New Roman"/>
                <w:b/>
                <w:sz w:val="20"/>
              </w:rPr>
              <w:t>ΔBrier</w:t>
            </w:r>
            <w:r w:rsidRPr="008A20D0">
              <w:rPr>
                <w:rFonts w:cs="Times New Roman"/>
                <w:b/>
                <w:sz w:val="20"/>
              </w:rPr>
              <w:br/>
              <w:t>(95% CI)</w:t>
            </w:r>
          </w:p>
        </w:tc>
        <w:tc>
          <w:tcPr>
            <w:tcW w:w="1224" w:type="dxa"/>
            <w:vAlign w:val="center"/>
          </w:tcPr>
          <w:p w14:paraId="574D9EFC"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7B00D01B" w14:textId="77777777">
        <w:trPr>
          <w:cantSplit/>
          <w:jc w:val="center"/>
        </w:trPr>
        <w:tc>
          <w:tcPr>
            <w:tcW w:w="2477" w:type="dxa"/>
            <w:vAlign w:val="center"/>
          </w:tcPr>
          <w:p w14:paraId="3AE82433" w14:textId="77777777" w:rsidR="00EE5F04" w:rsidRPr="008A20D0" w:rsidRDefault="00000000">
            <w:pPr>
              <w:spacing w:before="40" w:after="40" w:line="240" w:lineRule="auto"/>
              <w:rPr>
                <w:rFonts w:cs="Times New Roman"/>
              </w:rPr>
            </w:pPr>
            <w:r w:rsidRPr="008A20D0">
              <w:rPr>
                <w:rFonts w:cs="Times New Roman"/>
                <w:sz w:val="20"/>
              </w:rPr>
              <w:t>M3 + mask Ridge</w:t>
            </w:r>
            <w:r w:rsidRPr="008A20D0">
              <w:rPr>
                <w:rFonts w:cs="Times New Roman"/>
                <w:sz w:val="20"/>
              </w:rPr>
              <w:br/>
              <w:t>minus</w:t>
            </w:r>
            <w:r w:rsidRPr="008A20D0">
              <w:rPr>
                <w:rFonts w:cs="Times New Roman"/>
                <w:sz w:val="20"/>
              </w:rPr>
              <w:br/>
              <w:t>M3 Ridge</w:t>
            </w:r>
          </w:p>
        </w:tc>
        <w:tc>
          <w:tcPr>
            <w:tcW w:w="1886" w:type="dxa"/>
            <w:vAlign w:val="center"/>
          </w:tcPr>
          <w:p w14:paraId="76C1834E" w14:textId="77777777" w:rsidR="00EE5F04" w:rsidRPr="008A20D0" w:rsidRDefault="00000000">
            <w:pPr>
              <w:spacing w:before="40" w:after="40" w:line="240" w:lineRule="auto"/>
              <w:jc w:val="center"/>
              <w:rPr>
                <w:rFonts w:cs="Times New Roman"/>
              </w:rPr>
            </w:pPr>
            <w:r w:rsidRPr="008A20D0">
              <w:rPr>
                <w:rFonts w:cs="Times New Roman"/>
                <w:sz w:val="20"/>
              </w:rPr>
              <w:t>-0.021</w:t>
            </w:r>
            <w:r w:rsidRPr="008A20D0">
              <w:rPr>
                <w:rFonts w:cs="Times New Roman"/>
                <w:sz w:val="20"/>
              </w:rPr>
              <w:br/>
              <w:t>(-0.058 to 0.016)</w:t>
            </w:r>
          </w:p>
        </w:tc>
        <w:tc>
          <w:tcPr>
            <w:tcW w:w="1886" w:type="dxa"/>
            <w:vAlign w:val="center"/>
          </w:tcPr>
          <w:p w14:paraId="78D72BD0" w14:textId="77777777" w:rsidR="00EE5F04" w:rsidRPr="008A20D0" w:rsidRDefault="00000000">
            <w:pPr>
              <w:spacing w:before="40" w:after="40" w:line="240" w:lineRule="auto"/>
              <w:jc w:val="center"/>
              <w:rPr>
                <w:rFonts w:cs="Times New Roman"/>
              </w:rPr>
            </w:pPr>
            <w:r w:rsidRPr="008A20D0">
              <w:rPr>
                <w:rFonts w:cs="Times New Roman"/>
                <w:sz w:val="20"/>
              </w:rPr>
              <w:t>-0.011</w:t>
            </w:r>
            <w:r w:rsidRPr="008A20D0">
              <w:rPr>
                <w:rFonts w:cs="Times New Roman"/>
                <w:sz w:val="20"/>
              </w:rPr>
              <w:br/>
              <w:t>(-0.035 to 0.009)</w:t>
            </w:r>
          </w:p>
        </w:tc>
        <w:tc>
          <w:tcPr>
            <w:tcW w:w="1886" w:type="dxa"/>
            <w:vAlign w:val="center"/>
          </w:tcPr>
          <w:p w14:paraId="71B8BABA" w14:textId="77777777" w:rsidR="00EE5F04" w:rsidRPr="008A20D0" w:rsidRDefault="00000000">
            <w:pPr>
              <w:spacing w:before="40" w:after="40" w:line="240" w:lineRule="auto"/>
              <w:jc w:val="center"/>
              <w:rPr>
                <w:rFonts w:cs="Times New Roman"/>
              </w:rPr>
            </w:pPr>
            <w:r w:rsidRPr="008A20D0">
              <w:rPr>
                <w:rFonts w:cs="Times New Roman"/>
                <w:sz w:val="20"/>
              </w:rPr>
              <w:t>0.000</w:t>
            </w:r>
            <w:r w:rsidRPr="008A20D0">
              <w:rPr>
                <w:rFonts w:cs="Times New Roman"/>
                <w:sz w:val="20"/>
              </w:rPr>
              <w:br/>
              <w:t>(-0.000 to 0.001)</w:t>
            </w:r>
          </w:p>
        </w:tc>
        <w:tc>
          <w:tcPr>
            <w:tcW w:w="1224" w:type="dxa"/>
            <w:vAlign w:val="center"/>
          </w:tcPr>
          <w:p w14:paraId="56E06EA0"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00FADDE8" w14:textId="77777777">
        <w:trPr>
          <w:cantSplit/>
          <w:jc w:val="center"/>
        </w:trPr>
        <w:tc>
          <w:tcPr>
            <w:tcW w:w="2477" w:type="dxa"/>
            <w:vAlign w:val="center"/>
          </w:tcPr>
          <w:p w14:paraId="693C8FCC" w14:textId="77777777" w:rsidR="00EE5F04" w:rsidRPr="008A20D0" w:rsidRDefault="00000000">
            <w:pPr>
              <w:spacing w:before="40" w:after="40" w:line="240" w:lineRule="auto"/>
              <w:rPr>
                <w:rFonts w:cs="Times New Roman"/>
              </w:rPr>
            </w:pPr>
            <w:r w:rsidRPr="008A20D0">
              <w:rPr>
                <w:rFonts w:cs="Times New Roman"/>
                <w:sz w:val="20"/>
              </w:rPr>
              <w:t>M3 + mask + elapsed Ridge</w:t>
            </w:r>
            <w:r w:rsidRPr="008A20D0">
              <w:rPr>
                <w:rFonts w:cs="Times New Roman"/>
                <w:sz w:val="20"/>
              </w:rPr>
              <w:br/>
              <w:t>minus</w:t>
            </w:r>
            <w:r w:rsidRPr="008A20D0">
              <w:rPr>
                <w:rFonts w:cs="Times New Roman"/>
                <w:sz w:val="20"/>
              </w:rPr>
              <w:br/>
              <w:t>M3 + mask Ridge</w:t>
            </w:r>
          </w:p>
        </w:tc>
        <w:tc>
          <w:tcPr>
            <w:tcW w:w="1886" w:type="dxa"/>
            <w:vAlign w:val="center"/>
          </w:tcPr>
          <w:p w14:paraId="536565D7" w14:textId="77777777" w:rsidR="00EE5F04" w:rsidRPr="008A20D0" w:rsidRDefault="00000000">
            <w:pPr>
              <w:spacing w:before="40" w:after="40" w:line="240" w:lineRule="auto"/>
              <w:jc w:val="center"/>
              <w:rPr>
                <w:rFonts w:cs="Times New Roman"/>
              </w:rPr>
            </w:pPr>
            <w:r w:rsidRPr="008A20D0">
              <w:rPr>
                <w:rFonts w:cs="Times New Roman"/>
                <w:sz w:val="20"/>
              </w:rPr>
              <w:t>-0.000</w:t>
            </w:r>
            <w:r w:rsidRPr="008A20D0">
              <w:rPr>
                <w:rFonts w:cs="Times New Roman"/>
                <w:sz w:val="20"/>
              </w:rPr>
              <w:br/>
              <w:t>(-0.039 to 0.033)</w:t>
            </w:r>
          </w:p>
        </w:tc>
        <w:tc>
          <w:tcPr>
            <w:tcW w:w="1886" w:type="dxa"/>
            <w:vAlign w:val="center"/>
          </w:tcPr>
          <w:p w14:paraId="7400D60C" w14:textId="77777777" w:rsidR="00EE5F04" w:rsidRPr="008A20D0" w:rsidRDefault="00000000">
            <w:pPr>
              <w:spacing w:before="40" w:after="40" w:line="240" w:lineRule="auto"/>
              <w:jc w:val="center"/>
              <w:rPr>
                <w:rFonts w:cs="Times New Roman"/>
              </w:rPr>
            </w:pPr>
            <w:r w:rsidRPr="008A20D0">
              <w:rPr>
                <w:rFonts w:cs="Times New Roman"/>
                <w:sz w:val="20"/>
              </w:rPr>
              <w:t>-0.005</w:t>
            </w:r>
            <w:r w:rsidRPr="008A20D0">
              <w:rPr>
                <w:rFonts w:cs="Times New Roman"/>
                <w:sz w:val="20"/>
              </w:rPr>
              <w:br/>
              <w:t>(-0.029 to 0.014)</w:t>
            </w:r>
          </w:p>
        </w:tc>
        <w:tc>
          <w:tcPr>
            <w:tcW w:w="1886" w:type="dxa"/>
            <w:vAlign w:val="center"/>
          </w:tcPr>
          <w:p w14:paraId="5F208E9B" w14:textId="77777777" w:rsidR="00EE5F04" w:rsidRPr="008A20D0" w:rsidRDefault="00000000">
            <w:pPr>
              <w:spacing w:before="40" w:after="40" w:line="240" w:lineRule="auto"/>
              <w:jc w:val="center"/>
              <w:rPr>
                <w:rFonts w:cs="Times New Roman"/>
              </w:rPr>
            </w:pPr>
            <w:r w:rsidRPr="008A20D0">
              <w:rPr>
                <w:rFonts w:cs="Times New Roman"/>
                <w:sz w:val="20"/>
              </w:rPr>
              <w:t>0.004</w:t>
            </w:r>
            <w:r w:rsidRPr="008A20D0">
              <w:rPr>
                <w:rFonts w:cs="Times New Roman"/>
                <w:sz w:val="20"/>
              </w:rPr>
              <w:br/>
              <w:t>(0.001 to 0.007)</w:t>
            </w:r>
          </w:p>
        </w:tc>
        <w:tc>
          <w:tcPr>
            <w:tcW w:w="1224" w:type="dxa"/>
            <w:vAlign w:val="center"/>
          </w:tcPr>
          <w:p w14:paraId="7F0BC112"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3288DB10" w14:textId="77777777">
        <w:trPr>
          <w:cantSplit/>
          <w:jc w:val="center"/>
        </w:trPr>
        <w:tc>
          <w:tcPr>
            <w:tcW w:w="2477" w:type="dxa"/>
            <w:vAlign w:val="center"/>
          </w:tcPr>
          <w:p w14:paraId="331FC541" w14:textId="77777777" w:rsidR="00EE5F04" w:rsidRPr="008A20D0" w:rsidRDefault="00000000">
            <w:pPr>
              <w:spacing w:before="40" w:after="40" w:line="240" w:lineRule="auto"/>
              <w:rPr>
                <w:rFonts w:cs="Times New Roman"/>
              </w:rPr>
            </w:pPr>
            <w:r w:rsidRPr="008A20D0">
              <w:rPr>
                <w:rFonts w:cs="Times New Roman"/>
                <w:sz w:val="20"/>
              </w:rPr>
              <w:t>M3 + mask + elapsed Ridge</w:t>
            </w:r>
            <w:r w:rsidRPr="008A20D0">
              <w:rPr>
                <w:rFonts w:cs="Times New Roman"/>
                <w:sz w:val="20"/>
              </w:rPr>
              <w:br/>
              <w:t>minus</w:t>
            </w:r>
            <w:r w:rsidRPr="008A20D0">
              <w:rPr>
                <w:rFonts w:cs="Times New Roman"/>
                <w:sz w:val="20"/>
              </w:rPr>
              <w:br/>
              <w:t>M3 Ridge</w:t>
            </w:r>
          </w:p>
        </w:tc>
        <w:tc>
          <w:tcPr>
            <w:tcW w:w="1886" w:type="dxa"/>
            <w:vAlign w:val="center"/>
          </w:tcPr>
          <w:p w14:paraId="64DF1C63" w14:textId="77777777" w:rsidR="00EE5F04" w:rsidRPr="008A20D0" w:rsidRDefault="00000000">
            <w:pPr>
              <w:spacing w:before="40" w:after="40" w:line="240" w:lineRule="auto"/>
              <w:jc w:val="center"/>
              <w:rPr>
                <w:rFonts w:cs="Times New Roman"/>
              </w:rPr>
            </w:pPr>
            <w:r w:rsidRPr="008A20D0">
              <w:rPr>
                <w:rFonts w:cs="Times New Roman"/>
                <w:sz w:val="20"/>
              </w:rPr>
              <w:t>-0.021</w:t>
            </w:r>
            <w:r w:rsidRPr="008A20D0">
              <w:rPr>
                <w:rFonts w:cs="Times New Roman"/>
                <w:sz w:val="20"/>
              </w:rPr>
              <w:br/>
              <w:t>(-0.070 to 0.026)</w:t>
            </w:r>
          </w:p>
        </w:tc>
        <w:tc>
          <w:tcPr>
            <w:tcW w:w="1886" w:type="dxa"/>
            <w:vAlign w:val="center"/>
          </w:tcPr>
          <w:p w14:paraId="5E50FC22" w14:textId="77777777" w:rsidR="00EE5F04" w:rsidRPr="008A20D0" w:rsidRDefault="00000000">
            <w:pPr>
              <w:spacing w:before="40" w:after="40" w:line="240" w:lineRule="auto"/>
              <w:jc w:val="center"/>
              <w:rPr>
                <w:rFonts w:cs="Times New Roman"/>
              </w:rPr>
            </w:pPr>
            <w:r w:rsidRPr="008A20D0">
              <w:rPr>
                <w:rFonts w:cs="Times New Roman"/>
                <w:sz w:val="20"/>
              </w:rPr>
              <w:t>-0.016</w:t>
            </w:r>
            <w:r w:rsidRPr="008A20D0">
              <w:rPr>
                <w:rFonts w:cs="Times New Roman"/>
                <w:sz w:val="20"/>
              </w:rPr>
              <w:br/>
              <w:t>(-0.049 to 0.009)</w:t>
            </w:r>
          </w:p>
        </w:tc>
        <w:tc>
          <w:tcPr>
            <w:tcW w:w="1886" w:type="dxa"/>
            <w:vAlign w:val="center"/>
          </w:tcPr>
          <w:p w14:paraId="63E597BD" w14:textId="77777777" w:rsidR="00EE5F04" w:rsidRPr="008A20D0" w:rsidRDefault="00000000">
            <w:pPr>
              <w:spacing w:before="40" w:after="40" w:line="240" w:lineRule="auto"/>
              <w:jc w:val="center"/>
              <w:rPr>
                <w:rFonts w:cs="Times New Roman"/>
              </w:rPr>
            </w:pPr>
            <w:r w:rsidRPr="008A20D0">
              <w:rPr>
                <w:rFonts w:cs="Times New Roman"/>
                <w:sz w:val="20"/>
              </w:rPr>
              <w:t>0.004</w:t>
            </w:r>
            <w:r w:rsidRPr="008A20D0">
              <w:rPr>
                <w:rFonts w:cs="Times New Roman"/>
                <w:sz w:val="20"/>
              </w:rPr>
              <w:br/>
              <w:t>(0.001 to 0.008)</w:t>
            </w:r>
          </w:p>
        </w:tc>
        <w:tc>
          <w:tcPr>
            <w:tcW w:w="1224" w:type="dxa"/>
            <w:vAlign w:val="center"/>
          </w:tcPr>
          <w:p w14:paraId="79FB235F"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366C1830" w14:textId="77777777">
        <w:trPr>
          <w:cantSplit/>
          <w:jc w:val="center"/>
        </w:trPr>
        <w:tc>
          <w:tcPr>
            <w:tcW w:w="2477" w:type="dxa"/>
            <w:vAlign w:val="center"/>
          </w:tcPr>
          <w:p w14:paraId="4748CFDA" w14:textId="77777777" w:rsidR="00EE5F04" w:rsidRPr="008A20D0" w:rsidRDefault="00000000">
            <w:pPr>
              <w:spacing w:before="40" w:after="40" w:line="240" w:lineRule="auto"/>
              <w:rPr>
                <w:rFonts w:cs="Times New Roman"/>
              </w:rPr>
            </w:pPr>
            <w:r w:rsidRPr="008A20D0">
              <w:rPr>
                <w:rFonts w:cs="Times New Roman"/>
                <w:sz w:val="20"/>
              </w:rPr>
              <w:t>M2 unscaled Ridge</w:t>
            </w:r>
            <w:r w:rsidRPr="008A20D0">
              <w:rPr>
                <w:rFonts w:cs="Times New Roman"/>
                <w:sz w:val="20"/>
              </w:rPr>
              <w:br/>
              <w:t>minus</w:t>
            </w:r>
            <w:r w:rsidRPr="008A20D0">
              <w:rPr>
                <w:rFonts w:cs="Times New Roman"/>
                <w:sz w:val="20"/>
              </w:rPr>
              <w:br/>
              <w:t>M2 Ridge</w:t>
            </w:r>
          </w:p>
        </w:tc>
        <w:tc>
          <w:tcPr>
            <w:tcW w:w="1886" w:type="dxa"/>
            <w:vAlign w:val="center"/>
          </w:tcPr>
          <w:p w14:paraId="4F5AAC45" w14:textId="77777777" w:rsidR="00EE5F04" w:rsidRPr="008A20D0" w:rsidRDefault="00000000">
            <w:pPr>
              <w:spacing w:before="40" w:after="40" w:line="240" w:lineRule="auto"/>
              <w:jc w:val="center"/>
              <w:rPr>
                <w:rFonts w:cs="Times New Roman"/>
              </w:rPr>
            </w:pPr>
            <w:r w:rsidRPr="008A20D0">
              <w:rPr>
                <w:rFonts w:cs="Times New Roman"/>
                <w:sz w:val="20"/>
              </w:rPr>
              <w:t>-0.002</w:t>
            </w:r>
            <w:r w:rsidRPr="008A20D0">
              <w:rPr>
                <w:rFonts w:cs="Times New Roman"/>
                <w:sz w:val="20"/>
              </w:rPr>
              <w:br/>
              <w:t>(-0.005 to 0.001)</w:t>
            </w:r>
          </w:p>
        </w:tc>
        <w:tc>
          <w:tcPr>
            <w:tcW w:w="1886" w:type="dxa"/>
            <w:vAlign w:val="center"/>
          </w:tcPr>
          <w:p w14:paraId="648FB73E" w14:textId="77777777" w:rsidR="00EE5F04" w:rsidRPr="008A20D0" w:rsidRDefault="00000000">
            <w:pPr>
              <w:spacing w:before="40" w:after="40" w:line="240" w:lineRule="auto"/>
              <w:jc w:val="center"/>
              <w:rPr>
                <w:rFonts w:cs="Times New Roman"/>
              </w:rPr>
            </w:pPr>
            <w:r w:rsidRPr="008A20D0">
              <w:rPr>
                <w:rFonts w:cs="Times New Roman"/>
                <w:sz w:val="20"/>
              </w:rPr>
              <w:t>0.002</w:t>
            </w:r>
            <w:r w:rsidRPr="008A20D0">
              <w:rPr>
                <w:rFonts w:cs="Times New Roman"/>
                <w:sz w:val="20"/>
              </w:rPr>
              <w:br/>
              <w:t>(-0.002 to 0.008)</w:t>
            </w:r>
          </w:p>
        </w:tc>
        <w:tc>
          <w:tcPr>
            <w:tcW w:w="1886" w:type="dxa"/>
            <w:vAlign w:val="center"/>
          </w:tcPr>
          <w:p w14:paraId="7875C01A" w14:textId="77777777" w:rsidR="00EE5F04" w:rsidRPr="008A20D0" w:rsidRDefault="00000000">
            <w:pPr>
              <w:spacing w:before="40" w:after="40" w:line="240" w:lineRule="auto"/>
              <w:jc w:val="center"/>
              <w:rPr>
                <w:rFonts w:cs="Times New Roman"/>
              </w:rPr>
            </w:pPr>
            <w:r w:rsidRPr="008A20D0">
              <w:rPr>
                <w:rFonts w:cs="Times New Roman"/>
                <w:sz w:val="20"/>
              </w:rPr>
              <w:t>0.000</w:t>
            </w:r>
            <w:r w:rsidRPr="008A20D0">
              <w:rPr>
                <w:rFonts w:cs="Times New Roman"/>
                <w:sz w:val="20"/>
              </w:rPr>
              <w:br/>
              <w:t>(-0.000 to 0.000)</w:t>
            </w:r>
          </w:p>
        </w:tc>
        <w:tc>
          <w:tcPr>
            <w:tcW w:w="1224" w:type="dxa"/>
            <w:vAlign w:val="center"/>
          </w:tcPr>
          <w:p w14:paraId="5857ABF1"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2DC4CBEC" w14:textId="77777777">
        <w:trPr>
          <w:cantSplit/>
          <w:jc w:val="center"/>
        </w:trPr>
        <w:tc>
          <w:tcPr>
            <w:tcW w:w="2477" w:type="dxa"/>
            <w:vAlign w:val="center"/>
          </w:tcPr>
          <w:p w14:paraId="6BE8C8E5" w14:textId="77777777" w:rsidR="00EE5F04" w:rsidRPr="008A20D0" w:rsidRDefault="00000000">
            <w:pPr>
              <w:spacing w:before="40" w:after="40" w:line="240" w:lineRule="auto"/>
              <w:rPr>
                <w:rFonts w:cs="Times New Roman"/>
              </w:rPr>
            </w:pPr>
            <w:r w:rsidRPr="008A20D0">
              <w:rPr>
                <w:rFonts w:cs="Times New Roman"/>
                <w:sz w:val="20"/>
              </w:rPr>
              <w:t>M3 + mask XGB</w:t>
            </w:r>
            <w:r w:rsidRPr="008A20D0">
              <w:rPr>
                <w:rFonts w:cs="Times New Roman"/>
                <w:sz w:val="20"/>
              </w:rPr>
              <w:br/>
              <w:t>minus</w:t>
            </w:r>
            <w:r w:rsidRPr="008A20D0">
              <w:rPr>
                <w:rFonts w:cs="Times New Roman"/>
                <w:sz w:val="20"/>
              </w:rPr>
              <w:br/>
              <w:t>M3 XGB</w:t>
            </w:r>
          </w:p>
        </w:tc>
        <w:tc>
          <w:tcPr>
            <w:tcW w:w="1886" w:type="dxa"/>
            <w:vAlign w:val="center"/>
          </w:tcPr>
          <w:p w14:paraId="5C6FE2C4" w14:textId="77777777" w:rsidR="00EE5F04" w:rsidRPr="008A20D0" w:rsidRDefault="00000000">
            <w:pPr>
              <w:spacing w:before="40" w:after="40" w:line="240" w:lineRule="auto"/>
              <w:jc w:val="center"/>
              <w:rPr>
                <w:rFonts w:cs="Times New Roman"/>
              </w:rPr>
            </w:pPr>
            <w:r w:rsidRPr="008A20D0">
              <w:rPr>
                <w:rFonts w:cs="Times New Roman"/>
                <w:sz w:val="20"/>
              </w:rPr>
              <w:t>-0.014</w:t>
            </w:r>
            <w:r w:rsidRPr="008A20D0">
              <w:rPr>
                <w:rFonts w:cs="Times New Roman"/>
                <w:sz w:val="20"/>
              </w:rPr>
              <w:br/>
              <w:t>(-0.034 to 0.001)</w:t>
            </w:r>
          </w:p>
        </w:tc>
        <w:tc>
          <w:tcPr>
            <w:tcW w:w="1886" w:type="dxa"/>
            <w:vAlign w:val="center"/>
          </w:tcPr>
          <w:p w14:paraId="4B5B507F" w14:textId="77777777" w:rsidR="00EE5F04" w:rsidRPr="008A20D0" w:rsidRDefault="00000000">
            <w:pPr>
              <w:spacing w:before="40" w:after="40" w:line="240" w:lineRule="auto"/>
              <w:jc w:val="center"/>
              <w:rPr>
                <w:rFonts w:cs="Times New Roman"/>
              </w:rPr>
            </w:pPr>
            <w:r w:rsidRPr="008A20D0">
              <w:rPr>
                <w:rFonts w:cs="Times New Roman"/>
                <w:sz w:val="20"/>
              </w:rPr>
              <w:t>-0.009</w:t>
            </w:r>
            <w:r w:rsidRPr="008A20D0">
              <w:rPr>
                <w:rFonts w:cs="Times New Roman"/>
                <w:sz w:val="20"/>
              </w:rPr>
              <w:br/>
              <w:t>(-0.033 to 0.011)</w:t>
            </w:r>
          </w:p>
        </w:tc>
        <w:tc>
          <w:tcPr>
            <w:tcW w:w="1886" w:type="dxa"/>
            <w:vAlign w:val="center"/>
          </w:tcPr>
          <w:p w14:paraId="092BE312" w14:textId="77777777" w:rsidR="00EE5F04" w:rsidRPr="008A20D0" w:rsidRDefault="00000000">
            <w:pPr>
              <w:spacing w:before="40" w:after="40" w:line="240" w:lineRule="auto"/>
              <w:jc w:val="center"/>
              <w:rPr>
                <w:rFonts w:cs="Times New Roman"/>
              </w:rPr>
            </w:pPr>
            <w:r w:rsidRPr="008A20D0">
              <w:rPr>
                <w:rFonts w:cs="Times New Roman"/>
                <w:sz w:val="20"/>
              </w:rPr>
              <w:t>0.001</w:t>
            </w:r>
            <w:r w:rsidRPr="008A20D0">
              <w:rPr>
                <w:rFonts w:cs="Times New Roman"/>
                <w:sz w:val="20"/>
              </w:rPr>
              <w:br/>
              <w:t>(-0.000 to 0.002)</w:t>
            </w:r>
          </w:p>
        </w:tc>
        <w:tc>
          <w:tcPr>
            <w:tcW w:w="1224" w:type="dxa"/>
            <w:vAlign w:val="center"/>
          </w:tcPr>
          <w:p w14:paraId="73B2CF3A"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53F1671A" w14:textId="77777777">
        <w:trPr>
          <w:cantSplit/>
          <w:jc w:val="center"/>
        </w:trPr>
        <w:tc>
          <w:tcPr>
            <w:tcW w:w="2477" w:type="dxa"/>
            <w:vAlign w:val="center"/>
          </w:tcPr>
          <w:p w14:paraId="71CFED48" w14:textId="77777777" w:rsidR="00EE5F04" w:rsidRPr="008A20D0" w:rsidRDefault="00000000">
            <w:pPr>
              <w:spacing w:before="40" w:after="40" w:line="240" w:lineRule="auto"/>
              <w:rPr>
                <w:rFonts w:cs="Times New Roman"/>
              </w:rPr>
            </w:pPr>
            <w:r w:rsidRPr="008A20D0">
              <w:rPr>
                <w:rFonts w:cs="Times New Roman"/>
                <w:sz w:val="20"/>
              </w:rPr>
              <w:t>M3 + mask + elapsed XGB</w:t>
            </w:r>
            <w:r w:rsidRPr="008A20D0">
              <w:rPr>
                <w:rFonts w:cs="Times New Roman"/>
                <w:sz w:val="20"/>
              </w:rPr>
              <w:br/>
              <w:t>minus</w:t>
            </w:r>
            <w:r w:rsidRPr="008A20D0">
              <w:rPr>
                <w:rFonts w:cs="Times New Roman"/>
                <w:sz w:val="20"/>
              </w:rPr>
              <w:br/>
              <w:t>M3 + mask XGB</w:t>
            </w:r>
          </w:p>
        </w:tc>
        <w:tc>
          <w:tcPr>
            <w:tcW w:w="1886" w:type="dxa"/>
            <w:vAlign w:val="center"/>
          </w:tcPr>
          <w:p w14:paraId="50CEC71C" w14:textId="77777777" w:rsidR="00EE5F04" w:rsidRPr="008A20D0" w:rsidRDefault="00000000">
            <w:pPr>
              <w:spacing w:before="40" w:after="40" w:line="240" w:lineRule="auto"/>
              <w:jc w:val="center"/>
              <w:rPr>
                <w:rFonts w:cs="Times New Roman"/>
              </w:rPr>
            </w:pPr>
            <w:r w:rsidRPr="008A20D0">
              <w:rPr>
                <w:rFonts w:cs="Times New Roman"/>
                <w:sz w:val="20"/>
              </w:rPr>
              <w:t>0.029</w:t>
            </w:r>
            <w:r w:rsidRPr="008A20D0">
              <w:rPr>
                <w:rFonts w:cs="Times New Roman"/>
                <w:sz w:val="20"/>
              </w:rPr>
              <w:br/>
              <w:t>(-0.002 to 0.060)</w:t>
            </w:r>
          </w:p>
        </w:tc>
        <w:tc>
          <w:tcPr>
            <w:tcW w:w="1886" w:type="dxa"/>
            <w:vAlign w:val="center"/>
          </w:tcPr>
          <w:p w14:paraId="27B96300" w14:textId="77777777" w:rsidR="00EE5F04" w:rsidRPr="008A20D0" w:rsidRDefault="00000000">
            <w:pPr>
              <w:spacing w:before="40" w:after="40" w:line="240" w:lineRule="auto"/>
              <w:jc w:val="center"/>
              <w:rPr>
                <w:rFonts w:cs="Times New Roman"/>
              </w:rPr>
            </w:pPr>
            <w:r w:rsidRPr="008A20D0">
              <w:rPr>
                <w:rFonts w:cs="Times New Roman"/>
                <w:sz w:val="20"/>
              </w:rPr>
              <w:t>0.000</w:t>
            </w:r>
            <w:r w:rsidRPr="008A20D0">
              <w:rPr>
                <w:rFonts w:cs="Times New Roman"/>
                <w:sz w:val="20"/>
              </w:rPr>
              <w:br/>
              <w:t>(-0.023 to 0.016)</w:t>
            </w:r>
          </w:p>
        </w:tc>
        <w:tc>
          <w:tcPr>
            <w:tcW w:w="1886" w:type="dxa"/>
            <w:vAlign w:val="center"/>
          </w:tcPr>
          <w:p w14:paraId="0E17CB13" w14:textId="77777777" w:rsidR="00EE5F04" w:rsidRPr="008A20D0" w:rsidRDefault="00000000">
            <w:pPr>
              <w:spacing w:before="40" w:after="40" w:line="240" w:lineRule="auto"/>
              <w:jc w:val="center"/>
              <w:rPr>
                <w:rFonts w:cs="Times New Roman"/>
              </w:rPr>
            </w:pPr>
            <w:r w:rsidRPr="008A20D0">
              <w:rPr>
                <w:rFonts w:cs="Times New Roman"/>
                <w:sz w:val="20"/>
              </w:rPr>
              <w:t>-0.000</w:t>
            </w:r>
            <w:r w:rsidRPr="008A20D0">
              <w:rPr>
                <w:rFonts w:cs="Times New Roman"/>
                <w:sz w:val="20"/>
              </w:rPr>
              <w:br/>
              <w:t>(-0.001 to 0.001)</w:t>
            </w:r>
          </w:p>
        </w:tc>
        <w:tc>
          <w:tcPr>
            <w:tcW w:w="1224" w:type="dxa"/>
            <w:vAlign w:val="center"/>
          </w:tcPr>
          <w:p w14:paraId="41D643BC"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39A1059D" w14:textId="77777777">
        <w:trPr>
          <w:cantSplit/>
          <w:jc w:val="center"/>
        </w:trPr>
        <w:tc>
          <w:tcPr>
            <w:tcW w:w="2477" w:type="dxa"/>
            <w:vAlign w:val="center"/>
          </w:tcPr>
          <w:p w14:paraId="6F0D282F" w14:textId="77777777" w:rsidR="00EE5F04" w:rsidRPr="008A20D0" w:rsidRDefault="00000000">
            <w:pPr>
              <w:spacing w:before="40" w:after="40" w:line="240" w:lineRule="auto"/>
              <w:rPr>
                <w:rFonts w:cs="Times New Roman"/>
              </w:rPr>
            </w:pPr>
            <w:r w:rsidRPr="008A20D0">
              <w:rPr>
                <w:rFonts w:cs="Times New Roman"/>
                <w:sz w:val="20"/>
              </w:rPr>
              <w:t>M3 + mask + elapsed XGB</w:t>
            </w:r>
            <w:r w:rsidRPr="008A20D0">
              <w:rPr>
                <w:rFonts w:cs="Times New Roman"/>
                <w:sz w:val="20"/>
              </w:rPr>
              <w:br/>
              <w:t>minus</w:t>
            </w:r>
            <w:r w:rsidRPr="008A20D0">
              <w:rPr>
                <w:rFonts w:cs="Times New Roman"/>
                <w:sz w:val="20"/>
              </w:rPr>
              <w:br/>
              <w:t>M3 XGB</w:t>
            </w:r>
          </w:p>
        </w:tc>
        <w:tc>
          <w:tcPr>
            <w:tcW w:w="1886" w:type="dxa"/>
            <w:vAlign w:val="center"/>
          </w:tcPr>
          <w:p w14:paraId="66CB87CF" w14:textId="77777777" w:rsidR="00EE5F04" w:rsidRPr="008A20D0" w:rsidRDefault="00000000">
            <w:pPr>
              <w:spacing w:before="40" w:after="40" w:line="240" w:lineRule="auto"/>
              <w:jc w:val="center"/>
              <w:rPr>
                <w:rFonts w:cs="Times New Roman"/>
              </w:rPr>
            </w:pPr>
            <w:r w:rsidRPr="008A20D0">
              <w:rPr>
                <w:rFonts w:cs="Times New Roman"/>
                <w:sz w:val="20"/>
              </w:rPr>
              <w:t>0.014</w:t>
            </w:r>
            <w:r w:rsidRPr="008A20D0">
              <w:rPr>
                <w:rFonts w:cs="Times New Roman"/>
                <w:sz w:val="20"/>
              </w:rPr>
              <w:br/>
              <w:t>(-0.021 to 0.048)</w:t>
            </w:r>
          </w:p>
        </w:tc>
        <w:tc>
          <w:tcPr>
            <w:tcW w:w="1886" w:type="dxa"/>
            <w:vAlign w:val="center"/>
          </w:tcPr>
          <w:p w14:paraId="29261067" w14:textId="77777777" w:rsidR="00EE5F04" w:rsidRPr="008A20D0" w:rsidRDefault="00000000">
            <w:pPr>
              <w:spacing w:before="40" w:after="40" w:line="240" w:lineRule="auto"/>
              <w:jc w:val="center"/>
              <w:rPr>
                <w:rFonts w:cs="Times New Roman"/>
              </w:rPr>
            </w:pPr>
            <w:r w:rsidRPr="008A20D0">
              <w:rPr>
                <w:rFonts w:cs="Times New Roman"/>
                <w:sz w:val="20"/>
              </w:rPr>
              <w:t>-0.009</w:t>
            </w:r>
            <w:r w:rsidRPr="008A20D0">
              <w:rPr>
                <w:rFonts w:cs="Times New Roman"/>
                <w:sz w:val="20"/>
              </w:rPr>
              <w:br/>
              <w:t>(-0.040 to 0.011)</w:t>
            </w:r>
          </w:p>
        </w:tc>
        <w:tc>
          <w:tcPr>
            <w:tcW w:w="1886" w:type="dxa"/>
            <w:vAlign w:val="center"/>
          </w:tcPr>
          <w:p w14:paraId="34501117" w14:textId="77777777" w:rsidR="00EE5F04" w:rsidRPr="008A20D0" w:rsidRDefault="00000000">
            <w:pPr>
              <w:spacing w:before="40" w:after="40" w:line="240" w:lineRule="auto"/>
              <w:jc w:val="center"/>
              <w:rPr>
                <w:rFonts w:cs="Times New Roman"/>
              </w:rPr>
            </w:pPr>
            <w:r w:rsidRPr="008A20D0">
              <w:rPr>
                <w:rFonts w:cs="Times New Roman"/>
                <w:sz w:val="20"/>
              </w:rPr>
              <w:t>0.000</w:t>
            </w:r>
            <w:r w:rsidRPr="008A20D0">
              <w:rPr>
                <w:rFonts w:cs="Times New Roman"/>
                <w:sz w:val="20"/>
              </w:rPr>
              <w:br/>
              <w:t>(-0.001 to 0.002)</w:t>
            </w:r>
          </w:p>
        </w:tc>
        <w:tc>
          <w:tcPr>
            <w:tcW w:w="1224" w:type="dxa"/>
            <w:vAlign w:val="center"/>
          </w:tcPr>
          <w:p w14:paraId="7EAC78BE"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56B71F60" w14:textId="77777777">
        <w:trPr>
          <w:cantSplit/>
          <w:jc w:val="center"/>
        </w:trPr>
        <w:tc>
          <w:tcPr>
            <w:tcW w:w="2477" w:type="dxa"/>
            <w:vAlign w:val="center"/>
          </w:tcPr>
          <w:p w14:paraId="716123C9" w14:textId="77777777" w:rsidR="00EE5F04" w:rsidRPr="008A20D0" w:rsidRDefault="00000000">
            <w:pPr>
              <w:spacing w:before="40" w:after="40" w:line="240" w:lineRule="auto"/>
              <w:rPr>
                <w:rFonts w:cs="Times New Roman"/>
              </w:rPr>
            </w:pPr>
            <w:r w:rsidRPr="008A20D0">
              <w:rPr>
                <w:rFonts w:cs="Times New Roman"/>
                <w:sz w:val="20"/>
              </w:rPr>
              <w:t>M2 unscaled XGB</w:t>
            </w:r>
            <w:r w:rsidRPr="008A20D0">
              <w:rPr>
                <w:rFonts w:cs="Times New Roman"/>
                <w:sz w:val="20"/>
              </w:rPr>
              <w:br/>
              <w:t>minus</w:t>
            </w:r>
            <w:r w:rsidRPr="008A20D0">
              <w:rPr>
                <w:rFonts w:cs="Times New Roman"/>
                <w:sz w:val="20"/>
              </w:rPr>
              <w:br/>
              <w:t>M2 XGB</w:t>
            </w:r>
          </w:p>
        </w:tc>
        <w:tc>
          <w:tcPr>
            <w:tcW w:w="1886" w:type="dxa"/>
            <w:vAlign w:val="center"/>
          </w:tcPr>
          <w:p w14:paraId="36A6C85C" w14:textId="77777777" w:rsidR="00EE5F04" w:rsidRPr="008A20D0" w:rsidRDefault="00000000">
            <w:pPr>
              <w:spacing w:before="40" w:after="40" w:line="240" w:lineRule="auto"/>
              <w:jc w:val="center"/>
              <w:rPr>
                <w:rFonts w:cs="Times New Roman"/>
              </w:rPr>
            </w:pPr>
            <w:r w:rsidRPr="008A20D0">
              <w:rPr>
                <w:rFonts w:cs="Times New Roman"/>
                <w:sz w:val="20"/>
              </w:rPr>
              <w:t>-0.001</w:t>
            </w:r>
            <w:r w:rsidRPr="008A20D0">
              <w:rPr>
                <w:rFonts w:cs="Times New Roman"/>
                <w:sz w:val="20"/>
              </w:rPr>
              <w:br/>
              <w:t>(-0.019 to 0.015)</w:t>
            </w:r>
          </w:p>
        </w:tc>
        <w:tc>
          <w:tcPr>
            <w:tcW w:w="1886" w:type="dxa"/>
            <w:vAlign w:val="center"/>
          </w:tcPr>
          <w:p w14:paraId="37615274" w14:textId="77777777" w:rsidR="00EE5F04" w:rsidRPr="008A20D0" w:rsidRDefault="00000000">
            <w:pPr>
              <w:spacing w:before="40" w:after="40" w:line="240" w:lineRule="auto"/>
              <w:jc w:val="center"/>
              <w:rPr>
                <w:rFonts w:cs="Times New Roman"/>
              </w:rPr>
            </w:pPr>
            <w:r w:rsidRPr="008A20D0">
              <w:rPr>
                <w:rFonts w:cs="Times New Roman"/>
                <w:sz w:val="20"/>
              </w:rPr>
              <w:t>-0.003</w:t>
            </w:r>
            <w:r w:rsidRPr="008A20D0">
              <w:rPr>
                <w:rFonts w:cs="Times New Roman"/>
                <w:sz w:val="20"/>
              </w:rPr>
              <w:br/>
              <w:t>(-0.017 to 0.010)</w:t>
            </w:r>
          </w:p>
        </w:tc>
        <w:tc>
          <w:tcPr>
            <w:tcW w:w="1886" w:type="dxa"/>
            <w:vAlign w:val="center"/>
          </w:tcPr>
          <w:p w14:paraId="2BA50E99" w14:textId="77777777" w:rsidR="00EE5F04" w:rsidRPr="008A20D0" w:rsidRDefault="00000000">
            <w:pPr>
              <w:spacing w:before="40" w:after="40" w:line="240" w:lineRule="auto"/>
              <w:jc w:val="center"/>
              <w:rPr>
                <w:rFonts w:cs="Times New Roman"/>
              </w:rPr>
            </w:pPr>
            <w:r w:rsidRPr="008A20D0">
              <w:rPr>
                <w:rFonts w:cs="Times New Roman"/>
                <w:sz w:val="20"/>
              </w:rPr>
              <w:t>-0.000</w:t>
            </w:r>
            <w:r w:rsidRPr="008A20D0">
              <w:rPr>
                <w:rFonts w:cs="Times New Roman"/>
                <w:sz w:val="20"/>
              </w:rPr>
              <w:br/>
              <w:t>(-0.001 to 0.001)</w:t>
            </w:r>
          </w:p>
        </w:tc>
        <w:tc>
          <w:tcPr>
            <w:tcW w:w="1224" w:type="dxa"/>
            <w:vAlign w:val="center"/>
          </w:tcPr>
          <w:p w14:paraId="762DD0FB"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4A3B78D2" w14:textId="77777777" w:rsidR="00EE5F04" w:rsidRPr="008A20D0" w:rsidRDefault="00000000">
      <w:pPr>
        <w:spacing w:after="100"/>
        <w:rPr>
          <w:rFonts w:cs="Times New Roman"/>
        </w:rPr>
      </w:pPr>
      <w:r w:rsidRPr="008A20D0">
        <w:rPr>
          <w:rFonts w:cs="Times New Roman"/>
          <w:sz w:val="20"/>
        </w:rPr>
        <w:t>POD3 risk set: 1,323 patients and 107 events. Differences are the first model minus the comparator. Positive AUROC and AP differences and negative Brier differences favor the first model. Displayed −0.000 values are retained from the rounded source estimates and do not mean missing or unestimable. Intervals use paired patient-cluster resampling of fixed predictions and were not adjusted for multiple comparisons.</w:t>
      </w:r>
    </w:p>
    <w:p w14:paraId="6696ED0C"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End-of-day inpatient sensitivity</w:t>
      </w:r>
    </w:p>
    <w:p w14:paraId="4710E09E" w14:textId="77777777" w:rsidR="00EE5F04" w:rsidRPr="008A20D0" w:rsidRDefault="00000000">
      <w:pPr>
        <w:pStyle w:val="af7"/>
        <w:rPr>
          <w:rFonts w:cs="Times New Roman"/>
        </w:rPr>
      </w:pPr>
      <w:r w:rsidRPr="008A20D0">
        <w:rPr>
          <w:rFonts w:cs="Times New Roman"/>
        </w:rPr>
        <w:t>Table S7. End-of-day inpatient sensitivity analyses</w:t>
      </w:r>
      <w:r w:rsidRPr="008A20D0">
        <w:rPr>
          <w:rFonts w:cs="Times New Roman"/>
        </w:rPr>
        <w:br/>
        <w:t>A. Stratified c-statistics from raw probabilities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3312"/>
        <w:gridCol w:w="4176"/>
        <w:gridCol w:w="1872"/>
      </w:tblGrid>
      <w:tr w:rsidR="00EE5F04" w:rsidRPr="008A20D0" w14:paraId="360802C7" w14:textId="77777777">
        <w:trPr>
          <w:cantSplit/>
          <w:tblHeader/>
          <w:jc w:val="center"/>
        </w:trPr>
        <w:tc>
          <w:tcPr>
            <w:tcW w:w="3312" w:type="dxa"/>
            <w:vAlign w:val="center"/>
          </w:tcPr>
          <w:p w14:paraId="6D85DF84" w14:textId="77777777" w:rsidR="00EE5F04" w:rsidRPr="008A20D0" w:rsidRDefault="00000000">
            <w:pPr>
              <w:spacing w:before="40" w:after="40" w:line="240" w:lineRule="auto"/>
              <w:rPr>
                <w:rFonts w:cs="Times New Roman"/>
              </w:rPr>
            </w:pPr>
            <w:r w:rsidRPr="008A20D0">
              <w:rPr>
                <w:rFonts w:cs="Times New Roman"/>
                <w:b/>
                <w:sz w:val="20"/>
              </w:rPr>
              <w:t>Model</w:t>
            </w:r>
          </w:p>
        </w:tc>
        <w:tc>
          <w:tcPr>
            <w:tcW w:w="4176" w:type="dxa"/>
            <w:vAlign w:val="center"/>
          </w:tcPr>
          <w:p w14:paraId="43DCCE27" w14:textId="77777777" w:rsidR="00EE5F04" w:rsidRPr="008A20D0" w:rsidRDefault="00000000">
            <w:pPr>
              <w:spacing w:before="40" w:after="40" w:line="240" w:lineRule="auto"/>
              <w:jc w:val="center"/>
              <w:rPr>
                <w:rFonts w:cs="Times New Roman"/>
              </w:rPr>
            </w:pPr>
            <w:r w:rsidRPr="008A20D0">
              <w:rPr>
                <w:rFonts w:cs="Times New Roman"/>
                <w:b/>
                <w:sz w:val="20"/>
              </w:rPr>
              <w:t>Stratified c</w:t>
            </w:r>
            <w:r w:rsidRPr="008A20D0">
              <w:rPr>
                <w:rFonts w:cs="Times New Roman"/>
                <w:b/>
                <w:sz w:val="20"/>
              </w:rPr>
              <w:br/>
              <w:t>(95% CI)</w:t>
            </w:r>
          </w:p>
        </w:tc>
        <w:tc>
          <w:tcPr>
            <w:tcW w:w="1872" w:type="dxa"/>
            <w:vAlign w:val="center"/>
          </w:tcPr>
          <w:p w14:paraId="08DD8A1C"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20DFA83D" w14:textId="77777777">
        <w:trPr>
          <w:cantSplit/>
          <w:jc w:val="center"/>
        </w:trPr>
        <w:tc>
          <w:tcPr>
            <w:tcW w:w="3312" w:type="dxa"/>
            <w:vAlign w:val="center"/>
          </w:tcPr>
          <w:p w14:paraId="6C5F6561" w14:textId="77777777" w:rsidR="00EE5F04" w:rsidRPr="008A20D0" w:rsidRDefault="00000000">
            <w:pPr>
              <w:spacing w:before="40" w:after="40" w:line="240" w:lineRule="auto"/>
              <w:rPr>
                <w:rFonts w:cs="Times New Roman"/>
              </w:rPr>
            </w:pPr>
            <w:r w:rsidRPr="008A20D0">
              <w:rPr>
                <w:rFonts w:cs="Times New Roman"/>
                <w:sz w:val="20"/>
              </w:rPr>
              <w:t>M0 Ridge</w:t>
            </w:r>
          </w:p>
        </w:tc>
        <w:tc>
          <w:tcPr>
            <w:tcW w:w="4176" w:type="dxa"/>
            <w:vAlign w:val="center"/>
          </w:tcPr>
          <w:p w14:paraId="22C13952" w14:textId="77777777" w:rsidR="00EE5F04" w:rsidRPr="008A20D0" w:rsidRDefault="00000000">
            <w:pPr>
              <w:spacing w:before="40" w:after="40" w:line="240" w:lineRule="auto"/>
              <w:jc w:val="center"/>
              <w:rPr>
                <w:rFonts w:cs="Times New Roman"/>
              </w:rPr>
            </w:pPr>
            <w:r w:rsidRPr="008A20D0">
              <w:rPr>
                <w:rFonts w:cs="Times New Roman"/>
                <w:sz w:val="20"/>
              </w:rPr>
              <w:t>0.577</w:t>
            </w:r>
            <w:r w:rsidRPr="008A20D0">
              <w:rPr>
                <w:rFonts w:cs="Times New Roman"/>
                <w:sz w:val="20"/>
              </w:rPr>
              <w:br/>
              <w:t>(0.533 to 0.620)</w:t>
            </w:r>
          </w:p>
        </w:tc>
        <w:tc>
          <w:tcPr>
            <w:tcW w:w="1872" w:type="dxa"/>
            <w:vAlign w:val="center"/>
          </w:tcPr>
          <w:p w14:paraId="69C0B4A9" w14:textId="77777777" w:rsidR="00EE5F04" w:rsidRPr="008A20D0" w:rsidRDefault="00000000">
            <w:pPr>
              <w:spacing w:before="40" w:after="40" w:line="240" w:lineRule="auto"/>
              <w:jc w:val="center"/>
              <w:rPr>
                <w:rFonts w:cs="Times New Roman"/>
              </w:rPr>
            </w:pPr>
            <w:r w:rsidRPr="008A20D0">
              <w:rPr>
                <w:rFonts w:cs="Times New Roman"/>
                <w:sz w:val="20"/>
              </w:rPr>
              <w:t>L</w:t>
            </w:r>
          </w:p>
        </w:tc>
      </w:tr>
      <w:tr w:rsidR="00EE5F04" w:rsidRPr="008A20D0" w14:paraId="42AB4B0A" w14:textId="77777777">
        <w:trPr>
          <w:cantSplit/>
          <w:jc w:val="center"/>
        </w:trPr>
        <w:tc>
          <w:tcPr>
            <w:tcW w:w="3312" w:type="dxa"/>
            <w:vAlign w:val="center"/>
          </w:tcPr>
          <w:p w14:paraId="3F45F4C4" w14:textId="77777777" w:rsidR="00EE5F04" w:rsidRPr="008A20D0" w:rsidRDefault="00000000">
            <w:pPr>
              <w:spacing w:before="40" w:after="40" w:line="240" w:lineRule="auto"/>
              <w:rPr>
                <w:rFonts w:cs="Times New Roman"/>
              </w:rPr>
            </w:pPr>
            <w:r w:rsidRPr="008A20D0">
              <w:rPr>
                <w:rFonts w:cs="Times New Roman"/>
                <w:sz w:val="20"/>
              </w:rPr>
              <w:t>M0 XGB</w:t>
            </w:r>
          </w:p>
        </w:tc>
        <w:tc>
          <w:tcPr>
            <w:tcW w:w="4176" w:type="dxa"/>
            <w:vAlign w:val="center"/>
          </w:tcPr>
          <w:p w14:paraId="79CBDD6A" w14:textId="77777777" w:rsidR="00EE5F04" w:rsidRPr="008A20D0" w:rsidRDefault="00000000">
            <w:pPr>
              <w:spacing w:before="40" w:after="40" w:line="240" w:lineRule="auto"/>
              <w:jc w:val="center"/>
              <w:rPr>
                <w:rFonts w:cs="Times New Roman"/>
              </w:rPr>
            </w:pPr>
            <w:r w:rsidRPr="008A20D0">
              <w:rPr>
                <w:rFonts w:cs="Times New Roman"/>
                <w:sz w:val="20"/>
              </w:rPr>
              <w:t>0.559</w:t>
            </w:r>
            <w:r w:rsidRPr="008A20D0">
              <w:rPr>
                <w:rFonts w:cs="Times New Roman"/>
                <w:sz w:val="20"/>
              </w:rPr>
              <w:br/>
              <w:t>(0.513 to 0.603)</w:t>
            </w:r>
          </w:p>
        </w:tc>
        <w:tc>
          <w:tcPr>
            <w:tcW w:w="1872" w:type="dxa"/>
            <w:vAlign w:val="center"/>
          </w:tcPr>
          <w:p w14:paraId="1CFA2006"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3D142676" w14:textId="77777777">
        <w:trPr>
          <w:cantSplit/>
          <w:jc w:val="center"/>
        </w:trPr>
        <w:tc>
          <w:tcPr>
            <w:tcW w:w="3312" w:type="dxa"/>
            <w:vAlign w:val="center"/>
          </w:tcPr>
          <w:p w14:paraId="406A95B3" w14:textId="77777777" w:rsidR="00EE5F04" w:rsidRPr="008A20D0" w:rsidRDefault="00000000">
            <w:pPr>
              <w:spacing w:before="40" w:after="40" w:line="240" w:lineRule="auto"/>
              <w:rPr>
                <w:rFonts w:cs="Times New Roman"/>
              </w:rPr>
            </w:pPr>
            <w:r w:rsidRPr="008A20D0">
              <w:rPr>
                <w:rFonts w:cs="Times New Roman"/>
                <w:sz w:val="20"/>
              </w:rPr>
              <w:t>M1 Ridge</w:t>
            </w:r>
          </w:p>
        </w:tc>
        <w:tc>
          <w:tcPr>
            <w:tcW w:w="4176" w:type="dxa"/>
            <w:vAlign w:val="center"/>
          </w:tcPr>
          <w:p w14:paraId="53FDD06A" w14:textId="77777777" w:rsidR="00EE5F04" w:rsidRPr="008A20D0" w:rsidRDefault="00000000">
            <w:pPr>
              <w:spacing w:before="40" w:after="40" w:line="240" w:lineRule="auto"/>
              <w:jc w:val="center"/>
              <w:rPr>
                <w:rFonts w:cs="Times New Roman"/>
              </w:rPr>
            </w:pPr>
            <w:r w:rsidRPr="008A20D0">
              <w:rPr>
                <w:rFonts w:cs="Times New Roman"/>
                <w:sz w:val="20"/>
              </w:rPr>
              <w:t>0.615</w:t>
            </w:r>
            <w:r w:rsidRPr="008A20D0">
              <w:rPr>
                <w:rFonts w:cs="Times New Roman"/>
                <w:sz w:val="20"/>
              </w:rPr>
              <w:br/>
              <w:t>(0.577 to 0.653)</w:t>
            </w:r>
          </w:p>
        </w:tc>
        <w:tc>
          <w:tcPr>
            <w:tcW w:w="1872" w:type="dxa"/>
            <w:vAlign w:val="center"/>
          </w:tcPr>
          <w:p w14:paraId="4B314AEC" w14:textId="77777777" w:rsidR="00EE5F04" w:rsidRPr="008A20D0" w:rsidRDefault="00000000">
            <w:pPr>
              <w:spacing w:before="40" w:after="40" w:line="240" w:lineRule="auto"/>
              <w:jc w:val="center"/>
              <w:rPr>
                <w:rFonts w:cs="Times New Roman"/>
              </w:rPr>
            </w:pPr>
            <w:r w:rsidRPr="008A20D0">
              <w:rPr>
                <w:rFonts w:cs="Times New Roman"/>
                <w:sz w:val="20"/>
              </w:rPr>
              <w:t>L</w:t>
            </w:r>
          </w:p>
        </w:tc>
      </w:tr>
      <w:tr w:rsidR="00EE5F04" w:rsidRPr="008A20D0" w14:paraId="4BF8082D" w14:textId="77777777">
        <w:trPr>
          <w:cantSplit/>
          <w:jc w:val="center"/>
        </w:trPr>
        <w:tc>
          <w:tcPr>
            <w:tcW w:w="3312" w:type="dxa"/>
            <w:vAlign w:val="center"/>
          </w:tcPr>
          <w:p w14:paraId="491457D4" w14:textId="77777777" w:rsidR="00EE5F04" w:rsidRPr="008A20D0" w:rsidRDefault="00000000">
            <w:pPr>
              <w:spacing w:before="40" w:after="40" w:line="240" w:lineRule="auto"/>
              <w:rPr>
                <w:rFonts w:cs="Times New Roman"/>
              </w:rPr>
            </w:pPr>
            <w:r w:rsidRPr="008A20D0">
              <w:rPr>
                <w:rFonts w:cs="Times New Roman"/>
                <w:sz w:val="20"/>
              </w:rPr>
              <w:t>M1 XGB</w:t>
            </w:r>
          </w:p>
        </w:tc>
        <w:tc>
          <w:tcPr>
            <w:tcW w:w="4176" w:type="dxa"/>
            <w:vAlign w:val="center"/>
          </w:tcPr>
          <w:p w14:paraId="2C7A4D7D" w14:textId="77777777" w:rsidR="00EE5F04" w:rsidRPr="008A20D0" w:rsidRDefault="00000000">
            <w:pPr>
              <w:spacing w:before="40" w:after="40" w:line="240" w:lineRule="auto"/>
              <w:jc w:val="center"/>
              <w:rPr>
                <w:rFonts w:cs="Times New Roman"/>
              </w:rPr>
            </w:pPr>
            <w:r w:rsidRPr="008A20D0">
              <w:rPr>
                <w:rFonts w:cs="Times New Roman"/>
                <w:sz w:val="20"/>
              </w:rPr>
              <w:t>0.614</w:t>
            </w:r>
            <w:r w:rsidRPr="008A20D0">
              <w:rPr>
                <w:rFonts w:cs="Times New Roman"/>
                <w:sz w:val="20"/>
              </w:rPr>
              <w:br/>
              <w:t>(0.577 to 0.651)</w:t>
            </w:r>
          </w:p>
        </w:tc>
        <w:tc>
          <w:tcPr>
            <w:tcW w:w="1872" w:type="dxa"/>
            <w:vAlign w:val="center"/>
          </w:tcPr>
          <w:p w14:paraId="6AFB7658"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6014974D" w14:textId="77777777">
        <w:trPr>
          <w:cantSplit/>
          <w:jc w:val="center"/>
        </w:trPr>
        <w:tc>
          <w:tcPr>
            <w:tcW w:w="3312" w:type="dxa"/>
            <w:vAlign w:val="center"/>
          </w:tcPr>
          <w:p w14:paraId="055E8A15" w14:textId="77777777" w:rsidR="00EE5F04" w:rsidRPr="008A20D0" w:rsidRDefault="00000000">
            <w:pPr>
              <w:spacing w:before="40" w:after="40" w:line="240" w:lineRule="auto"/>
              <w:rPr>
                <w:rFonts w:cs="Times New Roman"/>
              </w:rPr>
            </w:pPr>
            <w:r w:rsidRPr="008A20D0">
              <w:rPr>
                <w:rFonts w:cs="Times New Roman"/>
                <w:sz w:val="20"/>
              </w:rPr>
              <w:t>M2 Ridge</w:t>
            </w:r>
          </w:p>
        </w:tc>
        <w:tc>
          <w:tcPr>
            <w:tcW w:w="4176" w:type="dxa"/>
            <w:vAlign w:val="center"/>
          </w:tcPr>
          <w:p w14:paraId="16E3F20B" w14:textId="77777777" w:rsidR="00EE5F04" w:rsidRPr="008A20D0" w:rsidRDefault="00000000">
            <w:pPr>
              <w:spacing w:before="40" w:after="40" w:line="240" w:lineRule="auto"/>
              <w:jc w:val="center"/>
              <w:rPr>
                <w:rFonts w:cs="Times New Roman"/>
              </w:rPr>
            </w:pPr>
            <w:r w:rsidRPr="008A20D0">
              <w:rPr>
                <w:rFonts w:cs="Times New Roman"/>
                <w:sz w:val="20"/>
              </w:rPr>
              <w:t>0.610</w:t>
            </w:r>
            <w:r w:rsidRPr="008A20D0">
              <w:rPr>
                <w:rFonts w:cs="Times New Roman"/>
                <w:sz w:val="20"/>
              </w:rPr>
              <w:br/>
              <w:t>(0.571 to 0.648)</w:t>
            </w:r>
          </w:p>
        </w:tc>
        <w:tc>
          <w:tcPr>
            <w:tcW w:w="1872" w:type="dxa"/>
            <w:vAlign w:val="center"/>
          </w:tcPr>
          <w:p w14:paraId="41C93C21"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7054AB31" w14:textId="77777777">
        <w:trPr>
          <w:cantSplit/>
          <w:jc w:val="center"/>
        </w:trPr>
        <w:tc>
          <w:tcPr>
            <w:tcW w:w="3312" w:type="dxa"/>
            <w:vAlign w:val="center"/>
          </w:tcPr>
          <w:p w14:paraId="10FD5299" w14:textId="77777777" w:rsidR="00EE5F04" w:rsidRPr="008A20D0" w:rsidRDefault="00000000">
            <w:pPr>
              <w:spacing w:before="40" w:after="40" w:line="240" w:lineRule="auto"/>
              <w:rPr>
                <w:rFonts w:cs="Times New Roman"/>
              </w:rPr>
            </w:pPr>
            <w:r w:rsidRPr="008A20D0">
              <w:rPr>
                <w:rFonts w:cs="Times New Roman"/>
                <w:sz w:val="20"/>
              </w:rPr>
              <w:t>M2 XGB</w:t>
            </w:r>
          </w:p>
        </w:tc>
        <w:tc>
          <w:tcPr>
            <w:tcW w:w="4176" w:type="dxa"/>
            <w:vAlign w:val="center"/>
          </w:tcPr>
          <w:p w14:paraId="61566117" w14:textId="77777777" w:rsidR="00EE5F04" w:rsidRPr="008A20D0" w:rsidRDefault="00000000">
            <w:pPr>
              <w:spacing w:before="40" w:after="40" w:line="240" w:lineRule="auto"/>
              <w:jc w:val="center"/>
              <w:rPr>
                <w:rFonts w:cs="Times New Roman"/>
              </w:rPr>
            </w:pPr>
            <w:r w:rsidRPr="008A20D0">
              <w:rPr>
                <w:rFonts w:cs="Times New Roman"/>
                <w:sz w:val="20"/>
              </w:rPr>
              <w:t>0.610</w:t>
            </w:r>
            <w:r w:rsidRPr="008A20D0">
              <w:rPr>
                <w:rFonts w:cs="Times New Roman"/>
                <w:sz w:val="20"/>
              </w:rPr>
              <w:br/>
              <w:t>(0.567 to 0.651)</w:t>
            </w:r>
          </w:p>
        </w:tc>
        <w:tc>
          <w:tcPr>
            <w:tcW w:w="1872" w:type="dxa"/>
            <w:vAlign w:val="center"/>
          </w:tcPr>
          <w:p w14:paraId="49D7A152"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738C21ED" w14:textId="77777777">
        <w:trPr>
          <w:cantSplit/>
          <w:jc w:val="center"/>
        </w:trPr>
        <w:tc>
          <w:tcPr>
            <w:tcW w:w="3312" w:type="dxa"/>
            <w:vAlign w:val="center"/>
          </w:tcPr>
          <w:p w14:paraId="7B385FEC" w14:textId="77777777" w:rsidR="00EE5F04" w:rsidRPr="008A20D0" w:rsidRDefault="00000000">
            <w:pPr>
              <w:spacing w:before="40" w:after="40" w:line="240" w:lineRule="auto"/>
              <w:rPr>
                <w:rFonts w:cs="Times New Roman"/>
              </w:rPr>
            </w:pPr>
            <w:r w:rsidRPr="008A20D0">
              <w:rPr>
                <w:rFonts w:cs="Times New Roman"/>
                <w:sz w:val="20"/>
              </w:rPr>
              <w:t>M3 Ridge</w:t>
            </w:r>
          </w:p>
        </w:tc>
        <w:tc>
          <w:tcPr>
            <w:tcW w:w="4176" w:type="dxa"/>
            <w:vAlign w:val="center"/>
          </w:tcPr>
          <w:p w14:paraId="3CC4DAF1" w14:textId="77777777" w:rsidR="00EE5F04" w:rsidRPr="008A20D0" w:rsidRDefault="00000000">
            <w:pPr>
              <w:spacing w:before="40" w:after="40" w:line="240" w:lineRule="auto"/>
              <w:jc w:val="center"/>
              <w:rPr>
                <w:rFonts w:cs="Times New Roman"/>
              </w:rPr>
            </w:pPr>
            <w:r w:rsidRPr="008A20D0">
              <w:rPr>
                <w:rFonts w:cs="Times New Roman"/>
                <w:sz w:val="20"/>
              </w:rPr>
              <w:t>0.615</w:t>
            </w:r>
            <w:r w:rsidRPr="008A20D0">
              <w:rPr>
                <w:rFonts w:cs="Times New Roman"/>
                <w:sz w:val="20"/>
              </w:rPr>
              <w:br/>
              <w:t>(0.571 to 0.659)</w:t>
            </w:r>
          </w:p>
        </w:tc>
        <w:tc>
          <w:tcPr>
            <w:tcW w:w="1872" w:type="dxa"/>
            <w:vAlign w:val="center"/>
          </w:tcPr>
          <w:p w14:paraId="67103347"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6EB0A01F" w14:textId="77777777">
        <w:trPr>
          <w:cantSplit/>
          <w:jc w:val="center"/>
        </w:trPr>
        <w:tc>
          <w:tcPr>
            <w:tcW w:w="3312" w:type="dxa"/>
            <w:vAlign w:val="center"/>
          </w:tcPr>
          <w:p w14:paraId="61FE79F5" w14:textId="77777777" w:rsidR="00EE5F04" w:rsidRPr="008A20D0" w:rsidRDefault="00000000">
            <w:pPr>
              <w:spacing w:before="40" w:after="40" w:line="240" w:lineRule="auto"/>
              <w:rPr>
                <w:rFonts w:cs="Times New Roman"/>
              </w:rPr>
            </w:pPr>
            <w:r w:rsidRPr="008A20D0">
              <w:rPr>
                <w:rFonts w:cs="Times New Roman"/>
                <w:sz w:val="20"/>
              </w:rPr>
              <w:t>M3 XGB</w:t>
            </w:r>
          </w:p>
        </w:tc>
        <w:tc>
          <w:tcPr>
            <w:tcW w:w="4176" w:type="dxa"/>
            <w:vAlign w:val="center"/>
          </w:tcPr>
          <w:p w14:paraId="7A998564" w14:textId="77777777" w:rsidR="00EE5F04" w:rsidRPr="008A20D0" w:rsidRDefault="00000000">
            <w:pPr>
              <w:spacing w:before="40" w:after="40" w:line="240" w:lineRule="auto"/>
              <w:jc w:val="center"/>
              <w:rPr>
                <w:rFonts w:cs="Times New Roman"/>
              </w:rPr>
            </w:pPr>
            <w:r w:rsidRPr="008A20D0">
              <w:rPr>
                <w:rFonts w:cs="Times New Roman"/>
                <w:sz w:val="20"/>
              </w:rPr>
              <w:t>0.595</w:t>
            </w:r>
            <w:r w:rsidRPr="008A20D0">
              <w:rPr>
                <w:rFonts w:cs="Times New Roman"/>
                <w:sz w:val="20"/>
              </w:rPr>
              <w:br/>
              <w:t>(0.550 to 0.639)</w:t>
            </w:r>
          </w:p>
        </w:tc>
        <w:tc>
          <w:tcPr>
            <w:tcW w:w="1872" w:type="dxa"/>
            <w:vAlign w:val="center"/>
          </w:tcPr>
          <w:p w14:paraId="6E9F41EA"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08FBB7AE" w14:textId="77777777" w:rsidR="00EE5F04" w:rsidRPr="008A20D0" w:rsidRDefault="00000000">
      <w:pPr>
        <w:pStyle w:val="af7"/>
        <w:rPr>
          <w:rFonts w:cs="Times New Roman"/>
        </w:rPr>
      </w:pPr>
      <w:r w:rsidRPr="008A20D0">
        <w:rPr>
          <w:rFonts w:cs="Times New Roman"/>
        </w:rPr>
        <w:t>Table S7 (continued). B. Paired stratified c-statistic differences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4464"/>
        <w:gridCol w:w="3024"/>
        <w:gridCol w:w="1872"/>
      </w:tblGrid>
      <w:tr w:rsidR="00EE5F04" w:rsidRPr="008A20D0" w14:paraId="1464EA29" w14:textId="77777777">
        <w:trPr>
          <w:cantSplit/>
          <w:tblHeader/>
          <w:jc w:val="center"/>
        </w:trPr>
        <w:tc>
          <w:tcPr>
            <w:tcW w:w="4464" w:type="dxa"/>
            <w:vAlign w:val="center"/>
          </w:tcPr>
          <w:p w14:paraId="3BC24FC6" w14:textId="77777777" w:rsidR="00EE5F04" w:rsidRPr="008A20D0" w:rsidRDefault="00000000">
            <w:pPr>
              <w:spacing w:before="40" w:after="40" w:line="240" w:lineRule="auto"/>
              <w:rPr>
                <w:rFonts w:cs="Times New Roman"/>
              </w:rPr>
            </w:pPr>
            <w:r w:rsidRPr="008A20D0">
              <w:rPr>
                <w:rFonts w:cs="Times New Roman"/>
                <w:b/>
                <w:sz w:val="20"/>
              </w:rPr>
              <w:t>Contrast</w:t>
            </w:r>
          </w:p>
        </w:tc>
        <w:tc>
          <w:tcPr>
            <w:tcW w:w="3024" w:type="dxa"/>
            <w:vAlign w:val="center"/>
          </w:tcPr>
          <w:p w14:paraId="287B364C" w14:textId="77777777" w:rsidR="00EE5F04" w:rsidRPr="008A20D0" w:rsidRDefault="00000000">
            <w:pPr>
              <w:spacing w:before="40" w:after="40" w:line="240" w:lineRule="auto"/>
              <w:jc w:val="center"/>
              <w:rPr>
                <w:rFonts w:cs="Times New Roman"/>
              </w:rPr>
            </w:pPr>
            <w:r w:rsidRPr="008A20D0">
              <w:rPr>
                <w:rFonts w:cs="Times New Roman"/>
                <w:b/>
                <w:sz w:val="20"/>
              </w:rPr>
              <w:t>Difference</w:t>
            </w:r>
            <w:r w:rsidRPr="008A20D0">
              <w:rPr>
                <w:rFonts w:cs="Times New Roman"/>
                <w:b/>
                <w:sz w:val="20"/>
              </w:rPr>
              <w:br/>
              <w:t>(95% CI)</w:t>
            </w:r>
          </w:p>
        </w:tc>
        <w:tc>
          <w:tcPr>
            <w:tcW w:w="1872" w:type="dxa"/>
            <w:vAlign w:val="center"/>
          </w:tcPr>
          <w:p w14:paraId="19DED382"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5AAD9E20" w14:textId="77777777">
        <w:trPr>
          <w:cantSplit/>
          <w:jc w:val="center"/>
        </w:trPr>
        <w:tc>
          <w:tcPr>
            <w:tcW w:w="4464" w:type="dxa"/>
            <w:vAlign w:val="center"/>
          </w:tcPr>
          <w:p w14:paraId="7E77E8C1" w14:textId="77777777" w:rsidR="00EE5F04" w:rsidRPr="008A20D0" w:rsidRDefault="00000000">
            <w:pPr>
              <w:spacing w:before="40" w:after="40" w:line="240" w:lineRule="auto"/>
              <w:rPr>
                <w:rFonts w:cs="Times New Roman"/>
              </w:rPr>
            </w:pPr>
            <w:r w:rsidRPr="008A20D0">
              <w:rPr>
                <w:rFonts w:cs="Times New Roman"/>
                <w:sz w:val="20"/>
              </w:rPr>
              <w:t>M3 Ridge − M0 Ridge</w:t>
            </w:r>
          </w:p>
        </w:tc>
        <w:tc>
          <w:tcPr>
            <w:tcW w:w="3024" w:type="dxa"/>
            <w:vAlign w:val="center"/>
          </w:tcPr>
          <w:p w14:paraId="5929275A"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872" w:type="dxa"/>
            <w:vAlign w:val="center"/>
          </w:tcPr>
          <w:p w14:paraId="1AD78FA0" w14:textId="77777777" w:rsidR="00EE5F04" w:rsidRPr="008A20D0" w:rsidRDefault="00000000">
            <w:pPr>
              <w:spacing w:before="40" w:after="40" w:line="240" w:lineRule="auto"/>
              <w:jc w:val="center"/>
              <w:rPr>
                <w:rFonts w:cs="Times New Roman"/>
              </w:rPr>
            </w:pPr>
            <w:r w:rsidRPr="008A20D0">
              <w:rPr>
                <w:rFonts w:cs="Times New Roman"/>
                <w:sz w:val="20"/>
              </w:rPr>
              <w:t>NE</w:t>
            </w:r>
          </w:p>
        </w:tc>
      </w:tr>
      <w:tr w:rsidR="00EE5F04" w:rsidRPr="008A20D0" w14:paraId="79369F3F" w14:textId="77777777">
        <w:trPr>
          <w:cantSplit/>
          <w:jc w:val="center"/>
        </w:trPr>
        <w:tc>
          <w:tcPr>
            <w:tcW w:w="4464" w:type="dxa"/>
            <w:vAlign w:val="center"/>
          </w:tcPr>
          <w:p w14:paraId="519829E2" w14:textId="77777777" w:rsidR="00EE5F04" w:rsidRPr="008A20D0" w:rsidRDefault="00000000">
            <w:pPr>
              <w:spacing w:before="40" w:after="40" w:line="240" w:lineRule="auto"/>
              <w:rPr>
                <w:rFonts w:cs="Times New Roman"/>
              </w:rPr>
            </w:pPr>
            <w:r w:rsidRPr="008A20D0">
              <w:rPr>
                <w:rFonts w:cs="Times New Roman"/>
                <w:sz w:val="20"/>
              </w:rPr>
              <w:t>M3 Ridge − M1 Ridge</w:t>
            </w:r>
          </w:p>
        </w:tc>
        <w:tc>
          <w:tcPr>
            <w:tcW w:w="3024" w:type="dxa"/>
            <w:vAlign w:val="center"/>
          </w:tcPr>
          <w:p w14:paraId="558BB165"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872" w:type="dxa"/>
            <w:vAlign w:val="center"/>
          </w:tcPr>
          <w:p w14:paraId="6B2157EA" w14:textId="77777777" w:rsidR="00EE5F04" w:rsidRPr="008A20D0" w:rsidRDefault="00000000">
            <w:pPr>
              <w:spacing w:before="40" w:after="40" w:line="240" w:lineRule="auto"/>
              <w:jc w:val="center"/>
              <w:rPr>
                <w:rFonts w:cs="Times New Roman"/>
              </w:rPr>
            </w:pPr>
            <w:r w:rsidRPr="008A20D0">
              <w:rPr>
                <w:rFonts w:cs="Times New Roman"/>
                <w:sz w:val="20"/>
              </w:rPr>
              <w:t>NE</w:t>
            </w:r>
          </w:p>
        </w:tc>
      </w:tr>
      <w:tr w:rsidR="00EE5F04" w:rsidRPr="008A20D0" w14:paraId="412E203E" w14:textId="77777777">
        <w:trPr>
          <w:cantSplit/>
          <w:jc w:val="center"/>
        </w:trPr>
        <w:tc>
          <w:tcPr>
            <w:tcW w:w="4464" w:type="dxa"/>
            <w:vAlign w:val="center"/>
          </w:tcPr>
          <w:p w14:paraId="3F881BD0" w14:textId="77777777" w:rsidR="00EE5F04" w:rsidRPr="008A20D0" w:rsidRDefault="00000000">
            <w:pPr>
              <w:spacing w:before="40" w:after="40" w:line="240" w:lineRule="auto"/>
              <w:rPr>
                <w:rFonts w:cs="Times New Roman"/>
              </w:rPr>
            </w:pPr>
            <w:r w:rsidRPr="008A20D0">
              <w:rPr>
                <w:rFonts w:cs="Times New Roman"/>
                <w:sz w:val="20"/>
              </w:rPr>
              <w:t>M3 XGB − M0 XGB</w:t>
            </w:r>
          </w:p>
        </w:tc>
        <w:tc>
          <w:tcPr>
            <w:tcW w:w="3024" w:type="dxa"/>
            <w:vAlign w:val="center"/>
          </w:tcPr>
          <w:p w14:paraId="639FD201" w14:textId="77777777" w:rsidR="00EE5F04" w:rsidRPr="008A20D0" w:rsidRDefault="00000000">
            <w:pPr>
              <w:spacing w:before="40" w:after="40" w:line="240" w:lineRule="auto"/>
              <w:jc w:val="center"/>
              <w:rPr>
                <w:rFonts w:cs="Times New Roman"/>
              </w:rPr>
            </w:pPr>
            <w:r w:rsidRPr="008A20D0">
              <w:rPr>
                <w:rFonts w:cs="Times New Roman"/>
                <w:sz w:val="20"/>
              </w:rPr>
              <w:t>0.036</w:t>
            </w:r>
            <w:r w:rsidRPr="008A20D0">
              <w:rPr>
                <w:rFonts w:cs="Times New Roman"/>
                <w:sz w:val="20"/>
              </w:rPr>
              <w:br/>
              <w:t>(-0.016 to 0.090)</w:t>
            </w:r>
          </w:p>
        </w:tc>
        <w:tc>
          <w:tcPr>
            <w:tcW w:w="1872" w:type="dxa"/>
            <w:vAlign w:val="center"/>
          </w:tcPr>
          <w:p w14:paraId="0548493B"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4DED715C" w14:textId="77777777">
        <w:trPr>
          <w:cantSplit/>
          <w:jc w:val="center"/>
        </w:trPr>
        <w:tc>
          <w:tcPr>
            <w:tcW w:w="4464" w:type="dxa"/>
            <w:vAlign w:val="center"/>
          </w:tcPr>
          <w:p w14:paraId="2197D320" w14:textId="77777777" w:rsidR="00EE5F04" w:rsidRPr="008A20D0" w:rsidRDefault="00000000">
            <w:pPr>
              <w:spacing w:before="40" w:after="40" w:line="240" w:lineRule="auto"/>
              <w:rPr>
                <w:rFonts w:cs="Times New Roman"/>
              </w:rPr>
            </w:pPr>
            <w:r w:rsidRPr="008A20D0">
              <w:rPr>
                <w:rFonts w:cs="Times New Roman"/>
                <w:sz w:val="20"/>
              </w:rPr>
              <w:t>M3 XGB − M1 XGB</w:t>
            </w:r>
          </w:p>
        </w:tc>
        <w:tc>
          <w:tcPr>
            <w:tcW w:w="3024" w:type="dxa"/>
            <w:vAlign w:val="center"/>
          </w:tcPr>
          <w:p w14:paraId="588B3BFB" w14:textId="77777777" w:rsidR="00EE5F04" w:rsidRPr="008A20D0" w:rsidRDefault="00000000">
            <w:pPr>
              <w:spacing w:before="40" w:after="40" w:line="240" w:lineRule="auto"/>
              <w:jc w:val="center"/>
              <w:rPr>
                <w:rFonts w:cs="Times New Roman"/>
              </w:rPr>
            </w:pPr>
            <w:r w:rsidRPr="008A20D0">
              <w:rPr>
                <w:rFonts w:cs="Times New Roman"/>
                <w:sz w:val="20"/>
              </w:rPr>
              <w:t>-0.019</w:t>
            </w:r>
            <w:r w:rsidRPr="008A20D0">
              <w:rPr>
                <w:rFonts w:cs="Times New Roman"/>
                <w:sz w:val="20"/>
              </w:rPr>
              <w:br/>
              <w:t>(-0.068 to 0.029)</w:t>
            </w:r>
          </w:p>
        </w:tc>
        <w:tc>
          <w:tcPr>
            <w:tcW w:w="1872" w:type="dxa"/>
            <w:vAlign w:val="center"/>
          </w:tcPr>
          <w:p w14:paraId="7088DF5A"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2922C564" w14:textId="77777777" w:rsidR="00EE5F04" w:rsidRPr="008A20D0" w:rsidRDefault="00000000">
      <w:pPr>
        <w:spacing w:after="100"/>
        <w:rPr>
          <w:rFonts w:cs="Times New Roman"/>
        </w:rPr>
      </w:pPr>
      <w:r w:rsidRPr="008A20D0">
        <w:rPr>
          <w:rFonts w:cs="Times New Roman"/>
          <w:sz w:val="20"/>
        </w:rPr>
        <w:t>Inpatient status required a known discharge POD strictly greater than the landmark. A patient discharged on that calendar day was no longer an inpatient at day end. Stratified c summarizes within-landmark pairs in these restricted risk sets. The POD3 subset contained 1,303 patients and 104 events; these are not the denominator for every landmark. L: at least one landmark was ineligible under the dispersion rule. NE: paired difference not estimated under that rule.</w:t>
      </w:r>
    </w:p>
    <w:p w14:paraId="35FB678B"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End-of-day inpatient sensitivity (continued)</w:t>
      </w:r>
    </w:p>
    <w:p w14:paraId="08C00DA6" w14:textId="77777777" w:rsidR="00EE5F04" w:rsidRPr="008A20D0" w:rsidRDefault="00000000">
      <w:pPr>
        <w:pStyle w:val="af7"/>
        <w:rPr>
          <w:rFonts w:cs="Times New Roman"/>
        </w:rPr>
      </w:pPr>
      <w:r w:rsidRPr="008A20D0">
        <w:rPr>
          <w:rFonts w:cs="Times New Roman"/>
        </w:rPr>
        <w:t>Table S7 (continued). C. POD3 model performance (N = 1,303; events = 104)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627"/>
        <w:gridCol w:w="2045"/>
        <w:gridCol w:w="2045"/>
        <w:gridCol w:w="2045"/>
        <w:gridCol w:w="1598"/>
      </w:tblGrid>
      <w:tr w:rsidR="00EE5F04" w:rsidRPr="008A20D0" w14:paraId="4C37297E" w14:textId="77777777">
        <w:trPr>
          <w:cantSplit/>
          <w:tblHeader/>
          <w:jc w:val="center"/>
        </w:trPr>
        <w:tc>
          <w:tcPr>
            <w:tcW w:w="1627" w:type="dxa"/>
            <w:vAlign w:val="center"/>
          </w:tcPr>
          <w:p w14:paraId="4AD85E17" w14:textId="77777777" w:rsidR="00EE5F04" w:rsidRPr="008A20D0" w:rsidRDefault="00000000">
            <w:pPr>
              <w:spacing w:before="40" w:after="40" w:line="240" w:lineRule="auto"/>
              <w:rPr>
                <w:rFonts w:cs="Times New Roman"/>
              </w:rPr>
            </w:pPr>
            <w:r w:rsidRPr="008A20D0">
              <w:rPr>
                <w:rFonts w:cs="Times New Roman"/>
                <w:b/>
                <w:sz w:val="20"/>
              </w:rPr>
              <w:t>Model</w:t>
            </w:r>
          </w:p>
        </w:tc>
        <w:tc>
          <w:tcPr>
            <w:tcW w:w="2045" w:type="dxa"/>
            <w:vAlign w:val="center"/>
          </w:tcPr>
          <w:p w14:paraId="699E6874" w14:textId="77777777" w:rsidR="00EE5F04" w:rsidRPr="008A20D0" w:rsidRDefault="00000000">
            <w:pPr>
              <w:spacing w:before="40" w:after="40" w:line="240" w:lineRule="auto"/>
              <w:jc w:val="center"/>
              <w:rPr>
                <w:rFonts w:cs="Times New Roman"/>
              </w:rPr>
            </w:pPr>
            <w:r w:rsidRPr="008A20D0">
              <w:rPr>
                <w:rFonts w:cs="Times New Roman"/>
                <w:b/>
                <w:sz w:val="20"/>
              </w:rPr>
              <w:t>AUROC</w:t>
            </w:r>
            <w:r w:rsidRPr="008A20D0">
              <w:rPr>
                <w:rFonts w:cs="Times New Roman"/>
                <w:b/>
                <w:sz w:val="20"/>
              </w:rPr>
              <w:br/>
              <w:t>(95% CI)</w:t>
            </w:r>
          </w:p>
        </w:tc>
        <w:tc>
          <w:tcPr>
            <w:tcW w:w="2045" w:type="dxa"/>
            <w:vAlign w:val="center"/>
          </w:tcPr>
          <w:p w14:paraId="7D1A0AA5" w14:textId="77777777" w:rsidR="00EE5F04" w:rsidRPr="008A20D0" w:rsidRDefault="00000000">
            <w:pPr>
              <w:spacing w:before="40" w:after="40" w:line="240" w:lineRule="auto"/>
              <w:jc w:val="center"/>
              <w:rPr>
                <w:rFonts w:cs="Times New Roman"/>
              </w:rPr>
            </w:pPr>
            <w:r w:rsidRPr="008A20D0">
              <w:rPr>
                <w:rFonts w:cs="Times New Roman"/>
                <w:b/>
                <w:sz w:val="20"/>
              </w:rPr>
              <w:t>AP</w:t>
            </w:r>
            <w:r w:rsidRPr="008A20D0">
              <w:rPr>
                <w:rFonts w:cs="Times New Roman"/>
                <w:b/>
                <w:sz w:val="20"/>
              </w:rPr>
              <w:br/>
              <w:t>(95% CI)</w:t>
            </w:r>
          </w:p>
        </w:tc>
        <w:tc>
          <w:tcPr>
            <w:tcW w:w="2045" w:type="dxa"/>
            <w:vAlign w:val="center"/>
          </w:tcPr>
          <w:p w14:paraId="6B175A58" w14:textId="77777777" w:rsidR="00EE5F04" w:rsidRPr="008A20D0" w:rsidRDefault="00000000">
            <w:pPr>
              <w:spacing w:before="40" w:after="40" w:line="240" w:lineRule="auto"/>
              <w:jc w:val="center"/>
              <w:rPr>
                <w:rFonts w:cs="Times New Roman"/>
              </w:rPr>
            </w:pPr>
            <w:r w:rsidRPr="008A20D0">
              <w:rPr>
                <w:rFonts w:cs="Times New Roman"/>
                <w:b/>
                <w:sz w:val="20"/>
              </w:rPr>
              <w:t>Brier</w:t>
            </w:r>
            <w:r w:rsidRPr="008A20D0">
              <w:rPr>
                <w:rFonts w:cs="Times New Roman"/>
                <w:b/>
                <w:sz w:val="20"/>
              </w:rPr>
              <w:br/>
              <w:t>(95% CI)</w:t>
            </w:r>
          </w:p>
        </w:tc>
        <w:tc>
          <w:tcPr>
            <w:tcW w:w="1598" w:type="dxa"/>
            <w:vAlign w:val="center"/>
          </w:tcPr>
          <w:p w14:paraId="79F1CC4A"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4DC5B4EF" w14:textId="77777777">
        <w:trPr>
          <w:cantSplit/>
          <w:jc w:val="center"/>
        </w:trPr>
        <w:tc>
          <w:tcPr>
            <w:tcW w:w="1627" w:type="dxa"/>
            <w:vAlign w:val="center"/>
          </w:tcPr>
          <w:p w14:paraId="7B3FB54A" w14:textId="77777777" w:rsidR="00EE5F04" w:rsidRPr="008A20D0" w:rsidRDefault="00000000">
            <w:pPr>
              <w:spacing w:before="40" w:after="40" w:line="240" w:lineRule="auto"/>
              <w:rPr>
                <w:rFonts w:cs="Times New Roman"/>
              </w:rPr>
            </w:pPr>
            <w:r w:rsidRPr="008A20D0">
              <w:rPr>
                <w:rFonts w:cs="Times New Roman"/>
                <w:sz w:val="20"/>
              </w:rPr>
              <w:t>M0 Ridge</w:t>
            </w:r>
          </w:p>
        </w:tc>
        <w:tc>
          <w:tcPr>
            <w:tcW w:w="2045" w:type="dxa"/>
            <w:vAlign w:val="center"/>
          </w:tcPr>
          <w:p w14:paraId="561AD503" w14:textId="77777777" w:rsidR="00EE5F04" w:rsidRPr="008A20D0" w:rsidRDefault="00000000">
            <w:pPr>
              <w:spacing w:before="40" w:after="40" w:line="240" w:lineRule="auto"/>
              <w:jc w:val="center"/>
              <w:rPr>
                <w:rFonts w:cs="Times New Roman"/>
              </w:rPr>
            </w:pPr>
            <w:r w:rsidRPr="008A20D0">
              <w:rPr>
                <w:rFonts w:cs="Times New Roman"/>
                <w:sz w:val="20"/>
              </w:rPr>
              <w:t>0.583</w:t>
            </w:r>
            <w:r w:rsidRPr="008A20D0">
              <w:rPr>
                <w:rFonts w:cs="Times New Roman"/>
                <w:sz w:val="20"/>
              </w:rPr>
              <w:br/>
              <w:t>(0.528 to 0.639)</w:t>
            </w:r>
          </w:p>
        </w:tc>
        <w:tc>
          <w:tcPr>
            <w:tcW w:w="2045" w:type="dxa"/>
            <w:vAlign w:val="center"/>
          </w:tcPr>
          <w:p w14:paraId="5E6ABB1D" w14:textId="77777777" w:rsidR="00EE5F04" w:rsidRPr="008A20D0" w:rsidRDefault="00000000">
            <w:pPr>
              <w:spacing w:before="40" w:after="40" w:line="240" w:lineRule="auto"/>
              <w:jc w:val="center"/>
              <w:rPr>
                <w:rFonts w:cs="Times New Roman"/>
              </w:rPr>
            </w:pPr>
            <w:r w:rsidRPr="008A20D0">
              <w:rPr>
                <w:rFonts w:cs="Times New Roman"/>
                <w:sz w:val="20"/>
              </w:rPr>
              <w:t>0.124</w:t>
            </w:r>
            <w:r w:rsidRPr="008A20D0">
              <w:rPr>
                <w:rFonts w:cs="Times New Roman"/>
                <w:sz w:val="20"/>
              </w:rPr>
              <w:br/>
              <w:t>(0.092 to 0.188)</w:t>
            </w:r>
          </w:p>
        </w:tc>
        <w:tc>
          <w:tcPr>
            <w:tcW w:w="2045" w:type="dxa"/>
            <w:vAlign w:val="center"/>
          </w:tcPr>
          <w:p w14:paraId="3F993E5F" w14:textId="77777777" w:rsidR="00EE5F04" w:rsidRPr="008A20D0" w:rsidRDefault="00000000">
            <w:pPr>
              <w:spacing w:before="40" w:after="40" w:line="240" w:lineRule="auto"/>
              <w:jc w:val="center"/>
              <w:rPr>
                <w:rFonts w:cs="Times New Roman"/>
              </w:rPr>
            </w:pPr>
            <w:r w:rsidRPr="008A20D0">
              <w:rPr>
                <w:rFonts w:cs="Times New Roman"/>
                <w:sz w:val="20"/>
              </w:rPr>
              <w:t>0.073</w:t>
            </w:r>
            <w:r w:rsidRPr="008A20D0">
              <w:rPr>
                <w:rFonts w:cs="Times New Roman"/>
                <w:sz w:val="20"/>
              </w:rPr>
              <w:br/>
              <w:t>(0.062 to 0.085)</w:t>
            </w:r>
          </w:p>
        </w:tc>
        <w:tc>
          <w:tcPr>
            <w:tcW w:w="1598" w:type="dxa"/>
            <w:vAlign w:val="center"/>
          </w:tcPr>
          <w:p w14:paraId="74FA9F7F" w14:textId="77777777" w:rsidR="00EE5F04" w:rsidRPr="008A20D0" w:rsidRDefault="00000000">
            <w:pPr>
              <w:spacing w:before="40" w:after="40" w:line="240" w:lineRule="auto"/>
              <w:jc w:val="center"/>
              <w:rPr>
                <w:rFonts w:cs="Times New Roman"/>
              </w:rPr>
            </w:pPr>
            <w:r w:rsidRPr="008A20D0">
              <w:rPr>
                <w:rFonts w:cs="Times New Roman"/>
                <w:sz w:val="20"/>
              </w:rPr>
              <w:t>D</w:t>
            </w:r>
          </w:p>
        </w:tc>
      </w:tr>
      <w:tr w:rsidR="00EE5F04" w:rsidRPr="008A20D0" w14:paraId="3051258F" w14:textId="77777777">
        <w:trPr>
          <w:cantSplit/>
          <w:jc w:val="center"/>
        </w:trPr>
        <w:tc>
          <w:tcPr>
            <w:tcW w:w="1627" w:type="dxa"/>
            <w:vAlign w:val="center"/>
          </w:tcPr>
          <w:p w14:paraId="34BB20F2" w14:textId="77777777" w:rsidR="00EE5F04" w:rsidRPr="008A20D0" w:rsidRDefault="00000000">
            <w:pPr>
              <w:spacing w:before="40" w:after="40" w:line="240" w:lineRule="auto"/>
              <w:rPr>
                <w:rFonts w:cs="Times New Roman"/>
              </w:rPr>
            </w:pPr>
            <w:r w:rsidRPr="008A20D0">
              <w:rPr>
                <w:rFonts w:cs="Times New Roman"/>
                <w:sz w:val="20"/>
              </w:rPr>
              <w:t>M0 XGB</w:t>
            </w:r>
          </w:p>
        </w:tc>
        <w:tc>
          <w:tcPr>
            <w:tcW w:w="2045" w:type="dxa"/>
            <w:vAlign w:val="center"/>
          </w:tcPr>
          <w:p w14:paraId="09EBC1E1" w14:textId="77777777" w:rsidR="00EE5F04" w:rsidRPr="008A20D0" w:rsidRDefault="00000000">
            <w:pPr>
              <w:spacing w:before="40" w:after="40" w:line="240" w:lineRule="auto"/>
              <w:jc w:val="center"/>
              <w:rPr>
                <w:rFonts w:cs="Times New Roman"/>
              </w:rPr>
            </w:pPr>
            <w:r w:rsidRPr="008A20D0">
              <w:rPr>
                <w:rFonts w:cs="Times New Roman"/>
                <w:sz w:val="20"/>
              </w:rPr>
              <w:t>0.570</w:t>
            </w:r>
            <w:r w:rsidRPr="008A20D0">
              <w:rPr>
                <w:rFonts w:cs="Times New Roman"/>
                <w:sz w:val="20"/>
              </w:rPr>
              <w:br/>
              <w:t>(0.517 to 0.623)</w:t>
            </w:r>
          </w:p>
        </w:tc>
        <w:tc>
          <w:tcPr>
            <w:tcW w:w="2045" w:type="dxa"/>
            <w:vAlign w:val="center"/>
          </w:tcPr>
          <w:p w14:paraId="34797FAC" w14:textId="77777777" w:rsidR="00EE5F04" w:rsidRPr="008A20D0" w:rsidRDefault="00000000">
            <w:pPr>
              <w:spacing w:before="40" w:after="40" w:line="240" w:lineRule="auto"/>
              <w:jc w:val="center"/>
              <w:rPr>
                <w:rFonts w:cs="Times New Roman"/>
              </w:rPr>
            </w:pPr>
            <w:r w:rsidRPr="008A20D0">
              <w:rPr>
                <w:rFonts w:cs="Times New Roman"/>
                <w:sz w:val="20"/>
              </w:rPr>
              <w:t>0.092</w:t>
            </w:r>
            <w:r w:rsidRPr="008A20D0">
              <w:rPr>
                <w:rFonts w:cs="Times New Roman"/>
                <w:sz w:val="20"/>
              </w:rPr>
              <w:br/>
              <w:t>(0.074 to 0.125)</w:t>
            </w:r>
          </w:p>
        </w:tc>
        <w:tc>
          <w:tcPr>
            <w:tcW w:w="2045" w:type="dxa"/>
            <w:vAlign w:val="center"/>
          </w:tcPr>
          <w:p w14:paraId="3423C666"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(0.063 to 0.086)</w:t>
            </w:r>
          </w:p>
        </w:tc>
        <w:tc>
          <w:tcPr>
            <w:tcW w:w="1598" w:type="dxa"/>
            <w:vAlign w:val="center"/>
          </w:tcPr>
          <w:p w14:paraId="5B7EF385"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42CA3D8C" w14:textId="77777777">
        <w:trPr>
          <w:cantSplit/>
          <w:jc w:val="center"/>
        </w:trPr>
        <w:tc>
          <w:tcPr>
            <w:tcW w:w="1627" w:type="dxa"/>
            <w:vAlign w:val="center"/>
          </w:tcPr>
          <w:p w14:paraId="341ABC89" w14:textId="77777777" w:rsidR="00EE5F04" w:rsidRPr="008A20D0" w:rsidRDefault="00000000">
            <w:pPr>
              <w:spacing w:before="40" w:after="40" w:line="240" w:lineRule="auto"/>
              <w:rPr>
                <w:rFonts w:cs="Times New Roman"/>
              </w:rPr>
            </w:pPr>
            <w:r w:rsidRPr="008A20D0">
              <w:rPr>
                <w:rFonts w:cs="Times New Roman"/>
                <w:sz w:val="20"/>
              </w:rPr>
              <w:t>M1 Ridge</w:t>
            </w:r>
          </w:p>
        </w:tc>
        <w:tc>
          <w:tcPr>
            <w:tcW w:w="2045" w:type="dxa"/>
            <w:vAlign w:val="center"/>
          </w:tcPr>
          <w:p w14:paraId="00BFA898" w14:textId="77777777" w:rsidR="00EE5F04" w:rsidRPr="008A20D0" w:rsidRDefault="00000000">
            <w:pPr>
              <w:spacing w:before="40" w:after="40" w:line="240" w:lineRule="auto"/>
              <w:jc w:val="center"/>
              <w:rPr>
                <w:rFonts w:cs="Times New Roman"/>
              </w:rPr>
            </w:pPr>
            <w:r w:rsidRPr="008A20D0">
              <w:rPr>
                <w:rFonts w:cs="Times New Roman"/>
                <w:sz w:val="20"/>
              </w:rPr>
              <w:t>0.608</w:t>
            </w:r>
            <w:r w:rsidRPr="008A20D0">
              <w:rPr>
                <w:rFonts w:cs="Times New Roman"/>
                <w:sz w:val="20"/>
              </w:rPr>
              <w:br/>
              <w:t>(0.553 to 0.661)</w:t>
            </w:r>
          </w:p>
        </w:tc>
        <w:tc>
          <w:tcPr>
            <w:tcW w:w="2045" w:type="dxa"/>
            <w:vAlign w:val="center"/>
          </w:tcPr>
          <w:p w14:paraId="53B37402" w14:textId="77777777" w:rsidR="00EE5F04" w:rsidRPr="008A20D0" w:rsidRDefault="00000000">
            <w:pPr>
              <w:spacing w:before="40" w:after="40" w:line="240" w:lineRule="auto"/>
              <w:jc w:val="center"/>
              <w:rPr>
                <w:rFonts w:cs="Times New Roman"/>
              </w:rPr>
            </w:pPr>
            <w:r w:rsidRPr="008A20D0">
              <w:rPr>
                <w:rFonts w:cs="Times New Roman"/>
                <w:sz w:val="20"/>
              </w:rPr>
              <w:t>0.112</w:t>
            </w:r>
            <w:r w:rsidRPr="008A20D0">
              <w:rPr>
                <w:rFonts w:cs="Times New Roman"/>
                <w:sz w:val="20"/>
              </w:rPr>
              <w:br/>
              <w:t>(0.086 to 0.156)</w:t>
            </w:r>
          </w:p>
        </w:tc>
        <w:tc>
          <w:tcPr>
            <w:tcW w:w="2045" w:type="dxa"/>
            <w:vAlign w:val="center"/>
          </w:tcPr>
          <w:p w14:paraId="267651B0"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(0.063 to 0.085)</w:t>
            </w:r>
          </w:p>
        </w:tc>
        <w:tc>
          <w:tcPr>
            <w:tcW w:w="1598" w:type="dxa"/>
            <w:vAlign w:val="center"/>
          </w:tcPr>
          <w:p w14:paraId="24288D87" w14:textId="77777777" w:rsidR="00EE5F04" w:rsidRPr="008A20D0" w:rsidRDefault="00000000">
            <w:pPr>
              <w:spacing w:before="40" w:after="40" w:line="240" w:lineRule="auto"/>
              <w:jc w:val="center"/>
              <w:rPr>
                <w:rFonts w:cs="Times New Roman"/>
              </w:rPr>
            </w:pPr>
            <w:r w:rsidRPr="008A20D0">
              <w:rPr>
                <w:rFonts w:cs="Times New Roman"/>
                <w:sz w:val="20"/>
              </w:rPr>
              <w:t>D</w:t>
            </w:r>
          </w:p>
        </w:tc>
      </w:tr>
      <w:tr w:rsidR="00EE5F04" w:rsidRPr="008A20D0" w14:paraId="4F9AA1A5" w14:textId="77777777">
        <w:trPr>
          <w:cantSplit/>
          <w:jc w:val="center"/>
        </w:trPr>
        <w:tc>
          <w:tcPr>
            <w:tcW w:w="1627" w:type="dxa"/>
            <w:vAlign w:val="center"/>
          </w:tcPr>
          <w:p w14:paraId="63A804F7" w14:textId="77777777" w:rsidR="00EE5F04" w:rsidRPr="008A20D0" w:rsidRDefault="00000000">
            <w:pPr>
              <w:spacing w:before="40" w:after="40" w:line="240" w:lineRule="auto"/>
              <w:rPr>
                <w:rFonts w:cs="Times New Roman"/>
              </w:rPr>
            </w:pPr>
            <w:r w:rsidRPr="008A20D0">
              <w:rPr>
                <w:rFonts w:cs="Times New Roman"/>
                <w:sz w:val="20"/>
              </w:rPr>
              <w:t>M1 XGB</w:t>
            </w:r>
          </w:p>
        </w:tc>
        <w:tc>
          <w:tcPr>
            <w:tcW w:w="2045" w:type="dxa"/>
            <w:vAlign w:val="center"/>
          </w:tcPr>
          <w:p w14:paraId="3FD36128" w14:textId="77777777" w:rsidR="00EE5F04" w:rsidRPr="008A20D0" w:rsidRDefault="00000000">
            <w:pPr>
              <w:spacing w:before="40" w:after="40" w:line="240" w:lineRule="auto"/>
              <w:jc w:val="center"/>
              <w:rPr>
                <w:rFonts w:cs="Times New Roman"/>
              </w:rPr>
            </w:pPr>
            <w:r w:rsidRPr="008A20D0">
              <w:rPr>
                <w:rFonts w:cs="Times New Roman"/>
                <w:sz w:val="20"/>
              </w:rPr>
              <w:t>0.606</w:t>
            </w:r>
            <w:r w:rsidRPr="008A20D0">
              <w:rPr>
                <w:rFonts w:cs="Times New Roman"/>
                <w:sz w:val="20"/>
              </w:rPr>
              <w:br/>
              <w:t>(0.554 to 0.656)</w:t>
            </w:r>
          </w:p>
        </w:tc>
        <w:tc>
          <w:tcPr>
            <w:tcW w:w="2045" w:type="dxa"/>
            <w:vAlign w:val="center"/>
          </w:tcPr>
          <w:p w14:paraId="2B4304D0" w14:textId="77777777" w:rsidR="00EE5F04" w:rsidRPr="008A20D0" w:rsidRDefault="00000000">
            <w:pPr>
              <w:spacing w:before="40" w:after="40" w:line="240" w:lineRule="auto"/>
              <w:jc w:val="center"/>
              <w:rPr>
                <w:rFonts w:cs="Times New Roman"/>
              </w:rPr>
            </w:pPr>
            <w:r w:rsidRPr="008A20D0">
              <w:rPr>
                <w:rFonts w:cs="Times New Roman"/>
                <w:sz w:val="20"/>
              </w:rPr>
              <w:t>0.117</w:t>
            </w:r>
            <w:r w:rsidRPr="008A20D0">
              <w:rPr>
                <w:rFonts w:cs="Times New Roman"/>
                <w:sz w:val="20"/>
              </w:rPr>
              <w:br/>
              <w:t>(0.089 to 0.167)</w:t>
            </w:r>
          </w:p>
        </w:tc>
        <w:tc>
          <w:tcPr>
            <w:tcW w:w="2045" w:type="dxa"/>
            <w:vAlign w:val="center"/>
          </w:tcPr>
          <w:p w14:paraId="451C6BC4" w14:textId="77777777" w:rsidR="00EE5F04" w:rsidRPr="008A20D0" w:rsidRDefault="00000000">
            <w:pPr>
              <w:spacing w:before="40" w:after="40" w:line="240" w:lineRule="auto"/>
              <w:jc w:val="center"/>
              <w:rPr>
                <w:rFonts w:cs="Times New Roman"/>
              </w:rPr>
            </w:pPr>
            <w:r w:rsidRPr="008A20D0">
              <w:rPr>
                <w:rFonts w:cs="Times New Roman"/>
                <w:sz w:val="20"/>
              </w:rPr>
              <w:t>0.075</w:t>
            </w:r>
            <w:r w:rsidRPr="008A20D0">
              <w:rPr>
                <w:rFonts w:cs="Times New Roman"/>
                <w:sz w:val="20"/>
              </w:rPr>
              <w:br/>
              <w:t>(0.063 to 0.087)</w:t>
            </w:r>
          </w:p>
        </w:tc>
        <w:tc>
          <w:tcPr>
            <w:tcW w:w="1598" w:type="dxa"/>
            <w:vAlign w:val="center"/>
          </w:tcPr>
          <w:p w14:paraId="6E5F0DA0"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16248A50" w14:textId="77777777">
        <w:trPr>
          <w:cantSplit/>
          <w:jc w:val="center"/>
        </w:trPr>
        <w:tc>
          <w:tcPr>
            <w:tcW w:w="1627" w:type="dxa"/>
            <w:vAlign w:val="center"/>
          </w:tcPr>
          <w:p w14:paraId="7A380DC8" w14:textId="77777777" w:rsidR="00EE5F04" w:rsidRPr="008A20D0" w:rsidRDefault="00000000">
            <w:pPr>
              <w:spacing w:before="40" w:after="40" w:line="240" w:lineRule="auto"/>
              <w:rPr>
                <w:rFonts w:cs="Times New Roman"/>
              </w:rPr>
            </w:pPr>
            <w:r w:rsidRPr="008A20D0">
              <w:rPr>
                <w:rFonts w:cs="Times New Roman"/>
                <w:sz w:val="20"/>
              </w:rPr>
              <w:t>M2 Ridge</w:t>
            </w:r>
          </w:p>
        </w:tc>
        <w:tc>
          <w:tcPr>
            <w:tcW w:w="2045" w:type="dxa"/>
            <w:vAlign w:val="center"/>
          </w:tcPr>
          <w:p w14:paraId="53759F80" w14:textId="77777777" w:rsidR="00EE5F04" w:rsidRPr="008A20D0" w:rsidRDefault="00000000">
            <w:pPr>
              <w:spacing w:before="40" w:after="40" w:line="240" w:lineRule="auto"/>
              <w:jc w:val="center"/>
              <w:rPr>
                <w:rFonts w:cs="Times New Roman"/>
              </w:rPr>
            </w:pPr>
            <w:r w:rsidRPr="008A20D0">
              <w:rPr>
                <w:rFonts w:cs="Times New Roman"/>
                <w:sz w:val="20"/>
              </w:rPr>
              <w:t>0.604</w:t>
            </w:r>
            <w:r w:rsidRPr="008A20D0">
              <w:rPr>
                <w:rFonts w:cs="Times New Roman"/>
                <w:sz w:val="20"/>
              </w:rPr>
              <w:br/>
              <w:t>(0.547 to 0.657)</w:t>
            </w:r>
          </w:p>
        </w:tc>
        <w:tc>
          <w:tcPr>
            <w:tcW w:w="2045" w:type="dxa"/>
            <w:vAlign w:val="center"/>
          </w:tcPr>
          <w:p w14:paraId="6274D66D" w14:textId="77777777" w:rsidR="00EE5F04" w:rsidRPr="008A20D0" w:rsidRDefault="00000000">
            <w:pPr>
              <w:spacing w:before="40" w:after="40" w:line="240" w:lineRule="auto"/>
              <w:jc w:val="center"/>
              <w:rPr>
                <w:rFonts w:cs="Times New Roman"/>
              </w:rPr>
            </w:pPr>
            <w:r w:rsidRPr="008A20D0">
              <w:rPr>
                <w:rFonts w:cs="Times New Roman"/>
                <w:sz w:val="20"/>
              </w:rPr>
              <w:t>0.140</w:t>
            </w:r>
            <w:r w:rsidRPr="008A20D0">
              <w:rPr>
                <w:rFonts w:cs="Times New Roman"/>
                <w:sz w:val="20"/>
              </w:rPr>
              <w:br/>
              <w:t>(0.100 to 0.204)</w:t>
            </w:r>
          </w:p>
        </w:tc>
        <w:tc>
          <w:tcPr>
            <w:tcW w:w="2045" w:type="dxa"/>
            <w:vAlign w:val="center"/>
          </w:tcPr>
          <w:p w14:paraId="37530723" w14:textId="77777777" w:rsidR="00EE5F04" w:rsidRPr="008A20D0" w:rsidRDefault="00000000">
            <w:pPr>
              <w:spacing w:before="40" w:after="40" w:line="240" w:lineRule="auto"/>
              <w:jc w:val="center"/>
              <w:rPr>
                <w:rFonts w:cs="Times New Roman"/>
              </w:rPr>
            </w:pPr>
            <w:r w:rsidRPr="008A20D0">
              <w:rPr>
                <w:rFonts w:cs="Times New Roman"/>
                <w:sz w:val="20"/>
              </w:rPr>
              <w:t>0.076</w:t>
            </w:r>
            <w:r w:rsidRPr="008A20D0">
              <w:rPr>
                <w:rFonts w:cs="Times New Roman"/>
                <w:sz w:val="20"/>
              </w:rPr>
              <w:br/>
              <w:t>(0.065 to 0.088)</w:t>
            </w:r>
          </w:p>
        </w:tc>
        <w:tc>
          <w:tcPr>
            <w:tcW w:w="1598" w:type="dxa"/>
            <w:vAlign w:val="center"/>
          </w:tcPr>
          <w:p w14:paraId="0745A701"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6036E668" w14:textId="77777777">
        <w:trPr>
          <w:cantSplit/>
          <w:jc w:val="center"/>
        </w:trPr>
        <w:tc>
          <w:tcPr>
            <w:tcW w:w="1627" w:type="dxa"/>
            <w:vAlign w:val="center"/>
          </w:tcPr>
          <w:p w14:paraId="12DAD457" w14:textId="77777777" w:rsidR="00EE5F04" w:rsidRPr="008A20D0" w:rsidRDefault="00000000">
            <w:pPr>
              <w:spacing w:before="40" w:after="40" w:line="240" w:lineRule="auto"/>
              <w:rPr>
                <w:rFonts w:cs="Times New Roman"/>
              </w:rPr>
            </w:pPr>
            <w:r w:rsidRPr="008A20D0">
              <w:rPr>
                <w:rFonts w:cs="Times New Roman"/>
                <w:sz w:val="20"/>
              </w:rPr>
              <w:t>M2 XGB</w:t>
            </w:r>
          </w:p>
        </w:tc>
        <w:tc>
          <w:tcPr>
            <w:tcW w:w="2045" w:type="dxa"/>
            <w:vAlign w:val="center"/>
          </w:tcPr>
          <w:p w14:paraId="7010C6B3" w14:textId="77777777" w:rsidR="00EE5F04" w:rsidRPr="008A20D0" w:rsidRDefault="00000000">
            <w:pPr>
              <w:spacing w:before="40" w:after="40" w:line="240" w:lineRule="auto"/>
              <w:jc w:val="center"/>
              <w:rPr>
                <w:rFonts w:cs="Times New Roman"/>
              </w:rPr>
            </w:pPr>
            <w:r w:rsidRPr="008A20D0">
              <w:rPr>
                <w:rFonts w:cs="Times New Roman"/>
                <w:sz w:val="20"/>
              </w:rPr>
              <w:t>0.619</w:t>
            </w:r>
            <w:r w:rsidRPr="008A20D0">
              <w:rPr>
                <w:rFonts w:cs="Times New Roman"/>
                <w:sz w:val="20"/>
              </w:rPr>
              <w:br/>
              <w:t>(0.562 to 0.673)</w:t>
            </w:r>
          </w:p>
        </w:tc>
        <w:tc>
          <w:tcPr>
            <w:tcW w:w="2045" w:type="dxa"/>
            <w:vAlign w:val="center"/>
          </w:tcPr>
          <w:p w14:paraId="4EA3AA9A" w14:textId="77777777" w:rsidR="00EE5F04" w:rsidRPr="008A20D0" w:rsidRDefault="00000000">
            <w:pPr>
              <w:spacing w:before="40" w:after="40" w:line="240" w:lineRule="auto"/>
              <w:jc w:val="center"/>
              <w:rPr>
                <w:rFonts w:cs="Times New Roman"/>
              </w:rPr>
            </w:pPr>
            <w:r w:rsidRPr="008A20D0">
              <w:rPr>
                <w:rFonts w:cs="Times New Roman"/>
                <w:sz w:val="20"/>
              </w:rPr>
              <w:t>0.127</w:t>
            </w:r>
            <w:r w:rsidRPr="008A20D0">
              <w:rPr>
                <w:rFonts w:cs="Times New Roman"/>
                <w:sz w:val="20"/>
              </w:rPr>
              <w:br/>
              <w:t>(0.096 to 0.184)</w:t>
            </w:r>
          </w:p>
        </w:tc>
        <w:tc>
          <w:tcPr>
            <w:tcW w:w="2045" w:type="dxa"/>
            <w:vAlign w:val="center"/>
          </w:tcPr>
          <w:p w14:paraId="77D4AD3C" w14:textId="77777777" w:rsidR="00EE5F04" w:rsidRPr="008A20D0" w:rsidRDefault="00000000">
            <w:pPr>
              <w:spacing w:before="40" w:after="40" w:line="240" w:lineRule="auto"/>
              <w:jc w:val="center"/>
              <w:rPr>
                <w:rFonts w:cs="Times New Roman"/>
              </w:rPr>
            </w:pPr>
            <w:r w:rsidRPr="008A20D0">
              <w:rPr>
                <w:rFonts w:cs="Times New Roman"/>
                <w:sz w:val="20"/>
              </w:rPr>
              <w:t>0.074</w:t>
            </w:r>
            <w:r w:rsidRPr="008A20D0">
              <w:rPr>
                <w:rFonts w:cs="Times New Roman"/>
                <w:sz w:val="20"/>
              </w:rPr>
              <w:br/>
              <w:t>(0.063 to 0.086)</w:t>
            </w:r>
          </w:p>
        </w:tc>
        <w:tc>
          <w:tcPr>
            <w:tcW w:w="1598" w:type="dxa"/>
            <w:vAlign w:val="center"/>
          </w:tcPr>
          <w:p w14:paraId="3506C817"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76A964B5" w14:textId="77777777">
        <w:trPr>
          <w:cantSplit/>
          <w:jc w:val="center"/>
        </w:trPr>
        <w:tc>
          <w:tcPr>
            <w:tcW w:w="1627" w:type="dxa"/>
            <w:vAlign w:val="center"/>
          </w:tcPr>
          <w:p w14:paraId="35320BA2" w14:textId="77777777" w:rsidR="00EE5F04" w:rsidRPr="008A20D0" w:rsidRDefault="00000000">
            <w:pPr>
              <w:spacing w:before="40" w:after="40" w:line="240" w:lineRule="auto"/>
              <w:rPr>
                <w:rFonts w:cs="Times New Roman"/>
              </w:rPr>
            </w:pPr>
            <w:r w:rsidRPr="008A20D0">
              <w:rPr>
                <w:rFonts w:cs="Times New Roman"/>
                <w:sz w:val="20"/>
              </w:rPr>
              <w:t>M3 Ridge</w:t>
            </w:r>
          </w:p>
        </w:tc>
        <w:tc>
          <w:tcPr>
            <w:tcW w:w="2045" w:type="dxa"/>
            <w:vAlign w:val="center"/>
          </w:tcPr>
          <w:p w14:paraId="5BF51640" w14:textId="77777777" w:rsidR="00EE5F04" w:rsidRPr="008A20D0" w:rsidRDefault="00000000">
            <w:pPr>
              <w:spacing w:before="40" w:after="40" w:line="240" w:lineRule="auto"/>
              <w:jc w:val="center"/>
              <w:rPr>
                <w:rFonts w:cs="Times New Roman"/>
              </w:rPr>
            </w:pPr>
            <w:r w:rsidRPr="008A20D0">
              <w:rPr>
                <w:rFonts w:cs="Times New Roman"/>
                <w:sz w:val="20"/>
              </w:rPr>
              <w:t>0.607</w:t>
            </w:r>
            <w:r w:rsidRPr="008A20D0">
              <w:rPr>
                <w:rFonts w:cs="Times New Roman"/>
                <w:sz w:val="20"/>
              </w:rPr>
              <w:br/>
              <w:t>(0.549 to 0.664)</w:t>
            </w:r>
          </w:p>
        </w:tc>
        <w:tc>
          <w:tcPr>
            <w:tcW w:w="2045" w:type="dxa"/>
            <w:vAlign w:val="center"/>
          </w:tcPr>
          <w:p w14:paraId="64636B44" w14:textId="77777777" w:rsidR="00EE5F04" w:rsidRPr="008A20D0" w:rsidRDefault="00000000">
            <w:pPr>
              <w:spacing w:before="40" w:after="40" w:line="240" w:lineRule="auto"/>
              <w:jc w:val="center"/>
              <w:rPr>
                <w:rFonts w:cs="Times New Roman"/>
              </w:rPr>
            </w:pPr>
            <w:r w:rsidRPr="008A20D0">
              <w:rPr>
                <w:rFonts w:cs="Times New Roman"/>
                <w:sz w:val="20"/>
              </w:rPr>
              <w:t>0.122</w:t>
            </w:r>
            <w:r w:rsidRPr="008A20D0">
              <w:rPr>
                <w:rFonts w:cs="Times New Roman"/>
                <w:sz w:val="20"/>
              </w:rPr>
              <w:br/>
              <w:t>(0.093 to 0.171)</w:t>
            </w:r>
          </w:p>
        </w:tc>
        <w:tc>
          <w:tcPr>
            <w:tcW w:w="2045" w:type="dxa"/>
            <w:vAlign w:val="center"/>
          </w:tcPr>
          <w:p w14:paraId="5516FD9F" w14:textId="77777777" w:rsidR="00EE5F04" w:rsidRPr="008A20D0" w:rsidRDefault="00000000">
            <w:pPr>
              <w:spacing w:before="40" w:after="40" w:line="240" w:lineRule="auto"/>
              <w:jc w:val="center"/>
              <w:rPr>
                <w:rFonts w:cs="Times New Roman"/>
              </w:rPr>
            </w:pPr>
            <w:r w:rsidRPr="008A20D0">
              <w:rPr>
                <w:rFonts w:cs="Times New Roman"/>
                <w:sz w:val="20"/>
              </w:rPr>
              <w:t>0.073</w:t>
            </w:r>
            <w:r w:rsidRPr="008A20D0">
              <w:rPr>
                <w:rFonts w:cs="Times New Roman"/>
                <w:sz w:val="20"/>
              </w:rPr>
              <w:br/>
              <w:t>(0.063 to 0.085)</w:t>
            </w:r>
          </w:p>
        </w:tc>
        <w:tc>
          <w:tcPr>
            <w:tcW w:w="1598" w:type="dxa"/>
            <w:vAlign w:val="center"/>
          </w:tcPr>
          <w:p w14:paraId="6E0CA882"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1D1B9917" w14:textId="77777777">
        <w:trPr>
          <w:cantSplit/>
          <w:jc w:val="center"/>
        </w:trPr>
        <w:tc>
          <w:tcPr>
            <w:tcW w:w="1627" w:type="dxa"/>
            <w:vAlign w:val="center"/>
          </w:tcPr>
          <w:p w14:paraId="5B8959BB" w14:textId="77777777" w:rsidR="00EE5F04" w:rsidRPr="008A20D0" w:rsidRDefault="00000000">
            <w:pPr>
              <w:spacing w:before="40" w:after="40" w:line="240" w:lineRule="auto"/>
              <w:rPr>
                <w:rFonts w:cs="Times New Roman"/>
              </w:rPr>
            </w:pPr>
            <w:r w:rsidRPr="008A20D0">
              <w:rPr>
                <w:rFonts w:cs="Times New Roman"/>
                <w:sz w:val="20"/>
              </w:rPr>
              <w:t>M3 XGB</w:t>
            </w:r>
          </w:p>
        </w:tc>
        <w:tc>
          <w:tcPr>
            <w:tcW w:w="2045" w:type="dxa"/>
            <w:vAlign w:val="center"/>
          </w:tcPr>
          <w:p w14:paraId="3F443D04" w14:textId="77777777" w:rsidR="00EE5F04" w:rsidRPr="008A20D0" w:rsidRDefault="00000000">
            <w:pPr>
              <w:spacing w:before="40" w:after="40" w:line="240" w:lineRule="auto"/>
              <w:jc w:val="center"/>
              <w:rPr>
                <w:rFonts w:cs="Times New Roman"/>
              </w:rPr>
            </w:pPr>
            <w:r w:rsidRPr="008A20D0">
              <w:rPr>
                <w:rFonts w:cs="Times New Roman"/>
                <w:sz w:val="20"/>
              </w:rPr>
              <w:t>0.608</w:t>
            </w:r>
            <w:r w:rsidRPr="008A20D0">
              <w:rPr>
                <w:rFonts w:cs="Times New Roman"/>
                <w:sz w:val="20"/>
              </w:rPr>
              <w:br/>
              <w:t>(0.547 to 0.668)</w:t>
            </w:r>
          </w:p>
        </w:tc>
        <w:tc>
          <w:tcPr>
            <w:tcW w:w="2045" w:type="dxa"/>
            <w:vAlign w:val="center"/>
          </w:tcPr>
          <w:p w14:paraId="37E59360" w14:textId="77777777" w:rsidR="00EE5F04" w:rsidRPr="008A20D0" w:rsidRDefault="00000000">
            <w:pPr>
              <w:spacing w:before="40" w:after="40" w:line="240" w:lineRule="auto"/>
              <w:jc w:val="center"/>
              <w:rPr>
                <w:rFonts w:cs="Times New Roman"/>
              </w:rPr>
            </w:pPr>
            <w:r w:rsidRPr="008A20D0">
              <w:rPr>
                <w:rFonts w:cs="Times New Roman"/>
                <w:sz w:val="20"/>
              </w:rPr>
              <w:t>0.132</w:t>
            </w:r>
            <w:r w:rsidRPr="008A20D0">
              <w:rPr>
                <w:rFonts w:cs="Times New Roman"/>
                <w:sz w:val="20"/>
              </w:rPr>
              <w:br/>
              <w:t>(0.098 to 0.189)</w:t>
            </w:r>
          </w:p>
        </w:tc>
        <w:tc>
          <w:tcPr>
            <w:tcW w:w="2045" w:type="dxa"/>
            <w:vAlign w:val="center"/>
          </w:tcPr>
          <w:p w14:paraId="7D53AA4E" w14:textId="77777777" w:rsidR="00EE5F04" w:rsidRPr="008A20D0" w:rsidRDefault="00000000">
            <w:pPr>
              <w:spacing w:before="40" w:after="40" w:line="240" w:lineRule="auto"/>
              <w:jc w:val="center"/>
              <w:rPr>
                <w:rFonts w:cs="Times New Roman"/>
              </w:rPr>
            </w:pPr>
            <w:r w:rsidRPr="008A20D0">
              <w:rPr>
                <w:rFonts w:cs="Times New Roman"/>
                <w:sz w:val="20"/>
              </w:rPr>
              <w:t>0.073</w:t>
            </w:r>
            <w:r w:rsidRPr="008A20D0">
              <w:rPr>
                <w:rFonts w:cs="Times New Roman"/>
                <w:sz w:val="20"/>
              </w:rPr>
              <w:br/>
              <w:t>(0.062 to 0.086)</w:t>
            </w:r>
          </w:p>
        </w:tc>
        <w:tc>
          <w:tcPr>
            <w:tcW w:w="1598" w:type="dxa"/>
            <w:vAlign w:val="center"/>
          </w:tcPr>
          <w:p w14:paraId="0DB969C6"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46CCB7C2" w14:textId="77777777" w:rsidR="00EE5F04" w:rsidRPr="008A20D0" w:rsidRDefault="00000000">
      <w:pPr>
        <w:pStyle w:val="af7"/>
        <w:rPr>
          <w:rFonts w:cs="Times New Roman"/>
        </w:rPr>
      </w:pPr>
      <w:r w:rsidRPr="008A20D0">
        <w:rPr>
          <w:rFonts w:cs="Times New Roman"/>
        </w:rPr>
        <w:t>Table S7 (continued). D. POD3 paired differences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3672"/>
        <w:gridCol w:w="2045"/>
        <w:gridCol w:w="2045"/>
        <w:gridCol w:w="1598"/>
      </w:tblGrid>
      <w:tr w:rsidR="00EE5F04" w:rsidRPr="008A20D0" w14:paraId="3B8180E7" w14:textId="77777777">
        <w:trPr>
          <w:cantSplit/>
          <w:tblHeader/>
          <w:jc w:val="center"/>
        </w:trPr>
        <w:tc>
          <w:tcPr>
            <w:tcW w:w="3672" w:type="dxa"/>
            <w:vAlign w:val="center"/>
          </w:tcPr>
          <w:p w14:paraId="36B2745B" w14:textId="77777777" w:rsidR="00EE5F04" w:rsidRPr="008A20D0" w:rsidRDefault="00000000">
            <w:pPr>
              <w:spacing w:before="40" w:after="40" w:line="240" w:lineRule="auto"/>
              <w:rPr>
                <w:rFonts w:cs="Times New Roman"/>
              </w:rPr>
            </w:pPr>
            <w:r w:rsidRPr="008A20D0">
              <w:rPr>
                <w:rFonts w:cs="Times New Roman"/>
                <w:b/>
                <w:sz w:val="20"/>
              </w:rPr>
              <w:t>Contrast</w:t>
            </w:r>
          </w:p>
        </w:tc>
        <w:tc>
          <w:tcPr>
            <w:tcW w:w="2045" w:type="dxa"/>
            <w:vAlign w:val="center"/>
          </w:tcPr>
          <w:p w14:paraId="77268998" w14:textId="77777777" w:rsidR="00EE5F04" w:rsidRPr="008A20D0" w:rsidRDefault="00000000">
            <w:pPr>
              <w:spacing w:before="40" w:after="40" w:line="240" w:lineRule="auto"/>
              <w:jc w:val="center"/>
              <w:rPr>
                <w:rFonts w:cs="Times New Roman"/>
              </w:rPr>
            </w:pPr>
            <w:r w:rsidRPr="008A20D0">
              <w:rPr>
                <w:rFonts w:cs="Times New Roman"/>
                <w:b/>
                <w:sz w:val="20"/>
              </w:rPr>
              <w:t>ΔAUROC</w:t>
            </w:r>
            <w:r w:rsidRPr="008A20D0">
              <w:rPr>
                <w:rFonts w:cs="Times New Roman"/>
                <w:b/>
                <w:sz w:val="20"/>
              </w:rPr>
              <w:br/>
              <w:t>(95% CI)</w:t>
            </w:r>
          </w:p>
        </w:tc>
        <w:tc>
          <w:tcPr>
            <w:tcW w:w="2045" w:type="dxa"/>
            <w:vAlign w:val="center"/>
          </w:tcPr>
          <w:p w14:paraId="1C797173" w14:textId="77777777" w:rsidR="00EE5F04" w:rsidRPr="008A20D0" w:rsidRDefault="00000000">
            <w:pPr>
              <w:spacing w:before="40" w:after="40" w:line="240" w:lineRule="auto"/>
              <w:jc w:val="center"/>
              <w:rPr>
                <w:rFonts w:cs="Times New Roman"/>
              </w:rPr>
            </w:pPr>
            <w:r w:rsidRPr="008A20D0">
              <w:rPr>
                <w:rFonts w:cs="Times New Roman"/>
                <w:b/>
                <w:sz w:val="20"/>
              </w:rPr>
              <w:t>ΔBrier</w:t>
            </w:r>
            <w:r w:rsidRPr="008A20D0">
              <w:rPr>
                <w:rFonts w:cs="Times New Roman"/>
                <w:b/>
                <w:sz w:val="20"/>
              </w:rPr>
              <w:br/>
              <w:t>(95% CI)</w:t>
            </w:r>
          </w:p>
        </w:tc>
        <w:tc>
          <w:tcPr>
            <w:tcW w:w="1598" w:type="dxa"/>
            <w:vAlign w:val="center"/>
          </w:tcPr>
          <w:p w14:paraId="7A020B89" w14:textId="77777777" w:rsidR="00EE5F04" w:rsidRPr="008A20D0" w:rsidRDefault="00000000">
            <w:pPr>
              <w:spacing w:before="40" w:after="40" w:line="240" w:lineRule="auto"/>
              <w:jc w:val="center"/>
              <w:rPr>
                <w:rFonts w:cs="Times New Roman"/>
              </w:rPr>
            </w:pPr>
            <w:r w:rsidRPr="008A20D0">
              <w:rPr>
                <w:rFonts w:cs="Times New Roman"/>
                <w:b/>
                <w:sz w:val="20"/>
              </w:rPr>
              <w:t>Status</w:t>
            </w:r>
          </w:p>
        </w:tc>
      </w:tr>
      <w:tr w:rsidR="00EE5F04" w:rsidRPr="008A20D0" w14:paraId="0B161CC6" w14:textId="77777777">
        <w:trPr>
          <w:cantSplit/>
          <w:jc w:val="center"/>
        </w:trPr>
        <w:tc>
          <w:tcPr>
            <w:tcW w:w="3672" w:type="dxa"/>
            <w:vAlign w:val="center"/>
          </w:tcPr>
          <w:p w14:paraId="723AFAC0" w14:textId="77777777" w:rsidR="00EE5F04" w:rsidRPr="008A20D0" w:rsidRDefault="00000000">
            <w:pPr>
              <w:spacing w:before="40" w:after="40" w:line="240" w:lineRule="auto"/>
              <w:rPr>
                <w:rFonts w:cs="Times New Roman"/>
              </w:rPr>
            </w:pPr>
            <w:r w:rsidRPr="008A20D0">
              <w:rPr>
                <w:rFonts w:cs="Times New Roman"/>
                <w:sz w:val="20"/>
              </w:rPr>
              <w:t>M3 Ridge − M0 Ridge</w:t>
            </w:r>
          </w:p>
        </w:tc>
        <w:tc>
          <w:tcPr>
            <w:tcW w:w="2045" w:type="dxa"/>
            <w:vAlign w:val="center"/>
          </w:tcPr>
          <w:p w14:paraId="5BB299F9"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2045" w:type="dxa"/>
            <w:vAlign w:val="center"/>
          </w:tcPr>
          <w:p w14:paraId="6DC9D9F8"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98" w:type="dxa"/>
            <w:vAlign w:val="center"/>
          </w:tcPr>
          <w:p w14:paraId="73BBEA3D" w14:textId="77777777" w:rsidR="00EE5F04" w:rsidRPr="008A20D0" w:rsidRDefault="00000000">
            <w:pPr>
              <w:spacing w:before="40" w:after="40" w:line="240" w:lineRule="auto"/>
              <w:jc w:val="center"/>
              <w:rPr>
                <w:rFonts w:cs="Times New Roman"/>
              </w:rPr>
            </w:pPr>
            <w:r w:rsidRPr="008A20D0">
              <w:rPr>
                <w:rFonts w:cs="Times New Roman"/>
                <w:sz w:val="20"/>
              </w:rPr>
              <w:t>NE</w:t>
            </w:r>
          </w:p>
        </w:tc>
      </w:tr>
      <w:tr w:rsidR="00EE5F04" w:rsidRPr="008A20D0" w14:paraId="68BF2872" w14:textId="77777777">
        <w:trPr>
          <w:cantSplit/>
          <w:jc w:val="center"/>
        </w:trPr>
        <w:tc>
          <w:tcPr>
            <w:tcW w:w="3672" w:type="dxa"/>
            <w:vAlign w:val="center"/>
          </w:tcPr>
          <w:p w14:paraId="6A5AA015" w14:textId="77777777" w:rsidR="00EE5F04" w:rsidRPr="008A20D0" w:rsidRDefault="00000000">
            <w:pPr>
              <w:spacing w:before="40" w:after="40" w:line="240" w:lineRule="auto"/>
              <w:rPr>
                <w:rFonts w:cs="Times New Roman"/>
              </w:rPr>
            </w:pPr>
            <w:r w:rsidRPr="008A20D0">
              <w:rPr>
                <w:rFonts w:cs="Times New Roman"/>
                <w:sz w:val="20"/>
              </w:rPr>
              <w:t>M3 Ridge − M1 Ridge</w:t>
            </w:r>
          </w:p>
        </w:tc>
        <w:tc>
          <w:tcPr>
            <w:tcW w:w="2045" w:type="dxa"/>
            <w:vAlign w:val="center"/>
          </w:tcPr>
          <w:p w14:paraId="31BC42C3"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2045" w:type="dxa"/>
            <w:vAlign w:val="center"/>
          </w:tcPr>
          <w:p w14:paraId="1E59F35B" w14:textId="77777777" w:rsidR="00EE5F04" w:rsidRPr="008A20D0" w:rsidRDefault="00000000">
            <w:pPr>
              <w:spacing w:before="40" w:after="40" w:line="240" w:lineRule="auto"/>
              <w:jc w:val="center"/>
              <w:rPr>
                <w:rFonts w:cs="Times New Roman"/>
              </w:rPr>
            </w:pPr>
            <w:r w:rsidRPr="008A20D0">
              <w:rPr>
                <w:rFonts w:cs="Times New Roman"/>
                <w:sz w:val="20"/>
              </w:rPr>
              <w:t>NE</w:t>
            </w:r>
          </w:p>
        </w:tc>
        <w:tc>
          <w:tcPr>
            <w:tcW w:w="1598" w:type="dxa"/>
            <w:vAlign w:val="center"/>
          </w:tcPr>
          <w:p w14:paraId="7BD9AC97" w14:textId="77777777" w:rsidR="00EE5F04" w:rsidRPr="008A20D0" w:rsidRDefault="00000000">
            <w:pPr>
              <w:spacing w:before="40" w:after="40" w:line="240" w:lineRule="auto"/>
              <w:jc w:val="center"/>
              <w:rPr>
                <w:rFonts w:cs="Times New Roman"/>
              </w:rPr>
            </w:pPr>
            <w:r w:rsidRPr="008A20D0">
              <w:rPr>
                <w:rFonts w:cs="Times New Roman"/>
                <w:sz w:val="20"/>
              </w:rPr>
              <w:t>NE</w:t>
            </w:r>
          </w:p>
        </w:tc>
      </w:tr>
      <w:tr w:rsidR="00EE5F04" w:rsidRPr="008A20D0" w14:paraId="422B710A" w14:textId="77777777">
        <w:trPr>
          <w:cantSplit/>
          <w:jc w:val="center"/>
        </w:trPr>
        <w:tc>
          <w:tcPr>
            <w:tcW w:w="3672" w:type="dxa"/>
            <w:vAlign w:val="center"/>
          </w:tcPr>
          <w:p w14:paraId="087F868B" w14:textId="77777777" w:rsidR="00EE5F04" w:rsidRPr="008A20D0" w:rsidRDefault="00000000">
            <w:pPr>
              <w:spacing w:before="40" w:after="40" w:line="240" w:lineRule="auto"/>
              <w:rPr>
                <w:rFonts w:cs="Times New Roman"/>
              </w:rPr>
            </w:pPr>
            <w:r w:rsidRPr="008A20D0">
              <w:rPr>
                <w:rFonts w:cs="Times New Roman"/>
                <w:sz w:val="20"/>
              </w:rPr>
              <w:t>M3 XGB − M0 XGB</w:t>
            </w:r>
          </w:p>
        </w:tc>
        <w:tc>
          <w:tcPr>
            <w:tcW w:w="2045" w:type="dxa"/>
            <w:vAlign w:val="center"/>
          </w:tcPr>
          <w:p w14:paraId="1F592FE8" w14:textId="77777777" w:rsidR="00EE5F04" w:rsidRPr="008A20D0" w:rsidRDefault="00000000">
            <w:pPr>
              <w:spacing w:before="40" w:after="40" w:line="240" w:lineRule="auto"/>
              <w:jc w:val="center"/>
              <w:rPr>
                <w:rFonts w:cs="Times New Roman"/>
              </w:rPr>
            </w:pPr>
            <w:r w:rsidRPr="008A20D0">
              <w:rPr>
                <w:rFonts w:cs="Times New Roman"/>
                <w:sz w:val="20"/>
              </w:rPr>
              <w:t>0.038</w:t>
            </w:r>
            <w:r w:rsidRPr="008A20D0">
              <w:rPr>
                <w:rFonts w:cs="Times New Roman"/>
                <w:sz w:val="20"/>
              </w:rPr>
              <w:br/>
              <w:t>(-0.032 to 0.109)</w:t>
            </w:r>
          </w:p>
        </w:tc>
        <w:tc>
          <w:tcPr>
            <w:tcW w:w="2045" w:type="dxa"/>
            <w:vAlign w:val="center"/>
          </w:tcPr>
          <w:p w14:paraId="3B8F8D9B" w14:textId="77777777" w:rsidR="00EE5F04" w:rsidRPr="008A20D0" w:rsidRDefault="00000000">
            <w:pPr>
              <w:spacing w:before="40" w:after="40" w:line="240" w:lineRule="auto"/>
              <w:jc w:val="center"/>
              <w:rPr>
                <w:rFonts w:cs="Times New Roman"/>
              </w:rPr>
            </w:pPr>
            <w:r w:rsidRPr="008A20D0">
              <w:rPr>
                <w:rFonts w:cs="Times New Roman"/>
                <w:sz w:val="20"/>
              </w:rPr>
              <w:t>-0.001</w:t>
            </w:r>
            <w:r w:rsidRPr="008A20D0">
              <w:rPr>
                <w:rFonts w:cs="Times New Roman"/>
                <w:sz w:val="20"/>
              </w:rPr>
              <w:br/>
              <w:t>(-0.003 to 0.001)</w:t>
            </w:r>
          </w:p>
        </w:tc>
        <w:tc>
          <w:tcPr>
            <w:tcW w:w="1598" w:type="dxa"/>
            <w:vAlign w:val="center"/>
          </w:tcPr>
          <w:p w14:paraId="0D38413D"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r w:rsidR="00EE5F04" w:rsidRPr="008A20D0" w14:paraId="1FDC1866" w14:textId="77777777">
        <w:trPr>
          <w:cantSplit/>
          <w:jc w:val="center"/>
        </w:trPr>
        <w:tc>
          <w:tcPr>
            <w:tcW w:w="3672" w:type="dxa"/>
            <w:vAlign w:val="center"/>
          </w:tcPr>
          <w:p w14:paraId="179C6919" w14:textId="77777777" w:rsidR="00EE5F04" w:rsidRPr="008A20D0" w:rsidRDefault="00000000">
            <w:pPr>
              <w:spacing w:before="40" w:after="40" w:line="240" w:lineRule="auto"/>
              <w:rPr>
                <w:rFonts w:cs="Times New Roman"/>
              </w:rPr>
            </w:pPr>
            <w:r w:rsidRPr="008A20D0">
              <w:rPr>
                <w:rFonts w:cs="Times New Roman"/>
                <w:sz w:val="20"/>
              </w:rPr>
              <w:t>M3 XGB − M1 XGB</w:t>
            </w:r>
          </w:p>
        </w:tc>
        <w:tc>
          <w:tcPr>
            <w:tcW w:w="2045" w:type="dxa"/>
            <w:vAlign w:val="center"/>
          </w:tcPr>
          <w:p w14:paraId="66789D1A" w14:textId="77777777" w:rsidR="00EE5F04" w:rsidRPr="008A20D0" w:rsidRDefault="00000000">
            <w:pPr>
              <w:spacing w:before="40" w:after="40" w:line="240" w:lineRule="auto"/>
              <w:jc w:val="center"/>
              <w:rPr>
                <w:rFonts w:cs="Times New Roman"/>
              </w:rPr>
            </w:pPr>
            <w:r w:rsidRPr="008A20D0">
              <w:rPr>
                <w:rFonts w:cs="Times New Roman"/>
                <w:sz w:val="20"/>
              </w:rPr>
              <w:t>0.003</w:t>
            </w:r>
            <w:r w:rsidRPr="008A20D0">
              <w:rPr>
                <w:rFonts w:cs="Times New Roman"/>
                <w:sz w:val="20"/>
              </w:rPr>
              <w:br/>
              <w:t>(-0.061 to 0.066)</w:t>
            </w:r>
          </w:p>
        </w:tc>
        <w:tc>
          <w:tcPr>
            <w:tcW w:w="2045" w:type="dxa"/>
            <w:vAlign w:val="center"/>
          </w:tcPr>
          <w:p w14:paraId="3C2FD10D" w14:textId="77777777" w:rsidR="00EE5F04" w:rsidRPr="008A20D0" w:rsidRDefault="00000000">
            <w:pPr>
              <w:spacing w:before="40" w:after="40" w:line="240" w:lineRule="auto"/>
              <w:jc w:val="center"/>
              <w:rPr>
                <w:rFonts w:cs="Times New Roman"/>
              </w:rPr>
            </w:pPr>
            <w:r w:rsidRPr="008A20D0">
              <w:rPr>
                <w:rFonts w:cs="Times New Roman"/>
                <w:sz w:val="20"/>
              </w:rPr>
              <w:t>-0.001</w:t>
            </w:r>
            <w:r w:rsidRPr="008A20D0">
              <w:rPr>
                <w:rFonts w:cs="Times New Roman"/>
                <w:sz w:val="20"/>
              </w:rPr>
              <w:br/>
              <w:t>(-0.004 to 0.001)</w:t>
            </w:r>
          </w:p>
        </w:tc>
        <w:tc>
          <w:tcPr>
            <w:tcW w:w="1598" w:type="dxa"/>
            <w:vAlign w:val="center"/>
          </w:tcPr>
          <w:p w14:paraId="1173BB10" w14:textId="77777777" w:rsidR="00EE5F04" w:rsidRPr="008A20D0" w:rsidRDefault="00000000">
            <w:pPr>
              <w:spacing w:before="40" w:after="40" w:line="240" w:lineRule="auto"/>
              <w:jc w:val="center"/>
              <w:rPr>
                <w:rFonts w:cs="Times New Roman"/>
              </w:rPr>
            </w:pPr>
            <w:r w:rsidRPr="008A20D0">
              <w:rPr>
                <w:rFonts w:cs="Times New Roman"/>
                <w:sz w:val="20"/>
              </w:rPr>
              <w:t>Eligible</w:t>
            </w:r>
          </w:p>
        </w:tc>
      </w:tr>
    </w:tbl>
    <w:p w14:paraId="59A0D4C0" w14:textId="77777777" w:rsidR="00EE5F04" w:rsidRPr="008A20D0" w:rsidRDefault="00000000">
      <w:pPr>
        <w:spacing w:after="100"/>
        <w:rPr>
          <w:rFonts w:cs="Times New Roman"/>
        </w:rPr>
      </w:pPr>
      <w:r w:rsidRPr="008A20D0">
        <w:rPr>
          <w:rFonts w:cs="Times New Roman"/>
          <w:sz w:val="20"/>
        </w:rPr>
        <w:t>D: raw predicted logits failed the project SD threshold of 0.30 at POD3. NE: the paired contrast was not estimated under the rule. The same eligible day-end inpatient observations were paired. This analysis does not identify a complete-follow-up cohort. All estimates use fixed held-out raw probabilities and patient-cluster intervals.</w:t>
      </w:r>
    </w:p>
    <w:p w14:paraId="0A0E9F79" w14:textId="77777777" w:rsidR="00EE5F04" w:rsidRPr="008A20D0" w:rsidRDefault="00000000">
      <w:pPr>
        <w:pStyle w:val="1"/>
        <w:pageBreakBefore/>
        <w:rPr>
          <w:rFonts w:ascii="Times New Roman" w:hAnsi="Times New Roman" w:cs="Times New Roman"/>
        </w:rPr>
      </w:pPr>
      <w:r w:rsidRPr="008A20D0">
        <w:rPr>
          <w:rFonts w:ascii="Times New Roman" w:hAnsi="Times New Roman" w:cs="Times New Roman"/>
        </w:rPr>
        <w:lastRenderedPageBreak/>
        <w:t>Reproducibility and diagnostic checks</w:t>
      </w:r>
    </w:p>
    <w:p w14:paraId="6E0890A3" w14:textId="77777777" w:rsidR="00EE5F04" w:rsidRPr="008A20D0" w:rsidRDefault="00000000">
      <w:pPr>
        <w:rPr>
          <w:rFonts w:cs="Times New Roman"/>
        </w:rPr>
      </w:pPr>
      <w:r w:rsidRPr="008A20D0">
        <w:rPr>
          <w:rFonts w:cs="Times New Roman"/>
        </w:rPr>
        <w:t>Independent repeat runs completed the main analyses, both temporal windows, all representation sensitivities, and both algorithm-family permutation diagnostics. The four evaluation stages also had matching repeated results. All 18 fitting, diagnostic, and evaluation stage entries with a recorded command exit status had exit code 0. Preparation and main-pairing checks also matched, but their source records did not contain a separate command exit status. These checks assess computational repeatability, not clinical validity.</w:t>
      </w:r>
    </w:p>
    <w:p w14:paraId="59A1B972" w14:textId="77777777" w:rsidR="00EE5F04" w:rsidRPr="008A20D0" w:rsidRDefault="00000000">
      <w:pPr>
        <w:pStyle w:val="af7"/>
        <w:rPr>
          <w:rFonts w:cs="Times New Roman"/>
        </w:rPr>
      </w:pPr>
      <w:r w:rsidRPr="008A20D0">
        <w:rPr>
          <w:rFonts w:cs="Times New Roman"/>
        </w:rPr>
        <w:t>Table S8. Repeated execution and fixed-configuration permutation diagnostics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224"/>
        <w:gridCol w:w="1584"/>
        <w:gridCol w:w="1627"/>
        <w:gridCol w:w="2808"/>
        <w:gridCol w:w="2117"/>
      </w:tblGrid>
      <w:tr w:rsidR="00EE5F04" w:rsidRPr="008A20D0" w14:paraId="189D3566" w14:textId="77777777">
        <w:trPr>
          <w:cantSplit/>
          <w:tblHeader/>
          <w:jc w:val="center"/>
        </w:trPr>
        <w:tc>
          <w:tcPr>
            <w:tcW w:w="1224" w:type="dxa"/>
            <w:vAlign w:val="center"/>
          </w:tcPr>
          <w:p w14:paraId="2C542A8C" w14:textId="77777777" w:rsidR="00EE5F04" w:rsidRPr="008A20D0" w:rsidRDefault="00000000">
            <w:pPr>
              <w:spacing w:before="40" w:after="40" w:line="240" w:lineRule="auto"/>
              <w:rPr>
                <w:rFonts w:cs="Times New Roman"/>
              </w:rPr>
            </w:pPr>
            <w:r w:rsidRPr="008A20D0">
              <w:rPr>
                <w:rFonts w:cs="Times New Roman"/>
                <w:b/>
                <w:sz w:val="20"/>
              </w:rPr>
              <w:t>Family</w:t>
            </w:r>
          </w:p>
        </w:tc>
        <w:tc>
          <w:tcPr>
            <w:tcW w:w="1584" w:type="dxa"/>
            <w:vAlign w:val="center"/>
          </w:tcPr>
          <w:p w14:paraId="33F1186C" w14:textId="77777777" w:rsidR="00EE5F04" w:rsidRPr="008A20D0" w:rsidRDefault="00000000">
            <w:pPr>
              <w:spacing w:before="40" w:after="40" w:line="240" w:lineRule="auto"/>
              <w:jc w:val="center"/>
              <w:rPr>
                <w:rFonts w:cs="Times New Roman"/>
              </w:rPr>
            </w:pPr>
            <w:r w:rsidRPr="008A20D0">
              <w:rPr>
                <w:rFonts w:cs="Times New Roman"/>
                <w:b/>
                <w:sz w:val="20"/>
              </w:rPr>
              <w:t>Permutations</w:t>
            </w:r>
          </w:p>
        </w:tc>
        <w:tc>
          <w:tcPr>
            <w:tcW w:w="1627" w:type="dxa"/>
            <w:vAlign w:val="center"/>
          </w:tcPr>
          <w:p w14:paraId="4342BFBA" w14:textId="77777777" w:rsidR="00EE5F04" w:rsidRPr="008A20D0" w:rsidRDefault="00000000">
            <w:pPr>
              <w:spacing w:before="40" w:after="40" w:line="240" w:lineRule="auto"/>
              <w:jc w:val="center"/>
              <w:rPr>
                <w:rFonts w:cs="Times New Roman"/>
              </w:rPr>
            </w:pPr>
            <w:r w:rsidRPr="008A20D0">
              <w:rPr>
                <w:rFonts w:cs="Times New Roman"/>
                <w:b/>
                <w:sz w:val="20"/>
              </w:rPr>
              <w:t>Mean null c</w:t>
            </w:r>
          </w:p>
        </w:tc>
        <w:tc>
          <w:tcPr>
            <w:tcW w:w="2808" w:type="dxa"/>
            <w:vAlign w:val="center"/>
          </w:tcPr>
          <w:p w14:paraId="72C209E6" w14:textId="77777777" w:rsidR="00EE5F04" w:rsidRPr="008A20D0" w:rsidRDefault="00000000">
            <w:pPr>
              <w:spacing w:before="40" w:after="40" w:line="240" w:lineRule="auto"/>
              <w:jc w:val="center"/>
              <w:rPr>
                <w:rFonts w:cs="Times New Roman"/>
              </w:rPr>
            </w:pPr>
            <w:r w:rsidRPr="008A20D0">
              <w:rPr>
                <w:rFonts w:cs="Times New Roman"/>
                <w:b/>
                <w:sz w:val="20"/>
              </w:rPr>
              <w:t>Interval for</w:t>
            </w:r>
            <w:r w:rsidRPr="008A20D0">
              <w:rPr>
                <w:rFonts w:cs="Times New Roman"/>
                <w:b/>
                <w:sz w:val="20"/>
              </w:rPr>
              <w:br/>
              <w:t>mean null c</w:t>
            </w:r>
          </w:p>
        </w:tc>
        <w:tc>
          <w:tcPr>
            <w:tcW w:w="2117" w:type="dxa"/>
            <w:vAlign w:val="center"/>
          </w:tcPr>
          <w:p w14:paraId="1902B9C3" w14:textId="77777777" w:rsidR="00EE5F04" w:rsidRPr="008A20D0" w:rsidRDefault="00000000">
            <w:pPr>
              <w:spacing w:before="40" w:after="40" w:line="240" w:lineRule="auto"/>
              <w:jc w:val="center"/>
              <w:rPr>
                <w:rFonts w:cs="Times New Roman"/>
              </w:rPr>
            </w:pPr>
            <w:r w:rsidRPr="008A20D0">
              <w:rPr>
                <w:rFonts w:cs="Times New Roman"/>
                <w:b/>
                <w:sz w:val="20"/>
              </w:rPr>
              <w:t>Repeat values</w:t>
            </w:r>
          </w:p>
        </w:tc>
      </w:tr>
      <w:tr w:rsidR="00EE5F04" w:rsidRPr="008A20D0" w14:paraId="730B428C" w14:textId="77777777">
        <w:trPr>
          <w:cantSplit/>
          <w:jc w:val="center"/>
        </w:trPr>
        <w:tc>
          <w:tcPr>
            <w:tcW w:w="1224" w:type="dxa"/>
            <w:vAlign w:val="center"/>
          </w:tcPr>
          <w:p w14:paraId="62164F70" w14:textId="77777777" w:rsidR="00EE5F04" w:rsidRPr="008A20D0" w:rsidRDefault="00000000">
            <w:pPr>
              <w:spacing w:before="40" w:after="40" w:line="240" w:lineRule="auto"/>
              <w:rPr>
                <w:rFonts w:cs="Times New Roman"/>
              </w:rPr>
            </w:pPr>
            <w:r w:rsidRPr="008A20D0">
              <w:rPr>
                <w:rFonts w:cs="Times New Roman"/>
                <w:sz w:val="20"/>
              </w:rPr>
              <w:t>Ridge</w:t>
            </w:r>
          </w:p>
        </w:tc>
        <w:tc>
          <w:tcPr>
            <w:tcW w:w="1584" w:type="dxa"/>
            <w:vAlign w:val="center"/>
          </w:tcPr>
          <w:p w14:paraId="0CF25D2C" w14:textId="77777777" w:rsidR="00EE5F04" w:rsidRPr="008A20D0" w:rsidRDefault="00000000">
            <w:pPr>
              <w:spacing w:before="40" w:after="40" w:line="240" w:lineRule="auto"/>
              <w:jc w:val="center"/>
              <w:rPr>
                <w:rFonts w:cs="Times New Roman"/>
              </w:rPr>
            </w:pPr>
            <w:r w:rsidRPr="008A20D0">
              <w:rPr>
                <w:rFonts w:cs="Times New Roman"/>
                <w:sz w:val="20"/>
              </w:rPr>
              <w:t>20</w:t>
            </w:r>
          </w:p>
        </w:tc>
        <w:tc>
          <w:tcPr>
            <w:tcW w:w="1627" w:type="dxa"/>
            <w:vAlign w:val="center"/>
          </w:tcPr>
          <w:p w14:paraId="48ED2086" w14:textId="77777777" w:rsidR="00EE5F04" w:rsidRPr="008A20D0" w:rsidRDefault="00000000">
            <w:pPr>
              <w:spacing w:before="40" w:after="40" w:line="240" w:lineRule="auto"/>
              <w:jc w:val="center"/>
              <w:rPr>
                <w:rFonts w:cs="Times New Roman"/>
              </w:rPr>
            </w:pPr>
            <w:r w:rsidRPr="008A20D0">
              <w:rPr>
                <w:rFonts w:cs="Times New Roman"/>
                <w:sz w:val="20"/>
              </w:rPr>
              <w:t>0.4924</w:t>
            </w:r>
          </w:p>
        </w:tc>
        <w:tc>
          <w:tcPr>
            <w:tcW w:w="2808" w:type="dxa"/>
            <w:vAlign w:val="center"/>
          </w:tcPr>
          <w:p w14:paraId="4C058FB8" w14:textId="77777777" w:rsidR="00EE5F04" w:rsidRPr="008A20D0" w:rsidRDefault="00000000">
            <w:pPr>
              <w:spacing w:before="40" w:after="40" w:line="240" w:lineRule="auto"/>
              <w:jc w:val="center"/>
              <w:rPr>
                <w:rFonts w:cs="Times New Roman"/>
              </w:rPr>
            </w:pPr>
            <w:r w:rsidRPr="008A20D0">
              <w:rPr>
                <w:rFonts w:cs="Times New Roman"/>
                <w:sz w:val="20"/>
              </w:rPr>
              <w:t>0.4818 to 0.5030</w:t>
            </w:r>
          </w:p>
        </w:tc>
        <w:tc>
          <w:tcPr>
            <w:tcW w:w="2117" w:type="dxa"/>
            <w:vAlign w:val="center"/>
          </w:tcPr>
          <w:p w14:paraId="0C6753EC" w14:textId="77777777" w:rsidR="00EE5F04" w:rsidRPr="008A20D0" w:rsidRDefault="00000000">
            <w:pPr>
              <w:spacing w:before="40" w:after="40" w:line="240" w:lineRule="auto"/>
              <w:jc w:val="center"/>
              <w:rPr>
                <w:rFonts w:cs="Times New Roman"/>
              </w:rPr>
            </w:pPr>
            <w:r w:rsidRPr="008A20D0">
              <w:rPr>
                <w:rFonts w:cs="Times New Roman"/>
                <w:sz w:val="20"/>
              </w:rPr>
              <w:t>Identical</w:t>
            </w:r>
          </w:p>
        </w:tc>
      </w:tr>
      <w:tr w:rsidR="00EE5F04" w:rsidRPr="008A20D0" w14:paraId="1AD7DAB5" w14:textId="77777777">
        <w:trPr>
          <w:cantSplit/>
          <w:jc w:val="center"/>
        </w:trPr>
        <w:tc>
          <w:tcPr>
            <w:tcW w:w="1224" w:type="dxa"/>
            <w:vAlign w:val="center"/>
          </w:tcPr>
          <w:p w14:paraId="1204EF72" w14:textId="77777777" w:rsidR="00EE5F04" w:rsidRPr="008A20D0" w:rsidRDefault="00000000">
            <w:pPr>
              <w:spacing w:before="40" w:after="40" w:line="240" w:lineRule="auto"/>
              <w:rPr>
                <w:rFonts w:cs="Times New Roman"/>
              </w:rPr>
            </w:pPr>
            <w:r w:rsidRPr="008A20D0">
              <w:rPr>
                <w:rFonts w:cs="Times New Roman"/>
                <w:sz w:val="20"/>
              </w:rPr>
              <w:t>XGB</w:t>
            </w:r>
          </w:p>
        </w:tc>
        <w:tc>
          <w:tcPr>
            <w:tcW w:w="1584" w:type="dxa"/>
            <w:vAlign w:val="center"/>
          </w:tcPr>
          <w:p w14:paraId="6262A22F" w14:textId="77777777" w:rsidR="00EE5F04" w:rsidRPr="008A20D0" w:rsidRDefault="00000000">
            <w:pPr>
              <w:spacing w:before="40" w:after="40" w:line="240" w:lineRule="auto"/>
              <w:jc w:val="center"/>
              <w:rPr>
                <w:rFonts w:cs="Times New Roman"/>
              </w:rPr>
            </w:pPr>
            <w:r w:rsidRPr="008A20D0">
              <w:rPr>
                <w:rFonts w:cs="Times New Roman"/>
                <w:sz w:val="20"/>
              </w:rPr>
              <w:t>20</w:t>
            </w:r>
          </w:p>
        </w:tc>
        <w:tc>
          <w:tcPr>
            <w:tcW w:w="1627" w:type="dxa"/>
            <w:vAlign w:val="center"/>
          </w:tcPr>
          <w:p w14:paraId="7CF4C0A2" w14:textId="77777777" w:rsidR="00EE5F04" w:rsidRPr="008A20D0" w:rsidRDefault="00000000">
            <w:pPr>
              <w:spacing w:before="40" w:after="40" w:line="240" w:lineRule="auto"/>
              <w:jc w:val="center"/>
              <w:rPr>
                <w:rFonts w:cs="Times New Roman"/>
              </w:rPr>
            </w:pPr>
            <w:r w:rsidRPr="008A20D0">
              <w:rPr>
                <w:rFonts w:cs="Times New Roman"/>
                <w:sz w:val="20"/>
              </w:rPr>
              <w:t>0.4977</w:t>
            </w:r>
          </w:p>
        </w:tc>
        <w:tc>
          <w:tcPr>
            <w:tcW w:w="2808" w:type="dxa"/>
            <w:vAlign w:val="center"/>
          </w:tcPr>
          <w:p w14:paraId="548F05B4" w14:textId="77777777" w:rsidR="00EE5F04" w:rsidRPr="008A20D0" w:rsidRDefault="00000000">
            <w:pPr>
              <w:spacing w:before="40" w:after="40" w:line="240" w:lineRule="auto"/>
              <w:jc w:val="center"/>
              <w:rPr>
                <w:rFonts w:cs="Times New Roman"/>
              </w:rPr>
            </w:pPr>
            <w:r w:rsidRPr="008A20D0">
              <w:rPr>
                <w:rFonts w:cs="Times New Roman"/>
                <w:sz w:val="20"/>
              </w:rPr>
              <w:t>0.4800 to 0.5155</w:t>
            </w:r>
          </w:p>
        </w:tc>
        <w:tc>
          <w:tcPr>
            <w:tcW w:w="2117" w:type="dxa"/>
            <w:vAlign w:val="center"/>
          </w:tcPr>
          <w:p w14:paraId="0DDAB82A" w14:textId="77777777" w:rsidR="00EE5F04" w:rsidRPr="008A20D0" w:rsidRDefault="00000000">
            <w:pPr>
              <w:spacing w:before="40" w:after="40" w:line="240" w:lineRule="auto"/>
              <w:jc w:val="center"/>
              <w:rPr>
                <w:rFonts w:cs="Times New Roman"/>
              </w:rPr>
            </w:pPr>
            <w:r w:rsidRPr="008A20D0">
              <w:rPr>
                <w:rFonts w:cs="Times New Roman"/>
                <w:sz w:val="20"/>
              </w:rPr>
              <w:t>Identical</w:t>
            </w:r>
          </w:p>
        </w:tc>
      </w:tr>
    </w:tbl>
    <w:p w14:paraId="65EE151D" w14:textId="77777777" w:rsidR="00EE5F04" w:rsidRPr="008A20D0" w:rsidRDefault="00000000">
      <w:pPr>
        <w:spacing w:after="100"/>
        <w:rPr>
          <w:rFonts w:cs="Times New Roman"/>
        </w:rPr>
      </w:pPr>
      <w:r w:rsidRPr="008A20D0">
        <w:rPr>
          <w:rFonts w:cs="Times New Roman"/>
          <w:sz w:val="20"/>
        </w:rPr>
        <w:t>Each family used 20 patient-level permutations of endpoint times, including no-event values, followed by risk-set reconstruction. Both intervals include 0.5. The same aggregate results and null probabilities were obtained in the repeated run. Configurations were fixed and the complete candidate search was not repeated; these are diagnostics and do not provide a confirmatory signal P value. Values are displayed to four decimal places.</w:t>
      </w:r>
    </w:p>
    <w:p w14:paraId="79ACDEAF" w14:textId="77777777" w:rsidR="00EE5F04" w:rsidRPr="008A20D0" w:rsidRDefault="00000000">
      <w:pPr>
        <w:pStyle w:val="21"/>
        <w:rPr>
          <w:rFonts w:ascii="Times New Roman" w:hAnsi="Times New Roman" w:cs="Times New Roman"/>
        </w:rPr>
      </w:pPr>
      <w:r w:rsidRPr="008A20D0">
        <w:rPr>
          <w:rFonts w:ascii="Times New Roman" w:hAnsi="Times New Roman" w:cs="Times New Roman"/>
        </w:rPr>
        <w:t>Held-out feature attribution stability</w:t>
      </w:r>
    </w:p>
    <w:p w14:paraId="77E7E804" w14:textId="77777777" w:rsidR="00EE5F04" w:rsidRPr="008A20D0" w:rsidRDefault="00000000">
      <w:pPr>
        <w:pStyle w:val="af7"/>
        <w:rPr>
          <w:rFonts w:cs="Times New Roman"/>
        </w:rPr>
      </w:pPr>
      <w:r w:rsidRPr="008A20D0">
        <w:rPr>
          <w:rFonts w:cs="Times New Roman"/>
        </w:rPr>
        <w:t>Table S9. Stability of held-out SHAP feature rankings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5" w:type="dxa"/>
          <w:left w:w="65" w:type="dxa"/>
          <w:bottom w:w="65" w:type="dxa"/>
          <w:right w:w="65" w:type="dxa"/>
        </w:tblCellMar>
        <w:tblLook w:val="04A0" w:firstRow="1" w:lastRow="0" w:firstColumn="1" w:lastColumn="0" w:noHBand="0" w:noVBand="1"/>
      </w:tblPr>
      <w:tblGrid>
        <w:gridCol w:w="1224"/>
        <w:gridCol w:w="936"/>
        <w:gridCol w:w="936"/>
        <w:gridCol w:w="1944"/>
        <w:gridCol w:w="2160"/>
        <w:gridCol w:w="2160"/>
      </w:tblGrid>
      <w:tr w:rsidR="00EE5F04" w:rsidRPr="008A20D0" w14:paraId="7301AC5F" w14:textId="77777777">
        <w:trPr>
          <w:cantSplit/>
          <w:tblHeader/>
          <w:jc w:val="center"/>
        </w:trPr>
        <w:tc>
          <w:tcPr>
            <w:tcW w:w="1224" w:type="dxa"/>
            <w:vAlign w:val="center"/>
          </w:tcPr>
          <w:p w14:paraId="16BCD8D1" w14:textId="77777777" w:rsidR="00EE5F04" w:rsidRPr="008A20D0" w:rsidRDefault="00000000">
            <w:pPr>
              <w:spacing w:before="40" w:after="40" w:line="240" w:lineRule="auto"/>
              <w:rPr>
                <w:rFonts w:cs="Times New Roman"/>
              </w:rPr>
            </w:pPr>
            <w:r w:rsidRPr="008A20D0">
              <w:rPr>
                <w:rFonts w:cs="Times New Roman"/>
                <w:b/>
                <w:sz w:val="20"/>
              </w:rPr>
              <w:t>Model</w:t>
            </w:r>
          </w:p>
        </w:tc>
        <w:tc>
          <w:tcPr>
            <w:tcW w:w="936" w:type="dxa"/>
            <w:vAlign w:val="center"/>
          </w:tcPr>
          <w:p w14:paraId="65D68B09" w14:textId="77777777" w:rsidR="00EE5F04" w:rsidRPr="008A20D0" w:rsidRDefault="00000000">
            <w:pPr>
              <w:spacing w:before="40" w:after="40" w:line="240" w:lineRule="auto"/>
              <w:jc w:val="center"/>
              <w:rPr>
                <w:rFonts w:cs="Times New Roman"/>
              </w:rPr>
            </w:pPr>
            <w:r w:rsidRPr="008A20D0">
              <w:rPr>
                <w:rFonts w:cs="Times New Roman"/>
                <w:b/>
                <w:sz w:val="20"/>
              </w:rPr>
              <w:t>Outer</w:t>
            </w:r>
            <w:r w:rsidRPr="008A20D0">
              <w:rPr>
                <w:rFonts w:cs="Times New Roman"/>
                <w:b/>
                <w:sz w:val="20"/>
              </w:rPr>
              <w:br/>
              <w:t>folds</w:t>
            </w:r>
          </w:p>
        </w:tc>
        <w:tc>
          <w:tcPr>
            <w:tcW w:w="936" w:type="dxa"/>
            <w:vAlign w:val="center"/>
          </w:tcPr>
          <w:p w14:paraId="72A0D28D" w14:textId="77777777" w:rsidR="00EE5F04" w:rsidRPr="008A20D0" w:rsidRDefault="00000000">
            <w:pPr>
              <w:spacing w:before="40" w:after="40" w:line="240" w:lineRule="auto"/>
              <w:jc w:val="center"/>
              <w:rPr>
                <w:rFonts w:cs="Times New Roman"/>
              </w:rPr>
            </w:pPr>
            <w:r w:rsidRPr="008A20D0">
              <w:rPr>
                <w:rFonts w:cs="Times New Roman"/>
                <w:b/>
                <w:sz w:val="20"/>
              </w:rPr>
              <w:t>Fold</w:t>
            </w:r>
            <w:r w:rsidRPr="008A20D0">
              <w:rPr>
                <w:rFonts w:cs="Times New Roman"/>
                <w:b/>
                <w:sz w:val="20"/>
              </w:rPr>
              <w:br/>
              <w:t>pairs</w:t>
            </w:r>
          </w:p>
        </w:tc>
        <w:tc>
          <w:tcPr>
            <w:tcW w:w="1944" w:type="dxa"/>
            <w:vAlign w:val="center"/>
          </w:tcPr>
          <w:p w14:paraId="1EBA55D9" w14:textId="77777777" w:rsidR="00EE5F04" w:rsidRPr="008A20D0" w:rsidRDefault="00000000">
            <w:pPr>
              <w:spacing w:before="40" w:after="40" w:line="240" w:lineRule="auto"/>
              <w:jc w:val="center"/>
              <w:rPr>
                <w:rFonts w:cs="Times New Roman"/>
              </w:rPr>
            </w:pPr>
            <w:r w:rsidRPr="008A20D0">
              <w:rPr>
                <w:rFonts w:cs="Times New Roman"/>
                <w:b/>
                <w:sz w:val="20"/>
              </w:rPr>
              <w:t>Median</w:t>
            </w:r>
            <w:r w:rsidRPr="008A20D0">
              <w:rPr>
                <w:rFonts w:cs="Times New Roman"/>
                <w:b/>
                <w:sz w:val="20"/>
              </w:rPr>
              <w:br/>
              <w:t>Spearman ρ</w:t>
            </w:r>
          </w:p>
        </w:tc>
        <w:tc>
          <w:tcPr>
            <w:tcW w:w="2160" w:type="dxa"/>
            <w:vAlign w:val="center"/>
          </w:tcPr>
          <w:p w14:paraId="6D7C2B96" w14:textId="77777777" w:rsidR="00EE5F04" w:rsidRPr="008A20D0" w:rsidRDefault="00000000">
            <w:pPr>
              <w:spacing w:before="40" w:after="40" w:line="240" w:lineRule="auto"/>
              <w:jc w:val="center"/>
              <w:rPr>
                <w:rFonts w:cs="Times New Roman"/>
              </w:rPr>
            </w:pPr>
            <w:r w:rsidRPr="008A20D0">
              <w:rPr>
                <w:rFonts w:cs="Times New Roman"/>
                <w:b/>
                <w:sz w:val="20"/>
              </w:rPr>
              <w:t>Range of</w:t>
            </w:r>
            <w:r w:rsidRPr="008A20D0">
              <w:rPr>
                <w:rFonts w:cs="Times New Roman"/>
                <w:b/>
                <w:sz w:val="20"/>
              </w:rPr>
              <w:br/>
              <w:t>Spearman ρ</w:t>
            </w:r>
          </w:p>
        </w:tc>
        <w:tc>
          <w:tcPr>
            <w:tcW w:w="2160" w:type="dxa"/>
            <w:vAlign w:val="center"/>
          </w:tcPr>
          <w:p w14:paraId="4FA11DD1" w14:textId="77777777" w:rsidR="00EE5F04" w:rsidRPr="008A20D0" w:rsidRDefault="00000000">
            <w:pPr>
              <w:spacing w:before="40" w:after="40" w:line="240" w:lineRule="auto"/>
              <w:jc w:val="center"/>
              <w:rPr>
                <w:rFonts w:cs="Times New Roman"/>
              </w:rPr>
            </w:pPr>
            <w:r w:rsidRPr="008A20D0">
              <w:rPr>
                <w:rFonts w:cs="Times New Roman"/>
                <w:b/>
                <w:sz w:val="20"/>
              </w:rPr>
              <w:t>Median top-20</w:t>
            </w:r>
            <w:r w:rsidRPr="008A20D0">
              <w:rPr>
                <w:rFonts w:cs="Times New Roman"/>
                <w:b/>
                <w:sz w:val="20"/>
              </w:rPr>
              <w:br/>
              <w:t>overlap</w:t>
            </w:r>
          </w:p>
        </w:tc>
      </w:tr>
      <w:tr w:rsidR="00EE5F04" w:rsidRPr="008A20D0" w14:paraId="4FCD5BE9" w14:textId="77777777">
        <w:trPr>
          <w:cantSplit/>
          <w:jc w:val="center"/>
        </w:trPr>
        <w:tc>
          <w:tcPr>
            <w:tcW w:w="1224" w:type="dxa"/>
            <w:vAlign w:val="center"/>
          </w:tcPr>
          <w:p w14:paraId="223EA35D" w14:textId="77777777" w:rsidR="00EE5F04" w:rsidRPr="008A20D0" w:rsidRDefault="00000000">
            <w:pPr>
              <w:spacing w:before="40" w:after="40" w:line="240" w:lineRule="auto"/>
              <w:rPr>
                <w:rFonts w:cs="Times New Roman"/>
              </w:rPr>
            </w:pPr>
            <w:r w:rsidRPr="008A20D0">
              <w:rPr>
                <w:rFonts w:cs="Times New Roman"/>
                <w:sz w:val="20"/>
              </w:rPr>
              <w:t>M3 XGB</w:t>
            </w:r>
          </w:p>
        </w:tc>
        <w:tc>
          <w:tcPr>
            <w:tcW w:w="936" w:type="dxa"/>
            <w:vAlign w:val="center"/>
          </w:tcPr>
          <w:p w14:paraId="580DDB29" w14:textId="77777777" w:rsidR="00EE5F04" w:rsidRPr="008A20D0" w:rsidRDefault="00000000">
            <w:pPr>
              <w:spacing w:before="40" w:after="40" w:line="240" w:lineRule="auto"/>
              <w:jc w:val="center"/>
              <w:rPr>
                <w:rFonts w:cs="Times New Roman"/>
              </w:rPr>
            </w:pPr>
            <w:r w:rsidRPr="008A20D0">
              <w:rPr>
                <w:rFonts w:cs="Times New Roman"/>
                <w:sz w:val="20"/>
              </w:rPr>
              <w:t>5</w:t>
            </w:r>
          </w:p>
        </w:tc>
        <w:tc>
          <w:tcPr>
            <w:tcW w:w="936" w:type="dxa"/>
            <w:vAlign w:val="center"/>
          </w:tcPr>
          <w:p w14:paraId="269D8C76" w14:textId="77777777" w:rsidR="00EE5F04" w:rsidRPr="008A20D0" w:rsidRDefault="00000000">
            <w:pPr>
              <w:spacing w:before="40" w:after="40" w:line="240" w:lineRule="auto"/>
              <w:jc w:val="center"/>
              <w:rPr>
                <w:rFonts w:cs="Times New Roman"/>
              </w:rPr>
            </w:pPr>
            <w:r w:rsidRPr="008A20D0">
              <w:rPr>
                <w:rFonts w:cs="Times New Roman"/>
                <w:sz w:val="20"/>
              </w:rPr>
              <w:t>10</w:t>
            </w:r>
          </w:p>
        </w:tc>
        <w:tc>
          <w:tcPr>
            <w:tcW w:w="1944" w:type="dxa"/>
            <w:vAlign w:val="center"/>
          </w:tcPr>
          <w:p w14:paraId="0522592C" w14:textId="77777777" w:rsidR="00EE5F04" w:rsidRPr="008A20D0" w:rsidRDefault="00000000">
            <w:pPr>
              <w:spacing w:before="40" w:after="40" w:line="240" w:lineRule="auto"/>
              <w:jc w:val="center"/>
              <w:rPr>
                <w:rFonts w:cs="Times New Roman"/>
              </w:rPr>
            </w:pPr>
            <w:r w:rsidRPr="008A20D0">
              <w:rPr>
                <w:rFonts w:cs="Times New Roman"/>
                <w:sz w:val="20"/>
              </w:rPr>
              <w:t>0.391</w:t>
            </w:r>
          </w:p>
        </w:tc>
        <w:tc>
          <w:tcPr>
            <w:tcW w:w="2160" w:type="dxa"/>
            <w:vAlign w:val="center"/>
          </w:tcPr>
          <w:p w14:paraId="11C39958" w14:textId="77777777" w:rsidR="00EE5F04" w:rsidRPr="008A20D0" w:rsidRDefault="00000000">
            <w:pPr>
              <w:spacing w:before="40" w:after="40" w:line="240" w:lineRule="auto"/>
              <w:jc w:val="center"/>
              <w:rPr>
                <w:rFonts w:cs="Times New Roman"/>
              </w:rPr>
            </w:pPr>
            <w:r w:rsidRPr="008A20D0">
              <w:rPr>
                <w:rFonts w:cs="Times New Roman"/>
                <w:sz w:val="20"/>
              </w:rPr>
              <w:t>0.337 to 0.530</w:t>
            </w:r>
          </w:p>
        </w:tc>
        <w:tc>
          <w:tcPr>
            <w:tcW w:w="2160" w:type="dxa"/>
            <w:vAlign w:val="center"/>
          </w:tcPr>
          <w:p w14:paraId="17DE8CD4" w14:textId="77777777" w:rsidR="00EE5F04" w:rsidRPr="008A20D0" w:rsidRDefault="00000000">
            <w:pPr>
              <w:spacing w:before="40" w:after="40" w:line="240" w:lineRule="auto"/>
              <w:jc w:val="center"/>
              <w:rPr>
                <w:rFonts w:cs="Times New Roman"/>
              </w:rPr>
            </w:pPr>
            <w:r w:rsidRPr="008A20D0">
              <w:rPr>
                <w:rFonts w:cs="Times New Roman"/>
                <w:sz w:val="20"/>
              </w:rPr>
              <w:t>0.300</w:t>
            </w:r>
          </w:p>
        </w:tc>
      </w:tr>
    </w:tbl>
    <w:p w14:paraId="144BCAA5" w14:textId="77777777" w:rsidR="00EE5F04" w:rsidRPr="008A20D0" w:rsidRDefault="00000000">
      <w:pPr>
        <w:spacing w:after="100"/>
        <w:rPr>
          <w:rFonts w:cs="Times New Roman"/>
        </w:rPr>
      </w:pPr>
      <w:r w:rsidRPr="008A20D0">
        <w:rPr>
          <w:rFonts w:cs="Times New Roman"/>
          <w:sz w:val="20"/>
        </w:rPr>
        <w:t>SHAP was calculated for the first prespecified raw XGBoost member (seed 42) on each outer-test POD3 dataset. Feature rankings compare columns present in both folds; absent categorical columns were not assigned zero importance. Top-20 overlap is a proportion. These descriptive results cover five outer folds and do not establish biological mechanisms, causality, or attribution of the calibrated ensemble. Values are displayed to three decimal places.</w:t>
      </w:r>
    </w:p>
    <w:p w14:paraId="3AA9DCFB" w14:textId="77777777" w:rsidR="00EE5F04" w:rsidRPr="008A20D0" w:rsidRDefault="00000000">
      <w:pPr>
        <w:pStyle w:val="21"/>
        <w:pageBreakBefore/>
        <w:spacing w:line="276" w:lineRule="auto"/>
        <w:rPr>
          <w:rFonts w:ascii="Times New Roman" w:hAnsi="Times New Roman" w:cs="Times New Roman"/>
        </w:rPr>
      </w:pPr>
      <w:r w:rsidRPr="008A20D0">
        <w:rPr>
          <w:rFonts w:ascii="Times New Roman" w:hAnsi="Times New Roman" w:cs="Times New Roman"/>
        </w:rPr>
        <w:lastRenderedPageBreak/>
        <w:t>Table S10. Exploratory decision-curve estimates at POD3</w:t>
      </w:r>
    </w:p>
    <w:p w14:paraId="218F5623" w14:textId="77777777" w:rsidR="00EE5F04" w:rsidRPr="008A20D0" w:rsidRDefault="00000000">
      <w:pPr>
        <w:spacing w:line="276" w:lineRule="auto"/>
        <w:rPr>
          <w:rFonts w:cs="Times New Roman"/>
        </w:rPr>
      </w:pPr>
      <w:r w:rsidRPr="008A20D0">
        <w:rPr>
          <w:rFonts w:cs="Times New Roman"/>
        </w:rPr>
        <w:t>The POD3 risk set comprised 1323 patients and 107 subsequent events (8.09%). Values are net benefit with existing 95% confidence intervals in brackets. These exploratory estimates do not establish a clinical action threshold or improvement in patient outcomes.</w:t>
      </w:r>
    </w:p>
    <w:p w14:paraId="12E84519" w14:textId="77777777" w:rsidR="00EE5F04" w:rsidRPr="008A20D0" w:rsidRDefault="00000000">
      <w:pPr>
        <w:pStyle w:val="21"/>
        <w:spacing w:line="276" w:lineRule="auto"/>
        <w:rPr>
          <w:rFonts w:ascii="Times New Roman" w:hAnsi="Times New Roman" w:cs="Times New Roman"/>
        </w:rPr>
      </w:pPr>
      <w:r w:rsidRPr="008A20D0">
        <w:rPr>
          <w:rFonts w:ascii="Times New Roman" w:hAnsi="Times New Roman" w:cs="Times New Roman"/>
        </w:rPr>
        <w:t>Panel A. Original probabilities</w:t>
      </w:r>
    </w:p>
    <w:tbl>
      <w:tblPr>
        <w:tblW w:w="0" w:type="auto"/>
        <w:jc w:val="center"/>
        <w:tblBorders>
          <w:top w:val="single" w:sz="4" w:space="0" w:color="B0B0B0"/>
          <w:left w:val="single" w:sz="4" w:space="0" w:color="B0B0B0"/>
          <w:bottom w:val="single" w:sz="4" w:space="0" w:color="B0B0B0"/>
          <w:right w:val="single" w:sz="4" w:space="0" w:color="B0B0B0"/>
          <w:insideH w:val="single" w:sz="4" w:space="0" w:color="B0B0B0"/>
          <w:insideV w:val="single" w:sz="4" w:space="0" w:color="B0B0B0"/>
        </w:tblBorders>
        <w:tblLayout w:type="fixed"/>
        <w:tblLook w:val="04A0" w:firstRow="1" w:lastRow="0" w:firstColumn="1" w:lastColumn="0" w:noHBand="0" w:noVBand="1"/>
      </w:tblPr>
      <w:tblGrid>
        <w:gridCol w:w="1800"/>
        <w:gridCol w:w="1598"/>
        <w:gridCol w:w="1598"/>
        <w:gridCol w:w="1598"/>
        <w:gridCol w:w="1598"/>
        <w:gridCol w:w="1598"/>
      </w:tblGrid>
      <w:tr w:rsidR="00EE5F04" w:rsidRPr="008A20D0" w14:paraId="4D7395EB" w14:textId="77777777">
        <w:trPr>
          <w:cantSplit/>
          <w:tblHeader/>
          <w:jc w:val="center"/>
        </w:trPr>
        <w:tc>
          <w:tcPr>
            <w:tcW w:w="1800" w:type="dxa"/>
            <w:tcMar>
              <w:top w:w="60" w:type="dxa"/>
              <w:left w:w="60" w:type="dxa"/>
              <w:bottom w:w="60" w:type="dxa"/>
              <w:right w:w="60" w:type="dxa"/>
            </w:tcMar>
            <w:vAlign w:val="center"/>
          </w:tcPr>
          <w:p w14:paraId="73AF9563" w14:textId="77777777" w:rsidR="00EE5F04" w:rsidRPr="008A20D0" w:rsidRDefault="00000000">
            <w:pPr>
              <w:spacing w:after="0" w:line="252" w:lineRule="auto"/>
              <w:rPr>
                <w:rFonts w:cs="Times New Roman"/>
              </w:rPr>
            </w:pPr>
            <w:r w:rsidRPr="008A20D0">
              <w:rPr>
                <w:rFonts w:cs="Times New Roman"/>
                <w:b/>
                <w:sz w:val="20"/>
              </w:rPr>
              <w:t>Model / reference</w:t>
            </w:r>
          </w:p>
        </w:tc>
        <w:tc>
          <w:tcPr>
            <w:tcW w:w="1598" w:type="dxa"/>
            <w:tcMar>
              <w:top w:w="60" w:type="dxa"/>
              <w:left w:w="60" w:type="dxa"/>
              <w:bottom w:w="60" w:type="dxa"/>
              <w:right w:w="60" w:type="dxa"/>
            </w:tcMar>
            <w:vAlign w:val="center"/>
          </w:tcPr>
          <w:p w14:paraId="3202F7D8" w14:textId="77777777" w:rsidR="00EE5F04" w:rsidRPr="008A20D0" w:rsidRDefault="00000000">
            <w:pPr>
              <w:spacing w:after="0" w:line="252" w:lineRule="auto"/>
              <w:jc w:val="center"/>
              <w:rPr>
                <w:rFonts w:cs="Times New Roman"/>
              </w:rPr>
            </w:pPr>
            <w:r w:rsidRPr="008A20D0">
              <w:rPr>
                <w:rFonts w:cs="Times New Roman"/>
                <w:b/>
                <w:sz w:val="20"/>
              </w:rPr>
              <w:t>2%</w:t>
            </w:r>
          </w:p>
        </w:tc>
        <w:tc>
          <w:tcPr>
            <w:tcW w:w="1598" w:type="dxa"/>
            <w:tcMar>
              <w:top w:w="60" w:type="dxa"/>
              <w:left w:w="60" w:type="dxa"/>
              <w:bottom w:w="60" w:type="dxa"/>
              <w:right w:w="60" w:type="dxa"/>
            </w:tcMar>
            <w:vAlign w:val="center"/>
          </w:tcPr>
          <w:p w14:paraId="36EADD21" w14:textId="77777777" w:rsidR="00EE5F04" w:rsidRPr="008A20D0" w:rsidRDefault="00000000">
            <w:pPr>
              <w:spacing w:after="0" w:line="252" w:lineRule="auto"/>
              <w:jc w:val="center"/>
              <w:rPr>
                <w:rFonts w:cs="Times New Roman"/>
              </w:rPr>
            </w:pPr>
            <w:r w:rsidRPr="008A20D0">
              <w:rPr>
                <w:rFonts w:cs="Times New Roman"/>
                <w:b/>
                <w:sz w:val="20"/>
              </w:rPr>
              <w:t>5%</w:t>
            </w:r>
          </w:p>
        </w:tc>
        <w:tc>
          <w:tcPr>
            <w:tcW w:w="1598" w:type="dxa"/>
            <w:tcMar>
              <w:top w:w="60" w:type="dxa"/>
              <w:left w:w="60" w:type="dxa"/>
              <w:bottom w:w="60" w:type="dxa"/>
              <w:right w:w="60" w:type="dxa"/>
            </w:tcMar>
            <w:vAlign w:val="center"/>
          </w:tcPr>
          <w:p w14:paraId="6B3215A6" w14:textId="77777777" w:rsidR="00EE5F04" w:rsidRPr="008A20D0" w:rsidRDefault="00000000">
            <w:pPr>
              <w:spacing w:after="0" w:line="252" w:lineRule="auto"/>
              <w:jc w:val="center"/>
              <w:rPr>
                <w:rFonts w:cs="Times New Roman"/>
              </w:rPr>
            </w:pPr>
            <w:r w:rsidRPr="008A20D0">
              <w:rPr>
                <w:rFonts w:cs="Times New Roman"/>
                <w:b/>
                <w:sz w:val="20"/>
              </w:rPr>
              <w:t>10%</w:t>
            </w:r>
          </w:p>
        </w:tc>
        <w:tc>
          <w:tcPr>
            <w:tcW w:w="1598" w:type="dxa"/>
            <w:tcMar>
              <w:top w:w="60" w:type="dxa"/>
              <w:left w:w="60" w:type="dxa"/>
              <w:bottom w:w="60" w:type="dxa"/>
              <w:right w:w="60" w:type="dxa"/>
            </w:tcMar>
            <w:vAlign w:val="center"/>
          </w:tcPr>
          <w:p w14:paraId="7B757943" w14:textId="77777777" w:rsidR="00EE5F04" w:rsidRPr="008A20D0" w:rsidRDefault="00000000">
            <w:pPr>
              <w:spacing w:after="0" w:line="252" w:lineRule="auto"/>
              <w:jc w:val="center"/>
              <w:rPr>
                <w:rFonts w:cs="Times New Roman"/>
              </w:rPr>
            </w:pPr>
            <w:r w:rsidRPr="008A20D0">
              <w:rPr>
                <w:rFonts w:cs="Times New Roman"/>
                <w:b/>
                <w:sz w:val="20"/>
              </w:rPr>
              <w:t>15%</w:t>
            </w:r>
          </w:p>
        </w:tc>
        <w:tc>
          <w:tcPr>
            <w:tcW w:w="1598" w:type="dxa"/>
            <w:tcMar>
              <w:top w:w="60" w:type="dxa"/>
              <w:left w:w="60" w:type="dxa"/>
              <w:bottom w:w="60" w:type="dxa"/>
              <w:right w:w="60" w:type="dxa"/>
            </w:tcMar>
            <w:vAlign w:val="center"/>
          </w:tcPr>
          <w:p w14:paraId="64B9F833" w14:textId="77777777" w:rsidR="00EE5F04" w:rsidRPr="008A20D0" w:rsidRDefault="00000000">
            <w:pPr>
              <w:spacing w:after="0" w:line="252" w:lineRule="auto"/>
              <w:jc w:val="center"/>
              <w:rPr>
                <w:rFonts w:cs="Times New Roman"/>
              </w:rPr>
            </w:pPr>
            <w:r w:rsidRPr="008A20D0">
              <w:rPr>
                <w:rFonts w:cs="Times New Roman"/>
                <w:b/>
                <w:sz w:val="20"/>
              </w:rPr>
              <w:t>20%</w:t>
            </w:r>
          </w:p>
        </w:tc>
      </w:tr>
      <w:tr w:rsidR="00EE5F04" w:rsidRPr="008A20D0" w14:paraId="610D265E" w14:textId="77777777">
        <w:trPr>
          <w:cantSplit/>
          <w:jc w:val="center"/>
        </w:trPr>
        <w:tc>
          <w:tcPr>
            <w:tcW w:w="1800" w:type="dxa"/>
            <w:tcMar>
              <w:top w:w="60" w:type="dxa"/>
              <w:left w:w="60" w:type="dxa"/>
              <w:bottom w:w="60" w:type="dxa"/>
              <w:right w:w="60" w:type="dxa"/>
            </w:tcMar>
            <w:vAlign w:val="center"/>
          </w:tcPr>
          <w:p w14:paraId="664B2698" w14:textId="77777777" w:rsidR="00EE5F04" w:rsidRPr="008A20D0" w:rsidRDefault="00000000">
            <w:pPr>
              <w:spacing w:after="0" w:line="252" w:lineRule="auto"/>
              <w:rPr>
                <w:rFonts w:cs="Times New Roman"/>
              </w:rPr>
            </w:pPr>
            <w:r w:rsidRPr="008A20D0">
              <w:rPr>
                <w:rFonts w:cs="Times New Roman"/>
                <w:sz w:val="20"/>
              </w:rPr>
              <w:t>Treat none</w:t>
            </w:r>
          </w:p>
        </w:tc>
        <w:tc>
          <w:tcPr>
            <w:tcW w:w="1598" w:type="dxa"/>
            <w:tcMar>
              <w:top w:w="60" w:type="dxa"/>
              <w:left w:w="60" w:type="dxa"/>
              <w:bottom w:w="60" w:type="dxa"/>
              <w:right w:w="60" w:type="dxa"/>
            </w:tcMar>
            <w:vAlign w:val="center"/>
          </w:tcPr>
          <w:p w14:paraId="6C148755" w14:textId="77777777" w:rsidR="00EE5F04" w:rsidRPr="008A20D0" w:rsidRDefault="00000000">
            <w:pPr>
              <w:spacing w:after="0" w:line="252" w:lineRule="auto"/>
              <w:jc w:val="center"/>
              <w:rPr>
                <w:rFonts w:cs="Times New Roman"/>
              </w:rPr>
            </w:pPr>
            <w:r w:rsidRPr="008A20D0">
              <w:rPr>
                <w:rFonts w:cs="Times New Roman"/>
                <w:sz w:val="20"/>
              </w:rPr>
              <w:t>0.000</w:t>
            </w:r>
          </w:p>
        </w:tc>
        <w:tc>
          <w:tcPr>
            <w:tcW w:w="1598" w:type="dxa"/>
            <w:tcMar>
              <w:top w:w="60" w:type="dxa"/>
              <w:left w:w="60" w:type="dxa"/>
              <w:bottom w:w="60" w:type="dxa"/>
              <w:right w:w="60" w:type="dxa"/>
            </w:tcMar>
            <w:vAlign w:val="center"/>
          </w:tcPr>
          <w:p w14:paraId="6A98BA38" w14:textId="77777777" w:rsidR="00EE5F04" w:rsidRPr="008A20D0" w:rsidRDefault="00000000">
            <w:pPr>
              <w:spacing w:after="0" w:line="252" w:lineRule="auto"/>
              <w:jc w:val="center"/>
              <w:rPr>
                <w:rFonts w:cs="Times New Roman"/>
              </w:rPr>
            </w:pPr>
            <w:r w:rsidRPr="008A20D0">
              <w:rPr>
                <w:rFonts w:cs="Times New Roman"/>
                <w:sz w:val="20"/>
              </w:rPr>
              <w:t>0.000</w:t>
            </w:r>
          </w:p>
        </w:tc>
        <w:tc>
          <w:tcPr>
            <w:tcW w:w="1598" w:type="dxa"/>
            <w:tcMar>
              <w:top w:w="60" w:type="dxa"/>
              <w:left w:w="60" w:type="dxa"/>
              <w:bottom w:w="60" w:type="dxa"/>
              <w:right w:w="60" w:type="dxa"/>
            </w:tcMar>
            <w:vAlign w:val="center"/>
          </w:tcPr>
          <w:p w14:paraId="002CD761" w14:textId="77777777" w:rsidR="00EE5F04" w:rsidRPr="008A20D0" w:rsidRDefault="00000000">
            <w:pPr>
              <w:spacing w:after="0" w:line="252" w:lineRule="auto"/>
              <w:jc w:val="center"/>
              <w:rPr>
                <w:rFonts w:cs="Times New Roman"/>
              </w:rPr>
            </w:pPr>
            <w:r w:rsidRPr="008A20D0">
              <w:rPr>
                <w:rFonts w:cs="Times New Roman"/>
                <w:sz w:val="20"/>
              </w:rPr>
              <w:t>0.000</w:t>
            </w:r>
          </w:p>
        </w:tc>
        <w:tc>
          <w:tcPr>
            <w:tcW w:w="1598" w:type="dxa"/>
            <w:tcMar>
              <w:top w:w="60" w:type="dxa"/>
              <w:left w:w="60" w:type="dxa"/>
              <w:bottom w:w="60" w:type="dxa"/>
              <w:right w:w="60" w:type="dxa"/>
            </w:tcMar>
            <w:vAlign w:val="center"/>
          </w:tcPr>
          <w:p w14:paraId="534F6054" w14:textId="77777777" w:rsidR="00EE5F04" w:rsidRPr="008A20D0" w:rsidRDefault="00000000">
            <w:pPr>
              <w:spacing w:after="0" w:line="252" w:lineRule="auto"/>
              <w:jc w:val="center"/>
              <w:rPr>
                <w:rFonts w:cs="Times New Roman"/>
              </w:rPr>
            </w:pPr>
            <w:r w:rsidRPr="008A20D0">
              <w:rPr>
                <w:rFonts w:cs="Times New Roman"/>
                <w:sz w:val="20"/>
              </w:rPr>
              <w:t>0.000</w:t>
            </w:r>
          </w:p>
        </w:tc>
        <w:tc>
          <w:tcPr>
            <w:tcW w:w="1598" w:type="dxa"/>
            <w:tcMar>
              <w:top w:w="60" w:type="dxa"/>
              <w:left w:w="60" w:type="dxa"/>
              <w:bottom w:w="60" w:type="dxa"/>
              <w:right w:w="60" w:type="dxa"/>
            </w:tcMar>
            <w:vAlign w:val="center"/>
          </w:tcPr>
          <w:p w14:paraId="272F6A48" w14:textId="77777777" w:rsidR="00EE5F04" w:rsidRPr="008A20D0" w:rsidRDefault="00000000">
            <w:pPr>
              <w:spacing w:after="0" w:line="252" w:lineRule="auto"/>
              <w:jc w:val="center"/>
              <w:rPr>
                <w:rFonts w:cs="Times New Roman"/>
              </w:rPr>
            </w:pPr>
            <w:r w:rsidRPr="008A20D0">
              <w:rPr>
                <w:rFonts w:cs="Times New Roman"/>
                <w:sz w:val="20"/>
              </w:rPr>
              <w:t>0.000</w:t>
            </w:r>
          </w:p>
        </w:tc>
      </w:tr>
      <w:tr w:rsidR="00EE5F04" w:rsidRPr="008A20D0" w14:paraId="2C8F3CD0" w14:textId="77777777">
        <w:trPr>
          <w:cantSplit/>
          <w:jc w:val="center"/>
        </w:trPr>
        <w:tc>
          <w:tcPr>
            <w:tcW w:w="1800" w:type="dxa"/>
            <w:tcMar>
              <w:top w:w="60" w:type="dxa"/>
              <w:left w:w="60" w:type="dxa"/>
              <w:bottom w:w="60" w:type="dxa"/>
              <w:right w:w="60" w:type="dxa"/>
            </w:tcMar>
            <w:vAlign w:val="center"/>
          </w:tcPr>
          <w:p w14:paraId="5085D8A9" w14:textId="77777777" w:rsidR="00EE5F04" w:rsidRPr="008A20D0" w:rsidRDefault="00000000">
            <w:pPr>
              <w:spacing w:after="0" w:line="252" w:lineRule="auto"/>
              <w:rPr>
                <w:rFonts w:cs="Times New Roman"/>
              </w:rPr>
            </w:pPr>
            <w:r w:rsidRPr="008A20D0">
              <w:rPr>
                <w:rFonts w:cs="Times New Roman"/>
                <w:sz w:val="20"/>
              </w:rPr>
              <w:t>Treat all</w:t>
            </w:r>
          </w:p>
        </w:tc>
        <w:tc>
          <w:tcPr>
            <w:tcW w:w="1598" w:type="dxa"/>
            <w:tcMar>
              <w:top w:w="60" w:type="dxa"/>
              <w:left w:w="60" w:type="dxa"/>
              <w:bottom w:w="60" w:type="dxa"/>
              <w:right w:w="60" w:type="dxa"/>
            </w:tcMar>
            <w:vAlign w:val="center"/>
          </w:tcPr>
          <w:p w14:paraId="39D5B68B" w14:textId="77777777" w:rsidR="00EE5F04" w:rsidRPr="008A20D0" w:rsidRDefault="00000000">
            <w:pPr>
              <w:spacing w:after="0" w:line="252" w:lineRule="auto"/>
              <w:jc w:val="center"/>
              <w:rPr>
                <w:rFonts w:cs="Times New Roman"/>
              </w:rPr>
            </w:pPr>
            <w:r w:rsidRPr="008A20D0">
              <w:rPr>
                <w:rFonts w:cs="Times New Roman"/>
                <w:sz w:val="20"/>
              </w:rPr>
              <w:t>0.062</w:t>
            </w:r>
          </w:p>
        </w:tc>
        <w:tc>
          <w:tcPr>
            <w:tcW w:w="1598" w:type="dxa"/>
            <w:tcMar>
              <w:top w:w="60" w:type="dxa"/>
              <w:left w:w="60" w:type="dxa"/>
              <w:bottom w:w="60" w:type="dxa"/>
              <w:right w:w="60" w:type="dxa"/>
            </w:tcMar>
            <w:vAlign w:val="center"/>
          </w:tcPr>
          <w:p w14:paraId="56C8C298" w14:textId="77777777" w:rsidR="00EE5F04" w:rsidRPr="008A20D0" w:rsidRDefault="00000000">
            <w:pPr>
              <w:spacing w:after="0" w:line="252" w:lineRule="auto"/>
              <w:jc w:val="center"/>
              <w:rPr>
                <w:rFonts w:cs="Times New Roman"/>
              </w:rPr>
            </w:pPr>
            <w:r w:rsidRPr="008A20D0">
              <w:rPr>
                <w:rFonts w:cs="Times New Roman"/>
                <w:sz w:val="20"/>
              </w:rPr>
              <w:t>0.033</w:t>
            </w:r>
          </w:p>
        </w:tc>
        <w:tc>
          <w:tcPr>
            <w:tcW w:w="1598" w:type="dxa"/>
            <w:tcMar>
              <w:top w:w="60" w:type="dxa"/>
              <w:left w:w="60" w:type="dxa"/>
              <w:bottom w:w="60" w:type="dxa"/>
              <w:right w:w="60" w:type="dxa"/>
            </w:tcMar>
            <w:vAlign w:val="center"/>
          </w:tcPr>
          <w:p w14:paraId="6EDE21B9" w14:textId="77777777" w:rsidR="00EE5F04" w:rsidRPr="008A20D0" w:rsidRDefault="00000000">
            <w:pPr>
              <w:spacing w:after="0" w:line="252" w:lineRule="auto"/>
              <w:jc w:val="center"/>
              <w:rPr>
                <w:rFonts w:cs="Times New Roman"/>
              </w:rPr>
            </w:pPr>
            <w:r w:rsidRPr="008A20D0">
              <w:rPr>
                <w:rFonts w:cs="Times New Roman"/>
                <w:sz w:val="20"/>
              </w:rPr>
              <w:t>-0.021</w:t>
            </w:r>
          </w:p>
        </w:tc>
        <w:tc>
          <w:tcPr>
            <w:tcW w:w="1598" w:type="dxa"/>
            <w:tcMar>
              <w:top w:w="60" w:type="dxa"/>
              <w:left w:w="60" w:type="dxa"/>
              <w:bottom w:w="60" w:type="dxa"/>
              <w:right w:w="60" w:type="dxa"/>
            </w:tcMar>
            <w:vAlign w:val="center"/>
          </w:tcPr>
          <w:p w14:paraId="5AC0B49C" w14:textId="77777777" w:rsidR="00EE5F04" w:rsidRPr="008A20D0" w:rsidRDefault="00000000">
            <w:pPr>
              <w:spacing w:after="0" w:line="252" w:lineRule="auto"/>
              <w:jc w:val="center"/>
              <w:rPr>
                <w:rFonts w:cs="Times New Roman"/>
              </w:rPr>
            </w:pPr>
            <w:r w:rsidRPr="008A20D0">
              <w:rPr>
                <w:rFonts w:cs="Times New Roman"/>
                <w:sz w:val="20"/>
              </w:rPr>
              <w:t>-0.081</w:t>
            </w:r>
          </w:p>
        </w:tc>
        <w:tc>
          <w:tcPr>
            <w:tcW w:w="1598" w:type="dxa"/>
            <w:tcMar>
              <w:top w:w="60" w:type="dxa"/>
              <w:left w:w="60" w:type="dxa"/>
              <w:bottom w:w="60" w:type="dxa"/>
              <w:right w:w="60" w:type="dxa"/>
            </w:tcMar>
            <w:vAlign w:val="center"/>
          </w:tcPr>
          <w:p w14:paraId="2DDDAEFF" w14:textId="77777777" w:rsidR="00EE5F04" w:rsidRPr="008A20D0" w:rsidRDefault="00000000">
            <w:pPr>
              <w:spacing w:after="0" w:line="252" w:lineRule="auto"/>
              <w:jc w:val="center"/>
              <w:rPr>
                <w:rFonts w:cs="Times New Roman"/>
              </w:rPr>
            </w:pPr>
            <w:r w:rsidRPr="008A20D0">
              <w:rPr>
                <w:rFonts w:cs="Times New Roman"/>
                <w:sz w:val="20"/>
              </w:rPr>
              <w:t>-0.149</w:t>
            </w:r>
          </w:p>
        </w:tc>
      </w:tr>
      <w:tr w:rsidR="00EE5F04" w:rsidRPr="008A20D0" w14:paraId="2FD6C88A" w14:textId="77777777">
        <w:trPr>
          <w:cantSplit/>
          <w:jc w:val="center"/>
        </w:trPr>
        <w:tc>
          <w:tcPr>
            <w:tcW w:w="1800" w:type="dxa"/>
            <w:tcMar>
              <w:top w:w="60" w:type="dxa"/>
              <w:left w:w="60" w:type="dxa"/>
              <w:bottom w:w="60" w:type="dxa"/>
              <w:right w:w="60" w:type="dxa"/>
            </w:tcMar>
            <w:vAlign w:val="center"/>
          </w:tcPr>
          <w:p w14:paraId="0E1CB8AE" w14:textId="77777777" w:rsidR="00EE5F04" w:rsidRPr="008A20D0" w:rsidRDefault="00000000">
            <w:pPr>
              <w:spacing w:after="0" w:line="252" w:lineRule="auto"/>
              <w:rPr>
                <w:rFonts w:cs="Times New Roman"/>
              </w:rPr>
            </w:pPr>
            <w:r w:rsidRPr="008A20D0">
              <w:rPr>
                <w:rFonts w:cs="Times New Roman"/>
                <w:sz w:val="20"/>
              </w:rPr>
              <w:t>M0 Ridge [D-current]</w:t>
            </w:r>
          </w:p>
        </w:tc>
        <w:tc>
          <w:tcPr>
            <w:tcW w:w="1598" w:type="dxa"/>
            <w:tcMar>
              <w:top w:w="60" w:type="dxa"/>
              <w:left w:w="60" w:type="dxa"/>
              <w:bottom w:w="60" w:type="dxa"/>
              <w:right w:w="60" w:type="dxa"/>
            </w:tcMar>
            <w:vAlign w:val="center"/>
          </w:tcPr>
          <w:p w14:paraId="7EE598C4" w14:textId="77777777" w:rsidR="00EE5F04" w:rsidRPr="008A20D0" w:rsidRDefault="00000000">
            <w:pPr>
              <w:spacing w:after="0" w:line="252" w:lineRule="auto"/>
              <w:jc w:val="center"/>
              <w:rPr>
                <w:rFonts w:cs="Times New Roman"/>
              </w:rPr>
            </w:pPr>
            <w:r w:rsidRPr="008A20D0">
              <w:rPr>
                <w:rFonts w:cs="Times New Roman"/>
                <w:sz w:val="20"/>
              </w:rPr>
              <w:t>0.062</w:t>
            </w:r>
            <w:r w:rsidRPr="008A20D0">
              <w:rPr>
                <w:rFonts w:cs="Times New Roman"/>
                <w:sz w:val="20"/>
              </w:rPr>
              <w:br/>
              <w:t>[0.047, 0.078]</w:t>
            </w:r>
          </w:p>
        </w:tc>
        <w:tc>
          <w:tcPr>
            <w:tcW w:w="1598" w:type="dxa"/>
            <w:tcMar>
              <w:top w:w="60" w:type="dxa"/>
              <w:left w:w="60" w:type="dxa"/>
              <w:bottom w:w="60" w:type="dxa"/>
              <w:right w:w="60" w:type="dxa"/>
            </w:tcMar>
            <w:vAlign w:val="center"/>
          </w:tcPr>
          <w:p w14:paraId="492281D3" w14:textId="77777777" w:rsidR="00EE5F04" w:rsidRPr="008A20D0" w:rsidRDefault="00000000">
            <w:pPr>
              <w:spacing w:after="0" w:line="252" w:lineRule="auto"/>
              <w:jc w:val="center"/>
              <w:rPr>
                <w:rFonts w:cs="Times New Roman"/>
              </w:rPr>
            </w:pPr>
            <w:r w:rsidRPr="008A20D0">
              <w:rPr>
                <w:rFonts w:cs="Times New Roman"/>
                <w:sz w:val="20"/>
              </w:rPr>
              <w:t>0.032</w:t>
            </w:r>
            <w:r w:rsidRPr="008A20D0">
              <w:rPr>
                <w:rFonts w:cs="Times New Roman"/>
                <w:sz w:val="20"/>
              </w:rPr>
              <w:br/>
              <w:t>[0.016, 0.047]</w:t>
            </w:r>
          </w:p>
        </w:tc>
        <w:tc>
          <w:tcPr>
            <w:tcW w:w="1598" w:type="dxa"/>
            <w:tcMar>
              <w:top w:w="60" w:type="dxa"/>
              <w:left w:w="60" w:type="dxa"/>
              <w:bottom w:w="60" w:type="dxa"/>
              <w:right w:w="60" w:type="dxa"/>
            </w:tcMar>
            <w:vAlign w:val="center"/>
          </w:tcPr>
          <w:p w14:paraId="4BDB67C6"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[-0.008, 0.011]</w:t>
            </w:r>
          </w:p>
        </w:tc>
        <w:tc>
          <w:tcPr>
            <w:tcW w:w="1598" w:type="dxa"/>
            <w:tcMar>
              <w:top w:w="60" w:type="dxa"/>
              <w:left w:w="60" w:type="dxa"/>
              <w:bottom w:w="60" w:type="dxa"/>
              <w:right w:w="60" w:type="dxa"/>
            </w:tcMar>
            <w:vAlign w:val="center"/>
          </w:tcPr>
          <w:p w14:paraId="3B28F4E4"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[-0.001, 0.004]</w:t>
            </w:r>
          </w:p>
        </w:tc>
        <w:tc>
          <w:tcPr>
            <w:tcW w:w="1598" w:type="dxa"/>
            <w:tcMar>
              <w:top w:w="60" w:type="dxa"/>
              <w:left w:w="60" w:type="dxa"/>
              <w:bottom w:w="60" w:type="dxa"/>
              <w:right w:w="60" w:type="dxa"/>
            </w:tcMar>
            <w:vAlign w:val="center"/>
          </w:tcPr>
          <w:p w14:paraId="2D47A020"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[-0.001, 0.003]</w:t>
            </w:r>
          </w:p>
        </w:tc>
      </w:tr>
      <w:tr w:rsidR="00EE5F04" w:rsidRPr="008A20D0" w14:paraId="5D80CB03" w14:textId="77777777">
        <w:trPr>
          <w:cantSplit/>
          <w:jc w:val="center"/>
        </w:trPr>
        <w:tc>
          <w:tcPr>
            <w:tcW w:w="1800" w:type="dxa"/>
            <w:tcMar>
              <w:top w:w="60" w:type="dxa"/>
              <w:left w:w="60" w:type="dxa"/>
              <w:bottom w:w="60" w:type="dxa"/>
              <w:right w:w="60" w:type="dxa"/>
            </w:tcMar>
            <w:vAlign w:val="center"/>
          </w:tcPr>
          <w:p w14:paraId="5DD81299" w14:textId="77777777" w:rsidR="00EE5F04" w:rsidRPr="008A20D0" w:rsidRDefault="00000000">
            <w:pPr>
              <w:spacing w:after="0" w:line="252" w:lineRule="auto"/>
              <w:rPr>
                <w:rFonts w:cs="Times New Roman"/>
              </w:rPr>
            </w:pPr>
            <w:r w:rsidRPr="008A20D0">
              <w:rPr>
                <w:rFonts w:cs="Times New Roman"/>
                <w:sz w:val="20"/>
              </w:rPr>
              <w:t>M1 Ridge [D-current]</w:t>
            </w:r>
          </w:p>
        </w:tc>
        <w:tc>
          <w:tcPr>
            <w:tcW w:w="1598" w:type="dxa"/>
            <w:tcMar>
              <w:top w:w="60" w:type="dxa"/>
              <w:left w:w="60" w:type="dxa"/>
              <w:bottom w:w="60" w:type="dxa"/>
              <w:right w:w="60" w:type="dxa"/>
            </w:tcMar>
            <w:vAlign w:val="center"/>
          </w:tcPr>
          <w:p w14:paraId="454E67D3" w14:textId="77777777" w:rsidR="00EE5F04" w:rsidRPr="008A20D0" w:rsidRDefault="00000000">
            <w:pPr>
              <w:spacing w:after="0" w:line="252" w:lineRule="auto"/>
              <w:jc w:val="center"/>
              <w:rPr>
                <w:rFonts w:cs="Times New Roman"/>
              </w:rPr>
            </w:pPr>
            <w:r w:rsidRPr="008A20D0">
              <w:rPr>
                <w:rFonts w:cs="Times New Roman"/>
                <w:sz w:val="20"/>
              </w:rPr>
              <w:t>0.062</w:t>
            </w:r>
            <w:r w:rsidRPr="008A20D0">
              <w:rPr>
                <w:rFonts w:cs="Times New Roman"/>
                <w:sz w:val="20"/>
              </w:rPr>
              <w:br/>
              <w:t>[0.047, 0.078]</w:t>
            </w:r>
          </w:p>
        </w:tc>
        <w:tc>
          <w:tcPr>
            <w:tcW w:w="1598" w:type="dxa"/>
            <w:tcMar>
              <w:top w:w="60" w:type="dxa"/>
              <w:left w:w="60" w:type="dxa"/>
              <w:bottom w:w="60" w:type="dxa"/>
              <w:right w:w="60" w:type="dxa"/>
            </w:tcMar>
            <w:vAlign w:val="center"/>
          </w:tcPr>
          <w:p w14:paraId="6BF1E73C" w14:textId="77777777" w:rsidR="00EE5F04" w:rsidRPr="008A20D0" w:rsidRDefault="00000000">
            <w:pPr>
              <w:spacing w:after="0" w:line="252" w:lineRule="auto"/>
              <w:jc w:val="center"/>
              <w:rPr>
                <w:rFonts w:cs="Times New Roman"/>
              </w:rPr>
            </w:pPr>
            <w:r w:rsidRPr="008A20D0">
              <w:rPr>
                <w:rFonts w:cs="Times New Roman"/>
                <w:sz w:val="20"/>
              </w:rPr>
              <w:t>0.033</w:t>
            </w:r>
            <w:r w:rsidRPr="008A20D0">
              <w:rPr>
                <w:rFonts w:cs="Times New Roman"/>
                <w:sz w:val="20"/>
              </w:rPr>
              <w:br/>
              <w:t>[0.017, 0.048]</w:t>
            </w:r>
          </w:p>
        </w:tc>
        <w:tc>
          <w:tcPr>
            <w:tcW w:w="1598" w:type="dxa"/>
            <w:tcMar>
              <w:top w:w="60" w:type="dxa"/>
              <w:left w:w="60" w:type="dxa"/>
              <w:bottom w:w="60" w:type="dxa"/>
              <w:right w:w="60" w:type="dxa"/>
            </w:tcMar>
            <w:vAlign w:val="center"/>
          </w:tcPr>
          <w:p w14:paraId="3A40E3FB" w14:textId="77777777" w:rsidR="00EE5F04" w:rsidRPr="008A20D0" w:rsidRDefault="00000000">
            <w:pPr>
              <w:spacing w:after="0" w:line="252" w:lineRule="auto"/>
              <w:jc w:val="center"/>
              <w:rPr>
                <w:rFonts w:cs="Times New Roman"/>
              </w:rPr>
            </w:pPr>
            <w:r w:rsidRPr="008A20D0">
              <w:rPr>
                <w:rFonts w:cs="Times New Roman"/>
                <w:sz w:val="20"/>
              </w:rPr>
              <w:t>0.003</w:t>
            </w:r>
            <w:r w:rsidRPr="008A20D0">
              <w:rPr>
                <w:rFonts w:cs="Times New Roman"/>
                <w:sz w:val="20"/>
              </w:rPr>
              <w:br/>
              <w:t>[-0.008, 0.017]</w:t>
            </w:r>
          </w:p>
        </w:tc>
        <w:tc>
          <w:tcPr>
            <w:tcW w:w="1598" w:type="dxa"/>
            <w:tcMar>
              <w:top w:w="60" w:type="dxa"/>
              <w:left w:w="60" w:type="dxa"/>
              <w:bottom w:w="60" w:type="dxa"/>
              <w:right w:w="60" w:type="dxa"/>
            </w:tcMar>
            <w:vAlign w:val="center"/>
          </w:tcPr>
          <w:p w14:paraId="6676DF56"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[-0.000, 0.004]</w:t>
            </w:r>
          </w:p>
        </w:tc>
        <w:tc>
          <w:tcPr>
            <w:tcW w:w="1598" w:type="dxa"/>
            <w:tcMar>
              <w:top w:w="60" w:type="dxa"/>
              <w:left w:w="60" w:type="dxa"/>
              <w:bottom w:w="60" w:type="dxa"/>
              <w:right w:w="60" w:type="dxa"/>
            </w:tcMar>
            <w:vAlign w:val="center"/>
          </w:tcPr>
          <w:p w14:paraId="7962C732"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[-0.001, 0.002]</w:t>
            </w:r>
          </w:p>
        </w:tc>
      </w:tr>
      <w:tr w:rsidR="00EE5F04" w:rsidRPr="008A20D0" w14:paraId="6F125094" w14:textId="77777777">
        <w:trPr>
          <w:cantSplit/>
          <w:jc w:val="center"/>
        </w:trPr>
        <w:tc>
          <w:tcPr>
            <w:tcW w:w="1800" w:type="dxa"/>
            <w:tcMar>
              <w:top w:w="60" w:type="dxa"/>
              <w:left w:w="60" w:type="dxa"/>
              <w:bottom w:w="60" w:type="dxa"/>
              <w:right w:w="60" w:type="dxa"/>
            </w:tcMar>
            <w:vAlign w:val="center"/>
          </w:tcPr>
          <w:p w14:paraId="30F92A0D" w14:textId="77777777" w:rsidR="00EE5F04" w:rsidRPr="008A20D0" w:rsidRDefault="00000000">
            <w:pPr>
              <w:spacing w:after="0" w:line="252" w:lineRule="auto"/>
              <w:rPr>
                <w:rFonts w:cs="Times New Roman"/>
              </w:rPr>
            </w:pPr>
            <w:r w:rsidRPr="008A20D0">
              <w:rPr>
                <w:rFonts w:cs="Times New Roman"/>
                <w:sz w:val="20"/>
              </w:rPr>
              <w:t>M2 Ridge</w:t>
            </w:r>
          </w:p>
        </w:tc>
        <w:tc>
          <w:tcPr>
            <w:tcW w:w="1598" w:type="dxa"/>
            <w:tcMar>
              <w:top w:w="60" w:type="dxa"/>
              <w:left w:w="60" w:type="dxa"/>
              <w:bottom w:w="60" w:type="dxa"/>
              <w:right w:w="60" w:type="dxa"/>
            </w:tcMar>
            <w:vAlign w:val="center"/>
          </w:tcPr>
          <w:p w14:paraId="61CF0724" w14:textId="77777777" w:rsidR="00EE5F04" w:rsidRPr="008A20D0" w:rsidRDefault="00000000">
            <w:pPr>
              <w:spacing w:after="0" w:line="252" w:lineRule="auto"/>
              <w:jc w:val="center"/>
              <w:rPr>
                <w:rFonts w:cs="Times New Roman"/>
              </w:rPr>
            </w:pPr>
            <w:r w:rsidRPr="008A20D0">
              <w:rPr>
                <w:rFonts w:cs="Times New Roman"/>
                <w:sz w:val="20"/>
              </w:rPr>
              <w:t>0.061</w:t>
            </w:r>
            <w:r w:rsidRPr="008A20D0">
              <w:rPr>
                <w:rFonts w:cs="Times New Roman"/>
                <w:sz w:val="20"/>
              </w:rPr>
              <w:br/>
              <w:t>[0.046, 0.075]</w:t>
            </w:r>
          </w:p>
        </w:tc>
        <w:tc>
          <w:tcPr>
            <w:tcW w:w="1598" w:type="dxa"/>
            <w:tcMar>
              <w:top w:w="60" w:type="dxa"/>
              <w:left w:w="60" w:type="dxa"/>
              <w:bottom w:w="60" w:type="dxa"/>
              <w:right w:w="60" w:type="dxa"/>
            </w:tcMar>
            <w:vAlign w:val="center"/>
          </w:tcPr>
          <w:p w14:paraId="5E51E8C9" w14:textId="77777777" w:rsidR="00EE5F04" w:rsidRPr="008A20D0" w:rsidRDefault="00000000">
            <w:pPr>
              <w:spacing w:after="0" w:line="252" w:lineRule="auto"/>
              <w:jc w:val="center"/>
              <w:rPr>
                <w:rFonts w:cs="Times New Roman"/>
              </w:rPr>
            </w:pPr>
            <w:r w:rsidRPr="008A20D0">
              <w:rPr>
                <w:rFonts w:cs="Times New Roman"/>
                <w:sz w:val="20"/>
              </w:rPr>
              <w:t>0.034</w:t>
            </w:r>
            <w:r w:rsidRPr="008A20D0">
              <w:rPr>
                <w:rFonts w:cs="Times New Roman"/>
                <w:sz w:val="20"/>
              </w:rPr>
              <w:br/>
              <w:t>[0.020, 0.049]</w:t>
            </w:r>
          </w:p>
        </w:tc>
        <w:tc>
          <w:tcPr>
            <w:tcW w:w="1598" w:type="dxa"/>
            <w:tcMar>
              <w:top w:w="60" w:type="dxa"/>
              <w:left w:w="60" w:type="dxa"/>
              <w:bottom w:w="60" w:type="dxa"/>
              <w:right w:w="60" w:type="dxa"/>
            </w:tcMar>
            <w:vAlign w:val="center"/>
          </w:tcPr>
          <w:p w14:paraId="075C58C4" w14:textId="77777777" w:rsidR="00EE5F04" w:rsidRPr="008A20D0" w:rsidRDefault="00000000">
            <w:pPr>
              <w:spacing w:after="0" w:line="252" w:lineRule="auto"/>
              <w:jc w:val="center"/>
              <w:rPr>
                <w:rFonts w:cs="Times New Roman"/>
              </w:rPr>
            </w:pPr>
            <w:r w:rsidRPr="008A20D0">
              <w:rPr>
                <w:rFonts w:cs="Times New Roman"/>
                <w:sz w:val="20"/>
              </w:rPr>
              <w:t>0.005</w:t>
            </w:r>
            <w:r w:rsidRPr="008A20D0">
              <w:rPr>
                <w:rFonts w:cs="Times New Roman"/>
                <w:sz w:val="20"/>
              </w:rPr>
              <w:br/>
              <w:t>[-0.006, 0.018]</w:t>
            </w:r>
          </w:p>
        </w:tc>
        <w:tc>
          <w:tcPr>
            <w:tcW w:w="1598" w:type="dxa"/>
            <w:tcMar>
              <w:top w:w="60" w:type="dxa"/>
              <w:left w:w="60" w:type="dxa"/>
              <w:bottom w:w="60" w:type="dxa"/>
              <w:right w:w="60" w:type="dxa"/>
            </w:tcMar>
            <w:vAlign w:val="center"/>
          </w:tcPr>
          <w:p w14:paraId="7CC60056" w14:textId="77777777" w:rsidR="00EE5F04" w:rsidRPr="008A20D0" w:rsidRDefault="00000000">
            <w:pPr>
              <w:spacing w:after="0" w:line="252" w:lineRule="auto"/>
              <w:jc w:val="center"/>
              <w:rPr>
                <w:rFonts w:cs="Times New Roman"/>
              </w:rPr>
            </w:pPr>
            <w:r w:rsidRPr="008A20D0">
              <w:rPr>
                <w:rFonts w:cs="Times New Roman"/>
                <w:sz w:val="20"/>
              </w:rPr>
              <w:t>-0.000</w:t>
            </w:r>
            <w:r w:rsidRPr="008A20D0">
              <w:rPr>
                <w:rFonts w:cs="Times New Roman"/>
                <w:sz w:val="20"/>
              </w:rPr>
              <w:br/>
              <w:t>[-0.007, 0.007]</w:t>
            </w:r>
          </w:p>
        </w:tc>
        <w:tc>
          <w:tcPr>
            <w:tcW w:w="1598" w:type="dxa"/>
            <w:tcMar>
              <w:top w:w="60" w:type="dxa"/>
              <w:left w:w="60" w:type="dxa"/>
              <w:bottom w:w="60" w:type="dxa"/>
              <w:right w:w="60" w:type="dxa"/>
            </w:tcMar>
            <w:vAlign w:val="center"/>
          </w:tcPr>
          <w:p w14:paraId="5307D8BB" w14:textId="77777777" w:rsidR="00EE5F04" w:rsidRPr="008A20D0" w:rsidRDefault="00000000">
            <w:pPr>
              <w:spacing w:after="0" w:line="252" w:lineRule="auto"/>
              <w:jc w:val="center"/>
              <w:rPr>
                <w:rFonts w:cs="Times New Roman"/>
              </w:rPr>
            </w:pPr>
            <w:r w:rsidRPr="008A20D0">
              <w:rPr>
                <w:rFonts w:cs="Times New Roman"/>
                <w:sz w:val="20"/>
              </w:rPr>
              <w:t>0.002</w:t>
            </w:r>
            <w:r w:rsidRPr="008A20D0">
              <w:rPr>
                <w:rFonts w:cs="Times New Roman"/>
                <w:sz w:val="20"/>
              </w:rPr>
              <w:br/>
              <w:t>[-0.004, 0.009]</w:t>
            </w:r>
          </w:p>
        </w:tc>
      </w:tr>
      <w:tr w:rsidR="00EE5F04" w:rsidRPr="008A20D0" w14:paraId="237327EC" w14:textId="77777777">
        <w:trPr>
          <w:cantSplit/>
          <w:jc w:val="center"/>
        </w:trPr>
        <w:tc>
          <w:tcPr>
            <w:tcW w:w="1800" w:type="dxa"/>
            <w:tcMar>
              <w:top w:w="60" w:type="dxa"/>
              <w:left w:w="60" w:type="dxa"/>
              <w:bottom w:w="60" w:type="dxa"/>
              <w:right w:w="60" w:type="dxa"/>
            </w:tcMar>
            <w:vAlign w:val="center"/>
          </w:tcPr>
          <w:p w14:paraId="2CAA2505" w14:textId="77777777" w:rsidR="00EE5F04" w:rsidRPr="008A20D0" w:rsidRDefault="00000000">
            <w:pPr>
              <w:spacing w:after="0" w:line="252" w:lineRule="auto"/>
              <w:rPr>
                <w:rFonts w:cs="Times New Roman"/>
              </w:rPr>
            </w:pPr>
            <w:r w:rsidRPr="008A20D0">
              <w:rPr>
                <w:rFonts w:cs="Times New Roman"/>
                <w:sz w:val="20"/>
              </w:rPr>
              <w:t>M3 Ridge</w:t>
            </w:r>
          </w:p>
        </w:tc>
        <w:tc>
          <w:tcPr>
            <w:tcW w:w="1598" w:type="dxa"/>
            <w:tcMar>
              <w:top w:w="60" w:type="dxa"/>
              <w:left w:w="60" w:type="dxa"/>
              <w:bottom w:w="60" w:type="dxa"/>
              <w:right w:w="60" w:type="dxa"/>
            </w:tcMar>
            <w:vAlign w:val="center"/>
          </w:tcPr>
          <w:p w14:paraId="165AEFFC" w14:textId="77777777" w:rsidR="00EE5F04" w:rsidRPr="008A20D0" w:rsidRDefault="00000000">
            <w:pPr>
              <w:spacing w:after="0" w:line="252" w:lineRule="auto"/>
              <w:jc w:val="center"/>
              <w:rPr>
                <w:rFonts w:cs="Times New Roman"/>
              </w:rPr>
            </w:pPr>
            <w:r w:rsidRPr="008A20D0">
              <w:rPr>
                <w:rFonts w:cs="Times New Roman"/>
                <w:sz w:val="20"/>
              </w:rPr>
              <w:t>0.061</w:t>
            </w:r>
            <w:r w:rsidRPr="008A20D0">
              <w:rPr>
                <w:rFonts w:cs="Times New Roman"/>
                <w:sz w:val="20"/>
              </w:rPr>
              <w:br/>
              <w:t>[0.046, 0.077]</w:t>
            </w:r>
          </w:p>
        </w:tc>
        <w:tc>
          <w:tcPr>
            <w:tcW w:w="1598" w:type="dxa"/>
            <w:tcMar>
              <w:top w:w="60" w:type="dxa"/>
              <w:left w:w="60" w:type="dxa"/>
              <w:bottom w:w="60" w:type="dxa"/>
              <w:right w:w="60" w:type="dxa"/>
            </w:tcMar>
            <w:vAlign w:val="center"/>
          </w:tcPr>
          <w:p w14:paraId="39B54EBE" w14:textId="77777777" w:rsidR="00EE5F04" w:rsidRPr="008A20D0" w:rsidRDefault="00000000">
            <w:pPr>
              <w:spacing w:after="0" w:line="252" w:lineRule="auto"/>
              <w:jc w:val="center"/>
              <w:rPr>
                <w:rFonts w:cs="Times New Roman"/>
              </w:rPr>
            </w:pPr>
            <w:r w:rsidRPr="008A20D0">
              <w:rPr>
                <w:rFonts w:cs="Times New Roman"/>
                <w:sz w:val="20"/>
              </w:rPr>
              <w:t>0.032</w:t>
            </w:r>
            <w:r w:rsidRPr="008A20D0">
              <w:rPr>
                <w:rFonts w:cs="Times New Roman"/>
                <w:sz w:val="20"/>
              </w:rPr>
              <w:br/>
              <w:t>[0.016, 0.048]</w:t>
            </w:r>
          </w:p>
        </w:tc>
        <w:tc>
          <w:tcPr>
            <w:tcW w:w="1598" w:type="dxa"/>
            <w:tcMar>
              <w:top w:w="60" w:type="dxa"/>
              <w:left w:w="60" w:type="dxa"/>
              <w:bottom w:w="60" w:type="dxa"/>
              <w:right w:w="60" w:type="dxa"/>
            </w:tcMar>
            <w:vAlign w:val="center"/>
          </w:tcPr>
          <w:p w14:paraId="7B9AB1B3" w14:textId="77777777" w:rsidR="00EE5F04" w:rsidRPr="008A20D0" w:rsidRDefault="00000000">
            <w:pPr>
              <w:spacing w:after="0" w:line="252" w:lineRule="auto"/>
              <w:jc w:val="center"/>
              <w:rPr>
                <w:rFonts w:cs="Times New Roman"/>
              </w:rPr>
            </w:pPr>
            <w:r w:rsidRPr="008A20D0">
              <w:rPr>
                <w:rFonts w:cs="Times New Roman"/>
                <w:sz w:val="20"/>
              </w:rPr>
              <w:t>0.007</w:t>
            </w:r>
            <w:r w:rsidRPr="008A20D0">
              <w:rPr>
                <w:rFonts w:cs="Times New Roman"/>
                <w:sz w:val="20"/>
              </w:rPr>
              <w:br/>
              <w:t>[-0.004, 0.019]</w:t>
            </w:r>
          </w:p>
        </w:tc>
        <w:tc>
          <w:tcPr>
            <w:tcW w:w="1598" w:type="dxa"/>
            <w:tcMar>
              <w:top w:w="60" w:type="dxa"/>
              <w:left w:w="60" w:type="dxa"/>
              <w:bottom w:w="60" w:type="dxa"/>
              <w:right w:w="60" w:type="dxa"/>
            </w:tcMar>
            <w:vAlign w:val="center"/>
          </w:tcPr>
          <w:p w14:paraId="78A028B2" w14:textId="77777777" w:rsidR="00EE5F04" w:rsidRPr="008A20D0" w:rsidRDefault="00000000">
            <w:pPr>
              <w:spacing w:after="0" w:line="252" w:lineRule="auto"/>
              <w:jc w:val="center"/>
              <w:rPr>
                <w:rFonts w:cs="Times New Roman"/>
              </w:rPr>
            </w:pPr>
            <w:r w:rsidRPr="008A20D0">
              <w:rPr>
                <w:rFonts w:cs="Times New Roman"/>
                <w:sz w:val="20"/>
              </w:rPr>
              <w:t>0.002</w:t>
            </w:r>
            <w:r w:rsidRPr="008A20D0">
              <w:rPr>
                <w:rFonts w:cs="Times New Roman"/>
                <w:sz w:val="20"/>
              </w:rPr>
              <w:br/>
              <w:t>[-0.002, 0.008]</w:t>
            </w:r>
          </w:p>
        </w:tc>
        <w:tc>
          <w:tcPr>
            <w:tcW w:w="1598" w:type="dxa"/>
            <w:tcMar>
              <w:top w:w="60" w:type="dxa"/>
              <w:left w:w="60" w:type="dxa"/>
              <w:bottom w:w="60" w:type="dxa"/>
              <w:right w:w="60" w:type="dxa"/>
            </w:tcMar>
            <w:vAlign w:val="center"/>
          </w:tcPr>
          <w:p w14:paraId="33461A7E"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[-0.002, 0.004]</w:t>
            </w:r>
          </w:p>
        </w:tc>
      </w:tr>
      <w:tr w:rsidR="00EE5F04" w:rsidRPr="008A20D0" w14:paraId="66957204" w14:textId="77777777">
        <w:trPr>
          <w:cantSplit/>
          <w:jc w:val="center"/>
        </w:trPr>
        <w:tc>
          <w:tcPr>
            <w:tcW w:w="1800" w:type="dxa"/>
            <w:tcMar>
              <w:top w:w="60" w:type="dxa"/>
              <w:left w:w="60" w:type="dxa"/>
              <w:bottom w:w="60" w:type="dxa"/>
              <w:right w:w="60" w:type="dxa"/>
            </w:tcMar>
            <w:vAlign w:val="center"/>
          </w:tcPr>
          <w:p w14:paraId="13CF3B8A" w14:textId="77777777" w:rsidR="00EE5F04" w:rsidRPr="008A20D0" w:rsidRDefault="00000000">
            <w:pPr>
              <w:spacing w:after="0" w:line="252" w:lineRule="auto"/>
              <w:rPr>
                <w:rFonts w:cs="Times New Roman"/>
              </w:rPr>
            </w:pPr>
            <w:r w:rsidRPr="008A20D0">
              <w:rPr>
                <w:rFonts w:cs="Times New Roman"/>
                <w:sz w:val="20"/>
              </w:rPr>
              <w:t>M0 XGBoost</w:t>
            </w:r>
          </w:p>
        </w:tc>
        <w:tc>
          <w:tcPr>
            <w:tcW w:w="1598" w:type="dxa"/>
            <w:tcMar>
              <w:top w:w="60" w:type="dxa"/>
              <w:left w:w="60" w:type="dxa"/>
              <w:bottom w:w="60" w:type="dxa"/>
              <w:right w:w="60" w:type="dxa"/>
            </w:tcMar>
            <w:vAlign w:val="center"/>
          </w:tcPr>
          <w:p w14:paraId="102BD675" w14:textId="77777777" w:rsidR="00EE5F04" w:rsidRPr="008A20D0" w:rsidRDefault="00000000">
            <w:pPr>
              <w:spacing w:after="0" w:line="252" w:lineRule="auto"/>
              <w:jc w:val="center"/>
              <w:rPr>
                <w:rFonts w:cs="Times New Roman"/>
              </w:rPr>
            </w:pPr>
            <w:r w:rsidRPr="008A20D0">
              <w:rPr>
                <w:rFonts w:cs="Times New Roman"/>
                <w:sz w:val="20"/>
              </w:rPr>
              <w:t>0.061</w:t>
            </w:r>
            <w:r w:rsidRPr="008A20D0">
              <w:rPr>
                <w:rFonts w:cs="Times New Roman"/>
                <w:sz w:val="20"/>
              </w:rPr>
              <w:br/>
              <w:t>[0.046, 0.077]</w:t>
            </w:r>
          </w:p>
        </w:tc>
        <w:tc>
          <w:tcPr>
            <w:tcW w:w="1598" w:type="dxa"/>
            <w:tcMar>
              <w:top w:w="60" w:type="dxa"/>
              <w:left w:w="60" w:type="dxa"/>
              <w:bottom w:w="60" w:type="dxa"/>
              <w:right w:w="60" w:type="dxa"/>
            </w:tcMar>
            <w:vAlign w:val="center"/>
          </w:tcPr>
          <w:p w14:paraId="7CCEF841" w14:textId="77777777" w:rsidR="00EE5F04" w:rsidRPr="008A20D0" w:rsidRDefault="00000000">
            <w:pPr>
              <w:spacing w:after="0" w:line="252" w:lineRule="auto"/>
              <w:jc w:val="center"/>
              <w:rPr>
                <w:rFonts w:cs="Times New Roman"/>
              </w:rPr>
            </w:pPr>
            <w:r w:rsidRPr="008A20D0">
              <w:rPr>
                <w:rFonts w:cs="Times New Roman"/>
                <w:sz w:val="20"/>
              </w:rPr>
              <w:t>0.036</w:t>
            </w:r>
            <w:r w:rsidRPr="008A20D0">
              <w:rPr>
                <w:rFonts w:cs="Times New Roman"/>
                <w:sz w:val="20"/>
              </w:rPr>
              <w:br/>
              <w:t>[0.021, 0.051]</w:t>
            </w:r>
          </w:p>
        </w:tc>
        <w:tc>
          <w:tcPr>
            <w:tcW w:w="1598" w:type="dxa"/>
            <w:tcMar>
              <w:top w:w="60" w:type="dxa"/>
              <w:left w:w="60" w:type="dxa"/>
              <w:bottom w:w="60" w:type="dxa"/>
              <w:right w:w="60" w:type="dxa"/>
            </w:tcMar>
            <w:vAlign w:val="center"/>
          </w:tcPr>
          <w:p w14:paraId="2B16C6D5" w14:textId="77777777" w:rsidR="00EE5F04" w:rsidRPr="008A20D0" w:rsidRDefault="00000000">
            <w:pPr>
              <w:spacing w:after="0" w:line="252" w:lineRule="auto"/>
              <w:jc w:val="center"/>
              <w:rPr>
                <w:rFonts w:cs="Times New Roman"/>
              </w:rPr>
            </w:pPr>
            <w:r w:rsidRPr="008A20D0">
              <w:rPr>
                <w:rFonts w:cs="Times New Roman"/>
                <w:sz w:val="20"/>
              </w:rPr>
              <w:t>-0.002</w:t>
            </w:r>
            <w:r w:rsidRPr="008A20D0">
              <w:rPr>
                <w:rFonts w:cs="Times New Roman"/>
                <w:sz w:val="20"/>
              </w:rPr>
              <w:br/>
              <w:t>[-0.011, 0.008]</w:t>
            </w:r>
          </w:p>
        </w:tc>
        <w:tc>
          <w:tcPr>
            <w:tcW w:w="1598" w:type="dxa"/>
            <w:tcMar>
              <w:top w:w="60" w:type="dxa"/>
              <w:left w:w="60" w:type="dxa"/>
              <w:bottom w:w="60" w:type="dxa"/>
              <w:right w:w="60" w:type="dxa"/>
            </w:tcMar>
            <w:vAlign w:val="center"/>
          </w:tcPr>
          <w:p w14:paraId="23D69E8A" w14:textId="77777777" w:rsidR="00EE5F04" w:rsidRPr="008A20D0" w:rsidRDefault="00000000">
            <w:pPr>
              <w:spacing w:after="0" w:line="252" w:lineRule="auto"/>
              <w:jc w:val="center"/>
              <w:rPr>
                <w:rFonts w:cs="Times New Roman"/>
              </w:rPr>
            </w:pPr>
            <w:r w:rsidRPr="008A20D0">
              <w:rPr>
                <w:rFonts w:cs="Times New Roman"/>
                <w:sz w:val="20"/>
              </w:rPr>
              <w:t>-0.008</w:t>
            </w:r>
            <w:r w:rsidRPr="008A20D0">
              <w:rPr>
                <w:rFonts w:cs="Times New Roman"/>
                <w:sz w:val="20"/>
              </w:rPr>
              <w:br/>
              <w:t>[-0.012, -0.003]</w:t>
            </w:r>
          </w:p>
        </w:tc>
        <w:tc>
          <w:tcPr>
            <w:tcW w:w="1598" w:type="dxa"/>
            <w:tcMar>
              <w:top w:w="60" w:type="dxa"/>
              <w:left w:w="60" w:type="dxa"/>
              <w:bottom w:w="60" w:type="dxa"/>
              <w:right w:w="60" w:type="dxa"/>
            </w:tcMar>
            <w:vAlign w:val="center"/>
          </w:tcPr>
          <w:p w14:paraId="7B8CE0B5" w14:textId="77777777" w:rsidR="00EE5F04" w:rsidRPr="008A20D0" w:rsidRDefault="00000000">
            <w:pPr>
              <w:spacing w:after="0" w:line="252" w:lineRule="auto"/>
              <w:jc w:val="center"/>
              <w:rPr>
                <w:rFonts w:cs="Times New Roman"/>
              </w:rPr>
            </w:pPr>
            <w:r w:rsidRPr="008A20D0">
              <w:rPr>
                <w:rFonts w:cs="Times New Roman"/>
                <w:sz w:val="20"/>
              </w:rPr>
              <w:t>-0.003</w:t>
            </w:r>
            <w:r w:rsidRPr="008A20D0">
              <w:rPr>
                <w:rFonts w:cs="Times New Roman"/>
                <w:sz w:val="20"/>
              </w:rPr>
              <w:br/>
              <w:t>[-0.005, -0.001]</w:t>
            </w:r>
          </w:p>
        </w:tc>
      </w:tr>
      <w:tr w:rsidR="00EE5F04" w:rsidRPr="008A20D0" w14:paraId="0FE163F7" w14:textId="77777777">
        <w:trPr>
          <w:cantSplit/>
          <w:jc w:val="center"/>
        </w:trPr>
        <w:tc>
          <w:tcPr>
            <w:tcW w:w="1800" w:type="dxa"/>
            <w:tcMar>
              <w:top w:w="60" w:type="dxa"/>
              <w:left w:w="60" w:type="dxa"/>
              <w:bottom w:w="60" w:type="dxa"/>
              <w:right w:w="60" w:type="dxa"/>
            </w:tcMar>
            <w:vAlign w:val="center"/>
          </w:tcPr>
          <w:p w14:paraId="0E4403CF" w14:textId="77777777" w:rsidR="00EE5F04" w:rsidRPr="008A20D0" w:rsidRDefault="00000000">
            <w:pPr>
              <w:spacing w:after="0" w:line="252" w:lineRule="auto"/>
              <w:rPr>
                <w:rFonts w:cs="Times New Roman"/>
              </w:rPr>
            </w:pPr>
            <w:r w:rsidRPr="008A20D0">
              <w:rPr>
                <w:rFonts w:cs="Times New Roman"/>
                <w:sz w:val="20"/>
              </w:rPr>
              <w:t>M1 XGBoost</w:t>
            </w:r>
          </w:p>
        </w:tc>
        <w:tc>
          <w:tcPr>
            <w:tcW w:w="1598" w:type="dxa"/>
            <w:tcMar>
              <w:top w:w="60" w:type="dxa"/>
              <w:left w:w="60" w:type="dxa"/>
              <w:bottom w:w="60" w:type="dxa"/>
              <w:right w:w="60" w:type="dxa"/>
            </w:tcMar>
            <w:vAlign w:val="center"/>
          </w:tcPr>
          <w:p w14:paraId="6252D571" w14:textId="77777777" w:rsidR="00EE5F04" w:rsidRPr="008A20D0" w:rsidRDefault="00000000">
            <w:pPr>
              <w:spacing w:after="0" w:line="252" w:lineRule="auto"/>
              <w:jc w:val="center"/>
              <w:rPr>
                <w:rFonts w:cs="Times New Roman"/>
              </w:rPr>
            </w:pPr>
            <w:r w:rsidRPr="008A20D0">
              <w:rPr>
                <w:rFonts w:cs="Times New Roman"/>
                <w:sz w:val="20"/>
              </w:rPr>
              <w:t>0.061</w:t>
            </w:r>
            <w:r w:rsidRPr="008A20D0">
              <w:rPr>
                <w:rFonts w:cs="Times New Roman"/>
                <w:sz w:val="20"/>
              </w:rPr>
              <w:br/>
              <w:t>[0.046, 0.076]</w:t>
            </w:r>
          </w:p>
        </w:tc>
        <w:tc>
          <w:tcPr>
            <w:tcW w:w="1598" w:type="dxa"/>
            <w:tcMar>
              <w:top w:w="60" w:type="dxa"/>
              <w:left w:w="60" w:type="dxa"/>
              <w:bottom w:w="60" w:type="dxa"/>
              <w:right w:w="60" w:type="dxa"/>
            </w:tcMar>
            <w:vAlign w:val="center"/>
          </w:tcPr>
          <w:p w14:paraId="1ED34790" w14:textId="77777777" w:rsidR="00EE5F04" w:rsidRPr="008A20D0" w:rsidRDefault="00000000">
            <w:pPr>
              <w:spacing w:after="0" w:line="252" w:lineRule="auto"/>
              <w:jc w:val="center"/>
              <w:rPr>
                <w:rFonts w:cs="Times New Roman"/>
              </w:rPr>
            </w:pPr>
            <w:r w:rsidRPr="008A20D0">
              <w:rPr>
                <w:rFonts w:cs="Times New Roman"/>
                <w:sz w:val="20"/>
              </w:rPr>
              <w:t>0.034</w:t>
            </w:r>
            <w:r w:rsidRPr="008A20D0">
              <w:rPr>
                <w:rFonts w:cs="Times New Roman"/>
                <w:sz w:val="20"/>
              </w:rPr>
              <w:br/>
              <w:t>[0.020, 0.048]</w:t>
            </w:r>
          </w:p>
        </w:tc>
        <w:tc>
          <w:tcPr>
            <w:tcW w:w="1598" w:type="dxa"/>
            <w:tcMar>
              <w:top w:w="60" w:type="dxa"/>
              <w:left w:w="60" w:type="dxa"/>
              <w:bottom w:w="60" w:type="dxa"/>
              <w:right w:w="60" w:type="dxa"/>
            </w:tcMar>
            <w:vAlign w:val="center"/>
          </w:tcPr>
          <w:p w14:paraId="2A6D2E4A" w14:textId="77777777" w:rsidR="00EE5F04" w:rsidRPr="008A20D0" w:rsidRDefault="00000000">
            <w:pPr>
              <w:spacing w:after="0" w:line="252" w:lineRule="auto"/>
              <w:jc w:val="center"/>
              <w:rPr>
                <w:rFonts w:cs="Times New Roman"/>
              </w:rPr>
            </w:pPr>
            <w:r w:rsidRPr="008A20D0">
              <w:rPr>
                <w:rFonts w:cs="Times New Roman"/>
                <w:sz w:val="20"/>
              </w:rPr>
              <w:t>0.003</w:t>
            </w:r>
            <w:r w:rsidRPr="008A20D0">
              <w:rPr>
                <w:rFonts w:cs="Times New Roman"/>
                <w:sz w:val="20"/>
              </w:rPr>
              <w:br/>
              <w:t>[-0.007, 0.013]</w:t>
            </w:r>
          </w:p>
        </w:tc>
        <w:tc>
          <w:tcPr>
            <w:tcW w:w="1598" w:type="dxa"/>
            <w:tcMar>
              <w:top w:w="60" w:type="dxa"/>
              <w:left w:w="60" w:type="dxa"/>
              <w:bottom w:w="60" w:type="dxa"/>
              <w:right w:w="60" w:type="dxa"/>
            </w:tcMar>
            <w:vAlign w:val="center"/>
          </w:tcPr>
          <w:p w14:paraId="39959198" w14:textId="77777777" w:rsidR="00EE5F04" w:rsidRPr="008A20D0" w:rsidRDefault="00000000">
            <w:pPr>
              <w:spacing w:after="0" w:line="252" w:lineRule="auto"/>
              <w:jc w:val="center"/>
              <w:rPr>
                <w:rFonts w:cs="Times New Roman"/>
              </w:rPr>
            </w:pPr>
            <w:r w:rsidRPr="008A20D0">
              <w:rPr>
                <w:rFonts w:cs="Times New Roman"/>
                <w:sz w:val="20"/>
              </w:rPr>
              <w:t>-0.005</w:t>
            </w:r>
            <w:r w:rsidRPr="008A20D0">
              <w:rPr>
                <w:rFonts w:cs="Times New Roman"/>
                <w:sz w:val="20"/>
              </w:rPr>
              <w:br/>
              <w:t>[-0.012, 0.002]</w:t>
            </w:r>
          </w:p>
        </w:tc>
        <w:tc>
          <w:tcPr>
            <w:tcW w:w="1598" w:type="dxa"/>
            <w:tcMar>
              <w:top w:w="60" w:type="dxa"/>
              <w:left w:w="60" w:type="dxa"/>
              <w:bottom w:w="60" w:type="dxa"/>
              <w:right w:w="60" w:type="dxa"/>
            </w:tcMar>
            <w:vAlign w:val="center"/>
          </w:tcPr>
          <w:p w14:paraId="39FF3D59" w14:textId="77777777" w:rsidR="00EE5F04" w:rsidRPr="008A20D0" w:rsidRDefault="00000000">
            <w:pPr>
              <w:spacing w:after="0" w:line="252" w:lineRule="auto"/>
              <w:jc w:val="center"/>
              <w:rPr>
                <w:rFonts w:cs="Times New Roman"/>
              </w:rPr>
            </w:pPr>
            <w:r w:rsidRPr="008A20D0">
              <w:rPr>
                <w:rFonts w:cs="Times New Roman"/>
                <w:sz w:val="20"/>
              </w:rPr>
              <w:t>-0.005</w:t>
            </w:r>
            <w:r w:rsidRPr="008A20D0">
              <w:rPr>
                <w:rFonts w:cs="Times New Roman"/>
                <w:sz w:val="20"/>
              </w:rPr>
              <w:br/>
              <w:t>[-0.010, 0.000]</w:t>
            </w:r>
          </w:p>
        </w:tc>
      </w:tr>
      <w:tr w:rsidR="00EE5F04" w:rsidRPr="008A20D0" w14:paraId="0CC256F2" w14:textId="77777777">
        <w:trPr>
          <w:cantSplit/>
          <w:jc w:val="center"/>
        </w:trPr>
        <w:tc>
          <w:tcPr>
            <w:tcW w:w="1800" w:type="dxa"/>
            <w:tcMar>
              <w:top w:w="60" w:type="dxa"/>
              <w:left w:w="60" w:type="dxa"/>
              <w:bottom w:w="60" w:type="dxa"/>
              <w:right w:w="60" w:type="dxa"/>
            </w:tcMar>
            <w:vAlign w:val="center"/>
          </w:tcPr>
          <w:p w14:paraId="54C4AC08" w14:textId="77777777" w:rsidR="00EE5F04" w:rsidRPr="008A20D0" w:rsidRDefault="00000000">
            <w:pPr>
              <w:spacing w:after="0" w:line="252" w:lineRule="auto"/>
              <w:rPr>
                <w:rFonts w:cs="Times New Roman"/>
              </w:rPr>
            </w:pPr>
            <w:r w:rsidRPr="008A20D0">
              <w:rPr>
                <w:rFonts w:cs="Times New Roman"/>
                <w:sz w:val="20"/>
              </w:rPr>
              <w:t>M2 XGBoost</w:t>
            </w:r>
          </w:p>
        </w:tc>
        <w:tc>
          <w:tcPr>
            <w:tcW w:w="1598" w:type="dxa"/>
            <w:tcMar>
              <w:top w:w="60" w:type="dxa"/>
              <w:left w:w="60" w:type="dxa"/>
              <w:bottom w:w="60" w:type="dxa"/>
              <w:right w:w="60" w:type="dxa"/>
            </w:tcMar>
            <w:vAlign w:val="center"/>
          </w:tcPr>
          <w:p w14:paraId="18089CAE" w14:textId="77777777" w:rsidR="00EE5F04" w:rsidRPr="008A20D0" w:rsidRDefault="00000000">
            <w:pPr>
              <w:spacing w:after="0" w:line="252" w:lineRule="auto"/>
              <w:jc w:val="center"/>
              <w:rPr>
                <w:rFonts w:cs="Times New Roman"/>
              </w:rPr>
            </w:pPr>
            <w:r w:rsidRPr="008A20D0">
              <w:rPr>
                <w:rFonts w:cs="Times New Roman"/>
                <w:sz w:val="20"/>
              </w:rPr>
              <w:t>0.060</w:t>
            </w:r>
            <w:r w:rsidRPr="008A20D0">
              <w:rPr>
                <w:rFonts w:cs="Times New Roman"/>
                <w:sz w:val="20"/>
              </w:rPr>
              <w:br/>
              <w:t>[0.046, 0.076]</w:t>
            </w:r>
          </w:p>
        </w:tc>
        <w:tc>
          <w:tcPr>
            <w:tcW w:w="1598" w:type="dxa"/>
            <w:tcMar>
              <w:top w:w="60" w:type="dxa"/>
              <w:left w:w="60" w:type="dxa"/>
              <w:bottom w:w="60" w:type="dxa"/>
              <w:right w:w="60" w:type="dxa"/>
            </w:tcMar>
            <w:vAlign w:val="center"/>
          </w:tcPr>
          <w:p w14:paraId="1D6F76A9" w14:textId="77777777" w:rsidR="00EE5F04" w:rsidRPr="008A20D0" w:rsidRDefault="00000000">
            <w:pPr>
              <w:spacing w:after="0" w:line="252" w:lineRule="auto"/>
              <w:jc w:val="center"/>
              <w:rPr>
                <w:rFonts w:cs="Times New Roman"/>
              </w:rPr>
            </w:pPr>
            <w:r w:rsidRPr="008A20D0">
              <w:rPr>
                <w:rFonts w:cs="Times New Roman"/>
                <w:sz w:val="20"/>
              </w:rPr>
              <w:t>0.036</w:t>
            </w:r>
            <w:r w:rsidRPr="008A20D0">
              <w:rPr>
                <w:rFonts w:cs="Times New Roman"/>
                <w:sz w:val="20"/>
              </w:rPr>
              <w:br/>
              <w:t>[0.022, 0.050]</w:t>
            </w:r>
          </w:p>
        </w:tc>
        <w:tc>
          <w:tcPr>
            <w:tcW w:w="1598" w:type="dxa"/>
            <w:tcMar>
              <w:top w:w="60" w:type="dxa"/>
              <w:left w:w="60" w:type="dxa"/>
              <w:bottom w:w="60" w:type="dxa"/>
              <w:right w:w="60" w:type="dxa"/>
            </w:tcMar>
            <w:vAlign w:val="center"/>
          </w:tcPr>
          <w:p w14:paraId="5827F4C1"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[-0.008, 0.011]</w:t>
            </w:r>
          </w:p>
        </w:tc>
        <w:tc>
          <w:tcPr>
            <w:tcW w:w="1598" w:type="dxa"/>
            <w:tcMar>
              <w:top w:w="60" w:type="dxa"/>
              <w:left w:w="60" w:type="dxa"/>
              <w:bottom w:w="60" w:type="dxa"/>
              <w:right w:w="60" w:type="dxa"/>
            </w:tcMar>
            <w:vAlign w:val="center"/>
          </w:tcPr>
          <w:p w14:paraId="0FE57545" w14:textId="77777777" w:rsidR="00EE5F04" w:rsidRPr="008A20D0" w:rsidRDefault="00000000">
            <w:pPr>
              <w:spacing w:after="0" w:line="252" w:lineRule="auto"/>
              <w:jc w:val="center"/>
              <w:rPr>
                <w:rFonts w:cs="Times New Roman"/>
              </w:rPr>
            </w:pPr>
            <w:r w:rsidRPr="008A20D0">
              <w:rPr>
                <w:rFonts w:cs="Times New Roman"/>
                <w:sz w:val="20"/>
              </w:rPr>
              <w:t>-0.000</w:t>
            </w:r>
            <w:r w:rsidRPr="008A20D0">
              <w:rPr>
                <w:rFonts w:cs="Times New Roman"/>
                <w:sz w:val="20"/>
              </w:rPr>
              <w:br/>
              <w:t>[-0.007, 0.008]</w:t>
            </w:r>
          </w:p>
        </w:tc>
        <w:tc>
          <w:tcPr>
            <w:tcW w:w="1598" w:type="dxa"/>
            <w:tcMar>
              <w:top w:w="60" w:type="dxa"/>
              <w:left w:w="60" w:type="dxa"/>
              <w:bottom w:w="60" w:type="dxa"/>
              <w:right w:w="60" w:type="dxa"/>
            </w:tcMar>
            <w:vAlign w:val="center"/>
          </w:tcPr>
          <w:p w14:paraId="70D093C8"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[-0.005, 0.008]</w:t>
            </w:r>
          </w:p>
        </w:tc>
      </w:tr>
      <w:tr w:rsidR="00EE5F04" w:rsidRPr="008A20D0" w14:paraId="272D8C9B" w14:textId="77777777">
        <w:trPr>
          <w:cantSplit/>
          <w:jc w:val="center"/>
        </w:trPr>
        <w:tc>
          <w:tcPr>
            <w:tcW w:w="1800" w:type="dxa"/>
            <w:tcMar>
              <w:top w:w="60" w:type="dxa"/>
              <w:left w:w="60" w:type="dxa"/>
              <w:bottom w:w="60" w:type="dxa"/>
              <w:right w:w="60" w:type="dxa"/>
            </w:tcMar>
            <w:vAlign w:val="center"/>
          </w:tcPr>
          <w:p w14:paraId="168E3BFD" w14:textId="77777777" w:rsidR="00EE5F04" w:rsidRPr="008A20D0" w:rsidRDefault="00000000">
            <w:pPr>
              <w:spacing w:after="0" w:line="252" w:lineRule="auto"/>
              <w:rPr>
                <w:rFonts w:cs="Times New Roman"/>
              </w:rPr>
            </w:pPr>
            <w:r w:rsidRPr="008A20D0">
              <w:rPr>
                <w:rFonts w:cs="Times New Roman"/>
                <w:sz w:val="20"/>
              </w:rPr>
              <w:t>M3 XGBoost</w:t>
            </w:r>
          </w:p>
        </w:tc>
        <w:tc>
          <w:tcPr>
            <w:tcW w:w="1598" w:type="dxa"/>
            <w:tcMar>
              <w:top w:w="60" w:type="dxa"/>
              <w:left w:w="60" w:type="dxa"/>
              <w:bottom w:w="60" w:type="dxa"/>
              <w:right w:w="60" w:type="dxa"/>
            </w:tcMar>
            <w:vAlign w:val="center"/>
          </w:tcPr>
          <w:p w14:paraId="69A0039E" w14:textId="77777777" w:rsidR="00EE5F04" w:rsidRPr="008A20D0" w:rsidRDefault="00000000">
            <w:pPr>
              <w:spacing w:after="0" w:line="252" w:lineRule="auto"/>
              <w:jc w:val="center"/>
              <w:rPr>
                <w:rFonts w:cs="Times New Roman"/>
              </w:rPr>
            </w:pPr>
            <w:r w:rsidRPr="008A20D0">
              <w:rPr>
                <w:rFonts w:cs="Times New Roman"/>
                <w:sz w:val="20"/>
              </w:rPr>
              <w:t>0.058</w:t>
            </w:r>
            <w:r w:rsidRPr="008A20D0">
              <w:rPr>
                <w:rFonts w:cs="Times New Roman"/>
                <w:sz w:val="20"/>
              </w:rPr>
              <w:br/>
              <w:t>[0.043, 0.072]</w:t>
            </w:r>
          </w:p>
        </w:tc>
        <w:tc>
          <w:tcPr>
            <w:tcW w:w="1598" w:type="dxa"/>
            <w:tcMar>
              <w:top w:w="60" w:type="dxa"/>
              <w:left w:w="60" w:type="dxa"/>
              <w:bottom w:w="60" w:type="dxa"/>
              <w:right w:w="60" w:type="dxa"/>
            </w:tcMar>
            <w:vAlign w:val="center"/>
          </w:tcPr>
          <w:p w14:paraId="3AB7B2C5" w14:textId="77777777" w:rsidR="00EE5F04" w:rsidRPr="008A20D0" w:rsidRDefault="00000000">
            <w:pPr>
              <w:spacing w:after="0" w:line="252" w:lineRule="auto"/>
              <w:jc w:val="center"/>
              <w:rPr>
                <w:rFonts w:cs="Times New Roman"/>
              </w:rPr>
            </w:pPr>
            <w:r w:rsidRPr="008A20D0">
              <w:rPr>
                <w:rFonts w:cs="Times New Roman"/>
                <w:sz w:val="20"/>
              </w:rPr>
              <w:t>0.030</w:t>
            </w:r>
            <w:r w:rsidRPr="008A20D0">
              <w:rPr>
                <w:rFonts w:cs="Times New Roman"/>
                <w:sz w:val="20"/>
              </w:rPr>
              <w:br/>
              <w:t>[0.017, 0.043]</w:t>
            </w:r>
          </w:p>
        </w:tc>
        <w:tc>
          <w:tcPr>
            <w:tcW w:w="1598" w:type="dxa"/>
            <w:tcMar>
              <w:top w:w="60" w:type="dxa"/>
              <w:left w:w="60" w:type="dxa"/>
              <w:bottom w:w="60" w:type="dxa"/>
              <w:right w:w="60" w:type="dxa"/>
            </w:tcMar>
            <w:vAlign w:val="center"/>
          </w:tcPr>
          <w:p w14:paraId="3451F866" w14:textId="77777777" w:rsidR="00EE5F04" w:rsidRPr="008A20D0" w:rsidRDefault="00000000">
            <w:pPr>
              <w:spacing w:after="0" w:line="252" w:lineRule="auto"/>
              <w:jc w:val="center"/>
              <w:rPr>
                <w:rFonts w:cs="Times New Roman"/>
              </w:rPr>
            </w:pPr>
            <w:r w:rsidRPr="008A20D0">
              <w:rPr>
                <w:rFonts w:cs="Times New Roman"/>
                <w:sz w:val="20"/>
              </w:rPr>
              <w:t>0.008</w:t>
            </w:r>
            <w:r w:rsidRPr="008A20D0">
              <w:rPr>
                <w:rFonts w:cs="Times New Roman"/>
                <w:sz w:val="20"/>
              </w:rPr>
              <w:br/>
              <w:t>[-0.001, 0.018]</w:t>
            </w:r>
          </w:p>
        </w:tc>
        <w:tc>
          <w:tcPr>
            <w:tcW w:w="1598" w:type="dxa"/>
            <w:tcMar>
              <w:top w:w="60" w:type="dxa"/>
              <w:left w:w="60" w:type="dxa"/>
              <w:bottom w:w="60" w:type="dxa"/>
              <w:right w:w="60" w:type="dxa"/>
            </w:tcMar>
            <w:vAlign w:val="center"/>
          </w:tcPr>
          <w:p w14:paraId="47B329CF" w14:textId="77777777" w:rsidR="00EE5F04" w:rsidRPr="008A20D0" w:rsidRDefault="00000000">
            <w:pPr>
              <w:spacing w:after="0" w:line="252" w:lineRule="auto"/>
              <w:jc w:val="center"/>
              <w:rPr>
                <w:rFonts w:cs="Times New Roman"/>
              </w:rPr>
            </w:pPr>
            <w:r w:rsidRPr="008A20D0">
              <w:rPr>
                <w:rFonts w:cs="Times New Roman"/>
                <w:sz w:val="20"/>
              </w:rPr>
              <w:t>0.005</w:t>
            </w:r>
            <w:r w:rsidRPr="008A20D0">
              <w:rPr>
                <w:rFonts w:cs="Times New Roman"/>
                <w:sz w:val="20"/>
              </w:rPr>
              <w:br/>
              <w:t>[-0.003, 0.012]</w:t>
            </w:r>
          </w:p>
        </w:tc>
        <w:tc>
          <w:tcPr>
            <w:tcW w:w="1598" w:type="dxa"/>
            <w:tcMar>
              <w:top w:w="60" w:type="dxa"/>
              <w:left w:w="60" w:type="dxa"/>
              <w:bottom w:w="60" w:type="dxa"/>
              <w:right w:w="60" w:type="dxa"/>
            </w:tcMar>
            <w:vAlign w:val="center"/>
          </w:tcPr>
          <w:p w14:paraId="3F57D25A"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[-0.004, 0.007]</w:t>
            </w:r>
          </w:p>
        </w:tc>
      </w:tr>
    </w:tbl>
    <w:p w14:paraId="1977DBD8" w14:textId="77777777" w:rsidR="00EE5F04" w:rsidRPr="008A20D0" w:rsidRDefault="00000000">
      <w:pPr>
        <w:pStyle w:val="21"/>
        <w:pageBreakBefore/>
        <w:spacing w:line="276" w:lineRule="auto"/>
        <w:rPr>
          <w:rFonts w:ascii="Times New Roman" w:hAnsi="Times New Roman" w:cs="Times New Roman"/>
        </w:rPr>
      </w:pPr>
      <w:r w:rsidRPr="008A20D0">
        <w:rPr>
          <w:rFonts w:ascii="Times New Roman" w:hAnsi="Times New Roman" w:cs="Times New Roman"/>
        </w:rPr>
        <w:lastRenderedPageBreak/>
        <w:t>Table S10 (continued). Panel B. Training-only Platt-calibrated probabilities</w:t>
      </w:r>
    </w:p>
    <w:tbl>
      <w:tblPr>
        <w:tblW w:w="0" w:type="auto"/>
        <w:jc w:val="center"/>
        <w:tblBorders>
          <w:top w:val="single" w:sz="4" w:space="0" w:color="B0B0B0"/>
          <w:left w:val="single" w:sz="4" w:space="0" w:color="B0B0B0"/>
          <w:bottom w:val="single" w:sz="4" w:space="0" w:color="B0B0B0"/>
          <w:right w:val="single" w:sz="4" w:space="0" w:color="B0B0B0"/>
          <w:insideH w:val="single" w:sz="4" w:space="0" w:color="B0B0B0"/>
          <w:insideV w:val="single" w:sz="4" w:space="0" w:color="B0B0B0"/>
        </w:tblBorders>
        <w:tblLayout w:type="fixed"/>
        <w:tblLook w:val="04A0" w:firstRow="1" w:lastRow="0" w:firstColumn="1" w:lastColumn="0" w:noHBand="0" w:noVBand="1"/>
      </w:tblPr>
      <w:tblGrid>
        <w:gridCol w:w="1800"/>
        <w:gridCol w:w="1598"/>
        <w:gridCol w:w="1598"/>
        <w:gridCol w:w="1598"/>
        <w:gridCol w:w="1598"/>
        <w:gridCol w:w="1598"/>
      </w:tblGrid>
      <w:tr w:rsidR="00EE5F04" w:rsidRPr="008A20D0" w14:paraId="274A8C5D" w14:textId="77777777">
        <w:trPr>
          <w:cantSplit/>
          <w:tblHeader/>
          <w:jc w:val="center"/>
        </w:trPr>
        <w:tc>
          <w:tcPr>
            <w:tcW w:w="1800" w:type="dxa"/>
            <w:tcMar>
              <w:top w:w="60" w:type="dxa"/>
              <w:left w:w="60" w:type="dxa"/>
              <w:bottom w:w="60" w:type="dxa"/>
              <w:right w:w="60" w:type="dxa"/>
            </w:tcMar>
            <w:vAlign w:val="center"/>
          </w:tcPr>
          <w:p w14:paraId="2639B687" w14:textId="77777777" w:rsidR="00EE5F04" w:rsidRPr="008A20D0" w:rsidRDefault="00000000">
            <w:pPr>
              <w:spacing w:after="0" w:line="252" w:lineRule="auto"/>
              <w:rPr>
                <w:rFonts w:cs="Times New Roman"/>
              </w:rPr>
            </w:pPr>
            <w:r w:rsidRPr="008A20D0">
              <w:rPr>
                <w:rFonts w:cs="Times New Roman"/>
                <w:b/>
                <w:sz w:val="20"/>
              </w:rPr>
              <w:t>Model / reference</w:t>
            </w:r>
          </w:p>
        </w:tc>
        <w:tc>
          <w:tcPr>
            <w:tcW w:w="1598" w:type="dxa"/>
            <w:tcMar>
              <w:top w:w="60" w:type="dxa"/>
              <w:left w:w="60" w:type="dxa"/>
              <w:bottom w:w="60" w:type="dxa"/>
              <w:right w:w="60" w:type="dxa"/>
            </w:tcMar>
            <w:vAlign w:val="center"/>
          </w:tcPr>
          <w:p w14:paraId="0F1C1058" w14:textId="77777777" w:rsidR="00EE5F04" w:rsidRPr="008A20D0" w:rsidRDefault="00000000">
            <w:pPr>
              <w:spacing w:after="0" w:line="252" w:lineRule="auto"/>
              <w:jc w:val="center"/>
              <w:rPr>
                <w:rFonts w:cs="Times New Roman"/>
              </w:rPr>
            </w:pPr>
            <w:r w:rsidRPr="008A20D0">
              <w:rPr>
                <w:rFonts w:cs="Times New Roman"/>
                <w:b/>
                <w:sz w:val="20"/>
              </w:rPr>
              <w:t>2%</w:t>
            </w:r>
          </w:p>
        </w:tc>
        <w:tc>
          <w:tcPr>
            <w:tcW w:w="1598" w:type="dxa"/>
            <w:tcMar>
              <w:top w:w="60" w:type="dxa"/>
              <w:left w:w="60" w:type="dxa"/>
              <w:bottom w:w="60" w:type="dxa"/>
              <w:right w:w="60" w:type="dxa"/>
            </w:tcMar>
            <w:vAlign w:val="center"/>
          </w:tcPr>
          <w:p w14:paraId="42ABB565" w14:textId="77777777" w:rsidR="00EE5F04" w:rsidRPr="008A20D0" w:rsidRDefault="00000000">
            <w:pPr>
              <w:spacing w:after="0" w:line="252" w:lineRule="auto"/>
              <w:jc w:val="center"/>
              <w:rPr>
                <w:rFonts w:cs="Times New Roman"/>
              </w:rPr>
            </w:pPr>
            <w:r w:rsidRPr="008A20D0">
              <w:rPr>
                <w:rFonts w:cs="Times New Roman"/>
                <w:b/>
                <w:sz w:val="20"/>
              </w:rPr>
              <w:t>5%</w:t>
            </w:r>
          </w:p>
        </w:tc>
        <w:tc>
          <w:tcPr>
            <w:tcW w:w="1598" w:type="dxa"/>
            <w:tcMar>
              <w:top w:w="60" w:type="dxa"/>
              <w:left w:w="60" w:type="dxa"/>
              <w:bottom w:w="60" w:type="dxa"/>
              <w:right w:w="60" w:type="dxa"/>
            </w:tcMar>
            <w:vAlign w:val="center"/>
          </w:tcPr>
          <w:p w14:paraId="505AAAB9" w14:textId="77777777" w:rsidR="00EE5F04" w:rsidRPr="008A20D0" w:rsidRDefault="00000000">
            <w:pPr>
              <w:spacing w:after="0" w:line="252" w:lineRule="auto"/>
              <w:jc w:val="center"/>
              <w:rPr>
                <w:rFonts w:cs="Times New Roman"/>
              </w:rPr>
            </w:pPr>
            <w:r w:rsidRPr="008A20D0">
              <w:rPr>
                <w:rFonts w:cs="Times New Roman"/>
                <w:b/>
                <w:sz w:val="20"/>
              </w:rPr>
              <w:t>10%</w:t>
            </w:r>
          </w:p>
        </w:tc>
        <w:tc>
          <w:tcPr>
            <w:tcW w:w="1598" w:type="dxa"/>
            <w:tcMar>
              <w:top w:w="60" w:type="dxa"/>
              <w:left w:w="60" w:type="dxa"/>
              <w:bottom w:w="60" w:type="dxa"/>
              <w:right w:w="60" w:type="dxa"/>
            </w:tcMar>
            <w:vAlign w:val="center"/>
          </w:tcPr>
          <w:p w14:paraId="41545C8A" w14:textId="77777777" w:rsidR="00EE5F04" w:rsidRPr="008A20D0" w:rsidRDefault="00000000">
            <w:pPr>
              <w:spacing w:after="0" w:line="252" w:lineRule="auto"/>
              <w:jc w:val="center"/>
              <w:rPr>
                <w:rFonts w:cs="Times New Roman"/>
              </w:rPr>
            </w:pPr>
            <w:r w:rsidRPr="008A20D0">
              <w:rPr>
                <w:rFonts w:cs="Times New Roman"/>
                <w:b/>
                <w:sz w:val="20"/>
              </w:rPr>
              <w:t>15%</w:t>
            </w:r>
          </w:p>
        </w:tc>
        <w:tc>
          <w:tcPr>
            <w:tcW w:w="1598" w:type="dxa"/>
            <w:tcMar>
              <w:top w:w="60" w:type="dxa"/>
              <w:left w:w="60" w:type="dxa"/>
              <w:bottom w:w="60" w:type="dxa"/>
              <w:right w:w="60" w:type="dxa"/>
            </w:tcMar>
            <w:vAlign w:val="center"/>
          </w:tcPr>
          <w:p w14:paraId="5C6EF219" w14:textId="77777777" w:rsidR="00EE5F04" w:rsidRPr="008A20D0" w:rsidRDefault="00000000">
            <w:pPr>
              <w:spacing w:after="0" w:line="252" w:lineRule="auto"/>
              <w:jc w:val="center"/>
              <w:rPr>
                <w:rFonts w:cs="Times New Roman"/>
              </w:rPr>
            </w:pPr>
            <w:r w:rsidRPr="008A20D0">
              <w:rPr>
                <w:rFonts w:cs="Times New Roman"/>
                <w:b/>
                <w:sz w:val="20"/>
              </w:rPr>
              <w:t>20%</w:t>
            </w:r>
          </w:p>
        </w:tc>
      </w:tr>
      <w:tr w:rsidR="00EE5F04" w:rsidRPr="008A20D0" w14:paraId="4BCBB272" w14:textId="77777777">
        <w:trPr>
          <w:cantSplit/>
          <w:jc w:val="center"/>
        </w:trPr>
        <w:tc>
          <w:tcPr>
            <w:tcW w:w="1800" w:type="dxa"/>
            <w:tcMar>
              <w:top w:w="60" w:type="dxa"/>
              <w:left w:w="60" w:type="dxa"/>
              <w:bottom w:w="60" w:type="dxa"/>
              <w:right w:w="60" w:type="dxa"/>
            </w:tcMar>
            <w:vAlign w:val="center"/>
          </w:tcPr>
          <w:p w14:paraId="71F7991C" w14:textId="77777777" w:rsidR="00EE5F04" w:rsidRPr="008A20D0" w:rsidRDefault="00000000">
            <w:pPr>
              <w:spacing w:after="0" w:line="252" w:lineRule="auto"/>
              <w:rPr>
                <w:rFonts w:cs="Times New Roman"/>
              </w:rPr>
            </w:pPr>
            <w:r w:rsidRPr="008A20D0">
              <w:rPr>
                <w:rFonts w:cs="Times New Roman"/>
                <w:sz w:val="20"/>
              </w:rPr>
              <w:t>Treat none</w:t>
            </w:r>
          </w:p>
        </w:tc>
        <w:tc>
          <w:tcPr>
            <w:tcW w:w="1598" w:type="dxa"/>
            <w:tcMar>
              <w:top w:w="60" w:type="dxa"/>
              <w:left w:w="60" w:type="dxa"/>
              <w:bottom w:w="60" w:type="dxa"/>
              <w:right w:w="60" w:type="dxa"/>
            </w:tcMar>
            <w:vAlign w:val="center"/>
          </w:tcPr>
          <w:p w14:paraId="42B9B265" w14:textId="77777777" w:rsidR="00EE5F04" w:rsidRPr="008A20D0" w:rsidRDefault="00000000">
            <w:pPr>
              <w:spacing w:after="0" w:line="252" w:lineRule="auto"/>
              <w:jc w:val="center"/>
              <w:rPr>
                <w:rFonts w:cs="Times New Roman"/>
              </w:rPr>
            </w:pPr>
            <w:r w:rsidRPr="008A20D0">
              <w:rPr>
                <w:rFonts w:cs="Times New Roman"/>
                <w:sz w:val="20"/>
              </w:rPr>
              <w:t>0.000</w:t>
            </w:r>
          </w:p>
        </w:tc>
        <w:tc>
          <w:tcPr>
            <w:tcW w:w="1598" w:type="dxa"/>
            <w:tcMar>
              <w:top w:w="60" w:type="dxa"/>
              <w:left w:w="60" w:type="dxa"/>
              <w:bottom w:w="60" w:type="dxa"/>
              <w:right w:w="60" w:type="dxa"/>
            </w:tcMar>
            <w:vAlign w:val="center"/>
          </w:tcPr>
          <w:p w14:paraId="68FDA3D5" w14:textId="77777777" w:rsidR="00EE5F04" w:rsidRPr="008A20D0" w:rsidRDefault="00000000">
            <w:pPr>
              <w:spacing w:after="0" w:line="252" w:lineRule="auto"/>
              <w:jc w:val="center"/>
              <w:rPr>
                <w:rFonts w:cs="Times New Roman"/>
              </w:rPr>
            </w:pPr>
            <w:r w:rsidRPr="008A20D0">
              <w:rPr>
                <w:rFonts w:cs="Times New Roman"/>
                <w:sz w:val="20"/>
              </w:rPr>
              <w:t>0.000</w:t>
            </w:r>
          </w:p>
        </w:tc>
        <w:tc>
          <w:tcPr>
            <w:tcW w:w="1598" w:type="dxa"/>
            <w:tcMar>
              <w:top w:w="60" w:type="dxa"/>
              <w:left w:w="60" w:type="dxa"/>
              <w:bottom w:w="60" w:type="dxa"/>
              <w:right w:w="60" w:type="dxa"/>
            </w:tcMar>
            <w:vAlign w:val="center"/>
          </w:tcPr>
          <w:p w14:paraId="658305BB" w14:textId="77777777" w:rsidR="00EE5F04" w:rsidRPr="008A20D0" w:rsidRDefault="00000000">
            <w:pPr>
              <w:spacing w:after="0" w:line="252" w:lineRule="auto"/>
              <w:jc w:val="center"/>
              <w:rPr>
                <w:rFonts w:cs="Times New Roman"/>
              </w:rPr>
            </w:pPr>
            <w:r w:rsidRPr="008A20D0">
              <w:rPr>
                <w:rFonts w:cs="Times New Roman"/>
                <w:sz w:val="20"/>
              </w:rPr>
              <w:t>0.000</w:t>
            </w:r>
          </w:p>
        </w:tc>
        <w:tc>
          <w:tcPr>
            <w:tcW w:w="1598" w:type="dxa"/>
            <w:tcMar>
              <w:top w:w="60" w:type="dxa"/>
              <w:left w:w="60" w:type="dxa"/>
              <w:bottom w:w="60" w:type="dxa"/>
              <w:right w:w="60" w:type="dxa"/>
            </w:tcMar>
            <w:vAlign w:val="center"/>
          </w:tcPr>
          <w:p w14:paraId="6E7FD197" w14:textId="77777777" w:rsidR="00EE5F04" w:rsidRPr="008A20D0" w:rsidRDefault="00000000">
            <w:pPr>
              <w:spacing w:after="0" w:line="252" w:lineRule="auto"/>
              <w:jc w:val="center"/>
              <w:rPr>
                <w:rFonts w:cs="Times New Roman"/>
              </w:rPr>
            </w:pPr>
            <w:r w:rsidRPr="008A20D0">
              <w:rPr>
                <w:rFonts w:cs="Times New Roman"/>
                <w:sz w:val="20"/>
              </w:rPr>
              <w:t>0.000</w:t>
            </w:r>
          </w:p>
        </w:tc>
        <w:tc>
          <w:tcPr>
            <w:tcW w:w="1598" w:type="dxa"/>
            <w:tcMar>
              <w:top w:w="60" w:type="dxa"/>
              <w:left w:w="60" w:type="dxa"/>
              <w:bottom w:w="60" w:type="dxa"/>
              <w:right w:w="60" w:type="dxa"/>
            </w:tcMar>
            <w:vAlign w:val="center"/>
          </w:tcPr>
          <w:p w14:paraId="389874F5" w14:textId="77777777" w:rsidR="00EE5F04" w:rsidRPr="008A20D0" w:rsidRDefault="00000000">
            <w:pPr>
              <w:spacing w:after="0" w:line="252" w:lineRule="auto"/>
              <w:jc w:val="center"/>
              <w:rPr>
                <w:rFonts w:cs="Times New Roman"/>
              </w:rPr>
            </w:pPr>
            <w:r w:rsidRPr="008A20D0">
              <w:rPr>
                <w:rFonts w:cs="Times New Roman"/>
                <w:sz w:val="20"/>
              </w:rPr>
              <w:t>0.000</w:t>
            </w:r>
          </w:p>
        </w:tc>
      </w:tr>
      <w:tr w:rsidR="00EE5F04" w:rsidRPr="008A20D0" w14:paraId="107F0D97" w14:textId="77777777">
        <w:trPr>
          <w:cantSplit/>
          <w:jc w:val="center"/>
        </w:trPr>
        <w:tc>
          <w:tcPr>
            <w:tcW w:w="1800" w:type="dxa"/>
            <w:tcMar>
              <w:top w:w="60" w:type="dxa"/>
              <w:left w:w="60" w:type="dxa"/>
              <w:bottom w:w="60" w:type="dxa"/>
              <w:right w:w="60" w:type="dxa"/>
            </w:tcMar>
            <w:vAlign w:val="center"/>
          </w:tcPr>
          <w:p w14:paraId="60899847" w14:textId="77777777" w:rsidR="00EE5F04" w:rsidRPr="008A20D0" w:rsidRDefault="00000000">
            <w:pPr>
              <w:spacing w:after="0" w:line="252" w:lineRule="auto"/>
              <w:rPr>
                <w:rFonts w:cs="Times New Roman"/>
              </w:rPr>
            </w:pPr>
            <w:r w:rsidRPr="008A20D0">
              <w:rPr>
                <w:rFonts w:cs="Times New Roman"/>
                <w:sz w:val="20"/>
              </w:rPr>
              <w:t>Treat all</w:t>
            </w:r>
          </w:p>
        </w:tc>
        <w:tc>
          <w:tcPr>
            <w:tcW w:w="1598" w:type="dxa"/>
            <w:tcMar>
              <w:top w:w="60" w:type="dxa"/>
              <w:left w:w="60" w:type="dxa"/>
              <w:bottom w:w="60" w:type="dxa"/>
              <w:right w:w="60" w:type="dxa"/>
            </w:tcMar>
            <w:vAlign w:val="center"/>
          </w:tcPr>
          <w:p w14:paraId="19A3C5F8" w14:textId="77777777" w:rsidR="00EE5F04" w:rsidRPr="008A20D0" w:rsidRDefault="00000000">
            <w:pPr>
              <w:spacing w:after="0" w:line="252" w:lineRule="auto"/>
              <w:jc w:val="center"/>
              <w:rPr>
                <w:rFonts w:cs="Times New Roman"/>
              </w:rPr>
            </w:pPr>
            <w:r w:rsidRPr="008A20D0">
              <w:rPr>
                <w:rFonts w:cs="Times New Roman"/>
                <w:sz w:val="20"/>
              </w:rPr>
              <w:t>0.062</w:t>
            </w:r>
          </w:p>
        </w:tc>
        <w:tc>
          <w:tcPr>
            <w:tcW w:w="1598" w:type="dxa"/>
            <w:tcMar>
              <w:top w:w="60" w:type="dxa"/>
              <w:left w:w="60" w:type="dxa"/>
              <w:bottom w:w="60" w:type="dxa"/>
              <w:right w:w="60" w:type="dxa"/>
            </w:tcMar>
            <w:vAlign w:val="center"/>
          </w:tcPr>
          <w:p w14:paraId="3AEE7D55" w14:textId="77777777" w:rsidR="00EE5F04" w:rsidRPr="008A20D0" w:rsidRDefault="00000000">
            <w:pPr>
              <w:spacing w:after="0" w:line="252" w:lineRule="auto"/>
              <w:jc w:val="center"/>
              <w:rPr>
                <w:rFonts w:cs="Times New Roman"/>
              </w:rPr>
            </w:pPr>
            <w:r w:rsidRPr="008A20D0">
              <w:rPr>
                <w:rFonts w:cs="Times New Roman"/>
                <w:sz w:val="20"/>
              </w:rPr>
              <w:t>0.033</w:t>
            </w:r>
          </w:p>
        </w:tc>
        <w:tc>
          <w:tcPr>
            <w:tcW w:w="1598" w:type="dxa"/>
            <w:tcMar>
              <w:top w:w="60" w:type="dxa"/>
              <w:left w:w="60" w:type="dxa"/>
              <w:bottom w:w="60" w:type="dxa"/>
              <w:right w:w="60" w:type="dxa"/>
            </w:tcMar>
            <w:vAlign w:val="center"/>
          </w:tcPr>
          <w:p w14:paraId="6A4AEF3B" w14:textId="77777777" w:rsidR="00EE5F04" w:rsidRPr="008A20D0" w:rsidRDefault="00000000">
            <w:pPr>
              <w:spacing w:after="0" w:line="252" w:lineRule="auto"/>
              <w:jc w:val="center"/>
              <w:rPr>
                <w:rFonts w:cs="Times New Roman"/>
              </w:rPr>
            </w:pPr>
            <w:r w:rsidRPr="008A20D0">
              <w:rPr>
                <w:rFonts w:cs="Times New Roman"/>
                <w:sz w:val="20"/>
              </w:rPr>
              <w:t>-0.021</w:t>
            </w:r>
          </w:p>
        </w:tc>
        <w:tc>
          <w:tcPr>
            <w:tcW w:w="1598" w:type="dxa"/>
            <w:tcMar>
              <w:top w:w="60" w:type="dxa"/>
              <w:left w:w="60" w:type="dxa"/>
              <w:bottom w:w="60" w:type="dxa"/>
              <w:right w:w="60" w:type="dxa"/>
            </w:tcMar>
            <w:vAlign w:val="center"/>
          </w:tcPr>
          <w:p w14:paraId="57C8A3F7" w14:textId="77777777" w:rsidR="00EE5F04" w:rsidRPr="008A20D0" w:rsidRDefault="00000000">
            <w:pPr>
              <w:spacing w:after="0" w:line="252" w:lineRule="auto"/>
              <w:jc w:val="center"/>
              <w:rPr>
                <w:rFonts w:cs="Times New Roman"/>
              </w:rPr>
            </w:pPr>
            <w:r w:rsidRPr="008A20D0">
              <w:rPr>
                <w:rFonts w:cs="Times New Roman"/>
                <w:sz w:val="20"/>
              </w:rPr>
              <w:t>-0.081</w:t>
            </w:r>
          </w:p>
        </w:tc>
        <w:tc>
          <w:tcPr>
            <w:tcW w:w="1598" w:type="dxa"/>
            <w:tcMar>
              <w:top w:w="60" w:type="dxa"/>
              <w:left w:w="60" w:type="dxa"/>
              <w:bottom w:w="60" w:type="dxa"/>
              <w:right w:w="60" w:type="dxa"/>
            </w:tcMar>
            <w:vAlign w:val="center"/>
          </w:tcPr>
          <w:p w14:paraId="47472C66" w14:textId="77777777" w:rsidR="00EE5F04" w:rsidRPr="008A20D0" w:rsidRDefault="00000000">
            <w:pPr>
              <w:spacing w:after="0" w:line="252" w:lineRule="auto"/>
              <w:jc w:val="center"/>
              <w:rPr>
                <w:rFonts w:cs="Times New Roman"/>
              </w:rPr>
            </w:pPr>
            <w:r w:rsidRPr="008A20D0">
              <w:rPr>
                <w:rFonts w:cs="Times New Roman"/>
                <w:sz w:val="20"/>
              </w:rPr>
              <w:t>-0.149</w:t>
            </w:r>
          </w:p>
        </w:tc>
      </w:tr>
      <w:tr w:rsidR="00EE5F04" w:rsidRPr="008A20D0" w14:paraId="608306B1" w14:textId="77777777">
        <w:trPr>
          <w:cantSplit/>
          <w:jc w:val="center"/>
        </w:trPr>
        <w:tc>
          <w:tcPr>
            <w:tcW w:w="1800" w:type="dxa"/>
            <w:tcMar>
              <w:top w:w="60" w:type="dxa"/>
              <w:left w:w="60" w:type="dxa"/>
              <w:bottom w:w="60" w:type="dxa"/>
              <w:right w:w="60" w:type="dxa"/>
            </w:tcMar>
            <w:vAlign w:val="center"/>
          </w:tcPr>
          <w:p w14:paraId="753906BC" w14:textId="77777777" w:rsidR="00EE5F04" w:rsidRPr="008A20D0" w:rsidRDefault="00000000">
            <w:pPr>
              <w:spacing w:after="0" w:line="252" w:lineRule="auto"/>
              <w:rPr>
                <w:rFonts w:cs="Times New Roman"/>
              </w:rPr>
            </w:pPr>
            <w:r w:rsidRPr="008A20D0">
              <w:rPr>
                <w:rFonts w:cs="Times New Roman"/>
                <w:sz w:val="20"/>
              </w:rPr>
              <w:t>M0 Ridge [D-raw]</w:t>
            </w:r>
          </w:p>
        </w:tc>
        <w:tc>
          <w:tcPr>
            <w:tcW w:w="1598" w:type="dxa"/>
            <w:tcMar>
              <w:top w:w="60" w:type="dxa"/>
              <w:left w:w="60" w:type="dxa"/>
              <w:bottom w:w="60" w:type="dxa"/>
              <w:right w:w="60" w:type="dxa"/>
            </w:tcMar>
            <w:vAlign w:val="center"/>
          </w:tcPr>
          <w:p w14:paraId="27C452EF" w14:textId="77777777" w:rsidR="00EE5F04" w:rsidRPr="008A20D0" w:rsidRDefault="00000000">
            <w:pPr>
              <w:spacing w:after="0" w:line="252" w:lineRule="auto"/>
              <w:jc w:val="center"/>
              <w:rPr>
                <w:rFonts w:cs="Times New Roman"/>
              </w:rPr>
            </w:pPr>
            <w:r w:rsidRPr="008A20D0">
              <w:rPr>
                <w:rFonts w:cs="Times New Roman"/>
                <w:sz w:val="20"/>
              </w:rPr>
              <w:t>0.062</w:t>
            </w:r>
            <w:r w:rsidRPr="008A20D0">
              <w:rPr>
                <w:rFonts w:cs="Times New Roman"/>
                <w:sz w:val="20"/>
              </w:rPr>
              <w:br/>
              <w:t>[0.047, 0.078]</w:t>
            </w:r>
          </w:p>
        </w:tc>
        <w:tc>
          <w:tcPr>
            <w:tcW w:w="1598" w:type="dxa"/>
            <w:tcMar>
              <w:top w:w="60" w:type="dxa"/>
              <w:left w:w="60" w:type="dxa"/>
              <w:bottom w:w="60" w:type="dxa"/>
              <w:right w:w="60" w:type="dxa"/>
            </w:tcMar>
            <w:vAlign w:val="center"/>
          </w:tcPr>
          <w:p w14:paraId="31AE5F63" w14:textId="77777777" w:rsidR="00EE5F04" w:rsidRPr="008A20D0" w:rsidRDefault="00000000">
            <w:pPr>
              <w:spacing w:after="0" w:line="252" w:lineRule="auto"/>
              <w:jc w:val="center"/>
              <w:rPr>
                <w:rFonts w:cs="Times New Roman"/>
              </w:rPr>
            </w:pPr>
            <w:r w:rsidRPr="008A20D0">
              <w:rPr>
                <w:rFonts w:cs="Times New Roman"/>
                <w:sz w:val="20"/>
              </w:rPr>
              <w:t>0.031</w:t>
            </w:r>
            <w:r w:rsidRPr="008A20D0">
              <w:rPr>
                <w:rFonts w:cs="Times New Roman"/>
                <w:sz w:val="20"/>
              </w:rPr>
              <w:br/>
              <w:t>[0.016, 0.046]</w:t>
            </w:r>
          </w:p>
        </w:tc>
        <w:tc>
          <w:tcPr>
            <w:tcW w:w="1598" w:type="dxa"/>
            <w:tcMar>
              <w:top w:w="60" w:type="dxa"/>
              <w:left w:w="60" w:type="dxa"/>
              <w:bottom w:w="60" w:type="dxa"/>
              <w:right w:w="60" w:type="dxa"/>
            </w:tcMar>
            <w:vAlign w:val="center"/>
          </w:tcPr>
          <w:p w14:paraId="098E1429" w14:textId="77777777" w:rsidR="00EE5F04" w:rsidRPr="008A20D0" w:rsidRDefault="00000000">
            <w:pPr>
              <w:spacing w:after="0" w:line="252" w:lineRule="auto"/>
              <w:jc w:val="center"/>
              <w:rPr>
                <w:rFonts w:cs="Times New Roman"/>
              </w:rPr>
            </w:pPr>
            <w:r w:rsidRPr="008A20D0">
              <w:rPr>
                <w:rFonts w:cs="Times New Roman"/>
                <w:sz w:val="20"/>
              </w:rPr>
              <w:t>0.004</w:t>
            </w:r>
            <w:r w:rsidRPr="008A20D0">
              <w:rPr>
                <w:rFonts w:cs="Times New Roman"/>
                <w:sz w:val="20"/>
              </w:rPr>
              <w:br/>
              <w:t>[-0.006, 0.015]</w:t>
            </w:r>
          </w:p>
        </w:tc>
        <w:tc>
          <w:tcPr>
            <w:tcW w:w="1598" w:type="dxa"/>
            <w:tcMar>
              <w:top w:w="60" w:type="dxa"/>
              <w:left w:w="60" w:type="dxa"/>
              <w:bottom w:w="60" w:type="dxa"/>
              <w:right w:w="60" w:type="dxa"/>
            </w:tcMar>
            <w:vAlign w:val="center"/>
          </w:tcPr>
          <w:p w14:paraId="2AA82F67" w14:textId="77777777" w:rsidR="00EE5F04" w:rsidRPr="008A20D0" w:rsidRDefault="00000000">
            <w:pPr>
              <w:spacing w:after="0" w:line="252" w:lineRule="auto"/>
              <w:jc w:val="center"/>
              <w:rPr>
                <w:rFonts w:cs="Times New Roman"/>
              </w:rPr>
            </w:pPr>
            <w:r w:rsidRPr="008A20D0">
              <w:rPr>
                <w:rFonts w:cs="Times New Roman"/>
                <w:sz w:val="20"/>
              </w:rPr>
              <w:t>0.002</w:t>
            </w:r>
            <w:r w:rsidRPr="008A20D0">
              <w:rPr>
                <w:rFonts w:cs="Times New Roman"/>
                <w:sz w:val="20"/>
              </w:rPr>
              <w:br/>
              <w:t>[-0.001, 0.007]</w:t>
            </w:r>
          </w:p>
        </w:tc>
        <w:tc>
          <w:tcPr>
            <w:tcW w:w="1598" w:type="dxa"/>
            <w:tcMar>
              <w:top w:w="60" w:type="dxa"/>
              <w:left w:w="60" w:type="dxa"/>
              <w:bottom w:w="60" w:type="dxa"/>
              <w:right w:w="60" w:type="dxa"/>
            </w:tcMar>
            <w:vAlign w:val="center"/>
          </w:tcPr>
          <w:p w14:paraId="112F5957" w14:textId="77777777" w:rsidR="00EE5F04" w:rsidRPr="008A20D0" w:rsidRDefault="00000000">
            <w:pPr>
              <w:spacing w:after="0" w:line="252" w:lineRule="auto"/>
              <w:jc w:val="center"/>
              <w:rPr>
                <w:rFonts w:cs="Times New Roman"/>
              </w:rPr>
            </w:pPr>
            <w:r w:rsidRPr="008A20D0">
              <w:rPr>
                <w:rFonts w:cs="Times New Roman"/>
                <w:sz w:val="20"/>
              </w:rPr>
              <w:t>0.000</w:t>
            </w:r>
            <w:r w:rsidRPr="008A20D0">
              <w:rPr>
                <w:rFonts w:cs="Times New Roman"/>
                <w:sz w:val="20"/>
              </w:rPr>
              <w:br/>
              <w:t>[-0.002, 0.004]</w:t>
            </w:r>
          </w:p>
        </w:tc>
      </w:tr>
      <w:tr w:rsidR="00EE5F04" w:rsidRPr="008A20D0" w14:paraId="0D7C3790" w14:textId="77777777">
        <w:trPr>
          <w:cantSplit/>
          <w:jc w:val="center"/>
        </w:trPr>
        <w:tc>
          <w:tcPr>
            <w:tcW w:w="1800" w:type="dxa"/>
            <w:tcMar>
              <w:top w:w="60" w:type="dxa"/>
              <w:left w:w="60" w:type="dxa"/>
              <w:bottom w:w="60" w:type="dxa"/>
              <w:right w:w="60" w:type="dxa"/>
            </w:tcMar>
            <w:vAlign w:val="center"/>
          </w:tcPr>
          <w:p w14:paraId="1DA494F6" w14:textId="77777777" w:rsidR="00EE5F04" w:rsidRPr="008A20D0" w:rsidRDefault="00000000">
            <w:pPr>
              <w:spacing w:after="0" w:line="252" w:lineRule="auto"/>
              <w:rPr>
                <w:rFonts w:cs="Times New Roman"/>
              </w:rPr>
            </w:pPr>
            <w:r w:rsidRPr="008A20D0">
              <w:rPr>
                <w:rFonts w:cs="Times New Roman"/>
                <w:sz w:val="20"/>
              </w:rPr>
              <w:t>M1 Ridge [D-raw]</w:t>
            </w:r>
          </w:p>
        </w:tc>
        <w:tc>
          <w:tcPr>
            <w:tcW w:w="1598" w:type="dxa"/>
            <w:tcMar>
              <w:top w:w="60" w:type="dxa"/>
              <w:left w:w="60" w:type="dxa"/>
              <w:bottom w:w="60" w:type="dxa"/>
              <w:right w:w="60" w:type="dxa"/>
            </w:tcMar>
            <w:vAlign w:val="center"/>
          </w:tcPr>
          <w:p w14:paraId="4DF360FB" w14:textId="77777777" w:rsidR="00EE5F04" w:rsidRPr="008A20D0" w:rsidRDefault="00000000">
            <w:pPr>
              <w:spacing w:after="0" w:line="252" w:lineRule="auto"/>
              <w:jc w:val="center"/>
              <w:rPr>
                <w:rFonts w:cs="Times New Roman"/>
              </w:rPr>
            </w:pPr>
            <w:r w:rsidRPr="008A20D0">
              <w:rPr>
                <w:rFonts w:cs="Times New Roman"/>
                <w:sz w:val="20"/>
              </w:rPr>
              <w:t>0.062</w:t>
            </w:r>
            <w:r w:rsidRPr="008A20D0">
              <w:rPr>
                <w:rFonts w:cs="Times New Roman"/>
                <w:sz w:val="20"/>
              </w:rPr>
              <w:br/>
              <w:t>[0.047, 0.078]</w:t>
            </w:r>
          </w:p>
        </w:tc>
        <w:tc>
          <w:tcPr>
            <w:tcW w:w="1598" w:type="dxa"/>
            <w:tcMar>
              <w:top w:w="60" w:type="dxa"/>
              <w:left w:w="60" w:type="dxa"/>
              <w:bottom w:w="60" w:type="dxa"/>
              <w:right w:w="60" w:type="dxa"/>
            </w:tcMar>
            <w:vAlign w:val="center"/>
          </w:tcPr>
          <w:p w14:paraId="0CDC5F31" w14:textId="77777777" w:rsidR="00EE5F04" w:rsidRPr="008A20D0" w:rsidRDefault="00000000">
            <w:pPr>
              <w:spacing w:after="0" w:line="252" w:lineRule="auto"/>
              <w:jc w:val="center"/>
              <w:rPr>
                <w:rFonts w:cs="Times New Roman"/>
              </w:rPr>
            </w:pPr>
            <w:r w:rsidRPr="008A20D0">
              <w:rPr>
                <w:rFonts w:cs="Times New Roman"/>
                <w:sz w:val="20"/>
              </w:rPr>
              <w:t>0.033</w:t>
            </w:r>
            <w:r w:rsidRPr="008A20D0">
              <w:rPr>
                <w:rFonts w:cs="Times New Roman"/>
                <w:sz w:val="20"/>
              </w:rPr>
              <w:br/>
              <w:t>[0.017, 0.049]</w:t>
            </w:r>
          </w:p>
        </w:tc>
        <w:tc>
          <w:tcPr>
            <w:tcW w:w="1598" w:type="dxa"/>
            <w:tcMar>
              <w:top w:w="60" w:type="dxa"/>
              <w:left w:w="60" w:type="dxa"/>
              <w:bottom w:w="60" w:type="dxa"/>
              <w:right w:w="60" w:type="dxa"/>
            </w:tcMar>
            <w:vAlign w:val="center"/>
          </w:tcPr>
          <w:p w14:paraId="7D3CA4C0" w14:textId="77777777" w:rsidR="00EE5F04" w:rsidRPr="008A20D0" w:rsidRDefault="00000000">
            <w:pPr>
              <w:spacing w:after="0" w:line="252" w:lineRule="auto"/>
              <w:jc w:val="center"/>
              <w:rPr>
                <w:rFonts w:cs="Times New Roman"/>
              </w:rPr>
            </w:pPr>
            <w:r w:rsidRPr="008A20D0">
              <w:rPr>
                <w:rFonts w:cs="Times New Roman"/>
                <w:sz w:val="20"/>
              </w:rPr>
              <w:t>0.003</w:t>
            </w:r>
            <w:r w:rsidRPr="008A20D0">
              <w:rPr>
                <w:rFonts w:cs="Times New Roman"/>
                <w:sz w:val="20"/>
              </w:rPr>
              <w:br/>
              <w:t>[-0.009, 0.017]</w:t>
            </w:r>
          </w:p>
        </w:tc>
        <w:tc>
          <w:tcPr>
            <w:tcW w:w="1598" w:type="dxa"/>
            <w:tcMar>
              <w:top w:w="60" w:type="dxa"/>
              <w:left w:w="60" w:type="dxa"/>
              <w:bottom w:w="60" w:type="dxa"/>
              <w:right w:w="60" w:type="dxa"/>
            </w:tcMar>
            <w:vAlign w:val="center"/>
          </w:tcPr>
          <w:p w14:paraId="1A8964AB" w14:textId="77777777" w:rsidR="00EE5F04" w:rsidRPr="008A20D0" w:rsidRDefault="00000000">
            <w:pPr>
              <w:spacing w:after="0" w:line="252" w:lineRule="auto"/>
              <w:jc w:val="center"/>
              <w:rPr>
                <w:rFonts w:cs="Times New Roman"/>
              </w:rPr>
            </w:pPr>
            <w:r w:rsidRPr="008A20D0">
              <w:rPr>
                <w:rFonts w:cs="Times New Roman"/>
                <w:sz w:val="20"/>
              </w:rPr>
              <w:t>-0.004</w:t>
            </w:r>
            <w:r w:rsidRPr="008A20D0">
              <w:rPr>
                <w:rFonts w:cs="Times New Roman"/>
                <w:sz w:val="20"/>
              </w:rPr>
              <w:br/>
              <w:t>[-0.009, 0.002]</w:t>
            </w:r>
          </w:p>
        </w:tc>
        <w:tc>
          <w:tcPr>
            <w:tcW w:w="1598" w:type="dxa"/>
            <w:tcMar>
              <w:top w:w="60" w:type="dxa"/>
              <w:left w:w="60" w:type="dxa"/>
              <w:bottom w:w="60" w:type="dxa"/>
              <w:right w:w="60" w:type="dxa"/>
            </w:tcMar>
            <w:vAlign w:val="center"/>
          </w:tcPr>
          <w:p w14:paraId="23E7C4F9"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[-0.005, 0.003]</w:t>
            </w:r>
          </w:p>
        </w:tc>
      </w:tr>
      <w:tr w:rsidR="00EE5F04" w:rsidRPr="008A20D0" w14:paraId="11952466" w14:textId="77777777">
        <w:trPr>
          <w:cantSplit/>
          <w:jc w:val="center"/>
        </w:trPr>
        <w:tc>
          <w:tcPr>
            <w:tcW w:w="1800" w:type="dxa"/>
            <w:tcMar>
              <w:top w:w="60" w:type="dxa"/>
              <w:left w:w="60" w:type="dxa"/>
              <w:bottom w:w="60" w:type="dxa"/>
              <w:right w:w="60" w:type="dxa"/>
            </w:tcMar>
            <w:vAlign w:val="center"/>
          </w:tcPr>
          <w:p w14:paraId="716C3E24" w14:textId="77777777" w:rsidR="00EE5F04" w:rsidRPr="008A20D0" w:rsidRDefault="00000000">
            <w:pPr>
              <w:spacing w:after="0" w:line="252" w:lineRule="auto"/>
              <w:rPr>
                <w:rFonts w:cs="Times New Roman"/>
              </w:rPr>
            </w:pPr>
            <w:r w:rsidRPr="008A20D0">
              <w:rPr>
                <w:rFonts w:cs="Times New Roman"/>
                <w:sz w:val="20"/>
              </w:rPr>
              <w:t>M2 Ridge [D-current]</w:t>
            </w:r>
          </w:p>
        </w:tc>
        <w:tc>
          <w:tcPr>
            <w:tcW w:w="1598" w:type="dxa"/>
            <w:tcMar>
              <w:top w:w="60" w:type="dxa"/>
              <w:left w:w="60" w:type="dxa"/>
              <w:bottom w:w="60" w:type="dxa"/>
              <w:right w:w="60" w:type="dxa"/>
            </w:tcMar>
            <w:vAlign w:val="center"/>
          </w:tcPr>
          <w:p w14:paraId="6098D912" w14:textId="77777777" w:rsidR="00EE5F04" w:rsidRPr="008A20D0" w:rsidRDefault="00000000">
            <w:pPr>
              <w:spacing w:after="0" w:line="252" w:lineRule="auto"/>
              <w:jc w:val="center"/>
              <w:rPr>
                <w:rFonts w:cs="Times New Roman"/>
              </w:rPr>
            </w:pPr>
            <w:r w:rsidRPr="008A20D0">
              <w:rPr>
                <w:rFonts w:cs="Times New Roman"/>
                <w:sz w:val="20"/>
              </w:rPr>
              <w:t>0.062</w:t>
            </w:r>
            <w:r w:rsidRPr="008A20D0">
              <w:rPr>
                <w:rFonts w:cs="Times New Roman"/>
                <w:sz w:val="20"/>
              </w:rPr>
              <w:br/>
              <w:t>[0.047, 0.078]</w:t>
            </w:r>
          </w:p>
        </w:tc>
        <w:tc>
          <w:tcPr>
            <w:tcW w:w="1598" w:type="dxa"/>
            <w:tcMar>
              <w:top w:w="60" w:type="dxa"/>
              <w:left w:w="60" w:type="dxa"/>
              <w:bottom w:w="60" w:type="dxa"/>
              <w:right w:w="60" w:type="dxa"/>
            </w:tcMar>
            <w:vAlign w:val="center"/>
          </w:tcPr>
          <w:p w14:paraId="62CC7A41" w14:textId="77777777" w:rsidR="00EE5F04" w:rsidRPr="008A20D0" w:rsidRDefault="00000000">
            <w:pPr>
              <w:spacing w:after="0" w:line="252" w:lineRule="auto"/>
              <w:jc w:val="center"/>
              <w:rPr>
                <w:rFonts w:cs="Times New Roman"/>
              </w:rPr>
            </w:pPr>
            <w:r w:rsidRPr="008A20D0">
              <w:rPr>
                <w:rFonts w:cs="Times New Roman"/>
                <w:sz w:val="20"/>
              </w:rPr>
              <w:t>0.033</w:t>
            </w:r>
            <w:r w:rsidRPr="008A20D0">
              <w:rPr>
                <w:rFonts w:cs="Times New Roman"/>
                <w:sz w:val="20"/>
              </w:rPr>
              <w:br/>
              <w:t>[0.017, 0.049]</w:t>
            </w:r>
          </w:p>
        </w:tc>
        <w:tc>
          <w:tcPr>
            <w:tcW w:w="1598" w:type="dxa"/>
            <w:tcMar>
              <w:top w:w="60" w:type="dxa"/>
              <w:left w:w="60" w:type="dxa"/>
              <w:bottom w:w="60" w:type="dxa"/>
              <w:right w:w="60" w:type="dxa"/>
            </w:tcMar>
            <w:vAlign w:val="center"/>
          </w:tcPr>
          <w:p w14:paraId="597AECF9" w14:textId="77777777" w:rsidR="00EE5F04" w:rsidRPr="008A20D0" w:rsidRDefault="00000000">
            <w:pPr>
              <w:spacing w:after="0" w:line="252" w:lineRule="auto"/>
              <w:jc w:val="center"/>
              <w:rPr>
                <w:rFonts w:cs="Times New Roman"/>
              </w:rPr>
            </w:pPr>
            <w:r w:rsidRPr="008A20D0">
              <w:rPr>
                <w:rFonts w:cs="Times New Roman"/>
                <w:sz w:val="20"/>
              </w:rPr>
              <w:t>0.006</w:t>
            </w:r>
            <w:r w:rsidRPr="008A20D0">
              <w:rPr>
                <w:rFonts w:cs="Times New Roman"/>
                <w:sz w:val="20"/>
              </w:rPr>
              <w:br/>
              <w:t>[-0.006, 0.019]</w:t>
            </w:r>
          </w:p>
        </w:tc>
        <w:tc>
          <w:tcPr>
            <w:tcW w:w="1598" w:type="dxa"/>
            <w:tcMar>
              <w:top w:w="60" w:type="dxa"/>
              <w:left w:w="60" w:type="dxa"/>
              <w:bottom w:w="60" w:type="dxa"/>
              <w:right w:w="60" w:type="dxa"/>
            </w:tcMar>
            <w:vAlign w:val="center"/>
          </w:tcPr>
          <w:p w14:paraId="5BE1F2BC" w14:textId="77777777" w:rsidR="00EE5F04" w:rsidRPr="008A20D0" w:rsidRDefault="00000000">
            <w:pPr>
              <w:spacing w:after="0" w:line="252" w:lineRule="auto"/>
              <w:jc w:val="center"/>
              <w:rPr>
                <w:rFonts w:cs="Times New Roman"/>
              </w:rPr>
            </w:pPr>
            <w:r w:rsidRPr="008A20D0">
              <w:rPr>
                <w:rFonts w:cs="Times New Roman"/>
                <w:sz w:val="20"/>
              </w:rPr>
              <w:t>-0.003</w:t>
            </w:r>
            <w:r w:rsidRPr="008A20D0">
              <w:rPr>
                <w:rFonts w:cs="Times New Roman"/>
                <w:sz w:val="20"/>
              </w:rPr>
              <w:br/>
              <w:t>[-0.006, 0.001]</w:t>
            </w:r>
          </w:p>
        </w:tc>
        <w:tc>
          <w:tcPr>
            <w:tcW w:w="1598" w:type="dxa"/>
            <w:tcMar>
              <w:top w:w="60" w:type="dxa"/>
              <w:left w:w="60" w:type="dxa"/>
              <w:bottom w:w="60" w:type="dxa"/>
              <w:right w:w="60" w:type="dxa"/>
            </w:tcMar>
            <w:vAlign w:val="center"/>
          </w:tcPr>
          <w:p w14:paraId="0629EDD1" w14:textId="77777777" w:rsidR="00EE5F04" w:rsidRPr="008A20D0" w:rsidRDefault="00000000">
            <w:pPr>
              <w:spacing w:after="0" w:line="252" w:lineRule="auto"/>
              <w:jc w:val="center"/>
              <w:rPr>
                <w:rFonts w:cs="Times New Roman"/>
              </w:rPr>
            </w:pPr>
            <w:r w:rsidRPr="008A20D0">
              <w:rPr>
                <w:rFonts w:cs="Times New Roman"/>
                <w:sz w:val="20"/>
              </w:rPr>
              <w:t>-0.002</w:t>
            </w:r>
            <w:r w:rsidRPr="008A20D0">
              <w:rPr>
                <w:rFonts w:cs="Times New Roman"/>
                <w:sz w:val="20"/>
              </w:rPr>
              <w:br/>
              <w:t>[-0.004, 0.001]</w:t>
            </w:r>
          </w:p>
        </w:tc>
      </w:tr>
      <w:tr w:rsidR="00EE5F04" w:rsidRPr="008A20D0" w14:paraId="76F37EB3" w14:textId="77777777">
        <w:trPr>
          <w:cantSplit/>
          <w:jc w:val="center"/>
        </w:trPr>
        <w:tc>
          <w:tcPr>
            <w:tcW w:w="1800" w:type="dxa"/>
            <w:tcMar>
              <w:top w:w="60" w:type="dxa"/>
              <w:left w:w="60" w:type="dxa"/>
              <w:bottom w:w="60" w:type="dxa"/>
              <w:right w:w="60" w:type="dxa"/>
            </w:tcMar>
            <w:vAlign w:val="center"/>
          </w:tcPr>
          <w:p w14:paraId="21A21CBF" w14:textId="77777777" w:rsidR="00EE5F04" w:rsidRPr="008A20D0" w:rsidRDefault="00000000">
            <w:pPr>
              <w:spacing w:after="0" w:line="252" w:lineRule="auto"/>
              <w:rPr>
                <w:rFonts w:cs="Times New Roman"/>
              </w:rPr>
            </w:pPr>
            <w:r w:rsidRPr="008A20D0">
              <w:rPr>
                <w:rFonts w:cs="Times New Roman"/>
                <w:sz w:val="20"/>
              </w:rPr>
              <w:t>M3 Ridge [D-current]</w:t>
            </w:r>
          </w:p>
        </w:tc>
        <w:tc>
          <w:tcPr>
            <w:tcW w:w="1598" w:type="dxa"/>
            <w:tcMar>
              <w:top w:w="60" w:type="dxa"/>
              <w:left w:w="60" w:type="dxa"/>
              <w:bottom w:w="60" w:type="dxa"/>
              <w:right w:w="60" w:type="dxa"/>
            </w:tcMar>
            <w:vAlign w:val="center"/>
          </w:tcPr>
          <w:p w14:paraId="63358DFF" w14:textId="77777777" w:rsidR="00EE5F04" w:rsidRPr="008A20D0" w:rsidRDefault="00000000">
            <w:pPr>
              <w:spacing w:after="0" w:line="252" w:lineRule="auto"/>
              <w:jc w:val="center"/>
              <w:rPr>
                <w:rFonts w:cs="Times New Roman"/>
              </w:rPr>
            </w:pPr>
            <w:r w:rsidRPr="008A20D0">
              <w:rPr>
                <w:rFonts w:cs="Times New Roman"/>
                <w:sz w:val="20"/>
              </w:rPr>
              <w:t>0.062</w:t>
            </w:r>
            <w:r w:rsidRPr="008A20D0">
              <w:rPr>
                <w:rFonts w:cs="Times New Roman"/>
                <w:sz w:val="20"/>
              </w:rPr>
              <w:br/>
              <w:t>[0.047, 0.078]</w:t>
            </w:r>
          </w:p>
        </w:tc>
        <w:tc>
          <w:tcPr>
            <w:tcW w:w="1598" w:type="dxa"/>
            <w:tcMar>
              <w:top w:w="60" w:type="dxa"/>
              <w:left w:w="60" w:type="dxa"/>
              <w:bottom w:w="60" w:type="dxa"/>
              <w:right w:w="60" w:type="dxa"/>
            </w:tcMar>
            <w:vAlign w:val="center"/>
          </w:tcPr>
          <w:p w14:paraId="18955BD6" w14:textId="77777777" w:rsidR="00EE5F04" w:rsidRPr="008A20D0" w:rsidRDefault="00000000">
            <w:pPr>
              <w:spacing w:after="0" w:line="252" w:lineRule="auto"/>
              <w:jc w:val="center"/>
              <w:rPr>
                <w:rFonts w:cs="Times New Roman"/>
              </w:rPr>
            </w:pPr>
            <w:r w:rsidRPr="008A20D0">
              <w:rPr>
                <w:rFonts w:cs="Times New Roman"/>
                <w:sz w:val="20"/>
              </w:rPr>
              <w:t>0.032</w:t>
            </w:r>
            <w:r w:rsidRPr="008A20D0">
              <w:rPr>
                <w:rFonts w:cs="Times New Roman"/>
                <w:sz w:val="20"/>
              </w:rPr>
              <w:br/>
              <w:t>[0.016, 0.048]</w:t>
            </w:r>
          </w:p>
        </w:tc>
        <w:tc>
          <w:tcPr>
            <w:tcW w:w="1598" w:type="dxa"/>
            <w:tcMar>
              <w:top w:w="60" w:type="dxa"/>
              <w:left w:w="60" w:type="dxa"/>
              <w:bottom w:w="60" w:type="dxa"/>
              <w:right w:w="60" w:type="dxa"/>
            </w:tcMar>
            <w:vAlign w:val="center"/>
          </w:tcPr>
          <w:p w14:paraId="34F0DF4F" w14:textId="77777777" w:rsidR="00EE5F04" w:rsidRPr="008A20D0" w:rsidRDefault="00000000">
            <w:pPr>
              <w:spacing w:after="0" w:line="252" w:lineRule="auto"/>
              <w:jc w:val="center"/>
              <w:rPr>
                <w:rFonts w:cs="Times New Roman"/>
              </w:rPr>
            </w:pPr>
            <w:r w:rsidRPr="008A20D0">
              <w:rPr>
                <w:rFonts w:cs="Times New Roman"/>
                <w:sz w:val="20"/>
              </w:rPr>
              <w:t>0.006</w:t>
            </w:r>
            <w:r w:rsidRPr="008A20D0">
              <w:rPr>
                <w:rFonts w:cs="Times New Roman"/>
                <w:sz w:val="20"/>
              </w:rPr>
              <w:br/>
              <w:t>[-0.004, 0.017]</w:t>
            </w:r>
          </w:p>
        </w:tc>
        <w:tc>
          <w:tcPr>
            <w:tcW w:w="1598" w:type="dxa"/>
            <w:tcMar>
              <w:top w:w="60" w:type="dxa"/>
              <w:left w:w="60" w:type="dxa"/>
              <w:bottom w:w="60" w:type="dxa"/>
              <w:right w:w="60" w:type="dxa"/>
            </w:tcMar>
            <w:vAlign w:val="center"/>
          </w:tcPr>
          <w:p w14:paraId="17B3A6E1" w14:textId="77777777" w:rsidR="00EE5F04" w:rsidRPr="008A20D0" w:rsidRDefault="00000000">
            <w:pPr>
              <w:spacing w:after="0" w:line="252" w:lineRule="auto"/>
              <w:jc w:val="center"/>
              <w:rPr>
                <w:rFonts w:cs="Times New Roman"/>
              </w:rPr>
            </w:pPr>
            <w:r w:rsidRPr="008A20D0">
              <w:rPr>
                <w:rFonts w:cs="Times New Roman"/>
                <w:sz w:val="20"/>
              </w:rPr>
              <w:t>0.002</w:t>
            </w:r>
            <w:r w:rsidRPr="008A20D0">
              <w:rPr>
                <w:rFonts w:cs="Times New Roman"/>
                <w:sz w:val="20"/>
              </w:rPr>
              <w:br/>
              <w:t>[-0.002, 0.008]</w:t>
            </w:r>
          </w:p>
        </w:tc>
        <w:tc>
          <w:tcPr>
            <w:tcW w:w="1598" w:type="dxa"/>
            <w:tcMar>
              <w:top w:w="60" w:type="dxa"/>
              <w:left w:w="60" w:type="dxa"/>
              <w:bottom w:w="60" w:type="dxa"/>
              <w:right w:w="60" w:type="dxa"/>
            </w:tcMar>
            <w:vAlign w:val="center"/>
          </w:tcPr>
          <w:p w14:paraId="6215BCA9"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[-0.003, 0.002]</w:t>
            </w:r>
          </w:p>
        </w:tc>
      </w:tr>
      <w:tr w:rsidR="00EE5F04" w:rsidRPr="008A20D0" w14:paraId="2ED20CFE" w14:textId="77777777">
        <w:trPr>
          <w:cantSplit/>
          <w:jc w:val="center"/>
        </w:trPr>
        <w:tc>
          <w:tcPr>
            <w:tcW w:w="1800" w:type="dxa"/>
            <w:tcMar>
              <w:top w:w="60" w:type="dxa"/>
              <w:left w:w="60" w:type="dxa"/>
              <w:bottom w:w="60" w:type="dxa"/>
              <w:right w:w="60" w:type="dxa"/>
            </w:tcMar>
            <w:vAlign w:val="center"/>
          </w:tcPr>
          <w:p w14:paraId="76509B06" w14:textId="77777777" w:rsidR="00EE5F04" w:rsidRPr="008A20D0" w:rsidRDefault="00000000">
            <w:pPr>
              <w:spacing w:after="0" w:line="252" w:lineRule="auto"/>
              <w:rPr>
                <w:rFonts w:cs="Times New Roman"/>
              </w:rPr>
            </w:pPr>
            <w:r w:rsidRPr="008A20D0">
              <w:rPr>
                <w:rFonts w:cs="Times New Roman"/>
                <w:sz w:val="20"/>
              </w:rPr>
              <w:t>M0 XGBoost</w:t>
            </w:r>
          </w:p>
        </w:tc>
        <w:tc>
          <w:tcPr>
            <w:tcW w:w="1598" w:type="dxa"/>
            <w:tcMar>
              <w:top w:w="60" w:type="dxa"/>
              <w:left w:w="60" w:type="dxa"/>
              <w:bottom w:w="60" w:type="dxa"/>
              <w:right w:w="60" w:type="dxa"/>
            </w:tcMar>
            <w:vAlign w:val="center"/>
          </w:tcPr>
          <w:p w14:paraId="0D583B14" w14:textId="77777777" w:rsidR="00EE5F04" w:rsidRPr="008A20D0" w:rsidRDefault="00000000">
            <w:pPr>
              <w:spacing w:after="0" w:line="252" w:lineRule="auto"/>
              <w:jc w:val="center"/>
              <w:rPr>
                <w:rFonts w:cs="Times New Roman"/>
              </w:rPr>
            </w:pPr>
            <w:r w:rsidRPr="008A20D0">
              <w:rPr>
                <w:rFonts w:cs="Times New Roman"/>
                <w:sz w:val="20"/>
              </w:rPr>
              <w:t>0.062</w:t>
            </w:r>
            <w:r w:rsidRPr="008A20D0">
              <w:rPr>
                <w:rFonts w:cs="Times New Roman"/>
                <w:sz w:val="20"/>
              </w:rPr>
              <w:br/>
              <w:t>[0.047, 0.078]</w:t>
            </w:r>
          </w:p>
        </w:tc>
        <w:tc>
          <w:tcPr>
            <w:tcW w:w="1598" w:type="dxa"/>
            <w:tcMar>
              <w:top w:w="60" w:type="dxa"/>
              <w:left w:w="60" w:type="dxa"/>
              <w:bottom w:w="60" w:type="dxa"/>
              <w:right w:w="60" w:type="dxa"/>
            </w:tcMar>
            <w:vAlign w:val="center"/>
          </w:tcPr>
          <w:p w14:paraId="0CDF3886" w14:textId="77777777" w:rsidR="00EE5F04" w:rsidRPr="008A20D0" w:rsidRDefault="00000000">
            <w:pPr>
              <w:spacing w:after="0" w:line="252" w:lineRule="auto"/>
              <w:jc w:val="center"/>
              <w:rPr>
                <w:rFonts w:cs="Times New Roman"/>
              </w:rPr>
            </w:pPr>
            <w:r w:rsidRPr="008A20D0">
              <w:rPr>
                <w:rFonts w:cs="Times New Roman"/>
                <w:sz w:val="20"/>
              </w:rPr>
              <w:t>0.035</w:t>
            </w:r>
            <w:r w:rsidRPr="008A20D0">
              <w:rPr>
                <w:rFonts w:cs="Times New Roman"/>
                <w:sz w:val="20"/>
              </w:rPr>
              <w:br/>
              <w:t>[0.019, 0.050]</w:t>
            </w:r>
          </w:p>
        </w:tc>
        <w:tc>
          <w:tcPr>
            <w:tcW w:w="1598" w:type="dxa"/>
            <w:tcMar>
              <w:top w:w="60" w:type="dxa"/>
              <w:left w:w="60" w:type="dxa"/>
              <w:bottom w:w="60" w:type="dxa"/>
              <w:right w:w="60" w:type="dxa"/>
            </w:tcMar>
            <w:vAlign w:val="center"/>
          </w:tcPr>
          <w:p w14:paraId="6A882061" w14:textId="77777777" w:rsidR="00EE5F04" w:rsidRPr="008A20D0" w:rsidRDefault="00000000">
            <w:pPr>
              <w:spacing w:after="0" w:line="252" w:lineRule="auto"/>
              <w:jc w:val="center"/>
              <w:rPr>
                <w:rFonts w:cs="Times New Roman"/>
              </w:rPr>
            </w:pPr>
            <w:r w:rsidRPr="008A20D0">
              <w:rPr>
                <w:rFonts w:cs="Times New Roman"/>
                <w:sz w:val="20"/>
              </w:rPr>
              <w:t>-0.003</w:t>
            </w:r>
            <w:r w:rsidRPr="008A20D0">
              <w:rPr>
                <w:rFonts w:cs="Times New Roman"/>
                <w:sz w:val="20"/>
              </w:rPr>
              <w:br/>
              <w:t>[-0.013, 0.008]</w:t>
            </w:r>
          </w:p>
        </w:tc>
        <w:tc>
          <w:tcPr>
            <w:tcW w:w="1598" w:type="dxa"/>
            <w:tcMar>
              <w:top w:w="60" w:type="dxa"/>
              <w:left w:w="60" w:type="dxa"/>
              <w:bottom w:w="60" w:type="dxa"/>
              <w:right w:w="60" w:type="dxa"/>
            </w:tcMar>
            <w:vAlign w:val="center"/>
          </w:tcPr>
          <w:p w14:paraId="034F0FD2" w14:textId="77777777" w:rsidR="00EE5F04" w:rsidRPr="008A20D0" w:rsidRDefault="00000000">
            <w:pPr>
              <w:spacing w:after="0" w:line="252" w:lineRule="auto"/>
              <w:jc w:val="center"/>
              <w:rPr>
                <w:rFonts w:cs="Times New Roman"/>
              </w:rPr>
            </w:pPr>
            <w:r w:rsidRPr="008A20D0">
              <w:rPr>
                <w:rFonts w:cs="Times New Roman"/>
                <w:sz w:val="20"/>
              </w:rPr>
              <w:t>-0.003</w:t>
            </w:r>
            <w:r w:rsidRPr="008A20D0">
              <w:rPr>
                <w:rFonts w:cs="Times New Roman"/>
                <w:sz w:val="20"/>
              </w:rPr>
              <w:br/>
              <w:t>[-0.005, -0.001]</w:t>
            </w:r>
          </w:p>
        </w:tc>
        <w:tc>
          <w:tcPr>
            <w:tcW w:w="1598" w:type="dxa"/>
            <w:tcMar>
              <w:top w:w="60" w:type="dxa"/>
              <w:left w:w="60" w:type="dxa"/>
              <w:bottom w:w="60" w:type="dxa"/>
              <w:right w:w="60" w:type="dxa"/>
            </w:tcMar>
            <w:vAlign w:val="center"/>
          </w:tcPr>
          <w:p w14:paraId="0B1E91F5" w14:textId="77777777" w:rsidR="00EE5F04" w:rsidRPr="008A20D0" w:rsidRDefault="00000000">
            <w:pPr>
              <w:spacing w:after="0" w:line="252" w:lineRule="auto"/>
              <w:jc w:val="center"/>
              <w:rPr>
                <w:rFonts w:cs="Times New Roman"/>
              </w:rPr>
            </w:pPr>
            <w:r w:rsidRPr="008A20D0">
              <w:rPr>
                <w:rFonts w:cs="Times New Roman"/>
                <w:sz w:val="20"/>
              </w:rPr>
              <w:t>0.000</w:t>
            </w:r>
            <w:r w:rsidRPr="008A20D0">
              <w:rPr>
                <w:rFonts w:cs="Times New Roman"/>
                <w:sz w:val="20"/>
              </w:rPr>
              <w:br/>
              <w:t>[-0.001, 0.002]</w:t>
            </w:r>
          </w:p>
        </w:tc>
      </w:tr>
      <w:tr w:rsidR="00EE5F04" w:rsidRPr="008A20D0" w14:paraId="613589B5" w14:textId="77777777">
        <w:trPr>
          <w:cantSplit/>
          <w:jc w:val="center"/>
        </w:trPr>
        <w:tc>
          <w:tcPr>
            <w:tcW w:w="1800" w:type="dxa"/>
            <w:tcMar>
              <w:top w:w="60" w:type="dxa"/>
              <w:left w:w="60" w:type="dxa"/>
              <w:bottom w:w="60" w:type="dxa"/>
              <w:right w:w="60" w:type="dxa"/>
            </w:tcMar>
            <w:vAlign w:val="center"/>
          </w:tcPr>
          <w:p w14:paraId="4B494474" w14:textId="77777777" w:rsidR="00EE5F04" w:rsidRPr="008A20D0" w:rsidRDefault="00000000">
            <w:pPr>
              <w:spacing w:after="0" w:line="252" w:lineRule="auto"/>
              <w:rPr>
                <w:rFonts w:cs="Times New Roman"/>
              </w:rPr>
            </w:pPr>
            <w:r w:rsidRPr="008A20D0">
              <w:rPr>
                <w:rFonts w:cs="Times New Roman"/>
                <w:sz w:val="20"/>
              </w:rPr>
              <w:t>M1 XGBoost</w:t>
            </w:r>
          </w:p>
        </w:tc>
        <w:tc>
          <w:tcPr>
            <w:tcW w:w="1598" w:type="dxa"/>
            <w:tcMar>
              <w:top w:w="60" w:type="dxa"/>
              <w:left w:w="60" w:type="dxa"/>
              <w:bottom w:w="60" w:type="dxa"/>
              <w:right w:w="60" w:type="dxa"/>
            </w:tcMar>
            <w:vAlign w:val="center"/>
          </w:tcPr>
          <w:p w14:paraId="54D3FF14" w14:textId="77777777" w:rsidR="00EE5F04" w:rsidRPr="008A20D0" w:rsidRDefault="00000000">
            <w:pPr>
              <w:spacing w:after="0" w:line="252" w:lineRule="auto"/>
              <w:jc w:val="center"/>
              <w:rPr>
                <w:rFonts w:cs="Times New Roman"/>
              </w:rPr>
            </w:pPr>
            <w:r w:rsidRPr="008A20D0">
              <w:rPr>
                <w:rFonts w:cs="Times New Roman"/>
                <w:sz w:val="20"/>
              </w:rPr>
              <w:t>0.062</w:t>
            </w:r>
            <w:r w:rsidRPr="008A20D0">
              <w:rPr>
                <w:rFonts w:cs="Times New Roman"/>
                <w:sz w:val="20"/>
              </w:rPr>
              <w:br/>
              <w:t>[0.047, 0.078]</w:t>
            </w:r>
          </w:p>
        </w:tc>
        <w:tc>
          <w:tcPr>
            <w:tcW w:w="1598" w:type="dxa"/>
            <w:tcMar>
              <w:top w:w="60" w:type="dxa"/>
              <w:left w:w="60" w:type="dxa"/>
              <w:bottom w:w="60" w:type="dxa"/>
              <w:right w:w="60" w:type="dxa"/>
            </w:tcMar>
            <w:vAlign w:val="center"/>
          </w:tcPr>
          <w:p w14:paraId="63ED77D5" w14:textId="77777777" w:rsidR="00EE5F04" w:rsidRPr="008A20D0" w:rsidRDefault="00000000">
            <w:pPr>
              <w:spacing w:after="0" w:line="252" w:lineRule="auto"/>
              <w:jc w:val="center"/>
              <w:rPr>
                <w:rFonts w:cs="Times New Roman"/>
              </w:rPr>
            </w:pPr>
            <w:r w:rsidRPr="008A20D0">
              <w:rPr>
                <w:rFonts w:cs="Times New Roman"/>
                <w:sz w:val="20"/>
              </w:rPr>
              <w:t>0.033</w:t>
            </w:r>
            <w:r w:rsidRPr="008A20D0">
              <w:rPr>
                <w:rFonts w:cs="Times New Roman"/>
                <w:sz w:val="20"/>
              </w:rPr>
              <w:br/>
              <w:t>[0.017, 0.048]</w:t>
            </w:r>
          </w:p>
        </w:tc>
        <w:tc>
          <w:tcPr>
            <w:tcW w:w="1598" w:type="dxa"/>
            <w:tcMar>
              <w:top w:w="60" w:type="dxa"/>
              <w:left w:w="60" w:type="dxa"/>
              <w:bottom w:w="60" w:type="dxa"/>
              <w:right w:w="60" w:type="dxa"/>
            </w:tcMar>
            <w:vAlign w:val="center"/>
          </w:tcPr>
          <w:p w14:paraId="281B10DB" w14:textId="77777777" w:rsidR="00EE5F04" w:rsidRPr="008A20D0" w:rsidRDefault="00000000">
            <w:pPr>
              <w:spacing w:after="0" w:line="252" w:lineRule="auto"/>
              <w:jc w:val="center"/>
              <w:rPr>
                <w:rFonts w:cs="Times New Roman"/>
              </w:rPr>
            </w:pPr>
            <w:r w:rsidRPr="008A20D0">
              <w:rPr>
                <w:rFonts w:cs="Times New Roman"/>
                <w:sz w:val="20"/>
              </w:rPr>
              <w:t>0.003</w:t>
            </w:r>
            <w:r w:rsidRPr="008A20D0">
              <w:rPr>
                <w:rFonts w:cs="Times New Roman"/>
                <w:sz w:val="20"/>
              </w:rPr>
              <w:br/>
              <w:t>[-0.008, 0.014]</w:t>
            </w:r>
          </w:p>
        </w:tc>
        <w:tc>
          <w:tcPr>
            <w:tcW w:w="1598" w:type="dxa"/>
            <w:tcMar>
              <w:top w:w="60" w:type="dxa"/>
              <w:left w:w="60" w:type="dxa"/>
              <w:bottom w:w="60" w:type="dxa"/>
              <w:right w:w="60" w:type="dxa"/>
            </w:tcMar>
            <w:vAlign w:val="center"/>
          </w:tcPr>
          <w:p w14:paraId="3162594E" w14:textId="77777777" w:rsidR="00EE5F04" w:rsidRPr="008A20D0" w:rsidRDefault="00000000">
            <w:pPr>
              <w:spacing w:after="0" w:line="252" w:lineRule="auto"/>
              <w:jc w:val="center"/>
              <w:rPr>
                <w:rFonts w:cs="Times New Roman"/>
              </w:rPr>
            </w:pPr>
            <w:r w:rsidRPr="008A20D0">
              <w:rPr>
                <w:rFonts w:cs="Times New Roman"/>
                <w:sz w:val="20"/>
              </w:rPr>
              <w:t>-0.004</w:t>
            </w:r>
            <w:r w:rsidRPr="008A20D0">
              <w:rPr>
                <w:rFonts w:cs="Times New Roman"/>
                <w:sz w:val="20"/>
              </w:rPr>
              <w:br/>
              <w:t>[-0.010, 0.002]</w:t>
            </w:r>
          </w:p>
        </w:tc>
        <w:tc>
          <w:tcPr>
            <w:tcW w:w="1598" w:type="dxa"/>
            <w:tcMar>
              <w:top w:w="60" w:type="dxa"/>
              <w:left w:w="60" w:type="dxa"/>
              <w:bottom w:w="60" w:type="dxa"/>
              <w:right w:w="60" w:type="dxa"/>
            </w:tcMar>
            <w:vAlign w:val="center"/>
          </w:tcPr>
          <w:p w14:paraId="2508E492"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[-0.004, 0.004]</w:t>
            </w:r>
          </w:p>
        </w:tc>
      </w:tr>
      <w:tr w:rsidR="00EE5F04" w:rsidRPr="008A20D0" w14:paraId="0A45736A" w14:textId="77777777">
        <w:trPr>
          <w:cantSplit/>
          <w:jc w:val="center"/>
        </w:trPr>
        <w:tc>
          <w:tcPr>
            <w:tcW w:w="1800" w:type="dxa"/>
            <w:tcMar>
              <w:top w:w="60" w:type="dxa"/>
              <w:left w:w="60" w:type="dxa"/>
              <w:bottom w:w="60" w:type="dxa"/>
              <w:right w:w="60" w:type="dxa"/>
            </w:tcMar>
            <w:vAlign w:val="center"/>
          </w:tcPr>
          <w:p w14:paraId="5DF0C855" w14:textId="77777777" w:rsidR="00EE5F04" w:rsidRPr="008A20D0" w:rsidRDefault="00000000">
            <w:pPr>
              <w:spacing w:after="0" w:line="252" w:lineRule="auto"/>
              <w:rPr>
                <w:rFonts w:cs="Times New Roman"/>
              </w:rPr>
            </w:pPr>
            <w:r w:rsidRPr="008A20D0">
              <w:rPr>
                <w:rFonts w:cs="Times New Roman"/>
                <w:sz w:val="20"/>
              </w:rPr>
              <w:t>M2 XGBoost</w:t>
            </w:r>
          </w:p>
        </w:tc>
        <w:tc>
          <w:tcPr>
            <w:tcW w:w="1598" w:type="dxa"/>
            <w:tcMar>
              <w:top w:w="60" w:type="dxa"/>
              <w:left w:w="60" w:type="dxa"/>
              <w:bottom w:w="60" w:type="dxa"/>
              <w:right w:w="60" w:type="dxa"/>
            </w:tcMar>
            <w:vAlign w:val="center"/>
          </w:tcPr>
          <w:p w14:paraId="79424E13" w14:textId="77777777" w:rsidR="00EE5F04" w:rsidRPr="008A20D0" w:rsidRDefault="00000000">
            <w:pPr>
              <w:spacing w:after="0" w:line="252" w:lineRule="auto"/>
              <w:jc w:val="center"/>
              <w:rPr>
                <w:rFonts w:cs="Times New Roman"/>
              </w:rPr>
            </w:pPr>
            <w:r w:rsidRPr="008A20D0">
              <w:rPr>
                <w:rFonts w:cs="Times New Roman"/>
                <w:sz w:val="20"/>
              </w:rPr>
              <w:t>0.062</w:t>
            </w:r>
            <w:r w:rsidRPr="008A20D0">
              <w:rPr>
                <w:rFonts w:cs="Times New Roman"/>
                <w:sz w:val="20"/>
              </w:rPr>
              <w:br/>
              <w:t>[0.047, 0.078]</w:t>
            </w:r>
          </w:p>
        </w:tc>
        <w:tc>
          <w:tcPr>
            <w:tcW w:w="1598" w:type="dxa"/>
            <w:tcMar>
              <w:top w:w="60" w:type="dxa"/>
              <w:left w:w="60" w:type="dxa"/>
              <w:bottom w:w="60" w:type="dxa"/>
              <w:right w:w="60" w:type="dxa"/>
            </w:tcMar>
            <w:vAlign w:val="center"/>
          </w:tcPr>
          <w:p w14:paraId="7FBA3000" w14:textId="77777777" w:rsidR="00EE5F04" w:rsidRPr="008A20D0" w:rsidRDefault="00000000">
            <w:pPr>
              <w:spacing w:after="0" w:line="252" w:lineRule="auto"/>
              <w:jc w:val="center"/>
              <w:rPr>
                <w:rFonts w:cs="Times New Roman"/>
              </w:rPr>
            </w:pPr>
            <w:r w:rsidRPr="008A20D0">
              <w:rPr>
                <w:rFonts w:cs="Times New Roman"/>
                <w:sz w:val="20"/>
              </w:rPr>
              <w:t>0.035</w:t>
            </w:r>
            <w:r w:rsidRPr="008A20D0">
              <w:rPr>
                <w:rFonts w:cs="Times New Roman"/>
                <w:sz w:val="20"/>
              </w:rPr>
              <w:br/>
              <w:t>[0.019, 0.050]</w:t>
            </w:r>
          </w:p>
        </w:tc>
        <w:tc>
          <w:tcPr>
            <w:tcW w:w="1598" w:type="dxa"/>
            <w:tcMar>
              <w:top w:w="60" w:type="dxa"/>
              <w:left w:w="60" w:type="dxa"/>
              <w:bottom w:w="60" w:type="dxa"/>
              <w:right w:w="60" w:type="dxa"/>
            </w:tcMar>
            <w:vAlign w:val="center"/>
          </w:tcPr>
          <w:p w14:paraId="24D06F01" w14:textId="77777777" w:rsidR="00EE5F04" w:rsidRPr="008A20D0" w:rsidRDefault="00000000">
            <w:pPr>
              <w:spacing w:after="0" w:line="252" w:lineRule="auto"/>
              <w:jc w:val="center"/>
              <w:rPr>
                <w:rFonts w:cs="Times New Roman"/>
              </w:rPr>
            </w:pPr>
            <w:r w:rsidRPr="008A20D0">
              <w:rPr>
                <w:rFonts w:cs="Times New Roman"/>
                <w:sz w:val="20"/>
              </w:rPr>
              <w:t>0.003</w:t>
            </w:r>
            <w:r w:rsidRPr="008A20D0">
              <w:rPr>
                <w:rFonts w:cs="Times New Roman"/>
                <w:sz w:val="20"/>
              </w:rPr>
              <w:br/>
              <w:t>[-0.008, 0.014]</w:t>
            </w:r>
          </w:p>
        </w:tc>
        <w:tc>
          <w:tcPr>
            <w:tcW w:w="1598" w:type="dxa"/>
            <w:tcMar>
              <w:top w:w="60" w:type="dxa"/>
              <w:left w:w="60" w:type="dxa"/>
              <w:bottom w:w="60" w:type="dxa"/>
              <w:right w:w="60" w:type="dxa"/>
            </w:tcMar>
            <w:vAlign w:val="center"/>
          </w:tcPr>
          <w:p w14:paraId="6B3F4EB4" w14:textId="77777777" w:rsidR="00EE5F04" w:rsidRPr="008A20D0" w:rsidRDefault="00000000">
            <w:pPr>
              <w:spacing w:after="0" w:line="252" w:lineRule="auto"/>
              <w:jc w:val="center"/>
              <w:rPr>
                <w:rFonts w:cs="Times New Roman"/>
              </w:rPr>
            </w:pPr>
            <w:r w:rsidRPr="008A20D0">
              <w:rPr>
                <w:rFonts w:cs="Times New Roman"/>
                <w:sz w:val="20"/>
              </w:rPr>
              <w:t>0.001</w:t>
            </w:r>
            <w:r w:rsidRPr="008A20D0">
              <w:rPr>
                <w:rFonts w:cs="Times New Roman"/>
                <w:sz w:val="20"/>
              </w:rPr>
              <w:br/>
              <w:t>[-0.006, 0.008]</w:t>
            </w:r>
          </w:p>
        </w:tc>
        <w:tc>
          <w:tcPr>
            <w:tcW w:w="1598" w:type="dxa"/>
            <w:tcMar>
              <w:top w:w="60" w:type="dxa"/>
              <w:left w:w="60" w:type="dxa"/>
              <w:bottom w:w="60" w:type="dxa"/>
              <w:right w:w="60" w:type="dxa"/>
            </w:tcMar>
            <w:vAlign w:val="center"/>
          </w:tcPr>
          <w:p w14:paraId="76BB4B52" w14:textId="77777777" w:rsidR="00EE5F04" w:rsidRPr="008A20D0" w:rsidRDefault="00000000">
            <w:pPr>
              <w:spacing w:after="0" w:line="252" w:lineRule="auto"/>
              <w:jc w:val="center"/>
              <w:rPr>
                <w:rFonts w:cs="Times New Roman"/>
              </w:rPr>
            </w:pPr>
            <w:r w:rsidRPr="008A20D0">
              <w:rPr>
                <w:rFonts w:cs="Times New Roman"/>
                <w:sz w:val="20"/>
              </w:rPr>
              <w:t>0.000</w:t>
            </w:r>
            <w:r w:rsidRPr="008A20D0">
              <w:rPr>
                <w:rFonts w:cs="Times New Roman"/>
                <w:sz w:val="20"/>
              </w:rPr>
              <w:br/>
              <w:t>[-0.003, 0.005]</w:t>
            </w:r>
          </w:p>
        </w:tc>
      </w:tr>
      <w:tr w:rsidR="00EE5F04" w:rsidRPr="008A20D0" w14:paraId="5D5FE269" w14:textId="77777777">
        <w:trPr>
          <w:cantSplit/>
          <w:jc w:val="center"/>
        </w:trPr>
        <w:tc>
          <w:tcPr>
            <w:tcW w:w="1800" w:type="dxa"/>
            <w:tcMar>
              <w:top w:w="60" w:type="dxa"/>
              <w:left w:w="60" w:type="dxa"/>
              <w:bottom w:w="60" w:type="dxa"/>
              <w:right w:w="60" w:type="dxa"/>
            </w:tcMar>
            <w:vAlign w:val="center"/>
          </w:tcPr>
          <w:p w14:paraId="25696F45" w14:textId="77777777" w:rsidR="00EE5F04" w:rsidRPr="008A20D0" w:rsidRDefault="00000000">
            <w:pPr>
              <w:spacing w:after="0" w:line="252" w:lineRule="auto"/>
              <w:rPr>
                <w:rFonts w:cs="Times New Roman"/>
              </w:rPr>
            </w:pPr>
            <w:r w:rsidRPr="008A20D0">
              <w:rPr>
                <w:rFonts w:cs="Times New Roman"/>
                <w:sz w:val="20"/>
              </w:rPr>
              <w:t>M3 XGBoost</w:t>
            </w:r>
          </w:p>
        </w:tc>
        <w:tc>
          <w:tcPr>
            <w:tcW w:w="1598" w:type="dxa"/>
            <w:tcMar>
              <w:top w:w="60" w:type="dxa"/>
              <w:left w:w="60" w:type="dxa"/>
              <w:bottom w:w="60" w:type="dxa"/>
              <w:right w:w="60" w:type="dxa"/>
            </w:tcMar>
            <w:vAlign w:val="center"/>
          </w:tcPr>
          <w:p w14:paraId="58DE61A9" w14:textId="77777777" w:rsidR="00EE5F04" w:rsidRPr="008A20D0" w:rsidRDefault="00000000">
            <w:pPr>
              <w:spacing w:after="0" w:line="252" w:lineRule="auto"/>
              <w:jc w:val="center"/>
              <w:rPr>
                <w:rFonts w:cs="Times New Roman"/>
              </w:rPr>
            </w:pPr>
            <w:r w:rsidRPr="008A20D0">
              <w:rPr>
                <w:rFonts w:cs="Times New Roman"/>
                <w:sz w:val="20"/>
              </w:rPr>
              <w:t>0.062</w:t>
            </w:r>
            <w:r w:rsidRPr="008A20D0">
              <w:rPr>
                <w:rFonts w:cs="Times New Roman"/>
                <w:sz w:val="20"/>
              </w:rPr>
              <w:br/>
              <w:t>[0.047, 0.078]</w:t>
            </w:r>
          </w:p>
        </w:tc>
        <w:tc>
          <w:tcPr>
            <w:tcW w:w="1598" w:type="dxa"/>
            <w:tcMar>
              <w:top w:w="60" w:type="dxa"/>
              <w:left w:w="60" w:type="dxa"/>
              <w:bottom w:w="60" w:type="dxa"/>
              <w:right w:w="60" w:type="dxa"/>
            </w:tcMar>
            <w:vAlign w:val="center"/>
          </w:tcPr>
          <w:p w14:paraId="6655880E" w14:textId="77777777" w:rsidR="00EE5F04" w:rsidRPr="008A20D0" w:rsidRDefault="00000000">
            <w:pPr>
              <w:spacing w:after="0" w:line="252" w:lineRule="auto"/>
              <w:jc w:val="center"/>
              <w:rPr>
                <w:rFonts w:cs="Times New Roman"/>
              </w:rPr>
            </w:pPr>
            <w:r w:rsidRPr="008A20D0">
              <w:rPr>
                <w:rFonts w:cs="Times New Roman"/>
                <w:sz w:val="20"/>
              </w:rPr>
              <w:t>0.037</w:t>
            </w:r>
            <w:r w:rsidRPr="008A20D0">
              <w:rPr>
                <w:rFonts w:cs="Times New Roman"/>
                <w:sz w:val="20"/>
              </w:rPr>
              <w:br/>
              <w:t>[0.021, 0.053]</w:t>
            </w:r>
          </w:p>
        </w:tc>
        <w:tc>
          <w:tcPr>
            <w:tcW w:w="1598" w:type="dxa"/>
            <w:tcMar>
              <w:top w:w="60" w:type="dxa"/>
              <w:left w:w="60" w:type="dxa"/>
              <w:bottom w:w="60" w:type="dxa"/>
              <w:right w:w="60" w:type="dxa"/>
            </w:tcMar>
            <w:vAlign w:val="center"/>
          </w:tcPr>
          <w:p w14:paraId="7A515DFE" w14:textId="77777777" w:rsidR="00EE5F04" w:rsidRPr="008A20D0" w:rsidRDefault="00000000">
            <w:pPr>
              <w:spacing w:after="0" w:line="252" w:lineRule="auto"/>
              <w:jc w:val="center"/>
              <w:rPr>
                <w:rFonts w:cs="Times New Roman"/>
              </w:rPr>
            </w:pPr>
            <w:r w:rsidRPr="008A20D0">
              <w:rPr>
                <w:rFonts w:cs="Times New Roman"/>
                <w:sz w:val="20"/>
              </w:rPr>
              <w:t>0.004</w:t>
            </w:r>
            <w:r w:rsidRPr="008A20D0">
              <w:rPr>
                <w:rFonts w:cs="Times New Roman"/>
                <w:sz w:val="20"/>
              </w:rPr>
              <w:br/>
              <w:t>[-0.006, 0.015]</w:t>
            </w:r>
          </w:p>
        </w:tc>
        <w:tc>
          <w:tcPr>
            <w:tcW w:w="1598" w:type="dxa"/>
            <w:tcMar>
              <w:top w:w="60" w:type="dxa"/>
              <w:left w:w="60" w:type="dxa"/>
              <w:bottom w:w="60" w:type="dxa"/>
              <w:right w:w="60" w:type="dxa"/>
            </w:tcMar>
            <w:vAlign w:val="center"/>
          </w:tcPr>
          <w:p w14:paraId="1E8FE278" w14:textId="77777777" w:rsidR="00EE5F04" w:rsidRPr="008A20D0" w:rsidRDefault="00000000">
            <w:pPr>
              <w:spacing w:after="0" w:line="252" w:lineRule="auto"/>
              <w:jc w:val="center"/>
              <w:rPr>
                <w:rFonts w:cs="Times New Roman"/>
              </w:rPr>
            </w:pPr>
            <w:r w:rsidRPr="008A20D0">
              <w:rPr>
                <w:rFonts w:cs="Times New Roman"/>
                <w:sz w:val="20"/>
              </w:rPr>
              <w:t>0.004</w:t>
            </w:r>
            <w:r w:rsidRPr="008A20D0">
              <w:rPr>
                <w:rFonts w:cs="Times New Roman"/>
                <w:sz w:val="20"/>
              </w:rPr>
              <w:br/>
              <w:t>[-0.004, 0.011]</w:t>
            </w:r>
          </w:p>
        </w:tc>
        <w:tc>
          <w:tcPr>
            <w:tcW w:w="1598" w:type="dxa"/>
            <w:tcMar>
              <w:top w:w="60" w:type="dxa"/>
              <w:left w:w="60" w:type="dxa"/>
              <w:bottom w:w="60" w:type="dxa"/>
              <w:right w:w="60" w:type="dxa"/>
            </w:tcMar>
            <w:vAlign w:val="center"/>
          </w:tcPr>
          <w:p w14:paraId="10EFDF8D" w14:textId="77777777" w:rsidR="00EE5F04" w:rsidRPr="008A20D0" w:rsidRDefault="00000000">
            <w:pPr>
              <w:spacing w:after="0" w:line="252" w:lineRule="auto"/>
              <w:jc w:val="center"/>
              <w:rPr>
                <w:rFonts w:cs="Times New Roman"/>
              </w:rPr>
            </w:pPr>
            <w:r w:rsidRPr="008A20D0">
              <w:rPr>
                <w:rFonts w:cs="Times New Roman"/>
                <w:sz w:val="20"/>
              </w:rPr>
              <w:t>0.002</w:t>
            </w:r>
            <w:r w:rsidRPr="008A20D0">
              <w:rPr>
                <w:rFonts w:cs="Times New Roman"/>
                <w:sz w:val="20"/>
              </w:rPr>
              <w:br/>
              <w:t>[-0.003, 0.007]</w:t>
            </w:r>
          </w:p>
        </w:tc>
      </w:tr>
    </w:tbl>
    <w:p w14:paraId="427DCD35" w14:textId="77777777" w:rsidR="00EE5F04" w:rsidRPr="008A20D0" w:rsidRDefault="00000000">
      <w:pPr>
        <w:spacing w:line="276" w:lineRule="auto"/>
        <w:rPr>
          <w:rFonts w:cs="Times New Roman"/>
        </w:rPr>
      </w:pPr>
      <w:r w:rsidRPr="008A20D0">
        <w:rPr>
          <w:rFonts w:cs="Times New Roman"/>
        </w:rPr>
        <w:t>D-current: descriptive estimates because the probability type shown did not meet the study SD(logit p) criterion. D-raw: raw predictions did not meet that criterion; calibration does not restore eligibility. Unmarked model rows met the criterion, which is a project diagnostic and not a universal definition of clinical validity. Treat-all and treat-none rows are reference strategies; intervals were not supplied for these references. All intervals are conditional on fixed held-out predictions; no model was refitted for this supplementary table.</w:t>
      </w:r>
    </w:p>
    <w:p w14:paraId="6F3635C7" w14:textId="77777777" w:rsidR="00EE5F04" w:rsidRPr="008A20D0" w:rsidRDefault="00000000">
      <w:pPr>
        <w:pStyle w:val="21"/>
        <w:pageBreakBefore/>
        <w:spacing w:line="276" w:lineRule="auto"/>
        <w:rPr>
          <w:rFonts w:ascii="Times New Roman" w:hAnsi="Times New Roman" w:cs="Times New Roman"/>
        </w:rPr>
      </w:pPr>
      <w:r w:rsidRPr="008A20D0">
        <w:rPr>
          <w:rFonts w:ascii="Times New Roman" w:hAnsi="Times New Roman" w:cs="Times New Roman"/>
        </w:rPr>
        <w:lastRenderedPageBreak/>
        <w:t>Table S11. Annual laboratory missingness in the POD3 risk set</w:t>
      </w:r>
    </w:p>
    <w:p w14:paraId="0DBA1718" w14:textId="77777777" w:rsidR="00EE5F04" w:rsidRPr="008A20D0" w:rsidRDefault="00000000">
      <w:pPr>
        <w:spacing w:line="276" w:lineRule="auto"/>
        <w:rPr>
          <w:rFonts w:cs="Times New Roman"/>
        </w:rPr>
      </w:pPr>
      <w:r w:rsidRPr="008A20D0">
        <w:rPr>
          <w:rFonts w:cs="Times New Roman"/>
        </w:rPr>
        <w:t>Cells show the percentage of patients with no available value for the specified laboratory test in the observation window from POD-7 through the end of POD3. Year-specific denominators are shown in the column headings and sum to 1323 patients. The three panels contain all 53 modeled tests. Percentages are formatted from the existing aggregate missing fractions; blank or unavailable data are not converted to zero.</w:t>
      </w:r>
    </w:p>
    <w:p w14:paraId="3714BAAD" w14:textId="77777777" w:rsidR="00EE5F04" w:rsidRPr="008A20D0" w:rsidRDefault="00000000">
      <w:pPr>
        <w:pStyle w:val="21"/>
        <w:spacing w:line="276" w:lineRule="auto"/>
        <w:rPr>
          <w:rFonts w:ascii="Times New Roman" w:hAnsi="Times New Roman" w:cs="Times New Roman"/>
        </w:rPr>
      </w:pPr>
      <w:r w:rsidRPr="008A20D0">
        <w:rPr>
          <w:rFonts w:ascii="Times New Roman" w:hAnsi="Times New Roman" w:cs="Times New Roman"/>
        </w:rPr>
        <w:t>Panel A. Operation years 2012-2016</w:t>
      </w:r>
    </w:p>
    <w:tbl>
      <w:tblPr>
        <w:tblW w:w="0" w:type="auto"/>
        <w:jc w:val="center"/>
        <w:tblBorders>
          <w:top w:val="single" w:sz="4" w:space="0" w:color="B0B0B0"/>
          <w:left w:val="single" w:sz="4" w:space="0" w:color="B0B0B0"/>
          <w:bottom w:val="single" w:sz="4" w:space="0" w:color="B0B0B0"/>
          <w:right w:val="single" w:sz="4" w:space="0" w:color="B0B0B0"/>
          <w:insideH w:val="single" w:sz="4" w:space="0" w:color="B0B0B0"/>
          <w:insideV w:val="single" w:sz="4" w:space="0" w:color="B0B0B0"/>
        </w:tblBorders>
        <w:tblLayout w:type="fixed"/>
        <w:tblLook w:val="04A0" w:firstRow="1" w:lastRow="0" w:firstColumn="1" w:lastColumn="0" w:noHBand="0" w:noVBand="1"/>
      </w:tblPr>
      <w:tblGrid>
        <w:gridCol w:w="3312"/>
        <w:gridCol w:w="1296"/>
        <w:gridCol w:w="1296"/>
        <w:gridCol w:w="1296"/>
        <w:gridCol w:w="1296"/>
        <w:gridCol w:w="1296"/>
      </w:tblGrid>
      <w:tr w:rsidR="00EE5F04" w:rsidRPr="008A20D0" w14:paraId="1525F284" w14:textId="77777777">
        <w:trPr>
          <w:cantSplit/>
          <w:tblHeader/>
          <w:jc w:val="center"/>
        </w:trPr>
        <w:tc>
          <w:tcPr>
            <w:tcW w:w="3312" w:type="dxa"/>
            <w:tcMar>
              <w:top w:w="60" w:type="dxa"/>
              <w:left w:w="60" w:type="dxa"/>
              <w:bottom w:w="60" w:type="dxa"/>
              <w:right w:w="60" w:type="dxa"/>
            </w:tcMar>
            <w:vAlign w:val="center"/>
          </w:tcPr>
          <w:p w14:paraId="314A5936" w14:textId="77777777" w:rsidR="00EE5F04" w:rsidRPr="008A20D0" w:rsidRDefault="00000000">
            <w:pPr>
              <w:spacing w:after="0" w:line="252" w:lineRule="auto"/>
              <w:rPr>
                <w:rFonts w:cs="Times New Roman"/>
              </w:rPr>
            </w:pPr>
            <w:r w:rsidRPr="008A20D0">
              <w:rPr>
                <w:rFonts w:cs="Times New Roman"/>
                <w:b/>
                <w:sz w:val="20"/>
              </w:rPr>
              <w:t>Laboratory test</w:t>
            </w:r>
          </w:p>
        </w:tc>
        <w:tc>
          <w:tcPr>
            <w:tcW w:w="1296" w:type="dxa"/>
            <w:tcMar>
              <w:top w:w="60" w:type="dxa"/>
              <w:left w:w="60" w:type="dxa"/>
              <w:bottom w:w="60" w:type="dxa"/>
              <w:right w:w="60" w:type="dxa"/>
            </w:tcMar>
            <w:vAlign w:val="center"/>
          </w:tcPr>
          <w:p w14:paraId="0C4D48B5" w14:textId="77777777" w:rsidR="00EE5F04" w:rsidRPr="008A20D0" w:rsidRDefault="00000000">
            <w:pPr>
              <w:spacing w:after="0" w:line="252" w:lineRule="auto"/>
              <w:jc w:val="center"/>
              <w:rPr>
                <w:rFonts w:cs="Times New Roman"/>
              </w:rPr>
            </w:pPr>
            <w:r w:rsidRPr="008A20D0">
              <w:rPr>
                <w:rFonts w:cs="Times New Roman"/>
                <w:b/>
                <w:sz w:val="20"/>
              </w:rPr>
              <w:t>2012</w:t>
            </w:r>
            <w:r w:rsidRPr="008A20D0">
              <w:rPr>
                <w:rFonts w:cs="Times New Roman"/>
                <w:b/>
                <w:sz w:val="20"/>
              </w:rPr>
              <w:br/>
              <w:t>(n = 13)</w:t>
            </w:r>
          </w:p>
        </w:tc>
        <w:tc>
          <w:tcPr>
            <w:tcW w:w="1296" w:type="dxa"/>
            <w:tcMar>
              <w:top w:w="60" w:type="dxa"/>
              <w:left w:w="60" w:type="dxa"/>
              <w:bottom w:w="60" w:type="dxa"/>
              <w:right w:w="60" w:type="dxa"/>
            </w:tcMar>
            <w:vAlign w:val="center"/>
          </w:tcPr>
          <w:p w14:paraId="0BEB044D" w14:textId="77777777" w:rsidR="00EE5F04" w:rsidRPr="008A20D0" w:rsidRDefault="00000000">
            <w:pPr>
              <w:spacing w:after="0" w:line="252" w:lineRule="auto"/>
              <w:jc w:val="center"/>
              <w:rPr>
                <w:rFonts w:cs="Times New Roman"/>
              </w:rPr>
            </w:pPr>
            <w:r w:rsidRPr="008A20D0">
              <w:rPr>
                <w:rFonts w:cs="Times New Roman"/>
                <w:b/>
                <w:sz w:val="20"/>
              </w:rPr>
              <w:t>2013</w:t>
            </w:r>
            <w:r w:rsidRPr="008A20D0">
              <w:rPr>
                <w:rFonts w:cs="Times New Roman"/>
                <w:b/>
                <w:sz w:val="20"/>
              </w:rPr>
              <w:br/>
              <w:t>(n = 30)</w:t>
            </w:r>
          </w:p>
        </w:tc>
        <w:tc>
          <w:tcPr>
            <w:tcW w:w="1296" w:type="dxa"/>
            <w:tcMar>
              <w:top w:w="60" w:type="dxa"/>
              <w:left w:w="60" w:type="dxa"/>
              <w:bottom w:w="60" w:type="dxa"/>
              <w:right w:w="60" w:type="dxa"/>
            </w:tcMar>
            <w:vAlign w:val="center"/>
          </w:tcPr>
          <w:p w14:paraId="5210A875" w14:textId="77777777" w:rsidR="00EE5F04" w:rsidRPr="008A20D0" w:rsidRDefault="00000000">
            <w:pPr>
              <w:spacing w:after="0" w:line="252" w:lineRule="auto"/>
              <w:jc w:val="center"/>
              <w:rPr>
                <w:rFonts w:cs="Times New Roman"/>
              </w:rPr>
            </w:pPr>
            <w:r w:rsidRPr="008A20D0">
              <w:rPr>
                <w:rFonts w:cs="Times New Roman"/>
                <w:b/>
                <w:sz w:val="20"/>
              </w:rPr>
              <w:t>2014</w:t>
            </w:r>
            <w:r w:rsidRPr="008A20D0">
              <w:rPr>
                <w:rFonts w:cs="Times New Roman"/>
                <w:b/>
                <w:sz w:val="20"/>
              </w:rPr>
              <w:br/>
              <w:t>(n = 15)</w:t>
            </w:r>
          </w:p>
        </w:tc>
        <w:tc>
          <w:tcPr>
            <w:tcW w:w="1296" w:type="dxa"/>
            <w:tcMar>
              <w:top w:w="60" w:type="dxa"/>
              <w:left w:w="60" w:type="dxa"/>
              <w:bottom w:w="60" w:type="dxa"/>
              <w:right w:w="60" w:type="dxa"/>
            </w:tcMar>
            <w:vAlign w:val="center"/>
          </w:tcPr>
          <w:p w14:paraId="641B69F7" w14:textId="77777777" w:rsidR="00EE5F04" w:rsidRPr="008A20D0" w:rsidRDefault="00000000">
            <w:pPr>
              <w:spacing w:after="0" w:line="252" w:lineRule="auto"/>
              <w:jc w:val="center"/>
              <w:rPr>
                <w:rFonts w:cs="Times New Roman"/>
              </w:rPr>
            </w:pPr>
            <w:r w:rsidRPr="008A20D0">
              <w:rPr>
                <w:rFonts w:cs="Times New Roman"/>
                <w:b/>
                <w:sz w:val="20"/>
              </w:rPr>
              <w:t>2015</w:t>
            </w:r>
            <w:r w:rsidRPr="008A20D0">
              <w:rPr>
                <w:rFonts w:cs="Times New Roman"/>
                <w:b/>
                <w:sz w:val="20"/>
              </w:rPr>
              <w:br/>
              <w:t>(n = 38)</w:t>
            </w:r>
          </w:p>
        </w:tc>
        <w:tc>
          <w:tcPr>
            <w:tcW w:w="1296" w:type="dxa"/>
            <w:tcMar>
              <w:top w:w="60" w:type="dxa"/>
              <w:left w:w="60" w:type="dxa"/>
              <w:bottom w:w="60" w:type="dxa"/>
              <w:right w:w="60" w:type="dxa"/>
            </w:tcMar>
            <w:vAlign w:val="center"/>
          </w:tcPr>
          <w:p w14:paraId="0ABD244A" w14:textId="77777777" w:rsidR="00EE5F04" w:rsidRPr="008A20D0" w:rsidRDefault="00000000">
            <w:pPr>
              <w:spacing w:after="0" w:line="252" w:lineRule="auto"/>
              <w:jc w:val="center"/>
              <w:rPr>
                <w:rFonts w:cs="Times New Roman"/>
              </w:rPr>
            </w:pPr>
            <w:r w:rsidRPr="008A20D0">
              <w:rPr>
                <w:rFonts w:cs="Times New Roman"/>
                <w:b/>
                <w:sz w:val="20"/>
              </w:rPr>
              <w:t>2016</w:t>
            </w:r>
            <w:r w:rsidRPr="008A20D0">
              <w:rPr>
                <w:rFonts w:cs="Times New Roman"/>
                <w:b/>
                <w:sz w:val="20"/>
              </w:rPr>
              <w:br/>
              <w:t>(n = 28)</w:t>
            </w:r>
          </w:p>
        </w:tc>
      </w:tr>
      <w:tr w:rsidR="00EE5F04" w:rsidRPr="008A20D0" w14:paraId="1FB08236" w14:textId="77777777">
        <w:trPr>
          <w:cantSplit/>
          <w:jc w:val="center"/>
        </w:trPr>
        <w:tc>
          <w:tcPr>
            <w:tcW w:w="3312" w:type="dxa"/>
            <w:tcMar>
              <w:top w:w="60" w:type="dxa"/>
              <w:left w:w="60" w:type="dxa"/>
              <w:bottom w:w="60" w:type="dxa"/>
              <w:right w:w="60" w:type="dxa"/>
            </w:tcMar>
            <w:vAlign w:val="center"/>
          </w:tcPr>
          <w:p w14:paraId="6BD57E4D" w14:textId="77777777" w:rsidR="00EE5F04" w:rsidRPr="008A20D0" w:rsidRDefault="00000000">
            <w:pPr>
              <w:spacing w:after="0" w:line="252" w:lineRule="auto"/>
              <w:rPr>
                <w:rFonts w:cs="Times New Roman"/>
              </w:rPr>
            </w:pPr>
            <w:r w:rsidRPr="008A20D0">
              <w:rPr>
                <w:rFonts w:cs="Times New Roman"/>
                <w:sz w:val="20"/>
              </w:rPr>
              <w:t>White blood cell count</w:t>
            </w:r>
          </w:p>
        </w:tc>
        <w:tc>
          <w:tcPr>
            <w:tcW w:w="1296" w:type="dxa"/>
            <w:tcMar>
              <w:top w:w="60" w:type="dxa"/>
              <w:left w:w="60" w:type="dxa"/>
              <w:bottom w:w="60" w:type="dxa"/>
              <w:right w:w="60" w:type="dxa"/>
            </w:tcMar>
            <w:vAlign w:val="center"/>
          </w:tcPr>
          <w:p w14:paraId="785B53B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2A6BA1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13DE9E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F4261A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0A97314"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57E7204D" w14:textId="77777777">
        <w:trPr>
          <w:cantSplit/>
          <w:jc w:val="center"/>
        </w:trPr>
        <w:tc>
          <w:tcPr>
            <w:tcW w:w="3312" w:type="dxa"/>
            <w:tcMar>
              <w:top w:w="60" w:type="dxa"/>
              <w:left w:w="60" w:type="dxa"/>
              <w:bottom w:w="60" w:type="dxa"/>
              <w:right w:w="60" w:type="dxa"/>
            </w:tcMar>
            <w:vAlign w:val="center"/>
          </w:tcPr>
          <w:p w14:paraId="51801115" w14:textId="77777777" w:rsidR="00EE5F04" w:rsidRPr="008A20D0" w:rsidRDefault="00000000">
            <w:pPr>
              <w:spacing w:after="0" w:line="252" w:lineRule="auto"/>
              <w:rPr>
                <w:rFonts w:cs="Times New Roman"/>
              </w:rPr>
            </w:pPr>
            <w:r w:rsidRPr="008A20D0">
              <w:rPr>
                <w:rFonts w:cs="Times New Roman"/>
                <w:sz w:val="20"/>
              </w:rPr>
              <w:t>Neutrophils (%)</w:t>
            </w:r>
          </w:p>
        </w:tc>
        <w:tc>
          <w:tcPr>
            <w:tcW w:w="1296" w:type="dxa"/>
            <w:tcMar>
              <w:top w:w="60" w:type="dxa"/>
              <w:left w:w="60" w:type="dxa"/>
              <w:bottom w:w="60" w:type="dxa"/>
              <w:right w:w="60" w:type="dxa"/>
            </w:tcMar>
            <w:vAlign w:val="center"/>
          </w:tcPr>
          <w:p w14:paraId="391C26B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805733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422358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F6BBA5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2D81D42"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1ACA4927" w14:textId="77777777">
        <w:trPr>
          <w:cantSplit/>
          <w:jc w:val="center"/>
        </w:trPr>
        <w:tc>
          <w:tcPr>
            <w:tcW w:w="3312" w:type="dxa"/>
            <w:tcMar>
              <w:top w:w="60" w:type="dxa"/>
              <w:left w:w="60" w:type="dxa"/>
              <w:bottom w:w="60" w:type="dxa"/>
              <w:right w:w="60" w:type="dxa"/>
            </w:tcMar>
            <w:vAlign w:val="center"/>
          </w:tcPr>
          <w:p w14:paraId="58CF1412" w14:textId="77777777" w:rsidR="00EE5F04" w:rsidRPr="008A20D0" w:rsidRDefault="00000000">
            <w:pPr>
              <w:spacing w:after="0" w:line="252" w:lineRule="auto"/>
              <w:rPr>
                <w:rFonts w:cs="Times New Roman"/>
              </w:rPr>
            </w:pPr>
            <w:r w:rsidRPr="008A20D0">
              <w:rPr>
                <w:rFonts w:cs="Times New Roman"/>
                <w:sz w:val="20"/>
              </w:rPr>
              <w:t>Lymphocytes (%)</w:t>
            </w:r>
          </w:p>
        </w:tc>
        <w:tc>
          <w:tcPr>
            <w:tcW w:w="1296" w:type="dxa"/>
            <w:tcMar>
              <w:top w:w="60" w:type="dxa"/>
              <w:left w:w="60" w:type="dxa"/>
              <w:bottom w:w="60" w:type="dxa"/>
              <w:right w:w="60" w:type="dxa"/>
            </w:tcMar>
            <w:vAlign w:val="center"/>
          </w:tcPr>
          <w:p w14:paraId="1B41D82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80EDD7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D52CAA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C35AA9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1DDF343"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2D5CDB2A" w14:textId="77777777">
        <w:trPr>
          <w:cantSplit/>
          <w:jc w:val="center"/>
        </w:trPr>
        <w:tc>
          <w:tcPr>
            <w:tcW w:w="3312" w:type="dxa"/>
            <w:tcMar>
              <w:top w:w="60" w:type="dxa"/>
              <w:left w:w="60" w:type="dxa"/>
              <w:bottom w:w="60" w:type="dxa"/>
              <w:right w:w="60" w:type="dxa"/>
            </w:tcMar>
            <w:vAlign w:val="center"/>
          </w:tcPr>
          <w:p w14:paraId="5D6521A7" w14:textId="77777777" w:rsidR="00EE5F04" w:rsidRPr="008A20D0" w:rsidRDefault="00000000">
            <w:pPr>
              <w:spacing w:after="0" w:line="252" w:lineRule="auto"/>
              <w:rPr>
                <w:rFonts w:cs="Times New Roman"/>
              </w:rPr>
            </w:pPr>
            <w:r w:rsidRPr="008A20D0">
              <w:rPr>
                <w:rFonts w:cs="Times New Roman"/>
                <w:sz w:val="20"/>
              </w:rPr>
              <w:t>Monocytes (%)</w:t>
            </w:r>
          </w:p>
        </w:tc>
        <w:tc>
          <w:tcPr>
            <w:tcW w:w="1296" w:type="dxa"/>
            <w:tcMar>
              <w:top w:w="60" w:type="dxa"/>
              <w:left w:w="60" w:type="dxa"/>
              <w:bottom w:w="60" w:type="dxa"/>
              <w:right w:w="60" w:type="dxa"/>
            </w:tcMar>
            <w:vAlign w:val="center"/>
          </w:tcPr>
          <w:p w14:paraId="0BC8DE4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403549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ED194D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948412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3F8DDAB"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3EA6C40F" w14:textId="77777777">
        <w:trPr>
          <w:cantSplit/>
          <w:jc w:val="center"/>
        </w:trPr>
        <w:tc>
          <w:tcPr>
            <w:tcW w:w="3312" w:type="dxa"/>
            <w:tcMar>
              <w:top w:w="60" w:type="dxa"/>
              <w:left w:w="60" w:type="dxa"/>
              <w:bottom w:w="60" w:type="dxa"/>
              <w:right w:w="60" w:type="dxa"/>
            </w:tcMar>
            <w:vAlign w:val="center"/>
          </w:tcPr>
          <w:p w14:paraId="5E509F6A" w14:textId="77777777" w:rsidR="00EE5F04" w:rsidRPr="008A20D0" w:rsidRDefault="00000000">
            <w:pPr>
              <w:spacing w:after="0" w:line="252" w:lineRule="auto"/>
              <w:rPr>
                <w:rFonts w:cs="Times New Roman"/>
              </w:rPr>
            </w:pPr>
            <w:r w:rsidRPr="008A20D0">
              <w:rPr>
                <w:rFonts w:cs="Times New Roman"/>
                <w:sz w:val="20"/>
              </w:rPr>
              <w:t>Eosinophils (%)</w:t>
            </w:r>
          </w:p>
        </w:tc>
        <w:tc>
          <w:tcPr>
            <w:tcW w:w="1296" w:type="dxa"/>
            <w:tcMar>
              <w:top w:w="60" w:type="dxa"/>
              <w:left w:w="60" w:type="dxa"/>
              <w:bottom w:w="60" w:type="dxa"/>
              <w:right w:w="60" w:type="dxa"/>
            </w:tcMar>
            <w:vAlign w:val="center"/>
          </w:tcPr>
          <w:p w14:paraId="5600987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FE53FA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8C8D02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AE5344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612E9F9"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4E68502D" w14:textId="77777777">
        <w:trPr>
          <w:cantSplit/>
          <w:jc w:val="center"/>
        </w:trPr>
        <w:tc>
          <w:tcPr>
            <w:tcW w:w="3312" w:type="dxa"/>
            <w:tcMar>
              <w:top w:w="60" w:type="dxa"/>
              <w:left w:w="60" w:type="dxa"/>
              <w:bottom w:w="60" w:type="dxa"/>
              <w:right w:w="60" w:type="dxa"/>
            </w:tcMar>
            <w:vAlign w:val="center"/>
          </w:tcPr>
          <w:p w14:paraId="1EBC3BAF" w14:textId="77777777" w:rsidR="00EE5F04" w:rsidRPr="008A20D0" w:rsidRDefault="00000000">
            <w:pPr>
              <w:spacing w:after="0" w:line="252" w:lineRule="auto"/>
              <w:rPr>
                <w:rFonts w:cs="Times New Roman"/>
              </w:rPr>
            </w:pPr>
            <w:r w:rsidRPr="008A20D0">
              <w:rPr>
                <w:rFonts w:cs="Times New Roman"/>
                <w:sz w:val="20"/>
              </w:rPr>
              <w:t>Basophils (%)</w:t>
            </w:r>
          </w:p>
        </w:tc>
        <w:tc>
          <w:tcPr>
            <w:tcW w:w="1296" w:type="dxa"/>
            <w:tcMar>
              <w:top w:w="60" w:type="dxa"/>
              <w:left w:w="60" w:type="dxa"/>
              <w:bottom w:w="60" w:type="dxa"/>
              <w:right w:w="60" w:type="dxa"/>
            </w:tcMar>
            <w:vAlign w:val="center"/>
          </w:tcPr>
          <w:p w14:paraId="364A5FF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E4FA9A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12CEE6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3C27A6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6DE6F7F"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5D395F4F" w14:textId="77777777">
        <w:trPr>
          <w:cantSplit/>
          <w:jc w:val="center"/>
        </w:trPr>
        <w:tc>
          <w:tcPr>
            <w:tcW w:w="3312" w:type="dxa"/>
            <w:tcMar>
              <w:top w:w="60" w:type="dxa"/>
              <w:left w:w="60" w:type="dxa"/>
              <w:bottom w:w="60" w:type="dxa"/>
              <w:right w:w="60" w:type="dxa"/>
            </w:tcMar>
            <w:vAlign w:val="center"/>
          </w:tcPr>
          <w:p w14:paraId="12D89DB3" w14:textId="77777777" w:rsidR="00EE5F04" w:rsidRPr="008A20D0" w:rsidRDefault="00000000">
            <w:pPr>
              <w:spacing w:after="0" w:line="252" w:lineRule="auto"/>
              <w:rPr>
                <w:rFonts w:cs="Times New Roman"/>
              </w:rPr>
            </w:pPr>
            <w:r w:rsidRPr="008A20D0">
              <w:rPr>
                <w:rFonts w:cs="Times New Roman"/>
                <w:sz w:val="20"/>
              </w:rPr>
              <w:t>Neutrophil count</w:t>
            </w:r>
          </w:p>
        </w:tc>
        <w:tc>
          <w:tcPr>
            <w:tcW w:w="1296" w:type="dxa"/>
            <w:tcMar>
              <w:top w:w="60" w:type="dxa"/>
              <w:left w:w="60" w:type="dxa"/>
              <w:bottom w:w="60" w:type="dxa"/>
              <w:right w:w="60" w:type="dxa"/>
            </w:tcMar>
            <w:vAlign w:val="center"/>
          </w:tcPr>
          <w:p w14:paraId="1B269D3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36A21D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9A2282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CEB263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426528A"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2186853E" w14:textId="77777777">
        <w:trPr>
          <w:cantSplit/>
          <w:jc w:val="center"/>
        </w:trPr>
        <w:tc>
          <w:tcPr>
            <w:tcW w:w="3312" w:type="dxa"/>
            <w:tcMar>
              <w:top w:w="60" w:type="dxa"/>
              <w:left w:w="60" w:type="dxa"/>
              <w:bottom w:w="60" w:type="dxa"/>
              <w:right w:w="60" w:type="dxa"/>
            </w:tcMar>
            <w:vAlign w:val="center"/>
          </w:tcPr>
          <w:p w14:paraId="7D0A381B" w14:textId="77777777" w:rsidR="00EE5F04" w:rsidRPr="008A20D0" w:rsidRDefault="00000000">
            <w:pPr>
              <w:spacing w:after="0" w:line="252" w:lineRule="auto"/>
              <w:rPr>
                <w:rFonts w:cs="Times New Roman"/>
              </w:rPr>
            </w:pPr>
            <w:r w:rsidRPr="008A20D0">
              <w:rPr>
                <w:rFonts w:cs="Times New Roman"/>
                <w:sz w:val="20"/>
              </w:rPr>
              <w:t>Lymphocyte count</w:t>
            </w:r>
          </w:p>
        </w:tc>
        <w:tc>
          <w:tcPr>
            <w:tcW w:w="1296" w:type="dxa"/>
            <w:tcMar>
              <w:top w:w="60" w:type="dxa"/>
              <w:left w:w="60" w:type="dxa"/>
              <w:bottom w:w="60" w:type="dxa"/>
              <w:right w:w="60" w:type="dxa"/>
            </w:tcMar>
            <w:vAlign w:val="center"/>
          </w:tcPr>
          <w:p w14:paraId="0C175EE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7A121A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B94098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93EA3E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3230512"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41EEE09C" w14:textId="77777777">
        <w:trPr>
          <w:cantSplit/>
          <w:jc w:val="center"/>
        </w:trPr>
        <w:tc>
          <w:tcPr>
            <w:tcW w:w="3312" w:type="dxa"/>
            <w:tcMar>
              <w:top w:w="60" w:type="dxa"/>
              <w:left w:w="60" w:type="dxa"/>
              <w:bottom w:w="60" w:type="dxa"/>
              <w:right w:w="60" w:type="dxa"/>
            </w:tcMar>
            <w:vAlign w:val="center"/>
          </w:tcPr>
          <w:p w14:paraId="40B25F2F" w14:textId="77777777" w:rsidR="00EE5F04" w:rsidRPr="008A20D0" w:rsidRDefault="00000000">
            <w:pPr>
              <w:spacing w:after="0" w:line="252" w:lineRule="auto"/>
              <w:rPr>
                <w:rFonts w:cs="Times New Roman"/>
              </w:rPr>
            </w:pPr>
            <w:r w:rsidRPr="008A20D0">
              <w:rPr>
                <w:rFonts w:cs="Times New Roman"/>
                <w:sz w:val="20"/>
              </w:rPr>
              <w:t>Red blood cell count</w:t>
            </w:r>
          </w:p>
        </w:tc>
        <w:tc>
          <w:tcPr>
            <w:tcW w:w="1296" w:type="dxa"/>
            <w:tcMar>
              <w:top w:w="60" w:type="dxa"/>
              <w:left w:w="60" w:type="dxa"/>
              <w:bottom w:w="60" w:type="dxa"/>
              <w:right w:w="60" w:type="dxa"/>
            </w:tcMar>
            <w:vAlign w:val="center"/>
          </w:tcPr>
          <w:p w14:paraId="15FA68B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290EC4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CC4726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765856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CBB8BCB"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42B8CCE3" w14:textId="77777777">
        <w:trPr>
          <w:cantSplit/>
          <w:jc w:val="center"/>
        </w:trPr>
        <w:tc>
          <w:tcPr>
            <w:tcW w:w="3312" w:type="dxa"/>
            <w:tcMar>
              <w:top w:w="60" w:type="dxa"/>
              <w:left w:w="60" w:type="dxa"/>
              <w:bottom w:w="60" w:type="dxa"/>
              <w:right w:w="60" w:type="dxa"/>
            </w:tcMar>
            <w:vAlign w:val="center"/>
          </w:tcPr>
          <w:p w14:paraId="042B8FE0" w14:textId="77777777" w:rsidR="00EE5F04" w:rsidRPr="008A20D0" w:rsidRDefault="00000000">
            <w:pPr>
              <w:spacing w:after="0" w:line="252" w:lineRule="auto"/>
              <w:rPr>
                <w:rFonts w:cs="Times New Roman"/>
              </w:rPr>
            </w:pPr>
            <w:r w:rsidRPr="008A20D0">
              <w:rPr>
                <w:rFonts w:cs="Times New Roman"/>
                <w:sz w:val="20"/>
              </w:rPr>
              <w:t>Hemoglobin</w:t>
            </w:r>
          </w:p>
        </w:tc>
        <w:tc>
          <w:tcPr>
            <w:tcW w:w="1296" w:type="dxa"/>
            <w:tcMar>
              <w:top w:w="60" w:type="dxa"/>
              <w:left w:w="60" w:type="dxa"/>
              <w:bottom w:w="60" w:type="dxa"/>
              <w:right w:w="60" w:type="dxa"/>
            </w:tcMar>
            <w:vAlign w:val="center"/>
          </w:tcPr>
          <w:p w14:paraId="163B37A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8D1D84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5621B5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FC0B26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E88D74F"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74E1A8A3" w14:textId="77777777">
        <w:trPr>
          <w:cantSplit/>
          <w:jc w:val="center"/>
        </w:trPr>
        <w:tc>
          <w:tcPr>
            <w:tcW w:w="3312" w:type="dxa"/>
            <w:tcMar>
              <w:top w:w="60" w:type="dxa"/>
              <w:left w:w="60" w:type="dxa"/>
              <w:bottom w:w="60" w:type="dxa"/>
              <w:right w:w="60" w:type="dxa"/>
            </w:tcMar>
            <w:vAlign w:val="center"/>
          </w:tcPr>
          <w:p w14:paraId="4698FC7A" w14:textId="77777777" w:rsidR="00EE5F04" w:rsidRPr="008A20D0" w:rsidRDefault="00000000">
            <w:pPr>
              <w:spacing w:after="0" w:line="252" w:lineRule="auto"/>
              <w:rPr>
                <w:rFonts w:cs="Times New Roman"/>
              </w:rPr>
            </w:pPr>
            <w:r w:rsidRPr="008A20D0">
              <w:rPr>
                <w:rFonts w:cs="Times New Roman"/>
                <w:sz w:val="20"/>
              </w:rPr>
              <w:t>Hematocrit</w:t>
            </w:r>
          </w:p>
        </w:tc>
        <w:tc>
          <w:tcPr>
            <w:tcW w:w="1296" w:type="dxa"/>
            <w:tcMar>
              <w:top w:w="60" w:type="dxa"/>
              <w:left w:w="60" w:type="dxa"/>
              <w:bottom w:w="60" w:type="dxa"/>
              <w:right w:w="60" w:type="dxa"/>
            </w:tcMar>
            <w:vAlign w:val="center"/>
          </w:tcPr>
          <w:p w14:paraId="761AB04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8E8A8F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0A6252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0EC2FE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FF63F28"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3277FE6D" w14:textId="77777777">
        <w:trPr>
          <w:cantSplit/>
          <w:jc w:val="center"/>
        </w:trPr>
        <w:tc>
          <w:tcPr>
            <w:tcW w:w="3312" w:type="dxa"/>
            <w:tcMar>
              <w:top w:w="60" w:type="dxa"/>
              <w:left w:w="60" w:type="dxa"/>
              <w:bottom w:w="60" w:type="dxa"/>
              <w:right w:w="60" w:type="dxa"/>
            </w:tcMar>
            <w:vAlign w:val="center"/>
          </w:tcPr>
          <w:p w14:paraId="100F5D85" w14:textId="77777777" w:rsidR="00EE5F04" w:rsidRPr="008A20D0" w:rsidRDefault="00000000">
            <w:pPr>
              <w:spacing w:after="0" w:line="252" w:lineRule="auto"/>
              <w:rPr>
                <w:rFonts w:cs="Times New Roman"/>
              </w:rPr>
            </w:pPr>
            <w:r w:rsidRPr="008A20D0">
              <w:rPr>
                <w:rFonts w:cs="Times New Roman"/>
                <w:sz w:val="20"/>
              </w:rPr>
              <w:t>Platelet count</w:t>
            </w:r>
          </w:p>
        </w:tc>
        <w:tc>
          <w:tcPr>
            <w:tcW w:w="1296" w:type="dxa"/>
            <w:tcMar>
              <w:top w:w="60" w:type="dxa"/>
              <w:left w:w="60" w:type="dxa"/>
              <w:bottom w:w="60" w:type="dxa"/>
              <w:right w:w="60" w:type="dxa"/>
            </w:tcMar>
            <w:vAlign w:val="center"/>
          </w:tcPr>
          <w:p w14:paraId="388364C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3BEC9C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94F2E0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DA4D95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832DDE8"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26396100" w14:textId="77777777">
        <w:trPr>
          <w:cantSplit/>
          <w:jc w:val="center"/>
        </w:trPr>
        <w:tc>
          <w:tcPr>
            <w:tcW w:w="3312" w:type="dxa"/>
            <w:tcMar>
              <w:top w:w="60" w:type="dxa"/>
              <w:left w:w="60" w:type="dxa"/>
              <w:bottom w:w="60" w:type="dxa"/>
              <w:right w:w="60" w:type="dxa"/>
            </w:tcMar>
            <w:vAlign w:val="center"/>
          </w:tcPr>
          <w:p w14:paraId="406859B7" w14:textId="77777777" w:rsidR="00EE5F04" w:rsidRPr="008A20D0" w:rsidRDefault="00000000">
            <w:pPr>
              <w:spacing w:after="0" w:line="252" w:lineRule="auto"/>
              <w:rPr>
                <w:rFonts w:cs="Times New Roman"/>
              </w:rPr>
            </w:pPr>
            <w:r w:rsidRPr="008A20D0">
              <w:rPr>
                <w:rFonts w:cs="Times New Roman"/>
                <w:sz w:val="20"/>
              </w:rPr>
              <w:t>C-reactive protein</w:t>
            </w:r>
          </w:p>
        </w:tc>
        <w:tc>
          <w:tcPr>
            <w:tcW w:w="1296" w:type="dxa"/>
            <w:tcMar>
              <w:top w:w="60" w:type="dxa"/>
              <w:left w:w="60" w:type="dxa"/>
              <w:bottom w:w="60" w:type="dxa"/>
              <w:right w:w="60" w:type="dxa"/>
            </w:tcMar>
            <w:vAlign w:val="center"/>
          </w:tcPr>
          <w:p w14:paraId="7E468B35"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73576643"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7AFB1BD6" w14:textId="77777777" w:rsidR="00EE5F04" w:rsidRPr="008A20D0" w:rsidRDefault="00000000">
            <w:pPr>
              <w:spacing w:after="0" w:line="252" w:lineRule="auto"/>
              <w:jc w:val="center"/>
              <w:rPr>
                <w:rFonts w:cs="Times New Roman"/>
              </w:rPr>
            </w:pPr>
            <w:r w:rsidRPr="008A20D0">
              <w:rPr>
                <w:rFonts w:cs="Times New Roman"/>
                <w:sz w:val="20"/>
              </w:rPr>
              <w:t>93.3</w:t>
            </w:r>
          </w:p>
        </w:tc>
        <w:tc>
          <w:tcPr>
            <w:tcW w:w="1296" w:type="dxa"/>
            <w:tcMar>
              <w:top w:w="60" w:type="dxa"/>
              <w:left w:w="60" w:type="dxa"/>
              <w:bottom w:w="60" w:type="dxa"/>
              <w:right w:w="60" w:type="dxa"/>
            </w:tcMar>
            <w:vAlign w:val="center"/>
          </w:tcPr>
          <w:p w14:paraId="0E67D88E"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40EB8425" w14:textId="77777777" w:rsidR="00EE5F04" w:rsidRPr="008A20D0" w:rsidRDefault="00000000">
            <w:pPr>
              <w:spacing w:after="0" w:line="252" w:lineRule="auto"/>
              <w:jc w:val="center"/>
              <w:rPr>
                <w:rFonts w:cs="Times New Roman"/>
              </w:rPr>
            </w:pPr>
            <w:r w:rsidRPr="008A20D0">
              <w:rPr>
                <w:rFonts w:cs="Times New Roman"/>
                <w:sz w:val="20"/>
              </w:rPr>
              <w:t>75.0</w:t>
            </w:r>
          </w:p>
        </w:tc>
      </w:tr>
      <w:tr w:rsidR="00EE5F04" w:rsidRPr="008A20D0" w14:paraId="030479B8" w14:textId="77777777">
        <w:trPr>
          <w:cantSplit/>
          <w:jc w:val="center"/>
        </w:trPr>
        <w:tc>
          <w:tcPr>
            <w:tcW w:w="3312" w:type="dxa"/>
            <w:tcMar>
              <w:top w:w="60" w:type="dxa"/>
              <w:left w:w="60" w:type="dxa"/>
              <w:bottom w:w="60" w:type="dxa"/>
              <w:right w:w="60" w:type="dxa"/>
            </w:tcMar>
            <w:vAlign w:val="center"/>
          </w:tcPr>
          <w:p w14:paraId="024B0383" w14:textId="77777777" w:rsidR="00EE5F04" w:rsidRPr="008A20D0" w:rsidRDefault="00000000">
            <w:pPr>
              <w:spacing w:after="0" w:line="252" w:lineRule="auto"/>
              <w:rPr>
                <w:rFonts w:cs="Times New Roman"/>
              </w:rPr>
            </w:pPr>
            <w:r w:rsidRPr="008A20D0">
              <w:rPr>
                <w:rFonts w:cs="Times New Roman"/>
                <w:sz w:val="20"/>
              </w:rPr>
              <w:t>High-sensitivity C-reactive protein</w:t>
            </w:r>
          </w:p>
        </w:tc>
        <w:tc>
          <w:tcPr>
            <w:tcW w:w="1296" w:type="dxa"/>
            <w:tcMar>
              <w:top w:w="60" w:type="dxa"/>
              <w:left w:w="60" w:type="dxa"/>
              <w:bottom w:w="60" w:type="dxa"/>
              <w:right w:w="60" w:type="dxa"/>
            </w:tcMar>
            <w:vAlign w:val="center"/>
          </w:tcPr>
          <w:p w14:paraId="12D26925" w14:textId="77777777" w:rsidR="00EE5F04" w:rsidRPr="008A20D0" w:rsidRDefault="00000000">
            <w:pPr>
              <w:spacing w:after="0" w:line="252" w:lineRule="auto"/>
              <w:jc w:val="center"/>
              <w:rPr>
                <w:rFonts w:cs="Times New Roman"/>
              </w:rPr>
            </w:pPr>
            <w:r w:rsidRPr="008A20D0">
              <w:rPr>
                <w:rFonts w:cs="Times New Roman"/>
                <w:sz w:val="20"/>
              </w:rPr>
              <w:t>38.5</w:t>
            </w:r>
          </w:p>
        </w:tc>
        <w:tc>
          <w:tcPr>
            <w:tcW w:w="1296" w:type="dxa"/>
            <w:tcMar>
              <w:top w:w="60" w:type="dxa"/>
              <w:left w:w="60" w:type="dxa"/>
              <w:bottom w:w="60" w:type="dxa"/>
              <w:right w:w="60" w:type="dxa"/>
            </w:tcMar>
            <w:vAlign w:val="center"/>
          </w:tcPr>
          <w:p w14:paraId="2D187EE5" w14:textId="77777777" w:rsidR="00EE5F04" w:rsidRPr="008A20D0" w:rsidRDefault="00000000">
            <w:pPr>
              <w:spacing w:after="0" w:line="252" w:lineRule="auto"/>
              <w:jc w:val="center"/>
              <w:rPr>
                <w:rFonts w:cs="Times New Roman"/>
              </w:rPr>
            </w:pPr>
            <w:r w:rsidRPr="008A20D0">
              <w:rPr>
                <w:rFonts w:cs="Times New Roman"/>
                <w:sz w:val="20"/>
              </w:rPr>
              <w:t>46.7</w:t>
            </w:r>
          </w:p>
        </w:tc>
        <w:tc>
          <w:tcPr>
            <w:tcW w:w="1296" w:type="dxa"/>
            <w:tcMar>
              <w:top w:w="60" w:type="dxa"/>
              <w:left w:w="60" w:type="dxa"/>
              <w:bottom w:w="60" w:type="dxa"/>
              <w:right w:w="60" w:type="dxa"/>
            </w:tcMar>
            <w:vAlign w:val="center"/>
          </w:tcPr>
          <w:p w14:paraId="1FC8E87E" w14:textId="77777777" w:rsidR="00EE5F04" w:rsidRPr="008A20D0" w:rsidRDefault="00000000">
            <w:pPr>
              <w:spacing w:after="0" w:line="252" w:lineRule="auto"/>
              <w:jc w:val="center"/>
              <w:rPr>
                <w:rFonts w:cs="Times New Roman"/>
              </w:rPr>
            </w:pPr>
            <w:r w:rsidRPr="008A20D0">
              <w:rPr>
                <w:rFonts w:cs="Times New Roman"/>
                <w:sz w:val="20"/>
              </w:rPr>
              <w:t>33.3</w:t>
            </w:r>
          </w:p>
        </w:tc>
        <w:tc>
          <w:tcPr>
            <w:tcW w:w="1296" w:type="dxa"/>
            <w:tcMar>
              <w:top w:w="60" w:type="dxa"/>
              <w:left w:w="60" w:type="dxa"/>
              <w:bottom w:w="60" w:type="dxa"/>
              <w:right w:w="60" w:type="dxa"/>
            </w:tcMar>
            <w:vAlign w:val="center"/>
          </w:tcPr>
          <w:p w14:paraId="798BE051" w14:textId="77777777" w:rsidR="00EE5F04" w:rsidRPr="008A20D0" w:rsidRDefault="00000000">
            <w:pPr>
              <w:spacing w:after="0" w:line="252" w:lineRule="auto"/>
              <w:jc w:val="center"/>
              <w:rPr>
                <w:rFonts w:cs="Times New Roman"/>
              </w:rPr>
            </w:pPr>
            <w:r w:rsidRPr="008A20D0">
              <w:rPr>
                <w:rFonts w:cs="Times New Roman"/>
                <w:sz w:val="20"/>
              </w:rPr>
              <w:t>50.0</w:t>
            </w:r>
          </w:p>
        </w:tc>
        <w:tc>
          <w:tcPr>
            <w:tcW w:w="1296" w:type="dxa"/>
            <w:tcMar>
              <w:top w:w="60" w:type="dxa"/>
              <w:left w:w="60" w:type="dxa"/>
              <w:bottom w:w="60" w:type="dxa"/>
              <w:right w:w="60" w:type="dxa"/>
            </w:tcMar>
            <w:vAlign w:val="center"/>
          </w:tcPr>
          <w:p w14:paraId="06298CA0" w14:textId="77777777" w:rsidR="00EE5F04" w:rsidRPr="008A20D0" w:rsidRDefault="00000000">
            <w:pPr>
              <w:spacing w:after="0" w:line="252" w:lineRule="auto"/>
              <w:jc w:val="center"/>
              <w:rPr>
                <w:rFonts w:cs="Times New Roman"/>
              </w:rPr>
            </w:pPr>
            <w:r w:rsidRPr="008A20D0">
              <w:rPr>
                <w:rFonts w:cs="Times New Roman"/>
                <w:sz w:val="20"/>
              </w:rPr>
              <w:t>35.7</w:t>
            </w:r>
          </w:p>
        </w:tc>
      </w:tr>
      <w:tr w:rsidR="00EE5F04" w:rsidRPr="008A20D0" w14:paraId="40AD0F9F" w14:textId="77777777">
        <w:trPr>
          <w:cantSplit/>
          <w:jc w:val="center"/>
        </w:trPr>
        <w:tc>
          <w:tcPr>
            <w:tcW w:w="3312" w:type="dxa"/>
            <w:tcMar>
              <w:top w:w="60" w:type="dxa"/>
              <w:left w:w="60" w:type="dxa"/>
              <w:bottom w:w="60" w:type="dxa"/>
              <w:right w:w="60" w:type="dxa"/>
            </w:tcMar>
            <w:vAlign w:val="center"/>
          </w:tcPr>
          <w:p w14:paraId="5DBE4608" w14:textId="77777777" w:rsidR="00EE5F04" w:rsidRPr="008A20D0" w:rsidRDefault="00000000">
            <w:pPr>
              <w:spacing w:after="0" w:line="252" w:lineRule="auto"/>
              <w:rPr>
                <w:rFonts w:cs="Times New Roman"/>
              </w:rPr>
            </w:pPr>
            <w:r w:rsidRPr="008A20D0">
              <w:rPr>
                <w:rFonts w:cs="Times New Roman"/>
                <w:sz w:val="20"/>
              </w:rPr>
              <w:t>Procalcitonin</w:t>
            </w:r>
          </w:p>
        </w:tc>
        <w:tc>
          <w:tcPr>
            <w:tcW w:w="1296" w:type="dxa"/>
            <w:tcMar>
              <w:top w:w="60" w:type="dxa"/>
              <w:left w:w="60" w:type="dxa"/>
              <w:bottom w:w="60" w:type="dxa"/>
              <w:right w:w="60" w:type="dxa"/>
            </w:tcMar>
            <w:vAlign w:val="center"/>
          </w:tcPr>
          <w:p w14:paraId="679197F8"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577FE7A0" w14:textId="77777777" w:rsidR="00EE5F04" w:rsidRPr="008A20D0" w:rsidRDefault="00000000">
            <w:pPr>
              <w:spacing w:after="0" w:line="252" w:lineRule="auto"/>
              <w:jc w:val="center"/>
              <w:rPr>
                <w:rFonts w:cs="Times New Roman"/>
              </w:rPr>
            </w:pPr>
            <w:r w:rsidRPr="008A20D0">
              <w:rPr>
                <w:rFonts w:cs="Times New Roman"/>
                <w:sz w:val="20"/>
              </w:rPr>
              <w:t>86.7</w:t>
            </w:r>
          </w:p>
        </w:tc>
        <w:tc>
          <w:tcPr>
            <w:tcW w:w="1296" w:type="dxa"/>
            <w:tcMar>
              <w:top w:w="60" w:type="dxa"/>
              <w:left w:w="60" w:type="dxa"/>
              <w:bottom w:w="60" w:type="dxa"/>
              <w:right w:w="60" w:type="dxa"/>
            </w:tcMar>
            <w:vAlign w:val="center"/>
          </w:tcPr>
          <w:p w14:paraId="60E5B97E" w14:textId="77777777" w:rsidR="00EE5F04" w:rsidRPr="008A20D0" w:rsidRDefault="00000000">
            <w:pPr>
              <w:spacing w:after="0" w:line="252" w:lineRule="auto"/>
              <w:jc w:val="center"/>
              <w:rPr>
                <w:rFonts w:cs="Times New Roman"/>
              </w:rPr>
            </w:pPr>
            <w:r w:rsidRPr="008A20D0">
              <w:rPr>
                <w:rFonts w:cs="Times New Roman"/>
                <w:sz w:val="20"/>
              </w:rPr>
              <w:t>60.0</w:t>
            </w:r>
          </w:p>
        </w:tc>
        <w:tc>
          <w:tcPr>
            <w:tcW w:w="1296" w:type="dxa"/>
            <w:tcMar>
              <w:top w:w="60" w:type="dxa"/>
              <w:left w:w="60" w:type="dxa"/>
              <w:bottom w:w="60" w:type="dxa"/>
              <w:right w:w="60" w:type="dxa"/>
            </w:tcMar>
            <w:vAlign w:val="center"/>
          </w:tcPr>
          <w:p w14:paraId="680A04D7" w14:textId="77777777" w:rsidR="00EE5F04" w:rsidRPr="008A20D0" w:rsidRDefault="00000000">
            <w:pPr>
              <w:spacing w:after="0" w:line="252" w:lineRule="auto"/>
              <w:jc w:val="center"/>
              <w:rPr>
                <w:rFonts w:cs="Times New Roman"/>
              </w:rPr>
            </w:pPr>
            <w:r w:rsidRPr="008A20D0">
              <w:rPr>
                <w:rFonts w:cs="Times New Roman"/>
                <w:sz w:val="20"/>
              </w:rPr>
              <w:t>52.6</w:t>
            </w:r>
          </w:p>
        </w:tc>
        <w:tc>
          <w:tcPr>
            <w:tcW w:w="1296" w:type="dxa"/>
            <w:tcMar>
              <w:top w:w="60" w:type="dxa"/>
              <w:left w:w="60" w:type="dxa"/>
              <w:bottom w:w="60" w:type="dxa"/>
              <w:right w:w="60" w:type="dxa"/>
            </w:tcMar>
            <w:vAlign w:val="center"/>
          </w:tcPr>
          <w:p w14:paraId="6368A5CA" w14:textId="77777777" w:rsidR="00EE5F04" w:rsidRPr="008A20D0" w:rsidRDefault="00000000">
            <w:pPr>
              <w:spacing w:after="0" w:line="252" w:lineRule="auto"/>
              <w:jc w:val="center"/>
              <w:rPr>
                <w:rFonts w:cs="Times New Roman"/>
              </w:rPr>
            </w:pPr>
            <w:r w:rsidRPr="008A20D0">
              <w:rPr>
                <w:rFonts w:cs="Times New Roman"/>
                <w:sz w:val="20"/>
              </w:rPr>
              <w:t>57.1</w:t>
            </w:r>
          </w:p>
        </w:tc>
      </w:tr>
      <w:tr w:rsidR="00EE5F04" w:rsidRPr="008A20D0" w14:paraId="7526B1B2" w14:textId="77777777">
        <w:trPr>
          <w:cantSplit/>
          <w:jc w:val="center"/>
        </w:trPr>
        <w:tc>
          <w:tcPr>
            <w:tcW w:w="3312" w:type="dxa"/>
            <w:tcMar>
              <w:top w:w="60" w:type="dxa"/>
              <w:left w:w="60" w:type="dxa"/>
              <w:bottom w:w="60" w:type="dxa"/>
              <w:right w:w="60" w:type="dxa"/>
            </w:tcMar>
            <w:vAlign w:val="center"/>
          </w:tcPr>
          <w:p w14:paraId="4A3D2D6A" w14:textId="77777777" w:rsidR="00EE5F04" w:rsidRPr="008A20D0" w:rsidRDefault="00000000">
            <w:pPr>
              <w:spacing w:after="0" w:line="252" w:lineRule="auto"/>
              <w:rPr>
                <w:rFonts w:cs="Times New Roman"/>
              </w:rPr>
            </w:pPr>
            <w:r w:rsidRPr="008A20D0">
              <w:rPr>
                <w:rFonts w:cs="Times New Roman"/>
                <w:sz w:val="20"/>
              </w:rPr>
              <w:t>Albumin</w:t>
            </w:r>
          </w:p>
        </w:tc>
        <w:tc>
          <w:tcPr>
            <w:tcW w:w="1296" w:type="dxa"/>
            <w:tcMar>
              <w:top w:w="60" w:type="dxa"/>
              <w:left w:w="60" w:type="dxa"/>
              <w:bottom w:w="60" w:type="dxa"/>
              <w:right w:w="60" w:type="dxa"/>
            </w:tcMar>
            <w:vAlign w:val="center"/>
          </w:tcPr>
          <w:p w14:paraId="28040F8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ED3931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5BEC14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209BE87" w14:textId="77777777" w:rsidR="00EE5F04" w:rsidRPr="008A20D0" w:rsidRDefault="00000000">
            <w:pPr>
              <w:spacing w:after="0" w:line="252" w:lineRule="auto"/>
              <w:jc w:val="center"/>
              <w:rPr>
                <w:rFonts w:cs="Times New Roman"/>
              </w:rPr>
            </w:pPr>
            <w:r w:rsidRPr="008A20D0">
              <w:rPr>
                <w:rFonts w:cs="Times New Roman"/>
                <w:sz w:val="20"/>
              </w:rPr>
              <w:t>2.6</w:t>
            </w:r>
          </w:p>
        </w:tc>
        <w:tc>
          <w:tcPr>
            <w:tcW w:w="1296" w:type="dxa"/>
            <w:tcMar>
              <w:top w:w="60" w:type="dxa"/>
              <w:left w:w="60" w:type="dxa"/>
              <w:bottom w:w="60" w:type="dxa"/>
              <w:right w:w="60" w:type="dxa"/>
            </w:tcMar>
            <w:vAlign w:val="center"/>
          </w:tcPr>
          <w:p w14:paraId="1ADEEC94"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485780D0" w14:textId="77777777">
        <w:trPr>
          <w:cantSplit/>
          <w:jc w:val="center"/>
        </w:trPr>
        <w:tc>
          <w:tcPr>
            <w:tcW w:w="3312" w:type="dxa"/>
            <w:tcMar>
              <w:top w:w="60" w:type="dxa"/>
              <w:left w:w="60" w:type="dxa"/>
              <w:bottom w:w="60" w:type="dxa"/>
              <w:right w:w="60" w:type="dxa"/>
            </w:tcMar>
            <w:vAlign w:val="center"/>
          </w:tcPr>
          <w:p w14:paraId="687BE1E3" w14:textId="77777777" w:rsidR="00EE5F04" w:rsidRPr="008A20D0" w:rsidRDefault="00000000">
            <w:pPr>
              <w:spacing w:after="0" w:line="252" w:lineRule="auto"/>
              <w:rPr>
                <w:rFonts w:cs="Times New Roman"/>
              </w:rPr>
            </w:pPr>
            <w:r w:rsidRPr="008A20D0">
              <w:rPr>
                <w:rFonts w:cs="Times New Roman"/>
                <w:sz w:val="20"/>
              </w:rPr>
              <w:t>Prealbumin</w:t>
            </w:r>
          </w:p>
        </w:tc>
        <w:tc>
          <w:tcPr>
            <w:tcW w:w="1296" w:type="dxa"/>
            <w:tcMar>
              <w:top w:w="60" w:type="dxa"/>
              <w:left w:w="60" w:type="dxa"/>
              <w:bottom w:w="60" w:type="dxa"/>
              <w:right w:w="60" w:type="dxa"/>
            </w:tcMar>
            <w:vAlign w:val="center"/>
          </w:tcPr>
          <w:p w14:paraId="7395B4C7" w14:textId="77777777" w:rsidR="00EE5F04" w:rsidRPr="008A20D0" w:rsidRDefault="00000000">
            <w:pPr>
              <w:spacing w:after="0" w:line="252" w:lineRule="auto"/>
              <w:jc w:val="center"/>
              <w:rPr>
                <w:rFonts w:cs="Times New Roman"/>
              </w:rPr>
            </w:pPr>
            <w:r w:rsidRPr="008A20D0">
              <w:rPr>
                <w:rFonts w:cs="Times New Roman"/>
                <w:sz w:val="20"/>
              </w:rPr>
              <w:t>46.2</w:t>
            </w:r>
          </w:p>
        </w:tc>
        <w:tc>
          <w:tcPr>
            <w:tcW w:w="1296" w:type="dxa"/>
            <w:tcMar>
              <w:top w:w="60" w:type="dxa"/>
              <w:left w:w="60" w:type="dxa"/>
              <w:bottom w:w="60" w:type="dxa"/>
              <w:right w:w="60" w:type="dxa"/>
            </w:tcMar>
            <w:vAlign w:val="center"/>
          </w:tcPr>
          <w:p w14:paraId="51452509" w14:textId="77777777" w:rsidR="00EE5F04" w:rsidRPr="008A20D0" w:rsidRDefault="00000000">
            <w:pPr>
              <w:spacing w:after="0" w:line="252" w:lineRule="auto"/>
              <w:jc w:val="center"/>
              <w:rPr>
                <w:rFonts w:cs="Times New Roman"/>
              </w:rPr>
            </w:pPr>
            <w:r w:rsidRPr="008A20D0">
              <w:rPr>
                <w:rFonts w:cs="Times New Roman"/>
                <w:sz w:val="20"/>
              </w:rPr>
              <w:t>60.0</w:t>
            </w:r>
          </w:p>
        </w:tc>
        <w:tc>
          <w:tcPr>
            <w:tcW w:w="1296" w:type="dxa"/>
            <w:tcMar>
              <w:top w:w="60" w:type="dxa"/>
              <w:left w:w="60" w:type="dxa"/>
              <w:bottom w:w="60" w:type="dxa"/>
              <w:right w:w="60" w:type="dxa"/>
            </w:tcMar>
            <w:vAlign w:val="center"/>
          </w:tcPr>
          <w:p w14:paraId="64AAB617" w14:textId="77777777" w:rsidR="00EE5F04" w:rsidRPr="008A20D0" w:rsidRDefault="00000000">
            <w:pPr>
              <w:spacing w:after="0" w:line="252" w:lineRule="auto"/>
              <w:jc w:val="center"/>
              <w:rPr>
                <w:rFonts w:cs="Times New Roman"/>
              </w:rPr>
            </w:pPr>
            <w:r w:rsidRPr="008A20D0">
              <w:rPr>
                <w:rFonts w:cs="Times New Roman"/>
                <w:sz w:val="20"/>
              </w:rPr>
              <w:t>40.0</w:t>
            </w:r>
          </w:p>
        </w:tc>
        <w:tc>
          <w:tcPr>
            <w:tcW w:w="1296" w:type="dxa"/>
            <w:tcMar>
              <w:top w:w="60" w:type="dxa"/>
              <w:left w:w="60" w:type="dxa"/>
              <w:bottom w:w="60" w:type="dxa"/>
              <w:right w:w="60" w:type="dxa"/>
            </w:tcMar>
            <w:vAlign w:val="center"/>
          </w:tcPr>
          <w:p w14:paraId="041878CF" w14:textId="77777777" w:rsidR="00EE5F04" w:rsidRPr="008A20D0" w:rsidRDefault="00000000">
            <w:pPr>
              <w:spacing w:after="0" w:line="252" w:lineRule="auto"/>
              <w:jc w:val="center"/>
              <w:rPr>
                <w:rFonts w:cs="Times New Roman"/>
              </w:rPr>
            </w:pPr>
            <w:r w:rsidRPr="008A20D0">
              <w:rPr>
                <w:rFonts w:cs="Times New Roman"/>
                <w:sz w:val="20"/>
              </w:rPr>
              <w:t>57.9</w:t>
            </w:r>
          </w:p>
        </w:tc>
        <w:tc>
          <w:tcPr>
            <w:tcW w:w="1296" w:type="dxa"/>
            <w:tcMar>
              <w:top w:w="60" w:type="dxa"/>
              <w:left w:w="60" w:type="dxa"/>
              <w:bottom w:w="60" w:type="dxa"/>
              <w:right w:w="60" w:type="dxa"/>
            </w:tcMar>
            <w:vAlign w:val="center"/>
          </w:tcPr>
          <w:p w14:paraId="39DF589E" w14:textId="77777777" w:rsidR="00EE5F04" w:rsidRPr="008A20D0" w:rsidRDefault="00000000">
            <w:pPr>
              <w:spacing w:after="0" w:line="252" w:lineRule="auto"/>
              <w:jc w:val="center"/>
              <w:rPr>
                <w:rFonts w:cs="Times New Roman"/>
              </w:rPr>
            </w:pPr>
            <w:r w:rsidRPr="008A20D0">
              <w:rPr>
                <w:rFonts w:cs="Times New Roman"/>
                <w:sz w:val="20"/>
              </w:rPr>
              <w:t>42.9</w:t>
            </w:r>
          </w:p>
        </w:tc>
      </w:tr>
      <w:tr w:rsidR="00EE5F04" w:rsidRPr="008A20D0" w14:paraId="552A9FCC" w14:textId="77777777">
        <w:trPr>
          <w:cantSplit/>
          <w:jc w:val="center"/>
        </w:trPr>
        <w:tc>
          <w:tcPr>
            <w:tcW w:w="3312" w:type="dxa"/>
            <w:tcMar>
              <w:top w:w="60" w:type="dxa"/>
              <w:left w:w="60" w:type="dxa"/>
              <w:bottom w:w="60" w:type="dxa"/>
              <w:right w:w="60" w:type="dxa"/>
            </w:tcMar>
            <w:vAlign w:val="center"/>
          </w:tcPr>
          <w:p w14:paraId="5FF5761D" w14:textId="77777777" w:rsidR="00EE5F04" w:rsidRPr="008A20D0" w:rsidRDefault="00000000">
            <w:pPr>
              <w:spacing w:after="0" w:line="252" w:lineRule="auto"/>
              <w:rPr>
                <w:rFonts w:cs="Times New Roman"/>
              </w:rPr>
            </w:pPr>
            <w:r w:rsidRPr="008A20D0">
              <w:rPr>
                <w:rFonts w:cs="Times New Roman"/>
                <w:sz w:val="20"/>
              </w:rPr>
              <w:t>Total protein</w:t>
            </w:r>
          </w:p>
        </w:tc>
        <w:tc>
          <w:tcPr>
            <w:tcW w:w="1296" w:type="dxa"/>
            <w:tcMar>
              <w:top w:w="60" w:type="dxa"/>
              <w:left w:w="60" w:type="dxa"/>
              <w:bottom w:w="60" w:type="dxa"/>
              <w:right w:w="60" w:type="dxa"/>
            </w:tcMar>
            <w:vAlign w:val="center"/>
          </w:tcPr>
          <w:p w14:paraId="66C12C7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BD3F40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D46654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0A70984" w14:textId="77777777" w:rsidR="00EE5F04" w:rsidRPr="008A20D0" w:rsidRDefault="00000000">
            <w:pPr>
              <w:spacing w:after="0" w:line="252" w:lineRule="auto"/>
              <w:jc w:val="center"/>
              <w:rPr>
                <w:rFonts w:cs="Times New Roman"/>
              </w:rPr>
            </w:pPr>
            <w:r w:rsidRPr="008A20D0">
              <w:rPr>
                <w:rFonts w:cs="Times New Roman"/>
                <w:sz w:val="20"/>
              </w:rPr>
              <w:t>2.6</w:t>
            </w:r>
          </w:p>
        </w:tc>
        <w:tc>
          <w:tcPr>
            <w:tcW w:w="1296" w:type="dxa"/>
            <w:tcMar>
              <w:top w:w="60" w:type="dxa"/>
              <w:left w:w="60" w:type="dxa"/>
              <w:bottom w:w="60" w:type="dxa"/>
              <w:right w:w="60" w:type="dxa"/>
            </w:tcMar>
            <w:vAlign w:val="center"/>
          </w:tcPr>
          <w:p w14:paraId="2324C873"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1A54BC3B" w14:textId="77777777">
        <w:trPr>
          <w:cantSplit/>
          <w:jc w:val="center"/>
        </w:trPr>
        <w:tc>
          <w:tcPr>
            <w:tcW w:w="3312" w:type="dxa"/>
            <w:tcMar>
              <w:top w:w="60" w:type="dxa"/>
              <w:left w:w="60" w:type="dxa"/>
              <w:bottom w:w="60" w:type="dxa"/>
              <w:right w:w="60" w:type="dxa"/>
            </w:tcMar>
            <w:vAlign w:val="center"/>
          </w:tcPr>
          <w:p w14:paraId="5F41270B" w14:textId="77777777" w:rsidR="00EE5F04" w:rsidRPr="008A20D0" w:rsidRDefault="00000000">
            <w:pPr>
              <w:spacing w:after="0" w:line="252" w:lineRule="auto"/>
              <w:rPr>
                <w:rFonts w:cs="Times New Roman"/>
              </w:rPr>
            </w:pPr>
            <w:r w:rsidRPr="008A20D0">
              <w:rPr>
                <w:rFonts w:cs="Times New Roman"/>
                <w:sz w:val="20"/>
              </w:rPr>
              <w:t>Total bilirubin</w:t>
            </w:r>
          </w:p>
        </w:tc>
        <w:tc>
          <w:tcPr>
            <w:tcW w:w="1296" w:type="dxa"/>
            <w:tcMar>
              <w:top w:w="60" w:type="dxa"/>
              <w:left w:w="60" w:type="dxa"/>
              <w:bottom w:w="60" w:type="dxa"/>
              <w:right w:w="60" w:type="dxa"/>
            </w:tcMar>
            <w:vAlign w:val="center"/>
          </w:tcPr>
          <w:p w14:paraId="6183AF8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3F2BD4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253BC0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1607E8E" w14:textId="77777777" w:rsidR="00EE5F04" w:rsidRPr="008A20D0" w:rsidRDefault="00000000">
            <w:pPr>
              <w:spacing w:after="0" w:line="252" w:lineRule="auto"/>
              <w:jc w:val="center"/>
              <w:rPr>
                <w:rFonts w:cs="Times New Roman"/>
              </w:rPr>
            </w:pPr>
            <w:r w:rsidRPr="008A20D0">
              <w:rPr>
                <w:rFonts w:cs="Times New Roman"/>
                <w:sz w:val="20"/>
              </w:rPr>
              <w:t>2.6</w:t>
            </w:r>
          </w:p>
        </w:tc>
        <w:tc>
          <w:tcPr>
            <w:tcW w:w="1296" w:type="dxa"/>
            <w:tcMar>
              <w:top w:w="60" w:type="dxa"/>
              <w:left w:w="60" w:type="dxa"/>
              <w:bottom w:w="60" w:type="dxa"/>
              <w:right w:w="60" w:type="dxa"/>
            </w:tcMar>
            <w:vAlign w:val="center"/>
          </w:tcPr>
          <w:p w14:paraId="2DE3E1A8"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6997298A" w14:textId="77777777">
        <w:trPr>
          <w:cantSplit/>
          <w:jc w:val="center"/>
        </w:trPr>
        <w:tc>
          <w:tcPr>
            <w:tcW w:w="3312" w:type="dxa"/>
            <w:tcMar>
              <w:top w:w="60" w:type="dxa"/>
              <w:left w:w="60" w:type="dxa"/>
              <w:bottom w:w="60" w:type="dxa"/>
              <w:right w:w="60" w:type="dxa"/>
            </w:tcMar>
            <w:vAlign w:val="center"/>
          </w:tcPr>
          <w:p w14:paraId="3FC5E0E0" w14:textId="77777777" w:rsidR="00EE5F04" w:rsidRPr="008A20D0" w:rsidRDefault="00000000">
            <w:pPr>
              <w:spacing w:after="0" w:line="252" w:lineRule="auto"/>
              <w:rPr>
                <w:rFonts w:cs="Times New Roman"/>
              </w:rPr>
            </w:pPr>
            <w:r w:rsidRPr="008A20D0">
              <w:rPr>
                <w:rFonts w:cs="Times New Roman"/>
                <w:sz w:val="20"/>
              </w:rPr>
              <w:t>Direct bilirubin</w:t>
            </w:r>
          </w:p>
        </w:tc>
        <w:tc>
          <w:tcPr>
            <w:tcW w:w="1296" w:type="dxa"/>
            <w:tcMar>
              <w:top w:w="60" w:type="dxa"/>
              <w:left w:w="60" w:type="dxa"/>
              <w:bottom w:w="60" w:type="dxa"/>
              <w:right w:w="60" w:type="dxa"/>
            </w:tcMar>
            <w:vAlign w:val="center"/>
          </w:tcPr>
          <w:p w14:paraId="2550C91E" w14:textId="77777777" w:rsidR="00EE5F04" w:rsidRPr="008A20D0" w:rsidRDefault="00000000">
            <w:pPr>
              <w:spacing w:after="0" w:line="252" w:lineRule="auto"/>
              <w:jc w:val="center"/>
              <w:rPr>
                <w:rFonts w:cs="Times New Roman"/>
              </w:rPr>
            </w:pPr>
            <w:r w:rsidRPr="008A20D0">
              <w:rPr>
                <w:rFonts w:cs="Times New Roman"/>
                <w:sz w:val="20"/>
              </w:rPr>
              <w:t>7.7</w:t>
            </w:r>
          </w:p>
        </w:tc>
        <w:tc>
          <w:tcPr>
            <w:tcW w:w="1296" w:type="dxa"/>
            <w:tcMar>
              <w:top w:w="60" w:type="dxa"/>
              <w:left w:w="60" w:type="dxa"/>
              <w:bottom w:w="60" w:type="dxa"/>
              <w:right w:w="60" w:type="dxa"/>
            </w:tcMar>
            <w:vAlign w:val="center"/>
          </w:tcPr>
          <w:p w14:paraId="27405246" w14:textId="77777777" w:rsidR="00EE5F04" w:rsidRPr="008A20D0" w:rsidRDefault="00000000">
            <w:pPr>
              <w:spacing w:after="0" w:line="252" w:lineRule="auto"/>
              <w:jc w:val="center"/>
              <w:rPr>
                <w:rFonts w:cs="Times New Roman"/>
              </w:rPr>
            </w:pPr>
            <w:r w:rsidRPr="008A20D0">
              <w:rPr>
                <w:rFonts w:cs="Times New Roman"/>
                <w:sz w:val="20"/>
              </w:rPr>
              <w:t>20.0</w:t>
            </w:r>
          </w:p>
        </w:tc>
        <w:tc>
          <w:tcPr>
            <w:tcW w:w="1296" w:type="dxa"/>
            <w:tcMar>
              <w:top w:w="60" w:type="dxa"/>
              <w:left w:w="60" w:type="dxa"/>
              <w:bottom w:w="60" w:type="dxa"/>
              <w:right w:w="60" w:type="dxa"/>
            </w:tcMar>
            <w:vAlign w:val="center"/>
          </w:tcPr>
          <w:p w14:paraId="69A1211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58065FF" w14:textId="77777777" w:rsidR="00EE5F04" w:rsidRPr="008A20D0" w:rsidRDefault="00000000">
            <w:pPr>
              <w:spacing w:after="0" w:line="252" w:lineRule="auto"/>
              <w:jc w:val="center"/>
              <w:rPr>
                <w:rFonts w:cs="Times New Roman"/>
              </w:rPr>
            </w:pPr>
            <w:r w:rsidRPr="008A20D0">
              <w:rPr>
                <w:rFonts w:cs="Times New Roman"/>
                <w:sz w:val="20"/>
              </w:rPr>
              <w:t>10.5</w:t>
            </w:r>
          </w:p>
        </w:tc>
        <w:tc>
          <w:tcPr>
            <w:tcW w:w="1296" w:type="dxa"/>
            <w:tcMar>
              <w:top w:w="60" w:type="dxa"/>
              <w:left w:w="60" w:type="dxa"/>
              <w:bottom w:w="60" w:type="dxa"/>
              <w:right w:w="60" w:type="dxa"/>
            </w:tcMar>
            <w:vAlign w:val="center"/>
          </w:tcPr>
          <w:p w14:paraId="09D5C946" w14:textId="77777777" w:rsidR="00EE5F04" w:rsidRPr="008A20D0" w:rsidRDefault="00000000">
            <w:pPr>
              <w:spacing w:after="0" w:line="252" w:lineRule="auto"/>
              <w:jc w:val="center"/>
              <w:rPr>
                <w:rFonts w:cs="Times New Roman"/>
              </w:rPr>
            </w:pPr>
            <w:r w:rsidRPr="008A20D0">
              <w:rPr>
                <w:rFonts w:cs="Times New Roman"/>
                <w:sz w:val="20"/>
              </w:rPr>
              <w:t>14.3</w:t>
            </w:r>
          </w:p>
        </w:tc>
      </w:tr>
      <w:tr w:rsidR="00EE5F04" w:rsidRPr="008A20D0" w14:paraId="67DFBD1F" w14:textId="77777777">
        <w:trPr>
          <w:cantSplit/>
          <w:jc w:val="center"/>
        </w:trPr>
        <w:tc>
          <w:tcPr>
            <w:tcW w:w="3312" w:type="dxa"/>
            <w:tcMar>
              <w:top w:w="60" w:type="dxa"/>
              <w:left w:w="60" w:type="dxa"/>
              <w:bottom w:w="60" w:type="dxa"/>
              <w:right w:w="60" w:type="dxa"/>
            </w:tcMar>
            <w:vAlign w:val="center"/>
          </w:tcPr>
          <w:p w14:paraId="67218C4A" w14:textId="77777777" w:rsidR="00EE5F04" w:rsidRPr="008A20D0" w:rsidRDefault="00000000">
            <w:pPr>
              <w:spacing w:after="0" w:line="252" w:lineRule="auto"/>
              <w:rPr>
                <w:rFonts w:cs="Times New Roman"/>
              </w:rPr>
            </w:pPr>
            <w:r w:rsidRPr="008A20D0">
              <w:rPr>
                <w:rFonts w:cs="Times New Roman"/>
                <w:sz w:val="20"/>
              </w:rPr>
              <w:t>Indirect bilirubin</w:t>
            </w:r>
          </w:p>
        </w:tc>
        <w:tc>
          <w:tcPr>
            <w:tcW w:w="1296" w:type="dxa"/>
            <w:tcMar>
              <w:top w:w="60" w:type="dxa"/>
              <w:left w:w="60" w:type="dxa"/>
              <w:bottom w:w="60" w:type="dxa"/>
              <w:right w:w="60" w:type="dxa"/>
            </w:tcMar>
            <w:vAlign w:val="center"/>
          </w:tcPr>
          <w:p w14:paraId="0D0FE813" w14:textId="77777777" w:rsidR="00EE5F04" w:rsidRPr="008A20D0" w:rsidRDefault="00000000">
            <w:pPr>
              <w:spacing w:after="0" w:line="252" w:lineRule="auto"/>
              <w:jc w:val="center"/>
              <w:rPr>
                <w:rFonts w:cs="Times New Roman"/>
              </w:rPr>
            </w:pPr>
            <w:r w:rsidRPr="008A20D0">
              <w:rPr>
                <w:rFonts w:cs="Times New Roman"/>
                <w:sz w:val="20"/>
              </w:rPr>
              <w:t>7.7</w:t>
            </w:r>
          </w:p>
        </w:tc>
        <w:tc>
          <w:tcPr>
            <w:tcW w:w="1296" w:type="dxa"/>
            <w:tcMar>
              <w:top w:w="60" w:type="dxa"/>
              <w:left w:w="60" w:type="dxa"/>
              <w:bottom w:w="60" w:type="dxa"/>
              <w:right w:w="60" w:type="dxa"/>
            </w:tcMar>
            <w:vAlign w:val="center"/>
          </w:tcPr>
          <w:p w14:paraId="3646D7AD" w14:textId="77777777" w:rsidR="00EE5F04" w:rsidRPr="008A20D0" w:rsidRDefault="00000000">
            <w:pPr>
              <w:spacing w:after="0" w:line="252" w:lineRule="auto"/>
              <w:jc w:val="center"/>
              <w:rPr>
                <w:rFonts w:cs="Times New Roman"/>
              </w:rPr>
            </w:pPr>
            <w:r w:rsidRPr="008A20D0">
              <w:rPr>
                <w:rFonts w:cs="Times New Roman"/>
                <w:sz w:val="20"/>
              </w:rPr>
              <w:t>23.3</w:t>
            </w:r>
          </w:p>
        </w:tc>
        <w:tc>
          <w:tcPr>
            <w:tcW w:w="1296" w:type="dxa"/>
            <w:tcMar>
              <w:top w:w="60" w:type="dxa"/>
              <w:left w:w="60" w:type="dxa"/>
              <w:bottom w:w="60" w:type="dxa"/>
              <w:right w:w="60" w:type="dxa"/>
            </w:tcMar>
            <w:vAlign w:val="center"/>
          </w:tcPr>
          <w:p w14:paraId="56CCD93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BB61D3A" w14:textId="77777777" w:rsidR="00EE5F04" w:rsidRPr="008A20D0" w:rsidRDefault="00000000">
            <w:pPr>
              <w:spacing w:after="0" w:line="252" w:lineRule="auto"/>
              <w:jc w:val="center"/>
              <w:rPr>
                <w:rFonts w:cs="Times New Roman"/>
              </w:rPr>
            </w:pPr>
            <w:r w:rsidRPr="008A20D0">
              <w:rPr>
                <w:rFonts w:cs="Times New Roman"/>
                <w:sz w:val="20"/>
              </w:rPr>
              <w:t>18.4</w:t>
            </w:r>
          </w:p>
        </w:tc>
        <w:tc>
          <w:tcPr>
            <w:tcW w:w="1296" w:type="dxa"/>
            <w:tcMar>
              <w:top w:w="60" w:type="dxa"/>
              <w:left w:w="60" w:type="dxa"/>
              <w:bottom w:w="60" w:type="dxa"/>
              <w:right w:w="60" w:type="dxa"/>
            </w:tcMar>
            <w:vAlign w:val="center"/>
          </w:tcPr>
          <w:p w14:paraId="648BF26A" w14:textId="77777777" w:rsidR="00EE5F04" w:rsidRPr="008A20D0" w:rsidRDefault="00000000">
            <w:pPr>
              <w:spacing w:after="0" w:line="252" w:lineRule="auto"/>
              <w:jc w:val="center"/>
              <w:rPr>
                <w:rFonts w:cs="Times New Roman"/>
              </w:rPr>
            </w:pPr>
            <w:r w:rsidRPr="008A20D0">
              <w:rPr>
                <w:rFonts w:cs="Times New Roman"/>
                <w:sz w:val="20"/>
              </w:rPr>
              <w:t>42.9</w:t>
            </w:r>
          </w:p>
        </w:tc>
      </w:tr>
      <w:tr w:rsidR="00EE5F04" w:rsidRPr="008A20D0" w14:paraId="73BBA254" w14:textId="77777777">
        <w:trPr>
          <w:cantSplit/>
          <w:jc w:val="center"/>
        </w:trPr>
        <w:tc>
          <w:tcPr>
            <w:tcW w:w="3312" w:type="dxa"/>
            <w:tcMar>
              <w:top w:w="60" w:type="dxa"/>
              <w:left w:w="60" w:type="dxa"/>
              <w:bottom w:w="60" w:type="dxa"/>
              <w:right w:w="60" w:type="dxa"/>
            </w:tcMar>
            <w:vAlign w:val="center"/>
          </w:tcPr>
          <w:p w14:paraId="0D674EB1" w14:textId="77777777" w:rsidR="00EE5F04" w:rsidRPr="008A20D0" w:rsidRDefault="00000000">
            <w:pPr>
              <w:spacing w:after="0" w:line="252" w:lineRule="auto"/>
              <w:rPr>
                <w:rFonts w:cs="Times New Roman"/>
              </w:rPr>
            </w:pPr>
            <w:r w:rsidRPr="008A20D0">
              <w:rPr>
                <w:rFonts w:cs="Times New Roman"/>
                <w:sz w:val="20"/>
              </w:rPr>
              <w:t>Alanine aminotransferase</w:t>
            </w:r>
          </w:p>
        </w:tc>
        <w:tc>
          <w:tcPr>
            <w:tcW w:w="1296" w:type="dxa"/>
            <w:tcMar>
              <w:top w:w="60" w:type="dxa"/>
              <w:left w:w="60" w:type="dxa"/>
              <w:bottom w:w="60" w:type="dxa"/>
              <w:right w:w="60" w:type="dxa"/>
            </w:tcMar>
            <w:vAlign w:val="center"/>
          </w:tcPr>
          <w:p w14:paraId="4F429C8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97B40F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878AC8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87FC4F4" w14:textId="77777777" w:rsidR="00EE5F04" w:rsidRPr="008A20D0" w:rsidRDefault="00000000">
            <w:pPr>
              <w:spacing w:after="0" w:line="252" w:lineRule="auto"/>
              <w:jc w:val="center"/>
              <w:rPr>
                <w:rFonts w:cs="Times New Roman"/>
              </w:rPr>
            </w:pPr>
            <w:r w:rsidRPr="008A20D0">
              <w:rPr>
                <w:rFonts w:cs="Times New Roman"/>
                <w:sz w:val="20"/>
              </w:rPr>
              <w:t>2.6</w:t>
            </w:r>
          </w:p>
        </w:tc>
        <w:tc>
          <w:tcPr>
            <w:tcW w:w="1296" w:type="dxa"/>
            <w:tcMar>
              <w:top w:w="60" w:type="dxa"/>
              <w:left w:w="60" w:type="dxa"/>
              <w:bottom w:w="60" w:type="dxa"/>
              <w:right w:w="60" w:type="dxa"/>
            </w:tcMar>
            <w:vAlign w:val="center"/>
          </w:tcPr>
          <w:p w14:paraId="08B3C5E5"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42FECB46" w14:textId="77777777">
        <w:trPr>
          <w:cantSplit/>
          <w:jc w:val="center"/>
        </w:trPr>
        <w:tc>
          <w:tcPr>
            <w:tcW w:w="3312" w:type="dxa"/>
            <w:tcMar>
              <w:top w:w="60" w:type="dxa"/>
              <w:left w:w="60" w:type="dxa"/>
              <w:bottom w:w="60" w:type="dxa"/>
              <w:right w:w="60" w:type="dxa"/>
            </w:tcMar>
            <w:vAlign w:val="center"/>
          </w:tcPr>
          <w:p w14:paraId="004F5CF1" w14:textId="77777777" w:rsidR="00EE5F04" w:rsidRPr="008A20D0" w:rsidRDefault="00000000">
            <w:pPr>
              <w:spacing w:after="0" w:line="252" w:lineRule="auto"/>
              <w:rPr>
                <w:rFonts w:cs="Times New Roman"/>
              </w:rPr>
            </w:pPr>
            <w:r w:rsidRPr="008A20D0">
              <w:rPr>
                <w:rFonts w:cs="Times New Roman"/>
                <w:sz w:val="20"/>
              </w:rPr>
              <w:t>Aspartate aminotransferase</w:t>
            </w:r>
          </w:p>
        </w:tc>
        <w:tc>
          <w:tcPr>
            <w:tcW w:w="1296" w:type="dxa"/>
            <w:tcMar>
              <w:top w:w="60" w:type="dxa"/>
              <w:left w:w="60" w:type="dxa"/>
              <w:bottom w:w="60" w:type="dxa"/>
              <w:right w:w="60" w:type="dxa"/>
            </w:tcMar>
            <w:vAlign w:val="center"/>
          </w:tcPr>
          <w:p w14:paraId="7FAD36B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319921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705F1F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A1F7AE0" w14:textId="77777777" w:rsidR="00EE5F04" w:rsidRPr="008A20D0" w:rsidRDefault="00000000">
            <w:pPr>
              <w:spacing w:after="0" w:line="252" w:lineRule="auto"/>
              <w:jc w:val="center"/>
              <w:rPr>
                <w:rFonts w:cs="Times New Roman"/>
              </w:rPr>
            </w:pPr>
            <w:r w:rsidRPr="008A20D0">
              <w:rPr>
                <w:rFonts w:cs="Times New Roman"/>
                <w:sz w:val="20"/>
              </w:rPr>
              <w:t>2.6</w:t>
            </w:r>
          </w:p>
        </w:tc>
        <w:tc>
          <w:tcPr>
            <w:tcW w:w="1296" w:type="dxa"/>
            <w:tcMar>
              <w:top w:w="60" w:type="dxa"/>
              <w:left w:w="60" w:type="dxa"/>
              <w:bottom w:w="60" w:type="dxa"/>
              <w:right w:w="60" w:type="dxa"/>
            </w:tcMar>
            <w:vAlign w:val="center"/>
          </w:tcPr>
          <w:p w14:paraId="64B9B26C"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3B5EE921" w14:textId="77777777">
        <w:trPr>
          <w:cantSplit/>
          <w:jc w:val="center"/>
        </w:trPr>
        <w:tc>
          <w:tcPr>
            <w:tcW w:w="3312" w:type="dxa"/>
            <w:tcMar>
              <w:top w:w="60" w:type="dxa"/>
              <w:left w:w="60" w:type="dxa"/>
              <w:bottom w:w="60" w:type="dxa"/>
              <w:right w:w="60" w:type="dxa"/>
            </w:tcMar>
            <w:vAlign w:val="center"/>
          </w:tcPr>
          <w:p w14:paraId="43C927CD" w14:textId="77777777" w:rsidR="00EE5F04" w:rsidRPr="008A20D0" w:rsidRDefault="00000000">
            <w:pPr>
              <w:spacing w:after="0" w:line="252" w:lineRule="auto"/>
              <w:rPr>
                <w:rFonts w:cs="Times New Roman"/>
              </w:rPr>
            </w:pPr>
            <w:r w:rsidRPr="008A20D0">
              <w:rPr>
                <w:rFonts w:cs="Times New Roman"/>
                <w:sz w:val="20"/>
              </w:rPr>
              <w:t>Alkaline phosphatase</w:t>
            </w:r>
          </w:p>
        </w:tc>
        <w:tc>
          <w:tcPr>
            <w:tcW w:w="1296" w:type="dxa"/>
            <w:tcMar>
              <w:top w:w="60" w:type="dxa"/>
              <w:left w:w="60" w:type="dxa"/>
              <w:bottom w:w="60" w:type="dxa"/>
              <w:right w:w="60" w:type="dxa"/>
            </w:tcMar>
            <w:vAlign w:val="center"/>
          </w:tcPr>
          <w:p w14:paraId="1708C87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6FFC47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D20E26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19A1C60" w14:textId="77777777" w:rsidR="00EE5F04" w:rsidRPr="008A20D0" w:rsidRDefault="00000000">
            <w:pPr>
              <w:spacing w:after="0" w:line="252" w:lineRule="auto"/>
              <w:jc w:val="center"/>
              <w:rPr>
                <w:rFonts w:cs="Times New Roman"/>
              </w:rPr>
            </w:pPr>
            <w:r w:rsidRPr="008A20D0">
              <w:rPr>
                <w:rFonts w:cs="Times New Roman"/>
                <w:sz w:val="20"/>
              </w:rPr>
              <w:t>2.6</w:t>
            </w:r>
          </w:p>
        </w:tc>
        <w:tc>
          <w:tcPr>
            <w:tcW w:w="1296" w:type="dxa"/>
            <w:tcMar>
              <w:top w:w="60" w:type="dxa"/>
              <w:left w:w="60" w:type="dxa"/>
              <w:bottom w:w="60" w:type="dxa"/>
              <w:right w:w="60" w:type="dxa"/>
            </w:tcMar>
            <w:vAlign w:val="center"/>
          </w:tcPr>
          <w:p w14:paraId="203F66FE"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04D5ABEF" w14:textId="77777777">
        <w:trPr>
          <w:cantSplit/>
          <w:jc w:val="center"/>
        </w:trPr>
        <w:tc>
          <w:tcPr>
            <w:tcW w:w="3312" w:type="dxa"/>
            <w:tcMar>
              <w:top w:w="60" w:type="dxa"/>
              <w:left w:w="60" w:type="dxa"/>
              <w:bottom w:w="60" w:type="dxa"/>
              <w:right w:w="60" w:type="dxa"/>
            </w:tcMar>
            <w:vAlign w:val="center"/>
          </w:tcPr>
          <w:p w14:paraId="43225C13" w14:textId="77777777" w:rsidR="00EE5F04" w:rsidRPr="008A20D0" w:rsidRDefault="00000000">
            <w:pPr>
              <w:spacing w:after="0" w:line="252" w:lineRule="auto"/>
              <w:rPr>
                <w:rFonts w:cs="Times New Roman"/>
              </w:rPr>
            </w:pPr>
            <w:r w:rsidRPr="008A20D0">
              <w:rPr>
                <w:rFonts w:cs="Times New Roman"/>
                <w:sz w:val="20"/>
              </w:rPr>
              <w:t>Gamma-glutamyl transferase</w:t>
            </w:r>
          </w:p>
        </w:tc>
        <w:tc>
          <w:tcPr>
            <w:tcW w:w="1296" w:type="dxa"/>
            <w:tcMar>
              <w:top w:w="60" w:type="dxa"/>
              <w:left w:w="60" w:type="dxa"/>
              <w:bottom w:w="60" w:type="dxa"/>
              <w:right w:w="60" w:type="dxa"/>
            </w:tcMar>
            <w:vAlign w:val="center"/>
          </w:tcPr>
          <w:p w14:paraId="18330A8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927139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B28479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34EAEA5" w14:textId="77777777" w:rsidR="00EE5F04" w:rsidRPr="008A20D0" w:rsidRDefault="00000000">
            <w:pPr>
              <w:spacing w:after="0" w:line="252" w:lineRule="auto"/>
              <w:jc w:val="center"/>
              <w:rPr>
                <w:rFonts w:cs="Times New Roman"/>
              </w:rPr>
            </w:pPr>
            <w:r w:rsidRPr="008A20D0">
              <w:rPr>
                <w:rFonts w:cs="Times New Roman"/>
                <w:sz w:val="20"/>
              </w:rPr>
              <w:t>2.6</w:t>
            </w:r>
          </w:p>
        </w:tc>
        <w:tc>
          <w:tcPr>
            <w:tcW w:w="1296" w:type="dxa"/>
            <w:tcMar>
              <w:top w:w="60" w:type="dxa"/>
              <w:left w:w="60" w:type="dxa"/>
              <w:bottom w:w="60" w:type="dxa"/>
              <w:right w:w="60" w:type="dxa"/>
            </w:tcMar>
            <w:vAlign w:val="center"/>
          </w:tcPr>
          <w:p w14:paraId="7C8E9421"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0DC7C368" w14:textId="77777777">
        <w:trPr>
          <w:cantSplit/>
          <w:jc w:val="center"/>
        </w:trPr>
        <w:tc>
          <w:tcPr>
            <w:tcW w:w="3312" w:type="dxa"/>
            <w:tcMar>
              <w:top w:w="60" w:type="dxa"/>
              <w:left w:w="60" w:type="dxa"/>
              <w:bottom w:w="60" w:type="dxa"/>
              <w:right w:w="60" w:type="dxa"/>
            </w:tcMar>
            <w:vAlign w:val="center"/>
          </w:tcPr>
          <w:p w14:paraId="14319045" w14:textId="77777777" w:rsidR="00EE5F04" w:rsidRPr="008A20D0" w:rsidRDefault="00000000">
            <w:pPr>
              <w:spacing w:after="0" w:line="252" w:lineRule="auto"/>
              <w:rPr>
                <w:rFonts w:cs="Times New Roman"/>
              </w:rPr>
            </w:pPr>
            <w:r w:rsidRPr="008A20D0">
              <w:rPr>
                <w:rFonts w:cs="Times New Roman"/>
                <w:sz w:val="20"/>
              </w:rPr>
              <w:t>Total bile acids</w:t>
            </w:r>
          </w:p>
        </w:tc>
        <w:tc>
          <w:tcPr>
            <w:tcW w:w="1296" w:type="dxa"/>
            <w:tcMar>
              <w:top w:w="60" w:type="dxa"/>
              <w:left w:w="60" w:type="dxa"/>
              <w:bottom w:w="60" w:type="dxa"/>
              <w:right w:w="60" w:type="dxa"/>
            </w:tcMar>
            <w:vAlign w:val="center"/>
          </w:tcPr>
          <w:p w14:paraId="4C78737E" w14:textId="77777777" w:rsidR="00EE5F04" w:rsidRPr="008A20D0" w:rsidRDefault="00000000">
            <w:pPr>
              <w:spacing w:after="0" w:line="252" w:lineRule="auto"/>
              <w:jc w:val="center"/>
              <w:rPr>
                <w:rFonts w:cs="Times New Roman"/>
              </w:rPr>
            </w:pPr>
            <w:r w:rsidRPr="008A20D0">
              <w:rPr>
                <w:rFonts w:cs="Times New Roman"/>
                <w:sz w:val="20"/>
              </w:rPr>
              <w:t>7.7</w:t>
            </w:r>
          </w:p>
        </w:tc>
        <w:tc>
          <w:tcPr>
            <w:tcW w:w="1296" w:type="dxa"/>
            <w:tcMar>
              <w:top w:w="60" w:type="dxa"/>
              <w:left w:w="60" w:type="dxa"/>
              <w:bottom w:w="60" w:type="dxa"/>
              <w:right w:w="60" w:type="dxa"/>
            </w:tcMar>
            <w:vAlign w:val="center"/>
          </w:tcPr>
          <w:p w14:paraId="43F38D1A" w14:textId="77777777" w:rsidR="00EE5F04" w:rsidRPr="008A20D0" w:rsidRDefault="00000000">
            <w:pPr>
              <w:spacing w:after="0" w:line="252" w:lineRule="auto"/>
              <w:jc w:val="center"/>
              <w:rPr>
                <w:rFonts w:cs="Times New Roman"/>
              </w:rPr>
            </w:pPr>
            <w:r w:rsidRPr="008A20D0">
              <w:rPr>
                <w:rFonts w:cs="Times New Roman"/>
                <w:sz w:val="20"/>
              </w:rPr>
              <w:t>23.3</w:t>
            </w:r>
          </w:p>
        </w:tc>
        <w:tc>
          <w:tcPr>
            <w:tcW w:w="1296" w:type="dxa"/>
            <w:tcMar>
              <w:top w:w="60" w:type="dxa"/>
              <w:left w:w="60" w:type="dxa"/>
              <w:bottom w:w="60" w:type="dxa"/>
              <w:right w:w="60" w:type="dxa"/>
            </w:tcMar>
            <w:vAlign w:val="center"/>
          </w:tcPr>
          <w:p w14:paraId="7179009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A18EBD6" w14:textId="77777777" w:rsidR="00EE5F04" w:rsidRPr="008A20D0" w:rsidRDefault="00000000">
            <w:pPr>
              <w:spacing w:after="0" w:line="252" w:lineRule="auto"/>
              <w:jc w:val="center"/>
              <w:rPr>
                <w:rFonts w:cs="Times New Roman"/>
              </w:rPr>
            </w:pPr>
            <w:r w:rsidRPr="008A20D0">
              <w:rPr>
                <w:rFonts w:cs="Times New Roman"/>
                <w:sz w:val="20"/>
              </w:rPr>
              <w:t>18.4</w:t>
            </w:r>
          </w:p>
        </w:tc>
        <w:tc>
          <w:tcPr>
            <w:tcW w:w="1296" w:type="dxa"/>
            <w:tcMar>
              <w:top w:w="60" w:type="dxa"/>
              <w:left w:w="60" w:type="dxa"/>
              <w:bottom w:w="60" w:type="dxa"/>
              <w:right w:w="60" w:type="dxa"/>
            </w:tcMar>
            <w:vAlign w:val="center"/>
          </w:tcPr>
          <w:p w14:paraId="391C4D21" w14:textId="77777777" w:rsidR="00EE5F04" w:rsidRPr="008A20D0" w:rsidRDefault="00000000">
            <w:pPr>
              <w:spacing w:after="0" w:line="252" w:lineRule="auto"/>
              <w:jc w:val="center"/>
              <w:rPr>
                <w:rFonts w:cs="Times New Roman"/>
              </w:rPr>
            </w:pPr>
            <w:r w:rsidRPr="008A20D0">
              <w:rPr>
                <w:rFonts w:cs="Times New Roman"/>
                <w:sz w:val="20"/>
              </w:rPr>
              <w:t>42.9</w:t>
            </w:r>
          </w:p>
        </w:tc>
      </w:tr>
      <w:tr w:rsidR="00EE5F04" w:rsidRPr="008A20D0" w14:paraId="70333975" w14:textId="77777777">
        <w:trPr>
          <w:cantSplit/>
          <w:jc w:val="center"/>
        </w:trPr>
        <w:tc>
          <w:tcPr>
            <w:tcW w:w="3312" w:type="dxa"/>
            <w:tcMar>
              <w:top w:w="60" w:type="dxa"/>
              <w:left w:w="60" w:type="dxa"/>
              <w:bottom w:w="60" w:type="dxa"/>
              <w:right w:w="60" w:type="dxa"/>
            </w:tcMar>
            <w:vAlign w:val="center"/>
          </w:tcPr>
          <w:p w14:paraId="43A02D25" w14:textId="77777777" w:rsidR="00EE5F04" w:rsidRPr="008A20D0" w:rsidRDefault="00000000">
            <w:pPr>
              <w:spacing w:after="0" w:line="252" w:lineRule="auto"/>
              <w:rPr>
                <w:rFonts w:cs="Times New Roman"/>
              </w:rPr>
            </w:pPr>
            <w:r w:rsidRPr="008A20D0">
              <w:rPr>
                <w:rFonts w:cs="Times New Roman"/>
                <w:sz w:val="20"/>
              </w:rPr>
              <w:t>Cholinesterase</w:t>
            </w:r>
          </w:p>
        </w:tc>
        <w:tc>
          <w:tcPr>
            <w:tcW w:w="1296" w:type="dxa"/>
            <w:tcMar>
              <w:top w:w="60" w:type="dxa"/>
              <w:left w:w="60" w:type="dxa"/>
              <w:bottom w:w="60" w:type="dxa"/>
              <w:right w:w="60" w:type="dxa"/>
            </w:tcMar>
            <w:vAlign w:val="center"/>
          </w:tcPr>
          <w:p w14:paraId="72F0BF6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8EBBFE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72D4FD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05CC5EC" w14:textId="77777777" w:rsidR="00EE5F04" w:rsidRPr="008A20D0" w:rsidRDefault="00000000">
            <w:pPr>
              <w:spacing w:after="0" w:line="252" w:lineRule="auto"/>
              <w:jc w:val="center"/>
              <w:rPr>
                <w:rFonts w:cs="Times New Roman"/>
              </w:rPr>
            </w:pPr>
            <w:r w:rsidRPr="008A20D0">
              <w:rPr>
                <w:rFonts w:cs="Times New Roman"/>
                <w:sz w:val="20"/>
              </w:rPr>
              <w:t>2.6</w:t>
            </w:r>
          </w:p>
        </w:tc>
        <w:tc>
          <w:tcPr>
            <w:tcW w:w="1296" w:type="dxa"/>
            <w:tcMar>
              <w:top w:w="60" w:type="dxa"/>
              <w:left w:w="60" w:type="dxa"/>
              <w:bottom w:w="60" w:type="dxa"/>
              <w:right w:w="60" w:type="dxa"/>
            </w:tcMar>
            <w:vAlign w:val="center"/>
          </w:tcPr>
          <w:p w14:paraId="5221A7E7" w14:textId="77777777" w:rsidR="00EE5F04" w:rsidRPr="008A20D0" w:rsidRDefault="00000000">
            <w:pPr>
              <w:spacing w:after="0" w:line="252" w:lineRule="auto"/>
              <w:jc w:val="center"/>
              <w:rPr>
                <w:rFonts w:cs="Times New Roman"/>
              </w:rPr>
            </w:pPr>
            <w:r w:rsidRPr="008A20D0">
              <w:rPr>
                <w:rFonts w:cs="Times New Roman"/>
                <w:sz w:val="20"/>
              </w:rPr>
              <w:t>3.6</w:t>
            </w:r>
          </w:p>
        </w:tc>
      </w:tr>
      <w:tr w:rsidR="00EE5F04" w:rsidRPr="008A20D0" w14:paraId="72BCFB7F" w14:textId="77777777">
        <w:trPr>
          <w:cantSplit/>
          <w:jc w:val="center"/>
        </w:trPr>
        <w:tc>
          <w:tcPr>
            <w:tcW w:w="3312" w:type="dxa"/>
            <w:tcMar>
              <w:top w:w="60" w:type="dxa"/>
              <w:left w:w="60" w:type="dxa"/>
              <w:bottom w:w="60" w:type="dxa"/>
              <w:right w:w="60" w:type="dxa"/>
            </w:tcMar>
            <w:vAlign w:val="center"/>
          </w:tcPr>
          <w:p w14:paraId="783036F6" w14:textId="77777777" w:rsidR="00EE5F04" w:rsidRPr="008A20D0" w:rsidRDefault="00000000">
            <w:pPr>
              <w:spacing w:after="0" w:line="252" w:lineRule="auto"/>
              <w:rPr>
                <w:rFonts w:cs="Times New Roman"/>
              </w:rPr>
            </w:pPr>
            <w:r w:rsidRPr="008A20D0">
              <w:rPr>
                <w:rFonts w:cs="Times New Roman"/>
                <w:sz w:val="20"/>
              </w:rPr>
              <w:t>Urea</w:t>
            </w:r>
          </w:p>
        </w:tc>
        <w:tc>
          <w:tcPr>
            <w:tcW w:w="1296" w:type="dxa"/>
            <w:tcMar>
              <w:top w:w="60" w:type="dxa"/>
              <w:left w:w="60" w:type="dxa"/>
              <w:bottom w:w="60" w:type="dxa"/>
              <w:right w:w="60" w:type="dxa"/>
            </w:tcMar>
            <w:vAlign w:val="center"/>
          </w:tcPr>
          <w:p w14:paraId="6CB9662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F9046C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CF7EFB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EB4653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99C0D73" w14:textId="77777777" w:rsidR="00EE5F04" w:rsidRPr="008A20D0" w:rsidRDefault="00000000">
            <w:pPr>
              <w:spacing w:after="0" w:line="252" w:lineRule="auto"/>
              <w:jc w:val="center"/>
              <w:rPr>
                <w:rFonts w:cs="Times New Roman"/>
              </w:rPr>
            </w:pPr>
            <w:r w:rsidRPr="008A20D0">
              <w:rPr>
                <w:rFonts w:cs="Times New Roman"/>
                <w:sz w:val="20"/>
              </w:rPr>
              <w:t>7.1</w:t>
            </w:r>
          </w:p>
        </w:tc>
      </w:tr>
      <w:tr w:rsidR="00EE5F04" w:rsidRPr="008A20D0" w14:paraId="046D4286" w14:textId="77777777">
        <w:trPr>
          <w:cantSplit/>
          <w:jc w:val="center"/>
        </w:trPr>
        <w:tc>
          <w:tcPr>
            <w:tcW w:w="3312" w:type="dxa"/>
            <w:tcMar>
              <w:top w:w="60" w:type="dxa"/>
              <w:left w:w="60" w:type="dxa"/>
              <w:bottom w:w="60" w:type="dxa"/>
              <w:right w:w="60" w:type="dxa"/>
            </w:tcMar>
            <w:vAlign w:val="center"/>
          </w:tcPr>
          <w:p w14:paraId="570927C1" w14:textId="77777777" w:rsidR="00EE5F04" w:rsidRPr="008A20D0" w:rsidRDefault="00000000">
            <w:pPr>
              <w:spacing w:after="0" w:line="252" w:lineRule="auto"/>
              <w:rPr>
                <w:rFonts w:cs="Times New Roman"/>
              </w:rPr>
            </w:pPr>
            <w:r w:rsidRPr="008A20D0">
              <w:rPr>
                <w:rFonts w:cs="Times New Roman"/>
                <w:sz w:val="20"/>
              </w:rPr>
              <w:lastRenderedPageBreak/>
              <w:t>Creatinine</w:t>
            </w:r>
          </w:p>
        </w:tc>
        <w:tc>
          <w:tcPr>
            <w:tcW w:w="1296" w:type="dxa"/>
            <w:tcMar>
              <w:top w:w="60" w:type="dxa"/>
              <w:left w:w="60" w:type="dxa"/>
              <w:bottom w:w="60" w:type="dxa"/>
              <w:right w:w="60" w:type="dxa"/>
            </w:tcMar>
            <w:vAlign w:val="center"/>
          </w:tcPr>
          <w:p w14:paraId="1546F14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DA211C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D91880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31BD12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D348F61" w14:textId="77777777" w:rsidR="00EE5F04" w:rsidRPr="008A20D0" w:rsidRDefault="00000000">
            <w:pPr>
              <w:spacing w:after="0" w:line="252" w:lineRule="auto"/>
              <w:jc w:val="center"/>
              <w:rPr>
                <w:rFonts w:cs="Times New Roman"/>
              </w:rPr>
            </w:pPr>
            <w:r w:rsidRPr="008A20D0">
              <w:rPr>
                <w:rFonts w:cs="Times New Roman"/>
                <w:sz w:val="20"/>
              </w:rPr>
              <w:t>7.1</w:t>
            </w:r>
          </w:p>
        </w:tc>
      </w:tr>
      <w:tr w:rsidR="00EE5F04" w:rsidRPr="008A20D0" w14:paraId="2B7D1C1E" w14:textId="77777777">
        <w:trPr>
          <w:cantSplit/>
          <w:jc w:val="center"/>
        </w:trPr>
        <w:tc>
          <w:tcPr>
            <w:tcW w:w="3312" w:type="dxa"/>
            <w:tcMar>
              <w:top w:w="60" w:type="dxa"/>
              <w:left w:w="60" w:type="dxa"/>
              <w:bottom w:w="60" w:type="dxa"/>
              <w:right w:w="60" w:type="dxa"/>
            </w:tcMar>
            <w:vAlign w:val="center"/>
          </w:tcPr>
          <w:p w14:paraId="6E9DD0B0" w14:textId="77777777" w:rsidR="00EE5F04" w:rsidRPr="008A20D0" w:rsidRDefault="00000000">
            <w:pPr>
              <w:spacing w:after="0" w:line="252" w:lineRule="auto"/>
              <w:rPr>
                <w:rFonts w:cs="Times New Roman"/>
              </w:rPr>
            </w:pPr>
            <w:r w:rsidRPr="008A20D0">
              <w:rPr>
                <w:rFonts w:cs="Times New Roman"/>
                <w:sz w:val="20"/>
              </w:rPr>
              <w:t>Uric acid</w:t>
            </w:r>
          </w:p>
        </w:tc>
        <w:tc>
          <w:tcPr>
            <w:tcW w:w="1296" w:type="dxa"/>
            <w:tcMar>
              <w:top w:w="60" w:type="dxa"/>
              <w:left w:w="60" w:type="dxa"/>
              <w:bottom w:w="60" w:type="dxa"/>
              <w:right w:w="60" w:type="dxa"/>
            </w:tcMar>
            <w:vAlign w:val="center"/>
          </w:tcPr>
          <w:p w14:paraId="375BF11D" w14:textId="77777777" w:rsidR="00EE5F04" w:rsidRPr="008A20D0" w:rsidRDefault="00000000">
            <w:pPr>
              <w:spacing w:after="0" w:line="252" w:lineRule="auto"/>
              <w:jc w:val="center"/>
              <w:rPr>
                <w:rFonts w:cs="Times New Roman"/>
              </w:rPr>
            </w:pPr>
            <w:r w:rsidRPr="008A20D0">
              <w:rPr>
                <w:rFonts w:cs="Times New Roman"/>
                <w:sz w:val="20"/>
              </w:rPr>
              <w:t>7.7</w:t>
            </w:r>
          </w:p>
        </w:tc>
        <w:tc>
          <w:tcPr>
            <w:tcW w:w="1296" w:type="dxa"/>
            <w:tcMar>
              <w:top w:w="60" w:type="dxa"/>
              <w:left w:w="60" w:type="dxa"/>
              <w:bottom w:w="60" w:type="dxa"/>
              <w:right w:w="60" w:type="dxa"/>
            </w:tcMar>
            <w:vAlign w:val="center"/>
          </w:tcPr>
          <w:p w14:paraId="5D3DC511" w14:textId="77777777" w:rsidR="00EE5F04" w:rsidRPr="008A20D0" w:rsidRDefault="00000000">
            <w:pPr>
              <w:spacing w:after="0" w:line="252" w:lineRule="auto"/>
              <w:jc w:val="center"/>
              <w:rPr>
                <w:rFonts w:cs="Times New Roman"/>
              </w:rPr>
            </w:pPr>
            <w:r w:rsidRPr="008A20D0">
              <w:rPr>
                <w:rFonts w:cs="Times New Roman"/>
                <w:sz w:val="20"/>
              </w:rPr>
              <w:t>23.3</w:t>
            </w:r>
          </w:p>
        </w:tc>
        <w:tc>
          <w:tcPr>
            <w:tcW w:w="1296" w:type="dxa"/>
            <w:tcMar>
              <w:top w:w="60" w:type="dxa"/>
              <w:left w:w="60" w:type="dxa"/>
              <w:bottom w:w="60" w:type="dxa"/>
              <w:right w:w="60" w:type="dxa"/>
            </w:tcMar>
            <w:vAlign w:val="center"/>
          </w:tcPr>
          <w:p w14:paraId="25BE0DB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7211EF1" w14:textId="77777777" w:rsidR="00EE5F04" w:rsidRPr="008A20D0" w:rsidRDefault="00000000">
            <w:pPr>
              <w:spacing w:after="0" w:line="252" w:lineRule="auto"/>
              <w:jc w:val="center"/>
              <w:rPr>
                <w:rFonts w:cs="Times New Roman"/>
              </w:rPr>
            </w:pPr>
            <w:r w:rsidRPr="008A20D0">
              <w:rPr>
                <w:rFonts w:cs="Times New Roman"/>
                <w:sz w:val="20"/>
              </w:rPr>
              <w:t>15.8</w:t>
            </w:r>
          </w:p>
        </w:tc>
        <w:tc>
          <w:tcPr>
            <w:tcW w:w="1296" w:type="dxa"/>
            <w:tcMar>
              <w:top w:w="60" w:type="dxa"/>
              <w:left w:w="60" w:type="dxa"/>
              <w:bottom w:w="60" w:type="dxa"/>
              <w:right w:w="60" w:type="dxa"/>
            </w:tcMar>
            <w:vAlign w:val="center"/>
          </w:tcPr>
          <w:p w14:paraId="1CACC7E3" w14:textId="77777777" w:rsidR="00EE5F04" w:rsidRPr="008A20D0" w:rsidRDefault="00000000">
            <w:pPr>
              <w:spacing w:after="0" w:line="252" w:lineRule="auto"/>
              <w:jc w:val="center"/>
              <w:rPr>
                <w:rFonts w:cs="Times New Roman"/>
              </w:rPr>
            </w:pPr>
            <w:r w:rsidRPr="008A20D0">
              <w:rPr>
                <w:rFonts w:cs="Times New Roman"/>
                <w:sz w:val="20"/>
              </w:rPr>
              <w:t>50.0</w:t>
            </w:r>
          </w:p>
        </w:tc>
      </w:tr>
      <w:tr w:rsidR="00EE5F04" w:rsidRPr="008A20D0" w14:paraId="1BCD97B6" w14:textId="77777777">
        <w:trPr>
          <w:cantSplit/>
          <w:jc w:val="center"/>
        </w:trPr>
        <w:tc>
          <w:tcPr>
            <w:tcW w:w="3312" w:type="dxa"/>
            <w:tcMar>
              <w:top w:w="60" w:type="dxa"/>
              <w:left w:w="60" w:type="dxa"/>
              <w:bottom w:w="60" w:type="dxa"/>
              <w:right w:w="60" w:type="dxa"/>
            </w:tcMar>
            <w:vAlign w:val="center"/>
          </w:tcPr>
          <w:p w14:paraId="79AC7DC4" w14:textId="77777777" w:rsidR="00EE5F04" w:rsidRPr="008A20D0" w:rsidRDefault="00000000">
            <w:pPr>
              <w:spacing w:after="0" w:line="252" w:lineRule="auto"/>
              <w:rPr>
                <w:rFonts w:cs="Times New Roman"/>
              </w:rPr>
            </w:pPr>
            <w:r w:rsidRPr="008A20D0">
              <w:rPr>
                <w:rFonts w:cs="Times New Roman"/>
                <w:sz w:val="20"/>
              </w:rPr>
              <w:t>Cystatin C</w:t>
            </w:r>
          </w:p>
        </w:tc>
        <w:tc>
          <w:tcPr>
            <w:tcW w:w="1296" w:type="dxa"/>
            <w:tcMar>
              <w:top w:w="60" w:type="dxa"/>
              <w:left w:w="60" w:type="dxa"/>
              <w:bottom w:w="60" w:type="dxa"/>
              <w:right w:w="60" w:type="dxa"/>
            </w:tcMar>
            <w:vAlign w:val="center"/>
          </w:tcPr>
          <w:p w14:paraId="6961C45B"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66B6D682"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0F50384F"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138CE493" w14:textId="77777777" w:rsidR="00EE5F04" w:rsidRPr="008A20D0" w:rsidRDefault="00000000">
            <w:pPr>
              <w:spacing w:after="0" w:line="252" w:lineRule="auto"/>
              <w:jc w:val="center"/>
              <w:rPr>
                <w:rFonts w:cs="Times New Roman"/>
              </w:rPr>
            </w:pPr>
            <w:r w:rsidRPr="008A20D0">
              <w:rPr>
                <w:rFonts w:cs="Times New Roman"/>
                <w:sz w:val="20"/>
              </w:rPr>
              <w:t>68.4</w:t>
            </w:r>
          </w:p>
        </w:tc>
        <w:tc>
          <w:tcPr>
            <w:tcW w:w="1296" w:type="dxa"/>
            <w:tcMar>
              <w:top w:w="60" w:type="dxa"/>
              <w:left w:w="60" w:type="dxa"/>
              <w:bottom w:w="60" w:type="dxa"/>
              <w:right w:w="60" w:type="dxa"/>
            </w:tcMar>
            <w:vAlign w:val="center"/>
          </w:tcPr>
          <w:p w14:paraId="1F29A5E2" w14:textId="77777777" w:rsidR="00EE5F04" w:rsidRPr="008A20D0" w:rsidRDefault="00000000">
            <w:pPr>
              <w:spacing w:after="0" w:line="252" w:lineRule="auto"/>
              <w:jc w:val="center"/>
              <w:rPr>
                <w:rFonts w:cs="Times New Roman"/>
              </w:rPr>
            </w:pPr>
            <w:r w:rsidRPr="008A20D0">
              <w:rPr>
                <w:rFonts w:cs="Times New Roman"/>
                <w:sz w:val="20"/>
              </w:rPr>
              <w:t>50.0</w:t>
            </w:r>
          </w:p>
        </w:tc>
      </w:tr>
      <w:tr w:rsidR="00EE5F04" w:rsidRPr="008A20D0" w14:paraId="3A5C0BDD" w14:textId="77777777">
        <w:trPr>
          <w:cantSplit/>
          <w:jc w:val="center"/>
        </w:trPr>
        <w:tc>
          <w:tcPr>
            <w:tcW w:w="3312" w:type="dxa"/>
            <w:tcMar>
              <w:top w:w="60" w:type="dxa"/>
              <w:left w:w="60" w:type="dxa"/>
              <w:bottom w:w="60" w:type="dxa"/>
              <w:right w:w="60" w:type="dxa"/>
            </w:tcMar>
            <w:vAlign w:val="center"/>
          </w:tcPr>
          <w:p w14:paraId="3941D4F8" w14:textId="77777777" w:rsidR="00EE5F04" w:rsidRPr="008A20D0" w:rsidRDefault="00000000">
            <w:pPr>
              <w:spacing w:after="0" w:line="252" w:lineRule="auto"/>
              <w:rPr>
                <w:rFonts w:cs="Times New Roman"/>
              </w:rPr>
            </w:pPr>
            <w:r w:rsidRPr="008A20D0">
              <w:rPr>
                <w:rFonts w:cs="Times New Roman"/>
                <w:sz w:val="20"/>
              </w:rPr>
              <w:t>Serum potassium</w:t>
            </w:r>
          </w:p>
        </w:tc>
        <w:tc>
          <w:tcPr>
            <w:tcW w:w="1296" w:type="dxa"/>
            <w:tcMar>
              <w:top w:w="60" w:type="dxa"/>
              <w:left w:w="60" w:type="dxa"/>
              <w:bottom w:w="60" w:type="dxa"/>
              <w:right w:w="60" w:type="dxa"/>
            </w:tcMar>
            <w:vAlign w:val="center"/>
          </w:tcPr>
          <w:p w14:paraId="2D93FC3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140C1A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C52B39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BC03BA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8BCB442" w14:textId="77777777" w:rsidR="00EE5F04" w:rsidRPr="008A20D0" w:rsidRDefault="00000000">
            <w:pPr>
              <w:spacing w:after="0" w:line="252" w:lineRule="auto"/>
              <w:jc w:val="center"/>
              <w:rPr>
                <w:rFonts w:cs="Times New Roman"/>
              </w:rPr>
            </w:pPr>
            <w:r w:rsidRPr="008A20D0">
              <w:rPr>
                <w:rFonts w:cs="Times New Roman"/>
                <w:sz w:val="20"/>
              </w:rPr>
              <w:t>7.1</w:t>
            </w:r>
          </w:p>
        </w:tc>
      </w:tr>
      <w:tr w:rsidR="00EE5F04" w:rsidRPr="008A20D0" w14:paraId="0A8067F5" w14:textId="77777777">
        <w:trPr>
          <w:cantSplit/>
          <w:jc w:val="center"/>
        </w:trPr>
        <w:tc>
          <w:tcPr>
            <w:tcW w:w="3312" w:type="dxa"/>
            <w:tcMar>
              <w:top w:w="60" w:type="dxa"/>
              <w:left w:w="60" w:type="dxa"/>
              <w:bottom w:w="60" w:type="dxa"/>
              <w:right w:w="60" w:type="dxa"/>
            </w:tcMar>
            <w:vAlign w:val="center"/>
          </w:tcPr>
          <w:p w14:paraId="783FE67D" w14:textId="77777777" w:rsidR="00EE5F04" w:rsidRPr="008A20D0" w:rsidRDefault="00000000">
            <w:pPr>
              <w:spacing w:after="0" w:line="252" w:lineRule="auto"/>
              <w:rPr>
                <w:rFonts w:cs="Times New Roman"/>
              </w:rPr>
            </w:pPr>
            <w:r w:rsidRPr="008A20D0">
              <w:rPr>
                <w:rFonts w:cs="Times New Roman"/>
                <w:sz w:val="20"/>
              </w:rPr>
              <w:t>Serum sodium</w:t>
            </w:r>
          </w:p>
        </w:tc>
        <w:tc>
          <w:tcPr>
            <w:tcW w:w="1296" w:type="dxa"/>
            <w:tcMar>
              <w:top w:w="60" w:type="dxa"/>
              <w:left w:w="60" w:type="dxa"/>
              <w:bottom w:w="60" w:type="dxa"/>
              <w:right w:w="60" w:type="dxa"/>
            </w:tcMar>
            <w:vAlign w:val="center"/>
          </w:tcPr>
          <w:p w14:paraId="467A350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950614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BB0823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D802BE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9213879" w14:textId="77777777" w:rsidR="00EE5F04" w:rsidRPr="008A20D0" w:rsidRDefault="00000000">
            <w:pPr>
              <w:spacing w:after="0" w:line="252" w:lineRule="auto"/>
              <w:jc w:val="center"/>
              <w:rPr>
                <w:rFonts w:cs="Times New Roman"/>
              </w:rPr>
            </w:pPr>
            <w:r w:rsidRPr="008A20D0">
              <w:rPr>
                <w:rFonts w:cs="Times New Roman"/>
                <w:sz w:val="20"/>
              </w:rPr>
              <w:t>7.1</w:t>
            </w:r>
          </w:p>
        </w:tc>
      </w:tr>
      <w:tr w:rsidR="00EE5F04" w:rsidRPr="008A20D0" w14:paraId="4F0D6431" w14:textId="77777777">
        <w:trPr>
          <w:cantSplit/>
          <w:jc w:val="center"/>
        </w:trPr>
        <w:tc>
          <w:tcPr>
            <w:tcW w:w="3312" w:type="dxa"/>
            <w:tcMar>
              <w:top w:w="60" w:type="dxa"/>
              <w:left w:w="60" w:type="dxa"/>
              <w:bottom w:w="60" w:type="dxa"/>
              <w:right w:w="60" w:type="dxa"/>
            </w:tcMar>
            <w:vAlign w:val="center"/>
          </w:tcPr>
          <w:p w14:paraId="7B20C7FD" w14:textId="77777777" w:rsidR="00EE5F04" w:rsidRPr="008A20D0" w:rsidRDefault="00000000">
            <w:pPr>
              <w:spacing w:after="0" w:line="252" w:lineRule="auto"/>
              <w:rPr>
                <w:rFonts w:cs="Times New Roman"/>
              </w:rPr>
            </w:pPr>
            <w:r w:rsidRPr="008A20D0">
              <w:rPr>
                <w:rFonts w:cs="Times New Roman"/>
                <w:sz w:val="20"/>
              </w:rPr>
              <w:t>Serum chloride</w:t>
            </w:r>
          </w:p>
        </w:tc>
        <w:tc>
          <w:tcPr>
            <w:tcW w:w="1296" w:type="dxa"/>
            <w:tcMar>
              <w:top w:w="60" w:type="dxa"/>
              <w:left w:w="60" w:type="dxa"/>
              <w:bottom w:w="60" w:type="dxa"/>
              <w:right w:w="60" w:type="dxa"/>
            </w:tcMar>
            <w:vAlign w:val="center"/>
          </w:tcPr>
          <w:p w14:paraId="33A538A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47A854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B57DA3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45C7A7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AD3811F" w14:textId="77777777" w:rsidR="00EE5F04" w:rsidRPr="008A20D0" w:rsidRDefault="00000000">
            <w:pPr>
              <w:spacing w:after="0" w:line="252" w:lineRule="auto"/>
              <w:jc w:val="center"/>
              <w:rPr>
                <w:rFonts w:cs="Times New Roman"/>
              </w:rPr>
            </w:pPr>
            <w:r w:rsidRPr="008A20D0">
              <w:rPr>
                <w:rFonts w:cs="Times New Roman"/>
                <w:sz w:val="20"/>
              </w:rPr>
              <w:t>7.1</w:t>
            </w:r>
          </w:p>
        </w:tc>
      </w:tr>
      <w:tr w:rsidR="00EE5F04" w:rsidRPr="008A20D0" w14:paraId="52267563" w14:textId="77777777">
        <w:trPr>
          <w:cantSplit/>
          <w:jc w:val="center"/>
        </w:trPr>
        <w:tc>
          <w:tcPr>
            <w:tcW w:w="3312" w:type="dxa"/>
            <w:tcMar>
              <w:top w:w="60" w:type="dxa"/>
              <w:left w:w="60" w:type="dxa"/>
              <w:bottom w:w="60" w:type="dxa"/>
              <w:right w:w="60" w:type="dxa"/>
            </w:tcMar>
            <w:vAlign w:val="center"/>
          </w:tcPr>
          <w:p w14:paraId="4FC99539" w14:textId="77777777" w:rsidR="00EE5F04" w:rsidRPr="008A20D0" w:rsidRDefault="00000000">
            <w:pPr>
              <w:spacing w:after="0" w:line="252" w:lineRule="auto"/>
              <w:rPr>
                <w:rFonts w:cs="Times New Roman"/>
              </w:rPr>
            </w:pPr>
            <w:r w:rsidRPr="008A20D0">
              <w:rPr>
                <w:rFonts w:cs="Times New Roman"/>
                <w:sz w:val="20"/>
              </w:rPr>
              <w:t>Serum calcium</w:t>
            </w:r>
          </w:p>
        </w:tc>
        <w:tc>
          <w:tcPr>
            <w:tcW w:w="1296" w:type="dxa"/>
            <w:tcMar>
              <w:top w:w="60" w:type="dxa"/>
              <w:left w:w="60" w:type="dxa"/>
              <w:bottom w:w="60" w:type="dxa"/>
              <w:right w:w="60" w:type="dxa"/>
            </w:tcMar>
            <w:vAlign w:val="center"/>
          </w:tcPr>
          <w:p w14:paraId="036E9B5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54A97E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9B221F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1CE625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59F7A60" w14:textId="77777777" w:rsidR="00EE5F04" w:rsidRPr="008A20D0" w:rsidRDefault="00000000">
            <w:pPr>
              <w:spacing w:after="0" w:line="252" w:lineRule="auto"/>
              <w:jc w:val="center"/>
              <w:rPr>
                <w:rFonts w:cs="Times New Roman"/>
              </w:rPr>
            </w:pPr>
            <w:r w:rsidRPr="008A20D0">
              <w:rPr>
                <w:rFonts w:cs="Times New Roman"/>
                <w:sz w:val="20"/>
              </w:rPr>
              <w:t>7.1</w:t>
            </w:r>
          </w:p>
        </w:tc>
      </w:tr>
      <w:tr w:rsidR="00EE5F04" w:rsidRPr="008A20D0" w14:paraId="0CF20B69" w14:textId="77777777">
        <w:trPr>
          <w:cantSplit/>
          <w:jc w:val="center"/>
        </w:trPr>
        <w:tc>
          <w:tcPr>
            <w:tcW w:w="3312" w:type="dxa"/>
            <w:tcMar>
              <w:top w:w="60" w:type="dxa"/>
              <w:left w:w="60" w:type="dxa"/>
              <w:bottom w:w="60" w:type="dxa"/>
              <w:right w:w="60" w:type="dxa"/>
            </w:tcMar>
            <w:vAlign w:val="center"/>
          </w:tcPr>
          <w:p w14:paraId="28723FDE" w14:textId="77777777" w:rsidR="00EE5F04" w:rsidRPr="008A20D0" w:rsidRDefault="00000000">
            <w:pPr>
              <w:spacing w:after="0" w:line="252" w:lineRule="auto"/>
              <w:rPr>
                <w:rFonts w:cs="Times New Roman"/>
              </w:rPr>
            </w:pPr>
            <w:r w:rsidRPr="008A20D0">
              <w:rPr>
                <w:rFonts w:cs="Times New Roman"/>
                <w:sz w:val="20"/>
              </w:rPr>
              <w:t>Serum magnesium</w:t>
            </w:r>
          </w:p>
        </w:tc>
        <w:tc>
          <w:tcPr>
            <w:tcW w:w="1296" w:type="dxa"/>
            <w:tcMar>
              <w:top w:w="60" w:type="dxa"/>
              <w:left w:w="60" w:type="dxa"/>
              <w:bottom w:w="60" w:type="dxa"/>
              <w:right w:w="60" w:type="dxa"/>
            </w:tcMar>
            <w:vAlign w:val="center"/>
          </w:tcPr>
          <w:p w14:paraId="4208E683" w14:textId="77777777" w:rsidR="00EE5F04" w:rsidRPr="008A20D0" w:rsidRDefault="00000000">
            <w:pPr>
              <w:spacing w:after="0" w:line="252" w:lineRule="auto"/>
              <w:jc w:val="center"/>
              <w:rPr>
                <w:rFonts w:cs="Times New Roman"/>
              </w:rPr>
            </w:pPr>
            <w:r w:rsidRPr="008A20D0">
              <w:rPr>
                <w:rFonts w:cs="Times New Roman"/>
                <w:sz w:val="20"/>
              </w:rPr>
              <w:t>46.2</w:t>
            </w:r>
          </w:p>
        </w:tc>
        <w:tc>
          <w:tcPr>
            <w:tcW w:w="1296" w:type="dxa"/>
            <w:tcMar>
              <w:top w:w="60" w:type="dxa"/>
              <w:left w:w="60" w:type="dxa"/>
              <w:bottom w:w="60" w:type="dxa"/>
              <w:right w:w="60" w:type="dxa"/>
            </w:tcMar>
            <w:vAlign w:val="center"/>
          </w:tcPr>
          <w:p w14:paraId="6A8018A3" w14:textId="77777777" w:rsidR="00EE5F04" w:rsidRPr="008A20D0" w:rsidRDefault="00000000">
            <w:pPr>
              <w:spacing w:after="0" w:line="252" w:lineRule="auto"/>
              <w:jc w:val="center"/>
              <w:rPr>
                <w:rFonts w:cs="Times New Roman"/>
              </w:rPr>
            </w:pPr>
            <w:r w:rsidRPr="008A20D0">
              <w:rPr>
                <w:rFonts w:cs="Times New Roman"/>
                <w:sz w:val="20"/>
              </w:rPr>
              <w:t>60.0</w:t>
            </w:r>
          </w:p>
        </w:tc>
        <w:tc>
          <w:tcPr>
            <w:tcW w:w="1296" w:type="dxa"/>
            <w:tcMar>
              <w:top w:w="60" w:type="dxa"/>
              <w:left w:w="60" w:type="dxa"/>
              <w:bottom w:w="60" w:type="dxa"/>
              <w:right w:w="60" w:type="dxa"/>
            </w:tcMar>
            <w:vAlign w:val="center"/>
          </w:tcPr>
          <w:p w14:paraId="4F3E1861" w14:textId="77777777" w:rsidR="00EE5F04" w:rsidRPr="008A20D0" w:rsidRDefault="00000000">
            <w:pPr>
              <w:spacing w:after="0" w:line="252" w:lineRule="auto"/>
              <w:jc w:val="center"/>
              <w:rPr>
                <w:rFonts w:cs="Times New Roman"/>
              </w:rPr>
            </w:pPr>
            <w:r w:rsidRPr="008A20D0">
              <w:rPr>
                <w:rFonts w:cs="Times New Roman"/>
                <w:sz w:val="20"/>
              </w:rPr>
              <w:t>40.0</w:t>
            </w:r>
          </w:p>
        </w:tc>
        <w:tc>
          <w:tcPr>
            <w:tcW w:w="1296" w:type="dxa"/>
            <w:tcMar>
              <w:top w:w="60" w:type="dxa"/>
              <w:left w:w="60" w:type="dxa"/>
              <w:bottom w:w="60" w:type="dxa"/>
              <w:right w:w="60" w:type="dxa"/>
            </w:tcMar>
            <w:vAlign w:val="center"/>
          </w:tcPr>
          <w:p w14:paraId="1C3A220C" w14:textId="77777777" w:rsidR="00EE5F04" w:rsidRPr="008A20D0" w:rsidRDefault="00000000">
            <w:pPr>
              <w:spacing w:after="0" w:line="252" w:lineRule="auto"/>
              <w:jc w:val="center"/>
              <w:rPr>
                <w:rFonts w:cs="Times New Roman"/>
              </w:rPr>
            </w:pPr>
            <w:r w:rsidRPr="008A20D0">
              <w:rPr>
                <w:rFonts w:cs="Times New Roman"/>
                <w:sz w:val="20"/>
              </w:rPr>
              <w:t>55.3</w:t>
            </w:r>
          </w:p>
        </w:tc>
        <w:tc>
          <w:tcPr>
            <w:tcW w:w="1296" w:type="dxa"/>
            <w:tcMar>
              <w:top w:w="60" w:type="dxa"/>
              <w:left w:w="60" w:type="dxa"/>
              <w:bottom w:w="60" w:type="dxa"/>
              <w:right w:w="60" w:type="dxa"/>
            </w:tcMar>
            <w:vAlign w:val="center"/>
          </w:tcPr>
          <w:p w14:paraId="7D38F3E8" w14:textId="77777777" w:rsidR="00EE5F04" w:rsidRPr="008A20D0" w:rsidRDefault="00000000">
            <w:pPr>
              <w:spacing w:after="0" w:line="252" w:lineRule="auto"/>
              <w:jc w:val="center"/>
              <w:rPr>
                <w:rFonts w:cs="Times New Roman"/>
              </w:rPr>
            </w:pPr>
            <w:r w:rsidRPr="008A20D0">
              <w:rPr>
                <w:rFonts w:cs="Times New Roman"/>
                <w:sz w:val="20"/>
              </w:rPr>
              <w:t>50.0</w:t>
            </w:r>
          </w:p>
        </w:tc>
      </w:tr>
      <w:tr w:rsidR="00EE5F04" w:rsidRPr="008A20D0" w14:paraId="607035F6" w14:textId="77777777">
        <w:trPr>
          <w:cantSplit/>
          <w:jc w:val="center"/>
        </w:trPr>
        <w:tc>
          <w:tcPr>
            <w:tcW w:w="3312" w:type="dxa"/>
            <w:tcMar>
              <w:top w:w="60" w:type="dxa"/>
              <w:left w:w="60" w:type="dxa"/>
              <w:bottom w:w="60" w:type="dxa"/>
              <w:right w:w="60" w:type="dxa"/>
            </w:tcMar>
            <w:vAlign w:val="center"/>
          </w:tcPr>
          <w:p w14:paraId="3CAC8600" w14:textId="77777777" w:rsidR="00EE5F04" w:rsidRPr="008A20D0" w:rsidRDefault="00000000">
            <w:pPr>
              <w:spacing w:after="0" w:line="252" w:lineRule="auto"/>
              <w:rPr>
                <w:rFonts w:cs="Times New Roman"/>
              </w:rPr>
            </w:pPr>
            <w:r w:rsidRPr="008A20D0">
              <w:rPr>
                <w:rFonts w:cs="Times New Roman"/>
                <w:sz w:val="20"/>
              </w:rPr>
              <w:t>Serum phosphate</w:t>
            </w:r>
          </w:p>
        </w:tc>
        <w:tc>
          <w:tcPr>
            <w:tcW w:w="1296" w:type="dxa"/>
            <w:tcMar>
              <w:top w:w="60" w:type="dxa"/>
              <w:left w:w="60" w:type="dxa"/>
              <w:bottom w:w="60" w:type="dxa"/>
              <w:right w:w="60" w:type="dxa"/>
            </w:tcMar>
            <w:vAlign w:val="center"/>
          </w:tcPr>
          <w:p w14:paraId="419D7316" w14:textId="77777777" w:rsidR="00EE5F04" w:rsidRPr="008A20D0" w:rsidRDefault="00000000">
            <w:pPr>
              <w:spacing w:after="0" w:line="252" w:lineRule="auto"/>
              <w:jc w:val="center"/>
              <w:rPr>
                <w:rFonts w:cs="Times New Roman"/>
              </w:rPr>
            </w:pPr>
            <w:r w:rsidRPr="008A20D0">
              <w:rPr>
                <w:rFonts w:cs="Times New Roman"/>
                <w:sz w:val="20"/>
              </w:rPr>
              <w:t>46.2</w:t>
            </w:r>
          </w:p>
        </w:tc>
        <w:tc>
          <w:tcPr>
            <w:tcW w:w="1296" w:type="dxa"/>
            <w:tcMar>
              <w:top w:w="60" w:type="dxa"/>
              <w:left w:w="60" w:type="dxa"/>
              <w:bottom w:w="60" w:type="dxa"/>
              <w:right w:w="60" w:type="dxa"/>
            </w:tcMar>
            <w:vAlign w:val="center"/>
          </w:tcPr>
          <w:p w14:paraId="5054D89A" w14:textId="77777777" w:rsidR="00EE5F04" w:rsidRPr="008A20D0" w:rsidRDefault="00000000">
            <w:pPr>
              <w:spacing w:after="0" w:line="252" w:lineRule="auto"/>
              <w:jc w:val="center"/>
              <w:rPr>
                <w:rFonts w:cs="Times New Roman"/>
              </w:rPr>
            </w:pPr>
            <w:r w:rsidRPr="008A20D0">
              <w:rPr>
                <w:rFonts w:cs="Times New Roman"/>
                <w:sz w:val="20"/>
              </w:rPr>
              <w:t>60.0</w:t>
            </w:r>
          </w:p>
        </w:tc>
        <w:tc>
          <w:tcPr>
            <w:tcW w:w="1296" w:type="dxa"/>
            <w:tcMar>
              <w:top w:w="60" w:type="dxa"/>
              <w:left w:w="60" w:type="dxa"/>
              <w:bottom w:w="60" w:type="dxa"/>
              <w:right w:w="60" w:type="dxa"/>
            </w:tcMar>
            <w:vAlign w:val="center"/>
          </w:tcPr>
          <w:p w14:paraId="62065BF8" w14:textId="77777777" w:rsidR="00EE5F04" w:rsidRPr="008A20D0" w:rsidRDefault="00000000">
            <w:pPr>
              <w:spacing w:after="0" w:line="252" w:lineRule="auto"/>
              <w:jc w:val="center"/>
              <w:rPr>
                <w:rFonts w:cs="Times New Roman"/>
              </w:rPr>
            </w:pPr>
            <w:r w:rsidRPr="008A20D0">
              <w:rPr>
                <w:rFonts w:cs="Times New Roman"/>
                <w:sz w:val="20"/>
              </w:rPr>
              <w:t>40.0</w:t>
            </w:r>
          </w:p>
        </w:tc>
        <w:tc>
          <w:tcPr>
            <w:tcW w:w="1296" w:type="dxa"/>
            <w:tcMar>
              <w:top w:w="60" w:type="dxa"/>
              <w:left w:w="60" w:type="dxa"/>
              <w:bottom w:w="60" w:type="dxa"/>
              <w:right w:w="60" w:type="dxa"/>
            </w:tcMar>
            <w:vAlign w:val="center"/>
          </w:tcPr>
          <w:p w14:paraId="290312A3" w14:textId="77777777" w:rsidR="00EE5F04" w:rsidRPr="008A20D0" w:rsidRDefault="00000000">
            <w:pPr>
              <w:spacing w:after="0" w:line="252" w:lineRule="auto"/>
              <w:jc w:val="center"/>
              <w:rPr>
                <w:rFonts w:cs="Times New Roman"/>
              </w:rPr>
            </w:pPr>
            <w:r w:rsidRPr="008A20D0">
              <w:rPr>
                <w:rFonts w:cs="Times New Roman"/>
                <w:sz w:val="20"/>
              </w:rPr>
              <w:t>55.3</w:t>
            </w:r>
          </w:p>
        </w:tc>
        <w:tc>
          <w:tcPr>
            <w:tcW w:w="1296" w:type="dxa"/>
            <w:tcMar>
              <w:top w:w="60" w:type="dxa"/>
              <w:left w:w="60" w:type="dxa"/>
              <w:bottom w:w="60" w:type="dxa"/>
              <w:right w:w="60" w:type="dxa"/>
            </w:tcMar>
            <w:vAlign w:val="center"/>
          </w:tcPr>
          <w:p w14:paraId="75EEAD03" w14:textId="77777777" w:rsidR="00EE5F04" w:rsidRPr="008A20D0" w:rsidRDefault="00000000">
            <w:pPr>
              <w:spacing w:after="0" w:line="252" w:lineRule="auto"/>
              <w:jc w:val="center"/>
              <w:rPr>
                <w:rFonts w:cs="Times New Roman"/>
              </w:rPr>
            </w:pPr>
            <w:r w:rsidRPr="008A20D0">
              <w:rPr>
                <w:rFonts w:cs="Times New Roman"/>
                <w:sz w:val="20"/>
              </w:rPr>
              <w:t>50.0</w:t>
            </w:r>
          </w:p>
        </w:tc>
      </w:tr>
      <w:tr w:rsidR="00EE5F04" w:rsidRPr="008A20D0" w14:paraId="1F99C3B9" w14:textId="77777777">
        <w:trPr>
          <w:cantSplit/>
          <w:jc w:val="center"/>
        </w:trPr>
        <w:tc>
          <w:tcPr>
            <w:tcW w:w="3312" w:type="dxa"/>
            <w:tcMar>
              <w:top w:w="60" w:type="dxa"/>
              <w:left w:w="60" w:type="dxa"/>
              <w:bottom w:w="60" w:type="dxa"/>
              <w:right w:w="60" w:type="dxa"/>
            </w:tcMar>
            <w:vAlign w:val="center"/>
          </w:tcPr>
          <w:p w14:paraId="4BD31188" w14:textId="77777777" w:rsidR="00EE5F04" w:rsidRPr="008A20D0" w:rsidRDefault="00000000">
            <w:pPr>
              <w:spacing w:after="0" w:line="252" w:lineRule="auto"/>
              <w:rPr>
                <w:rFonts w:cs="Times New Roman"/>
              </w:rPr>
            </w:pPr>
            <w:r w:rsidRPr="008A20D0">
              <w:rPr>
                <w:rFonts w:cs="Times New Roman"/>
                <w:sz w:val="20"/>
              </w:rPr>
              <w:t>Glucose</w:t>
            </w:r>
          </w:p>
        </w:tc>
        <w:tc>
          <w:tcPr>
            <w:tcW w:w="1296" w:type="dxa"/>
            <w:tcMar>
              <w:top w:w="60" w:type="dxa"/>
              <w:left w:w="60" w:type="dxa"/>
              <w:bottom w:w="60" w:type="dxa"/>
              <w:right w:w="60" w:type="dxa"/>
            </w:tcMar>
            <w:vAlign w:val="center"/>
          </w:tcPr>
          <w:p w14:paraId="7B546F3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13B5E8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DA6614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2ED7FA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C464A36" w14:textId="77777777" w:rsidR="00EE5F04" w:rsidRPr="008A20D0" w:rsidRDefault="00000000">
            <w:pPr>
              <w:spacing w:after="0" w:line="252" w:lineRule="auto"/>
              <w:jc w:val="center"/>
              <w:rPr>
                <w:rFonts w:cs="Times New Roman"/>
              </w:rPr>
            </w:pPr>
            <w:r w:rsidRPr="008A20D0">
              <w:rPr>
                <w:rFonts w:cs="Times New Roman"/>
                <w:sz w:val="20"/>
              </w:rPr>
              <w:t>7.1</w:t>
            </w:r>
          </w:p>
        </w:tc>
      </w:tr>
      <w:tr w:rsidR="00EE5F04" w:rsidRPr="008A20D0" w14:paraId="4E73DE27" w14:textId="77777777">
        <w:trPr>
          <w:cantSplit/>
          <w:jc w:val="center"/>
        </w:trPr>
        <w:tc>
          <w:tcPr>
            <w:tcW w:w="3312" w:type="dxa"/>
            <w:tcMar>
              <w:top w:w="60" w:type="dxa"/>
              <w:left w:w="60" w:type="dxa"/>
              <w:bottom w:w="60" w:type="dxa"/>
              <w:right w:w="60" w:type="dxa"/>
            </w:tcMar>
            <w:vAlign w:val="center"/>
          </w:tcPr>
          <w:p w14:paraId="68F65C55" w14:textId="77777777" w:rsidR="00EE5F04" w:rsidRPr="008A20D0" w:rsidRDefault="00000000">
            <w:pPr>
              <w:spacing w:after="0" w:line="252" w:lineRule="auto"/>
              <w:rPr>
                <w:rFonts w:cs="Times New Roman"/>
              </w:rPr>
            </w:pPr>
            <w:r w:rsidRPr="008A20D0">
              <w:rPr>
                <w:rFonts w:cs="Times New Roman"/>
                <w:sz w:val="20"/>
              </w:rPr>
              <w:t>Glycated hemoglobin</w:t>
            </w:r>
          </w:p>
        </w:tc>
        <w:tc>
          <w:tcPr>
            <w:tcW w:w="1296" w:type="dxa"/>
            <w:tcMar>
              <w:top w:w="60" w:type="dxa"/>
              <w:left w:w="60" w:type="dxa"/>
              <w:bottom w:w="60" w:type="dxa"/>
              <w:right w:w="60" w:type="dxa"/>
            </w:tcMar>
            <w:vAlign w:val="center"/>
          </w:tcPr>
          <w:p w14:paraId="4E4117B3" w14:textId="77777777" w:rsidR="00EE5F04" w:rsidRPr="008A20D0" w:rsidRDefault="00000000">
            <w:pPr>
              <w:spacing w:after="0" w:line="252" w:lineRule="auto"/>
              <w:jc w:val="center"/>
              <w:rPr>
                <w:rFonts w:cs="Times New Roman"/>
              </w:rPr>
            </w:pPr>
            <w:r w:rsidRPr="008A20D0">
              <w:rPr>
                <w:rFonts w:cs="Times New Roman"/>
                <w:sz w:val="20"/>
              </w:rPr>
              <w:t>92.3</w:t>
            </w:r>
          </w:p>
        </w:tc>
        <w:tc>
          <w:tcPr>
            <w:tcW w:w="1296" w:type="dxa"/>
            <w:tcMar>
              <w:top w:w="60" w:type="dxa"/>
              <w:left w:w="60" w:type="dxa"/>
              <w:bottom w:w="60" w:type="dxa"/>
              <w:right w:w="60" w:type="dxa"/>
            </w:tcMar>
            <w:vAlign w:val="center"/>
          </w:tcPr>
          <w:p w14:paraId="3236FA4E" w14:textId="77777777" w:rsidR="00EE5F04" w:rsidRPr="008A20D0" w:rsidRDefault="00000000">
            <w:pPr>
              <w:spacing w:after="0" w:line="252" w:lineRule="auto"/>
              <w:jc w:val="center"/>
              <w:rPr>
                <w:rFonts w:cs="Times New Roman"/>
              </w:rPr>
            </w:pPr>
            <w:r w:rsidRPr="008A20D0">
              <w:rPr>
                <w:rFonts w:cs="Times New Roman"/>
                <w:sz w:val="20"/>
              </w:rPr>
              <w:t>86.7</w:t>
            </w:r>
          </w:p>
        </w:tc>
        <w:tc>
          <w:tcPr>
            <w:tcW w:w="1296" w:type="dxa"/>
            <w:tcMar>
              <w:top w:w="60" w:type="dxa"/>
              <w:left w:w="60" w:type="dxa"/>
              <w:bottom w:w="60" w:type="dxa"/>
              <w:right w:w="60" w:type="dxa"/>
            </w:tcMar>
            <w:vAlign w:val="center"/>
          </w:tcPr>
          <w:p w14:paraId="022D58BB" w14:textId="77777777" w:rsidR="00EE5F04" w:rsidRPr="008A20D0" w:rsidRDefault="00000000">
            <w:pPr>
              <w:spacing w:after="0" w:line="252" w:lineRule="auto"/>
              <w:jc w:val="center"/>
              <w:rPr>
                <w:rFonts w:cs="Times New Roman"/>
              </w:rPr>
            </w:pPr>
            <w:r w:rsidRPr="008A20D0">
              <w:rPr>
                <w:rFonts w:cs="Times New Roman"/>
                <w:sz w:val="20"/>
              </w:rPr>
              <w:t>93.3</w:t>
            </w:r>
          </w:p>
        </w:tc>
        <w:tc>
          <w:tcPr>
            <w:tcW w:w="1296" w:type="dxa"/>
            <w:tcMar>
              <w:top w:w="60" w:type="dxa"/>
              <w:left w:w="60" w:type="dxa"/>
              <w:bottom w:w="60" w:type="dxa"/>
              <w:right w:w="60" w:type="dxa"/>
            </w:tcMar>
            <w:vAlign w:val="center"/>
          </w:tcPr>
          <w:p w14:paraId="20B1C1F9" w14:textId="77777777" w:rsidR="00EE5F04" w:rsidRPr="008A20D0" w:rsidRDefault="00000000">
            <w:pPr>
              <w:spacing w:after="0" w:line="252" w:lineRule="auto"/>
              <w:jc w:val="center"/>
              <w:rPr>
                <w:rFonts w:cs="Times New Roman"/>
              </w:rPr>
            </w:pPr>
            <w:r w:rsidRPr="008A20D0">
              <w:rPr>
                <w:rFonts w:cs="Times New Roman"/>
                <w:sz w:val="20"/>
              </w:rPr>
              <w:t>97.4</w:t>
            </w:r>
          </w:p>
        </w:tc>
        <w:tc>
          <w:tcPr>
            <w:tcW w:w="1296" w:type="dxa"/>
            <w:tcMar>
              <w:top w:w="60" w:type="dxa"/>
              <w:left w:w="60" w:type="dxa"/>
              <w:bottom w:w="60" w:type="dxa"/>
              <w:right w:w="60" w:type="dxa"/>
            </w:tcMar>
            <w:vAlign w:val="center"/>
          </w:tcPr>
          <w:p w14:paraId="5E6B1E3C" w14:textId="77777777" w:rsidR="00EE5F04" w:rsidRPr="008A20D0" w:rsidRDefault="00000000">
            <w:pPr>
              <w:spacing w:after="0" w:line="252" w:lineRule="auto"/>
              <w:jc w:val="center"/>
              <w:rPr>
                <w:rFonts w:cs="Times New Roman"/>
              </w:rPr>
            </w:pPr>
            <w:r w:rsidRPr="008A20D0">
              <w:rPr>
                <w:rFonts w:cs="Times New Roman"/>
                <w:sz w:val="20"/>
              </w:rPr>
              <w:t>78.6</w:t>
            </w:r>
          </w:p>
        </w:tc>
      </w:tr>
      <w:tr w:rsidR="00EE5F04" w:rsidRPr="008A20D0" w14:paraId="161C7AAE" w14:textId="77777777">
        <w:trPr>
          <w:cantSplit/>
          <w:jc w:val="center"/>
        </w:trPr>
        <w:tc>
          <w:tcPr>
            <w:tcW w:w="3312" w:type="dxa"/>
            <w:tcMar>
              <w:top w:w="60" w:type="dxa"/>
              <w:left w:w="60" w:type="dxa"/>
              <w:bottom w:w="60" w:type="dxa"/>
              <w:right w:w="60" w:type="dxa"/>
            </w:tcMar>
            <w:vAlign w:val="center"/>
          </w:tcPr>
          <w:p w14:paraId="4E1E6FC2" w14:textId="77777777" w:rsidR="00EE5F04" w:rsidRPr="008A20D0" w:rsidRDefault="00000000">
            <w:pPr>
              <w:spacing w:after="0" w:line="252" w:lineRule="auto"/>
              <w:rPr>
                <w:rFonts w:cs="Times New Roman"/>
              </w:rPr>
            </w:pPr>
            <w:r w:rsidRPr="008A20D0">
              <w:rPr>
                <w:rFonts w:cs="Times New Roman"/>
                <w:sz w:val="20"/>
              </w:rPr>
              <w:t>Prothrombin time</w:t>
            </w:r>
          </w:p>
        </w:tc>
        <w:tc>
          <w:tcPr>
            <w:tcW w:w="1296" w:type="dxa"/>
            <w:tcMar>
              <w:top w:w="60" w:type="dxa"/>
              <w:left w:w="60" w:type="dxa"/>
              <w:bottom w:w="60" w:type="dxa"/>
              <w:right w:w="60" w:type="dxa"/>
            </w:tcMar>
            <w:vAlign w:val="center"/>
          </w:tcPr>
          <w:p w14:paraId="00B24D68" w14:textId="77777777" w:rsidR="00EE5F04" w:rsidRPr="008A20D0" w:rsidRDefault="00000000">
            <w:pPr>
              <w:spacing w:after="0" w:line="252" w:lineRule="auto"/>
              <w:jc w:val="center"/>
              <w:rPr>
                <w:rFonts w:cs="Times New Roman"/>
              </w:rPr>
            </w:pPr>
            <w:r w:rsidRPr="008A20D0">
              <w:rPr>
                <w:rFonts w:cs="Times New Roman"/>
                <w:sz w:val="20"/>
              </w:rPr>
              <w:t>7.7</w:t>
            </w:r>
          </w:p>
        </w:tc>
        <w:tc>
          <w:tcPr>
            <w:tcW w:w="1296" w:type="dxa"/>
            <w:tcMar>
              <w:top w:w="60" w:type="dxa"/>
              <w:left w:w="60" w:type="dxa"/>
              <w:bottom w:w="60" w:type="dxa"/>
              <w:right w:w="60" w:type="dxa"/>
            </w:tcMar>
            <w:vAlign w:val="center"/>
          </w:tcPr>
          <w:p w14:paraId="53503FC9" w14:textId="77777777" w:rsidR="00EE5F04" w:rsidRPr="008A20D0" w:rsidRDefault="00000000">
            <w:pPr>
              <w:spacing w:after="0" w:line="252" w:lineRule="auto"/>
              <w:jc w:val="center"/>
              <w:rPr>
                <w:rFonts w:cs="Times New Roman"/>
              </w:rPr>
            </w:pPr>
            <w:r w:rsidRPr="008A20D0">
              <w:rPr>
                <w:rFonts w:cs="Times New Roman"/>
                <w:sz w:val="20"/>
              </w:rPr>
              <w:t>20.0</w:t>
            </w:r>
          </w:p>
        </w:tc>
        <w:tc>
          <w:tcPr>
            <w:tcW w:w="1296" w:type="dxa"/>
            <w:tcMar>
              <w:top w:w="60" w:type="dxa"/>
              <w:left w:w="60" w:type="dxa"/>
              <w:bottom w:w="60" w:type="dxa"/>
              <w:right w:w="60" w:type="dxa"/>
            </w:tcMar>
            <w:vAlign w:val="center"/>
          </w:tcPr>
          <w:p w14:paraId="48ABD3E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2EDB1C5" w14:textId="77777777" w:rsidR="00EE5F04" w:rsidRPr="008A20D0" w:rsidRDefault="00000000">
            <w:pPr>
              <w:spacing w:after="0" w:line="252" w:lineRule="auto"/>
              <w:jc w:val="center"/>
              <w:rPr>
                <w:rFonts w:cs="Times New Roman"/>
              </w:rPr>
            </w:pPr>
            <w:r w:rsidRPr="008A20D0">
              <w:rPr>
                <w:rFonts w:cs="Times New Roman"/>
                <w:sz w:val="20"/>
              </w:rPr>
              <w:t>13.2</w:t>
            </w:r>
          </w:p>
        </w:tc>
        <w:tc>
          <w:tcPr>
            <w:tcW w:w="1296" w:type="dxa"/>
            <w:tcMar>
              <w:top w:w="60" w:type="dxa"/>
              <w:left w:w="60" w:type="dxa"/>
              <w:bottom w:w="60" w:type="dxa"/>
              <w:right w:w="60" w:type="dxa"/>
            </w:tcMar>
            <w:vAlign w:val="center"/>
          </w:tcPr>
          <w:p w14:paraId="73C98C69" w14:textId="77777777" w:rsidR="00EE5F04" w:rsidRPr="008A20D0" w:rsidRDefault="00000000">
            <w:pPr>
              <w:spacing w:after="0" w:line="252" w:lineRule="auto"/>
              <w:jc w:val="center"/>
              <w:rPr>
                <w:rFonts w:cs="Times New Roman"/>
              </w:rPr>
            </w:pPr>
            <w:r w:rsidRPr="008A20D0">
              <w:rPr>
                <w:rFonts w:cs="Times New Roman"/>
                <w:sz w:val="20"/>
              </w:rPr>
              <w:t>10.7</w:t>
            </w:r>
          </w:p>
        </w:tc>
      </w:tr>
      <w:tr w:rsidR="00EE5F04" w:rsidRPr="008A20D0" w14:paraId="44FEC94E" w14:textId="77777777">
        <w:trPr>
          <w:cantSplit/>
          <w:jc w:val="center"/>
        </w:trPr>
        <w:tc>
          <w:tcPr>
            <w:tcW w:w="3312" w:type="dxa"/>
            <w:tcMar>
              <w:top w:w="60" w:type="dxa"/>
              <w:left w:w="60" w:type="dxa"/>
              <w:bottom w:w="60" w:type="dxa"/>
              <w:right w:w="60" w:type="dxa"/>
            </w:tcMar>
            <w:vAlign w:val="center"/>
          </w:tcPr>
          <w:p w14:paraId="5D9B2A38" w14:textId="77777777" w:rsidR="00EE5F04" w:rsidRPr="008A20D0" w:rsidRDefault="00000000">
            <w:pPr>
              <w:spacing w:after="0" w:line="252" w:lineRule="auto"/>
              <w:rPr>
                <w:rFonts w:cs="Times New Roman"/>
              </w:rPr>
            </w:pPr>
            <w:r w:rsidRPr="008A20D0">
              <w:rPr>
                <w:rFonts w:cs="Times New Roman"/>
                <w:sz w:val="20"/>
              </w:rPr>
              <w:t>International normalized ratio</w:t>
            </w:r>
          </w:p>
        </w:tc>
        <w:tc>
          <w:tcPr>
            <w:tcW w:w="1296" w:type="dxa"/>
            <w:tcMar>
              <w:top w:w="60" w:type="dxa"/>
              <w:left w:w="60" w:type="dxa"/>
              <w:bottom w:w="60" w:type="dxa"/>
              <w:right w:w="60" w:type="dxa"/>
            </w:tcMar>
            <w:vAlign w:val="center"/>
          </w:tcPr>
          <w:p w14:paraId="24AF8B59" w14:textId="77777777" w:rsidR="00EE5F04" w:rsidRPr="008A20D0" w:rsidRDefault="00000000">
            <w:pPr>
              <w:spacing w:after="0" w:line="252" w:lineRule="auto"/>
              <w:jc w:val="center"/>
              <w:rPr>
                <w:rFonts w:cs="Times New Roman"/>
              </w:rPr>
            </w:pPr>
            <w:r w:rsidRPr="008A20D0">
              <w:rPr>
                <w:rFonts w:cs="Times New Roman"/>
                <w:sz w:val="20"/>
              </w:rPr>
              <w:t>7.7</w:t>
            </w:r>
          </w:p>
        </w:tc>
        <w:tc>
          <w:tcPr>
            <w:tcW w:w="1296" w:type="dxa"/>
            <w:tcMar>
              <w:top w:w="60" w:type="dxa"/>
              <w:left w:w="60" w:type="dxa"/>
              <w:bottom w:w="60" w:type="dxa"/>
              <w:right w:w="60" w:type="dxa"/>
            </w:tcMar>
            <w:vAlign w:val="center"/>
          </w:tcPr>
          <w:p w14:paraId="7D81A979" w14:textId="77777777" w:rsidR="00EE5F04" w:rsidRPr="008A20D0" w:rsidRDefault="00000000">
            <w:pPr>
              <w:spacing w:after="0" w:line="252" w:lineRule="auto"/>
              <w:jc w:val="center"/>
              <w:rPr>
                <w:rFonts w:cs="Times New Roman"/>
              </w:rPr>
            </w:pPr>
            <w:r w:rsidRPr="008A20D0">
              <w:rPr>
                <w:rFonts w:cs="Times New Roman"/>
                <w:sz w:val="20"/>
              </w:rPr>
              <w:t>20.0</w:t>
            </w:r>
          </w:p>
        </w:tc>
        <w:tc>
          <w:tcPr>
            <w:tcW w:w="1296" w:type="dxa"/>
            <w:tcMar>
              <w:top w:w="60" w:type="dxa"/>
              <w:left w:w="60" w:type="dxa"/>
              <w:bottom w:w="60" w:type="dxa"/>
              <w:right w:w="60" w:type="dxa"/>
            </w:tcMar>
            <w:vAlign w:val="center"/>
          </w:tcPr>
          <w:p w14:paraId="724F867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FE722E1" w14:textId="77777777" w:rsidR="00EE5F04" w:rsidRPr="008A20D0" w:rsidRDefault="00000000">
            <w:pPr>
              <w:spacing w:after="0" w:line="252" w:lineRule="auto"/>
              <w:jc w:val="center"/>
              <w:rPr>
                <w:rFonts w:cs="Times New Roman"/>
              </w:rPr>
            </w:pPr>
            <w:r w:rsidRPr="008A20D0">
              <w:rPr>
                <w:rFonts w:cs="Times New Roman"/>
                <w:sz w:val="20"/>
              </w:rPr>
              <w:t>13.2</w:t>
            </w:r>
          </w:p>
        </w:tc>
        <w:tc>
          <w:tcPr>
            <w:tcW w:w="1296" w:type="dxa"/>
            <w:tcMar>
              <w:top w:w="60" w:type="dxa"/>
              <w:left w:w="60" w:type="dxa"/>
              <w:bottom w:w="60" w:type="dxa"/>
              <w:right w:w="60" w:type="dxa"/>
            </w:tcMar>
            <w:vAlign w:val="center"/>
          </w:tcPr>
          <w:p w14:paraId="1131F7DE" w14:textId="77777777" w:rsidR="00EE5F04" w:rsidRPr="008A20D0" w:rsidRDefault="00000000">
            <w:pPr>
              <w:spacing w:after="0" w:line="252" w:lineRule="auto"/>
              <w:jc w:val="center"/>
              <w:rPr>
                <w:rFonts w:cs="Times New Roman"/>
              </w:rPr>
            </w:pPr>
            <w:r w:rsidRPr="008A20D0">
              <w:rPr>
                <w:rFonts w:cs="Times New Roman"/>
                <w:sz w:val="20"/>
              </w:rPr>
              <w:t>10.7</w:t>
            </w:r>
          </w:p>
        </w:tc>
      </w:tr>
      <w:tr w:rsidR="00EE5F04" w:rsidRPr="008A20D0" w14:paraId="1CDC87A4" w14:textId="77777777">
        <w:trPr>
          <w:cantSplit/>
          <w:jc w:val="center"/>
        </w:trPr>
        <w:tc>
          <w:tcPr>
            <w:tcW w:w="3312" w:type="dxa"/>
            <w:tcMar>
              <w:top w:w="60" w:type="dxa"/>
              <w:left w:w="60" w:type="dxa"/>
              <w:bottom w:w="60" w:type="dxa"/>
              <w:right w:w="60" w:type="dxa"/>
            </w:tcMar>
            <w:vAlign w:val="center"/>
          </w:tcPr>
          <w:p w14:paraId="7D7D7E03" w14:textId="77777777" w:rsidR="00EE5F04" w:rsidRPr="008A20D0" w:rsidRDefault="00000000">
            <w:pPr>
              <w:spacing w:after="0" w:line="252" w:lineRule="auto"/>
              <w:rPr>
                <w:rFonts w:cs="Times New Roman"/>
              </w:rPr>
            </w:pPr>
            <w:r w:rsidRPr="008A20D0">
              <w:rPr>
                <w:rFonts w:cs="Times New Roman"/>
                <w:sz w:val="20"/>
              </w:rPr>
              <w:t>Prothrombin activity</w:t>
            </w:r>
          </w:p>
        </w:tc>
        <w:tc>
          <w:tcPr>
            <w:tcW w:w="1296" w:type="dxa"/>
            <w:tcMar>
              <w:top w:w="60" w:type="dxa"/>
              <w:left w:w="60" w:type="dxa"/>
              <w:bottom w:w="60" w:type="dxa"/>
              <w:right w:w="60" w:type="dxa"/>
            </w:tcMar>
            <w:vAlign w:val="center"/>
          </w:tcPr>
          <w:p w14:paraId="525840A2" w14:textId="77777777" w:rsidR="00EE5F04" w:rsidRPr="008A20D0" w:rsidRDefault="00000000">
            <w:pPr>
              <w:spacing w:after="0" w:line="252" w:lineRule="auto"/>
              <w:jc w:val="center"/>
              <w:rPr>
                <w:rFonts w:cs="Times New Roman"/>
              </w:rPr>
            </w:pPr>
            <w:r w:rsidRPr="008A20D0">
              <w:rPr>
                <w:rFonts w:cs="Times New Roman"/>
                <w:sz w:val="20"/>
              </w:rPr>
              <w:t>7.7</w:t>
            </w:r>
          </w:p>
        </w:tc>
        <w:tc>
          <w:tcPr>
            <w:tcW w:w="1296" w:type="dxa"/>
            <w:tcMar>
              <w:top w:w="60" w:type="dxa"/>
              <w:left w:w="60" w:type="dxa"/>
              <w:bottom w:w="60" w:type="dxa"/>
              <w:right w:w="60" w:type="dxa"/>
            </w:tcMar>
            <w:vAlign w:val="center"/>
          </w:tcPr>
          <w:p w14:paraId="1EB47752" w14:textId="77777777" w:rsidR="00EE5F04" w:rsidRPr="008A20D0" w:rsidRDefault="00000000">
            <w:pPr>
              <w:spacing w:after="0" w:line="252" w:lineRule="auto"/>
              <w:jc w:val="center"/>
              <w:rPr>
                <w:rFonts w:cs="Times New Roman"/>
              </w:rPr>
            </w:pPr>
            <w:r w:rsidRPr="008A20D0">
              <w:rPr>
                <w:rFonts w:cs="Times New Roman"/>
                <w:sz w:val="20"/>
              </w:rPr>
              <w:t>20.0</w:t>
            </w:r>
          </w:p>
        </w:tc>
        <w:tc>
          <w:tcPr>
            <w:tcW w:w="1296" w:type="dxa"/>
            <w:tcMar>
              <w:top w:w="60" w:type="dxa"/>
              <w:left w:w="60" w:type="dxa"/>
              <w:bottom w:w="60" w:type="dxa"/>
              <w:right w:w="60" w:type="dxa"/>
            </w:tcMar>
            <w:vAlign w:val="center"/>
          </w:tcPr>
          <w:p w14:paraId="0C5250E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CF70FD4" w14:textId="77777777" w:rsidR="00EE5F04" w:rsidRPr="008A20D0" w:rsidRDefault="00000000">
            <w:pPr>
              <w:spacing w:after="0" w:line="252" w:lineRule="auto"/>
              <w:jc w:val="center"/>
              <w:rPr>
                <w:rFonts w:cs="Times New Roman"/>
              </w:rPr>
            </w:pPr>
            <w:r w:rsidRPr="008A20D0">
              <w:rPr>
                <w:rFonts w:cs="Times New Roman"/>
                <w:sz w:val="20"/>
              </w:rPr>
              <w:t>13.2</w:t>
            </w:r>
          </w:p>
        </w:tc>
        <w:tc>
          <w:tcPr>
            <w:tcW w:w="1296" w:type="dxa"/>
            <w:tcMar>
              <w:top w:w="60" w:type="dxa"/>
              <w:left w:w="60" w:type="dxa"/>
              <w:bottom w:w="60" w:type="dxa"/>
              <w:right w:w="60" w:type="dxa"/>
            </w:tcMar>
            <w:vAlign w:val="center"/>
          </w:tcPr>
          <w:p w14:paraId="3D27044B" w14:textId="77777777" w:rsidR="00EE5F04" w:rsidRPr="008A20D0" w:rsidRDefault="00000000">
            <w:pPr>
              <w:spacing w:after="0" w:line="252" w:lineRule="auto"/>
              <w:jc w:val="center"/>
              <w:rPr>
                <w:rFonts w:cs="Times New Roman"/>
              </w:rPr>
            </w:pPr>
            <w:r w:rsidRPr="008A20D0">
              <w:rPr>
                <w:rFonts w:cs="Times New Roman"/>
                <w:sz w:val="20"/>
              </w:rPr>
              <w:t>10.7</w:t>
            </w:r>
          </w:p>
        </w:tc>
      </w:tr>
      <w:tr w:rsidR="00EE5F04" w:rsidRPr="008A20D0" w14:paraId="5B224DBF" w14:textId="77777777">
        <w:trPr>
          <w:cantSplit/>
          <w:jc w:val="center"/>
        </w:trPr>
        <w:tc>
          <w:tcPr>
            <w:tcW w:w="3312" w:type="dxa"/>
            <w:tcMar>
              <w:top w:w="60" w:type="dxa"/>
              <w:left w:w="60" w:type="dxa"/>
              <w:bottom w:w="60" w:type="dxa"/>
              <w:right w:w="60" w:type="dxa"/>
            </w:tcMar>
            <w:vAlign w:val="center"/>
          </w:tcPr>
          <w:p w14:paraId="534C629D" w14:textId="77777777" w:rsidR="00EE5F04" w:rsidRPr="008A20D0" w:rsidRDefault="00000000">
            <w:pPr>
              <w:spacing w:after="0" w:line="252" w:lineRule="auto"/>
              <w:rPr>
                <w:rFonts w:cs="Times New Roman"/>
              </w:rPr>
            </w:pPr>
            <w:r w:rsidRPr="008A20D0">
              <w:rPr>
                <w:rFonts w:cs="Times New Roman"/>
                <w:sz w:val="20"/>
              </w:rPr>
              <w:t>Activated partial thromboplastin time</w:t>
            </w:r>
          </w:p>
        </w:tc>
        <w:tc>
          <w:tcPr>
            <w:tcW w:w="1296" w:type="dxa"/>
            <w:tcMar>
              <w:top w:w="60" w:type="dxa"/>
              <w:left w:w="60" w:type="dxa"/>
              <w:bottom w:w="60" w:type="dxa"/>
              <w:right w:w="60" w:type="dxa"/>
            </w:tcMar>
            <w:vAlign w:val="center"/>
          </w:tcPr>
          <w:p w14:paraId="346FF82E" w14:textId="77777777" w:rsidR="00EE5F04" w:rsidRPr="008A20D0" w:rsidRDefault="00000000">
            <w:pPr>
              <w:spacing w:after="0" w:line="252" w:lineRule="auto"/>
              <w:jc w:val="center"/>
              <w:rPr>
                <w:rFonts w:cs="Times New Roman"/>
              </w:rPr>
            </w:pPr>
            <w:r w:rsidRPr="008A20D0">
              <w:rPr>
                <w:rFonts w:cs="Times New Roman"/>
                <w:sz w:val="20"/>
              </w:rPr>
              <w:t>7.7</w:t>
            </w:r>
          </w:p>
        </w:tc>
        <w:tc>
          <w:tcPr>
            <w:tcW w:w="1296" w:type="dxa"/>
            <w:tcMar>
              <w:top w:w="60" w:type="dxa"/>
              <w:left w:w="60" w:type="dxa"/>
              <w:bottom w:w="60" w:type="dxa"/>
              <w:right w:w="60" w:type="dxa"/>
            </w:tcMar>
            <w:vAlign w:val="center"/>
          </w:tcPr>
          <w:p w14:paraId="4690B9B4" w14:textId="77777777" w:rsidR="00EE5F04" w:rsidRPr="008A20D0" w:rsidRDefault="00000000">
            <w:pPr>
              <w:spacing w:after="0" w:line="252" w:lineRule="auto"/>
              <w:jc w:val="center"/>
              <w:rPr>
                <w:rFonts w:cs="Times New Roman"/>
              </w:rPr>
            </w:pPr>
            <w:r w:rsidRPr="008A20D0">
              <w:rPr>
                <w:rFonts w:cs="Times New Roman"/>
                <w:sz w:val="20"/>
              </w:rPr>
              <w:t>20.0</w:t>
            </w:r>
          </w:p>
        </w:tc>
        <w:tc>
          <w:tcPr>
            <w:tcW w:w="1296" w:type="dxa"/>
            <w:tcMar>
              <w:top w:w="60" w:type="dxa"/>
              <w:left w:w="60" w:type="dxa"/>
              <w:bottom w:w="60" w:type="dxa"/>
              <w:right w:w="60" w:type="dxa"/>
            </w:tcMar>
            <w:vAlign w:val="center"/>
          </w:tcPr>
          <w:p w14:paraId="393102B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840DAAD" w14:textId="77777777" w:rsidR="00EE5F04" w:rsidRPr="008A20D0" w:rsidRDefault="00000000">
            <w:pPr>
              <w:spacing w:after="0" w:line="252" w:lineRule="auto"/>
              <w:jc w:val="center"/>
              <w:rPr>
                <w:rFonts w:cs="Times New Roman"/>
              </w:rPr>
            </w:pPr>
            <w:r w:rsidRPr="008A20D0">
              <w:rPr>
                <w:rFonts w:cs="Times New Roman"/>
                <w:sz w:val="20"/>
              </w:rPr>
              <w:t>13.2</w:t>
            </w:r>
          </w:p>
        </w:tc>
        <w:tc>
          <w:tcPr>
            <w:tcW w:w="1296" w:type="dxa"/>
            <w:tcMar>
              <w:top w:w="60" w:type="dxa"/>
              <w:left w:w="60" w:type="dxa"/>
              <w:bottom w:w="60" w:type="dxa"/>
              <w:right w:w="60" w:type="dxa"/>
            </w:tcMar>
            <w:vAlign w:val="center"/>
          </w:tcPr>
          <w:p w14:paraId="5B11F64A" w14:textId="77777777" w:rsidR="00EE5F04" w:rsidRPr="008A20D0" w:rsidRDefault="00000000">
            <w:pPr>
              <w:spacing w:after="0" w:line="252" w:lineRule="auto"/>
              <w:jc w:val="center"/>
              <w:rPr>
                <w:rFonts w:cs="Times New Roman"/>
              </w:rPr>
            </w:pPr>
            <w:r w:rsidRPr="008A20D0">
              <w:rPr>
                <w:rFonts w:cs="Times New Roman"/>
                <w:sz w:val="20"/>
              </w:rPr>
              <w:t>10.7</w:t>
            </w:r>
          </w:p>
        </w:tc>
      </w:tr>
      <w:tr w:rsidR="00EE5F04" w:rsidRPr="008A20D0" w14:paraId="1B0C41C9" w14:textId="77777777">
        <w:trPr>
          <w:cantSplit/>
          <w:jc w:val="center"/>
        </w:trPr>
        <w:tc>
          <w:tcPr>
            <w:tcW w:w="3312" w:type="dxa"/>
            <w:tcMar>
              <w:top w:w="60" w:type="dxa"/>
              <w:left w:w="60" w:type="dxa"/>
              <w:bottom w:w="60" w:type="dxa"/>
              <w:right w:w="60" w:type="dxa"/>
            </w:tcMar>
            <w:vAlign w:val="center"/>
          </w:tcPr>
          <w:p w14:paraId="4E0D828F" w14:textId="77777777" w:rsidR="00EE5F04" w:rsidRPr="008A20D0" w:rsidRDefault="00000000">
            <w:pPr>
              <w:spacing w:after="0" w:line="252" w:lineRule="auto"/>
              <w:rPr>
                <w:rFonts w:cs="Times New Roman"/>
              </w:rPr>
            </w:pPr>
            <w:r w:rsidRPr="008A20D0">
              <w:rPr>
                <w:rFonts w:cs="Times New Roman"/>
                <w:sz w:val="20"/>
              </w:rPr>
              <w:t>Thrombin time</w:t>
            </w:r>
          </w:p>
        </w:tc>
        <w:tc>
          <w:tcPr>
            <w:tcW w:w="1296" w:type="dxa"/>
            <w:tcMar>
              <w:top w:w="60" w:type="dxa"/>
              <w:left w:w="60" w:type="dxa"/>
              <w:bottom w:w="60" w:type="dxa"/>
              <w:right w:w="60" w:type="dxa"/>
            </w:tcMar>
            <w:vAlign w:val="center"/>
          </w:tcPr>
          <w:p w14:paraId="7756908C" w14:textId="77777777" w:rsidR="00EE5F04" w:rsidRPr="008A20D0" w:rsidRDefault="00000000">
            <w:pPr>
              <w:spacing w:after="0" w:line="252" w:lineRule="auto"/>
              <w:jc w:val="center"/>
              <w:rPr>
                <w:rFonts w:cs="Times New Roman"/>
              </w:rPr>
            </w:pPr>
            <w:r w:rsidRPr="008A20D0">
              <w:rPr>
                <w:rFonts w:cs="Times New Roman"/>
                <w:sz w:val="20"/>
              </w:rPr>
              <w:t>7.7</w:t>
            </w:r>
          </w:p>
        </w:tc>
        <w:tc>
          <w:tcPr>
            <w:tcW w:w="1296" w:type="dxa"/>
            <w:tcMar>
              <w:top w:w="60" w:type="dxa"/>
              <w:left w:w="60" w:type="dxa"/>
              <w:bottom w:w="60" w:type="dxa"/>
              <w:right w:w="60" w:type="dxa"/>
            </w:tcMar>
            <w:vAlign w:val="center"/>
          </w:tcPr>
          <w:p w14:paraId="4EF43A94" w14:textId="77777777" w:rsidR="00EE5F04" w:rsidRPr="008A20D0" w:rsidRDefault="00000000">
            <w:pPr>
              <w:spacing w:after="0" w:line="252" w:lineRule="auto"/>
              <w:jc w:val="center"/>
              <w:rPr>
                <w:rFonts w:cs="Times New Roman"/>
              </w:rPr>
            </w:pPr>
            <w:r w:rsidRPr="008A20D0">
              <w:rPr>
                <w:rFonts w:cs="Times New Roman"/>
                <w:sz w:val="20"/>
              </w:rPr>
              <w:t>20.0</w:t>
            </w:r>
          </w:p>
        </w:tc>
        <w:tc>
          <w:tcPr>
            <w:tcW w:w="1296" w:type="dxa"/>
            <w:tcMar>
              <w:top w:w="60" w:type="dxa"/>
              <w:left w:w="60" w:type="dxa"/>
              <w:bottom w:w="60" w:type="dxa"/>
              <w:right w:w="60" w:type="dxa"/>
            </w:tcMar>
            <w:vAlign w:val="center"/>
          </w:tcPr>
          <w:p w14:paraId="0A78130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B7E2C5D" w14:textId="77777777" w:rsidR="00EE5F04" w:rsidRPr="008A20D0" w:rsidRDefault="00000000">
            <w:pPr>
              <w:spacing w:after="0" w:line="252" w:lineRule="auto"/>
              <w:jc w:val="center"/>
              <w:rPr>
                <w:rFonts w:cs="Times New Roman"/>
              </w:rPr>
            </w:pPr>
            <w:r w:rsidRPr="008A20D0">
              <w:rPr>
                <w:rFonts w:cs="Times New Roman"/>
                <w:sz w:val="20"/>
              </w:rPr>
              <w:t>13.2</w:t>
            </w:r>
          </w:p>
        </w:tc>
        <w:tc>
          <w:tcPr>
            <w:tcW w:w="1296" w:type="dxa"/>
            <w:tcMar>
              <w:top w:w="60" w:type="dxa"/>
              <w:left w:w="60" w:type="dxa"/>
              <w:bottom w:w="60" w:type="dxa"/>
              <w:right w:w="60" w:type="dxa"/>
            </w:tcMar>
            <w:vAlign w:val="center"/>
          </w:tcPr>
          <w:p w14:paraId="7278B031" w14:textId="77777777" w:rsidR="00EE5F04" w:rsidRPr="008A20D0" w:rsidRDefault="00000000">
            <w:pPr>
              <w:spacing w:after="0" w:line="252" w:lineRule="auto"/>
              <w:jc w:val="center"/>
              <w:rPr>
                <w:rFonts w:cs="Times New Roman"/>
              </w:rPr>
            </w:pPr>
            <w:r w:rsidRPr="008A20D0">
              <w:rPr>
                <w:rFonts w:cs="Times New Roman"/>
                <w:sz w:val="20"/>
              </w:rPr>
              <w:t>10.7</w:t>
            </w:r>
          </w:p>
        </w:tc>
      </w:tr>
      <w:tr w:rsidR="00EE5F04" w:rsidRPr="008A20D0" w14:paraId="2F9553DF" w14:textId="77777777">
        <w:trPr>
          <w:cantSplit/>
          <w:jc w:val="center"/>
        </w:trPr>
        <w:tc>
          <w:tcPr>
            <w:tcW w:w="3312" w:type="dxa"/>
            <w:tcMar>
              <w:top w:w="60" w:type="dxa"/>
              <w:left w:w="60" w:type="dxa"/>
              <w:bottom w:w="60" w:type="dxa"/>
              <w:right w:w="60" w:type="dxa"/>
            </w:tcMar>
            <w:vAlign w:val="center"/>
          </w:tcPr>
          <w:p w14:paraId="40448AC5" w14:textId="77777777" w:rsidR="00EE5F04" w:rsidRPr="008A20D0" w:rsidRDefault="00000000">
            <w:pPr>
              <w:spacing w:after="0" w:line="252" w:lineRule="auto"/>
              <w:rPr>
                <w:rFonts w:cs="Times New Roman"/>
              </w:rPr>
            </w:pPr>
            <w:r w:rsidRPr="008A20D0">
              <w:rPr>
                <w:rFonts w:cs="Times New Roman"/>
                <w:sz w:val="20"/>
              </w:rPr>
              <w:t>Fibrinogen</w:t>
            </w:r>
          </w:p>
        </w:tc>
        <w:tc>
          <w:tcPr>
            <w:tcW w:w="1296" w:type="dxa"/>
            <w:tcMar>
              <w:top w:w="60" w:type="dxa"/>
              <w:left w:w="60" w:type="dxa"/>
              <w:bottom w:w="60" w:type="dxa"/>
              <w:right w:w="60" w:type="dxa"/>
            </w:tcMar>
            <w:vAlign w:val="center"/>
          </w:tcPr>
          <w:p w14:paraId="208C7DBC" w14:textId="77777777" w:rsidR="00EE5F04" w:rsidRPr="008A20D0" w:rsidRDefault="00000000">
            <w:pPr>
              <w:spacing w:after="0" w:line="252" w:lineRule="auto"/>
              <w:jc w:val="center"/>
              <w:rPr>
                <w:rFonts w:cs="Times New Roman"/>
              </w:rPr>
            </w:pPr>
            <w:r w:rsidRPr="008A20D0">
              <w:rPr>
                <w:rFonts w:cs="Times New Roman"/>
                <w:sz w:val="20"/>
              </w:rPr>
              <w:t>7.7</w:t>
            </w:r>
          </w:p>
        </w:tc>
        <w:tc>
          <w:tcPr>
            <w:tcW w:w="1296" w:type="dxa"/>
            <w:tcMar>
              <w:top w:w="60" w:type="dxa"/>
              <w:left w:w="60" w:type="dxa"/>
              <w:bottom w:w="60" w:type="dxa"/>
              <w:right w:w="60" w:type="dxa"/>
            </w:tcMar>
            <w:vAlign w:val="center"/>
          </w:tcPr>
          <w:p w14:paraId="48C06ACA" w14:textId="77777777" w:rsidR="00EE5F04" w:rsidRPr="008A20D0" w:rsidRDefault="00000000">
            <w:pPr>
              <w:spacing w:after="0" w:line="252" w:lineRule="auto"/>
              <w:jc w:val="center"/>
              <w:rPr>
                <w:rFonts w:cs="Times New Roman"/>
              </w:rPr>
            </w:pPr>
            <w:r w:rsidRPr="008A20D0">
              <w:rPr>
                <w:rFonts w:cs="Times New Roman"/>
                <w:sz w:val="20"/>
              </w:rPr>
              <w:t>20.0</w:t>
            </w:r>
          </w:p>
        </w:tc>
        <w:tc>
          <w:tcPr>
            <w:tcW w:w="1296" w:type="dxa"/>
            <w:tcMar>
              <w:top w:w="60" w:type="dxa"/>
              <w:left w:w="60" w:type="dxa"/>
              <w:bottom w:w="60" w:type="dxa"/>
              <w:right w:w="60" w:type="dxa"/>
            </w:tcMar>
            <w:vAlign w:val="center"/>
          </w:tcPr>
          <w:p w14:paraId="18CDAAE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521A8B3" w14:textId="77777777" w:rsidR="00EE5F04" w:rsidRPr="008A20D0" w:rsidRDefault="00000000">
            <w:pPr>
              <w:spacing w:after="0" w:line="252" w:lineRule="auto"/>
              <w:jc w:val="center"/>
              <w:rPr>
                <w:rFonts w:cs="Times New Roman"/>
              </w:rPr>
            </w:pPr>
            <w:r w:rsidRPr="008A20D0">
              <w:rPr>
                <w:rFonts w:cs="Times New Roman"/>
                <w:sz w:val="20"/>
              </w:rPr>
              <w:t>13.2</w:t>
            </w:r>
          </w:p>
        </w:tc>
        <w:tc>
          <w:tcPr>
            <w:tcW w:w="1296" w:type="dxa"/>
            <w:tcMar>
              <w:top w:w="60" w:type="dxa"/>
              <w:left w:w="60" w:type="dxa"/>
              <w:bottom w:w="60" w:type="dxa"/>
              <w:right w:w="60" w:type="dxa"/>
            </w:tcMar>
            <w:vAlign w:val="center"/>
          </w:tcPr>
          <w:p w14:paraId="17519387" w14:textId="77777777" w:rsidR="00EE5F04" w:rsidRPr="008A20D0" w:rsidRDefault="00000000">
            <w:pPr>
              <w:spacing w:after="0" w:line="252" w:lineRule="auto"/>
              <w:jc w:val="center"/>
              <w:rPr>
                <w:rFonts w:cs="Times New Roman"/>
              </w:rPr>
            </w:pPr>
            <w:r w:rsidRPr="008A20D0">
              <w:rPr>
                <w:rFonts w:cs="Times New Roman"/>
                <w:sz w:val="20"/>
              </w:rPr>
              <w:t>10.7</w:t>
            </w:r>
          </w:p>
        </w:tc>
      </w:tr>
      <w:tr w:rsidR="00EE5F04" w:rsidRPr="008A20D0" w14:paraId="72BB6001" w14:textId="77777777">
        <w:trPr>
          <w:cantSplit/>
          <w:jc w:val="center"/>
        </w:trPr>
        <w:tc>
          <w:tcPr>
            <w:tcW w:w="3312" w:type="dxa"/>
            <w:tcMar>
              <w:top w:w="60" w:type="dxa"/>
              <w:left w:w="60" w:type="dxa"/>
              <w:bottom w:w="60" w:type="dxa"/>
              <w:right w:w="60" w:type="dxa"/>
            </w:tcMar>
            <w:vAlign w:val="center"/>
          </w:tcPr>
          <w:p w14:paraId="0EBF63D6" w14:textId="77777777" w:rsidR="00EE5F04" w:rsidRPr="008A20D0" w:rsidRDefault="00000000">
            <w:pPr>
              <w:spacing w:after="0" w:line="252" w:lineRule="auto"/>
              <w:rPr>
                <w:rFonts w:cs="Times New Roman"/>
              </w:rPr>
            </w:pPr>
            <w:r w:rsidRPr="008A20D0">
              <w:rPr>
                <w:rFonts w:cs="Times New Roman"/>
                <w:sz w:val="20"/>
              </w:rPr>
              <w:t>D-dimer</w:t>
            </w:r>
          </w:p>
        </w:tc>
        <w:tc>
          <w:tcPr>
            <w:tcW w:w="1296" w:type="dxa"/>
            <w:tcMar>
              <w:top w:w="60" w:type="dxa"/>
              <w:left w:w="60" w:type="dxa"/>
              <w:bottom w:w="60" w:type="dxa"/>
              <w:right w:w="60" w:type="dxa"/>
            </w:tcMar>
            <w:vAlign w:val="center"/>
          </w:tcPr>
          <w:p w14:paraId="5F65C9B4" w14:textId="77777777" w:rsidR="00EE5F04" w:rsidRPr="008A20D0" w:rsidRDefault="00000000">
            <w:pPr>
              <w:spacing w:after="0" w:line="252" w:lineRule="auto"/>
              <w:jc w:val="center"/>
              <w:rPr>
                <w:rFonts w:cs="Times New Roman"/>
              </w:rPr>
            </w:pPr>
            <w:r w:rsidRPr="008A20D0">
              <w:rPr>
                <w:rFonts w:cs="Times New Roman"/>
                <w:sz w:val="20"/>
              </w:rPr>
              <w:t>7.7</w:t>
            </w:r>
          </w:p>
        </w:tc>
        <w:tc>
          <w:tcPr>
            <w:tcW w:w="1296" w:type="dxa"/>
            <w:tcMar>
              <w:top w:w="60" w:type="dxa"/>
              <w:left w:w="60" w:type="dxa"/>
              <w:bottom w:w="60" w:type="dxa"/>
              <w:right w:w="60" w:type="dxa"/>
            </w:tcMar>
            <w:vAlign w:val="center"/>
          </w:tcPr>
          <w:p w14:paraId="5EF7EABC" w14:textId="77777777" w:rsidR="00EE5F04" w:rsidRPr="008A20D0" w:rsidRDefault="00000000">
            <w:pPr>
              <w:spacing w:after="0" w:line="252" w:lineRule="auto"/>
              <w:jc w:val="center"/>
              <w:rPr>
                <w:rFonts w:cs="Times New Roman"/>
              </w:rPr>
            </w:pPr>
            <w:r w:rsidRPr="008A20D0">
              <w:rPr>
                <w:rFonts w:cs="Times New Roman"/>
                <w:sz w:val="20"/>
              </w:rPr>
              <w:t>20.0</w:t>
            </w:r>
          </w:p>
        </w:tc>
        <w:tc>
          <w:tcPr>
            <w:tcW w:w="1296" w:type="dxa"/>
            <w:tcMar>
              <w:top w:w="60" w:type="dxa"/>
              <w:left w:w="60" w:type="dxa"/>
              <w:bottom w:w="60" w:type="dxa"/>
              <w:right w:w="60" w:type="dxa"/>
            </w:tcMar>
            <w:vAlign w:val="center"/>
          </w:tcPr>
          <w:p w14:paraId="67F5212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2060D31" w14:textId="77777777" w:rsidR="00EE5F04" w:rsidRPr="008A20D0" w:rsidRDefault="00000000">
            <w:pPr>
              <w:spacing w:after="0" w:line="252" w:lineRule="auto"/>
              <w:jc w:val="center"/>
              <w:rPr>
                <w:rFonts w:cs="Times New Roman"/>
              </w:rPr>
            </w:pPr>
            <w:r w:rsidRPr="008A20D0">
              <w:rPr>
                <w:rFonts w:cs="Times New Roman"/>
                <w:sz w:val="20"/>
              </w:rPr>
              <w:t>23.7</w:t>
            </w:r>
          </w:p>
        </w:tc>
        <w:tc>
          <w:tcPr>
            <w:tcW w:w="1296" w:type="dxa"/>
            <w:tcMar>
              <w:top w:w="60" w:type="dxa"/>
              <w:left w:w="60" w:type="dxa"/>
              <w:bottom w:w="60" w:type="dxa"/>
              <w:right w:w="60" w:type="dxa"/>
            </w:tcMar>
            <w:vAlign w:val="center"/>
          </w:tcPr>
          <w:p w14:paraId="7D34EED5" w14:textId="77777777" w:rsidR="00EE5F04" w:rsidRPr="008A20D0" w:rsidRDefault="00000000">
            <w:pPr>
              <w:spacing w:after="0" w:line="252" w:lineRule="auto"/>
              <w:jc w:val="center"/>
              <w:rPr>
                <w:rFonts w:cs="Times New Roman"/>
              </w:rPr>
            </w:pPr>
            <w:r w:rsidRPr="008A20D0">
              <w:rPr>
                <w:rFonts w:cs="Times New Roman"/>
                <w:sz w:val="20"/>
              </w:rPr>
              <w:t>10.7</w:t>
            </w:r>
          </w:p>
        </w:tc>
      </w:tr>
      <w:tr w:rsidR="00EE5F04" w:rsidRPr="008A20D0" w14:paraId="4911C7E8" w14:textId="77777777">
        <w:trPr>
          <w:cantSplit/>
          <w:jc w:val="center"/>
        </w:trPr>
        <w:tc>
          <w:tcPr>
            <w:tcW w:w="3312" w:type="dxa"/>
            <w:tcMar>
              <w:top w:w="60" w:type="dxa"/>
              <w:left w:w="60" w:type="dxa"/>
              <w:bottom w:w="60" w:type="dxa"/>
              <w:right w:w="60" w:type="dxa"/>
            </w:tcMar>
            <w:vAlign w:val="center"/>
          </w:tcPr>
          <w:p w14:paraId="195F05AB" w14:textId="77777777" w:rsidR="00EE5F04" w:rsidRPr="008A20D0" w:rsidRDefault="00000000">
            <w:pPr>
              <w:spacing w:after="0" w:line="252" w:lineRule="auto"/>
              <w:rPr>
                <w:rFonts w:cs="Times New Roman"/>
              </w:rPr>
            </w:pPr>
            <w:r w:rsidRPr="008A20D0">
              <w:rPr>
                <w:rFonts w:cs="Times New Roman"/>
                <w:sz w:val="20"/>
              </w:rPr>
              <w:t>Serum amylase</w:t>
            </w:r>
          </w:p>
        </w:tc>
        <w:tc>
          <w:tcPr>
            <w:tcW w:w="1296" w:type="dxa"/>
            <w:tcMar>
              <w:top w:w="60" w:type="dxa"/>
              <w:left w:w="60" w:type="dxa"/>
              <w:bottom w:w="60" w:type="dxa"/>
              <w:right w:w="60" w:type="dxa"/>
            </w:tcMar>
            <w:vAlign w:val="center"/>
          </w:tcPr>
          <w:p w14:paraId="6D693BF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92EAAE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E5F4C0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8F4F9AA" w14:textId="77777777" w:rsidR="00EE5F04" w:rsidRPr="008A20D0" w:rsidRDefault="00000000">
            <w:pPr>
              <w:spacing w:after="0" w:line="252" w:lineRule="auto"/>
              <w:jc w:val="center"/>
              <w:rPr>
                <w:rFonts w:cs="Times New Roman"/>
              </w:rPr>
            </w:pPr>
            <w:r w:rsidRPr="008A20D0">
              <w:rPr>
                <w:rFonts w:cs="Times New Roman"/>
                <w:sz w:val="20"/>
              </w:rPr>
              <w:t>2.6</w:t>
            </w:r>
          </w:p>
        </w:tc>
        <w:tc>
          <w:tcPr>
            <w:tcW w:w="1296" w:type="dxa"/>
            <w:tcMar>
              <w:top w:w="60" w:type="dxa"/>
              <w:left w:w="60" w:type="dxa"/>
              <w:bottom w:w="60" w:type="dxa"/>
              <w:right w:w="60" w:type="dxa"/>
            </w:tcMar>
            <w:vAlign w:val="center"/>
          </w:tcPr>
          <w:p w14:paraId="691AED62" w14:textId="77777777" w:rsidR="00EE5F04" w:rsidRPr="008A20D0" w:rsidRDefault="00000000">
            <w:pPr>
              <w:spacing w:after="0" w:line="252" w:lineRule="auto"/>
              <w:jc w:val="center"/>
              <w:rPr>
                <w:rFonts w:cs="Times New Roman"/>
              </w:rPr>
            </w:pPr>
            <w:r w:rsidRPr="008A20D0">
              <w:rPr>
                <w:rFonts w:cs="Times New Roman"/>
                <w:sz w:val="20"/>
              </w:rPr>
              <w:t>14.3</w:t>
            </w:r>
          </w:p>
        </w:tc>
      </w:tr>
      <w:tr w:rsidR="00EE5F04" w:rsidRPr="008A20D0" w14:paraId="7414F99A" w14:textId="77777777">
        <w:trPr>
          <w:cantSplit/>
          <w:jc w:val="center"/>
        </w:trPr>
        <w:tc>
          <w:tcPr>
            <w:tcW w:w="3312" w:type="dxa"/>
            <w:tcMar>
              <w:top w:w="60" w:type="dxa"/>
              <w:left w:w="60" w:type="dxa"/>
              <w:bottom w:w="60" w:type="dxa"/>
              <w:right w:w="60" w:type="dxa"/>
            </w:tcMar>
            <w:vAlign w:val="center"/>
          </w:tcPr>
          <w:p w14:paraId="4A2EDA0F" w14:textId="77777777" w:rsidR="00EE5F04" w:rsidRPr="008A20D0" w:rsidRDefault="00000000">
            <w:pPr>
              <w:spacing w:after="0" w:line="252" w:lineRule="auto"/>
              <w:rPr>
                <w:rFonts w:cs="Times New Roman"/>
              </w:rPr>
            </w:pPr>
            <w:r w:rsidRPr="008A20D0">
              <w:rPr>
                <w:rFonts w:cs="Times New Roman"/>
                <w:sz w:val="20"/>
              </w:rPr>
              <w:t>Lipase</w:t>
            </w:r>
          </w:p>
        </w:tc>
        <w:tc>
          <w:tcPr>
            <w:tcW w:w="1296" w:type="dxa"/>
            <w:tcMar>
              <w:top w:w="60" w:type="dxa"/>
              <w:left w:w="60" w:type="dxa"/>
              <w:bottom w:w="60" w:type="dxa"/>
              <w:right w:w="60" w:type="dxa"/>
            </w:tcMar>
            <w:vAlign w:val="center"/>
          </w:tcPr>
          <w:p w14:paraId="027055EF" w14:textId="77777777" w:rsidR="00EE5F04" w:rsidRPr="008A20D0" w:rsidRDefault="00000000">
            <w:pPr>
              <w:spacing w:after="0" w:line="252" w:lineRule="auto"/>
              <w:jc w:val="center"/>
              <w:rPr>
                <w:rFonts w:cs="Times New Roman"/>
              </w:rPr>
            </w:pPr>
            <w:r w:rsidRPr="008A20D0">
              <w:rPr>
                <w:rFonts w:cs="Times New Roman"/>
                <w:sz w:val="20"/>
              </w:rPr>
              <w:t>46.2</w:t>
            </w:r>
          </w:p>
        </w:tc>
        <w:tc>
          <w:tcPr>
            <w:tcW w:w="1296" w:type="dxa"/>
            <w:tcMar>
              <w:top w:w="60" w:type="dxa"/>
              <w:left w:w="60" w:type="dxa"/>
              <w:bottom w:w="60" w:type="dxa"/>
              <w:right w:w="60" w:type="dxa"/>
            </w:tcMar>
            <w:vAlign w:val="center"/>
          </w:tcPr>
          <w:p w14:paraId="2A9D5531" w14:textId="77777777" w:rsidR="00EE5F04" w:rsidRPr="008A20D0" w:rsidRDefault="00000000">
            <w:pPr>
              <w:spacing w:after="0" w:line="252" w:lineRule="auto"/>
              <w:jc w:val="center"/>
              <w:rPr>
                <w:rFonts w:cs="Times New Roman"/>
              </w:rPr>
            </w:pPr>
            <w:r w:rsidRPr="008A20D0">
              <w:rPr>
                <w:rFonts w:cs="Times New Roman"/>
                <w:sz w:val="20"/>
              </w:rPr>
              <w:t>60.0</w:t>
            </w:r>
          </w:p>
        </w:tc>
        <w:tc>
          <w:tcPr>
            <w:tcW w:w="1296" w:type="dxa"/>
            <w:tcMar>
              <w:top w:w="60" w:type="dxa"/>
              <w:left w:w="60" w:type="dxa"/>
              <w:bottom w:w="60" w:type="dxa"/>
              <w:right w:w="60" w:type="dxa"/>
            </w:tcMar>
            <w:vAlign w:val="center"/>
          </w:tcPr>
          <w:p w14:paraId="70DA0873" w14:textId="77777777" w:rsidR="00EE5F04" w:rsidRPr="008A20D0" w:rsidRDefault="00000000">
            <w:pPr>
              <w:spacing w:after="0" w:line="252" w:lineRule="auto"/>
              <w:jc w:val="center"/>
              <w:rPr>
                <w:rFonts w:cs="Times New Roman"/>
              </w:rPr>
            </w:pPr>
            <w:r w:rsidRPr="008A20D0">
              <w:rPr>
                <w:rFonts w:cs="Times New Roman"/>
                <w:sz w:val="20"/>
              </w:rPr>
              <w:t>40.0</w:t>
            </w:r>
          </w:p>
        </w:tc>
        <w:tc>
          <w:tcPr>
            <w:tcW w:w="1296" w:type="dxa"/>
            <w:tcMar>
              <w:top w:w="60" w:type="dxa"/>
              <w:left w:w="60" w:type="dxa"/>
              <w:bottom w:w="60" w:type="dxa"/>
              <w:right w:w="60" w:type="dxa"/>
            </w:tcMar>
            <w:vAlign w:val="center"/>
          </w:tcPr>
          <w:p w14:paraId="778317D7" w14:textId="77777777" w:rsidR="00EE5F04" w:rsidRPr="008A20D0" w:rsidRDefault="00000000">
            <w:pPr>
              <w:spacing w:after="0" w:line="252" w:lineRule="auto"/>
              <w:jc w:val="center"/>
              <w:rPr>
                <w:rFonts w:cs="Times New Roman"/>
              </w:rPr>
            </w:pPr>
            <w:r w:rsidRPr="008A20D0">
              <w:rPr>
                <w:rFonts w:cs="Times New Roman"/>
                <w:sz w:val="20"/>
              </w:rPr>
              <w:t>57.9</w:t>
            </w:r>
          </w:p>
        </w:tc>
        <w:tc>
          <w:tcPr>
            <w:tcW w:w="1296" w:type="dxa"/>
            <w:tcMar>
              <w:top w:w="60" w:type="dxa"/>
              <w:left w:w="60" w:type="dxa"/>
              <w:bottom w:w="60" w:type="dxa"/>
              <w:right w:w="60" w:type="dxa"/>
            </w:tcMar>
            <w:vAlign w:val="center"/>
          </w:tcPr>
          <w:p w14:paraId="7B367AE1" w14:textId="77777777" w:rsidR="00EE5F04" w:rsidRPr="008A20D0" w:rsidRDefault="00000000">
            <w:pPr>
              <w:spacing w:after="0" w:line="252" w:lineRule="auto"/>
              <w:jc w:val="center"/>
              <w:rPr>
                <w:rFonts w:cs="Times New Roman"/>
              </w:rPr>
            </w:pPr>
            <w:r w:rsidRPr="008A20D0">
              <w:rPr>
                <w:rFonts w:cs="Times New Roman"/>
                <w:sz w:val="20"/>
              </w:rPr>
              <w:t>42.9</w:t>
            </w:r>
          </w:p>
        </w:tc>
      </w:tr>
      <w:tr w:rsidR="00EE5F04" w:rsidRPr="008A20D0" w14:paraId="4762DEBE" w14:textId="77777777">
        <w:trPr>
          <w:cantSplit/>
          <w:jc w:val="center"/>
        </w:trPr>
        <w:tc>
          <w:tcPr>
            <w:tcW w:w="3312" w:type="dxa"/>
            <w:tcMar>
              <w:top w:w="60" w:type="dxa"/>
              <w:left w:w="60" w:type="dxa"/>
              <w:bottom w:w="60" w:type="dxa"/>
              <w:right w:w="60" w:type="dxa"/>
            </w:tcMar>
            <w:vAlign w:val="center"/>
          </w:tcPr>
          <w:p w14:paraId="63B8907D" w14:textId="77777777" w:rsidR="00EE5F04" w:rsidRPr="008A20D0" w:rsidRDefault="00000000">
            <w:pPr>
              <w:spacing w:after="0" w:line="252" w:lineRule="auto"/>
              <w:rPr>
                <w:rFonts w:cs="Times New Roman"/>
              </w:rPr>
            </w:pPr>
            <w:r w:rsidRPr="008A20D0">
              <w:rPr>
                <w:rFonts w:cs="Times New Roman"/>
                <w:sz w:val="20"/>
              </w:rPr>
              <w:t>Drain-fluid amylase</w:t>
            </w:r>
          </w:p>
        </w:tc>
        <w:tc>
          <w:tcPr>
            <w:tcW w:w="1296" w:type="dxa"/>
            <w:tcMar>
              <w:top w:w="60" w:type="dxa"/>
              <w:left w:w="60" w:type="dxa"/>
              <w:bottom w:w="60" w:type="dxa"/>
              <w:right w:w="60" w:type="dxa"/>
            </w:tcMar>
            <w:vAlign w:val="center"/>
          </w:tcPr>
          <w:p w14:paraId="3A8BFBE1" w14:textId="77777777" w:rsidR="00EE5F04" w:rsidRPr="008A20D0" w:rsidRDefault="00000000">
            <w:pPr>
              <w:spacing w:after="0" w:line="252" w:lineRule="auto"/>
              <w:jc w:val="center"/>
              <w:rPr>
                <w:rFonts w:cs="Times New Roman"/>
              </w:rPr>
            </w:pPr>
            <w:r w:rsidRPr="008A20D0">
              <w:rPr>
                <w:rFonts w:cs="Times New Roman"/>
                <w:sz w:val="20"/>
              </w:rPr>
              <w:t>38.5</w:t>
            </w:r>
          </w:p>
        </w:tc>
        <w:tc>
          <w:tcPr>
            <w:tcW w:w="1296" w:type="dxa"/>
            <w:tcMar>
              <w:top w:w="60" w:type="dxa"/>
              <w:left w:w="60" w:type="dxa"/>
              <w:bottom w:w="60" w:type="dxa"/>
              <w:right w:w="60" w:type="dxa"/>
            </w:tcMar>
            <w:vAlign w:val="center"/>
          </w:tcPr>
          <w:p w14:paraId="274AB2DE" w14:textId="77777777" w:rsidR="00EE5F04" w:rsidRPr="008A20D0" w:rsidRDefault="00000000">
            <w:pPr>
              <w:spacing w:after="0" w:line="252" w:lineRule="auto"/>
              <w:jc w:val="center"/>
              <w:rPr>
                <w:rFonts w:cs="Times New Roman"/>
              </w:rPr>
            </w:pPr>
            <w:r w:rsidRPr="008A20D0">
              <w:rPr>
                <w:rFonts w:cs="Times New Roman"/>
                <w:sz w:val="20"/>
              </w:rPr>
              <w:t>26.7</w:t>
            </w:r>
          </w:p>
        </w:tc>
        <w:tc>
          <w:tcPr>
            <w:tcW w:w="1296" w:type="dxa"/>
            <w:tcMar>
              <w:top w:w="60" w:type="dxa"/>
              <w:left w:w="60" w:type="dxa"/>
              <w:bottom w:w="60" w:type="dxa"/>
              <w:right w:w="60" w:type="dxa"/>
            </w:tcMar>
            <w:vAlign w:val="center"/>
          </w:tcPr>
          <w:p w14:paraId="77BCB71A" w14:textId="77777777" w:rsidR="00EE5F04" w:rsidRPr="008A20D0" w:rsidRDefault="00000000">
            <w:pPr>
              <w:spacing w:after="0" w:line="252" w:lineRule="auto"/>
              <w:jc w:val="center"/>
              <w:rPr>
                <w:rFonts w:cs="Times New Roman"/>
              </w:rPr>
            </w:pPr>
            <w:r w:rsidRPr="008A20D0">
              <w:rPr>
                <w:rFonts w:cs="Times New Roman"/>
                <w:sz w:val="20"/>
              </w:rPr>
              <w:t>46.7</w:t>
            </w:r>
          </w:p>
        </w:tc>
        <w:tc>
          <w:tcPr>
            <w:tcW w:w="1296" w:type="dxa"/>
            <w:tcMar>
              <w:top w:w="60" w:type="dxa"/>
              <w:left w:w="60" w:type="dxa"/>
              <w:bottom w:w="60" w:type="dxa"/>
              <w:right w:w="60" w:type="dxa"/>
            </w:tcMar>
            <w:vAlign w:val="center"/>
          </w:tcPr>
          <w:p w14:paraId="1DC95317" w14:textId="77777777" w:rsidR="00EE5F04" w:rsidRPr="008A20D0" w:rsidRDefault="00000000">
            <w:pPr>
              <w:spacing w:after="0" w:line="252" w:lineRule="auto"/>
              <w:jc w:val="center"/>
              <w:rPr>
                <w:rFonts w:cs="Times New Roman"/>
              </w:rPr>
            </w:pPr>
            <w:r w:rsidRPr="008A20D0">
              <w:rPr>
                <w:rFonts w:cs="Times New Roman"/>
                <w:sz w:val="20"/>
              </w:rPr>
              <w:t>52.6</w:t>
            </w:r>
          </w:p>
        </w:tc>
        <w:tc>
          <w:tcPr>
            <w:tcW w:w="1296" w:type="dxa"/>
            <w:tcMar>
              <w:top w:w="60" w:type="dxa"/>
              <w:left w:w="60" w:type="dxa"/>
              <w:bottom w:w="60" w:type="dxa"/>
              <w:right w:w="60" w:type="dxa"/>
            </w:tcMar>
            <w:vAlign w:val="center"/>
          </w:tcPr>
          <w:p w14:paraId="4F854989" w14:textId="77777777" w:rsidR="00EE5F04" w:rsidRPr="008A20D0" w:rsidRDefault="00000000">
            <w:pPr>
              <w:spacing w:after="0" w:line="252" w:lineRule="auto"/>
              <w:jc w:val="center"/>
              <w:rPr>
                <w:rFonts w:cs="Times New Roman"/>
              </w:rPr>
            </w:pPr>
            <w:r w:rsidRPr="008A20D0">
              <w:rPr>
                <w:rFonts w:cs="Times New Roman"/>
                <w:sz w:val="20"/>
              </w:rPr>
              <w:t>53.6</w:t>
            </w:r>
          </w:p>
        </w:tc>
      </w:tr>
      <w:tr w:rsidR="00EE5F04" w:rsidRPr="008A20D0" w14:paraId="3AC94F47" w14:textId="77777777">
        <w:trPr>
          <w:cantSplit/>
          <w:jc w:val="center"/>
        </w:trPr>
        <w:tc>
          <w:tcPr>
            <w:tcW w:w="3312" w:type="dxa"/>
            <w:tcMar>
              <w:top w:w="60" w:type="dxa"/>
              <w:left w:w="60" w:type="dxa"/>
              <w:bottom w:w="60" w:type="dxa"/>
              <w:right w:w="60" w:type="dxa"/>
            </w:tcMar>
            <w:vAlign w:val="center"/>
          </w:tcPr>
          <w:p w14:paraId="3707EDEC" w14:textId="77777777" w:rsidR="00EE5F04" w:rsidRPr="008A20D0" w:rsidRDefault="00000000">
            <w:pPr>
              <w:spacing w:after="0" w:line="252" w:lineRule="auto"/>
              <w:rPr>
                <w:rFonts w:cs="Times New Roman"/>
              </w:rPr>
            </w:pPr>
            <w:r w:rsidRPr="008A20D0">
              <w:rPr>
                <w:rFonts w:cs="Times New Roman"/>
                <w:sz w:val="20"/>
              </w:rPr>
              <w:t>Drain-fluid bilirubin</w:t>
            </w:r>
          </w:p>
        </w:tc>
        <w:tc>
          <w:tcPr>
            <w:tcW w:w="1296" w:type="dxa"/>
            <w:tcMar>
              <w:top w:w="60" w:type="dxa"/>
              <w:left w:w="60" w:type="dxa"/>
              <w:bottom w:w="60" w:type="dxa"/>
              <w:right w:w="60" w:type="dxa"/>
            </w:tcMar>
            <w:vAlign w:val="center"/>
          </w:tcPr>
          <w:p w14:paraId="463F5AD7"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078CB75C"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3C630250"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3D5C9240"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23637D44" w14:textId="77777777" w:rsidR="00EE5F04" w:rsidRPr="008A20D0" w:rsidRDefault="00000000">
            <w:pPr>
              <w:spacing w:after="0" w:line="252" w:lineRule="auto"/>
              <w:jc w:val="center"/>
              <w:rPr>
                <w:rFonts w:cs="Times New Roman"/>
              </w:rPr>
            </w:pPr>
            <w:r w:rsidRPr="008A20D0">
              <w:rPr>
                <w:rFonts w:cs="Times New Roman"/>
                <w:sz w:val="20"/>
              </w:rPr>
              <w:t>96.4</w:t>
            </w:r>
          </w:p>
        </w:tc>
      </w:tr>
      <w:tr w:rsidR="00EE5F04" w:rsidRPr="008A20D0" w14:paraId="75FB9E06" w14:textId="77777777">
        <w:trPr>
          <w:cantSplit/>
          <w:jc w:val="center"/>
        </w:trPr>
        <w:tc>
          <w:tcPr>
            <w:tcW w:w="3312" w:type="dxa"/>
            <w:tcMar>
              <w:top w:w="60" w:type="dxa"/>
              <w:left w:w="60" w:type="dxa"/>
              <w:bottom w:w="60" w:type="dxa"/>
              <w:right w:w="60" w:type="dxa"/>
            </w:tcMar>
            <w:vAlign w:val="center"/>
          </w:tcPr>
          <w:p w14:paraId="57F32BC3" w14:textId="77777777" w:rsidR="00EE5F04" w:rsidRPr="008A20D0" w:rsidRDefault="00000000">
            <w:pPr>
              <w:spacing w:after="0" w:line="252" w:lineRule="auto"/>
              <w:rPr>
                <w:rFonts w:cs="Times New Roman"/>
              </w:rPr>
            </w:pPr>
            <w:r w:rsidRPr="008A20D0">
              <w:rPr>
                <w:rFonts w:cs="Times New Roman"/>
                <w:sz w:val="20"/>
              </w:rPr>
              <w:t>Creatine kinase isoenzyme</w:t>
            </w:r>
          </w:p>
        </w:tc>
        <w:tc>
          <w:tcPr>
            <w:tcW w:w="1296" w:type="dxa"/>
            <w:tcMar>
              <w:top w:w="60" w:type="dxa"/>
              <w:left w:w="60" w:type="dxa"/>
              <w:bottom w:w="60" w:type="dxa"/>
              <w:right w:w="60" w:type="dxa"/>
            </w:tcMar>
            <w:vAlign w:val="center"/>
          </w:tcPr>
          <w:p w14:paraId="26E2B0EE" w14:textId="77777777" w:rsidR="00EE5F04" w:rsidRPr="008A20D0" w:rsidRDefault="00000000">
            <w:pPr>
              <w:spacing w:after="0" w:line="252" w:lineRule="auto"/>
              <w:jc w:val="center"/>
              <w:rPr>
                <w:rFonts w:cs="Times New Roman"/>
              </w:rPr>
            </w:pPr>
            <w:r w:rsidRPr="008A20D0">
              <w:rPr>
                <w:rFonts w:cs="Times New Roman"/>
                <w:sz w:val="20"/>
              </w:rPr>
              <w:t>7.7</w:t>
            </w:r>
          </w:p>
        </w:tc>
        <w:tc>
          <w:tcPr>
            <w:tcW w:w="1296" w:type="dxa"/>
            <w:tcMar>
              <w:top w:w="60" w:type="dxa"/>
              <w:left w:w="60" w:type="dxa"/>
              <w:bottom w:w="60" w:type="dxa"/>
              <w:right w:w="60" w:type="dxa"/>
            </w:tcMar>
            <w:vAlign w:val="center"/>
          </w:tcPr>
          <w:p w14:paraId="61AA732D" w14:textId="77777777" w:rsidR="00EE5F04" w:rsidRPr="008A20D0" w:rsidRDefault="00000000">
            <w:pPr>
              <w:spacing w:after="0" w:line="252" w:lineRule="auto"/>
              <w:jc w:val="center"/>
              <w:rPr>
                <w:rFonts w:cs="Times New Roman"/>
              </w:rPr>
            </w:pPr>
            <w:r w:rsidRPr="008A20D0">
              <w:rPr>
                <w:rFonts w:cs="Times New Roman"/>
                <w:sz w:val="20"/>
              </w:rPr>
              <w:t>23.3</w:t>
            </w:r>
          </w:p>
        </w:tc>
        <w:tc>
          <w:tcPr>
            <w:tcW w:w="1296" w:type="dxa"/>
            <w:tcMar>
              <w:top w:w="60" w:type="dxa"/>
              <w:left w:w="60" w:type="dxa"/>
              <w:bottom w:w="60" w:type="dxa"/>
              <w:right w:w="60" w:type="dxa"/>
            </w:tcMar>
            <w:vAlign w:val="center"/>
          </w:tcPr>
          <w:p w14:paraId="6311619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CD981F9" w14:textId="77777777" w:rsidR="00EE5F04" w:rsidRPr="008A20D0" w:rsidRDefault="00000000">
            <w:pPr>
              <w:spacing w:after="0" w:line="252" w:lineRule="auto"/>
              <w:jc w:val="center"/>
              <w:rPr>
                <w:rFonts w:cs="Times New Roman"/>
              </w:rPr>
            </w:pPr>
            <w:r w:rsidRPr="008A20D0">
              <w:rPr>
                <w:rFonts w:cs="Times New Roman"/>
                <w:sz w:val="20"/>
              </w:rPr>
              <w:t>10.5</w:t>
            </w:r>
          </w:p>
        </w:tc>
        <w:tc>
          <w:tcPr>
            <w:tcW w:w="1296" w:type="dxa"/>
            <w:tcMar>
              <w:top w:w="60" w:type="dxa"/>
              <w:left w:w="60" w:type="dxa"/>
              <w:bottom w:w="60" w:type="dxa"/>
              <w:right w:w="60" w:type="dxa"/>
            </w:tcMar>
            <w:vAlign w:val="center"/>
          </w:tcPr>
          <w:p w14:paraId="2F5BF610" w14:textId="77777777" w:rsidR="00EE5F04" w:rsidRPr="008A20D0" w:rsidRDefault="00000000">
            <w:pPr>
              <w:spacing w:after="0" w:line="252" w:lineRule="auto"/>
              <w:jc w:val="center"/>
              <w:rPr>
                <w:rFonts w:cs="Times New Roman"/>
              </w:rPr>
            </w:pPr>
            <w:r w:rsidRPr="008A20D0">
              <w:rPr>
                <w:rFonts w:cs="Times New Roman"/>
                <w:sz w:val="20"/>
              </w:rPr>
              <w:t>39.3</w:t>
            </w:r>
          </w:p>
        </w:tc>
      </w:tr>
      <w:tr w:rsidR="00EE5F04" w:rsidRPr="008A20D0" w14:paraId="7F6F48A0" w14:textId="77777777">
        <w:trPr>
          <w:cantSplit/>
          <w:jc w:val="center"/>
        </w:trPr>
        <w:tc>
          <w:tcPr>
            <w:tcW w:w="3312" w:type="dxa"/>
            <w:tcMar>
              <w:top w:w="60" w:type="dxa"/>
              <w:left w:w="60" w:type="dxa"/>
              <w:bottom w:w="60" w:type="dxa"/>
              <w:right w:w="60" w:type="dxa"/>
            </w:tcMar>
            <w:vAlign w:val="center"/>
          </w:tcPr>
          <w:p w14:paraId="50EA40B1" w14:textId="77777777" w:rsidR="00EE5F04" w:rsidRPr="008A20D0" w:rsidRDefault="00000000">
            <w:pPr>
              <w:spacing w:after="0" w:line="252" w:lineRule="auto"/>
              <w:rPr>
                <w:rFonts w:cs="Times New Roman"/>
              </w:rPr>
            </w:pPr>
            <w:r w:rsidRPr="008A20D0">
              <w:rPr>
                <w:rFonts w:cs="Times New Roman"/>
                <w:sz w:val="20"/>
              </w:rPr>
              <w:t>Lactate dehydrogenase</w:t>
            </w:r>
          </w:p>
        </w:tc>
        <w:tc>
          <w:tcPr>
            <w:tcW w:w="1296" w:type="dxa"/>
            <w:tcMar>
              <w:top w:w="60" w:type="dxa"/>
              <w:left w:w="60" w:type="dxa"/>
              <w:bottom w:w="60" w:type="dxa"/>
              <w:right w:w="60" w:type="dxa"/>
            </w:tcMar>
            <w:vAlign w:val="center"/>
          </w:tcPr>
          <w:p w14:paraId="45C0B186" w14:textId="77777777" w:rsidR="00EE5F04" w:rsidRPr="008A20D0" w:rsidRDefault="00000000">
            <w:pPr>
              <w:spacing w:after="0" w:line="252" w:lineRule="auto"/>
              <w:jc w:val="center"/>
              <w:rPr>
                <w:rFonts w:cs="Times New Roman"/>
              </w:rPr>
            </w:pPr>
            <w:r w:rsidRPr="008A20D0">
              <w:rPr>
                <w:rFonts w:cs="Times New Roman"/>
                <w:sz w:val="20"/>
              </w:rPr>
              <w:t>30.8</w:t>
            </w:r>
          </w:p>
        </w:tc>
        <w:tc>
          <w:tcPr>
            <w:tcW w:w="1296" w:type="dxa"/>
            <w:tcMar>
              <w:top w:w="60" w:type="dxa"/>
              <w:left w:w="60" w:type="dxa"/>
              <w:bottom w:w="60" w:type="dxa"/>
              <w:right w:w="60" w:type="dxa"/>
            </w:tcMar>
            <w:vAlign w:val="center"/>
          </w:tcPr>
          <w:p w14:paraId="0C6738C0" w14:textId="77777777" w:rsidR="00EE5F04" w:rsidRPr="008A20D0" w:rsidRDefault="00000000">
            <w:pPr>
              <w:spacing w:after="0" w:line="252" w:lineRule="auto"/>
              <w:jc w:val="center"/>
              <w:rPr>
                <w:rFonts w:cs="Times New Roman"/>
              </w:rPr>
            </w:pPr>
            <w:r w:rsidRPr="008A20D0">
              <w:rPr>
                <w:rFonts w:cs="Times New Roman"/>
                <w:sz w:val="20"/>
              </w:rPr>
              <w:t>43.3</w:t>
            </w:r>
          </w:p>
        </w:tc>
        <w:tc>
          <w:tcPr>
            <w:tcW w:w="1296" w:type="dxa"/>
            <w:tcMar>
              <w:top w:w="60" w:type="dxa"/>
              <w:left w:w="60" w:type="dxa"/>
              <w:bottom w:w="60" w:type="dxa"/>
              <w:right w:w="60" w:type="dxa"/>
            </w:tcMar>
            <w:vAlign w:val="center"/>
          </w:tcPr>
          <w:p w14:paraId="6EF8D3C5" w14:textId="77777777" w:rsidR="00EE5F04" w:rsidRPr="008A20D0" w:rsidRDefault="00000000">
            <w:pPr>
              <w:spacing w:after="0" w:line="252" w:lineRule="auto"/>
              <w:jc w:val="center"/>
              <w:rPr>
                <w:rFonts w:cs="Times New Roman"/>
              </w:rPr>
            </w:pPr>
            <w:r w:rsidRPr="008A20D0">
              <w:rPr>
                <w:rFonts w:cs="Times New Roman"/>
                <w:sz w:val="20"/>
              </w:rPr>
              <w:t>33.3</w:t>
            </w:r>
          </w:p>
        </w:tc>
        <w:tc>
          <w:tcPr>
            <w:tcW w:w="1296" w:type="dxa"/>
            <w:tcMar>
              <w:top w:w="60" w:type="dxa"/>
              <w:left w:w="60" w:type="dxa"/>
              <w:bottom w:w="60" w:type="dxa"/>
              <w:right w:w="60" w:type="dxa"/>
            </w:tcMar>
            <w:vAlign w:val="center"/>
          </w:tcPr>
          <w:p w14:paraId="5AE12B58" w14:textId="77777777" w:rsidR="00EE5F04" w:rsidRPr="008A20D0" w:rsidRDefault="00000000">
            <w:pPr>
              <w:spacing w:after="0" w:line="252" w:lineRule="auto"/>
              <w:jc w:val="center"/>
              <w:rPr>
                <w:rFonts w:cs="Times New Roman"/>
              </w:rPr>
            </w:pPr>
            <w:r w:rsidRPr="008A20D0">
              <w:rPr>
                <w:rFonts w:cs="Times New Roman"/>
                <w:sz w:val="20"/>
              </w:rPr>
              <w:t>50.0</w:t>
            </w:r>
          </w:p>
        </w:tc>
        <w:tc>
          <w:tcPr>
            <w:tcW w:w="1296" w:type="dxa"/>
            <w:tcMar>
              <w:top w:w="60" w:type="dxa"/>
              <w:left w:w="60" w:type="dxa"/>
              <w:bottom w:w="60" w:type="dxa"/>
              <w:right w:w="60" w:type="dxa"/>
            </w:tcMar>
            <w:vAlign w:val="center"/>
          </w:tcPr>
          <w:p w14:paraId="0B48B5B3" w14:textId="77777777" w:rsidR="00EE5F04" w:rsidRPr="008A20D0" w:rsidRDefault="00000000">
            <w:pPr>
              <w:spacing w:after="0" w:line="252" w:lineRule="auto"/>
              <w:jc w:val="center"/>
              <w:rPr>
                <w:rFonts w:cs="Times New Roman"/>
              </w:rPr>
            </w:pPr>
            <w:r w:rsidRPr="008A20D0">
              <w:rPr>
                <w:rFonts w:cs="Times New Roman"/>
                <w:sz w:val="20"/>
              </w:rPr>
              <w:t>39.3</w:t>
            </w:r>
          </w:p>
        </w:tc>
      </w:tr>
      <w:tr w:rsidR="00EE5F04" w:rsidRPr="008A20D0" w14:paraId="4394161C" w14:textId="77777777">
        <w:trPr>
          <w:cantSplit/>
          <w:jc w:val="center"/>
        </w:trPr>
        <w:tc>
          <w:tcPr>
            <w:tcW w:w="3312" w:type="dxa"/>
            <w:tcMar>
              <w:top w:w="60" w:type="dxa"/>
              <w:left w:w="60" w:type="dxa"/>
              <w:bottom w:w="60" w:type="dxa"/>
              <w:right w:w="60" w:type="dxa"/>
            </w:tcMar>
            <w:vAlign w:val="center"/>
          </w:tcPr>
          <w:p w14:paraId="6B420F98" w14:textId="77777777" w:rsidR="00EE5F04" w:rsidRPr="008A20D0" w:rsidRDefault="00000000">
            <w:pPr>
              <w:spacing w:after="0" w:line="252" w:lineRule="auto"/>
              <w:rPr>
                <w:rFonts w:cs="Times New Roman"/>
              </w:rPr>
            </w:pPr>
            <w:r w:rsidRPr="008A20D0">
              <w:rPr>
                <w:rFonts w:cs="Times New Roman"/>
                <w:sz w:val="20"/>
              </w:rPr>
              <w:t>Lactate</w:t>
            </w:r>
          </w:p>
        </w:tc>
        <w:tc>
          <w:tcPr>
            <w:tcW w:w="1296" w:type="dxa"/>
            <w:tcMar>
              <w:top w:w="60" w:type="dxa"/>
              <w:left w:w="60" w:type="dxa"/>
              <w:bottom w:w="60" w:type="dxa"/>
              <w:right w:w="60" w:type="dxa"/>
            </w:tcMar>
            <w:vAlign w:val="center"/>
          </w:tcPr>
          <w:p w14:paraId="605D2298"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7004FC1B"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0A487E50"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1A228920" w14:textId="77777777" w:rsidR="00EE5F04" w:rsidRPr="008A20D0" w:rsidRDefault="00000000">
            <w:pPr>
              <w:spacing w:after="0" w:line="252" w:lineRule="auto"/>
              <w:jc w:val="center"/>
              <w:rPr>
                <w:rFonts w:cs="Times New Roman"/>
              </w:rPr>
            </w:pPr>
            <w:r w:rsidRPr="008A20D0">
              <w:rPr>
                <w:rFonts w:cs="Times New Roman"/>
                <w:sz w:val="20"/>
              </w:rPr>
              <w:t>100.0</w:t>
            </w:r>
          </w:p>
        </w:tc>
        <w:tc>
          <w:tcPr>
            <w:tcW w:w="1296" w:type="dxa"/>
            <w:tcMar>
              <w:top w:w="60" w:type="dxa"/>
              <w:left w:w="60" w:type="dxa"/>
              <w:bottom w:w="60" w:type="dxa"/>
              <w:right w:w="60" w:type="dxa"/>
            </w:tcMar>
            <w:vAlign w:val="center"/>
          </w:tcPr>
          <w:p w14:paraId="39F33DBC" w14:textId="77777777" w:rsidR="00EE5F04" w:rsidRPr="008A20D0" w:rsidRDefault="00000000">
            <w:pPr>
              <w:spacing w:after="0" w:line="252" w:lineRule="auto"/>
              <w:jc w:val="center"/>
              <w:rPr>
                <w:rFonts w:cs="Times New Roman"/>
              </w:rPr>
            </w:pPr>
            <w:r w:rsidRPr="008A20D0">
              <w:rPr>
                <w:rFonts w:cs="Times New Roman"/>
                <w:sz w:val="20"/>
              </w:rPr>
              <w:t>89.3</w:t>
            </w:r>
          </w:p>
        </w:tc>
      </w:tr>
    </w:tbl>
    <w:p w14:paraId="23210E95" w14:textId="77777777" w:rsidR="00EE5F04" w:rsidRPr="008A20D0" w:rsidRDefault="00000000">
      <w:pPr>
        <w:pStyle w:val="21"/>
        <w:pageBreakBefore/>
        <w:spacing w:line="276" w:lineRule="auto"/>
        <w:rPr>
          <w:rFonts w:ascii="Times New Roman" w:hAnsi="Times New Roman" w:cs="Times New Roman"/>
        </w:rPr>
      </w:pPr>
      <w:r w:rsidRPr="008A20D0">
        <w:rPr>
          <w:rFonts w:ascii="Times New Roman" w:hAnsi="Times New Roman" w:cs="Times New Roman"/>
        </w:rPr>
        <w:lastRenderedPageBreak/>
        <w:t>Table S11 (continued). Panel B. Operation years 2017-2021</w:t>
      </w:r>
    </w:p>
    <w:tbl>
      <w:tblPr>
        <w:tblW w:w="0" w:type="auto"/>
        <w:jc w:val="center"/>
        <w:tblBorders>
          <w:top w:val="single" w:sz="4" w:space="0" w:color="B0B0B0"/>
          <w:left w:val="single" w:sz="4" w:space="0" w:color="B0B0B0"/>
          <w:bottom w:val="single" w:sz="4" w:space="0" w:color="B0B0B0"/>
          <w:right w:val="single" w:sz="4" w:space="0" w:color="B0B0B0"/>
          <w:insideH w:val="single" w:sz="4" w:space="0" w:color="B0B0B0"/>
          <w:insideV w:val="single" w:sz="4" w:space="0" w:color="B0B0B0"/>
        </w:tblBorders>
        <w:tblLayout w:type="fixed"/>
        <w:tblLook w:val="04A0" w:firstRow="1" w:lastRow="0" w:firstColumn="1" w:lastColumn="0" w:noHBand="0" w:noVBand="1"/>
      </w:tblPr>
      <w:tblGrid>
        <w:gridCol w:w="3312"/>
        <w:gridCol w:w="1296"/>
        <w:gridCol w:w="1296"/>
        <w:gridCol w:w="1296"/>
        <w:gridCol w:w="1296"/>
        <w:gridCol w:w="1296"/>
      </w:tblGrid>
      <w:tr w:rsidR="00EE5F04" w:rsidRPr="008A20D0" w14:paraId="506B9955" w14:textId="77777777">
        <w:trPr>
          <w:cantSplit/>
          <w:tblHeader/>
          <w:jc w:val="center"/>
        </w:trPr>
        <w:tc>
          <w:tcPr>
            <w:tcW w:w="3312" w:type="dxa"/>
            <w:tcMar>
              <w:top w:w="60" w:type="dxa"/>
              <w:left w:w="60" w:type="dxa"/>
              <w:bottom w:w="60" w:type="dxa"/>
              <w:right w:w="60" w:type="dxa"/>
            </w:tcMar>
            <w:vAlign w:val="center"/>
          </w:tcPr>
          <w:p w14:paraId="46393EDF" w14:textId="77777777" w:rsidR="00EE5F04" w:rsidRPr="008A20D0" w:rsidRDefault="00000000">
            <w:pPr>
              <w:spacing w:after="0" w:line="252" w:lineRule="auto"/>
              <w:rPr>
                <w:rFonts w:cs="Times New Roman"/>
              </w:rPr>
            </w:pPr>
            <w:r w:rsidRPr="008A20D0">
              <w:rPr>
                <w:rFonts w:cs="Times New Roman"/>
                <w:b/>
                <w:sz w:val="20"/>
              </w:rPr>
              <w:t>Laboratory test</w:t>
            </w:r>
          </w:p>
        </w:tc>
        <w:tc>
          <w:tcPr>
            <w:tcW w:w="1296" w:type="dxa"/>
            <w:tcMar>
              <w:top w:w="60" w:type="dxa"/>
              <w:left w:w="60" w:type="dxa"/>
              <w:bottom w:w="60" w:type="dxa"/>
              <w:right w:w="60" w:type="dxa"/>
            </w:tcMar>
            <w:vAlign w:val="center"/>
          </w:tcPr>
          <w:p w14:paraId="1D2DDB90" w14:textId="77777777" w:rsidR="00EE5F04" w:rsidRPr="008A20D0" w:rsidRDefault="00000000">
            <w:pPr>
              <w:spacing w:after="0" w:line="252" w:lineRule="auto"/>
              <w:jc w:val="center"/>
              <w:rPr>
                <w:rFonts w:cs="Times New Roman"/>
              </w:rPr>
            </w:pPr>
            <w:r w:rsidRPr="008A20D0">
              <w:rPr>
                <w:rFonts w:cs="Times New Roman"/>
                <w:b/>
                <w:sz w:val="20"/>
              </w:rPr>
              <w:t>2017</w:t>
            </w:r>
            <w:r w:rsidRPr="008A20D0">
              <w:rPr>
                <w:rFonts w:cs="Times New Roman"/>
                <w:b/>
                <w:sz w:val="20"/>
              </w:rPr>
              <w:br/>
              <w:t>(n = 32)</w:t>
            </w:r>
          </w:p>
        </w:tc>
        <w:tc>
          <w:tcPr>
            <w:tcW w:w="1296" w:type="dxa"/>
            <w:tcMar>
              <w:top w:w="60" w:type="dxa"/>
              <w:left w:w="60" w:type="dxa"/>
              <w:bottom w:w="60" w:type="dxa"/>
              <w:right w:w="60" w:type="dxa"/>
            </w:tcMar>
            <w:vAlign w:val="center"/>
          </w:tcPr>
          <w:p w14:paraId="034CE208" w14:textId="77777777" w:rsidR="00EE5F04" w:rsidRPr="008A20D0" w:rsidRDefault="00000000">
            <w:pPr>
              <w:spacing w:after="0" w:line="252" w:lineRule="auto"/>
              <w:jc w:val="center"/>
              <w:rPr>
                <w:rFonts w:cs="Times New Roman"/>
              </w:rPr>
            </w:pPr>
            <w:r w:rsidRPr="008A20D0">
              <w:rPr>
                <w:rFonts w:cs="Times New Roman"/>
                <w:b/>
                <w:sz w:val="20"/>
              </w:rPr>
              <w:t>2018</w:t>
            </w:r>
            <w:r w:rsidRPr="008A20D0">
              <w:rPr>
                <w:rFonts w:cs="Times New Roman"/>
                <w:b/>
                <w:sz w:val="20"/>
              </w:rPr>
              <w:br/>
              <w:t>(n = 83)</w:t>
            </w:r>
          </w:p>
        </w:tc>
        <w:tc>
          <w:tcPr>
            <w:tcW w:w="1296" w:type="dxa"/>
            <w:tcMar>
              <w:top w:w="60" w:type="dxa"/>
              <w:left w:w="60" w:type="dxa"/>
              <w:bottom w:w="60" w:type="dxa"/>
              <w:right w:w="60" w:type="dxa"/>
            </w:tcMar>
            <w:vAlign w:val="center"/>
          </w:tcPr>
          <w:p w14:paraId="378801A8" w14:textId="77777777" w:rsidR="00EE5F04" w:rsidRPr="008A20D0" w:rsidRDefault="00000000">
            <w:pPr>
              <w:spacing w:after="0" w:line="252" w:lineRule="auto"/>
              <w:jc w:val="center"/>
              <w:rPr>
                <w:rFonts w:cs="Times New Roman"/>
              </w:rPr>
            </w:pPr>
            <w:r w:rsidRPr="008A20D0">
              <w:rPr>
                <w:rFonts w:cs="Times New Roman"/>
                <w:b/>
                <w:sz w:val="20"/>
              </w:rPr>
              <w:t>2019</w:t>
            </w:r>
            <w:r w:rsidRPr="008A20D0">
              <w:rPr>
                <w:rFonts w:cs="Times New Roman"/>
                <w:b/>
                <w:sz w:val="20"/>
              </w:rPr>
              <w:br/>
              <w:t>(n = 168)</w:t>
            </w:r>
          </w:p>
        </w:tc>
        <w:tc>
          <w:tcPr>
            <w:tcW w:w="1296" w:type="dxa"/>
            <w:tcMar>
              <w:top w:w="60" w:type="dxa"/>
              <w:left w:w="60" w:type="dxa"/>
              <w:bottom w:w="60" w:type="dxa"/>
              <w:right w:w="60" w:type="dxa"/>
            </w:tcMar>
            <w:vAlign w:val="center"/>
          </w:tcPr>
          <w:p w14:paraId="77B45F13" w14:textId="77777777" w:rsidR="00EE5F04" w:rsidRPr="008A20D0" w:rsidRDefault="00000000">
            <w:pPr>
              <w:spacing w:after="0" w:line="252" w:lineRule="auto"/>
              <w:jc w:val="center"/>
              <w:rPr>
                <w:rFonts w:cs="Times New Roman"/>
              </w:rPr>
            </w:pPr>
            <w:r w:rsidRPr="008A20D0">
              <w:rPr>
                <w:rFonts w:cs="Times New Roman"/>
                <w:b/>
                <w:sz w:val="20"/>
              </w:rPr>
              <w:t>2020</w:t>
            </w:r>
            <w:r w:rsidRPr="008A20D0">
              <w:rPr>
                <w:rFonts w:cs="Times New Roman"/>
                <w:b/>
                <w:sz w:val="20"/>
              </w:rPr>
              <w:br/>
              <w:t>(n = 104)</w:t>
            </w:r>
          </w:p>
        </w:tc>
        <w:tc>
          <w:tcPr>
            <w:tcW w:w="1296" w:type="dxa"/>
            <w:tcMar>
              <w:top w:w="60" w:type="dxa"/>
              <w:left w:w="60" w:type="dxa"/>
              <w:bottom w:w="60" w:type="dxa"/>
              <w:right w:w="60" w:type="dxa"/>
            </w:tcMar>
            <w:vAlign w:val="center"/>
          </w:tcPr>
          <w:p w14:paraId="5DB052F6" w14:textId="77777777" w:rsidR="00EE5F04" w:rsidRPr="008A20D0" w:rsidRDefault="00000000">
            <w:pPr>
              <w:spacing w:after="0" w:line="252" w:lineRule="auto"/>
              <w:jc w:val="center"/>
              <w:rPr>
                <w:rFonts w:cs="Times New Roman"/>
              </w:rPr>
            </w:pPr>
            <w:r w:rsidRPr="008A20D0">
              <w:rPr>
                <w:rFonts w:cs="Times New Roman"/>
                <w:b/>
                <w:sz w:val="20"/>
              </w:rPr>
              <w:t>2021</w:t>
            </w:r>
            <w:r w:rsidRPr="008A20D0">
              <w:rPr>
                <w:rFonts w:cs="Times New Roman"/>
                <w:b/>
                <w:sz w:val="20"/>
              </w:rPr>
              <w:br/>
              <w:t>(n = 117)</w:t>
            </w:r>
          </w:p>
        </w:tc>
      </w:tr>
      <w:tr w:rsidR="00EE5F04" w:rsidRPr="008A20D0" w14:paraId="27714366" w14:textId="77777777">
        <w:trPr>
          <w:cantSplit/>
          <w:jc w:val="center"/>
        </w:trPr>
        <w:tc>
          <w:tcPr>
            <w:tcW w:w="3312" w:type="dxa"/>
            <w:tcMar>
              <w:top w:w="60" w:type="dxa"/>
              <w:left w:w="60" w:type="dxa"/>
              <w:bottom w:w="60" w:type="dxa"/>
              <w:right w:w="60" w:type="dxa"/>
            </w:tcMar>
            <w:vAlign w:val="center"/>
          </w:tcPr>
          <w:p w14:paraId="4AE63648" w14:textId="77777777" w:rsidR="00EE5F04" w:rsidRPr="008A20D0" w:rsidRDefault="00000000">
            <w:pPr>
              <w:spacing w:after="0" w:line="252" w:lineRule="auto"/>
              <w:rPr>
                <w:rFonts w:cs="Times New Roman"/>
              </w:rPr>
            </w:pPr>
            <w:r w:rsidRPr="008A20D0">
              <w:rPr>
                <w:rFonts w:cs="Times New Roman"/>
                <w:sz w:val="20"/>
              </w:rPr>
              <w:t>White blood cell count</w:t>
            </w:r>
          </w:p>
        </w:tc>
        <w:tc>
          <w:tcPr>
            <w:tcW w:w="1296" w:type="dxa"/>
            <w:tcMar>
              <w:top w:w="60" w:type="dxa"/>
              <w:left w:w="60" w:type="dxa"/>
              <w:bottom w:w="60" w:type="dxa"/>
              <w:right w:w="60" w:type="dxa"/>
            </w:tcMar>
            <w:vAlign w:val="center"/>
          </w:tcPr>
          <w:p w14:paraId="7CBD514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5E40AE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88402F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B7166B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87D3BF0"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5D3DFC85" w14:textId="77777777">
        <w:trPr>
          <w:cantSplit/>
          <w:jc w:val="center"/>
        </w:trPr>
        <w:tc>
          <w:tcPr>
            <w:tcW w:w="3312" w:type="dxa"/>
            <w:tcMar>
              <w:top w:w="60" w:type="dxa"/>
              <w:left w:w="60" w:type="dxa"/>
              <w:bottom w:w="60" w:type="dxa"/>
              <w:right w:w="60" w:type="dxa"/>
            </w:tcMar>
            <w:vAlign w:val="center"/>
          </w:tcPr>
          <w:p w14:paraId="3F337865" w14:textId="77777777" w:rsidR="00EE5F04" w:rsidRPr="008A20D0" w:rsidRDefault="00000000">
            <w:pPr>
              <w:spacing w:after="0" w:line="252" w:lineRule="auto"/>
              <w:rPr>
                <w:rFonts w:cs="Times New Roman"/>
              </w:rPr>
            </w:pPr>
            <w:r w:rsidRPr="008A20D0">
              <w:rPr>
                <w:rFonts w:cs="Times New Roman"/>
                <w:sz w:val="20"/>
              </w:rPr>
              <w:t>Neutrophils (%)</w:t>
            </w:r>
          </w:p>
        </w:tc>
        <w:tc>
          <w:tcPr>
            <w:tcW w:w="1296" w:type="dxa"/>
            <w:tcMar>
              <w:top w:w="60" w:type="dxa"/>
              <w:left w:w="60" w:type="dxa"/>
              <w:bottom w:w="60" w:type="dxa"/>
              <w:right w:w="60" w:type="dxa"/>
            </w:tcMar>
            <w:vAlign w:val="center"/>
          </w:tcPr>
          <w:p w14:paraId="349E9A7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3980CD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B32410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1F5224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430BFE2"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1F42ED4A" w14:textId="77777777">
        <w:trPr>
          <w:cantSplit/>
          <w:jc w:val="center"/>
        </w:trPr>
        <w:tc>
          <w:tcPr>
            <w:tcW w:w="3312" w:type="dxa"/>
            <w:tcMar>
              <w:top w:w="60" w:type="dxa"/>
              <w:left w:w="60" w:type="dxa"/>
              <w:bottom w:w="60" w:type="dxa"/>
              <w:right w:w="60" w:type="dxa"/>
            </w:tcMar>
            <w:vAlign w:val="center"/>
          </w:tcPr>
          <w:p w14:paraId="2E0D55BB" w14:textId="77777777" w:rsidR="00EE5F04" w:rsidRPr="008A20D0" w:rsidRDefault="00000000">
            <w:pPr>
              <w:spacing w:after="0" w:line="252" w:lineRule="auto"/>
              <w:rPr>
                <w:rFonts w:cs="Times New Roman"/>
              </w:rPr>
            </w:pPr>
            <w:r w:rsidRPr="008A20D0">
              <w:rPr>
                <w:rFonts w:cs="Times New Roman"/>
                <w:sz w:val="20"/>
              </w:rPr>
              <w:t>Lymphocytes (%)</w:t>
            </w:r>
          </w:p>
        </w:tc>
        <w:tc>
          <w:tcPr>
            <w:tcW w:w="1296" w:type="dxa"/>
            <w:tcMar>
              <w:top w:w="60" w:type="dxa"/>
              <w:left w:w="60" w:type="dxa"/>
              <w:bottom w:w="60" w:type="dxa"/>
              <w:right w:w="60" w:type="dxa"/>
            </w:tcMar>
            <w:vAlign w:val="center"/>
          </w:tcPr>
          <w:p w14:paraId="509EB17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30BD7F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869B4A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A43C62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5169AF2"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73E8B880" w14:textId="77777777">
        <w:trPr>
          <w:cantSplit/>
          <w:jc w:val="center"/>
        </w:trPr>
        <w:tc>
          <w:tcPr>
            <w:tcW w:w="3312" w:type="dxa"/>
            <w:tcMar>
              <w:top w:w="60" w:type="dxa"/>
              <w:left w:w="60" w:type="dxa"/>
              <w:bottom w:w="60" w:type="dxa"/>
              <w:right w:w="60" w:type="dxa"/>
            </w:tcMar>
            <w:vAlign w:val="center"/>
          </w:tcPr>
          <w:p w14:paraId="6595EC46" w14:textId="77777777" w:rsidR="00EE5F04" w:rsidRPr="008A20D0" w:rsidRDefault="00000000">
            <w:pPr>
              <w:spacing w:after="0" w:line="252" w:lineRule="auto"/>
              <w:rPr>
                <w:rFonts w:cs="Times New Roman"/>
              </w:rPr>
            </w:pPr>
            <w:r w:rsidRPr="008A20D0">
              <w:rPr>
                <w:rFonts w:cs="Times New Roman"/>
                <w:sz w:val="20"/>
              </w:rPr>
              <w:t>Monocytes (%)</w:t>
            </w:r>
          </w:p>
        </w:tc>
        <w:tc>
          <w:tcPr>
            <w:tcW w:w="1296" w:type="dxa"/>
            <w:tcMar>
              <w:top w:w="60" w:type="dxa"/>
              <w:left w:w="60" w:type="dxa"/>
              <w:bottom w:w="60" w:type="dxa"/>
              <w:right w:w="60" w:type="dxa"/>
            </w:tcMar>
            <w:vAlign w:val="center"/>
          </w:tcPr>
          <w:p w14:paraId="439622B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1BE351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907D48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C710DC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82AFAEB"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5BF940E1" w14:textId="77777777">
        <w:trPr>
          <w:cantSplit/>
          <w:jc w:val="center"/>
        </w:trPr>
        <w:tc>
          <w:tcPr>
            <w:tcW w:w="3312" w:type="dxa"/>
            <w:tcMar>
              <w:top w:w="60" w:type="dxa"/>
              <w:left w:w="60" w:type="dxa"/>
              <w:bottom w:w="60" w:type="dxa"/>
              <w:right w:w="60" w:type="dxa"/>
            </w:tcMar>
            <w:vAlign w:val="center"/>
          </w:tcPr>
          <w:p w14:paraId="41FAEA01" w14:textId="77777777" w:rsidR="00EE5F04" w:rsidRPr="008A20D0" w:rsidRDefault="00000000">
            <w:pPr>
              <w:spacing w:after="0" w:line="252" w:lineRule="auto"/>
              <w:rPr>
                <w:rFonts w:cs="Times New Roman"/>
              </w:rPr>
            </w:pPr>
            <w:r w:rsidRPr="008A20D0">
              <w:rPr>
                <w:rFonts w:cs="Times New Roman"/>
                <w:sz w:val="20"/>
              </w:rPr>
              <w:t>Eosinophils (%)</w:t>
            </w:r>
          </w:p>
        </w:tc>
        <w:tc>
          <w:tcPr>
            <w:tcW w:w="1296" w:type="dxa"/>
            <w:tcMar>
              <w:top w:w="60" w:type="dxa"/>
              <w:left w:w="60" w:type="dxa"/>
              <w:bottom w:w="60" w:type="dxa"/>
              <w:right w:w="60" w:type="dxa"/>
            </w:tcMar>
            <w:vAlign w:val="center"/>
          </w:tcPr>
          <w:p w14:paraId="51F00A9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0D3481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480FF7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3D4FD5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D074BF1"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0FC2D0AA" w14:textId="77777777">
        <w:trPr>
          <w:cantSplit/>
          <w:jc w:val="center"/>
        </w:trPr>
        <w:tc>
          <w:tcPr>
            <w:tcW w:w="3312" w:type="dxa"/>
            <w:tcMar>
              <w:top w:w="60" w:type="dxa"/>
              <w:left w:w="60" w:type="dxa"/>
              <w:bottom w:w="60" w:type="dxa"/>
              <w:right w:w="60" w:type="dxa"/>
            </w:tcMar>
            <w:vAlign w:val="center"/>
          </w:tcPr>
          <w:p w14:paraId="043AD9E6" w14:textId="77777777" w:rsidR="00EE5F04" w:rsidRPr="008A20D0" w:rsidRDefault="00000000">
            <w:pPr>
              <w:spacing w:after="0" w:line="252" w:lineRule="auto"/>
              <w:rPr>
                <w:rFonts w:cs="Times New Roman"/>
              </w:rPr>
            </w:pPr>
            <w:r w:rsidRPr="008A20D0">
              <w:rPr>
                <w:rFonts w:cs="Times New Roman"/>
                <w:sz w:val="20"/>
              </w:rPr>
              <w:t>Basophils (%)</w:t>
            </w:r>
          </w:p>
        </w:tc>
        <w:tc>
          <w:tcPr>
            <w:tcW w:w="1296" w:type="dxa"/>
            <w:tcMar>
              <w:top w:w="60" w:type="dxa"/>
              <w:left w:w="60" w:type="dxa"/>
              <w:bottom w:w="60" w:type="dxa"/>
              <w:right w:w="60" w:type="dxa"/>
            </w:tcMar>
            <w:vAlign w:val="center"/>
          </w:tcPr>
          <w:p w14:paraId="60C5FE1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6B147F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A21B9F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AE9567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4A7ADC8"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2AF9E3BA" w14:textId="77777777">
        <w:trPr>
          <w:cantSplit/>
          <w:jc w:val="center"/>
        </w:trPr>
        <w:tc>
          <w:tcPr>
            <w:tcW w:w="3312" w:type="dxa"/>
            <w:tcMar>
              <w:top w:w="60" w:type="dxa"/>
              <w:left w:w="60" w:type="dxa"/>
              <w:bottom w:w="60" w:type="dxa"/>
              <w:right w:w="60" w:type="dxa"/>
            </w:tcMar>
            <w:vAlign w:val="center"/>
          </w:tcPr>
          <w:p w14:paraId="3FCBB8AA" w14:textId="77777777" w:rsidR="00EE5F04" w:rsidRPr="008A20D0" w:rsidRDefault="00000000">
            <w:pPr>
              <w:spacing w:after="0" w:line="252" w:lineRule="auto"/>
              <w:rPr>
                <w:rFonts w:cs="Times New Roman"/>
              </w:rPr>
            </w:pPr>
            <w:r w:rsidRPr="008A20D0">
              <w:rPr>
                <w:rFonts w:cs="Times New Roman"/>
                <w:sz w:val="20"/>
              </w:rPr>
              <w:t>Neutrophil count</w:t>
            </w:r>
          </w:p>
        </w:tc>
        <w:tc>
          <w:tcPr>
            <w:tcW w:w="1296" w:type="dxa"/>
            <w:tcMar>
              <w:top w:w="60" w:type="dxa"/>
              <w:left w:w="60" w:type="dxa"/>
              <w:bottom w:w="60" w:type="dxa"/>
              <w:right w:w="60" w:type="dxa"/>
            </w:tcMar>
            <w:vAlign w:val="center"/>
          </w:tcPr>
          <w:p w14:paraId="0578205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C7E31A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043B16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FF99F3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65F2422"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07F77FB1" w14:textId="77777777">
        <w:trPr>
          <w:cantSplit/>
          <w:jc w:val="center"/>
        </w:trPr>
        <w:tc>
          <w:tcPr>
            <w:tcW w:w="3312" w:type="dxa"/>
            <w:tcMar>
              <w:top w:w="60" w:type="dxa"/>
              <w:left w:w="60" w:type="dxa"/>
              <w:bottom w:w="60" w:type="dxa"/>
              <w:right w:w="60" w:type="dxa"/>
            </w:tcMar>
            <w:vAlign w:val="center"/>
          </w:tcPr>
          <w:p w14:paraId="4FA212F6" w14:textId="77777777" w:rsidR="00EE5F04" w:rsidRPr="008A20D0" w:rsidRDefault="00000000">
            <w:pPr>
              <w:spacing w:after="0" w:line="252" w:lineRule="auto"/>
              <w:rPr>
                <w:rFonts w:cs="Times New Roman"/>
              </w:rPr>
            </w:pPr>
            <w:r w:rsidRPr="008A20D0">
              <w:rPr>
                <w:rFonts w:cs="Times New Roman"/>
                <w:sz w:val="20"/>
              </w:rPr>
              <w:t>Lymphocyte count</w:t>
            </w:r>
          </w:p>
        </w:tc>
        <w:tc>
          <w:tcPr>
            <w:tcW w:w="1296" w:type="dxa"/>
            <w:tcMar>
              <w:top w:w="60" w:type="dxa"/>
              <w:left w:w="60" w:type="dxa"/>
              <w:bottom w:w="60" w:type="dxa"/>
              <w:right w:w="60" w:type="dxa"/>
            </w:tcMar>
            <w:vAlign w:val="center"/>
          </w:tcPr>
          <w:p w14:paraId="17BE50A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B28854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C8E15F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1ED737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D740BDB"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56EF9B9A" w14:textId="77777777">
        <w:trPr>
          <w:cantSplit/>
          <w:jc w:val="center"/>
        </w:trPr>
        <w:tc>
          <w:tcPr>
            <w:tcW w:w="3312" w:type="dxa"/>
            <w:tcMar>
              <w:top w:w="60" w:type="dxa"/>
              <w:left w:w="60" w:type="dxa"/>
              <w:bottom w:w="60" w:type="dxa"/>
              <w:right w:w="60" w:type="dxa"/>
            </w:tcMar>
            <w:vAlign w:val="center"/>
          </w:tcPr>
          <w:p w14:paraId="3CEA6671" w14:textId="77777777" w:rsidR="00EE5F04" w:rsidRPr="008A20D0" w:rsidRDefault="00000000">
            <w:pPr>
              <w:spacing w:after="0" w:line="252" w:lineRule="auto"/>
              <w:rPr>
                <w:rFonts w:cs="Times New Roman"/>
              </w:rPr>
            </w:pPr>
            <w:r w:rsidRPr="008A20D0">
              <w:rPr>
                <w:rFonts w:cs="Times New Roman"/>
                <w:sz w:val="20"/>
              </w:rPr>
              <w:t>Red blood cell count</w:t>
            </w:r>
          </w:p>
        </w:tc>
        <w:tc>
          <w:tcPr>
            <w:tcW w:w="1296" w:type="dxa"/>
            <w:tcMar>
              <w:top w:w="60" w:type="dxa"/>
              <w:left w:w="60" w:type="dxa"/>
              <w:bottom w:w="60" w:type="dxa"/>
              <w:right w:w="60" w:type="dxa"/>
            </w:tcMar>
            <w:vAlign w:val="center"/>
          </w:tcPr>
          <w:p w14:paraId="0768DF4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D4AAC0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4B5EDA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26AA4C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03FB42A"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56B15BA4" w14:textId="77777777">
        <w:trPr>
          <w:cantSplit/>
          <w:jc w:val="center"/>
        </w:trPr>
        <w:tc>
          <w:tcPr>
            <w:tcW w:w="3312" w:type="dxa"/>
            <w:tcMar>
              <w:top w:w="60" w:type="dxa"/>
              <w:left w:w="60" w:type="dxa"/>
              <w:bottom w:w="60" w:type="dxa"/>
              <w:right w:w="60" w:type="dxa"/>
            </w:tcMar>
            <w:vAlign w:val="center"/>
          </w:tcPr>
          <w:p w14:paraId="413155F6" w14:textId="77777777" w:rsidR="00EE5F04" w:rsidRPr="008A20D0" w:rsidRDefault="00000000">
            <w:pPr>
              <w:spacing w:after="0" w:line="252" w:lineRule="auto"/>
              <w:rPr>
                <w:rFonts w:cs="Times New Roman"/>
              </w:rPr>
            </w:pPr>
            <w:r w:rsidRPr="008A20D0">
              <w:rPr>
                <w:rFonts w:cs="Times New Roman"/>
                <w:sz w:val="20"/>
              </w:rPr>
              <w:t>Hemoglobin</w:t>
            </w:r>
          </w:p>
        </w:tc>
        <w:tc>
          <w:tcPr>
            <w:tcW w:w="1296" w:type="dxa"/>
            <w:tcMar>
              <w:top w:w="60" w:type="dxa"/>
              <w:left w:w="60" w:type="dxa"/>
              <w:bottom w:w="60" w:type="dxa"/>
              <w:right w:w="60" w:type="dxa"/>
            </w:tcMar>
            <w:vAlign w:val="center"/>
          </w:tcPr>
          <w:p w14:paraId="1CBB913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2BFA6F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D74B7A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1B679C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06AA7BA"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6F1C1937" w14:textId="77777777">
        <w:trPr>
          <w:cantSplit/>
          <w:jc w:val="center"/>
        </w:trPr>
        <w:tc>
          <w:tcPr>
            <w:tcW w:w="3312" w:type="dxa"/>
            <w:tcMar>
              <w:top w:w="60" w:type="dxa"/>
              <w:left w:w="60" w:type="dxa"/>
              <w:bottom w:w="60" w:type="dxa"/>
              <w:right w:w="60" w:type="dxa"/>
            </w:tcMar>
            <w:vAlign w:val="center"/>
          </w:tcPr>
          <w:p w14:paraId="6D1590F2" w14:textId="77777777" w:rsidR="00EE5F04" w:rsidRPr="008A20D0" w:rsidRDefault="00000000">
            <w:pPr>
              <w:spacing w:after="0" w:line="252" w:lineRule="auto"/>
              <w:rPr>
                <w:rFonts w:cs="Times New Roman"/>
              </w:rPr>
            </w:pPr>
            <w:r w:rsidRPr="008A20D0">
              <w:rPr>
                <w:rFonts w:cs="Times New Roman"/>
                <w:sz w:val="20"/>
              </w:rPr>
              <w:t>Hematocrit</w:t>
            </w:r>
          </w:p>
        </w:tc>
        <w:tc>
          <w:tcPr>
            <w:tcW w:w="1296" w:type="dxa"/>
            <w:tcMar>
              <w:top w:w="60" w:type="dxa"/>
              <w:left w:w="60" w:type="dxa"/>
              <w:bottom w:w="60" w:type="dxa"/>
              <w:right w:w="60" w:type="dxa"/>
            </w:tcMar>
            <w:vAlign w:val="center"/>
          </w:tcPr>
          <w:p w14:paraId="6F66831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AC091E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8AB195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6F7520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912BE52"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53959B5C" w14:textId="77777777">
        <w:trPr>
          <w:cantSplit/>
          <w:jc w:val="center"/>
        </w:trPr>
        <w:tc>
          <w:tcPr>
            <w:tcW w:w="3312" w:type="dxa"/>
            <w:tcMar>
              <w:top w:w="60" w:type="dxa"/>
              <w:left w:w="60" w:type="dxa"/>
              <w:bottom w:w="60" w:type="dxa"/>
              <w:right w:w="60" w:type="dxa"/>
            </w:tcMar>
            <w:vAlign w:val="center"/>
          </w:tcPr>
          <w:p w14:paraId="2400537C" w14:textId="77777777" w:rsidR="00EE5F04" w:rsidRPr="008A20D0" w:rsidRDefault="00000000">
            <w:pPr>
              <w:spacing w:after="0" w:line="252" w:lineRule="auto"/>
              <w:rPr>
                <w:rFonts w:cs="Times New Roman"/>
              </w:rPr>
            </w:pPr>
            <w:r w:rsidRPr="008A20D0">
              <w:rPr>
                <w:rFonts w:cs="Times New Roman"/>
                <w:sz w:val="20"/>
              </w:rPr>
              <w:t>Platelet count</w:t>
            </w:r>
          </w:p>
        </w:tc>
        <w:tc>
          <w:tcPr>
            <w:tcW w:w="1296" w:type="dxa"/>
            <w:tcMar>
              <w:top w:w="60" w:type="dxa"/>
              <w:left w:w="60" w:type="dxa"/>
              <w:bottom w:w="60" w:type="dxa"/>
              <w:right w:w="60" w:type="dxa"/>
            </w:tcMar>
            <w:vAlign w:val="center"/>
          </w:tcPr>
          <w:p w14:paraId="3B8F834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BAD173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A603E3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93FCEC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FEB5E84"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7711A6A8" w14:textId="77777777">
        <w:trPr>
          <w:cantSplit/>
          <w:jc w:val="center"/>
        </w:trPr>
        <w:tc>
          <w:tcPr>
            <w:tcW w:w="3312" w:type="dxa"/>
            <w:tcMar>
              <w:top w:w="60" w:type="dxa"/>
              <w:left w:w="60" w:type="dxa"/>
              <w:bottom w:w="60" w:type="dxa"/>
              <w:right w:w="60" w:type="dxa"/>
            </w:tcMar>
            <w:vAlign w:val="center"/>
          </w:tcPr>
          <w:p w14:paraId="2D75F51C" w14:textId="77777777" w:rsidR="00EE5F04" w:rsidRPr="008A20D0" w:rsidRDefault="00000000">
            <w:pPr>
              <w:spacing w:after="0" w:line="252" w:lineRule="auto"/>
              <w:rPr>
                <w:rFonts w:cs="Times New Roman"/>
              </w:rPr>
            </w:pPr>
            <w:r w:rsidRPr="008A20D0">
              <w:rPr>
                <w:rFonts w:cs="Times New Roman"/>
                <w:sz w:val="20"/>
              </w:rPr>
              <w:t>C-reactive protein</w:t>
            </w:r>
          </w:p>
        </w:tc>
        <w:tc>
          <w:tcPr>
            <w:tcW w:w="1296" w:type="dxa"/>
            <w:tcMar>
              <w:top w:w="60" w:type="dxa"/>
              <w:left w:w="60" w:type="dxa"/>
              <w:bottom w:w="60" w:type="dxa"/>
              <w:right w:w="60" w:type="dxa"/>
            </w:tcMar>
            <w:vAlign w:val="center"/>
          </w:tcPr>
          <w:p w14:paraId="21490119" w14:textId="77777777" w:rsidR="00EE5F04" w:rsidRPr="008A20D0" w:rsidRDefault="00000000">
            <w:pPr>
              <w:spacing w:after="0" w:line="252" w:lineRule="auto"/>
              <w:jc w:val="center"/>
              <w:rPr>
                <w:rFonts w:cs="Times New Roman"/>
              </w:rPr>
            </w:pPr>
            <w:r w:rsidRPr="008A20D0">
              <w:rPr>
                <w:rFonts w:cs="Times New Roman"/>
                <w:sz w:val="20"/>
              </w:rPr>
              <w:t>84.4</w:t>
            </w:r>
          </w:p>
        </w:tc>
        <w:tc>
          <w:tcPr>
            <w:tcW w:w="1296" w:type="dxa"/>
            <w:tcMar>
              <w:top w:w="60" w:type="dxa"/>
              <w:left w:w="60" w:type="dxa"/>
              <w:bottom w:w="60" w:type="dxa"/>
              <w:right w:w="60" w:type="dxa"/>
            </w:tcMar>
            <w:vAlign w:val="center"/>
          </w:tcPr>
          <w:p w14:paraId="08BBF254" w14:textId="77777777" w:rsidR="00EE5F04" w:rsidRPr="008A20D0" w:rsidRDefault="00000000">
            <w:pPr>
              <w:spacing w:after="0" w:line="252" w:lineRule="auto"/>
              <w:jc w:val="center"/>
              <w:rPr>
                <w:rFonts w:cs="Times New Roman"/>
              </w:rPr>
            </w:pPr>
            <w:r w:rsidRPr="008A20D0">
              <w:rPr>
                <w:rFonts w:cs="Times New Roman"/>
                <w:sz w:val="20"/>
              </w:rPr>
              <w:t>95.2</w:t>
            </w:r>
          </w:p>
        </w:tc>
        <w:tc>
          <w:tcPr>
            <w:tcW w:w="1296" w:type="dxa"/>
            <w:tcMar>
              <w:top w:w="60" w:type="dxa"/>
              <w:left w:w="60" w:type="dxa"/>
              <w:bottom w:w="60" w:type="dxa"/>
              <w:right w:w="60" w:type="dxa"/>
            </w:tcMar>
            <w:vAlign w:val="center"/>
          </w:tcPr>
          <w:p w14:paraId="2D4C369E" w14:textId="77777777" w:rsidR="00EE5F04" w:rsidRPr="008A20D0" w:rsidRDefault="00000000">
            <w:pPr>
              <w:spacing w:after="0" w:line="252" w:lineRule="auto"/>
              <w:jc w:val="center"/>
              <w:rPr>
                <w:rFonts w:cs="Times New Roman"/>
              </w:rPr>
            </w:pPr>
            <w:r w:rsidRPr="008A20D0">
              <w:rPr>
                <w:rFonts w:cs="Times New Roman"/>
                <w:sz w:val="20"/>
              </w:rPr>
              <w:t>91.1</w:t>
            </w:r>
          </w:p>
        </w:tc>
        <w:tc>
          <w:tcPr>
            <w:tcW w:w="1296" w:type="dxa"/>
            <w:tcMar>
              <w:top w:w="60" w:type="dxa"/>
              <w:left w:w="60" w:type="dxa"/>
              <w:bottom w:w="60" w:type="dxa"/>
              <w:right w:w="60" w:type="dxa"/>
            </w:tcMar>
            <w:vAlign w:val="center"/>
          </w:tcPr>
          <w:p w14:paraId="5FD8046B" w14:textId="77777777" w:rsidR="00EE5F04" w:rsidRPr="008A20D0" w:rsidRDefault="00000000">
            <w:pPr>
              <w:spacing w:after="0" w:line="252" w:lineRule="auto"/>
              <w:jc w:val="center"/>
              <w:rPr>
                <w:rFonts w:cs="Times New Roman"/>
              </w:rPr>
            </w:pPr>
            <w:r w:rsidRPr="008A20D0">
              <w:rPr>
                <w:rFonts w:cs="Times New Roman"/>
                <w:sz w:val="20"/>
              </w:rPr>
              <w:t>86.5</w:t>
            </w:r>
          </w:p>
        </w:tc>
        <w:tc>
          <w:tcPr>
            <w:tcW w:w="1296" w:type="dxa"/>
            <w:tcMar>
              <w:top w:w="60" w:type="dxa"/>
              <w:left w:w="60" w:type="dxa"/>
              <w:bottom w:w="60" w:type="dxa"/>
              <w:right w:w="60" w:type="dxa"/>
            </w:tcMar>
            <w:vAlign w:val="center"/>
          </w:tcPr>
          <w:p w14:paraId="7D2E5F79" w14:textId="77777777" w:rsidR="00EE5F04" w:rsidRPr="008A20D0" w:rsidRDefault="00000000">
            <w:pPr>
              <w:spacing w:after="0" w:line="252" w:lineRule="auto"/>
              <w:jc w:val="center"/>
              <w:rPr>
                <w:rFonts w:cs="Times New Roman"/>
              </w:rPr>
            </w:pPr>
            <w:r w:rsidRPr="008A20D0">
              <w:rPr>
                <w:rFonts w:cs="Times New Roman"/>
                <w:sz w:val="20"/>
              </w:rPr>
              <w:t>88.0</w:t>
            </w:r>
          </w:p>
        </w:tc>
      </w:tr>
      <w:tr w:rsidR="00EE5F04" w:rsidRPr="008A20D0" w14:paraId="6081CD9B" w14:textId="77777777">
        <w:trPr>
          <w:cantSplit/>
          <w:jc w:val="center"/>
        </w:trPr>
        <w:tc>
          <w:tcPr>
            <w:tcW w:w="3312" w:type="dxa"/>
            <w:tcMar>
              <w:top w:w="60" w:type="dxa"/>
              <w:left w:w="60" w:type="dxa"/>
              <w:bottom w:w="60" w:type="dxa"/>
              <w:right w:w="60" w:type="dxa"/>
            </w:tcMar>
            <w:vAlign w:val="center"/>
          </w:tcPr>
          <w:p w14:paraId="7B33650D" w14:textId="77777777" w:rsidR="00EE5F04" w:rsidRPr="008A20D0" w:rsidRDefault="00000000">
            <w:pPr>
              <w:spacing w:after="0" w:line="252" w:lineRule="auto"/>
              <w:rPr>
                <w:rFonts w:cs="Times New Roman"/>
              </w:rPr>
            </w:pPr>
            <w:r w:rsidRPr="008A20D0">
              <w:rPr>
                <w:rFonts w:cs="Times New Roman"/>
                <w:sz w:val="20"/>
              </w:rPr>
              <w:t>High-sensitivity C-reactive protein</w:t>
            </w:r>
          </w:p>
        </w:tc>
        <w:tc>
          <w:tcPr>
            <w:tcW w:w="1296" w:type="dxa"/>
            <w:tcMar>
              <w:top w:w="60" w:type="dxa"/>
              <w:left w:w="60" w:type="dxa"/>
              <w:bottom w:w="60" w:type="dxa"/>
              <w:right w:w="60" w:type="dxa"/>
            </w:tcMar>
            <w:vAlign w:val="center"/>
          </w:tcPr>
          <w:p w14:paraId="7DB8A4D2" w14:textId="77777777" w:rsidR="00EE5F04" w:rsidRPr="008A20D0" w:rsidRDefault="00000000">
            <w:pPr>
              <w:spacing w:after="0" w:line="252" w:lineRule="auto"/>
              <w:jc w:val="center"/>
              <w:rPr>
                <w:rFonts w:cs="Times New Roman"/>
              </w:rPr>
            </w:pPr>
            <w:r w:rsidRPr="008A20D0">
              <w:rPr>
                <w:rFonts w:cs="Times New Roman"/>
                <w:sz w:val="20"/>
              </w:rPr>
              <w:t>34.4</w:t>
            </w:r>
          </w:p>
        </w:tc>
        <w:tc>
          <w:tcPr>
            <w:tcW w:w="1296" w:type="dxa"/>
            <w:tcMar>
              <w:top w:w="60" w:type="dxa"/>
              <w:left w:w="60" w:type="dxa"/>
              <w:bottom w:w="60" w:type="dxa"/>
              <w:right w:w="60" w:type="dxa"/>
            </w:tcMar>
            <w:vAlign w:val="center"/>
          </w:tcPr>
          <w:p w14:paraId="2F980B4B" w14:textId="77777777" w:rsidR="00EE5F04" w:rsidRPr="008A20D0" w:rsidRDefault="00000000">
            <w:pPr>
              <w:spacing w:after="0" w:line="252" w:lineRule="auto"/>
              <w:jc w:val="center"/>
              <w:rPr>
                <w:rFonts w:cs="Times New Roman"/>
              </w:rPr>
            </w:pPr>
            <w:r w:rsidRPr="008A20D0">
              <w:rPr>
                <w:rFonts w:cs="Times New Roman"/>
                <w:sz w:val="20"/>
              </w:rPr>
              <w:t>31.3</w:t>
            </w:r>
          </w:p>
        </w:tc>
        <w:tc>
          <w:tcPr>
            <w:tcW w:w="1296" w:type="dxa"/>
            <w:tcMar>
              <w:top w:w="60" w:type="dxa"/>
              <w:left w:w="60" w:type="dxa"/>
              <w:bottom w:w="60" w:type="dxa"/>
              <w:right w:w="60" w:type="dxa"/>
            </w:tcMar>
            <w:vAlign w:val="center"/>
          </w:tcPr>
          <w:p w14:paraId="76F61196" w14:textId="77777777" w:rsidR="00EE5F04" w:rsidRPr="008A20D0" w:rsidRDefault="00000000">
            <w:pPr>
              <w:spacing w:after="0" w:line="252" w:lineRule="auto"/>
              <w:jc w:val="center"/>
              <w:rPr>
                <w:rFonts w:cs="Times New Roman"/>
              </w:rPr>
            </w:pPr>
            <w:r w:rsidRPr="008A20D0">
              <w:rPr>
                <w:rFonts w:cs="Times New Roman"/>
                <w:sz w:val="20"/>
              </w:rPr>
              <w:t>35.1</w:t>
            </w:r>
          </w:p>
        </w:tc>
        <w:tc>
          <w:tcPr>
            <w:tcW w:w="1296" w:type="dxa"/>
            <w:tcMar>
              <w:top w:w="60" w:type="dxa"/>
              <w:left w:w="60" w:type="dxa"/>
              <w:bottom w:w="60" w:type="dxa"/>
              <w:right w:w="60" w:type="dxa"/>
            </w:tcMar>
            <w:vAlign w:val="center"/>
          </w:tcPr>
          <w:p w14:paraId="590DA36C" w14:textId="77777777" w:rsidR="00EE5F04" w:rsidRPr="008A20D0" w:rsidRDefault="00000000">
            <w:pPr>
              <w:spacing w:after="0" w:line="252" w:lineRule="auto"/>
              <w:jc w:val="center"/>
              <w:rPr>
                <w:rFonts w:cs="Times New Roman"/>
              </w:rPr>
            </w:pPr>
            <w:r w:rsidRPr="008A20D0">
              <w:rPr>
                <w:rFonts w:cs="Times New Roman"/>
                <w:sz w:val="20"/>
              </w:rPr>
              <w:t>44.2</w:t>
            </w:r>
          </w:p>
        </w:tc>
        <w:tc>
          <w:tcPr>
            <w:tcW w:w="1296" w:type="dxa"/>
            <w:tcMar>
              <w:top w:w="60" w:type="dxa"/>
              <w:left w:w="60" w:type="dxa"/>
              <w:bottom w:w="60" w:type="dxa"/>
              <w:right w:w="60" w:type="dxa"/>
            </w:tcMar>
            <w:vAlign w:val="center"/>
          </w:tcPr>
          <w:p w14:paraId="7B4350DB" w14:textId="77777777" w:rsidR="00EE5F04" w:rsidRPr="008A20D0" w:rsidRDefault="00000000">
            <w:pPr>
              <w:spacing w:after="0" w:line="252" w:lineRule="auto"/>
              <w:jc w:val="center"/>
              <w:rPr>
                <w:rFonts w:cs="Times New Roman"/>
              </w:rPr>
            </w:pPr>
            <w:r w:rsidRPr="008A20D0">
              <w:rPr>
                <w:rFonts w:cs="Times New Roman"/>
                <w:sz w:val="20"/>
              </w:rPr>
              <w:t>65.8</w:t>
            </w:r>
          </w:p>
        </w:tc>
      </w:tr>
      <w:tr w:rsidR="00EE5F04" w:rsidRPr="008A20D0" w14:paraId="19B55A23" w14:textId="77777777">
        <w:trPr>
          <w:cantSplit/>
          <w:jc w:val="center"/>
        </w:trPr>
        <w:tc>
          <w:tcPr>
            <w:tcW w:w="3312" w:type="dxa"/>
            <w:tcMar>
              <w:top w:w="60" w:type="dxa"/>
              <w:left w:w="60" w:type="dxa"/>
              <w:bottom w:w="60" w:type="dxa"/>
              <w:right w:w="60" w:type="dxa"/>
            </w:tcMar>
            <w:vAlign w:val="center"/>
          </w:tcPr>
          <w:p w14:paraId="6EB98A73" w14:textId="77777777" w:rsidR="00EE5F04" w:rsidRPr="008A20D0" w:rsidRDefault="00000000">
            <w:pPr>
              <w:spacing w:after="0" w:line="252" w:lineRule="auto"/>
              <w:rPr>
                <w:rFonts w:cs="Times New Roman"/>
              </w:rPr>
            </w:pPr>
            <w:r w:rsidRPr="008A20D0">
              <w:rPr>
                <w:rFonts w:cs="Times New Roman"/>
                <w:sz w:val="20"/>
              </w:rPr>
              <w:t>Procalcitonin</w:t>
            </w:r>
          </w:p>
        </w:tc>
        <w:tc>
          <w:tcPr>
            <w:tcW w:w="1296" w:type="dxa"/>
            <w:tcMar>
              <w:top w:w="60" w:type="dxa"/>
              <w:left w:w="60" w:type="dxa"/>
              <w:bottom w:w="60" w:type="dxa"/>
              <w:right w:w="60" w:type="dxa"/>
            </w:tcMar>
            <w:vAlign w:val="center"/>
          </w:tcPr>
          <w:p w14:paraId="5F014121" w14:textId="77777777" w:rsidR="00EE5F04" w:rsidRPr="008A20D0" w:rsidRDefault="00000000">
            <w:pPr>
              <w:spacing w:after="0" w:line="252" w:lineRule="auto"/>
              <w:jc w:val="center"/>
              <w:rPr>
                <w:rFonts w:cs="Times New Roman"/>
              </w:rPr>
            </w:pPr>
            <w:r w:rsidRPr="008A20D0">
              <w:rPr>
                <w:rFonts w:cs="Times New Roman"/>
                <w:sz w:val="20"/>
              </w:rPr>
              <w:t>40.6</w:t>
            </w:r>
          </w:p>
        </w:tc>
        <w:tc>
          <w:tcPr>
            <w:tcW w:w="1296" w:type="dxa"/>
            <w:tcMar>
              <w:top w:w="60" w:type="dxa"/>
              <w:left w:w="60" w:type="dxa"/>
              <w:bottom w:w="60" w:type="dxa"/>
              <w:right w:w="60" w:type="dxa"/>
            </w:tcMar>
            <w:vAlign w:val="center"/>
          </w:tcPr>
          <w:p w14:paraId="4E2C89CC" w14:textId="77777777" w:rsidR="00EE5F04" w:rsidRPr="008A20D0" w:rsidRDefault="00000000">
            <w:pPr>
              <w:spacing w:after="0" w:line="252" w:lineRule="auto"/>
              <w:jc w:val="center"/>
              <w:rPr>
                <w:rFonts w:cs="Times New Roman"/>
              </w:rPr>
            </w:pPr>
            <w:r w:rsidRPr="008A20D0">
              <w:rPr>
                <w:rFonts w:cs="Times New Roman"/>
                <w:sz w:val="20"/>
              </w:rPr>
              <w:t>30.1</w:t>
            </w:r>
          </w:p>
        </w:tc>
        <w:tc>
          <w:tcPr>
            <w:tcW w:w="1296" w:type="dxa"/>
            <w:tcMar>
              <w:top w:w="60" w:type="dxa"/>
              <w:left w:w="60" w:type="dxa"/>
              <w:bottom w:w="60" w:type="dxa"/>
              <w:right w:w="60" w:type="dxa"/>
            </w:tcMar>
            <w:vAlign w:val="center"/>
          </w:tcPr>
          <w:p w14:paraId="1DAF25C9" w14:textId="77777777" w:rsidR="00EE5F04" w:rsidRPr="008A20D0" w:rsidRDefault="00000000">
            <w:pPr>
              <w:spacing w:after="0" w:line="252" w:lineRule="auto"/>
              <w:jc w:val="center"/>
              <w:rPr>
                <w:rFonts w:cs="Times New Roman"/>
              </w:rPr>
            </w:pPr>
            <w:r w:rsidRPr="008A20D0">
              <w:rPr>
                <w:rFonts w:cs="Times New Roman"/>
                <w:sz w:val="20"/>
              </w:rPr>
              <w:t>31.0</w:t>
            </w:r>
          </w:p>
        </w:tc>
        <w:tc>
          <w:tcPr>
            <w:tcW w:w="1296" w:type="dxa"/>
            <w:tcMar>
              <w:top w:w="60" w:type="dxa"/>
              <w:left w:w="60" w:type="dxa"/>
              <w:bottom w:w="60" w:type="dxa"/>
              <w:right w:w="60" w:type="dxa"/>
            </w:tcMar>
            <w:vAlign w:val="center"/>
          </w:tcPr>
          <w:p w14:paraId="63495F38" w14:textId="77777777" w:rsidR="00EE5F04" w:rsidRPr="008A20D0" w:rsidRDefault="00000000">
            <w:pPr>
              <w:spacing w:after="0" w:line="252" w:lineRule="auto"/>
              <w:jc w:val="center"/>
              <w:rPr>
                <w:rFonts w:cs="Times New Roman"/>
              </w:rPr>
            </w:pPr>
            <w:r w:rsidRPr="008A20D0">
              <w:rPr>
                <w:rFonts w:cs="Times New Roman"/>
                <w:sz w:val="20"/>
              </w:rPr>
              <w:t>32.7</w:t>
            </w:r>
          </w:p>
        </w:tc>
        <w:tc>
          <w:tcPr>
            <w:tcW w:w="1296" w:type="dxa"/>
            <w:tcMar>
              <w:top w:w="60" w:type="dxa"/>
              <w:left w:w="60" w:type="dxa"/>
              <w:bottom w:w="60" w:type="dxa"/>
              <w:right w:w="60" w:type="dxa"/>
            </w:tcMar>
            <w:vAlign w:val="center"/>
          </w:tcPr>
          <w:p w14:paraId="10D6C0F6" w14:textId="77777777" w:rsidR="00EE5F04" w:rsidRPr="008A20D0" w:rsidRDefault="00000000">
            <w:pPr>
              <w:spacing w:after="0" w:line="252" w:lineRule="auto"/>
              <w:jc w:val="center"/>
              <w:rPr>
                <w:rFonts w:cs="Times New Roman"/>
              </w:rPr>
            </w:pPr>
            <w:r w:rsidRPr="008A20D0">
              <w:rPr>
                <w:rFonts w:cs="Times New Roman"/>
                <w:sz w:val="20"/>
              </w:rPr>
              <w:t>26.5</w:t>
            </w:r>
          </w:p>
        </w:tc>
      </w:tr>
      <w:tr w:rsidR="00EE5F04" w:rsidRPr="008A20D0" w14:paraId="495A3997" w14:textId="77777777">
        <w:trPr>
          <w:cantSplit/>
          <w:jc w:val="center"/>
        </w:trPr>
        <w:tc>
          <w:tcPr>
            <w:tcW w:w="3312" w:type="dxa"/>
            <w:tcMar>
              <w:top w:w="60" w:type="dxa"/>
              <w:left w:w="60" w:type="dxa"/>
              <w:bottom w:w="60" w:type="dxa"/>
              <w:right w:w="60" w:type="dxa"/>
            </w:tcMar>
            <w:vAlign w:val="center"/>
          </w:tcPr>
          <w:p w14:paraId="5D4FB01A" w14:textId="77777777" w:rsidR="00EE5F04" w:rsidRPr="008A20D0" w:rsidRDefault="00000000">
            <w:pPr>
              <w:spacing w:after="0" w:line="252" w:lineRule="auto"/>
              <w:rPr>
                <w:rFonts w:cs="Times New Roman"/>
              </w:rPr>
            </w:pPr>
            <w:r w:rsidRPr="008A20D0">
              <w:rPr>
                <w:rFonts w:cs="Times New Roman"/>
                <w:sz w:val="20"/>
              </w:rPr>
              <w:t>Albumin</w:t>
            </w:r>
          </w:p>
        </w:tc>
        <w:tc>
          <w:tcPr>
            <w:tcW w:w="1296" w:type="dxa"/>
            <w:tcMar>
              <w:top w:w="60" w:type="dxa"/>
              <w:left w:w="60" w:type="dxa"/>
              <w:bottom w:w="60" w:type="dxa"/>
              <w:right w:w="60" w:type="dxa"/>
            </w:tcMar>
            <w:vAlign w:val="center"/>
          </w:tcPr>
          <w:p w14:paraId="5523C8E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8DF68F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DCA88C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DEED56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E7C807E"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42E19790" w14:textId="77777777">
        <w:trPr>
          <w:cantSplit/>
          <w:jc w:val="center"/>
        </w:trPr>
        <w:tc>
          <w:tcPr>
            <w:tcW w:w="3312" w:type="dxa"/>
            <w:tcMar>
              <w:top w:w="60" w:type="dxa"/>
              <w:left w:w="60" w:type="dxa"/>
              <w:bottom w:w="60" w:type="dxa"/>
              <w:right w:w="60" w:type="dxa"/>
            </w:tcMar>
            <w:vAlign w:val="center"/>
          </w:tcPr>
          <w:p w14:paraId="25602B33" w14:textId="77777777" w:rsidR="00EE5F04" w:rsidRPr="008A20D0" w:rsidRDefault="00000000">
            <w:pPr>
              <w:spacing w:after="0" w:line="252" w:lineRule="auto"/>
              <w:rPr>
                <w:rFonts w:cs="Times New Roman"/>
              </w:rPr>
            </w:pPr>
            <w:r w:rsidRPr="008A20D0">
              <w:rPr>
                <w:rFonts w:cs="Times New Roman"/>
                <w:sz w:val="20"/>
              </w:rPr>
              <w:t>Prealbumin</w:t>
            </w:r>
          </w:p>
        </w:tc>
        <w:tc>
          <w:tcPr>
            <w:tcW w:w="1296" w:type="dxa"/>
            <w:tcMar>
              <w:top w:w="60" w:type="dxa"/>
              <w:left w:w="60" w:type="dxa"/>
              <w:bottom w:w="60" w:type="dxa"/>
              <w:right w:w="60" w:type="dxa"/>
            </w:tcMar>
            <w:vAlign w:val="center"/>
          </w:tcPr>
          <w:p w14:paraId="75661918" w14:textId="77777777" w:rsidR="00EE5F04" w:rsidRPr="008A20D0" w:rsidRDefault="00000000">
            <w:pPr>
              <w:spacing w:after="0" w:line="252" w:lineRule="auto"/>
              <w:jc w:val="center"/>
              <w:rPr>
                <w:rFonts w:cs="Times New Roman"/>
              </w:rPr>
            </w:pPr>
            <w:r w:rsidRPr="008A20D0">
              <w:rPr>
                <w:rFonts w:cs="Times New Roman"/>
                <w:sz w:val="20"/>
              </w:rPr>
              <w:t>46.9</w:t>
            </w:r>
          </w:p>
        </w:tc>
        <w:tc>
          <w:tcPr>
            <w:tcW w:w="1296" w:type="dxa"/>
            <w:tcMar>
              <w:top w:w="60" w:type="dxa"/>
              <w:left w:w="60" w:type="dxa"/>
              <w:bottom w:w="60" w:type="dxa"/>
              <w:right w:w="60" w:type="dxa"/>
            </w:tcMar>
            <w:vAlign w:val="center"/>
          </w:tcPr>
          <w:p w14:paraId="68DD9831" w14:textId="77777777" w:rsidR="00EE5F04" w:rsidRPr="008A20D0" w:rsidRDefault="00000000">
            <w:pPr>
              <w:spacing w:after="0" w:line="252" w:lineRule="auto"/>
              <w:jc w:val="center"/>
              <w:rPr>
                <w:rFonts w:cs="Times New Roman"/>
              </w:rPr>
            </w:pPr>
            <w:r w:rsidRPr="008A20D0">
              <w:rPr>
                <w:rFonts w:cs="Times New Roman"/>
                <w:sz w:val="20"/>
              </w:rPr>
              <w:t>45.8</w:t>
            </w:r>
          </w:p>
        </w:tc>
        <w:tc>
          <w:tcPr>
            <w:tcW w:w="1296" w:type="dxa"/>
            <w:tcMar>
              <w:top w:w="60" w:type="dxa"/>
              <w:left w:w="60" w:type="dxa"/>
              <w:bottom w:w="60" w:type="dxa"/>
              <w:right w:w="60" w:type="dxa"/>
            </w:tcMar>
            <w:vAlign w:val="center"/>
          </w:tcPr>
          <w:p w14:paraId="18246DFD" w14:textId="77777777" w:rsidR="00EE5F04" w:rsidRPr="008A20D0" w:rsidRDefault="00000000">
            <w:pPr>
              <w:spacing w:after="0" w:line="252" w:lineRule="auto"/>
              <w:jc w:val="center"/>
              <w:rPr>
                <w:rFonts w:cs="Times New Roman"/>
              </w:rPr>
            </w:pPr>
            <w:r w:rsidRPr="008A20D0">
              <w:rPr>
                <w:rFonts w:cs="Times New Roman"/>
                <w:sz w:val="20"/>
              </w:rPr>
              <w:t>42.9</w:t>
            </w:r>
          </w:p>
        </w:tc>
        <w:tc>
          <w:tcPr>
            <w:tcW w:w="1296" w:type="dxa"/>
            <w:tcMar>
              <w:top w:w="60" w:type="dxa"/>
              <w:left w:w="60" w:type="dxa"/>
              <w:bottom w:w="60" w:type="dxa"/>
              <w:right w:w="60" w:type="dxa"/>
            </w:tcMar>
            <w:vAlign w:val="center"/>
          </w:tcPr>
          <w:p w14:paraId="489C42C0" w14:textId="77777777" w:rsidR="00EE5F04" w:rsidRPr="008A20D0" w:rsidRDefault="00000000">
            <w:pPr>
              <w:spacing w:after="0" w:line="252" w:lineRule="auto"/>
              <w:jc w:val="center"/>
              <w:rPr>
                <w:rFonts w:cs="Times New Roman"/>
              </w:rPr>
            </w:pPr>
            <w:r w:rsidRPr="008A20D0">
              <w:rPr>
                <w:rFonts w:cs="Times New Roman"/>
                <w:sz w:val="20"/>
              </w:rPr>
              <w:t>49.0</w:t>
            </w:r>
          </w:p>
        </w:tc>
        <w:tc>
          <w:tcPr>
            <w:tcW w:w="1296" w:type="dxa"/>
            <w:tcMar>
              <w:top w:w="60" w:type="dxa"/>
              <w:left w:w="60" w:type="dxa"/>
              <w:bottom w:w="60" w:type="dxa"/>
              <w:right w:w="60" w:type="dxa"/>
            </w:tcMar>
            <w:vAlign w:val="center"/>
          </w:tcPr>
          <w:p w14:paraId="2DB9904D" w14:textId="77777777" w:rsidR="00EE5F04" w:rsidRPr="008A20D0" w:rsidRDefault="00000000">
            <w:pPr>
              <w:spacing w:after="0" w:line="252" w:lineRule="auto"/>
              <w:jc w:val="center"/>
              <w:rPr>
                <w:rFonts w:cs="Times New Roman"/>
              </w:rPr>
            </w:pPr>
            <w:r w:rsidRPr="008A20D0">
              <w:rPr>
                <w:rFonts w:cs="Times New Roman"/>
                <w:sz w:val="20"/>
              </w:rPr>
              <w:t>68.4</w:t>
            </w:r>
          </w:p>
        </w:tc>
      </w:tr>
      <w:tr w:rsidR="00EE5F04" w:rsidRPr="008A20D0" w14:paraId="2ADB7576" w14:textId="77777777">
        <w:trPr>
          <w:cantSplit/>
          <w:jc w:val="center"/>
        </w:trPr>
        <w:tc>
          <w:tcPr>
            <w:tcW w:w="3312" w:type="dxa"/>
            <w:tcMar>
              <w:top w:w="60" w:type="dxa"/>
              <w:left w:w="60" w:type="dxa"/>
              <w:bottom w:w="60" w:type="dxa"/>
              <w:right w:w="60" w:type="dxa"/>
            </w:tcMar>
            <w:vAlign w:val="center"/>
          </w:tcPr>
          <w:p w14:paraId="638054FD" w14:textId="77777777" w:rsidR="00EE5F04" w:rsidRPr="008A20D0" w:rsidRDefault="00000000">
            <w:pPr>
              <w:spacing w:after="0" w:line="252" w:lineRule="auto"/>
              <w:rPr>
                <w:rFonts w:cs="Times New Roman"/>
              </w:rPr>
            </w:pPr>
            <w:r w:rsidRPr="008A20D0">
              <w:rPr>
                <w:rFonts w:cs="Times New Roman"/>
                <w:sz w:val="20"/>
              </w:rPr>
              <w:t>Total protein</w:t>
            </w:r>
          </w:p>
        </w:tc>
        <w:tc>
          <w:tcPr>
            <w:tcW w:w="1296" w:type="dxa"/>
            <w:tcMar>
              <w:top w:w="60" w:type="dxa"/>
              <w:left w:w="60" w:type="dxa"/>
              <w:bottom w:w="60" w:type="dxa"/>
              <w:right w:w="60" w:type="dxa"/>
            </w:tcMar>
            <w:vAlign w:val="center"/>
          </w:tcPr>
          <w:p w14:paraId="4D495A6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21E223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913A16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123A4D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F779D53"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1816273B" w14:textId="77777777">
        <w:trPr>
          <w:cantSplit/>
          <w:jc w:val="center"/>
        </w:trPr>
        <w:tc>
          <w:tcPr>
            <w:tcW w:w="3312" w:type="dxa"/>
            <w:tcMar>
              <w:top w:w="60" w:type="dxa"/>
              <w:left w:w="60" w:type="dxa"/>
              <w:bottom w:w="60" w:type="dxa"/>
              <w:right w:w="60" w:type="dxa"/>
            </w:tcMar>
            <w:vAlign w:val="center"/>
          </w:tcPr>
          <w:p w14:paraId="4035F088" w14:textId="77777777" w:rsidR="00EE5F04" w:rsidRPr="008A20D0" w:rsidRDefault="00000000">
            <w:pPr>
              <w:spacing w:after="0" w:line="252" w:lineRule="auto"/>
              <w:rPr>
                <w:rFonts w:cs="Times New Roman"/>
              </w:rPr>
            </w:pPr>
            <w:r w:rsidRPr="008A20D0">
              <w:rPr>
                <w:rFonts w:cs="Times New Roman"/>
                <w:sz w:val="20"/>
              </w:rPr>
              <w:t>Total bilirubin</w:t>
            </w:r>
          </w:p>
        </w:tc>
        <w:tc>
          <w:tcPr>
            <w:tcW w:w="1296" w:type="dxa"/>
            <w:tcMar>
              <w:top w:w="60" w:type="dxa"/>
              <w:left w:w="60" w:type="dxa"/>
              <w:bottom w:w="60" w:type="dxa"/>
              <w:right w:w="60" w:type="dxa"/>
            </w:tcMar>
            <w:vAlign w:val="center"/>
          </w:tcPr>
          <w:p w14:paraId="705961E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00CD1B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6D6901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062425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49876E5"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74747BA5" w14:textId="77777777">
        <w:trPr>
          <w:cantSplit/>
          <w:jc w:val="center"/>
        </w:trPr>
        <w:tc>
          <w:tcPr>
            <w:tcW w:w="3312" w:type="dxa"/>
            <w:tcMar>
              <w:top w:w="60" w:type="dxa"/>
              <w:left w:w="60" w:type="dxa"/>
              <w:bottom w:w="60" w:type="dxa"/>
              <w:right w:w="60" w:type="dxa"/>
            </w:tcMar>
            <w:vAlign w:val="center"/>
          </w:tcPr>
          <w:p w14:paraId="24EBB59D" w14:textId="77777777" w:rsidR="00EE5F04" w:rsidRPr="008A20D0" w:rsidRDefault="00000000">
            <w:pPr>
              <w:spacing w:after="0" w:line="252" w:lineRule="auto"/>
              <w:rPr>
                <w:rFonts w:cs="Times New Roman"/>
              </w:rPr>
            </w:pPr>
            <w:r w:rsidRPr="008A20D0">
              <w:rPr>
                <w:rFonts w:cs="Times New Roman"/>
                <w:sz w:val="20"/>
              </w:rPr>
              <w:t>Direct bilirubin</w:t>
            </w:r>
          </w:p>
        </w:tc>
        <w:tc>
          <w:tcPr>
            <w:tcW w:w="1296" w:type="dxa"/>
            <w:tcMar>
              <w:top w:w="60" w:type="dxa"/>
              <w:left w:w="60" w:type="dxa"/>
              <w:bottom w:w="60" w:type="dxa"/>
              <w:right w:w="60" w:type="dxa"/>
            </w:tcMar>
            <w:vAlign w:val="center"/>
          </w:tcPr>
          <w:p w14:paraId="01A2FDD6" w14:textId="77777777" w:rsidR="00EE5F04" w:rsidRPr="008A20D0" w:rsidRDefault="00000000">
            <w:pPr>
              <w:spacing w:after="0" w:line="252" w:lineRule="auto"/>
              <w:jc w:val="center"/>
              <w:rPr>
                <w:rFonts w:cs="Times New Roman"/>
              </w:rPr>
            </w:pPr>
            <w:r w:rsidRPr="008A20D0">
              <w:rPr>
                <w:rFonts w:cs="Times New Roman"/>
                <w:sz w:val="20"/>
              </w:rPr>
              <w:t>25.0</w:t>
            </w:r>
          </w:p>
        </w:tc>
        <w:tc>
          <w:tcPr>
            <w:tcW w:w="1296" w:type="dxa"/>
            <w:tcMar>
              <w:top w:w="60" w:type="dxa"/>
              <w:left w:w="60" w:type="dxa"/>
              <w:bottom w:w="60" w:type="dxa"/>
              <w:right w:w="60" w:type="dxa"/>
            </w:tcMar>
            <w:vAlign w:val="center"/>
          </w:tcPr>
          <w:p w14:paraId="64F0BE40" w14:textId="77777777" w:rsidR="00EE5F04" w:rsidRPr="008A20D0" w:rsidRDefault="00000000">
            <w:pPr>
              <w:spacing w:after="0" w:line="252" w:lineRule="auto"/>
              <w:jc w:val="center"/>
              <w:rPr>
                <w:rFonts w:cs="Times New Roman"/>
              </w:rPr>
            </w:pPr>
            <w:r w:rsidRPr="008A20D0">
              <w:rPr>
                <w:rFonts w:cs="Times New Roman"/>
                <w:sz w:val="20"/>
              </w:rPr>
              <w:t>15.7</w:t>
            </w:r>
          </w:p>
        </w:tc>
        <w:tc>
          <w:tcPr>
            <w:tcW w:w="1296" w:type="dxa"/>
            <w:tcMar>
              <w:top w:w="60" w:type="dxa"/>
              <w:left w:w="60" w:type="dxa"/>
              <w:bottom w:w="60" w:type="dxa"/>
              <w:right w:w="60" w:type="dxa"/>
            </w:tcMar>
            <w:vAlign w:val="center"/>
          </w:tcPr>
          <w:p w14:paraId="02BF9058" w14:textId="77777777" w:rsidR="00EE5F04" w:rsidRPr="008A20D0" w:rsidRDefault="00000000">
            <w:pPr>
              <w:spacing w:after="0" w:line="252" w:lineRule="auto"/>
              <w:jc w:val="center"/>
              <w:rPr>
                <w:rFonts w:cs="Times New Roman"/>
              </w:rPr>
            </w:pPr>
            <w:r w:rsidRPr="008A20D0">
              <w:rPr>
                <w:rFonts w:cs="Times New Roman"/>
                <w:sz w:val="20"/>
              </w:rPr>
              <w:t>16.7</w:t>
            </w:r>
          </w:p>
        </w:tc>
        <w:tc>
          <w:tcPr>
            <w:tcW w:w="1296" w:type="dxa"/>
            <w:tcMar>
              <w:top w:w="60" w:type="dxa"/>
              <w:left w:w="60" w:type="dxa"/>
              <w:bottom w:w="60" w:type="dxa"/>
              <w:right w:w="60" w:type="dxa"/>
            </w:tcMar>
            <w:vAlign w:val="center"/>
          </w:tcPr>
          <w:p w14:paraId="0A113EEA" w14:textId="77777777" w:rsidR="00EE5F04" w:rsidRPr="008A20D0" w:rsidRDefault="00000000">
            <w:pPr>
              <w:spacing w:after="0" w:line="252" w:lineRule="auto"/>
              <w:jc w:val="center"/>
              <w:rPr>
                <w:rFonts w:cs="Times New Roman"/>
              </w:rPr>
            </w:pPr>
            <w:r w:rsidRPr="008A20D0">
              <w:rPr>
                <w:rFonts w:cs="Times New Roman"/>
                <w:sz w:val="20"/>
              </w:rPr>
              <w:t>15.4</w:t>
            </w:r>
          </w:p>
        </w:tc>
        <w:tc>
          <w:tcPr>
            <w:tcW w:w="1296" w:type="dxa"/>
            <w:tcMar>
              <w:top w:w="60" w:type="dxa"/>
              <w:left w:w="60" w:type="dxa"/>
              <w:bottom w:w="60" w:type="dxa"/>
              <w:right w:w="60" w:type="dxa"/>
            </w:tcMar>
            <w:vAlign w:val="center"/>
          </w:tcPr>
          <w:p w14:paraId="52A73A4D" w14:textId="77777777" w:rsidR="00EE5F04" w:rsidRPr="008A20D0" w:rsidRDefault="00000000">
            <w:pPr>
              <w:spacing w:after="0" w:line="252" w:lineRule="auto"/>
              <w:jc w:val="center"/>
              <w:rPr>
                <w:rFonts w:cs="Times New Roman"/>
              </w:rPr>
            </w:pPr>
            <w:r w:rsidRPr="008A20D0">
              <w:rPr>
                <w:rFonts w:cs="Times New Roman"/>
                <w:sz w:val="20"/>
              </w:rPr>
              <w:t>20.5</w:t>
            </w:r>
          </w:p>
        </w:tc>
      </w:tr>
      <w:tr w:rsidR="00EE5F04" w:rsidRPr="008A20D0" w14:paraId="755C63AF" w14:textId="77777777">
        <w:trPr>
          <w:cantSplit/>
          <w:jc w:val="center"/>
        </w:trPr>
        <w:tc>
          <w:tcPr>
            <w:tcW w:w="3312" w:type="dxa"/>
            <w:tcMar>
              <w:top w:w="60" w:type="dxa"/>
              <w:left w:w="60" w:type="dxa"/>
              <w:bottom w:w="60" w:type="dxa"/>
              <w:right w:w="60" w:type="dxa"/>
            </w:tcMar>
            <w:vAlign w:val="center"/>
          </w:tcPr>
          <w:p w14:paraId="33B85823" w14:textId="77777777" w:rsidR="00EE5F04" w:rsidRPr="008A20D0" w:rsidRDefault="00000000">
            <w:pPr>
              <w:spacing w:after="0" w:line="252" w:lineRule="auto"/>
              <w:rPr>
                <w:rFonts w:cs="Times New Roman"/>
              </w:rPr>
            </w:pPr>
            <w:r w:rsidRPr="008A20D0">
              <w:rPr>
                <w:rFonts w:cs="Times New Roman"/>
                <w:sz w:val="20"/>
              </w:rPr>
              <w:t>Indirect bilirubin</w:t>
            </w:r>
          </w:p>
        </w:tc>
        <w:tc>
          <w:tcPr>
            <w:tcW w:w="1296" w:type="dxa"/>
            <w:tcMar>
              <w:top w:w="60" w:type="dxa"/>
              <w:left w:w="60" w:type="dxa"/>
              <w:bottom w:w="60" w:type="dxa"/>
              <w:right w:w="60" w:type="dxa"/>
            </w:tcMar>
            <w:vAlign w:val="center"/>
          </w:tcPr>
          <w:p w14:paraId="4219FF78" w14:textId="77777777" w:rsidR="00EE5F04" w:rsidRPr="008A20D0" w:rsidRDefault="00000000">
            <w:pPr>
              <w:spacing w:after="0" w:line="252" w:lineRule="auto"/>
              <w:jc w:val="center"/>
              <w:rPr>
                <w:rFonts w:cs="Times New Roman"/>
              </w:rPr>
            </w:pPr>
            <w:r w:rsidRPr="008A20D0">
              <w:rPr>
                <w:rFonts w:cs="Times New Roman"/>
                <w:sz w:val="20"/>
              </w:rPr>
              <w:t>46.9</w:t>
            </w:r>
          </w:p>
        </w:tc>
        <w:tc>
          <w:tcPr>
            <w:tcW w:w="1296" w:type="dxa"/>
            <w:tcMar>
              <w:top w:w="60" w:type="dxa"/>
              <w:left w:w="60" w:type="dxa"/>
              <w:bottom w:w="60" w:type="dxa"/>
              <w:right w:w="60" w:type="dxa"/>
            </w:tcMar>
            <w:vAlign w:val="center"/>
          </w:tcPr>
          <w:p w14:paraId="7A6A86BE" w14:textId="77777777" w:rsidR="00EE5F04" w:rsidRPr="008A20D0" w:rsidRDefault="00000000">
            <w:pPr>
              <w:spacing w:after="0" w:line="252" w:lineRule="auto"/>
              <w:jc w:val="center"/>
              <w:rPr>
                <w:rFonts w:cs="Times New Roman"/>
              </w:rPr>
            </w:pPr>
            <w:r w:rsidRPr="008A20D0">
              <w:rPr>
                <w:rFonts w:cs="Times New Roman"/>
                <w:sz w:val="20"/>
              </w:rPr>
              <w:t>45.8</w:t>
            </w:r>
          </w:p>
        </w:tc>
        <w:tc>
          <w:tcPr>
            <w:tcW w:w="1296" w:type="dxa"/>
            <w:tcMar>
              <w:top w:w="60" w:type="dxa"/>
              <w:left w:w="60" w:type="dxa"/>
              <w:bottom w:w="60" w:type="dxa"/>
              <w:right w:w="60" w:type="dxa"/>
            </w:tcMar>
            <w:vAlign w:val="center"/>
          </w:tcPr>
          <w:p w14:paraId="63C0134B" w14:textId="77777777" w:rsidR="00EE5F04" w:rsidRPr="008A20D0" w:rsidRDefault="00000000">
            <w:pPr>
              <w:spacing w:after="0" w:line="252" w:lineRule="auto"/>
              <w:jc w:val="center"/>
              <w:rPr>
                <w:rFonts w:cs="Times New Roman"/>
              </w:rPr>
            </w:pPr>
            <w:r w:rsidRPr="008A20D0">
              <w:rPr>
                <w:rFonts w:cs="Times New Roman"/>
                <w:sz w:val="20"/>
              </w:rPr>
              <w:t>43.5</w:t>
            </w:r>
          </w:p>
        </w:tc>
        <w:tc>
          <w:tcPr>
            <w:tcW w:w="1296" w:type="dxa"/>
            <w:tcMar>
              <w:top w:w="60" w:type="dxa"/>
              <w:left w:w="60" w:type="dxa"/>
              <w:bottom w:w="60" w:type="dxa"/>
              <w:right w:w="60" w:type="dxa"/>
            </w:tcMar>
            <w:vAlign w:val="center"/>
          </w:tcPr>
          <w:p w14:paraId="5AB11037" w14:textId="77777777" w:rsidR="00EE5F04" w:rsidRPr="008A20D0" w:rsidRDefault="00000000">
            <w:pPr>
              <w:spacing w:after="0" w:line="252" w:lineRule="auto"/>
              <w:jc w:val="center"/>
              <w:rPr>
                <w:rFonts w:cs="Times New Roman"/>
              </w:rPr>
            </w:pPr>
            <w:r w:rsidRPr="008A20D0">
              <w:rPr>
                <w:rFonts w:cs="Times New Roman"/>
                <w:sz w:val="20"/>
              </w:rPr>
              <w:t>49.0</w:t>
            </w:r>
          </w:p>
        </w:tc>
        <w:tc>
          <w:tcPr>
            <w:tcW w:w="1296" w:type="dxa"/>
            <w:tcMar>
              <w:top w:w="60" w:type="dxa"/>
              <w:left w:w="60" w:type="dxa"/>
              <w:bottom w:w="60" w:type="dxa"/>
              <w:right w:w="60" w:type="dxa"/>
            </w:tcMar>
            <w:vAlign w:val="center"/>
          </w:tcPr>
          <w:p w14:paraId="55C8045E" w14:textId="77777777" w:rsidR="00EE5F04" w:rsidRPr="008A20D0" w:rsidRDefault="00000000">
            <w:pPr>
              <w:spacing w:after="0" w:line="252" w:lineRule="auto"/>
              <w:jc w:val="center"/>
              <w:rPr>
                <w:rFonts w:cs="Times New Roman"/>
              </w:rPr>
            </w:pPr>
            <w:r w:rsidRPr="008A20D0">
              <w:rPr>
                <w:rFonts w:cs="Times New Roman"/>
                <w:sz w:val="20"/>
              </w:rPr>
              <w:t>70.9</w:t>
            </w:r>
          </w:p>
        </w:tc>
      </w:tr>
      <w:tr w:rsidR="00EE5F04" w:rsidRPr="008A20D0" w14:paraId="1CB6A8CC" w14:textId="77777777">
        <w:trPr>
          <w:cantSplit/>
          <w:jc w:val="center"/>
        </w:trPr>
        <w:tc>
          <w:tcPr>
            <w:tcW w:w="3312" w:type="dxa"/>
            <w:tcMar>
              <w:top w:w="60" w:type="dxa"/>
              <w:left w:w="60" w:type="dxa"/>
              <w:bottom w:w="60" w:type="dxa"/>
              <w:right w:w="60" w:type="dxa"/>
            </w:tcMar>
            <w:vAlign w:val="center"/>
          </w:tcPr>
          <w:p w14:paraId="74693319" w14:textId="77777777" w:rsidR="00EE5F04" w:rsidRPr="008A20D0" w:rsidRDefault="00000000">
            <w:pPr>
              <w:spacing w:after="0" w:line="252" w:lineRule="auto"/>
              <w:rPr>
                <w:rFonts w:cs="Times New Roman"/>
              </w:rPr>
            </w:pPr>
            <w:r w:rsidRPr="008A20D0">
              <w:rPr>
                <w:rFonts w:cs="Times New Roman"/>
                <w:sz w:val="20"/>
              </w:rPr>
              <w:t>Alanine aminotransferase</w:t>
            </w:r>
          </w:p>
        </w:tc>
        <w:tc>
          <w:tcPr>
            <w:tcW w:w="1296" w:type="dxa"/>
            <w:tcMar>
              <w:top w:w="60" w:type="dxa"/>
              <w:left w:w="60" w:type="dxa"/>
              <w:bottom w:w="60" w:type="dxa"/>
              <w:right w:w="60" w:type="dxa"/>
            </w:tcMar>
            <w:vAlign w:val="center"/>
          </w:tcPr>
          <w:p w14:paraId="02DA301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774568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529116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38E67E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9347699"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45B978CE" w14:textId="77777777">
        <w:trPr>
          <w:cantSplit/>
          <w:jc w:val="center"/>
        </w:trPr>
        <w:tc>
          <w:tcPr>
            <w:tcW w:w="3312" w:type="dxa"/>
            <w:tcMar>
              <w:top w:w="60" w:type="dxa"/>
              <w:left w:w="60" w:type="dxa"/>
              <w:bottom w:w="60" w:type="dxa"/>
              <w:right w:w="60" w:type="dxa"/>
            </w:tcMar>
            <w:vAlign w:val="center"/>
          </w:tcPr>
          <w:p w14:paraId="26764C17" w14:textId="77777777" w:rsidR="00EE5F04" w:rsidRPr="008A20D0" w:rsidRDefault="00000000">
            <w:pPr>
              <w:spacing w:after="0" w:line="252" w:lineRule="auto"/>
              <w:rPr>
                <w:rFonts w:cs="Times New Roman"/>
              </w:rPr>
            </w:pPr>
            <w:r w:rsidRPr="008A20D0">
              <w:rPr>
                <w:rFonts w:cs="Times New Roman"/>
                <w:sz w:val="20"/>
              </w:rPr>
              <w:t>Aspartate aminotransferase</w:t>
            </w:r>
          </w:p>
        </w:tc>
        <w:tc>
          <w:tcPr>
            <w:tcW w:w="1296" w:type="dxa"/>
            <w:tcMar>
              <w:top w:w="60" w:type="dxa"/>
              <w:left w:w="60" w:type="dxa"/>
              <w:bottom w:w="60" w:type="dxa"/>
              <w:right w:w="60" w:type="dxa"/>
            </w:tcMar>
            <w:vAlign w:val="center"/>
          </w:tcPr>
          <w:p w14:paraId="2351C7C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368EFD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BC5AB7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9502CC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3D2B6BF"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3A9913C1" w14:textId="77777777">
        <w:trPr>
          <w:cantSplit/>
          <w:jc w:val="center"/>
        </w:trPr>
        <w:tc>
          <w:tcPr>
            <w:tcW w:w="3312" w:type="dxa"/>
            <w:tcMar>
              <w:top w:w="60" w:type="dxa"/>
              <w:left w:w="60" w:type="dxa"/>
              <w:bottom w:w="60" w:type="dxa"/>
              <w:right w:w="60" w:type="dxa"/>
            </w:tcMar>
            <w:vAlign w:val="center"/>
          </w:tcPr>
          <w:p w14:paraId="775C523F" w14:textId="77777777" w:rsidR="00EE5F04" w:rsidRPr="008A20D0" w:rsidRDefault="00000000">
            <w:pPr>
              <w:spacing w:after="0" w:line="252" w:lineRule="auto"/>
              <w:rPr>
                <w:rFonts w:cs="Times New Roman"/>
              </w:rPr>
            </w:pPr>
            <w:r w:rsidRPr="008A20D0">
              <w:rPr>
                <w:rFonts w:cs="Times New Roman"/>
                <w:sz w:val="20"/>
              </w:rPr>
              <w:t>Alkaline phosphatase</w:t>
            </w:r>
          </w:p>
        </w:tc>
        <w:tc>
          <w:tcPr>
            <w:tcW w:w="1296" w:type="dxa"/>
            <w:tcMar>
              <w:top w:w="60" w:type="dxa"/>
              <w:left w:w="60" w:type="dxa"/>
              <w:bottom w:w="60" w:type="dxa"/>
              <w:right w:w="60" w:type="dxa"/>
            </w:tcMar>
            <w:vAlign w:val="center"/>
          </w:tcPr>
          <w:p w14:paraId="2BCC2BC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2B94D7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9DE6B1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4BFDB9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F577E67"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31083A60" w14:textId="77777777">
        <w:trPr>
          <w:cantSplit/>
          <w:jc w:val="center"/>
        </w:trPr>
        <w:tc>
          <w:tcPr>
            <w:tcW w:w="3312" w:type="dxa"/>
            <w:tcMar>
              <w:top w:w="60" w:type="dxa"/>
              <w:left w:w="60" w:type="dxa"/>
              <w:bottom w:w="60" w:type="dxa"/>
              <w:right w:w="60" w:type="dxa"/>
            </w:tcMar>
            <w:vAlign w:val="center"/>
          </w:tcPr>
          <w:p w14:paraId="1D97A0E4" w14:textId="77777777" w:rsidR="00EE5F04" w:rsidRPr="008A20D0" w:rsidRDefault="00000000">
            <w:pPr>
              <w:spacing w:after="0" w:line="252" w:lineRule="auto"/>
              <w:rPr>
                <w:rFonts w:cs="Times New Roman"/>
              </w:rPr>
            </w:pPr>
            <w:r w:rsidRPr="008A20D0">
              <w:rPr>
                <w:rFonts w:cs="Times New Roman"/>
                <w:sz w:val="20"/>
              </w:rPr>
              <w:t>Gamma-glutamyl transferase</w:t>
            </w:r>
          </w:p>
        </w:tc>
        <w:tc>
          <w:tcPr>
            <w:tcW w:w="1296" w:type="dxa"/>
            <w:tcMar>
              <w:top w:w="60" w:type="dxa"/>
              <w:left w:w="60" w:type="dxa"/>
              <w:bottom w:w="60" w:type="dxa"/>
              <w:right w:w="60" w:type="dxa"/>
            </w:tcMar>
            <w:vAlign w:val="center"/>
          </w:tcPr>
          <w:p w14:paraId="5D04132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05EE40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35FCBB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D173B7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F523D59"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12F972C6" w14:textId="77777777">
        <w:trPr>
          <w:cantSplit/>
          <w:jc w:val="center"/>
        </w:trPr>
        <w:tc>
          <w:tcPr>
            <w:tcW w:w="3312" w:type="dxa"/>
            <w:tcMar>
              <w:top w:w="60" w:type="dxa"/>
              <w:left w:w="60" w:type="dxa"/>
              <w:bottom w:w="60" w:type="dxa"/>
              <w:right w:w="60" w:type="dxa"/>
            </w:tcMar>
            <w:vAlign w:val="center"/>
          </w:tcPr>
          <w:p w14:paraId="23B453D0" w14:textId="77777777" w:rsidR="00EE5F04" w:rsidRPr="008A20D0" w:rsidRDefault="00000000">
            <w:pPr>
              <w:spacing w:after="0" w:line="252" w:lineRule="auto"/>
              <w:rPr>
                <w:rFonts w:cs="Times New Roman"/>
              </w:rPr>
            </w:pPr>
            <w:r w:rsidRPr="008A20D0">
              <w:rPr>
                <w:rFonts w:cs="Times New Roman"/>
                <w:sz w:val="20"/>
              </w:rPr>
              <w:t>Total bile acids</w:t>
            </w:r>
          </w:p>
        </w:tc>
        <w:tc>
          <w:tcPr>
            <w:tcW w:w="1296" w:type="dxa"/>
            <w:tcMar>
              <w:top w:w="60" w:type="dxa"/>
              <w:left w:w="60" w:type="dxa"/>
              <w:bottom w:w="60" w:type="dxa"/>
              <w:right w:w="60" w:type="dxa"/>
            </w:tcMar>
            <w:vAlign w:val="center"/>
          </w:tcPr>
          <w:p w14:paraId="58000B5B" w14:textId="77777777" w:rsidR="00EE5F04" w:rsidRPr="008A20D0" w:rsidRDefault="00000000">
            <w:pPr>
              <w:spacing w:after="0" w:line="252" w:lineRule="auto"/>
              <w:jc w:val="center"/>
              <w:rPr>
                <w:rFonts w:cs="Times New Roman"/>
              </w:rPr>
            </w:pPr>
            <w:r w:rsidRPr="008A20D0">
              <w:rPr>
                <w:rFonts w:cs="Times New Roman"/>
                <w:sz w:val="20"/>
              </w:rPr>
              <w:t>46.9</w:t>
            </w:r>
          </w:p>
        </w:tc>
        <w:tc>
          <w:tcPr>
            <w:tcW w:w="1296" w:type="dxa"/>
            <w:tcMar>
              <w:top w:w="60" w:type="dxa"/>
              <w:left w:w="60" w:type="dxa"/>
              <w:bottom w:w="60" w:type="dxa"/>
              <w:right w:w="60" w:type="dxa"/>
            </w:tcMar>
            <w:vAlign w:val="center"/>
          </w:tcPr>
          <w:p w14:paraId="14C09620" w14:textId="77777777" w:rsidR="00EE5F04" w:rsidRPr="008A20D0" w:rsidRDefault="00000000">
            <w:pPr>
              <w:spacing w:after="0" w:line="252" w:lineRule="auto"/>
              <w:jc w:val="center"/>
              <w:rPr>
                <w:rFonts w:cs="Times New Roman"/>
              </w:rPr>
            </w:pPr>
            <w:r w:rsidRPr="008A20D0">
              <w:rPr>
                <w:rFonts w:cs="Times New Roman"/>
                <w:sz w:val="20"/>
              </w:rPr>
              <w:t>45.8</w:t>
            </w:r>
          </w:p>
        </w:tc>
        <w:tc>
          <w:tcPr>
            <w:tcW w:w="1296" w:type="dxa"/>
            <w:tcMar>
              <w:top w:w="60" w:type="dxa"/>
              <w:left w:w="60" w:type="dxa"/>
              <w:bottom w:w="60" w:type="dxa"/>
              <w:right w:w="60" w:type="dxa"/>
            </w:tcMar>
            <w:vAlign w:val="center"/>
          </w:tcPr>
          <w:p w14:paraId="3B4C0AF7" w14:textId="77777777" w:rsidR="00EE5F04" w:rsidRPr="008A20D0" w:rsidRDefault="00000000">
            <w:pPr>
              <w:spacing w:after="0" w:line="252" w:lineRule="auto"/>
              <w:jc w:val="center"/>
              <w:rPr>
                <w:rFonts w:cs="Times New Roman"/>
              </w:rPr>
            </w:pPr>
            <w:r w:rsidRPr="008A20D0">
              <w:rPr>
                <w:rFonts w:cs="Times New Roman"/>
                <w:sz w:val="20"/>
              </w:rPr>
              <w:t>43.5</w:t>
            </w:r>
          </w:p>
        </w:tc>
        <w:tc>
          <w:tcPr>
            <w:tcW w:w="1296" w:type="dxa"/>
            <w:tcMar>
              <w:top w:w="60" w:type="dxa"/>
              <w:left w:w="60" w:type="dxa"/>
              <w:bottom w:w="60" w:type="dxa"/>
              <w:right w:w="60" w:type="dxa"/>
            </w:tcMar>
            <w:vAlign w:val="center"/>
          </w:tcPr>
          <w:p w14:paraId="6F4D6830" w14:textId="77777777" w:rsidR="00EE5F04" w:rsidRPr="008A20D0" w:rsidRDefault="00000000">
            <w:pPr>
              <w:spacing w:after="0" w:line="252" w:lineRule="auto"/>
              <w:jc w:val="center"/>
              <w:rPr>
                <w:rFonts w:cs="Times New Roman"/>
              </w:rPr>
            </w:pPr>
            <w:r w:rsidRPr="008A20D0">
              <w:rPr>
                <w:rFonts w:cs="Times New Roman"/>
                <w:sz w:val="20"/>
              </w:rPr>
              <w:t>50.0</w:t>
            </w:r>
          </w:p>
        </w:tc>
        <w:tc>
          <w:tcPr>
            <w:tcW w:w="1296" w:type="dxa"/>
            <w:tcMar>
              <w:top w:w="60" w:type="dxa"/>
              <w:left w:w="60" w:type="dxa"/>
              <w:bottom w:w="60" w:type="dxa"/>
              <w:right w:w="60" w:type="dxa"/>
            </w:tcMar>
            <w:vAlign w:val="center"/>
          </w:tcPr>
          <w:p w14:paraId="07A2FE10" w14:textId="77777777" w:rsidR="00EE5F04" w:rsidRPr="008A20D0" w:rsidRDefault="00000000">
            <w:pPr>
              <w:spacing w:after="0" w:line="252" w:lineRule="auto"/>
              <w:jc w:val="center"/>
              <w:rPr>
                <w:rFonts w:cs="Times New Roman"/>
              </w:rPr>
            </w:pPr>
            <w:r w:rsidRPr="008A20D0">
              <w:rPr>
                <w:rFonts w:cs="Times New Roman"/>
                <w:sz w:val="20"/>
              </w:rPr>
              <w:t>70.9</w:t>
            </w:r>
          </w:p>
        </w:tc>
      </w:tr>
      <w:tr w:rsidR="00EE5F04" w:rsidRPr="008A20D0" w14:paraId="17B8747C" w14:textId="77777777">
        <w:trPr>
          <w:cantSplit/>
          <w:jc w:val="center"/>
        </w:trPr>
        <w:tc>
          <w:tcPr>
            <w:tcW w:w="3312" w:type="dxa"/>
            <w:tcMar>
              <w:top w:w="60" w:type="dxa"/>
              <w:left w:w="60" w:type="dxa"/>
              <w:bottom w:w="60" w:type="dxa"/>
              <w:right w:w="60" w:type="dxa"/>
            </w:tcMar>
            <w:vAlign w:val="center"/>
          </w:tcPr>
          <w:p w14:paraId="06B4C9EF" w14:textId="77777777" w:rsidR="00EE5F04" w:rsidRPr="008A20D0" w:rsidRDefault="00000000">
            <w:pPr>
              <w:spacing w:after="0" w:line="252" w:lineRule="auto"/>
              <w:rPr>
                <w:rFonts w:cs="Times New Roman"/>
              </w:rPr>
            </w:pPr>
            <w:r w:rsidRPr="008A20D0">
              <w:rPr>
                <w:rFonts w:cs="Times New Roman"/>
                <w:sz w:val="20"/>
              </w:rPr>
              <w:t>Cholinesterase</w:t>
            </w:r>
          </w:p>
        </w:tc>
        <w:tc>
          <w:tcPr>
            <w:tcW w:w="1296" w:type="dxa"/>
            <w:tcMar>
              <w:top w:w="60" w:type="dxa"/>
              <w:left w:w="60" w:type="dxa"/>
              <w:bottom w:w="60" w:type="dxa"/>
              <w:right w:w="60" w:type="dxa"/>
            </w:tcMar>
            <w:vAlign w:val="center"/>
          </w:tcPr>
          <w:p w14:paraId="60B38B8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2FD5CC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CDC9C0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65B783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E1E9EA2"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328F04D1" w14:textId="77777777">
        <w:trPr>
          <w:cantSplit/>
          <w:jc w:val="center"/>
        </w:trPr>
        <w:tc>
          <w:tcPr>
            <w:tcW w:w="3312" w:type="dxa"/>
            <w:tcMar>
              <w:top w:w="60" w:type="dxa"/>
              <w:left w:w="60" w:type="dxa"/>
              <w:bottom w:w="60" w:type="dxa"/>
              <w:right w:w="60" w:type="dxa"/>
            </w:tcMar>
            <w:vAlign w:val="center"/>
          </w:tcPr>
          <w:p w14:paraId="1A598567" w14:textId="77777777" w:rsidR="00EE5F04" w:rsidRPr="008A20D0" w:rsidRDefault="00000000">
            <w:pPr>
              <w:spacing w:after="0" w:line="252" w:lineRule="auto"/>
              <w:rPr>
                <w:rFonts w:cs="Times New Roman"/>
              </w:rPr>
            </w:pPr>
            <w:r w:rsidRPr="008A20D0">
              <w:rPr>
                <w:rFonts w:cs="Times New Roman"/>
                <w:sz w:val="20"/>
              </w:rPr>
              <w:t>Urea</w:t>
            </w:r>
          </w:p>
        </w:tc>
        <w:tc>
          <w:tcPr>
            <w:tcW w:w="1296" w:type="dxa"/>
            <w:tcMar>
              <w:top w:w="60" w:type="dxa"/>
              <w:left w:w="60" w:type="dxa"/>
              <w:bottom w:w="60" w:type="dxa"/>
              <w:right w:w="60" w:type="dxa"/>
            </w:tcMar>
            <w:vAlign w:val="center"/>
          </w:tcPr>
          <w:p w14:paraId="775F776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47503C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81F0D9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A5A007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9D103E4"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740A31E2" w14:textId="77777777">
        <w:trPr>
          <w:cantSplit/>
          <w:jc w:val="center"/>
        </w:trPr>
        <w:tc>
          <w:tcPr>
            <w:tcW w:w="3312" w:type="dxa"/>
            <w:tcMar>
              <w:top w:w="60" w:type="dxa"/>
              <w:left w:w="60" w:type="dxa"/>
              <w:bottom w:w="60" w:type="dxa"/>
              <w:right w:w="60" w:type="dxa"/>
            </w:tcMar>
            <w:vAlign w:val="center"/>
          </w:tcPr>
          <w:p w14:paraId="33B8883D" w14:textId="77777777" w:rsidR="00EE5F04" w:rsidRPr="008A20D0" w:rsidRDefault="00000000">
            <w:pPr>
              <w:spacing w:after="0" w:line="252" w:lineRule="auto"/>
              <w:rPr>
                <w:rFonts w:cs="Times New Roman"/>
              </w:rPr>
            </w:pPr>
            <w:r w:rsidRPr="008A20D0">
              <w:rPr>
                <w:rFonts w:cs="Times New Roman"/>
                <w:sz w:val="20"/>
              </w:rPr>
              <w:t>Creatinine</w:t>
            </w:r>
          </w:p>
        </w:tc>
        <w:tc>
          <w:tcPr>
            <w:tcW w:w="1296" w:type="dxa"/>
            <w:tcMar>
              <w:top w:w="60" w:type="dxa"/>
              <w:left w:w="60" w:type="dxa"/>
              <w:bottom w:w="60" w:type="dxa"/>
              <w:right w:w="60" w:type="dxa"/>
            </w:tcMar>
            <w:vAlign w:val="center"/>
          </w:tcPr>
          <w:p w14:paraId="494F5C7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49BD01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88B1AC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B8E6FD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265BCD5"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7592E75C" w14:textId="77777777">
        <w:trPr>
          <w:cantSplit/>
          <w:jc w:val="center"/>
        </w:trPr>
        <w:tc>
          <w:tcPr>
            <w:tcW w:w="3312" w:type="dxa"/>
            <w:tcMar>
              <w:top w:w="60" w:type="dxa"/>
              <w:left w:w="60" w:type="dxa"/>
              <w:bottom w:w="60" w:type="dxa"/>
              <w:right w:w="60" w:type="dxa"/>
            </w:tcMar>
            <w:vAlign w:val="center"/>
          </w:tcPr>
          <w:p w14:paraId="4628AAA1" w14:textId="77777777" w:rsidR="00EE5F04" w:rsidRPr="008A20D0" w:rsidRDefault="00000000">
            <w:pPr>
              <w:spacing w:after="0" w:line="252" w:lineRule="auto"/>
              <w:rPr>
                <w:rFonts w:cs="Times New Roman"/>
              </w:rPr>
            </w:pPr>
            <w:r w:rsidRPr="008A20D0">
              <w:rPr>
                <w:rFonts w:cs="Times New Roman"/>
                <w:sz w:val="20"/>
              </w:rPr>
              <w:t>Uric acid</w:t>
            </w:r>
          </w:p>
        </w:tc>
        <w:tc>
          <w:tcPr>
            <w:tcW w:w="1296" w:type="dxa"/>
            <w:tcMar>
              <w:top w:w="60" w:type="dxa"/>
              <w:left w:w="60" w:type="dxa"/>
              <w:bottom w:w="60" w:type="dxa"/>
              <w:right w:w="60" w:type="dxa"/>
            </w:tcMar>
            <w:vAlign w:val="center"/>
          </w:tcPr>
          <w:p w14:paraId="2126C253" w14:textId="77777777" w:rsidR="00EE5F04" w:rsidRPr="008A20D0" w:rsidRDefault="00000000">
            <w:pPr>
              <w:spacing w:after="0" w:line="252" w:lineRule="auto"/>
              <w:jc w:val="center"/>
              <w:rPr>
                <w:rFonts w:cs="Times New Roman"/>
              </w:rPr>
            </w:pPr>
            <w:r w:rsidRPr="008A20D0">
              <w:rPr>
                <w:rFonts w:cs="Times New Roman"/>
                <w:sz w:val="20"/>
              </w:rPr>
              <w:t>50.0</w:t>
            </w:r>
          </w:p>
        </w:tc>
        <w:tc>
          <w:tcPr>
            <w:tcW w:w="1296" w:type="dxa"/>
            <w:tcMar>
              <w:top w:w="60" w:type="dxa"/>
              <w:left w:w="60" w:type="dxa"/>
              <w:bottom w:w="60" w:type="dxa"/>
              <w:right w:w="60" w:type="dxa"/>
            </w:tcMar>
            <w:vAlign w:val="center"/>
          </w:tcPr>
          <w:p w14:paraId="66F9A9D7" w14:textId="77777777" w:rsidR="00EE5F04" w:rsidRPr="008A20D0" w:rsidRDefault="00000000">
            <w:pPr>
              <w:spacing w:after="0" w:line="252" w:lineRule="auto"/>
              <w:jc w:val="center"/>
              <w:rPr>
                <w:rFonts w:cs="Times New Roman"/>
              </w:rPr>
            </w:pPr>
            <w:r w:rsidRPr="008A20D0">
              <w:rPr>
                <w:rFonts w:cs="Times New Roman"/>
                <w:sz w:val="20"/>
              </w:rPr>
              <w:t>39.8</w:t>
            </w:r>
          </w:p>
        </w:tc>
        <w:tc>
          <w:tcPr>
            <w:tcW w:w="1296" w:type="dxa"/>
            <w:tcMar>
              <w:top w:w="60" w:type="dxa"/>
              <w:left w:w="60" w:type="dxa"/>
              <w:bottom w:w="60" w:type="dxa"/>
              <w:right w:w="60" w:type="dxa"/>
            </w:tcMar>
            <w:vAlign w:val="center"/>
          </w:tcPr>
          <w:p w14:paraId="12F58615" w14:textId="77777777" w:rsidR="00EE5F04" w:rsidRPr="008A20D0" w:rsidRDefault="00000000">
            <w:pPr>
              <w:spacing w:after="0" w:line="252" w:lineRule="auto"/>
              <w:jc w:val="center"/>
              <w:rPr>
                <w:rFonts w:cs="Times New Roman"/>
              </w:rPr>
            </w:pPr>
            <w:r w:rsidRPr="008A20D0">
              <w:rPr>
                <w:rFonts w:cs="Times New Roman"/>
                <w:sz w:val="20"/>
              </w:rPr>
              <w:t>44.6</w:t>
            </w:r>
          </w:p>
        </w:tc>
        <w:tc>
          <w:tcPr>
            <w:tcW w:w="1296" w:type="dxa"/>
            <w:tcMar>
              <w:top w:w="60" w:type="dxa"/>
              <w:left w:w="60" w:type="dxa"/>
              <w:bottom w:w="60" w:type="dxa"/>
              <w:right w:w="60" w:type="dxa"/>
            </w:tcMar>
            <w:vAlign w:val="center"/>
          </w:tcPr>
          <w:p w14:paraId="70259976" w14:textId="77777777" w:rsidR="00EE5F04" w:rsidRPr="008A20D0" w:rsidRDefault="00000000">
            <w:pPr>
              <w:spacing w:after="0" w:line="252" w:lineRule="auto"/>
              <w:jc w:val="center"/>
              <w:rPr>
                <w:rFonts w:cs="Times New Roman"/>
              </w:rPr>
            </w:pPr>
            <w:r w:rsidRPr="008A20D0">
              <w:rPr>
                <w:rFonts w:cs="Times New Roman"/>
                <w:sz w:val="20"/>
              </w:rPr>
              <w:t>49.0</w:t>
            </w:r>
          </w:p>
        </w:tc>
        <w:tc>
          <w:tcPr>
            <w:tcW w:w="1296" w:type="dxa"/>
            <w:tcMar>
              <w:top w:w="60" w:type="dxa"/>
              <w:left w:w="60" w:type="dxa"/>
              <w:bottom w:w="60" w:type="dxa"/>
              <w:right w:w="60" w:type="dxa"/>
            </w:tcMar>
            <w:vAlign w:val="center"/>
          </w:tcPr>
          <w:p w14:paraId="6D7D28CB" w14:textId="77777777" w:rsidR="00EE5F04" w:rsidRPr="008A20D0" w:rsidRDefault="00000000">
            <w:pPr>
              <w:spacing w:after="0" w:line="252" w:lineRule="auto"/>
              <w:jc w:val="center"/>
              <w:rPr>
                <w:rFonts w:cs="Times New Roman"/>
              </w:rPr>
            </w:pPr>
            <w:r w:rsidRPr="008A20D0">
              <w:rPr>
                <w:rFonts w:cs="Times New Roman"/>
                <w:sz w:val="20"/>
              </w:rPr>
              <w:t>71.8</w:t>
            </w:r>
          </w:p>
        </w:tc>
      </w:tr>
      <w:tr w:rsidR="00EE5F04" w:rsidRPr="008A20D0" w14:paraId="3DF7B552" w14:textId="77777777">
        <w:trPr>
          <w:cantSplit/>
          <w:jc w:val="center"/>
        </w:trPr>
        <w:tc>
          <w:tcPr>
            <w:tcW w:w="3312" w:type="dxa"/>
            <w:tcMar>
              <w:top w:w="60" w:type="dxa"/>
              <w:left w:w="60" w:type="dxa"/>
              <w:bottom w:w="60" w:type="dxa"/>
              <w:right w:w="60" w:type="dxa"/>
            </w:tcMar>
            <w:vAlign w:val="center"/>
          </w:tcPr>
          <w:p w14:paraId="1FC298C1" w14:textId="77777777" w:rsidR="00EE5F04" w:rsidRPr="008A20D0" w:rsidRDefault="00000000">
            <w:pPr>
              <w:spacing w:after="0" w:line="252" w:lineRule="auto"/>
              <w:rPr>
                <w:rFonts w:cs="Times New Roman"/>
              </w:rPr>
            </w:pPr>
            <w:r w:rsidRPr="008A20D0">
              <w:rPr>
                <w:rFonts w:cs="Times New Roman"/>
                <w:sz w:val="20"/>
              </w:rPr>
              <w:t>Cystatin C</w:t>
            </w:r>
          </w:p>
        </w:tc>
        <w:tc>
          <w:tcPr>
            <w:tcW w:w="1296" w:type="dxa"/>
            <w:tcMar>
              <w:top w:w="60" w:type="dxa"/>
              <w:left w:w="60" w:type="dxa"/>
              <w:bottom w:w="60" w:type="dxa"/>
              <w:right w:w="60" w:type="dxa"/>
            </w:tcMar>
            <w:vAlign w:val="center"/>
          </w:tcPr>
          <w:p w14:paraId="076ADFFC" w14:textId="77777777" w:rsidR="00EE5F04" w:rsidRPr="008A20D0" w:rsidRDefault="00000000">
            <w:pPr>
              <w:spacing w:after="0" w:line="252" w:lineRule="auto"/>
              <w:jc w:val="center"/>
              <w:rPr>
                <w:rFonts w:cs="Times New Roman"/>
              </w:rPr>
            </w:pPr>
            <w:r w:rsidRPr="008A20D0">
              <w:rPr>
                <w:rFonts w:cs="Times New Roman"/>
                <w:sz w:val="20"/>
              </w:rPr>
              <w:t>50.0</w:t>
            </w:r>
          </w:p>
        </w:tc>
        <w:tc>
          <w:tcPr>
            <w:tcW w:w="1296" w:type="dxa"/>
            <w:tcMar>
              <w:top w:w="60" w:type="dxa"/>
              <w:left w:w="60" w:type="dxa"/>
              <w:bottom w:w="60" w:type="dxa"/>
              <w:right w:w="60" w:type="dxa"/>
            </w:tcMar>
            <w:vAlign w:val="center"/>
          </w:tcPr>
          <w:p w14:paraId="2A1F7F0B" w14:textId="77777777" w:rsidR="00EE5F04" w:rsidRPr="008A20D0" w:rsidRDefault="00000000">
            <w:pPr>
              <w:spacing w:after="0" w:line="252" w:lineRule="auto"/>
              <w:jc w:val="center"/>
              <w:rPr>
                <w:rFonts w:cs="Times New Roman"/>
              </w:rPr>
            </w:pPr>
            <w:r w:rsidRPr="008A20D0">
              <w:rPr>
                <w:rFonts w:cs="Times New Roman"/>
                <w:sz w:val="20"/>
              </w:rPr>
              <w:t>45.8</w:t>
            </w:r>
          </w:p>
        </w:tc>
        <w:tc>
          <w:tcPr>
            <w:tcW w:w="1296" w:type="dxa"/>
            <w:tcMar>
              <w:top w:w="60" w:type="dxa"/>
              <w:left w:w="60" w:type="dxa"/>
              <w:bottom w:w="60" w:type="dxa"/>
              <w:right w:w="60" w:type="dxa"/>
            </w:tcMar>
            <w:vAlign w:val="center"/>
          </w:tcPr>
          <w:p w14:paraId="1559A131" w14:textId="77777777" w:rsidR="00EE5F04" w:rsidRPr="008A20D0" w:rsidRDefault="00000000">
            <w:pPr>
              <w:spacing w:after="0" w:line="252" w:lineRule="auto"/>
              <w:jc w:val="center"/>
              <w:rPr>
                <w:rFonts w:cs="Times New Roman"/>
              </w:rPr>
            </w:pPr>
            <w:r w:rsidRPr="008A20D0">
              <w:rPr>
                <w:rFonts w:cs="Times New Roman"/>
                <w:sz w:val="20"/>
              </w:rPr>
              <w:t>45.2</w:t>
            </w:r>
          </w:p>
        </w:tc>
        <w:tc>
          <w:tcPr>
            <w:tcW w:w="1296" w:type="dxa"/>
            <w:tcMar>
              <w:top w:w="60" w:type="dxa"/>
              <w:left w:w="60" w:type="dxa"/>
              <w:bottom w:w="60" w:type="dxa"/>
              <w:right w:w="60" w:type="dxa"/>
            </w:tcMar>
            <w:vAlign w:val="center"/>
          </w:tcPr>
          <w:p w14:paraId="2A898043" w14:textId="77777777" w:rsidR="00EE5F04" w:rsidRPr="008A20D0" w:rsidRDefault="00000000">
            <w:pPr>
              <w:spacing w:after="0" w:line="252" w:lineRule="auto"/>
              <w:jc w:val="center"/>
              <w:rPr>
                <w:rFonts w:cs="Times New Roman"/>
              </w:rPr>
            </w:pPr>
            <w:r w:rsidRPr="008A20D0">
              <w:rPr>
                <w:rFonts w:cs="Times New Roman"/>
                <w:sz w:val="20"/>
              </w:rPr>
              <w:t>51.0</w:t>
            </w:r>
          </w:p>
        </w:tc>
        <w:tc>
          <w:tcPr>
            <w:tcW w:w="1296" w:type="dxa"/>
            <w:tcMar>
              <w:top w:w="60" w:type="dxa"/>
              <w:left w:w="60" w:type="dxa"/>
              <w:bottom w:w="60" w:type="dxa"/>
              <w:right w:w="60" w:type="dxa"/>
            </w:tcMar>
            <w:vAlign w:val="center"/>
          </w:tcPr>
          <w:p w14:paraId="780A4B4D" w14:textId="77777777" w:rsidR="00EE5F04" w:rsidRPr="008A20D0" w:rsidRDefault="00000000">
            <w:pPr>
              <w:spacing w:after="0" w:line="252" w:lineRule="auto"/>
              <w:jc w:val="center"/>
              <w:rPr>
                <w:rFonts w:cs="Times New Roman"/>
              </w:rPr>
            </w:pPr>
            <w:r w:rsidRPr="008A20D0">
              <w:rPr>
                <w:rFonts w:cs="Times New Roman"/>
                <w:sz w:val="20"/>
              </w:rPr>
              <w:t>71.8</w:t>
            </w:r>
          </w:p>
        </w:tc>
      </w:tr>
      <w:tr w:rsidR="00EE5F04" w:rsidRPr="008A20D0" w14:paraId="74C810EE" w14:textId="77777777">
        <w:trPr>
          <w:cantSplit/>
          <w:jc w:val="center"/>
        </w:trPr>
        <w:tc>
          <w:tcPr>
            <w:tcW w:w="3312" w:type="dxa"/>
            <w:tcMar>
              <w:top w:w="60" w:type="dxa"/>
              <w:left w:w="60" w:type="dxa"/>
              <w:bottom w:w="60" w:type="dxa"/>
              <w:right w:w="60" w:type="dxa"/>
            </w:tcMar>
            <w:vAlign w:val="center"/>
          </w:tcPr>
          <w:p w14:paraId="62F3D770" w14:textId="77777777" w:rsidR="00EE5F04" w:rsidRPr="008A20D0" w:rsidRDefault="00000000">
            <w:pPr>
              <w:spacing w:after="0" w:line="252" w:lineRule="auto"/>
              <w:rPr>
                <w:rFonts w:cs="Times New Roman"/>
              </w:rPr>
            </w:pPr>
            <w:r w:rsidRPr="008A20D0">
              <w:rPr>
                <w:rFonts w:cs="Times New Roman"/>
                <w:sz w:val="20"/>
              </w:rPr>
              <w:t>Serum potassium</w:t>
            </w:r>
          </w:p>
        </w:tc>
        <w:tc>
          <w:tcPr>
            <w:tcW w:w="1296" w:type="dxa"/>
            <w:tcMar>
              <w:top w:w="60" w:type="dxa"/>
              <w:left w:w="60" w:type="dxa"/>
              <w:bottom w:w="60" w:type="dxa"/>
              <w:right w:w="60" w:type="dxa"/>
            </w:tcMar>
            <w:vAlign w:val="center"/>
          </w:tcPr>
          <w:p w14:paraId="3F9CDCE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FD41F8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7CA571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87AAC3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52CDA86"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53F3E91F" w14:textId="77777777">
        <w:trPr>
          <w:cantSplit/>
          <w:jc w:val="center"/>
        </w:trPr>
        <w:tc>
          <w:tcPr>
            <w:tcW w:w="3312" w:type="dxa"/>
            <w:tcMar>
              <w:top w:w="60" w:type="dxa"/>
              <w:left w:w="60" w:type="dxa"/>
              <w:bottom w:w="60" w:type="dxa"/>
              <w:right w:w="60" w:type="dxa"/>
            </w:tcMar>
            <w:vAlign w:val="center"/>
          </w:tcPr>
          <w:p w14:paraId="3A3E7AE4" w14:textId="77777777" w:rsidR="00EE5F04" w:rsidRPr="008A20D0" w:rsidRDefault="00000000">
            <w:pPr>
              <w:spacing w:after="0" w:line="252" w:lineRule="auto"/>
              <w:rPr>
                <w:rFonts w:cs="Times New Roman"/>
              </w:rPr>
            </w:pPr>
            <w:r w:rsidRPr="008A20D0">
              <w:rPr>
                <w:rFonts w:cs="Times New Roman"/>
                <w:sz w:val="20"/>
              </w:rPr>
              <w:t>Serum sodium</w:t>
            </w:r>
          </w:p>
        </w:tc>
        <w:tc>
          <w:tcPr>
            <w:tcW w:w="1296" w:type="dxa"/>
            <w:tcMar>
              <w:top w:w="60" w:type="dxa"/>
              <w:left w:w="60" w:type="dxa"/>
              <w:bottom w:w="60" w:type="dxa"/>
              <w:right w:w="60" w:type="dxa"/>
            </w:tcMar>
            <w:vAlign w:val="center"/>
          </w:tcPr>
          <w:p w14:paraId="09FD3D3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3215BC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1CA354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56C000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B48D3D9"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12ED3099" w14:textId="77777777">
        <w:trPr>
          <w:cantSplit/>
          <w:jc w:val="center"/>
        </w:trPr>
        <w:tc>
          <w:tcPr>
            <w:tcW w:w="3312" w:type="dxa"/>
            <w:tcMar>
              <w:top w:w="60" w:type="dxa"/>
              <w:left w:w="60" w:type="dxa"/>
              <w:bottom w:w="60" w:type="dxa"/>
              <w:right w:w="60" w:type="dxa"/>
            </w:tcMar>
            <w:vAlign w:val="center"/>
          </w:tcPr>
          <w:p w14:paraId="4F433A6E" w14:textId="77777777" w:rsidR="00EE5F04" w:rsidRPr="008A20D0" w:rsidRDefault="00000000">
            <w:pPr>
              <w:spacing w:after="0" w:line="252" w:lineRule="auto"/>
              <w:rPr>
                <w:rFonts w:cs="Times New Roman"/>
              </w:rPr>
            </w:pPr>
            <w:r w:rsidRPr="008A20D0">
              <w:rPr>
                <w:rFonts w:cs="Times New Roman"/>
                <w:sz w:val="20"/>
              </w:rPr>
              <w:lastRenderedPageBreak/>
              <w:t>Serum chloride</w:t>
            </w:r>
          </w:p>
        </w:tc>
        <w:tc>
          <w:tcPr>
            <w:tcW w:w="1296" w:type="dxa"/>
            <w:tcMar>
              <w:top w:w="60" w:type="dxa"/>
              <w:left w:w="60" w:type="dxa"/>
              <w:bottom w:w="60" w:type="dxa"/>
              <w:right w:w="60" w:type="dxa"/>
            </w:tcMar>
            <w:vAlign w:val="center"/>
          </w:tcPr>
          <w:p w14:paraId="6125649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2905AB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6F49C8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125F20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7C31AEF"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1B9A6B0E" w14:textId="77777777">
        <w:trPr>
          <w:cantSplit/>
          <w:jc w:val="center"/>
        </w:trPr>
        <w:tc>
          <w:tcPr>
            <w:tcW w:w="3312" w:type="dxa"/>
            <w:tcMar>
              <w:top w:w="60" w:type="dxa"/>
              <w:left w:w="60" w:type="dxa"/>
              <w:bottom w:w="60" w:type="dxa"/>
              <w:right w:w="60" w:type="dxa"/>
            </w:tcMar>
            <w:vAlign w:val="center"/>
          </w:tcPr>
          <w:p w14:paraId="306E151B" w14:textId="77777777" w:rsidR="00EE5F04" w:rsidRPr="008A20D0" w:rsidRDefault="00000000">
            <w:pPr>
              <w:spacing w:after="0" w:line="252" w:lineRule="auto"/>
              <w:rPr>
                <w:rFonts w:cs="Times New Roman"/>
              </w:rPr>
            </w:pPr>
            <w:r w:rsidRPr="008A20D0">
              <w:rPr>
                <w:rFonts w:cs="Times New Roman"/>
                <w:sz w:val="20"/>
              </w:rPr>
              <w:t>Serum calcium</w:t>
            </w:r>
          </w:p>
        </w:tc>
        <w:tc>
          <w:tcPr>
            <w:tcW w:w="1296" w:type="dxa"/>
            <w:tcMar>
              <w:top w:w="60" w:type="dxa"/>
              <w:left w:w="60" w:type="dxa"/>
              <w:bottom w:w="60" w:type="dxa"/>
              <w:right w:w="60" w:type="dxa"/>
            </w:tcMar>
            <w:vAlign w:val="center"/>
          </w:tcPr>
          <w:p w14:paraId="0A2C772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6E35AB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B1D33D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A5AB2D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48CE0D7"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08230F56" w14:textId="77777777">
        <w:trPr>
          <w:cantSplit/>
          <w:jc w:val="center"/>
        </w:trPr>
        <w:tc>
          <w:tcPr>
            <w:tcW w:w="3312" w:type="dxa"/>
            <w:tcMar>
              <w:top w:w="60" w:type="dxa"/>
              <w:left w:w="60" w:type="dxa"/>
              <w:bottom w:w="60" w:type="dxa"/>
              <w:right w:w="60" w:type="dxa"/>
            </w:tcMar>
            <w:vAlign w:val="center"/>
          </w:tcPr>
          <w:p w14:paraId="0E09AE7D" w14:textId="77777777" w:rsidR="00EE5F04" w:rsidRPr="008A20D0" w:rsidRDefault="00000000">
            <w:pPr>
              <w:spacing w:after="0" w:line="252" w:lineRule="auto"/>
              <w:rPr>
                <w:rFonts w:cs="Times New Roman"/>
              </w:rPr>
            </w:pPr>
            <w:r w:rsidRPr="008A20D0">
              <w:rPr>
                <w:rFonts w:cs="Times New Roman"/>
                <w:sz w:val="20"/>
              </w:rPr>
              <w:t>Serum magnesium</w:t>
            </w:r>
          </w:p>
        </w:tc>
        <w:tc>
          <w:tcPr>
            <w:tcW w:w="1296" w:type="dxa"/>
            <w:tcMar>
              <w:top w:w="60" w:type="dxa"/>
              <w:left w:w="60" w:type="dxa"/>
              <w:bottom w:w="60" w:type="dxa"/>
              <w:right w:w="60" w:type="dxa"/>
            </w:tcMar>
            <w:vAlign w:val="center"/>
          </w:tcPr>
          <w:p w14:paraId="24779FF1" w14:textId="77777777" w:rsidR="00EE5F04" w:rsidRPr="008A20D0" w:rsidRDefault="00000000">
            <w:pPr>
              <w:spacing w:after="0" w:line="252" w:lineRule="auto"/>
              <w:jc w:val="center"/>
              <w:rPr>
                <w:rFonts w:cs="Times New Roman"/>
              </w:rPr>
            </w:pPr>
            <w:r w:rsidRPr="008A20D0">
              <w:rPr>
                <w:rFonts w:cs="Times New Roman"/>
                <w:sz w:val="20"/>
              </w:rPr>
              <w:t>50.0</w:t>
            </w:r>
          </w:p>
        </w:tc>
        <w:tc>
          <w:tcPr>
            <w:tcW w:w="1296" w:type="dxa"/>
            <w:tcMar>
              <w:top w:w="60" w:type="dxa"/>
              <w:left w:w="60" w:type="dxa"/>
              <w:bottom w:w="60" w:type="dxa"/>
              <w:right w:w="60" w:type="dxa"/>
            </w:tcMar>
            <w:vAlign w:val="center"/>
          </w:tcPr>
          <w:p w14:paraId="1C3FB2AD" w14:textId="77777777" w:rsidR="00EE5F04" w:rsidRPr="008A20D0" w:rsidRDefault="00000000">
            <w:pPr>
              <w:spacing w:after="0" w:line="252" w:lineRule="auto"/>
              <w:jc w:val="center"/>
              <w:rPr>
                <w:rFonts w:cs="Times New Roman"/>
              </w:rPr>
            </w:pPr>
            <w:r w:rsidRPr="008A20D0">
              <w:rPr>
                <w:rFonts w:cs="Times New Roman"/>
                <w:sz w:val="20"/>
              </w:rPr>
              <w:t>45.8</w:t>
            </w:r>
          </w:p>
        </w:tc>
        <w:tc>
          <w:tcPr>
            <w:tcW w:w="1296" w:type="dxa"/>
            <w:tcMar>
              <w:top w:w="60" w:type="dxa"/>
              <w:left w:w="60" w:type="dxa"/>
              <w:bottom w:w="60" w:type="dxa"/>
              <w:right w:w="60" w:type="dxa"/>
            </w:tcMar>
            <w:vAlign w:val="center"/>
          </w:tcPr>
          <w:p w14:paraId="52B64D52" w14:textId="77777777" w:rsidR="00EE5F04" w:rsidRPr="008A20D0" w:rsidRDefault="00000000">
            <w:pPr>
              <w:spacing w:after="0" w:line="252" w:lineRule="auto"/>
              <w:jc w:val="center"/>
              <w:rPr>
                <w:rFonts w:cs="Times New Roman"/>
              </w:rPr>
            </w:pPr>
            <w:r w:rsidRPr="008A20D0">
              <w:rPr>
                <w:rFonts w:cs="Times New Roman"/>
                <w:sz w:val="20"/>
              </w:rPr>
              <w:t>44.6</w:t>
            </w:r>
          </w:p>
        </w:tc>
        <w:tc>
          <w:tcPr>
            <w:tcW w:w="1296" w:type="dxa"/>
            <w:tcMar>
              <w:top w:w="60" w:type="dxa"/>
              <w:left w:w="60" w:type="dxa"/>
              <w:bottom w:w="60" w:type="dxa"/>
              <w:right w:w="60" w:type="dxa"/>
            </w:tcMar>
            <w:vAlign w:val="center"/>
          </w:tcPr>
          <w:p w14:paraId="36C11EA7" w14:textId="77777777" w:rsidR="00EE5F04" w:rsidRPr="008A20D0" w:rsidRDefault="00000000">
            <w:pPr>
              <w:spacing w:after="0" w:line="252" w:lineRule="auto"/>
              <w:jc w:val="center"/>
              <w:rPr>
                <w:rFonts w:cs="Times New Roman"/>
              </w:rPr>
            </w:pPr>
            <w:r w:rsidRPr="008A20D0">
              <w:rPr>
                <w:rFonts w:cs="Times New Roman"/>
                <w:sz w:val="20"/>
              </w:rPr>
              <w:t>51.0</w:t>
            </w:r>
          </w:p>
        </w:tc>
        <w:tc>
          <w:tcPr>
            <w:tcW w:w="1296" w:type="dxa"/>
            <w:tcMar>
              <w:top w:w="60" w:type="dxa"/>
              <w:left w:w="60" w:type="dxa"/>
              <w:bottom w:w="60" w:type="dxa"/>
              <w:right w:w="60" w:type="dxa"/>
            </w:tcMar>
            <w:vAlign w:val="center"/>
          </w:tcPr>
          <w:p w14:paraId="29C1BAAC" w14:textId="77777777" w:rsidR="00EE5F04" w:rsidRPr="008A20D0" w:rsidRDefault="00000000">
            <w:pPr>
              <w:spacing w:after="0" w:line="252" w:lineRule="auto"/>
              <w:jc w:val="center"/>
              <w:rPr>
                <w:rFonts w:cs="Times New Roman"/>
              </w:rPr>
            </w:pPr>
            <w:r w:rsidRPr="008A20D0">
              <w:rPr>
                <w:rFonts w:cs="Times New Roman"/>
                <w:sz w:val="20"/>
              </w:rPr>
              <w:t>68.4</w:t>
            </w:r>
          </w:p>
        </w:tc>
      </w:tr>
      <w:tr w:rsidR="00EE5F04" w:rsidRPr="008A20D0" w14:paraId="68427846" w14:textId="77777777">
        <w:trPr>
          <w:cantSplit/>
          <w:jc w:val="center"/>
        </w:trPr>
        <w:tc>
          <w:tcPr>
            <w:tcW w:w="3312" w:type="dxa"/>
            <w:tcMar>
              <w:top w:w="60" w:type="dxa"/>
              <w:left w:w="60" w:type="dxa"/>
              <w:bottom w:w="60" w:type="dxa"/>
              <w:right w:w="60" w:type="dxa"/>
            </w:tcMar>
            <w:vAlign w:val="center"/>
          </w:tcPr>
          <w:p w14:paraId="44100838" w14:textId="77777777" w:rsidR="00EE5F04" w:rsidRPr="008A20D0" w:rsidRDefault="00000000">
            <w:pPr>
              <w:spacing w:after="0" w:line="252" w:lineRule="auto"/>
              <w:rPr>
                <w:rFonts w:cs="Times New Roman"/>
              </w:rPr>
            </w:pPr>
            <w:r w:rsidRPr="008A20D0">
              <w:rPr>
                <w:rFonts w:cs="Times New Roman"/>
                <w:sz w:val="20"/>
              </w:rPr>
              <w:t>Serum phosphate</w:t>
            </w:r>
          </w:p>
        </w:tc>
        <w:tc>
          <w:tcPr>
            <w:tcW w:w="1296" w:type="dxa"/>
            <w:tcMar>
              <w:top w:w="60" w:type="dxa"/>
              <w:left w:w="60" w:type="dxa"/>
              <w:bottom w:w="60" w:type="dxa"/>
              <w:right w:w="60" w:type="dxa"/>
            </w:tcMar>
            <w:vAlign w:val="center"/>
          </w:tcPr>
          <w:p w14:paraId="36182C1A" w14:textId="77777777" w:rsidR="00EE5F04" w:rsidRPr="008A20D0" w:rsidRDefault="00000000">
            <w:pPr>
              <w:spacing w:after="0" w:line="252" w:lineRule="auto"/>
              <w:jc w:val="center"/>
              <w:rPr>
                <w:rFonts w:cs="Times New Roman"/>
              </w:rPr>
            </w:pPr>
            <w:r w:rsidRPr="008A20D0">
              <w:rPr>
                <w:rFonts w:cs="Times New Roman"/>
                <w:sz w:val="20"/>
              </w:rPr>
              <w:t>50.0</w:t>
            </w:r>
          </w:p>
        </w:tc>
        <w:tc>
          <w:tcPr>
            <w:tcW w:w="1296" w:type="dxa"/>
            <w:tcMar>
              <w:top w:w="60" w:type="dxa"/>
              <w:left w:w="60" w:type="dxa"/>
              <w:bottom w:w="60" w:type="dxa"/>
              <w:right w:w="60" w:type="dxa"/>
            </w:tcMar>
            <w:vAlign w:val="center"/>
          </w:tcPr>
          <w:p w14:paraId="5860C087" w14:textId="77777777" w:rsidR="00EE5F04" w:rsidRPr="008A20D0" w:rsidRDefault="00000000">
            <w:pPr>
              <w:spacing w:after="0" w:line="252" w:lineRule="auto"/>
              <w:jc w:val="center"/>
              <w:rPr>
                <w:rFonts w:cs="Times New Roman"/>
              </w:rPr>
            </w:pPr>
            <w:r w:rsidRPr="008A20D0">
              <w:rPr>
                <w:rFonts w:cs="Times New Roman"/>
                <w:sz w:val="20"/>
              </w:rPr>
              <w:t>45.8</w:t>
            </w:r>
          </w:p>
        </w:tc>
        <w:tc>
          <w:tcPr>
            <w:tcW w:w="1296" w:type="dxa"/>
            <w:tcMar>
              <w:top w:w="60" w:type="dxa"/>
              <w:left w:w="60" w:type="dxa"/>
              <w:bottom w:w="60" w:type="dxa"/>
              <w:right w:w="60" w:type="dxa"/>
            </w:tcMar>
            <w:vAlign w:val="center"/>
          </w:tcPr>
          <w:p w14:paraId="12C6E824" w14:textId="77777777" w:rsidR="00EE5F04" w:rsidRPr="008A20D0" w:rsidRDefault="00000000">
            <w:pPr>
              <w:spacing w:after="0" w:line="252" w:lineRule="auto"/>
              <w:jc w:val="center"/>
              <w:rPr>
                <w:rFonts w:cs="Times New Roman"/>
              </w:rPr>
            </w:pPr>
            <w:r w:rsidRPr="008A20D0">
              <w:rPr>
                <w:rFonts w:cs="Times New Roman"/>
                <w:sz w:val="20"/>
              </w:rPr>
              <w:t>44.6</w:t>
            </w:r>
          </w:p>
        </w:tc>
        <w:tc>
          <w:tcPr>
            <w:tcW w:w="1296" w:type="dxa"/>
            <w:tcMar>
              <w:top w:w="60" w:type="dxa"/>
              <w:left w:w="60" w:type="dxa"/>
              <w:bottom w:w="60" w:type="dxa"/>
              <w:right w:w="60" w:type="dxa"/>
            </w:tcMar>
            <w:vAlign w:val="center"/>
          </w:tcPr>
          <w:p w14:paraId="73C47289" w14:textId="77777777" w:rsidR="00EE5F04" w:rsidRPr="008A20D0" w:rsidRDefault="00000000">
            <w:pPr>
              <w:spacing w:after="0" w:line="252" w:lineRule="auto"/>
              <w:jc w:val="center"/>
              <w:rPr>
                <w:rFonts w:cs="Times New Roman"/>
              </w:rPr>
            </w:pPr>
            <w:r w:rsidRPr="008A20D0">
              <w:rPr>
                <w:rFonts w:cs="Times New Roman"/>
                <w:sz w:val="20"/>
              </w:rPr>
              <w:t>50.0</w:t>
            </w:r>
          </w:p>
        </w:tc>
        <w:tc>
          <w:tcPr>
            <w:tcW w:w="1296" w:type="dxa"/>
            <w:tcMar>
              <w:top w:w="60" w:type="dxa"/>
              <w:left w:w="60" w:type="dxa"/>
              <w:bottom w:w="60" w:type="dxa"/>
              <w:right w:w="60" w:type="dxa"/>
            </w:tcMar>
            <w:vAlign w:val="center"/>
          </w:tcPr>
          <w:p w14:paraId="526ADA38" w14:textId="77777777" w:rsidR="00EE5F04" w:rsidRPr="008A20D0" w:rsidRDefault="00000000">
            <w:pPr>
              <w:spacing w:after="0" w:line="252" w:lineRule="auto"/>
              <w:jc w:val="center"/>
              <w:rPr>
                <w:rFonts w:cs="Times New Roman"/>
              </w:rPr>
            </w:pPr>
            <w:r w:rsidRPr="008A20D0">
              <w:rPr>
                <w:rFonts w:cs="Times New Roman"/>
                <w:sz w:val="20"/>
              </w:rPr>
              <w:t>68.4</w:t>
            </w:r>
          </w:p>
        </w:tc>
      </w:tr>
      <w:tr w:rsidR="00EE5F04" w:rsidRPr="008A20D0" w14:paraId="311ED5F5" w14:textId="77777777">
        <w:trPr>
          <w:cantSplit/>
          <w:jc w:val="center"/>
        </w:trPr>
        <w:tc>
          <w:tcPr>
            <w:tcW w:w="3312" w:type="dxa"/>
            <w:tcMar>
              <w:top w:w="60" w:type="dxa"/>
              <w:left w:w="60" w:type="dxa"/>
              <w:bottom w:w="60" w:type="dxa"/>
              <w:right w:w="60" w:type="dxa"/>
            </w:tcMar>
            <w:vAlign w:val="center"/>
          </w:tcPr>
          <w:p w14:paraId="590CFEC7" w14:textId="77777777" w:rsidR="00EE5F04" w:rsidRPr="008A20D0" w:rsidRDefault="00000000">
            <w:pPr>
              <w:spacing w:after="0" w:line="252" w:lineRule="auto"/>
              <w:rPr>
                <w:rFonts w:cs="Times New Roman"/>
              </w:rPr>
            </w:pPr>
            <w:r w:rsidRPr="008A20D0">
              <w:rPr>
                <w:rFonts w:cs="Times New Roman"/>
                <w:sz w:val="20"/>
              </w:rPr>
              <w:t>Glucose</w:t>
            </w:r>
          </w:p>
        </w:tc>
        <w:tc>
          <w:tcPr>
            <w:tcW w:w="1296" w:type="dxa"/>
            <w:tcMar>
              <w:top w:w="60" w:type="dxa"/>
              <w:left w:w="60" w:type="dxa"/>
              <w:bottom w:w="60" w:type="dxa"/>
              <w:right w:w="60" w:type="dxa"/>
            </w:tcMar>
            <w:vAlign w:val="center"/>
          </w:tcPr>
          <w:p w14:paraId="629700F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60CFA6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AEFA9E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7568E6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EA23D83"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7AAB1ABF" w14:textId="77777777">
        <w:trPr>
          <w:cantSplit/>
          <w:jc w:val="center"/>
        </w:trPr>
        <w:tc>
          <w:tcPr>
            <w:tcW w:w="3312" w:type="dxa"/>
            <w:tcMar>
              <w:top w:w="60" w:type="dxa"/>
              <w:left w:w="60" w:type="dxa"/>
              <w:bottom w:w="60" w:type="dxa"/>
              <w:right w:w="60" w:type="dxa"/>
            </w:tcMar>
            <w:vAlign w:val="center"/>
          </w:tcPr>
          <w:p w14:paraId="0702EC27" w14:textId="77777777" w:rsidR="00EE5F04" w:rsidRPr="008A20D0" w:rsidRDefault="00000000">
            <w:pPr>
              <w:spacing w:after="0" w:line="252" w:lineRule="auto"/>
              <w:rPr>
                <w:rFonts w:cs="Times New Roman"/>
              </w:rPr>
            </w:pPr>
            <w:r w:rsidRPr="008A20D0">
              <w:rPr>
                <w:rFonts w:cs="Times New Roman"/>
                <w:sz w:val="20"/>
              </w:rPr>
              <w:t>Glycated hemoglobin</w:t>
            </w:r>
          </w:p>
        </w:tc>
        <w:tc>
          <w:tcPr>
            <w:tcW w:w="1296" w:type="dxa"/>
            <w:tcMar>
              <w:top w:w="60" w:type="dxa"/>
              <w:left w:w="60" w:type="dxa"/>
              <w:bottom w:w="60" w:type="dxa"/>
              <w:right w:w="60" w:type="dxa"/>
            </w:tcMar>
            <w:vAlign w:val="center"/>
          </w:tcPr>
          <w:p w14:paraId="162A46F9" w14:textId="77777777" w:rsidR="00EE5F04" w:rsidRPr="008A20D0" w:rsidRDefault="00000000">
            <w:pPr>
              <w:spacing w:after="0" w:line="252" w:lineRule="auto"/>
              <w:jc w:val="center"/>
              <w:rPr>
                <w:rFonts w:cs="Times New Roman"/>
              </w:rPr>
            </w:pPr>
            <w:r w:rsidRPr="008A20D0">
              <w:rPr>
                <w:rFonts w:cs="Times New Roman"/>
                <w:sz w:val="20"/>
              </w:rPr>
              <w:t>71.9</w:t>
            </w:r>
          </w:p>
        </w:tc>
        <w:tc>
          <w:tcPr>
            <w:tcW w:w="1296" w:type="dxa"/>
            <w:tcMar>
              <w:top w:w="60" w:type="dxa"/>
              <w:left w:w="60" w:type="dxa"/>
              <w:bottom w:w="60" w:type="dxa"/>
              <w:right w:w="60" w:type="dxa"/>
            </w:tcMar>
            <w:vAlign w:val="center"/>
          </w:tcPr>
          <w:p w14:paraId="6EF177C6" w14:textId="77777777" w:rsidR="00EE5F04" w:rsidRPr="008A20D0" w:rsidRDefault="00000000">
            <w:pPr>
              <w:spacing w:after="0" w:line="252" w:lineRule="auto"/>
              <w:jc w:val="center"/>
              <w:rPr>
                <w:rFonts w:cs="Times New Roman"/>
              </w:rPr>
            </w:pPr>
            <w:r w:rsidRPr="008A20D0">
              <w:rPr>
                <w:rFonts w:cs="Times New Roman"/>
                <w:sz w:val="20"/>
              </w:rPr>
              <w:t>56.6</w:t>
            </w:r>
          </w:p>
        </w:tc>
        <w:tc>
          <w:tcPr>
            <w:tcW w:w="1296" w:type="dxa"/>
            <w:tcMar>
              <w:top w:w="60" w:type="dxa"/>
              <w:left w:w="60" w:type="dxa"/>
              <w:bottom w:w="60" w:type="dxa"/>
              <w:right w:w="60" w:type="dxa"/>
            </w:tcMar>
            <w:vAlign w:val="center"/>
          </w:tcPr>
          <w:p w14:paraId="408CE569" w14:textId="77777777" w:rsidR="00EE5F04" w:rsidRPr="008A20D0" w:rsidRDefault="00000000">
            <w:pPr>
              <w:spacing w:after="0" w:line="252" w:lineRule="auto"/>
              <w:jc w:val="center"/>
              <w:rPr>
                <w:rFonts w:cs="Times New Roman"/>
              </w:rPr>
            </w:pPr>
            <w:r w:rsidRPr="008A20D0">
              <w:rPr>
                <w:rFonts w:cs="Times New Roman"/>
                <w:sz w:val="20"/>
              </w:rPr>
              <w:t>61.9</w:t>
            </w:r>
          </w:p>
        </w:tc>
        <w:tc>
          <w:tcPr>
            <w:tcW w:w="1296" w:type="dxa"/>
            <w:tcMar>
              <w:top w:w="60" w:type="dxa"/>
              <w:left w:w="60" w:type="dxa"/>
              <w:bottom w:w="60" w:type="dxa"/>
              <w:right w:w="60" w:type="dxa"/>
            </w:tcMar>
            <w:vAlign w:val="center"/>
          </w:tcPr>
          <w:p w14:paraId="7849B7FF" w14:textId="77777777" w:rsidR="00EE5F04" w:rsidRPr="008A20D0" w:rsidRDefault="00000000">
            <w:pPr>
              <w:spacing w:after="0" w:line="252" w:lineRule="auto"/>
              <w:jc w:val="center"/>
              <w:rPr>
                <w:rFonts w:cs="Times New Roman"/>
              </w:rPr>
            </w:pPr>
            <w:r w:rsidRPr="008A20D0">
              <w:rPr>
                <w:rFonts w:cs="Times New Roman"/>
                <w:sz w:val="20"/>
              </w:rPr>
              <w:t>75.0</w:t>
            </w:r>
          </w:p>
        </w:tc>
        <w:tc>
          <w:tcPr>
            <w:tcW w:w="1296" w:type="dxa"/>
            <w:tcMar>
              <w:top w:w="60" w:type="dxa"/>
              <w:left w:w="60" w:type="dxa"/>
              <w:bottom w:w="60" w:type="dxa"/>
              <w:right w:w="60" w:type="dxa"/>
            </w:tcMar>
            <w:vAlign w:val="center"/>
          </w:tcPr>
          <w:p w14:paraId="3F249D16" w14:textId="77777777" w:rsidR="00EE5F04" w:rsidRPr="008A20D0" w:rsidRDefault="00000000">
            <w:pPr>
              <w:spacing w:after="0" w:line="252" w:lineRule="auto"/>
              <w:jc w:val="center"/>
              <w:rPr>
                <w:rFonts w:cs="Times New Roman"/>
              </w:rPr>
            </w:pPr>
            <w:r w:rsidRPr="008A20D0">
              <w:rPr>
                <w:rFonts w:cs="Times New Roman"/>
                <w:sz w:val="20"/>
              </w:rPr>
              <w:t>78.6</w:t>
            </w:r>
          </w:p>
        </w:tc>
      </w:tr>
      <w:tr w:rsidR="00EE5F04" w:rsidRPr="008A20D0" w14:paraId="41523E4D" w14:textId="77777777">
        <w:trPr>
          <w:cantSplit/>
          <w:jc w:val="center"/>
        </w:trPr>
        <w:tc>
          <w:tcPr>
            <w:tcW w:w="3312" w:type="dxa"/>
            <w:tcMar>
              <w:top w:w="60" w:type="dxa"/>
              <w:left w:w="60" w:type="dxa"/>
              <w:bottom w:w="60" w:type="dxa"/>
              <w:right w:w="60" w:type="dxa"/>
            </w:tcMar>
            <w:vAlign w:val="center"/>
          </w:tcPr>
          <w:p w14:paraId="112E15B7" w14:textId="77777777" w:rsidR="00EE5F04" w:rsidRPr="008A20D0" w:rsidRDefault="00000000">
            <w:pPr>
              <w:spacing w:after="0" w:line="252" w:lineRule="auto"/>
              <w:rPr>
                <w:rFonts w:cs="Times New Roman"/>
              </w:rPr>
            </w:pPr>
            <w:r w:rsidRPr="008A20D0">
              <w:rPr>
                <w:rFonts w:cs="Times New Roman"/>
                <w:sz w:val="20"/>
              </w:rPr>
              <w:t>Prothrombin time</w:t>
            </w:r>
          </w:p>
        </w:tc>
        <w:tc>
          <w:tcPr>
            <w:tcW w:w="1296" w:type="dxa"/>
            <w:tcMar>
              <w:top w:w="60" w:type="dxa"/>
              <w:left w:w="60" w:type="dxa"/>
              <w:bottom w:w="60" w:type="dxa"/>
              <w:right w:w="60" w:type="dxa"/>
            </w:tcMar>
            <w:vAlign w:val="center"/>
          </w:tcPr>
          <w:p w14:paraId="3003B891" w14:textId="77777777" w:rsidR="00EE5F04" w:rsidRPr="008A20D0" w:rsidRDefault="00000000">
            <w:pPr>
              <w:spacing w:after="0" w:line="252" w:lineRule="auto"/>
              <w:jc w:val="center"/>
              <w:rPr>
                <w:rFonts w:cs="Times New Roman"/>
              </w:rPr>
            </w:pPr>
            <w:r w:rsidRPr="008A20D0">
              <w:rPr>
                <w:rFonts w:cs="Times New Roman"/>
                <w:sz w:val="20"/>
              </w:rPr>
              <w:t>12.5</w:t>
            </w:r>
          </w:p>
        </w:tc>
        <w:tc>
          <w:tcPr>
            <w:tcW w:w="1296" w:type="dxa"/>
            <w:tcMar>
              <w:top w:w="60" w:type="dxa"/>
              <w:left w:w="60" w:type="dxa"/>
              <w:bottom w:w="60" w:type="dxa"/>
              <w:right w:w="60" w:type="dxa"/>
            </w:tcMar>
            <w:vAlign w:val="center"/>
          </w:tcPr>
          <w:p w14:paraId="19CC572A" w14:textId="77777777" w:rsidR="00EE5F04" w:rsidRPr="008A20D0" w:rsidRDefault="00000000">
            <w:pPr>
              <w:spacing w:after="0" w:line="252" w:lineRule="auto"/>
              <w:jc w:val="center"/>
              <w:rPr>
                <w:rFonts w:cs="Times New Roman"/>
              </w:rPr>
            </w:pPr>
            <w:r w:rsidRPr="008A20D0">
              <w:rPr>
                <w:rFonts w:cs="Times New Roman"/>
                <w:sz w:val="20"/>
              </w:rPr>
              <w:t>7.2</w:t>
            </w:r>
          </w:p>
        </w:tc>
        <w:tc>
          <w:tcPr>
            <w:tcW w:w="1296" w:type="dxa"/>
            <w:tcMar>
              <w:top w:w="60" w:type="dxa"/>
              <w:left w:w="60" w:type="dxa"/>
              <w:bottom w:w="60" w:type="dxa"/>
              <w:right w:w="60" w:type="dxa"/>
            </w:tcMar>
            <w:vAlign w:val="center"/>
          </w:tcPr>
          <w:p w14:paraId="4F389A7B"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498B51AD" w14:textId="77777777" w:rsidR="00EE5F04" w:rsidRPr="008A20D0" w:rsidRDefault="00000000">
            <w:pPr>
              <w:spacing w:after="0" w:line="252" w:lineRule="auto"/>
              <w:jc w:val="center"/>
              <w:rPr>
                <w:rFonts w:cs="Times New Roman"/>
              </w:rPr>
            </w:pPr>
            <w:r w:rsidRPr="008A20D0">
              <w:rPr>
                <w:rFonts w:cs="Times New Roman"/>
                <w:sz w:val="20"/>
              </w:rPr>
              <w:t>2.9</w:t>
            </w:r>
          </w:p>
        </w:tc>
        <w:tc>
          <w:tcPr>
            <w:tcW w:w="1296" w:type="dxa"/>
            <w:tcMar>
              <w:top w:w="60" w:type="dxa"/>
              <w:left w:w="60" w:type="dxa"/>
              <w:bottom w:w="60" w:type="dxa"/>
              <w:right w:w="60" w:type="dxa"/>
            </w:tcMar>
            <w:vAlign w:val="center"/>
          </w:tcPr>
          <w:p w14:paraId="00C93065" w14:textId="77777777" w:rsidR="00EE5F04" w:rsidRPr="008A20D0" w:rsidRDefault="00000000">
            <w:pPr>
              <w:spacing w:after="0" w:line="252" w:lineRule="auto"/>
              <w:jc w:val="center"/>
              <w:rPr>
                <w:rFonts w:cs="Times New Roman"/>
              </w:rPr>
            </w:pPr>
            <w:r w:rsidRPr="008A20D0">
              <w:rPr>
                <w:rFonts w:cs="Times New Roman"/>
                <w:sz w:val="20"/>
              </w:rPr>
              <w:t>3.4</w:t>
            </w:r>
          </w:p>
        </w:tc>
      </w:tr>
      <w:tr w:rsidR="00EE5F04" w:rsidRPr="008A20D0" w14:paraId="0D8743B2" w14:textId="77777777">
        <w:trPr>
          <w:cantSplit/>
          <w:jc w:val="center"/>
        </w:trPr>
        <w:tc>
          <w:tcPr>
            <w:tcW w:w="3312" w:type="dxa"/>
            <w:tcMar>
              <w:top w:w="60" w:type="dxa"/>
              <w:left w:w="60" w:type="dxa"/>
              <w:bottom w:w="60" w:type="dxa"/>
              <w:right w:w="60" w:type="dxa"/>
            </w:tcMar>
            <w:vAlign w:val="center"/>
          </w:tcPr>
          <w:p w14:paraId="0B2CDEE0" w14:textId="77777777" w:rsidR="00EE5F04" w:rsidRPr="008A20D0" w:rsidRDefault="00000000">
            <w:pPr>
              <w:spacing w:after="0" w:line="252" w:lineRule="auto"/>
              <w:rPr>
                <w:rFonts w:cs="Times New Roman"/>
              </w:rPr>
            </w:pPr>
            <w:r w:rsidRPr="008A20D0">
              <w:rPr>
                <w:rFonts w:cs="Times New Roman"/>
                <w:sz w:val="20"/>
              </w:rPr>
              <w:t>International normalized ratio</w:t>
            </w:r>
          </w:p>
        </w:tc>
        <w:tc>
          <w:tcPr>
            <w:tcW w:w="1296" w:type="dxa"/>
            <w:tcMar>
              <w:top w:w="60" w:type="dxa"/>
              <w:left w:w="60" w:type="dxa"/>
              <w:bottom w:w="60" w:type="dxa"/>
              <w:right w:w="60" w:type="dxa"/>
            </w:tcMar>
            <w:vAlign w:val="center"/>
          </w:tcPr>
          <w:p w14:paraId="536F0094" w14:textId="77777777" w:rsidR="00EE5F04" w:rsidRPr="008A20D0" w:rsidRDefault="00000000">
            <w:pPr>
              <w:spacing w:after="0" w:line="252" w:lineRule="auto"/>
              <w:jc w:val="center"/>
              <w:rPr>
                <w:rFonts w:cs="Times New Roman"/>
              </w:rPr>
            </w:pPr>
            <w:r w:rsidRPr="008A20D0">
              <w:rPr>
                <w:rFonts w:cs="Times New Roman"/>
                <w:sz w:val="20"/>
              </w:rPr>
              <w:t>12.5</w:t>
            </w:r>
          </w:p>
        </w:tc>
        <w:tc>
          <w:tcPr>
            <w:tcW w:w="1296" w:type="dxa"/>
            <w:tcMar>
              <w:top w:w="60" w:type="dxa"/>
              <w:left w:w="60" w:type="dxa"/>
              <w:bottom w:w="60" w:type="dxa"/>
              <w:right w:w="60" w:type="dxa"/>
            </w:tcMar>
            <w:vAlign w:val="center"/>
          </w:tcPr>
          <w:p w14:paraId="6476195C" w14:textId="77777777" w:rsidR="00EE5F04" w:rsidRPr="008A20D0" w:rsidRDefault="00000000">
            <w:pPr>
              <w:spacing w:after="0" w:line="252" w:lineRule="auto"/>
              <w:jc w:val="center"/>
              <w:rPr>
                <w:rFonts w:cs="Times New Roman"/>
              </w:rPr>
            </w:pPr>
            <w:r w:rsidRPr="008A20D0">
              <w:rPr>
                <w:rFonts w:cs="Times New Roman"/>
                <w:sz w:val="20"/>
              </w:rPr>
              <w:t>7.2</w:t>
            </w:r>
          </w:p>
        </w:tc>
        <w:tc>
          <w:tcPr>
            <w:tcW w:w="1296" w:type="dxa"/>
            <w:tcMar>
              <w:top w:w="60" w:type="dxa"/>
              <w:left w:w="60" w:type="dxa"/>
              <w:bottom w:w="60" w:type="dxa"/>
              <w:right w:w="60" w:type="dxa"/>
            </w:tcMar>
            <w:vAlign w:val="center"/>
          </w:tcPr>
          <w:p w14:paraId="21B7D855"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24F2FCAA" w14:textId="77777777" w:rsidR="00EE5F04" w:rsidRPr="008A20D0" w:rsidRDefault="00000000">
            <w:pPr>
              <w:spacing w:after="0" w:line="252" w:lineRule="auto"/>
              <w:jc w:val="center"/>
              <w:rPr>
                <w:rFonts w:cs="Times New Roman"/>
              </w:rPr>
            </w:pPr>
            <w:r w:rsidRPr="008A20D0">
              <w:rPr>
                <w:rFonts w:cs="Times New Roman"/>
                <w:sz w:val="20"/>
              </w:rPr>
              <w:t>2.9</w:t>
            </w:r>
          </w:p>
        </w:tc>
        <w:tc>
          <w:tcPr>
            <w:tcW w:w="1296" w:type="dxa"/>
            <w:tcMar>
              <w:top w:w="60" w:type="dxa"/>
              <w:left w:w="60" w:type="dxa"/>
              <w:bottom w:w="60" w:type="dxa"/>
              <w:right w:w="60" w:type="dxa"/>
            </w:tcMar>
            <w:vAlign w:val="center"/>
          </w:tcPr>
          <w:p w14:paraId="18D3B9B0" w14:textId="77777777" w:rsidR="00EE5F04" w:rsidRPr="008A20D0" w:rsidRDefault="00000000">
            <w:pPr>
              <w:spacing w:after="0" w:line="252" w:lineRule="auto"/>
              <w:jc w:val="center"/>
              <w:rPr>
                <w:rFonts w:cs="Times New Roman"/>
              </w:rPr>
            </w:pPr>
            <w:r w:rsidRPr="008A20D0">
              <w:rPr>
                <w:rFonts w:cs="Times New Roman"/>
                <w:sz w:val="20"/>
              </w:rPr>
              <w:t>3.4</w:t>
            </w:r>
          </w:p>
        </w:tc>
      </w:tr>
      <w:tr w:rsidR="00EE5F04" w:rsidRPr="008A20D0" w14:paraId="6B8645F1" w14:textId="77777777">
        <w:trPr>
          <w:cantSplit/>
          <w:jc w:val="center"/>
        </w:trPr>
        <w:tc>
          <w:tcPr>
            <w:tcW w:w="3312" w:type="dxa"/>
            <w:tcMar>
              <w:top w:w="60" w:type="dxa"/>
              <w:left w:w="60" w:type="dxa"/>
              <w:bottom w:w="60" w:type="dxa"/>
              <w:right w:w="60" w:type="dxa"/>
            </w:tcMar>
            <w:vAlign w:val="center"/>
          </w:tcPr>
          <w:p w14:paraId="193CC454" w14:textId="77777777" w:rsidR="00EE5F04" w:rsidRPr="008A20D0" w:rsidRDefault="00000000">
            <w:pPr>
              <w:spacing w:after="0" w:line="252" w:lineRule="auto"/>
              <w:rPr>
                <w:rFonts w:cs="Times New Roman"/>
              </w:rPr>
            </w:pPr>
            <w:r w:rsidRPr="008A20D0">
              <w:rPr>
                <w:rFonts w:cs="Times New Roman"/>
                <w:sz w:val="20"/>
              </w:rPr>
              <w:t>Prothrombin activity</w:t>
            </w:r>
          </w:p>
        </w:tc>
        <w:tc>
          <w:tcPr>
            <w:tcW w:w="1296" w:type="dxa"/>
            <w:tcMar>
              <w:top w:w="60" w:type="dxa"/>
              <w:left w:w="60" w:type="dxa"/>
              <w:bottom w:w="60" w:type="dxa"/>
              <w:right w:w="60" w:type="dxa"/>
            </w:tcMar>
            <w:vAlign w:val="center"/>
          </w:tcPr>
          <w:p w14:paraId="4B449AFD" w14:textId="77777777" w:rsidR="00EE5F04" w:rsidRPr="008A20D0" w:rsidRDefault="00000000">
            <w:pPr>
              <w:spacing w:after="0" w:line="252" w:lineRule="auto"/>
              <w:jc w:val="center"/>
              <w:rPr>
                <w:rFonts w:cs="Times New Roman"/>
              </w:rPr>
            </w:pPr>
            <w:r w:rsidRPr="008A20D0">
              <w:rPr>
                <w:rFonts w:cs="Times New Roman"/>
                <w:sz w:val="20"/>
              </w:rPr>
              <w:t>12.5</w:t>
            </w:r>
          </w:p>
        </w:tc>
        <w:tc>
          <w:tcPr>
            <w:tcW w:w="1296" w:type="dxa"/>
            <w:tcMar>
              <w:top w:w="60" w:type="dxa"/>
              <w:left w:w="60" w:type="dxa"/>
              <w:bottom w:w="60" w:type="dxa"/>
              <w:right w:w="60" w:type="dxa"/>
            </w:tcMar>
            <w:vAlign w:val="center"/>
          </w:tcPr>
          <w:p w14:paraId="21FAB8E6" w14:textId="77777777" w:rsidR="00EE5F04" w:rsidRPr="008A20D0" w:rsidRDefault="00000000">
            <w:pPr>
              <w:spacing w:after="0" w:line="252" w:lineRule="auto"/>
              <w:jc w:val="center"/>
              <w:rPr>
                <w:rFonts w:cs="Times New Roman"/>
              </w:rPr>
            </w:pPr>
            <w:r w:rsidRPr="008A20D0">
              <w:rPr>
                <w:rFonts w:cs="Times New Roman"/>
                <w:sz w:val="20"/>
              </w:rPr>
              <w:t>7.2</w:t>
            </w:r>
          </w:p>
        </w:tc>
        <w:tc>
          <w:tcPr>
            <w:tcW w:w="1296" w:type="dxa"/>
            <w:tcMar>
              <w:top w:w="60" w:type="dxa"/>
              <w:left w:w="60" w:type="dxa"/>
              <w:bottom w:w="60" w:type="dxa"/>
              <w:right w:w="60" w:type="dxa"/>
            </w:tcMar>
            <w:vAlign w:val="center"/>
          </w:tcPr>
          <w:p w14:paraId="2A9412FE"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0DA96009" w14:textId="77777777" w:rsidR="00EE5F04" w:rsidRPr="008A20D0" w:rsidRDefault="00000000">
            <w:pPr>
              <w:spacing w:after="0" w:line="252" w:lineRule="auto"/>
              <w:jc w:val="center"/>
              <w:rPr>
                <w:rFonts w:cs="Times New Roman"/>
              </w:rPr>
            </w:pPr>
            <w:r w:rsidRPr="008A20D0">
              <w:rPr>
                <w:rFonts w:cs="Times New Roman"/>
                <w:sz w:val="20"/>
              </w:rPr>
              <w:t>2.9</w:t>
            </w:r>
          </w:p>
        </w:tc>
        <w:tc>
          <w:tcPr>
            <w:tcW w:w="1296" w:type="dxa"/>
            <w:tcMar>
              <w:top w:w="60" w:type="dxa"/>
              <w:left w:w="60" w:type="dxa"/>
              <w:bottom w:w="60" w:type="dxa"/>
              <w:right w:w="60" w:type="dxa"/>
            </w:tcMar>
            <w:vAlign w:val="center"/>
          </w:tcPr>
          <w:p w14:paraId="35D5F0DE" w14:textId="77777777" w:rsidR="00EE5F04" w:rsidRPr="008A20D0" w:rsidRDefault="00000000">
            <w:pPr>
              <w:spacing w:after="0" w:line="252" w:lineRule="auto"/>
              <w:jc w:val="center"/>
              <w:rPr>
                <w:rFonts w:cs="Times New Roman"/>
              </w:rPr>
            </w:pPr>
            <w:r w:rsidRPr="008A20D0">
              <w:rPr>
                <w:rFonts w:cs="Times New Roman"/>
                <w:sz w:val="20"/>
              </w:rPr>
              <w:t>3.4</w:t>
            </w:r>
          </w:p>
        </w:tc>
      </w:tr>
      <w:tr w:rsidR="00EE5F04" w:rsidRPr="008A20D0" w14:paraId="62F89951" w14:textId="77777777">
        <w:trPr>
          <w:cantSplit/>
          <w:jc w:val="center"/>
        </w:trPr>
        <w:tc>
          <w:tcPr>
            <w:tcW w:w="3312" w:type="dxa"/>
            <w:tcMar>
              <w:top w:w="60" w:type="dxa"/>
              <w:left w:w="60" w:type="dxa"/>
              <w:bottom w:w="60" w:type="dxa"/>
              <w:right w:w="60" w:type="dxa"/>
            </w:tcMar>
            <w:vAlign w:val="center"/>
          </w:tcPr>
          <w:p w14:paraId="193631D4" w14:textId="77777777" w:rsidR="00EE5F04" w:rsidRPr="008A20D0" w:rsidRDefault="00000000">
            <w:pPr>
              <w:spacing w:after="0" w:line="252" w:lineRule="auto"/>
              <w:rPr>
                <w:rFonts w:cs="Times New Roman"/>
              </w:rPr>
            </w:pPr>
            <w:r w:rsidRPr="008A20D0">
              <w:rPr>
                <w:rFonts w:cs="Times New Roman"/>
                <w:sz w:val="20"/>
              </w:rPr>
              <w:t>Activated partial thromboplastin time</w:t>
            </w:r>
          </w:p>
        </w:tc>
        <w:tc>
          <w:tcPr>
            <w:tcW w:w="1296" w:type="dxa"/>
            <w:tcMar>
              <w:top w:w="60" w:type="dxa"/>
              <w:left w:w="60" w:type="dxa"/>
              <w:bottom w:w="60" w:type="dxa"/>
              <w:right w:w="60" w:type="dxa"/>
            </w:tcMar>
            <w:vAlign w:val="center"/>
          </w:tcPr>
          <w:p w14:paraId="4F224E7B" w14:textId="77777777" w:rsidR="00EE5F04" w:rsidRPr="008A20D0" w:rsidRDefault="00000000">
            <w:pPr>
              <w:spacing w:after="0" w:line="252" w:lineRule="auto"/>
              <w:jc w:val="center"/>
              <w:rPr>
                <w:rFonts w:cs="Times New Roman"/>
              </w:rPr>
            </w:pPr>
            <w:r w:rsidRPr="008A20D0">
              <w:rPr>
                <w:rFonts w:cs="Times New Roman"/>
                <w:sz w:val="20"/>
              </w:rPr>
              <w:t>12.5</w:t>
            </w:r>
          </w:p>
        </w:tc>
        <w:tc>
          <w:tcPr>
            <w:tcW w:w="1296" w:type="dxa"/>
            <w:tcMar>
              <w:top w:w="60" w:type="dxa"/>
              <w:left w:w="60" w:type="dxa"/>
              <w:bottom w:w="60" w:type="dxa"/>
              <w:right w:w="60" w:type="dxa"/>
            </w:tcMar>
            <w:vAlign w:val="center"/>
          </w:tcPr>
          <w:p w14:paraId="7229B4EC" w14:textId="77777777" w:rsidR="00EE5F04" w:rsidRPr="008A20D0" w:rsidRDefault="00000000">
            <w:pPr>
              <w:spacing w:after="0" w:line="252" w:lineRule="auto"/>
              <w:jc w:val="center"/>
              <w:rPr>
                <w:rFonts w:cs="Times New Roman"/>
              </w:rPr>
            </w:pPr>
            <w:r w:rsidRPr="008A20D0">
              <w:rPr>
                <w:rFonts w:cs="Times New Roman"/>
                <w:sz w:val="20"/>
              </w:rPr>
              <w:t>7.2</w:t>
            </w:r>
          </w:p>
        </w:tc>
        <w:tc>
          <w:tcPr>
            <w:tcW w:w="1296" w:type="dxa"/>
            <w:tcMar>
              <w:top w:w="60" w:type="dxa"/>
              <w:left w:w="60" w:type="dxa"/>
              <w:bottom w:w="60" w:type="dxa"/>
              <w:right w:w="60" w:type="dxa"/>
            </w:tcMar>
            <w:vAlign w:val="center"/>
          </w:tcPr>
          <w:p w14:paraId="450EC5AF" w14:textId="77777777" w:rsidR="00EE5F04" w:rsidRPr="008A20D0" w:rsidRDefault="00000000">
            <w:pPr>
              <w:spacing w:after="0" w:line="252" w:lineRule="auto"/>
              <w:jc w:val="center"/>
              <w:rPr>
                <w:rFonts w:cs="Times New Roman"/>
              </w:rPr>
            </w:pPr>
            <w:r w:rsidRPr="008A20D0">
              <w:rPr>
                <w:rFonts w:cs="Times New Roman"/>
                <w:sz w:val="20"/>
              </w:rPr>
              <w:t>3.0</w:t>
            </w:r>
          </w:p>
        </w:tc>
        <w:tc>
          <w:tcPr>
            <w:tcW w:w="1296" w:type="dxa"/>
            <w:tcMar>
              <w:top w:w="60" w:type="dxa"/>
              <w:left w:w="60" w:type="dxa"/>
              <w:bottom w:w="60" w:type="dxa"/>
              <w:right w:w="60" w:type="dxa"/>
            </w:tcMar>
            <w:vAlign w:val="center"/>
          </w:tcPr>
          <w:p w14:paraId="62C29F77" w14:textId="77777777" w:rsidR="00EE5F04" w:rsidRPr="008A20D0" w:rsidRDefault="00000000">
            <w:pPr>
              <w:spacing w:after="0" w:line="252" w:lineRule="auto"/>
              <w:jc w:val="center"/>
              <w:rPr>
                <w:rFonts w:cs="Times New Roman"/>
              </w:rPr>
            </w:pPr>
            <w:r w:rsidRPr="008A20D0">
              <w:rPr>
                <w:rFonts w:cs="Times New Roman"/>
                <w:sz w:val="20"/>
              </w:rPr>
              <w:t>2.9</w:t>
            </w:r>
          </w:p>
        </w:tc>
        <w:tc>
          <w:tcPr>
            <w:tcW w:w="1296" w:type="dxa"/>
            <w:tcMar>
              <w:top w:w="60" w:type="dxa"/>
              <w:left w:w="60" w:type="dxa"/>
              <w:bottom w:w="60" w:type="dxa"/>
              <w:right w:w="60" w:type="dxa"/>
            </w:tcMar>
            <w:vAlign w:val="center"/>
          </w:tcPr>
          <w:p w14:paraId="5F6C90B7" w14:textId="77777777" w:rsidR="00EE5F04" w:rsidRPr="008A20D0" w:rsidRDefault="00000000">
            <w:pPr>
              <w:spacing w:after="0" w:line="252" w:lineRule="auto"/>
              <w:jc w:val="center"/>
              <w:rPr>
                <w:rFonts w:cs="Times New Roman"/>
              </w:rPr>
            </w:pPr>
            <w:r w:rsidRPr="008A20D0">
              <w:rPr>
                <w:rFonts w:cs="Times New Roman"/>
                <w:sz w:val="20"/>
              </w:rPr>
              <w:t>3.4</w:t>
            </w:r>
          </w:p>
        </w:tc>
      </w:tr>
      <w:tr w:rsidR="00EE5F04" w:rsidRPr="008A20D0" w14:paraId="3ACBAC6D" w14:textId="77777777">
        <w:trPr>
          <w:cantSplit/>
          <w:jc w:val="center"/>
        </w:trPr>
        <w:tc>
          <w:tcPr>
            <w:tcW w:w="3312" w:type="dxa"/>
            <w:tcMar>
              <w:top w:w="60" w:type="dxa"/>
              <w:left w:w="60" w:type="dxa"/>
              <w:bottom w:w="60" w:type="dxa"/>
              <w:right w:w="60" w:type="dxa"/>
            </w:tcMar>
            <w:vAlign w:val="center"/>
          </w:tcPr>
          <w:p w14:paraId="761E9449" w14:textId="77777777" w:rsidR="00EE5F04" w:rsidRPr="008A20D0" w:rsidRDefault="00000000">
            <w:pPr>
              <w:spacing w:after="0" w:line="252" w:lineRule="auto"/>
              <w:rPr>
                <w:rFonts w:cs="Times New Roman"/>
              </w:rPr>
            </w:pPr>
            <w:r w:rsidRPr="008A20D0">
              <w:rPr>
                <w:rFonts w:cs="Times New Roman"/>
                <w:sz w:val="20"/>
              </w:rPr>
              <w:t>Thrombin time</w:t>
            </w:r>
          </w:p>
        </w:tc>
        <w:tc>
          <w:tcPr>
            <w:tcW w:w="1296" w:type="dxa"/>
            <w:tcMar>
              <w:top w:w="60" w:type="dxa"/>
              <w:left w:w="60" w:type="dxa"/>
              <w:bottom w:w="60" w:type="dxa"/>
              <w:right w:w="60" w:type="dxa"/>
            </w:tcMar>
            <w:vAlign w:val="center"/>
          </w:tcPr>
          <w:p w14:paraId="0E2BA8E3" w14:textId="77777777" w:rsidR="00EE5F04" w:rsidRPr="008A20D0" w:rsidRDefault="00000000">
            <w:pPr>
              <w:spacing w:after="0" w:line="252" w:lineRule="auto"/>
              <w:jc w:val="center"/>
              <w:rPr>
                <w:rFonts w:cs="Times New Roman"/>
              </w:rPr>
            </w:pPr>
            <w:r w:rsidRPr="008A20D0">
              <w:rPr>
                <w:rFonts w:cs="Times New Roman"/>
                <w:sz w:val="20"/>
              </w:rPr>
              <w:t>12.5</w:t>
            </w:r>
          </w:p>
        </w:tc>
        <w:tc>
          <w:tcPr>
            <w:tcW w:w="1296" w:type="dxa"/>
            <w:tcMar>
              <w:top w:w="60" w:type="dxa"/>
              <w:left w:w="60" w:type="dxa"/>
              <w:bottom w:w="60" w:type="dxa"/>
              <w:right w:w="60" w:type="dxa"/>
            </w:tcMar>
            <w:vAlign w:val="center"/>
          </w:tcPr>
          <w:p w14:paraId="3BFAC363" w14:textId="77777777" w:rsidR="00EE5F04" w:rsidRPr="008A20D0" w:rsidRDefault="00000000">
            <w:pPr>
              <w:spacing w:after="0" w:line="252" w:lineRule="auto"/>
              <w:jc w:val="center"/>
              <w:rPr>
                <w:rFonts w:cs="Times New Roman"/>
              </w:rPr>
            </w:pPr>
            <w:r w:rsidRPr="008A20D0">
              <w:rPr>
                <w:rFonts w:cs="Times New Roman"/>
                <w:sz w:val="20"/>
              </w:rPr>
              <w:t>7.2</w:t>
            </w:r>
          </w:p>
        </w:tc>
        <w:tc>
          <w:tcPr>
            <w:tcW w:w="1296" w:type="dxa"/>
            <w:tcMar>
              <w:top w:w="60" w:type="dxa"/>
              <w:left w:w="60" w:type="dxa"/>
              <w:bottom w:w="60" w:type="dxa"/>
              <w:right w:w="60" w:type="dxa"/>
            </w:tcMar>
            <w:vAlign w:val="center"/>
          </w:tcPr>
          <w:p w14:paraId="1E268C47" w14:textId="77777777" w:rsidR="00EE5F04" w:rsidRPr="008A20D0" w:rsidRDefault="00000000">
            <w:pPr>
              <w:spacing w:after="0" w:line="252" w:lineRule="auto"/>
              <w:jc w:val="center"/>
              <w:rPr>
                <w:rFonts w:cs="Times New Roman"/>
              </w:rPr>
            </w:pPr>
            <w:r w:rsidRPr="008A20D0">
              <w:rPr>
                <w:rFonts w:cs="Times New Roman"/>
                <w:sz w:val="20"/>
              </w:rPr>
              <w:t>3.0</w:t>
            </w:r>
          </w:p>
        </w:tc>
        <w:tc>
          <w:tcPr>
            <w:tcW w:w="1296" w:type="dxa"/>
            <w:tcMar>
              <w:top w:w="60" w:type="dxa"/>
              <w:left w:w="60" w:type="dxa"/>
              <w:bottom w:w="60" w:type="dxa"/>
              <w:right w:w="60" w:type="dxa"/>
            </w:tcMar>
            <w:vAlign w:val="center"/>
          </w:tcPr>
          <w:p w14:paraId="47E03511" w14:textId="77777777" w:rsidR="00EE5F04" w:rsidRPr="008A20D0" w:rsidRDefault="00000000">
            <w:pPr>
              <w:spacing w:after="0" w:line="252" w:lineRule="auto"/>
              <w:jc w:val="center"/>
              <w:rPr>
                <w:rFonts w:cs="Times New Roman"/>
              </w:rPr>
            </w:pPr>
            <w:r w:rsidRPr="008A20D0">
              <w:rPr>
                <w:rFonts w:cs="Times New Roman"/>
                <w:sz w:val="20"/>
              </w:rPr>
              <w:t>2.9</w:t>
            </w:r>
          </w:p>
        </w:tc>
        <w:tc>
          <w:tcPr>
            <w:tcW w:w="1296" w:type="dxa"/>
            <w:tcMar>
              <w:top w:w="60" w:type="dxa"/>
              <w:left w:w="60" w:type="dxa"/>
              <w:bottom w:w="60" w:type="dxa"/>
              <w:right w:w="60" w:type="dxa"/>
            </w:tcMar>
            <w:vAlign w:val="center"/>
          </w:tcPr>
          <w:p w14:paraId="7F60ACA2" w14:textId="77777777" w:rsidR="00EE5F04" w:rsidRPr="008A20D0" w:rsidRDefault="00000000">
            <w:pPr>
              <w:spacing w:after="0" w:line="252" w:lineRule="auto"/>
              <w:jc w:val="center"/>
              <w:rPr>
                <w:rFonts w:cs="Times New Roman"/>
              </w:rPr>
            </w:pPr>
            <w:r w:rsidRPr="008A20D0">
              <w:rPr>
                <w:rFonts w:cs="Times New Roman"/>
                <w:sz w:val="20"/>
              </w:rPr>
              <w:t>3.4</w:t>
            </w:r>
          </w:p>
        </w:tc>
      </w:tr>
      <w:tr w:rsidR="00EE5F04" w:rsidRPr="008A20D0" w14:paraId="416F40EF" w14:textId="77777777">
        <w:trPr>
          <w:cantSplit/>
          <w:jc w:val="center"/>
        </w:trPr>
        <w:tc>
          <w:tcPr>
            <w:tcW w:w="3312" w:type="dxa"/>
            <w:tcMar>
              <w:top w:w="60" w:type="dxa"/>
              <w:left w:w="60" w:type="dxa"/>
              <w:bottom w:w="60" w:type="dxa"/>
              <w:right w:w="60" w:type="dxa"/>
            </w:tcMar>
            <w:vAlign w:val="center"/>
          </w:tcPr>
          <w:p w14:paraId="32A2A8E4" w14:textId="77777777" w:rsidR="00EE5F04" w:rsidRPr="008A20D0" w:rsidRDefault="00000000">
            <w:pPr>
              <w:spacing w:after="0" w:line="252" w:lineRule="auto"/>
              <w:rPr>
                <w:rFonts w:cs="Times New Roman"/>
              </w:rPr>
            </w:pPr>
            <w:r w:rsidRPr="008A20D0">
              <w:rPr>
                <w:rFonts w:cs="Times New Roman"/>
                <w:sz w:val="20"/>
              </w:rPr>
              <w:t>Fibrinogen</w:t>
            </w:r>
          </w:p>
        </w:tc>
        <w:tc>
          <w:tcPr>
            <w:tcW w:w="1296" w:type="dxa"/>
            <w:tcMar>
              <w:top w:w="60" w:type="dxa"/>
              <w:left w:w="60" w:type="dxa"/>
              <w:bottom w:w="60" w:type="dxa"/>
              <w:right w:w="60" w:type="dxa"/>
            </w:tcMar>
            <w:vAlign w:val="center"/>
          </w:tcPr>
          <w:p w14:paraId="2535FDC2" w14:textId="77777777" w:rsidR="00EE5F04" w:rsidRPr="008A20D0" w:rsidRDefault="00000000">
            <w:pPr>
              <w:spacing w:after="0" w:line="252" w:lineRule="auto"/>
              <w:jc w:val="center"/>
              <w:rPr>
                <w:rFonts w:cs="Times New Roman"/>
              </w:rPr>
            </w:pPr>
            <w:r w:rsidRPr="008A20D0">
              <w:rPr>
                <w:rFonts w:cs="Times New Roman"/>
                <w:sz w:val="20"/>
              </w:rPr>
              <w:t>12.5</w:t>
            </w:r>
          </w:p>
        </w:tc>
        <w:tc>
          <w:tcPr>
            <w:tcW w:w="1296" w:type="dxa"/>
            <w:tcMar>
              <w:top w:w="60" w:type="dxa"/>
              <w:left w:w="60" w:type="dxa"/>
              <w:bottom w:w="60" w:type="dxa"/>
              <w:right w:w="60" w:type="dxa"/>
            </w:tcMar>
            <w:vAlign w:val="center"/>
          </w:tcPr>
          <w:p w14:paraId="2354C788" w14:textId="77777777" w:rsidR="00EE5F04" w:rsidRPr="008A20D0" w:rsidRDefault="00000000">
            <w:pPr>
              <w:spacing w:after="0" w:line="252" w:lineRule="auto"/>
              <w:jc w:val="center"/>
              <w:rPr>
                <w:rFonts w:cs="Times New Roman"/>
              </w:rPr>
            </w:pPr>
            <w:r w:rsidRPr="008A20D0">
              <w:rPr>
                <w:rFonts w:cs="Times New Roman"/>
                <w:sz w:val="20"/>
              </w:rPr>
              <w:t>7.2</w:t>
            </w:r>
          </w:p>
        </w:tc>
        <w:tc>
          <w:tcPr>
            <w:tcW w:w="1296" w:type="dxa"/>
            <w:tcMar>
              <w:top w:w="60" w:type="dxa"/>
              <w:left w:w="60" w:type="dxa"/>
              <w:bottom w:w="60" w:type="dxa"/>
              <w:right w:w="60" w:type="dxa"/>
            </w:tcMar>
            <w:vAlign w:val="center"/>
          </w:tcPr>
          <w:p w14:paraId="06776DE6"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2EBFBA97" w14:textId="77777777" w:rsidR="00EE5F04" w:rsidRPr="008A20D0" w:rsidRDefault="00000000">
            <w:pPr>
              <w:spacing w:after="0" w:line="252" w:lineRule="auto"/>
              <w:jc w:val="center"/>
              <w:rPr>
                <w:rFonts w:cs="Times New Roman"/>
              </w:rPr>
            </w:pPr>
            <w:r w:rsidRPr="008A20D0">
              <w:rPr>
                <w:rFonts w:cs="Times New Roman"/>
                <w:sz w:val="20"/>
              </w:rPr>
              <w:t>2.9</w:t>
            </w:r>
          </w:p>
        </w:tc>
        <w:tc>
          <w:tcPr>
            <w:tcW w:w="1296" w:type="dxa"/>
            <w:tcMar>
              <w:top w:w="60" w:type="dxa"/>
              <w:left w:w="60" w:type="dxa"/>
              <w:bottom w:w="60" w:type="dxa"/>
              <w:right w:w="60" w:type="dxa"/>
            </w:tcMar>
            <w:vAlign w:val="center"/>
          </w:tcPr>
          <w:p w14:paraId="0C6608E0" w14:textId="77777777" w:rsidR="00EE5F04" w:rsidRPr="008A20D0" w:rsidRDefault="00000000">
            <w:pPr>
              <w:spacing w:after="0" w:line="252" w:lineRule="auto"/>
              <w:jc w:val="center"/>
              <w:rPr>
                <w:rFonts w:cs="Times New Roman"/>
              </w:rPr>
            </w:pPr>
            <w:r w:rsidRPr="008A20D0">
              <w:rPr>
                <w:rFonts w:cs="Times New Roman"/>
                <w:sz w:val="20"/>
              </w:rPr>
              <w:t>3.4</w:t>
            </w:r>
          </w:p>
        </w:tc>
      </w:tr>
      <w:tr w:rsidR="00EE5F04" w:rsidRPr="008A20D0" w14:paraId="724F28AD" w14:textId="77777777">
        <w:trPr>
          <w:cantSplit/>
          <w:jc w:val="center"/>
        </w:trPr>
        <w:tc>
          <w:tcPr>
            <w:tcW w:w="3312" w:type="dxa"/>
            <w:tcMar>
              <w:top w:w="60" w:type="dxa"/>
              <w:left w:w="60" w:type="dxa"/>
              <w:bottom w:w="60" w:type="dxa"/>
              <w:right w:w="60" w:type="dxa"/>
            </w:tcMar>
            <w:vAlign w:val="center"/>
          </w:tcPr>
          <w:p w14:paraId="641AD635" w14:textId="77777777" w:rsidR="00EE5F04" w:rsidRPr="008A20D0" w:rsidRDefault="00000000">
            <w:pPr>
              <w:spacing w:after="0" w:line="252" w:lineRule="auto"/>
              <w:rPr>
                <w:rFonts w:cs="Times New Roman"/>
              </w:rPr>
            </w:pPr>
            <w:r w:rsidRPr="008A20D0">
              <w:rPr>
                <w:rFonts w:cs="Times New Roman"/>
                <w:sz w:val="20"/>
              </w:rPr>
              <w:t>D-dimer</w:t>
            </w:r>
          </w:p>
        </w:tc>
        <w:tc>
          <w:tcPr>
            <w:tcW w:w="1296" w:type="dxa"/>
            <w:tcMar>
              <w:top w:w="60" w:type="dxa"/>
              <w:left w:w="60" w:type="dxa"/>
              <w:bottom w:w="60" w:type="dxa"/>
              <w:right w:w="60" w:type="dxa"/>
            </w:tcMar>
            <w:vAlign w:val="center"/>
          </w:tcPr>
          <w:p w14:paraId="749890BC" w14:textId="77777777" w:rsidR="00EE5F04" w:rsidRPr="008A20D0" w:rsidRDefault="00000000">
            <w:pPr>
              <w:spacing w:after="0" w:line="252" w:lineRule="auto"/>
              <w:jc w:val="center"/>
              <w:rPr>
                <w:rFonts w:cs="Times New Roman"/>
              </w:rPr>
            </w:pPr>
            <w:r w:rsidRPr="008A20D0">
              <w:rPr>
                <w:rFonts w:cs="Times New Roman"/>
                <w:sz w:val="20"/>
              </w:rPr>
              <w:t>12.5</w:t>
            </w:r>
          </w:p>
        </w:tc>
        <w:tc>
          <w:tcPr>
            <w:tcW w:w="1296" w:type="dxa"/>
            <w:tcMar>
              <w:top w:w="60" w:type="dxa"/>
              <w:left w:w="60" w:type="dxa"/>
              <w:bottom w:w="60" w:type="dxa"/>
              <w:right w:w="60" w:type="dxa"/>
            </w:tcMar>
            <w:vAlign w:val="center"/>
          </w:tcPr>
          <w:p w14:paraId="1BF56234" w14:textId="77777777" w:rsidR="00EE5F04" w:rsidRPr="008A20D0" w:rsidRDefault="00000000">
            <w:pPr>
              <w:spacing w:after="0" w:line="252" w:lineRule="auto"/>
              <w:jc w:val="center"/>
              <w:rPr>
                <w:rFonts w:cs="Times New Roman"/>
              </w:rPr>
            </w:pPr>
            <w:r w:rsidRPr="008A20D0">
              <w:rPr>
                <w:rFonts w:cs="Times New Roman"/>
                <w:sz w:val="20"/>
              </w:rPr>
              <w:t>7.2</w:t>
            </w:r>
          </w:p>
        </w:tc>
        <w:tc>
          <w:tcPr>
            <w:tcW w:w="1296" w:type="dxa"/>
            <w:tcMar>
              <w:top w:w="60" w:type="dxa"/>
              <w:left w:w="60" w:type="dxa"/>
              <w:bottom w:w="60" w:type="dxa"/>
              <w:right w:w="60" w:type="dxa"/>
            </w:tcMar>
            <w:vAlign w:val="center"/>
          </w:tcPr>
          <w:p w14:paraId="2FC51991" w14:textId="77777777" w:rsidR="00EE5F04" w:rsidRPr="008A20D0" w:rsidRDefault="00000000">
            <w:pPr>
              <w:spacing w:after="0" w:line="252" w:lineRule="auto"/>
              <w:jc w:val="center"/>
              <w:rPr>
                <w:rFonts w:cs="Times New Roman"/>
              </w:rPr>
            </w:pPr>
            <w:r w:rsidRPr="008A20D0">
              <w:rPr>
                <w:rFonts w:cs="Times New Roman"/>
                <w:sz w:val="20"/>
              </w:rPr>
              <w:t>3.0</w:t>
            </w:r>
          </w:p>
        </w:tc>
        <w:tc>
          <w:tcPr>
            <w:tcW w:w="1296" w:type="dxa"/>
            <w:tcMar>
              <w:top w:w="60" w:type="dxa"/>
              <w:left w:w="60" w:type="dxa"/>
              <w:bottom w:w="60" w:type="dxa"/>
              <w:right w:w="60" w:type="dxa"/>
            </w:tcMar>
            <w:vAlign w:val="center"/>
          </w:tcPr>
          <w:p w14:paraId="37729DC0" w14:textId="77777777" w:rsidR="00EE5F04" w:rsidRPr="008A20D0" w:rsidRDefault="00000000">
            <w:pPr>
              <w:spacing w:after="0" w:line="252" w:lineRule="auto"/>
              <w:jc w:val="center"/>
              <w:rPr>
                <w:rFonts w:cs="Times New Roman"/>
              </w:rPr>
            </w:pPr>
            <w:r w:rsidRPr="008A20D0">
              <w:rPr>
                <w:rFonts w:cs="Times New Roman"/>
                <w:sz w:val="20"/>
              </w:rPr>
              <w:t>2.9</w:t>
            </w:r>
          </w:p>
        </w:tc>
        <w:tc>
          <w:tcPr>
            <w:tcW w:w="1296" w:type="dxa"/>
            <w:tcMar>
              <w:top w:w="60" w:type="dxa"/>
              <w:left w:w="60" w:type="dxa"/>
              <w:bottom w:w="60" w:type="dxa"/>
              <w:right w:w="60" w:type="dxa"/>
            </w:tcMar>
            <w:vAlign w:val="center"/>
          </w:tcPr>
          <w:p w14:paraId="431AB2EE" w14:textId="77777777" w:rsidR="00EE5F04" w:rsidRPr="008A20D0" w:rsidRDefault="00000000">
            <w:pPr>
              <w:spacing w:after="0" w:line="252" w:lineRule="auto"/>
              <w:jc w:val="center"/>
              <w:rPr>
                <w:rFonts w:cs="Times New Roman"/>
              </w:rPr>
            </w:pPr>
            <w:r w:rsidRPr="008A20D0">
              <w:rPr>
                <w:rFonts w:cs="Times New Roman"/>
                <w:sz w:val="20"/>
              </w:rPr>
              <w:t>7.7</w:t>
            </w:r>
          </w:p>
        </w:tc>
      </w:tr>
      <w:tr w:rsidR="00EE5F04" w:rsidRPr="008A20D0" w14:paraId="70075665" w14:textId="77777777">
        <w:trPr>
          <w:cantSplit/>
          <w:jc w:val="center"/>
        </w:trPr>
        <w:tc>
          <w:tcPr>
            <w:tcW w:w="3312" w:type="dxa"/>
            <w:tcMar>
              <w:top w:w="60" w:type="dxa"/>
              <w:left w:w="60" w:type="dxa"/>
              <w:bottom w:w="60" w:type="dxa"/>
              <w:right w:w="60" w:type="dxa"/>
            </w:tcMar>
            <w:vAlign w:val="center"/>
          </w:tcPr>
          <w:p w14:paraId="61D87B58" w14:textId="77777777" w:rsidR="00EE5F04" w:rsidRPr="008A20D0" w:rsidRDefault="00000000">
            <w:pPr>
              <w:spacing w:after="0" w:line="252" w:lineRule="auto"/>
              <w:rPr>
                <w:rFonts w:cs="Times New Roman"/>
              </w:rPr>
            </w:pPr>
            <w:r w:rsidRPr="008A20D0">
              <w:rPr>
                <w:rFonts w:cs="Times New Roman"/>
                <w:sz w:val="20"/>
              </w:rPr>
              <w:t>Serum amylase</w:t>
            </w:r>
          </w:p>
        </w:tc>
        <w:tc>
          <w:tcPr>
            <w:tcW w:w="1296" w:type="dxa"/>
            <w:tcMar>
              <w:top w:w="60" w:type="dxa"/>
              <w:left w:w="60" w:type="dxa"/>
              <w:bottom w:w="60" w:type="dxa"/>
              <w:right w:w="60" w:type="dxa"/>
            </w:tcMar>
            <w:vAlign w:val="center"/>
          </w:tcPr>
          <w:p w14:paraId="4900BA9B" w14:textId="77777777" w:rsidR="00EE5F04" w:rsidRPr="008A20D0" w:rsidRDefault="00000000">
            <w:pPr>
              <w:spacing w:after="0" w:line="252" w:lineRule="auto"/>
              <w:jc w:val="center"/>
              <w:rPr>
                <w:rFonts w:cs="Times New Roman"/>
              </w:rPr>
            </w:pPr>
            <w:r w:rsidRPr="008A20D0">
              <w:rPr>
                <w:rFonts w:cs="Times New Roman"/>
                <w:sz w:val="20"/>
              </w:rPr>
              <w:t>15.6</w:t>
            </w:r>
          </w:p>
        </w:tc>
        <w:tc>
          <w:tcPr>
            <w:tcW w:w="1296" w:type="dxa"/>
            <w:tcMar>
              <w:top w:w="60" w:type="dxa"/>
              <w:left w:w="60" w:type="dxa"/>
              <w:bottom w:w="60" w:type="dxa"/>
              <w:right w:w="60" w:type="dxa"/>
            </w:tcMar>
            <w:vAlign w:val="center"/>
          </w:tcPr>
          <w:p w14:paraId="3C03ABC5" w14:textId="77777777" w:rsidR="00EE5F04" w:rsidRPr="008A20D0" w:rsidRDefault="00000000">
            <w:pPr>
              <w:spacing w:after="0" w:line="252" w:lineRule="auto"/>
              <w:jc w:val="center"/>
              <w:rPr>
                <w:rFonts w:cs="Times New Roman"/>
              </w:rPr>
            </w:pPr>
            <w:r w:rsidRPr="008A20D0">
              <w:rPr>
                <w:rFonts w:cs="Times New Roman"/>
                <w:sz w:val="20"/>
              </w:rPr>
              <w:t>7.2</w:t>
            </w:r>
          </w:p>
        </w:tc>
        <w:tc>
          <w:tcPr>
            <w:tcW w:w="1296" w:type="dxa"/>
            <w:tcMar>
              <w:top w:w="60" w:type="dxa"/>
              <w:left w:w="60" w:type="dxa"/>
              <w:bottom w:w="60" w:type="dxa"/>
              <w:right w:w="60" w:type="dxa"/>
            </w:tcMar>
            <w:vAlign w:val="center"/>
          </w:tcPr>
          <w:p w14:paraId="73E167C6"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29571483" w14:textId="77777777" w:rsidR="00EE5F04" w:rsidRPr="008A20D0" w:rsidRDefault="00000000">
            <w:pPr>
              <w:spacing w:after="0" w:line="252" w:lineRule="auto"/>
              <w:jc w:val="center"/>
              <w:rPr>
                <w:rFonts w:cs="Times New Roman"/>
              </w:rPr>
            </w:pPr>
            <w:r w:rsidRPr="008A20D0">
              <w:rPr>
                <w:rFonts w:cs="Times New Roman"/>
                <w:sz w:val="20"/>
              </w:rPr>
              <w:t>2.9</w:t>
            </w:r>
          </w:p>
        </w:tc>
        <w:tc>
          <w:tcPr>
            <w:tcW w:w="1296" w:type="dxa"/>
            <w:tcMar>
              <w:top w:w="60" w:type="dxa"/>
              <w:left w:w="60" w:type="dxa"/>
              <w:bottom w:w="60" w:type="dxa"/>
              <w:right w:w="60" w:type="dxa"/>
            </w:tcMar>
            <w:vAlign w:val="center"/>
          </w:tcPr>
          <w:p w14:paraId="0CBAA98E"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5EB01E8B" w14:textId="77777777">
        <w:trPr>
          <w:cantSplit/>
          <w:jc w:val="center"/>
        </w:trPr>
        <w:tc>
          <w:tcPr>
            <w:tcW w:w="3312" w:type="dxa"/>
            <w:tcMar>
              <w:top w:w="60" w:type="dxa"/>
              <w:left w:w="60" w:type="dxa"/>
              <w:bottom w:w="60" w:type="dxa"/>
              <w:right w:w="60" w:type="dxa"/>
            </w:tcMar>
            <w:vAlign w:val="center"/>
          </w:tcPr>
          <w:p w14:paraId="648A482A" w14:textId="77777777" w:rsidR="00EE5F04" w:rsidRPr="008A20D0" w:rsidRDefault="00000000">
            <w:pPr>
              <w:spacing w:after="0" w:line="252" w:lineRule="auto"/>
              <w:rPr>
                <w:rFonts w:cs="Times New Roman"/>
              </w:rPr>
            </w:pPr>
            <w:r w:rsidRPr="008A20D0">
              <w:rPr>
                <w:rFonts w:cs="Times New Roman"/>
                <w:sz w:val="20"/>
              </w:rPr>
              <w:t>Lipase</w:t>
            </w:r>
          </w:p>
        </w:tc>
        <w:tc>
          <w:tcPr>
            <w:tcW w:w="1296" w:type="dxa"/>
            <w:tcMar>
              <w:top w:w="60" w:type="dxa"/>
              <w:left w:w="60" w:type="dxa"/>
              <w:bottom w:w="60" w:type="dxa"/>
              <w:right w:w="60" w:type="dxa"/>
            </w:tcMar>
            <w:vAlign w:val="center"/>
          </w:tcPr>
          <w:p w14:paraId="27FF6D9E" w14:textId="77777777" w:rsidR="00EE5F04" w:rsidRPr="008A20D0" w:rsidRDefault="00000000">
            <w:pPr>
              <w:spacing w:after="0" w:line="252" w:lineRule="auto"/>
              <w:jc w:val="center"/>
              <w:rPr>
                <w:rFonts w:cs="Times New Roman"/>
              </w:rPr>
            </w:pPr>
            <w:r w:rsidRPr="008A20D0">
              <w:rPr>
                <w:rFonts w:cs="Times New Roman"/>
                <w:sz w:val="20"/>
              </w:rPr>
              <w:t>43.8</w:t>
            </w:r>
          </w:p>
        </w:tc>
        <w:tc>
          <w:tcPr>
            <w:tcW w:w="1296" w:type="dxa"/>
            <w:tcMar>
              <w:top w:w="60" w:type="dxa"/>
              <w:left w:w="60" w:type="dxa"/>
              <w:bottom w:w="60" w:type="dxa"/>
              <w:right w:w="60" w:type="dxa"/>
            </w:tcMar>
            <w:vAlign w:val="center"/>
          </w:tcPr>
          <w:p w14:paraId="0D1D11A1" w14:textId="77777777" w:rsidR="00EE5F04" w:rsidRPr="008A20D0" w:rsidRDefault="00000000">
            <w:pPr>
              <w:spacing w:after="0" w:line="252" w:lineRule="auto"/>
              <w:jc w:val="center"/>
              <w:rPr>
                <w:rFonts w:cs="Times New Roman"/>
              </w:rPr>
            </w:pPr>
            <w:r w:rsidRPr="008A20D0">
              <w:rPr>
                <w:rFonts w:cs="Times New Roman"/>
                <w:sz w:val="20"/>
              </w:rPr>
              <w:t>39.8</w:t>
            </w:r>
          </w:p>
        </w:tc>
        <w:tc>
          <w:tcPr>
            <w:tcW w:w="1296" w:type="dxa"/>
            <w:tcMar>
              <w:top w:w="60" w:type="dxa"/>
              <w:left w:w="60" w:type="dxa"/>
              <w:bottom w:w="60" w:type="dxa"/>
              <w:right w:w="60" w:type="dxa"/>
            </w:tcMar>
            <w:vAlign w:val="center"/>
          </w:tcPr>
          <w:p w14:paraId="2F3A0F0D" w14:textId="77777777" w:rsidR="00EE5F04" w:rsidRPr="008A20D0" w:rsidRDefault="00000000">
            <w:pPr>
              <w:spacing w:after="0" w:line="252" w:lineRule="auto"/>
              <w:jc w:val="center"/>
              <w:rPr>
                <w:rFonts w:cs="Times New Roman"/>
              </w:rPr>
            </w:pPr>
            <w:r w:rsidRPr="008A20D0">
              <w:rPr>
                <w:rFonts w:cs="Times New Roman"/>
                <w:sz w:val="20"/>
              </w:rPr>
              <w:t>42.3</w:t>
            </w:r>
          </w:p>
        </w:tc>
        <w:tc>
          <w:tcPr>
            <w:tcW w:w="1296" w:type="dxa"/>
            <w:tcMar>
              <w:top w:w="60" w:type="dxa"/>
              <w:left w:w="60" w:type="dxa"/>
              <w:bottom w:w="60" w:type="dxa"/>
              <w:right w:w="60" w:type="dxa"/>
            </w:tcMar>
            <w:vAlign w:val="center"/>
          </w:tcPr>
          <w:p w14:paraId="61603D16" w14:textId="77777777" w:rsidR="00EE5F04" w:rsidRPr="008A20D0" w:rsidRDefault="00000000">
            <w:pPr>
              <w:spacing w:after="0" w:line="252" w:lineRule="auto"/>
              <w:jc w:val="center"/>
              <w:rPr>
                <w:rFonts w:cs="Times New Roman"/>
              </w:rPr>
            </w:pPr>
            <w:r w:rsidRPr="008A20D0">
              <w:rPr>
                <w:rFonts w:cs="Times New Roman"/>
                <w:sz w:val="20"/>
              </w:rPr>
              <w:t>46.2</w:t>
            </w:r>
          </w:p>
        </w:tc>
        <w:tc>
          <w:tcPr>
            <w:tcW w:w="1296" w:type="dxa"/>
            <w:tcMar>
              <w:top w:w="60" w:type="dxa"/>
              <w:left w:w="60" w:type="dxa"/>
              <w:bottom w:w="60" w:type="dxa"/>
              <w:right w:w="60" w:type="dxa"/>
            </w:tcMar>
            <w:vAlign w:val="center"/>
          </w:tcPr>
          <w:p w14:paraId="44146D41" w14:textId="77777777" w:rsidR="00EE5F04" w:rsidRPr="008A20D0" w:rsidRDefault="00000000">
            <w:pPr>
              <w:spacing w:after="0" w:line="252" w:lineRule="auto"/>
              <w:jc w:val="center"/>
              <w:rPr>
                <w:rFonts w:cs="Times New Roman"/>
              </w:rPr>
            </w:pPr>
            <w:r w:rsidRPr="008A20D0">
              <w:rPr>
                <w:rFonts w:cs="Times New Roman"/>
                <w:sz w:val="20"/>
              </w:rPr>
              <w:t>61.5</w:t>
            </w:r>
          </w:p>
        </w:tc>
      </w:tr>
      <w:tr w:rsidR="00EE5F04" w:rsidRPr="008A20D0" w14:paraId="37B5824D" w14:textId="77777777">
        <w:trPr>
          <w:cantSplit/>
          <w:jc w:val="center"/>
        </w:trPr>
        <w:tc>
          <w:tcPr>
            <w:tcW w:w="3312" w:type="dxa"/>
            <w:tcMar>
              <w:top w:w="60" w:type="dxa"/>
              <w:left w:w="60" w:type="dxa"/>
              <w:bottom w:w="60" w:type="dxa"/>
              <w:right w:w="60" w:type="dxa"/>
            </w:tcMar>
            <w:vAlign w:val="center"/>
          </w:tcPr>
          <w:p w14:paraId="2590A2B9" w14:textId="77777777" w:rsidR="00EE5F04" w:rsidRPr="008A20D0" w:rsidRDefault="00000000">
            <w:pPr>
              <w:spacing w:after="0" w:line="252" w:lineRule="auto"/>
              <w:rPr>
                <w:rFonts w:cs="Times New Roman"/>
              </w:rPr>
            </w:pPr>
            <w:r w:rsidRPr="008A20D0">
              <w:rPr>
                <w:rFonts w:cs="Times New Roman"/>
                <w:sz w:val="20"/>
              </w:rPr>
              <w:t>Drain-fluid amylase</w:t>
            </w:r>
          </w:p>
        </w:tc>
        <w:tc>
          <w:tcPr>
            <w:tcW w:w="1296" w:type="dxa"/>
            <w:tcMar>
              <w:top w:w="60" w:type="dxa"/>
              <w:left w:w="60" w:type="dxa"/>
              <w:bottom w:w="60" w:type="dxa"/>
              <w:right w:w="60" w:type="dxa"/>
            </w:tcMar>
            <w:vAlign w:val="center"/>
          </w:tcPr>
          <w:p w14:paraId="38BF6016" w14:textId="77777777" w:rsidR="00EE5F04" w:rsidRPr="008A20D0" w:rsidRDefault="00000000">
            <w:pPr>
              <w:spacing w:after="0" w:line="252" w:lineRule="auto"/>
              <w:jc w:val="center"/>
              <w:rPr>
                <w:rFonts w:cs="Times New Roman"/>
              </w:rPr>
            </w:pPr>
            <w:r w:rsidRPr="008A20D0">
              <w:rPr>
                <w:rFonts w:cs="Times New Roman"/>
                <w:sz w:val="20"/>
              </w:rPr>
              <w:t>34.4</w:t>
            </w:r>
          </w:p>
        </w:tc>
        <w:tc>
          <w:tcPr>
            <w:tcW w:w="1296" w:type="dxa"/>
            <w:tcMar>
              <w:top w:w="60" w:type="dxa"/>
              <w:left w:w="60" w:type="dxa"/>
              <w:bottom w:w="60" w:type="dxa"/>
              <w:right w:w="60" w:type="dxa"/>
            </w:tcMar>
            <w:vAlign w:val="center"/>
          </w:tcPr>
          <w:p w14:paraId="20D5ED68" w14:textId="77777777" w:rsidR="00EE5F04" w:rsidRPr="008A20D0" w:rsidRDefault="00000000">
            <w:pPr>
              <w:spacing w:after="0" w:line="252" w:lineRule="auto"/>
              <w:jc w:val="center"/>
              <w:rPr>
                <w:rFonts w:cs="Times New Roman"/>
              </w:rPr>
            </w:pPr>
            <w:r w:rsidRPr="008A20D0">
              <w:rPr>
                <w:rFonts w:cs="Times New Roman"/>
                <w:sz w:val="20"/>
              </w:rPr>
              <w:t>24.1</w:t>
            </w:r>
          </w:p>
        </w:tc>
        <w:tc>
          <w:tcPr>
            <w:tcW w:w="1296" w:type="dxa"/>
            <w:tcMar>
              <w:top w:w="60" w:type="dxa"/>
              <w:left w:w="60" w:type="dxa"/>
              <w:bottom w:w="60" w:type="dxa"/>
              <w:right w:w="60" w:type="dxa"/>
            </w:tcMar>
            <w:vAlign w:val="center"/>
          </w:tcPr>
          <w:p w14:paraId="4A017836" w14:textId="77777777" w:rsidR="00EE5F04" w:rsidRPr="008A20D0" w:rsidRDefault="00000000">
            <w:pPr>
              <w:spacing w:after="0" w:line="252" w:lineRule="auto"/>
              <w:jc w:val="center"/>
              <w:rPr>
                <w:rFonts w:cs="Times New Roman"/>
              </w:rPr>
            </w:pPr>
            <w:r w:rsidRPr="008A20D0">
              <w:rPr>
                <w:rFonts w:cs="Times New Roman"/>
                <w:sz w:val="20"/>
              </w:rPr>
              <w:t>12.5</w:t>
            </w:r>
          </w:p>
        </w:tc>
        <w:tc>
          <w:tcPr>
            <w:tcW w:w="1296" w:type="dxa"/>
            <w:tcMar>
              <w:top w:w="60" w:type="dxa"/>
              <w:left w:w="60" w:type="dxa"/>
              <w:bottom w:w="60" w:type="dxa"/>
              <w:right w:w="60" w:type="dxa"/>
            </w:tcMar>
            <w:vAlign w:val="center"/>
          </w:tcPr>
          <w:p w14:paraId="356D89C2" w14:textId="77777777" w:rsidR="00EE5F04" w:rsidRPr="008A20D0" w:rsidRDefault="00000000">
            <w:pPr>
              <w:spacing w:after="0" w:line="252" w:lineRule="auto"/>
              <w:jc w:val="center"/>
              <w:rPr>
                <w:rFonts w:cs="Times New Roman"/>
              </w:rPr>
            </w:pPr>
            <w:r w:rsidRPr="008A20D0">
              <w:rPr>
                <w:rFonts w:cs="Times New Roman"/>
                <w:sz w:val="20"/>
              </w:rPr>
              <w:t>13.5</w:t>
            </w:r>
          </w:p>
        </w:tc>
        <w:tc>
          <w:tcPr>
            <w:tcW w:w="1296" w:type="dxa"/>
            <w:tcMar>
              <w:top w:w="60" w:type="dxa"/>
              <w:left w:w="60" w:type="dxa"/>
              <w:bottom w:w="60" w:type="dxa"/>
              <w:right w:w="60" w:type="dxa"/>
            </w:tcMar>
            <w:vAlign w:val="center"/>
          </w:tcPr>
          <w:p w14:paraId="464A9EA9" w14:textId="77777777" w:rsidR="00EE5F04" w:rsidRPr="008A20D0" w:rsidRDefault="00000000">
            <w:pPr>
              <w:spacing w:after="0" w:line="252" w:lineRule="auto"/>
              <w:jc w:val="center"/>
              <w:rPr>
                <w:rFonts w:cs="Times New Roman"/>
              </w:rPr>
            </w:pPr>
            <w:r w:rsidRPr="008A20D0">
              <w:rPr>
                <w:rFonts w:cs="Times New Roman"/>
                <w:sz w:val="20"/>
              </w:rPr>
              <w:t>12.0</w:t>
            </w:r>
          </w:p>
        </w:tc>
      </w:tr>
      <w:tr w:rsidR="00EE5F04" w:rsidRPr="008A20D0" w14:paraId="6A6E1CB4" w14:textId="77777777">
        <w:trPr>
          <w:cantSplit/>
          <w:jc w:val="center"/>
        </w:trPr>
        <w:tc>
          <w:tcPr>
            <w:tcW w:w="3312" w:type="dxa"/>
            <w:tcMar>
              <w:top w:w="60" w:type="dxa"/>
              <w:left w:w="60" w:type="dxa"/>
              <w:bottom w:w="60" w:type="dxa"/>
              <w:right w:w="60" w:type="dxa"/>
            </w:tcMar>
            <w:vAlign w:val="center"/>
          </w:tcPr>
          <w:p w14:paraId="495493B2" w14:textId="77777777" w:rsidR="00EE5F04" w:rsidRPr="008A20D0" w:rsidRDefault="00000000">
            <w:pPr>
              <w:spacing w:after="0" w:line="252" w:lineRule="auto"/>
              <w:rPr>
                <w:rFonts w:cs="Times New Roman"/>
              </w:rPr>
            </w:pPr>
            <w:r w:rsidRPr="008A20D0">
              <w:rPr>
                <w:rFonts w:cs="Times New Roman"/>
                <w:sz w:val="20"/>
              </w:rPr>
              <w:t>Drain-fluid bilirubin</w:t>
            </w:r>
          </w:p>
        </w:tc>
        <w:tc>
          <w:tcPr>
            <w:tcW w:w="1296" w:type="dxa"/>
            <w:tcMar>
              <w:top w:w="60" w:type="dxa"/>
              <w:left w:w="60" w:type="dxa"/>
              <w:bottom w:w="60" w:type="dxa"/>
              <w:right w:w="60" w:type="dxa"/>
            </w:tcMar>
            <w:vAlign w:val="center"/>
          </w:tcPr>
          <w:p w14:paraId="4CB2F7B1" w14:textId="77777777" w:rsidR="00EE5F04" w:rsidRPr="008A20D0" w:rsidRDefault="00000000">
            <w:pPr>
              <w:spacing w:after="0" w:line="252" w:lineRule="auto"/>
              <w:jc w:val="center"/>
              <w:rPr>
                <w:rFonts w:cs="Times New Roman"/>
              </w:rPr>
            </w:pPr>
            <w:r w:rsidRPr="008A20D0">
              <w:rPr>
                <w:rFonts w:cs="Times New Roman"/>
                <w:sz w:val="20"/>
              </w:rPr>
              <w:t>71.9</w:t>
            </w:r>
          </w:p>
        </w:tc>
        <w:tc>
          <w:tcPr>
            <w:tcW w:w="1296" w:type="dxa"/>
            <w:tcMar>
              <w:top w:w="60" w:type="dxa"/>
              <w:left w:w="60" w:type="dxa"/>
              <w:bottom w:w="60" w:type="dxa"/>
              <w:right w:w="60" w:type="dxa"/>
            </w:tcMar>
            <w:vAlign w:val="center"/>
          </w:tcPr>
          <w:p w14:paraId="08D52DF3" w14:textId="77777777" w:rsidR="00EE5F04" w:rsidRPr="008A20D0" w:rsidRDefault="00000000">
            <w:pPr>
              <w:spacing w:after="0" w:line="252" w:lineRule="auto"/>
              <w:jc w:val="center"/>
              <w:rPr>
                <w:rFonts w:cs="Times New Roman"/>
              </w:rPr>
            </w:pPr>
            <w:r w:rsidRPr="008A20D0">
              <w:rPr>
                <w:rFonts w:cs="Times New Roman"/>
                <w:sz w:val="20"/>
              </w:rPr>
              <w:t>60.2</w:t>
            </w:r>
          </w:p>
        </w:tc>
        <w:tc>
          <w:tcPr>
            <w:tcW w:w="1296" w:type="dxa"/>
            <w:tcMar>
              <w:top w:w="60" w:type="dxa"/>
              <w:left w:w="60" w:type="dxa"/>
              <w:bottom w:w="60" w:type="dxa"/>
              <w:right w:w="60" w:type="dxa"/>
            </w:tcMar>
            <w:vAlign w:val="center"/>
          </w:tcPr>
          <w:p w14:paraId="75508549" w14:textId="77777777" w:rsidR="00EE5F04" w:rsidRPr="008A20D0" w:rsidRDefault="00000000">
            <w:pPr>
              <w:spacing w:after="0" w:line="252" w:lineRule="auto"/>
              <w:jc w:val="center"/>
              <w:rPr>
                <w:rFonts w:cs="Times New Roman"/>
              </w:rPr>
            </w:pPr>
            <w:r w:rsidRPr="008A20D0">
              <w:rPr>
                <w:rFonts w:cs="Times New Roman"/>
                <w:sz w:val="20"/>
              </w:rPr>
              <w:t>51.8</w:t>
            </w:r>
          </w:p>
        </w:tc>
        <w:tc>
          <w:tcPr>
            <w:tcW w:w="1296" w:type="dxa"/>
            <w:tcMar>
              <w:top w:w="60" w:type="dxa"/>
              <w:left w:w="60" w:type="dxa"/>
              <w:bottom w:w="60" w:type="dxa"/>
              <w:right w:w="60" w:type="dxa"/>
            </w:tcMar>
            <w:vAlign w:val="center"/>
          </w:tcPr>
          <w:p w14:paraId="2D1642B3" w14:textId="77777777" w:rsidR="00EE5F04" w:rsidRPr="008A20D0" w:rsidRDefault="00000000">
            <w:pPr>
              <w:spacing w:after="0" w:line="252" w:lineRule="auto"/>
              <w:jc w:val="center"/>
              <w:rPr>
                <w:rFonts w:cs="Times New Roman"/>
              </w:rPr>
            </w:pPr>
            <w:r w:rsidRPr="008A20D0">
              <w:rPr>
                <w:rFonts w:cs="Times New Roman"/>
                <w:sz w:val="20"/>
              </w:rPr>
              <w:t>61.5</w:t>
            </w:r>
          </w:p>
        </w:tc>
        <w:tc>
          <w:tcPr>
            <w:tcW w:w="1296" w:type="dxa"/>
            <w:tcMar>
              <w:top w:w="60" w:type="dxa"/>
              <w:left w:w="60" w:type="dxa"/>
              <w:bottom w:w="60" w:type="dxa"/>
              <w:right w:w="60" w:type="dxa"/>
            </w:tcMar>
            <w:vAlign w:val="center"/>
          </w:tcPr>
          <w:p w14:paraId="4A098633" w14:textId="77777777" w:rsidR="00EE5F04" w:rsidRPr="008A20D0" w:rsidRDefault="00000000">
            <w:pPr>
              <w:spacing w:after="0" w:line="252" w:lineRule="auto"/>
              <w:jc w:val="center"/>
              <w:rPr>
                <w:rFonts w:cs="Times New Roman"/>
              </w:rPr>
            </w:pPr>
            <w:r w:rsidRPr="008A20D0">
              <w:rPr>
                <w:rFonts w:cs="Times New Roman"/>
                <w:sz w:val="20"/>
              </w:rPr>
              <w:t>70.9</w:t>
            </w:r>
          </w:p>
        </w:tc>
      </w:tr>
      <w:tr w:rsidR="00EE5F04" w:rsidRPr="008A20D0" w14:paraId="09E18610" w14:textId="77777777">
        <w:trPr>
          <w:cantSplit/>
          <w:jc w:val="center"/>
        </w:trPr>
        <w:tc>
          <w:tcPr>
            <w:tcW w:w="3312" w:type="dxa"/>
            <w:tcMar>
              <w:top w:w="60" w:type="dxa"/>
              <w:left w:w="60" w:type="dxa"/>
              <w:bottom w:w="60" w:type="dxa"/>
              <w:right w:w="60" w:type="dxa"/>
            </w:tcMar>
            <w:vAlign w:val="center"/>
          </w:tcPr>
          <w:p w14:paraId="1D501EDA" w14:textId="77777777" w:rsidR="00EE5F04" w:rsidRPr="008A20D0" w:rsidRDefault="00000000">
            <w:pPr>
              <w:spacing w:after="0" w:line="252" w:lineRule="auto"/>
              <w:rPr>
                <w:rFonts w:cs="Times New Roman"/>
              </w:rPr>
            </w:pPr>
            <w:r w:rsidRPr="008A20D0">
              <w:rPr>
                <w:rFonts w:cs="Times New Roman"/>
                <w:sz w:val="20"/>
              </w:rPr>
              <w:t>Creatine kinase isoenzyme</w:t>
            </w:r>
          </w:p>
        </w:tc>
        <w:tc>
          <w:tcPr>
            <w:tcW w:w="1296" w:type="dxa"/>
            <w:tcMar>
              <w:top w:w="60" w:type="dxa"/>
              <w:left w:w="60" w:type="dxa"/>
              <w:bottom w:w="60" w:type="dxa"/>
              <w:right w:w="60" w:type="dxa"/>
            </w:tcMar>
            <w:vAlign w:val="center"/>
          </w:tcPr>
          <w:p w14:paraId="25BC5588" w14:textId="77777777" w:rsidR="00EE5F04" w:rsidRPr="008A20D0" w:rsidRDefault="00000000">
            <w:pPr>
              <w:spacing w:after="0" w:line="252" w:lineRule="auto"/>
              <w:jc w:val="center"/>
              <w:rPr>
                <w:rFonts w:cs="Times New Roman"/>
              </w:rPr>
            </w:pPr>
            <w:r w:rsidRPr="008A20D0">
              <w:rPr>
                <w:rFonts w:cs="Times New Roman"/>
                <w:sz w:val="20"/>
              </w:rPr>
              <w:t>31.2</w:t>
            </w:r>
          </w:p>
        </w:tc>
        <w:tc>
          <w:tcPr>
            <w:tcW w:w="1296" w:type="dxa"/>
            <w:tcMar>
              <w:top w:w="60" w:type="dxa"/>
              <w:left w:w="60" w:type="dxa"/>
              <w:bottom w:w="60" w:type="dxa"/>
              <w:right w:w="60" w:type="dxa"/>
            </w:tcMar>
            <w:vAlign w:val="center"/>
          </w:tcPr>
          <w:p w14:paraId="452A0F0F" w14:textId="77777777" w:rsidR="00EE5F04" w:rsidRPr="008A20D0" w:rsidRDefault="00000000">
            <w:pPr>
              <w:spacing w:after="0" w:line="252" w:lineRule="auto"/>
              <w:jc w:val="center"/>
              <w:rPr>
                <w:rFonts w:cs="Times New Roman"/>
              </w:rPr>
            </w:pPr>
            <w:r w:rsidRPr="008A20D0">
              <w:rPr>
                <w:rFonts w:cs="Times New Roman"/>
                <w:sz w:val="20"/>
              </w:rPr>
              <w:t>25.3</w:t>
            </w:r>
          </w:p>
        </w:tc>
        <w:tc>
          <w:tcPr>
            <w:tcW w:w="1296" w:type="dxa"/>
            <w:tcMar>
              <w:top w:w="60" w:type="dxa"/>
              <w:left w:w="60" w:type="dxa"/>
              <w:bottom w:w="60" w:type="dxa"/>
              <w:right w:w="60" w:type="dxa"/>
            </w:tcMar>
            <w:vAlign w:val="center"/>
          </w:tcPr>
          <w:p w14:paraId="79908551" w14:textId="77777777" w:rsidR="00EE5F04" w:rsidRPr="008A20D0" w:rsidRDefault="00000000">
            <w:pPr>
              <w:spacing w:after="0" w:line="252" w:lineRule="auto"/>
              <w:jc w:val="center"/>
              <w:rPr>
                <w:rFonts w:cs="Times New Roman"/>
              </w:rPr>
            </w:pPr>
            <w:r w:rsidRPr="008A20D0">
              <w:rPr>
                <w:rFonts w:cs="Times New Roman"/>
                <w:sz w:val="20"/>
              </w:rPr>
              <w:t>35.1</w:t>
            </w:r>
          </w:p>
        </w:tc>
        <w:tc>
          <w:tcPr>
            <w:tcW w:w="1296" w:type="dxa"/>
            <w:tcMar>
              <w:top w:w="60" w:type="dxa"/>
              <w:left w:w="60" w:type="dxa"/>
              <w:bottom w:w="60" w:type="dxa"/>
              <w:right w:w="60" w:type="dxa"/>
            </w:tcMar>
            <w:vAlign w:val="center"/>
          </w:tcPr>
          <w:p w14:paraId="38577095" w14:textId="77777777" w:rsidR="00EE5F04" w:rsidRPr="008A20D0" w:rsidRDefault="00000000">
            <w:pPr>
              <w:spacing w:after="0" w:line="252" w:lineRule="auto"/>
              <w:jc w:val="center"/>
              <w:rPr>
                <w:rFonts w:cs="Times New Roman"/>
              </w:rPr>
            </w:pPr>
            <w:r w:rsidRPr="008A20D0">
              <w:rPr>
                <w:rFonts w:cs="Times New Roman"/>
                <w:sz w:val="20"/>
              </w:rPr>
              <w:t>37.5</w:t>
            </w:r>
          </w:p>
        </w:tc>
        <w:tc>
          <w:tcPr>
            <w:tcW w:w="1296" w:type="dxa"/>
            <w:tcMar>
              <w:top w:w="60" w:type="dxa"/>
              <w:left w:w="60" w:type="dxa"/>
              <w:bottom w:w="60" w:type="dxa"/>
              <w:right w:w="60" w:type="dxa"/>
            </w:tcMar>
            <w:vAlign w:val="center"/>
          </w:tcPr>
          <w:p w14:paraId="0D86DD39" w14:textId="77777777" w:rsidR="00EE5F04" w:rsidRPr="008A20D0" w:rsidRDefault="00000000">
            <w:pPr>
              <w:spacing w:after="0" w:line="252" w:lineRule="auto"/>
              <w:jc w:val="center"/>
              <w:rPr>
                <w:rFonts w:cs="Times New Roman"/>
              </w:rPr>
            </w:pPr>
            <w:r w:rsidRPr="008A20D0">
              <w:rPr>
                <w:rFonts w:cs="Times New Roman"/>
                <w:sz w:val="20"/>
              </w:rPr>
              <w:t>54.7</w:t>
            </w:r>
          </w:p>
        </w:tc>
      </w:tr>
      <w:tr w:rsidR="00EE5F04" w:rsidRPr="008A20D0" w14:paraId="7ABF8348" w14:textId="77777777">
        <w:trPr>
          <w:cantSplit/>
          <w:jc w:val="center"/>
        </w:trPr>
        <w:tc>
          <w:tcPr>
            <w:tcW w:w="3312" w:type="dxa"/>
            <w:tcMar>
              <w:top w:w="60" w:type="dxa"/>
              <w:left w:w="60" w:type="dxa"/>
              <w:bottom w:w="60" w:type="dxa"/>
              <w:right w:w="60" w:type="dxa"/>
            </w:tcMar>
            <w:vAlign w:val="center"/>
          </w:tcPr>
          <w:p w14:paraId="2BE0C9B0" w14:textId="77777777" w:rsidR="00EE5F04" w:rsidRPr="008A20D0" w:rsidRDefault="00000000">
            <w:pPr>
              <w:spacing w:after="0" w:line="252" w:lineRule="auto"/>
              <w:rPr>
                <w:rFonts w:cs="Times New Roman"/>
              </w:rPr>
            </w:pPr>
            <w:r w:rsidRPr="008A20D0">
              <w:rPr>
                <w:rFonts w:cs="Times New Roman"/>
                <w:sz w:val="20"/>
              </w:rPr>
              <w:t>Lactate dehydrogenase</w:t>
            </w:r>
          </w:p>
        </w:tc>
        <w:tc>
          <w:tcPr>
            <w:tcW w:w="1296" w:type="dxa"/>
            <w:tcMar>
              <w:top w:w="60" w:type="dxa"/>
              <w:left w:w="60" w:type="dxa"/>
              <w:bottom w:w="60" w:type="dxa"/>
              <w:right w:w="60" w:type="dxa"/>
            </w:tcMar>
            <w:vAlign w:val="center"/>
          </w:tcPr>
          <w:p w14:paraId="69A62F6A" w14:textId="77777777" w:rsidR="00EE5F04" w:rsidRPr="008A20D0" w:rsidRDefault="00000000">
            <w:pPr>
              <w:spacing w:after="0" w:line="252" w:lineRule="auto"/>
              <w:jc w:val="center"/>
              <w:rPr>
                <w:rFonts w:cs="Times New Roman"/>
              </w:rPr>
            </w:pPr>
            <w:r w:rsidRPr="008A20D0">
              <w:rPr>
                <w:rFonts w:cs="Times New Roman"/>
                <w:sz w:val="20"/>
              </w:rPr>
              <w:t>31.2</w:t>
            </w:r>
          </w:p>
        </w:tc>
        <w:tc>
          <w:tcPr>
            <w:tcW w:w="1296" w:type="dxa"/>
            <w:tcMar>
              <w:top w:w="60" w:type="dxa"/>
              <w:left w:w="60" w:type="dxa"/>
              <w:bottom w:w="60" w:type="dxa"/>
              <w:right w:w="60" w:type="dxa"/>
            </w:tcMar>
            <w:vAlign w:val="center"/>
          </w:tcPr>
          <w:p w14:paraId="2775E47A" w14:textId="77777777" w:rsidR="00EE5F04" w:rsidRPr="008A20D0" w:rsidRDefault="00000000">
            <w:pPr>
              <w:spacing w:after="0" w:line="252" w:lineRule="auto"/>
              <w:jc w:val="center"/>
              <w:rPr>
                <w:rFonts w:cs="Times New Roman"/>
              </w:rPr>
            </w:pPr>
            <w:r w:rsidRPr="008A20D0">
              <w:rPr>
                <w:rFonts w:cs="Times New Roman"/>
                <w:sz w:val="20"/>
              </w:rPr>
              <w:t>25.3</w:t>
            </w:r>
          </w:p>
        </w:tc>
        <w:tc>
          <w:tcPr>
            <w:tcW w:w="1296" w:type="dxa"/>
            <w:tcMar>
              <w:top w:w="60" w:type="dxa"/>
              <w:left w:w="60" w:type="dxa"/>
              <w:bottom w:w="60" w:type="dxa"/>
              <w:right w:w="60" w:type="dxa"/>
            </w:tcMar>
            <w:vAlign w:val="center"/>
          </w:tcPr>
          <w:p w14:paraId="70CAF688" w14:textId="77777777" w:rsidR="00EE5F04" w:rsidRPr="008A20D0" w:rsidRDefault="00000000">
            <w:pPr>
              <w:spacing w:after="0" w:line="252" w:lineRule="auto"/>
              <w:jc w:val="center"/>
              <w:rPr>
                <w:rFonts w:cs="Times New Roman"/>
              </w:rPr>
            </w:pPr>
            <w:r w:rsidRPr="008A20D0">
              <w:rPr>
                <w:rFonts w:cs="Times New Roman"/>
                <w:sz w:val="20"/>
              </w:rPr>
              <w:t>35.1</w:t>
            </w:r>
          </w:p>
        </w:tc>
        <w:tc>
          <w:tcPr>
            <w:tcW w:w="1296" w:type="dxa"/>
            <w:tcMar>
              <w:top w:w="60" w:type="dxa"/>
              <w:left w:w="60" w:type="dxa"/>
              <w:bottom w:w="60" w:type="dxa"/>
              <w:right w:w="60" w:type="dxa"/>
            </w:tcMar>
            <w:vAlign w:val="center"/>
          </w:tcPr>
          <w:p w14:paraId="3560B3EC" w14:textId="77777777" w:rsidR="00EE5F04" w:rsidRPr="008A20D0" w:rsidRDefault="00000000">
            <w:pPr>
              <w:spacing w:after="0" w:line="252" w:lineRule="auto"/>
              <w:jc w:val="center"/>
              <w:rPr>
                <w:rFonts w:cs="Times New Roman"/>
              </w:rPr>
            </w:pPr>
            <w:r w:rsidRPr="008A20D0">
              <w:rPr>
                <w:rFonts w:cs="Times New Roman"/>
                <w:sz w:val="20"/>
              </w:rPr>
              <w:t>37.5</w:t>
            </w:r>
          </w:p>
        </w:tc>
        <w:tc>
          <w:tcPr>
            <w:tcW w:w="1296" w:type="dxa"/>
            <w:tcMar>
              <w:top w:w="60" w:type="dxa"/>
              <w:left w:w="60" w:type="dxa"/>
              <w:bottom w:w="60" w:type="dxa"/>
              <w:right w:w="60" w:type="dxa"/>
            </w:tcMar>
            <w:vAlign w:val="center"/>
          </w:tcPr>
          <w:p w14:paraId="59E32998" w14:textId="77777777" w:rsidR="00EE5F04" w:rsidRPr="008A20D0" w:rsidRDefault="00000000">
            <w:pPr>
              <w:spacing w:after="0" w:line="252" w:lineRule="auto"/>
              <w:jc w:val="center"/>
              <w:rPr>
                <w:rFonts w:cs="Times New Roman"/>
              </w:rPr>
            </w:pPr>
            <w:r w:rsidRPr="008A20D0">
              <w:rPr>
                <w:rFonts w:cs="Times New Roman"/>
                <w:sz w:val="20"/>
              </w:rPr>
              <w:t>54.7</w:t>
            </w:r>
          </w:p>
        </w:tc>
      </w:tr>
      <w:tr w:rsidR="00EE5F04" w:rsidRPr="008A20D0" w14:paraId="63A71263" w14:textId="77777777">
        <w:trPr>
          <w:cantSplit/>
          <w:jc w:val="center"/>
        </w:trPr>
        <w:tc>
          <w:tcPr>
            <w:tcW w:w="3312" w:type="dxa"/>
            <w:tcMar>
              <w:top w:w="60" w:type="dxa"/>
              <w:left w:w="60" w:type="dxa"/>
              <w:bottom w:w="60" w:type="dxa"/>
              <w:right w:w="60" w:type="dxa"/>
            </w:tcMar>
            <w:vAlign w:val="center"/>
          </w:tcPr>
          <w:p w14:paraId="201C63E9" w14:textId="77777777" w:rsidR="00EE5F04" w:rsidRPr="008A20D0" w:rsidRDefault="00000000">
            <w:pPr>
              <w:spacing w:after="0" w:line="252" w:lineRule="auto"/>
              <w:rPr>
                <w:rFonts w:cs="Times New Roman"/>
              </w:rPr>
            </w:pPr>
            <w:r w:rsidRPr="008A20D0">
              <w:rPr>
                <w:rFonts w:cs="Times New Roman"/>
                <w:sz w:val="20"/>
              </w:rPr>
              <w:t>Lactate</w:t>
            </w:r>
          </w:p>
        </w:tc>
        <w:tc>
          <w:tcPr>
            <w:tcW w:w="1296" w:type="dxa"/>
            <w:tcMar>
              <w:top w:w="60" w:type="dxa"/>
              <w:left w:w="60" w:type="dxa"/>
              <w:bottom w:w="60" w:type="dxa"/>
              <w:right w:w="60" w:type="dxa"/>
            </w:tcMar>
            <w:vAlign w:val="center"/>
          </w:tcPr>
          <w:p w14:paraId="7C3193C5" w14:textId="77777777" w:rsidR="00EE5F04" w:rsidRPr="008A20D0" w:rsidRDefault="00000000">
            <w:pPr>
              <w:spacing w:after="0" w:line="252" w:lineRule="auto"/>
              <w:jc w:val="center"/>
              <w:rPr>
                <w:rFonts w:cs="Times New Roman"/>
              </w:rPr>
            </w:pPr>
            <w:r w:rsidRPr="008A20D0">
              <w:rPr>
                <w:rFonts w:cs="Times New Roman"/>
                <w:sz w:val="20"/>
              </w:rPr>
              <w:t>78.1</w:t>
            </w:r>
          </w:p>
        </w:tc>
        <w:tc>
          <w:tcPr>
            <w:tcW w:w="1296" w:type="dxa"/>
            <w:tcMar>
              <w:top w:w="60" w:type="dxa"/>
              <w:left w:w="60" w:type="dxa"/>
              <w:bottom w:w="60" w:type="dxa"/>
              <w:right w:w="60" w:type="dxa"/>
            </w:tcMar>
            <w:vAlign w:val="center"/>
          </w:tcPr>
          <w:p w14:paraId="14FEDA44" w14:textId="77777777" w:rsidR="00EE5F04" w:rsidRPr="008A20D0" w:rsidRDefault="00000000">
            <w:pPr>
              <w:spacing w:after="0" w:line="252" w:lineRule="auto"/>
              <w:jc w:val="center"/>
              <w:rPr>
                <w:rFonts w:cs="Times New Roman"/>
              </w:rPr>
            </w:pPr>
            <w:r w:rsidRPr="008A20D0">
              <w:rPr>
                <w:rFonts w:cs="Times New Roman"/>
                <w:sz w:val="20"/>
              </w:rPr>
              <w:t>86.7</w:t>
            </w:r>
          </w:p>
        </w:tc>
        <w:tc>
          <w:tcPr>
            <w:tcW w:w="1296" w:type="dxa"/>
            <w:tcMar>
              <w:top w:w="60" w:type="dxa"/>
              <w:left w:w="60" w:type="dxa"/>
              <w:bottom w:w="60" w:type="dxa"/>
              <w:right w:w="60" w:type="dxa"/>
            </w:tcMar>
            <w:vAlign w:val="center"/>
          </w:tcPr>
          <w:p w14:paraId="1008132F" w14:textId="77777777" w:rsidR="00EE5F04" w:rsidRPr="008A20D0" w:rsidRDefault="00000000">
            <w:pPr>
              <w:spacing w:after="0" w:line="252" w:lineRule="auto"/>
              <w:jc w:val="center"/>
              <w:rPr>
                <w:rFonts w:cs="Times New Roman"/>
              </w:rPr>
            </w:pPr>
            <w:r w:rsidRPr="008A20D0">
              <w:rPr>
                <w:rFonts w:cs="Times New Roman"/>
                <w:sz w:val="20"/>
              </w:rPr>
              <w:t>91.1</w:t>
            </w:r>
          </w:p>
        </w:tc>
        <w:tc>
          <w:tcPr>
            <w:tcW w:w="1296" w:type="dxa"/>
            <w:tcMar>
              <w:top w:w="60" w:type="dxa"/>
              <w:left w:w="60" w:type="dxa"/>
              <w:bottom w:w="60" w:type="dxa"/>
              <w:right w:w="60" w:type="dxa"/>
            </w:tcMar>
            <w:vAlign w:val="center"/>
          </w:tcPr>
          <w:p w14:paraId="20D4B98F" w14:textId="77777777" w:rsidR="00EE5F04" w:rsidRPr="008A20D0" w:rsidRDefault="00000000">
            <w:pPr>
              <w:spacing w:after="0" w:line="252" w:lineRule="auto"/>
              <w:jc w:val="center"/>
              <w:rPr>
                <w:rFonts w:cs="Times New Roman"/>
              </w:rPr>
            </w:pPr>
            <w:r w:rsidRPr="008A20D0">
              <w:rPr>
                <w:rFonts w:cs="Times New Roman"/>
                <w:sz w:val="20"/>
              </w:rPr>
              <w:t>83.7</w:t>
            </w:r>
          </w:p>
        </w:tc>
        <w:tc>
          <w:tcPr>
            <w:tcW w:w="1296" w:type="dxa"/>
            <w:tcMar>
              <w:top w:w="60" w:type="dxa"/>
              <w:left w:w="60" w:type="dxa"/>
              <w:bottom w:w="60" w:type="dxa"/>
              <w:right w:w="60" w:type="dxa"/>
            </w:tcMar>
            <w:vAlign w:val="center"/>
          </w:tcPr>
          <w:p w14:paraId="1BDF615E" w14:textId="77777777" w:rsidR="00EE5F04" w:rsidRPr="008A20D0" w:rsidRDefault="00000000">
            <w:pPr>
              <w:spacing w:after="0" w:line="252" w:lineRule="auto"/>
              <w:jc w:val="center"/>
              <w:rPr>
                <w:rFonts w:cs="Times New Roman"/>
              </w:rPr>
            </w:pPr>
            <w:r w:rsidRPr="008A20D0">
              <w:rPr>
                <w:rFonts w:cs="Times New Roman"/>
                <w:sz w:val="20"/>
              </w:rPr>
              <w:t>87.2</w:t>
            </w:r>
          </w:p>
        </w:tc>
      </w:tr>
    </w:tbl>
    <w:p w14:paraId="1B79457F" w14:textId="77777777" w:rsidR="00EE5F04" w:rsidRPr="008A20D0" w:rsidRDefault="00000000">
      <w:pPr>
        <w:pStyle w:val="21"/>
        <w:pageBreakBefore/>
        <w:spacing w:line="276" w:lineRule="auto"/>
        <w:rPr>
          <w:rFonts w:ascii="Times New Roman" w:hAnsi="Times New Roman" w:cs="Times New Roman"/>
        </w:rPr>
      </w:pPr>
      <w:r w:rsidRPr="008A20D0">
        <w:rPr>
          <w:rFonts w:ascii="Times New Roman" w:hAnsi="Times New Roman" w:cs="Times New Roman"/>
        </w:rPr>
        <w:lastRenderedPageBreak/>
        <w:t>Table S11 (continued). Panel C. Operation years 2022-2026</w:t>
      </w:r>
    </w:p>
    <w:tbl>
      <w:tblPr>
        <w:tblW w:w="0" w:type="auto"/>
        <w:jc w:val="center"/>
        <w:tblBorders>
          <w:top w:val="single" w:sz="4" w:space="0" w:color="B0B0B0"/>
          <w:left w:val="single" w:sz="4" w:space="0" w:color="B0B0B0"/>
          <w:bottom w:val="single" w:sz="4" w:space="0" w:color="B0B0B0"/>
          <w:right w:val="single" w:sz="4" w:space="0" w:color="B0B0B0"/>
          <w:insideH w:val="single" w:sz="4" w:space="0" w:color="B0B0B0"/>
          <w:insideV w:val="single" w:sz="4" w:space="0" w:color="B0B0B0"/>
        </w:tblBorders>
        <w:tblLayout w:type="fixed"/>
        <w:tblLook w:val="04A0" w:firstRow="1" w:lastRow="0" w:firstColumn="1" w:lastColumn="0" w:noHBand="0" w:noVBand="1"/>
      </w:tblPr>
      <w:tblGrid>
        <w:gridCol w:w="3312"/>
        <w:gridCol w:w="1296"/>
        <w:gridCol w:w="1296"/>
        <w:gridCol w:w="1296"/>
        <w:gridCol w:w="1296"/>
        <w:gridCol w:w="1296"/>
      </w:tblGrid>
      <w:tr w:rsidR="00EE5F04" w:rsidRPr="008A20D0" w14:paraId="2645DD4F" w14:textId="77777777">
        <w:trPr>
          <w:cantSplit/>
          <w:tblHeader/>
          <w:jc w:val="center"/>
        </w:trPr>
        <w:tc>
          <w:tcPr>
            <w:tcW w:w="3312" w:type="dxa"/>
            <w:tcMar>
              <w:top w:w="60" w:type="dxa"/>
              <w:left w:w="60" w:type="dxa"/>
              <w:bottom w:w="60" w:type="dxa"/>
              <w:right w:w="60" w:type="dxa"/>
            </w:tcMar>
            <w:vAlign w:val="center"/>
          </w:tcPr>
          <w:p w14:paraId="166BD156" w14:textId="77777777" w:rsidR="00EE5F04" w:rsidRPr="008A20D0" w:rsidRDefault="00000000">
            <w:pPr>
              <w:spacing w:after="0" w:line="252" w:lineRule="auto"/>
              <w:rPr>
                <w:rFonts w:cs="Times New Roman"/>
              </w:rPr>
            </w:pPr>
            <w:r w:rsidRPr="008A20D0">
              <w:rPr>
                <w:rFonts w:cs="Times New Roman"/>
                <w:b/>
                <w:sz w:val="20"/>
              </w:rPr>
              <w:t>Laboratory test</w:t>
            </w:r>
          </w:p>
        </w:tc>
        <w:tc>
          <w:tcPr>
            <w:tcW w:w="1296" w:type="dxa"/>
            <w:tcMar>
              <w:top w:w="60" w:type="dxa"/>
              <w:left w:w="60" w:type="dxa"/>
              <w:bottom w:w="60" w:type="dxa"/>
              <w:right w:w="60" w:type="dxa"/>
            </w:tcMar>
            <w:vAlign w:val="center"/>
          </w:tcPr>
          <w:p w14:paraId="414A8C8F" w14:textId="77777777" w:rsidR="00EE5F04" w:rsidRPr="008A20D0" w:rsidRDefault="00000000">
            <w:pPr>
              <w:spacing w:after="0" w:line="252" w:lineRule="auto"/>
              <w:jc w:val="center"/>
              <w:rPr>
                <w:rFonts w:cs="Times New Roman"/>
              </w:rPr>
            </w:pPr>
            <w:r w:rsidRPr="008A20D0">
              <w:rPr>
                <w:rFonts w:cs="Times New Roman"/>
                <w:b/>
                <w:sz w:val="20"/>
              </w:rPr>
              <w:t>2022</w:t>
            </w:r>
            <w:r w:rsidRPr="008A20D0">
              <w:rPr>
                <w:rFonts w:cs="Times New Roman"/>
                <w:b/>
                <w:sz w:val="20"/>
              </w:rPr>
              <w:br/>
              <w:t>(n = 139)</w:t>
            </w:r>
          </w:p>
        </w:tc>
        <w:tc>
          <w:tcPr>
            <w:tcW w:w="1296" w:type="dxa"/>
            <w:tcMar>
              <w:top w:w="60" w:type="dxa"/>
              <w:left w:w="60" w:type="dxa"/>
              <w:bottom w:w="60" w:type="dxa"/>
              <w:right w:w="60" w:type="dxa"/>
            </w:tcMar>
            <w:vAlign w:val="center"/>
          </w:tcPr>
          <w:p w14:paraId="63FF2C41" w14:textId="77777777" w:rsidR="00EE5F04" w:rsidRPr="008A20D0" w:rsidRDefault="00000000">
            <w:pPr>
              <w:spacing w:after="0" w:line="252" w:lineRule="auto"/>
              <w:jc w:val="center"/>
              <w:rPr>
                <w:rFonts w:cs="Times New Roman"/>
              </w:rPr>
            </w:pPr>
            <w:r w:rsidRPr="008A20D0">
              <w:rPr>
                <w:rFonts w:cs="Times New Roman"/>
                <w:b/>
                <w:sz w:val="20"/>
              </w:rPr>
              <w:t>2023</w:t>
            </w:r>
            <w:r w:rsidRPr="008A20D0">
              <w:rPr>
                <w:rFonts w:cs="Times New Roman"/>
                <w:b/>
                <w:sz w:val="20"/>
              </w:rPr>
              <w:br/>
              <w:t>(n = 166)</w:t>
            </w:r>
          </w:p>
        </w:tc>
        <w:tc>
          <w:tcPr>
            <w:tcW w:w="1296" w:type="dxa"/>
            <w:tcMar>
              <w:top w:w="60" w:type="dxa"/>
              <w:left w:w="60" w:type="dxa"/>
              <w:bottom w:w="60" w:type="dxa"/>
              <w:right w:w="60" w:type="dxa"/>
            </w:tcMar>
            <w:vAlign w:val="center"/>
          </w:tcPr>
          <w:p w14:paraId="4F519F71" w14:textId="77777777" w:rsidR="00EE5F04" w:rsidRPr="008A20D0" w:rsidRDefault="00000000">
            <w:pPr>
              <w:spacing w:after="0" w:line="252" w:lineRule="auto"/>
              <w:jc w:val="center"/>
              <w:rPr>
                <w:rFonts w:cs="Times New Roman"/>
              </w:rPr>
            </w:pPr>
            <w:r w:rsidRPr="008A20D0">
              <w:rPr>
                <w:rFonts w:cs="Times New Roman"/>
                <w:b/>
                <w:sz w:val="20"/>
              </w:rPr>
              <w:t>2024</w:t>
            </w:r>
            <w:r w:rsidRPr="008A20D0">
              <w:rPr>
                <w:rFonts w:cs="Times New Roman"/>
                <w:b/>
                <w:sz w:val="20"/>
              </w:rPr>
              <w:br/>
              <w:t>(n = 161)</w:t>
            </w:r>
          </w:p>
        </w:tc>
        <w:tc>
          <w:tcPr>
            <w:tcW w:w="1296" w:type="dxa"/>
            <w:tcMar>
              <w:top w:w="60" w:type="dxa"/>
              <w:left w:w="60" w:type="dxa"/>
              <w:bottom w:w="60" w:type="dxa"/>
              <w:right w:w="60" w:type="dxa"/>
            </w:tcMar>
            <w:vAlign w:val="center"/>
          </w:tcPr>
          <w:p w14:paraId="095E8620" w14:textId="77777777" w:rsidR="00EE5F04" w:rsidRPr="008A20D0" w:rsidRDefault="00000000">
            <w:pPr>
              <w:spacing w:after="0" w:line="252" w:lineRule="auto"/>
              <w:jc w:val="center"/>
              <w:rPr>
                <w:rFonts w:cs="Times New Roman"/>
              </w:rPr>
            </w:pPr>
            <w:r w:rsidRPr="008A20D0">
              <w:rPr>
                <w:rFonts w:cs="Times New Roman"/>
                <w:b/>
                <w:sz w:val="20"/>
              </w:rPr>
              <w:t>2025</w:t>
            </w:r>
            <w:r w:rsidRPr="008A20D0">
              <w:rPr>
                <w:rFonts w:cs="Times New Roman"/>
                <w:b/>
                <w:sz w:val="20"/>
              </w:rPr>
              <w:br/>
              <w:t>(n = 207)</w:t>
            </w:r>
          </w:p>
        </w:tc>
        <w:tc>
          <w:tcPr>
            <w:tcW w:w="1296" w:type="dxa"/>
            <w:tcMar>
              <w:top w:w="60" w:type="dxa"/>
              <w:left w:w="60" w:type="dxa"/>
              <w:bottom w:w="60" w:type="dxa"/>
              <w:right w:w="60" w:type="dxa"/>
            </w:tcMar>
            <w:vAlign w:val="center"/>
          </w:tcPr>
          <w:p w14:paraId="0A4C2576" w14:textId="77777777" w:rsidR="00EE5F04" w:rsidRPr="008A20D0" w:rsidRDefault="00000000">
            <w:pPr>
              <w:spacing w:after="0" w:line="252" w:lineRule="auto"/>
              <w:jc w:val="center"/>
              <w:rPr>
                <w:rFonts w:cs="Times New Roman"/>
              </w:rPr>
            </w:pPr>
            <w:r w:rsidRPr="008A20D0">
              <w:rPr>
                <w:rFonts w:cs="Times New Roman"/>
                <w:b/>
                <w:sz w:val="20"/>
              </w:rPr>
              <w:t>2026</w:t>
            </w:r>
            <w:r w:rsidRPr="008A20D0">
              <w:rPr>
                <w:rFonts w:cs="Times New Roman"/>
                <w:b/>
                <w:sz w:val="20"/>
              </w:rPr>
              <w:br/>
              <w:t>(n = 22)</w:t>
            </w:r>
          </w:p>
        </w:tc>
      </w:tr>
      <w:tr w:rsidR="00EE5F04" w:rsidRPr="008A20D0" w14:paraId="4D078266" w14:textId="77777777">
        <w:trPr>
          <w:cantSplit/>
          <w:jc w:val="center"/>
        </w:trPr>
        <w:tc>
          <w:tcPr>
            <w:tcW w:w="3312" w:type="dxa"/>
            <w:tcMar>
              <w:top w:w="60" w:type="dxa"/>
              <w:left w:w="60" w:type="dxa"/>
              <w:bottom w:w="60" w:type="dxa"/>
              <w:right w:w="60" w:type="dxa"/>
            </w:tcMar>
            <w:vAlign w:val="center"/>
          </w:tcPr>
          <w:p w14:paraId="6147F770" w14:textId="77777777" w:rsidR="00EE5F04" w:rsidRPr="008A20D0" w:rsidRDefault="00000000">
            <w:pPr>
              <w:spacing w:after="0" w:line="252" w:lineRule="auto"/>
              <w:rPr>
                <w:rFonts w:cs="Times New Roman"/>
              </w:rPr>
            </w:pPr>
            <w:r w:rsidRPr="008A20D0">
              <w:rPr>
                <w:rFonts w:cs="Times New Roman"/>
                <w:sz w:val="20"/>
              </w:rPr>
              <w:t>White blood cell count</w:t>
            </w:r>
          </w:p>
        </w:tc>
        <w:tc>
          <w:tcPr>
            <w:tcW w:w="1296" w:type="dxa"/>
            <w:tcMar>
              <w:top w:w="60" w:type="dxa"/>
              <w:left w:w="60" w:type="dxa"/>
              <w:bottom w:w="60" w:type="dxa"/>
              <w:right w:w="60" w:type="dxa"/>
            </w:tcMar>
            <w:vAlign w:val="center"/>
          </w:tcPr>
          <w:p w14:paraId="20EC786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AD4C74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FEE259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E26000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2DC0063"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1359102F" w14:textId="77777777">
        <w:trPr>
          <w:cantSplit/>
          <w:jc w:val="center"/>
        </w:trPr>
        <w:tc>
          <w:tcPr>
            <w:tcW w:w="3312" w:type="dxa"/>
            <w:tcMar>
              <w:top w:w="60" w:type="dxa"/>
              <w:left w:w="60" w:type="dxa"/>
              <w:bottom w:w="60" w:type="dxa"/>
              <w:right w:w="60" w:type="dxa"/>
            </w:tcMar>
            <w:vAlign w:val="center"/>
          </w:tcPr>
          <w:p w14:paraId="342251E2" w14:textId="77777777" w:rsidR="00EE5F04" w:rsidRPr="008A20D0" w:rsidRDefault="00000000">
            <w:pPr>
              <w:spacing w:after="0" w:line="252" w:lineRule="auto"/>
              <w:rPr>
                <w:rFonts w:cs="Times New Roman"/>
              </w:rPr>
            </w:pPr>
            <w:r w:rsidRPr="008A20D0">
              <w:rPr>
                <w:rFonts w:cs="Times New Roman"/>
                <w:sz w:val="20"/>
              </w:rPr>
              <w:t>Neutrophils (%)</w:t>
            </w:r>
          </w:p>
        </w:tc>
        <w:tc>
          <w:tcPr>
            <w:tcW w:w="1296" w:type="dxa"/>
            <w:tcMar>
              <w:top w:w="60" w:type="dxa"/>
              <w:left w:w="60" w:type="dxa"/>
              <w:bottom w:w="60" w:type="dxa"/>
              <w:right w:w="60" w:type="dxa"/>
            </w:tcMar>
            <w:vAlign w:val="center"/>
          </w:tcPr>
          <w:p w14:paraId="23AC18E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C43380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9C9E2B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10ACBA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633FC0C" w14:textId="77777777" w:rsidR="00EE5F04" w:rsidRPr="008A20D0" w:rsidRDefault="00000000">
            <w:pPr>
              <w:spacing w:after="0" w:line="252" w:lineRule="auto"/>
              <w:jc w:val="center"/>
              <w:rPr>
                <w:rFonts w:cs="Times New Roman"/>
              </w:rPr>
            </w:pPr>
            <w:r w:rsidRPr="008A20D0">
              <w:rPr>
                <w:rFonts w:cs="Times New Roman"/>
                <w:sz w:val="20"/>
              </w:rPr>
              <w:t>9.1</w:t>
            </w:r>
          </w:p>
        </w:tc>
      </w:tr>
      <w:tr w:rsidR="00EE5F04" w:rsidRPr="008A20D0" w14:paraId="1D725D94" w14:textId="77777777">
        <w:trPr>
          <w:cantSplit/>
          <w:jc w:val="center"/>
        </w:trPr>
        <w:tc>
          <w:tcPr>
            <w:tcW w:w="3312" w:type="dxa"/>
            <w:tcMar>
              <w:top w:w="60" w:type="dxa"/>
              <w:left w:w="60" w:type="dxa"/>
              <w:bottom w:w="60" w:type="dxa"/>
              <w:right w:w="60" w:type="dxa"/>
            </w:tcMar>
            <w:vAlign w:val="center"/>
          </w:tcPr>
          <w:p w14:paraId="5ACE9AE9" w14:textId="77777777" w:rsidR="00EE5F04" w:rsidRPr="008A20D0" w:rsidRDefault="00000000">
            <w:pPr>
              <w:spacing w:after="0" w:line="252" w:lineRule="auto"/>
              <w:rPr>
                <w:rFonts w:cs="Times New Roman"/>
              </w:rPr>
            </w:pPr>
            <w:r w:rsidRPr="008A20D0">
              <w:rPr>
                <w:rFonts w:cs="Times New Roman"/>
                <w:sz w:val="20"/>
              </w:rPr>
              <w:t>Lymphocytes (%)</w:t>
            </w:r>
          </w:p>
        </w:tc>
        <w:tc>
          <w:tcPr>
            <w:tcW w:w="1296" w:type="dxa"/>
            <w:tcMar>
              <w:top w:w="60" w:type="dxa"/>
              <w:left w:w="60" w:type="dxa"/>
              <w:bottom w:w="60" w:type="dxa"/>
              <w:right w:w="60" w:type="dxa"/>
            </w:tcMar>
            <w:vAlign w:val="center"/>
          </w:tcPr>
          <w:p w14:paraId="4319D38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0D5D28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5FADDD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41C3AB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A049919" w14:textId="77777777" w:rsidR="00EE5F04" w:rsidRPr="008A20D0" w:rsidRDefault="00000000">
            <w:pPr>
              <w:spacing w:after="0" w:line="252" w:lineRule="auto"/>
              <w:jc w:val="center"/>
              <w:rPr>
                <w:rFonts w:cs="Times New Roman"/>
              </w:rPr>
            </w:pPr>
            <w:r w:rsidRPr="008A20D0">
              <w:rPr>
                <w:rFonts w:cs="Times New Roman"/>
                <w:sz w:val="20"/>
              </w:rPr>
              <w:t>9.1</w:t>
            </w:r>
          </w:p>
        </w:tc>
      </w:tr>
      <w:tr w:rsidR="00EE5F04" w:rsidRPr="008A20D0" w14:paraId="38802104" w14:textId="77777777">
        <w:trPr>
          <w:cantSplit/>
          <w:jc w:val="center"/>
        </w:trPr>
        <w:tc>
          <w:tcPr>
            <w:tcW w:w="3312" w:type="dxa"/>
            <w:tcMar>
              <w:top w:w="60" w:type="dxa"/>
              <w:left w:w="60" w:type="dxa"/>
              <w:bottom w:w="60" w:type="dxa"/>
              <w:right w:w="60" w:type="dxa"/>
            </w:tcMar>
            <w:vAlign w:val="center"/>
          </w:tcPr>
          <w:p w14:paraId="477CB63B" w14:textId="77777777" w:rsidR="00EE5F04" w:rsidRPr="008A20D0" w:rsidRDefault="00000000">
            <w:pPr>
              <w:spacing w:after="0" w:line="252" w:lineRule="auto"/>
              <w:rPr>
                <w:rFonts w:cs="Times New Roman"/>
              </w:rPr>
            </w:pPr>
            <w:r w:rsidRPr="008A20D0">
              <w:rPr>
                <w:rFonts w:cs="Times New Roman"/>
                <w:sz w:val="20"/>
              </w:rPr>
              <w:t>Monocytes (%)</w:t>
            </w:r>
          </w:p>
        </w:tc>
        <w:tc>
          <w:tcPr>
            <w:tcW w:w="1296" w:type="dxa"/>
            <w:tcMar>
              <w:top w:w="60" w:type="dxa"/>
              <w:left w:w="60" w:type="dxa"/>
              <w:bottom w:w="60" w:type="dxa"/>
              <w:right w:w="60" w:type="dxa"/>
            </w:tcMar>
            <w:vAlign w:val="center"/>
          </w:tcPr>
          <w:p w14:paraId="1667C98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6AA2C1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9691F4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0E0D85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CD8E96F" w14:textId="77777777" w:rsidR="00EE5F04" w:rsidRPr="008A20D0" w:rsidRDefault="00000000">
            <w:pPr>
              <w:spacing w:after="0" w:line="252" w:lineRule="auto"/>
              <w:jc w:val="center"/>
              <w:rPr>
                <w:rFonts w:cs="Times New Roman"/>
              </w:rPr>
            </w:pPr>
            <w:r w:rsidRPr="008A20D0">
              <w:rPr>
                <w:rFonts w:cs="Times New Roman"/>
                <w:sz w:val="20"/>
              </w:rPr>
              <w:t>9.1</w:t>
            </w:r>
          </w:p>
        </w:tc>
      </w:tr>
      <w:tr w:rsidR="00EE5F04" w:rsidRPr="008A20D0" w14:paraId="370BA2E9" w14:textId="77777777">
        <w:trPr>
          <w:cantSplit/>
          <w:jc w:val="center"/>
        </w:trPr>
        <w:tc>
          <w:tcPr>
            <w:tcW w:w="3312" w:type="dxa"/>
            <w:tcMar>
              <w:top w:w="60" w:type="dxa"/>
              <w:left w:w="60" w:type="dxa"/>
              <w:bottom w:w="60" w:type="dxa"/>
              <w:right w:w="60" w:type="dxa"/>
            </w:tcMar>
            <w:vAlign w:val="center"/>
          </w:tcPr>
          <w:p w14:paraId="267F65A7" w14:textId="77777777" w:rsidR="00EE5F04" w:rsidRPr="008A20D0" w:rsidRDefault="00000000">
            <w:pPr>
              <w:spacing w:after="0" w:line="252" w:lineRule="auto"/>
              <w:rPr>
                <w:rFonts w:cs="Times New Roman"/>
              </w:rPr>
            </w:pPr>
            <w:r w:rsidRPr="008A20D0">
              <w:rPr>
                <w:rFonts w:cs="Times New Roman"/>
                <w:sz w:val="20"/>
              </w:rPr>
              <w:t>Eosinophils (%)</w:t>
            </w:r>
          </w:p>
        </w:tc>
        <w:tc>
          <w:tcPr>
            <w:tcW w:w="1296" w:type="dxa"/>
            <w:tcMar>
              <w:top w:w="60" w:type="dxa"/>
              <w:left w:w="60" w:type="dxa"/>
              <w:bottom w:w="60" w:type="dxa"/>
              <w:right w:w="60" w:type="dxa"/>
            </w:tcMar>
            <w:vAlign w:val="center"/>
          </w:tcPr>
          <w:p w14:paraId="006B914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9B15A4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3E1884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E35BDF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EC6ADF0" w14:textId="77777777" w:rsidR="00EE5F04" w:rsidRPr="008A20D0" w:rsidRDefault="00000000">
            <w:pPr>
              <w:spacing w:after="0" w:line="252" w:lineRule="auto"/>
              <w:jc w:val="center"/>
              <w:rPr>
                <w:rFonts w:cs="Times New Roman"/>
              </w:rPr>
            </w:pPr>
            <w:r w:rsidRPr="008A20D0">
              <w:rPr>
                <w:rFonts w:cs="Times New Roman"/>
                <w:sz w:val="20"/>
              </w:rPr>
              <w:t>9.1</w:t>
            </w:r>
          </w:p>
        </w:tc>
      </w:tr>
      <w:tr w:rsidR="00EE5F04" w:rsidRPr="008A20D0" w14:paraId="3F0C1D49" w14:textId="77777777">
        <w:trPr>
          <w:cantSplit/>
          <w:jc w:val="center"/>
        </w:trPr>
        <w:tc>
          <w:tcPr>
            <w:tcW w:w="3312" w:type="dxa"/>
            <w:tcMar>
              <w:top w:w="60" w:type="dxa"/>
              <w:left w:w="60" w:type="dxa"/>
              <w:bottom w:w="60" w:type="dxa"/>
              <w:right w:w="60" w:type="dxa"/>
            </w:tcMar>
            <w:vAlign w:val="center"/>
          </w:tcPr>
          <w:p w14:paraId="54758C80" w14:textId="77777777" w:rsidR="00EE5F04" w:rsidRPr="008A20D0" w:rsidRDefault="00000000">
            <w:pPr>
              <w:spacing w:after="0" w:line="252" w:lineRule="auto"/>
              <w:rPr>
                <w:rFonts w:cs="Times New Roman"/>
              </w:rPr>
            </w:pPr>
            <w:r w:rsidRPr="008A20D0">
              <w:rPr>
                <w:rFonts w:cs="Times New Roman"/>
                <w:sz w:val="20"/>
              </w:rPr>
              <w:t>Basophils (%)</w:t>
            </w:r>
          </w:p>
        </w:tc>
        <w:tc>
          <w:tcPr>
            <w:tcW w:w="1296" w:type="dxa"/>
            <w:tcMar>
              <w:top w:w="60" w:type="dxa"/>
              <w:left w:w="60" w:type="dxa"/>
              <w:bottom w:w="60" w:type="dxa"/>
              <w:right w:w="60" w:type="dxa"/>
            </w:tcMar>
            <w:vAlign w:val="center"/>
          </w:tcPr>
          <w:p w14:paraId="3C9BEBC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4B0427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8F3035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DD4AD5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30C0442" w14:textId="77777777" w:rsidR="00EE5F04" w:rsidRPr="008A20D0" w:rsidRDefault="00000000">
            <w:pPr>
              <w:spacing w:after="0" w:line="252" w:lineRule="auto"/>
              <w:jc w:val="center"/>
              <w:rPr>
                <w:rFonts w:cs="Times New Roman"/>
              </w:rPr>
            </w:pPr>
            <w:r w:rsidRPr="008A20D0">
              <w:rPr>
                <w:rFonts w:cs="Times New Roman"/>
                <w:sz w:val="20"/>
              </w:rPr>
              <w:t>9.1</w:t>
            </w:r>
          </w:p>
        </w:tc>
      </w:tr>
      <w:tr w:rsidR="00EE5F04" w:rsidRPr="008A20D0" w14:paraId="424F1783" w14:textId="77777777">
        <w:trPr>
          <w:cantSplit/>
          <w:jc w:val="center"/>
        </w:trPr>
        <w:tc>
          <w:tcPr>
            <w:tcW w:w="3312" w:type="dxa"/>
            <w:tcMar>
              <w:top w:w="60" w:type="dxa"/>
              <w:left w:w="60" w:type="dxa"/>
              <w:bottom w:w="60" w:type="dxa"/>
              <w:right w:w="60" w:type="dxa"/>
            </w:tcMar>
            <w:vAlign w:val="center"/>
          </w:tcPr>
          <w:p w14:paraId="4ECC5408" w14:textId="77777777" w:rsidR="00EE5F04" w:rsidRPr="008A20D0" w:rsidRDefault="00000000">
            <w:pPr>
              <w:spacing w:after="0" w:line="252" w:lineRule="auto"/>
              <w:rPr>
                <w:rFonts w:cs="Times New Roman"/>
              </w:rPr>
            </w:pPr>
            <w:r w:rsidRPr="008A20D0">
              <w:rPr>
                <w:rFonts w:cs="Times New Roman"/>
                <w:sz w:val="20"/>
              </w:rPr>
              <w:t>Neutrophil count</w:t>
            </w:r>
          </w:p>
        </w:tc>
        <w:tc>
          <w:tcPr>
            <w:tcW w:w="1296" w:type="dxa"/>
            <w:tcMar>
              <w:top w:w="60" w:type="dxa"/>
              <w:left w:w="60" w:type="dxa"/>
              <w:bottom w:w="60" w:type="dxa"/>
              <w:right w:w="60" w:type="dxa"/>
            </w:tcMar>
            <w:vAlign w:val="center"/>
          </w:tcPr>
          <w:p w14:paraId="0FC0A0E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BEAA51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3CD8E3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FD5F33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DDFEB34"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6D92F356" w14:textId="77777777">
        <w:trPr>
          <w:cantSplit/>
          <w:jc w:val="center"/>
        </w:trPr>
        <w:tc>
          <w:tcPr>
            <w:tcW w:w="3312" w:type="dxa"/>
            <w:tcMar>
              <w:top w:w="60" w:type="dxa"/>
              <w:left w:w="60" w:type="dxa"/>
              <w:bottom w:w="60" w:type="dxa"/>
              <w:right w:w="60" w:type="dxa"/>
            </w:tcMar>
            <w:vAlign w:val="center"/>
          </w:tcPr>
          <w:p w14:paraId="6F45CC89" w14:textId="77777777" w:rsidR="00EE5F04" w:rsidRPr="008A20D0" w:rsidRDefault="00000000">
            <w:pPr>
              <w:spacing w:after="0" w:line="252" w:lineRule="auto"/>
              <w:rPr>
                <w:rFonts w:cs="Times New Roman"/>
              </w:rPr>
            </w:pPr>
            <w:r w:rsidRPr="008A20D0">
              <w:rPr>
                <w:rFonts w:cs="Times New Roman"/>
                <w:sz w:val="20"/>
              </w:rPr>
              <w:t>Lymphocyte count</w:t>
            </w:r>
          </w:p>
        </w:tc>
        <w:tc>
          <w:tcPr>
            <w:tcW w:w="1296" w:type="dxa"/>
            <w:tcMar>
              <w:top w:w="60" w:type="dxa"/>
              <w:left w:w="60" w:type="dxa"/>
              <w:bottom w:w="60" w:type="dxa"/>
              <w:right w:w="60" w:type="dxa"/>
            </w:tcMar>
            <w:vAlign w:val="center"/>
          </w:tcPr>
          <w:p w14:paraId="63C49CB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8BC85D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366C0B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7FC679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91E6199"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6E33619C" w14:textId="77777777">
        <w:trPr>
          <w:cantSplit/>
          <w:jc w:val="center"/>
        </w:trPr>
        <w:tc>
          <w:tcPr>
            <w:tcW w:w="3312" w:type="dxa"/>
            <w:tcMar>
              <w:top w:w="60" w:type="dxa"/>
              <w:left w:w="60" w:type="dxa"/>
              <w:bottom w:w="60" w:type="dxa"/>
              <w:right w:w="60" w:type="dxa"/>
            </w:tcMar>
            <w:vAlign w:val="center"/>
          </w:tcPr>
          <w:p w14:paraId="398E1265" w14:textId="77777777" w:rsidR="00EE5F04" w:rsidRPr="008A20D0" w:rsidRDefault="00000000">
            <w:pPr>
              <w:spacing w:after="0" w:line="252" w:lineRule="auto"/>
              <w:rPr>
                <w:rFonts w:cs="Times New Roman"/>
              </w:rPr>
            </w:pPr>
            <w:r w:rsidRPr="008A20D0">
              <w:rPr>
                <w:rFonts w:cs="Times New Roman"/>
                <w:sz w:val="20"/>
              </w:rPr>
              <w:t>Red blood cell count</w:t>
            </w:r>
          </w:p>
        </w:tc>
        <w:tc>
          <w:tcPr>
            <w:tcW w:w="1296" w:type="dxa"/>
            <w:tcMar>
              <w:top w:w="60" w:type="dxa"/>
              <w:left w:w="60" w:type="dxa"/>
              <w:bottom w:w="60" w:type="dxa"/>
              <w:right w:w="60" w:type="dxa"/>
            </w:tcMar>
            <w:vAlign w:val="center"/>
          </w:tcPr>
          <w:p w14:paraId="1A6472C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A93033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4EF628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EA366B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DA8C251"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45F16801" w14:textId="77777777">
        <w:trPr>
          <w:cantSplit/>
          <w:jc w:val="center"/>
        </w:trPr>
        <w:tc>
          <w:tcPr>
            <w:tcW w:w="3312" w:type="dxa"/>
            <w:tcMar>
              <w:top w:w="60" w:type="dxa"/>
              <w:left w:w="60" w:type="dxa"/>
              <w:bottom w:w="60" w:type="dxa"/>
              <w:right w:w="60" w:type="dxa"/>
            </w:tcMar>
            <w:vAlign w:val="center"/>
          </w:tcPr>
          <w:p w14:paraId="443482C0" w14:textId="77777777" w:rsidR="00EE5F04" w:rsidRPr="008A20D0" w:rsidRDefault="00000000">
            <w:pPr>
              <w:spacing w:after="0" w:line="252" w:lineRule="auto"/>
              <w:rPr>
                <w:rFonts w:cs="Times New Roman"/>
              </w:rPr>
            </w:pPr>
            <w:r w:rsidRPr="008A20D0">
              <w:rPr>
                <w:rFonts w:cs="Times New Roman"/>
                <w:sz w:val="20"/>
              </w:rPr>
              <w:t>Hemoglobin</w:t>
            </w:r>
          </w:p>
        </w:tc>
        <w:tc>
          <w:tcPr>
            <w:tcW w:w="1296" w:type="dxa"/>
            <w:tcMar>
              <w:top w:w="60" w:type="dxa"/>
              <w:left w:w="60" w:type="dxa"/>
              <w:bottom w:w="60" w:type="dxa"/>
              <w:right w:w="60" w:type="dxa"/>
            </w:tcMar>
            <w:vAlign w:val="center"/>
          </w:tcPr>
          <w:p w14:paraId="2D88DAF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644053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A88517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AAA174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A4BB87C"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6C405B31" w14:textId="77777777">
        <w:trPr>
          <w:cantSplit/>
          <w:jc w:val="center"/>
        </w:trPr>
        <w:tc>
          <w:tcPr>
            <w:tcW w:w="3312" w:type="dxa"/>
            <w:tcMar>
              <w:top w:w="60" w:type="dxa"/>
              <w:left w:w="60" w:type="dxa"/>
              <w:bottom w:w="60" w:type="dxa"/>
              <w:right w:w="60" w:type="dxa"/>
            </w:tcMar>
            <w:vAlign w:val="center"/>
          </w:tcPr>
          <w:p w14:paraId="592FCB0C" w14:textId="77777777" w:rsidR="00EE5F04" w:rsidRPr="008A20D0" w:rsidRDefault="00000000">
            <w:pPr>
              <w:spacing w:after="0" w:line="252" w:lineRule="auto"/>
              <w:rPr>
                <w:rFonts w:cs="Times New Roman"/>
              </w:rPr>
            </w:pPr>
            <w:r w:rsidRPr="008A20D0">
              <w:rPr>
                <w:rFonts w:cs="Times New Roman"/>
                <w:sz w:val="20"/>
              </w:rPr>
              <w:t>Hematocrit</w:t>
            </w:r>
          </w:p>
        </w:tc>
        <w:tc>
          <w:tcPr>
            <w:tcW w:w="1296" w:type="dxa"/>
            <w:tcMar>
              <w:top w:w="60" w:type="dxa"/>
              <w:left w:w="60" w:type="dxa"/>
              <w:bottom w:w="60" w:type="dxa"/>
              <w:right w:w="60" w:type="dxa"/>
            </w:tcMar>
            <w:vAlign w:val="center"/>
          </w:tcPr>
          <w:p w14:paraId="198D7FA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466D98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8B4AC5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643A52D"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C246B98"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668C56A6" w14:textId="77777777">
        <w:trPr>
          <w:cantSplit/>
          <w:jc w:val="center"/>
        </w:trPr>
        <w:tc>
          <w:tcPr>
            <w:tcW w:w="3312" w:type="dxa"/>
            <w:tcMar>
              <w:top w:w="60" w:type="dxa"/>
              <w:left w:w="60" w:type="dxa"/>
              <w:bottom w:w="60" w:type="dxa"/>
              <w:right w:w="60" w:type="dxa"/>
            </w:tcMar>
            <w:vAlign w:val="center"/>
          </w:tcPr>
          <w:p w14:paraId="7BF750BF" w14:textId="77777777" w:rsidR="00EE5F04" w:rsidRPr="008A20D0" w:rsidRDefault="00000000">
            <w:pPr>
              <w:spacing w:after="0" w:line="252" w:lineRule="auto"/>
              <w:rPr>
                <w:rFonts w:cs="Times New Roman"/>
              </w:rPr>
            </w:pPr>
            <w:r w:rsidRPr="008A20D0">
              <w:rPr>
                <w:rFonts w:cs="Times New Roman"/>
                <w:sz w:val="20"/>
              </w:rPr>
              <w:t>Platelet count</w:t>
            </w:r>
          </w:p>
        </w:tc>
        <w:tc>
          <w:tcPr>
            <w:tcW w:w="1296" w:type="dxa"/>
            <w:tcMar>
              <w:top w:w="60" w:type="dxa"/>
              <w:left w:w="60" w:type="dxa"/>
              <w:bottom w:w="60" w:type="dxa"/>
              <w:right w:w="60" w:type="dxa"/>
            </w:tcMar>
            <w:vAlign w:val="center"/>
          </w:tcPr>
          <w:p w14:paraId="59E1A99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1340FF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554AE0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CA5FB3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6A36CA9"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1ABECE67" w14:textId="77777777">
        <w:trPr>
          <w:cantSplit/>
          <w:jc w:val="center"/>
        </w:trPr>
        <w:tc>
          <w:tcPr>
            <w:tcW w:w="3312" w:type="dxa"/>
            <w:tcMar>
              <w:top w:w="60" w:type="dxa"/>
              <w:left w:w="60" w:type="dxa"/>
              <w:bottom w:w="60" w:type="dxa"/>
              <w:right w:w="60" w:type="dxa"/>
            </w:tcMar>
            <w:vAlign w:val="center"/>
          </w:tcPr>
          <w:p w14:paraId="30E5148B" w14:textId="77777777" w:rsidR="00EE5F04" w:rsidRPr="008A20D0" w:rsidRDefault="00000000">
            <w:pPr>
              <w:spacing w:after="0" w:line="252" w:lineRule="auto"/>
              <w:rPr>
                <w:rFonts w:cs="Times New Roman"/>
              </w:rPr>
            </w:pPr>
            <w:r w:rsidRPr="008A20D0">
              <w:rPr>
                <w:rFonts w:cs="Times New Roman"/>
                <w:sz w:val="20"/>
              </w:rPr>
              <w:t>C-reactive protein</w:t>
            </w:r>
          </w:p>
        </w:tc>
        <w:tc>
          <w:tcPr>
            <w:tcW w:w="1296" w:type="dxa"/>
            <w:tcMar>
              <w:top w:w="60" w:type="dxa"/>
              <w:left w:w="60" w:type="dxa"/>
              <w:bottom w:w="60" w:type="dxa"/>
              <w:right w:w="60" w:type="dxa"/>
            </w:tcMar>
            <w:vAlign w:val="center"/>
          </w:tcPr>
          <w:p w14:paraId="5F51E419" w14:textId="77777777" w:rsidR="00EE5F04" w:rsidRPr="008A20D0" w:rsidRDefault="00000000">
            <w:pPr>
              <w:spacing w:after="0" w:line="252" w:lineRule="auto"/>
              <w:jc w:val="center"/>
              <w:rPr>
                <w:rFonts w:cs="Times New Roman"/>
              </w:rPr>
            </w:pPr>
            <w:r w:rsidRPr="008A20D0">
              <w:rPr>
                <w:rFonts w:cs="Times New Roman"/>
                <w:sz w:val="20"/>
              </w:rPr>
              <w:t>83.5</w:t>
            </w:r>
          </w:p>
        </w:tc>
        <w:tc>
          <w:tcPr>
            <w:tcW w:w="1296" w:type="dxa"/>
            <w:tcMar>
              <w:top w:w="60" w:type="dxa"/>
              <w:left w:w="60" w:type="dxa"/>
              <w:bottom w:w="60" w:type="dxa"/>
              <w:right w:w="60" w:type="dxa"/>
            </w:tcMar>
            <w:vAlign w:val="center"/>
          </w:tcPr>
          <w:p w14:paraId="63A8777C" w14:textId="77777777" w:rsidR="00EE5F04" w:rsidRPr="008A20D0" w:rsidRDefault="00000000">
            <w:pPr>
              <w:spacing w:after="0" w:line="252" w:lineRule="auto"/>
              <w:jc w:val="center"/>
              <w:rPr>
                <w:rFonts w:cs="Times New Roman"/>
              </w:rPr>
            </w:pPr>
            <w:r w:rsidRPr="008A20D0">
              <w:rPr>
                <w:rFonts w:cs="Times New Roman"/>
                <w:sz w:val="20"/>
              </w:rPr>
              <w:t>82.5</w:t>
            </w:r>
          </w:p>
        </w:tc>
        <w:tc>
          <w:tcPr>
            <w:tcW w:w="1296" w:type="dxa"/>
            <w:tcMar>
              <w:top w:w="60" w:type="dxa"/>
              <w:left w:w="60" w:type="dxa"/>
              <w:bottom w:w="60" w:type="dxa"/>
              <w:right w:w="60" w:type="dxa"/>
            </w:tcMar>
            <w:vAlign w:val="center"/>
          </w:tcPr>
          <w:p w14:paraId="50FCB92C" w14:textId="77777777" w:rsidR="00EE5F04" w:rsidRPr="008A20D0" w:rsidRDefault="00000000">
            <w:pPr>
              <w:spacing w:after="0" w:line="252" w:lineRule="auto"/>
              <w:jc w:val="center"/>
              <w:rPr>
                <w:rFonts w:cs="Times New Roman"/>
              </w:rPr>
            </w:pPr>
            <w:r w:rsidRPr="008A20D0">
              <w:rPr>
                <w:rFonts w:cs="Times New Roman"/>
                <w:sz w:val="20"/>
              </w:rPr>
              <w:t>87.6</w:t>
            </w:r>
          </w:p>
        </w:tc>
        <w:tc>
          <w:tcPr>
            <w:tcW w:w="1296" w:type="dxa"/>
            <w:tcMar>
              <w:top w:w="60" w:type="dxa"/>
              <w:left w:w="60" w:type="dxa"/>
              <w:bottom w:w="60" w:type="dxa"/>
              <w:right w:w="60" w:type="dxa"/>
            </w:tcMar>
            <w:vAlign w:val="center"/>
          </w:tcPr>
          <w:p w14:paraId="0A58A0C2" w14:textId="77777777" w:rsidR="00EE5F04" w:rsidRPr="008A20D0" w:rsidRDefault="00000000">
            <w:pPr>
              <w:spacing w:after="0" w:line="252" w:lineRule="auto"/>
              <w:jc w:val="center"/>
              <w:rPr>
                <w:rFonts w:cs="Times New Roman"/>
              </w:rPr>
            </w:pPr>
            <w:r w:rsidRPr="008A20D0">
              <w:rPr>
                <w:rFonts w:cs="Times New Roman"/>
                <w:sz w:val="20"/>
              </w:rPr>
              <w:t>90.8</w:t>
            </w:r>
          </w:p>
        </w:tc>
        <w:tc>
          <w:tcPr>
            <w:tcW w:w="1296" w:type="dxa"/>
            <w:tcMar>
              <w:top w:w="60" w:type="dxa"/>
              <w:left w:w="60" w:type="dxa"/>
              <w:bottom w:w="60" w:type="dxa"/>
              <w:right w:w="60" w:type="dxa"/>
            </w:tcMar>
            <w:vAlign w:val="center"/>
          </w:tcPr>
          <w:p w14:paraId="051BE8CE" w14:textId="77777777" w:rsidR="00EE5F04" w:rsidRPr="008A20D0" w:rsidRDefault="00000000">
            <w:pPr>
              <w:spacing w:after="0" w:line="252" w:lineRule="auto"/>
              <w:jc w:val="center"/>
              <w:rPr>
                <w:rFonts w:cs="Times New Roman"/>
              </w:rPr>
            </w:pPr>
            <w:r w:rsidRPr="008A20D0">
              <w:rPr>
                <w:rFonts w:cs="Times New Roman"/>
                <w:sz w:val="20"/>
              </w:rPr>
              <w:t>86.4</w:t>
            </w:r>
          </w:p>
        </w:tc>
      </w:tr>
      <w:tr w:rsidR="00EE5F04" w:rsidRPr="008A20D0" w14:paraId="4A3A5F32" w14:textId="77777777">
        <w:trPr>
          <w:cantSplit/>
          <w:jc w:val="center"/>
        </w:trPr>
        <w:tc>
          <w:tcPr>
            <w:tcW w:w="3312" w:type="dxa"/>
            <w:tcMar>
              <w:top w:w="60" w:type="dxa"/>
              <w:left w:w="60" w:type="dxa"/>
              <w:bottom w:w="60" w:type="dxa"/>
              <w:right w:w="60" w:type="dxa"/>
            </w:tcMar>
            <w:vAlign w:val="center"/>
          </w:tcPr>
          <w:p w14:paraId="2500F54D" w14:textId="77777777" w:rsidR="00EE5F04" w:rsidRPr="008A20D0" w:rsidRDefault="00000000">
            <w:pPr>
              <w:spacing w:after="0" w:line="252" w:lineRule="auto"/>
              <w:rPr>
                <w:rFonts w:cs="Times New Roman"/>
              </w:rPr>
            </w:pPr>
            <w:r w:rsidRPr="008A20D0">
              <w:rPr>
                <w:rFonts w:cs="Times New Roman"/>
                <w:sz w:val="20"/>
              </w:rPr>
              <w:t>High-sensitivity C-reactive protein</w:t>
            </w:r>
          </w:p>
        </w:tc>
        <w:tc>
          <w:tcPr>
            <w:tcW w:w="1296" w:type="dxa"/>
            <w:tcMar>
              <w:top w:w="60" w:type="dxa"/>
              <w:left w:w="60" w:type="dxa"/>
              <w:bottom w:w="60" w:type="dxa"/>
              <w:right w:w="60" w:type="dxa"/>
            </w:tcMar>
            <w:vAlign w:val="center"/>
          </w:tcPr>
          <w:p w14:paraId="30CF4112" w14:textId="77777777" w:rsidR="00EE5F04" w:rsidRPr="008A20D0" w:rsidRDefault="00000000">
            <w:pPr>
              <w:spacing w:after="0" w:line="252" w:lineRule="auto"/>
              <w:jc w:val="center"/>
              <w:rPr>
                <w:rFonts w:cs="Times New Roman"/>
              </w:rPr>
            </w:pPr>
            <w:r w:rsidRPr="008A20D0">
              <w:rPr>
                <w:rFonts w:cs="Times New Roman"/>
                <w:sz w:val="20"/>
              </w:rPr>
              <w:t>67.6</w:t>
            </w:r>
          </w:p>
        </w:tc>
        <w:tc>
          <w:tcPr>
            <w:tcW w:w="1296" w:type="dxa"/>
            <w:tcMar>
              <w:top w:w="60" w:type="dxa"/>
              <w:left w:w="60" w:type="dxa"/>
              <w:bottom w:w="60" w:type="dxa"/>
              <w:right w:w="60" w:type="dxa"/>
            </w:tcMar>
            <w:vAlign w:val="center"/>
          </w:tcPr>
          <w:p w14:paraId="1A002EED" w14:textId="77777777" w:rsidR="00EE5F04" w:rsidRPr="008A20D0" w:rsidRDefault="00000000">
            <w:pPr>
              <w:spacing w:after="0" w:line="252" w:lineRule="auto"/>
              <w:jc w:val="center"/>
              <w:rPr>
                <w:rFonts w:cs="Times New Roman"/>
              </w:rPr>
            </w:pPr>
            <w:r w:rsidRPr="008A20D0">
              <w:rPr>
                <w:rFonts w:cs="Times New Roman"/>
                <w:sz w:val="20"/>
              </w:rPr>
              <w:t>66.9</w:t>
            </w:r>
          </w:p>
        </w:tc>
        <w:tc>
          <w:tcPr>
            <w:tcW w:w="1296" w:type="dxa"/>
            <w:tcMar>
              <w:top w:w="60" w:type="dxa"/>
              <w:left w:w="60" w:type="dxa"/>
              <w:bottom w:w="60" w:type="dxa"/>
              <w:right w:w="60" w:type="dxa"/>
            </w:tcMar>
            <w:vAlign w:val="center"/>
          </w:tcPr>
          <w:p w14:paraId="1414F658" w14:textId="77777777" w:rsidR="00EE5F04" w:rsidRPr="008A20D0" w:rsidRDefault="00000000">
            <w:pPr>
              <w:spacing w:after="0" w:line="252" w:lineRule="auto"/>
              <w:jc w:val="center"/>
              <w:rPr>
                <w:rFonts w:cs="Times New Roman"/>
              </w:rPr>
            </w:pPr>
            <w:r w:rsidRPr="008A20D0">
              <w:rPr>
                <w:rFonts w:cs="Times New Roman"/>
                <w:sz w:val="20"/>
              </w:rPr>
              <w:t>82.6</w:t>
            </w:r>
          </w:p>
        </w:tc>
        <w:tc>
          <w:tcPr>
            <w:tcW w:w="1296" w:type="dxa"/>
            <w:tcMar>
              <w:top w:w="60" w:type="dxa"/>
              <w:left w:w="60" w:type="dxa"/>
              <w:bottom w:w="60" w:type="dxa"/>
              <w:right w:w="60" w:type="dxa"/>
            </w:tcMar>
            <w:vAlign w:val="center"/>
          </w:tcPr>
          <w:p w14:paraId="033B42F2" w14:textId="77777777" w:rsidR="00EE5F04" w:rsidRPr="008A20D0" w:rsidRDefault="00000000">
            <w:pPr>
              <w:spacing w:after="0" w:line="252" w:lineRule="auto"/>
              <w:jc w:val="center"/>
              <w:rPr>
                <w:rFonts w:cs="Times New Roman"/>
              </w:rPr>
            </w:pPr>
            <w:r w:rsidRPr="008A20D0">
              <w:rPr>
                <w:rFonts w:cs="Times New Roman"/>
                <w:sz w:val="20"/>
              </w:rPr>
              <w:t>91.8</w:t>
            </w:r>
          </w:p>
        </w:tc>
        <w:tc>
          <w:tcPr>
            <w:tcW w:w="1296" w:type="dxa"/>
            <w:tcMar>
              <w:top w:w="60" w:type="dxa"/>
              <w:left w:w="60" w:type="dxa"/>
              <w:bottom w:w="60" w:type="dxa"/>
              <w:right w:w="60" w:type="dxa"/>
            </w:tcMar>
            <w:vAlign w:val="center"/>
          </w:tcPr>
          <w:p w14:paraId="13840181" w14:textId="77777777" w:rsidR="00EE5F04" w:rsidRPr="008A20D0" w:rsidRDefault="00000000">
            <w:pPr>
              <w:spacing w:after="0" w:line="252" w:lineRule="auto"/>
              <w:jc w:val="center"/>
              <w:rPr>
                <w:rFonts w:cs="Times New Roman"/>
              </w:rPr>
            </w:pPr>
            <w:r w:rsidRPr="008A20D0">
              <w:rPr>
                <w:rFonts w:cs="Times New Roman"/>
                <w:sz w:val="20"/>
              </w:rPr>
              <w:t>86.4</w:t>
            </w:r>
          </w:p>
        </w:tc>
      </w:tr>
      <w:tr w:rsidR="00EE5F04" w:rsidRPr="008A20D0" w14:paraId="1F5D6245" w14:textId="77777777">
        <w:trPr>
          <w:cantSplit/>
          <w:jc w:val="center"/>
        </w:trPr>
        <w:tc>
          <w:tcPr>
            <w:tcW w:w="3312" w:type="dxa"/>
            <w:tcMar>
              <w:top w:w="60" w:type="dxa"/>
              <w:left w:w="60" w:type="dxa"/>
              <w:bottom w:w="60" w:type="dxa"/>
              <w:right w:w="60" w:type="dxa"/>
            </w:tcMar>
            <w:vAlign w:val="center"/>
          </w:tcPr>
          <w:p w14:paraId="3C62EDE3" w14:textId="77777777" w:rsidR="00EE5F04" w:rsidRPr="008A20D0" w:rsidRDefault="00000000">
            <w:pPr>
              <w:spacing w:after="0" w:line="252" w:lineRule="auto"/>
              <w:rPr>
                <w:rFonts w:cs="Times New Roman"/>
              </w:rPr>
            </w:pPr>
            <w:r w:rsidRPr="008A20D0">
              <w:rPr>
                <w:rFonts w:cs="Times New Roman"/>
                <w:sz w:val="20"/>
              </w:rPr>
              <w:t>Procalcitonin</w:t>
            </w:r>
          </w:p>
        </w:tc>
        <w:tc>
          <w:tcPr>
            <w:tcW w:w="1296" w:type="dxa"/>
            <w:tcMar>
              <w:top w:w="60" w:type="dxa"/>
              <w:left w:w="60" w:type="dxa"/>
              <w:bottom w:w="60" w:type="dxa"/>
              <w:right w:w="60" w:type="dxa"/>
            </w:tcMar>
            <w:vAlign w:val="center"/>
          </w:tcPr>
          <w:p w14:paraId="3A4CE672" w14:textId="77777777" w:rsidR="00EE5F04" w:rsidRPr="008A20D0" w:rsidRDefault="00000000">
            <w:pPr>
              <w:spacing w:after="0" w:line="252" w:lineRule="auto"/>
              <w:jc w:val="center"/>
              <w:rPr>
                <w:rFonts w:cs="Times New Roman"/>
              </w:rPr>
            </w:pPr>
            <w:r w:rsidRPr="008A20D0">
              <w:rPr>
                <w:rFonts w:cs="Times New Roman"/>
                <w:sz w:val="20"/>
              </w:rPr>
              <w:t>38.1</w:t>
            </w:r>
          </w:p>
        </w:tc>
        <w:tc>
          <w:tcPr>
            <w:tcW w:w="1296" w:type="dxa"/>
            <w:tcMar>
              <w:top w:w="60" w:type="dxa"/>
              <w:left w:w="60" w:type="dxa"/>
              <w:bottom w:w="60" w:type="dxa"/>
              <w:right w:w="60" w:type="dxa"/>
            </w:tcMar>
            <w:vAlign w:val="center"/>
          </w:tcPr>
          <w:p w14:paraId="33317A1B" w14:textId="77777777" w:rsidR="00EE5F04" w:rsidRPr="008A20D0" w:rsidRDefault="00000000">
            <w:pPr>
              <w:spacing w:after="0" w:line="252" w:lineRule="auto"/>
              <w:jc w:val="center"/>
              <w:rPr>
                <w:rFonts w:cs="Times New Roman"/>
              </w:rPr>
            </w:pPr>
            <w:r w:rsidRPr="008A20D0">
              <w:rPr>
                <w:rFonts w:cs="Times New Roman"/>
                <w:sz w:val="20"/>
              </w:rPr>
              <w:t>33.1</w:t>
            </w:r>
          </w:p>
        </w:tc>
        <w:tc>
          <w:tcPr>
            <w:tcW w:w="1296" w:type="dxa"/>
            <w:tcMar>
              <w:top w:w="60" w:type="dxa"/>
              <w:left w:w="60" w:type="dxa"/>
              <w:bottom w:w="60" w:type="dxa"/>
              <w:right w:w="60" w:type="dxa"/>
            </w:tcMar>
            <w:vAlign w:val="center"/>
          </w:tcPr>
          <w:p w14:paraId="0C263DB8" w14:textId="77777777" w:rsidR="00EE5F04" w:rsidRPr="008A20D0" w:rsidRDefault="00000000">
            <w:pPr>
              <w:spacing w:after="0" w:line="252" w:lineRule="auto"/>
              <w:jc w:val="center"/>
              <w:rPr>
                <w:rFonts w:cs="Times New Roman"/>
              </w:rPr>
            </w:pPr>
            <w:r w:rsidRPr="008A20D0">
              <w:rPr>
                <w:rFonts w:cs="Times New Roman"/>
                <w:sz w:val="20"/>
              </w:rPr>
              <w:t>38.5</w:t>
            </w:r>
          </w:p>
        </w:tc>
        <w:tc>
          <w:tcPr>
            <w:tcW w:w="1296" w:type="dxa"/>
            <w:tcMar>
              <w:top w:w="60" w:type="dxa"/>
              <w:left w:w="60" w:type="dxa"/>
              <w:bottom w:w="60" w:type="dxa"/>
              <w:right w:w="60" w:type="dxa"/>
            </w:tcMar>
            <w:vAlign w:val="center"/>
          </w:tcPr>
          <w:p w14:paraId="321A8281" w14:textId="77777777" w:rsidR="00EE5F04" w:rsidRPr="008A20D0" w:rsidRDefault="00000000">
            <w:pPr>
              <w:spacing w:after="0" w:line="252" w:lineRule="auto"/>
              <w:jc w:val="center"/>
              <w:rPr>
                <w:rFonts w:cs="Times New Roman"/>
              </w:rPr>
            </w:pPr>
            <w:r w:rsidRPr="008A20D0">
              <w:rPr>
                <w:rFonts w:cs="Times New Roman"/>
                <w:sz w:val="20"/>
              </w:rPr>
              <w:t>44.0</w:t>
            </w:r>
          </w:p>
        </w:tc>
        <w:tc>
          <w:tcPr>
            <w:tcW w:w="1296" w:type="dxa"/>
            <w:tcMar>
              <w:top w:w="60" w:type="dxa"/>
              <w:left w:w="60" w:type="dxa"/>
              <w:bottom w:w="60" w:type="dxa"/>
              <w:right w:w="60" w:type="dxa"/>
            </w:tcMar>
            <w:vAlign w:val="center"/>
          </w:tcPr>
          <w:p w14:paraId="3E0D4D5B" w14:textId="77777777" w:rsidR="00EE5F04" w:rsidRPr="008A20D0" w:rsidRDefault="00000000">
            <w:pPr>
              <w:spacing w:after="0" w:line="252" w:lineRule="auto"/>
              <w:jc w:val="center"/>
              <w:rPr>
                <w:rFonts w:cs="Times New Roman"/>
              </w:rPr>
            </w:pPr>
            <w:r w:rsidRPr="008A20D0">
              <w:rPr>
                <w:rFonts w:cs="Times New Roman"/>
                <w:sz w:val="20"/>
              </w:rPr>
              <w:t>31.8</w:t>
            </w:r>
          </w:p>
        </w:tc>
      </w:tr>
      <w:tr w:rsidR="00EE5F04" w:rsidRPr="008A20D0" w14:paraId="3AF1D97F" w14:textId="77777777">
        <w:trPr>
          <w:cantSplit/>
          <w:jc w:val="center"/>
        </w:trPr>
        <w:tc>
          <w:tcPr>
            <w:tcW w:w="3312" w:type="dxa"/>
            <w:tcMar>
              <w:top w:w="60" w:type="dxa"/>
              <w:left w:w="60" w:type="dxa"/>
              <w:bottom w:w="60" w:type="dxa"/>
              <w:right w:w="60" w:type="dxa"/>
            </w:tcMar>
            <w:vAlign w:val="center"/>
          </w:tcPr>
          <w:p w14:paraId="5C8FAC1C" w14:textId="77777777" w:rsidR="00EE5F04" w:rsidRPr="008A20D0" w:rsidRDefault="00000000">
            <w:pPr>
              <w:spacing w:after="0" w:line="252" w:lineRule="auto"/>
              <w:rPr>
                <w:rFonts w:cs="Times New Roman"/>
              </w:rPr>
            </w:pPr>
            <w:r w:rsidRPr="008A20D0">
              <w:rPr>
                <w:rFonts w:cs="Times New Roman"/>
                <w:sz w:val="20"/>
              </w:rPr>
              <w:t>Albumin</w:t>
            </w:r>
          </w:p>
        </w:tc>
        <w:tc>
          <w:tcPr>
            <w:tcW w:w="1296" w:type="dxa"/>
            <w:tcMar>
              <w:top w:w="60" w:type="dxa"/>
              <w:left w:w="60" w:type="dxa"/>
              <w:bottom w:w="60" w:type="dxa"/>
              <w:right w:w="60" w:type="dxa"/>
            </w:tcMar>
            <w:vAlign w:val="center"/>
          </w:tcPr>
          <w:p w14:paraId="0ECA8D1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B9423F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D34AECB"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922897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CFFC33D"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721B555C" w14:textId="77777777">
        <w:trPr>
          <w:cantSplit/>
          <w:jc w:val="center"/>
        </w:trPr>
        <w:tc>
          <w:tcPr>
            <w:tcW w:w="3312" w:type="dxa"/>
            <w:tcMar>
              <w:top w:w="60" w:type="dxa"/>
              <w:left w:w="60" w:type="dxa"/>
              <w:bottom w:w="60" w:type="dxa"/>
              <w:right w:w="60" w:type="dxa"/>
            </w:tcMar>
            <w:vAlign w:val="center"/>
          </w:tcPr>
          <w:p w14:paraId="6B31AAE9" w14:textId="77777777" w:rsidR="00EE5F04" w:rsidRPr="008A20D0" w:rsidRDefault="00000000">
            <w:pPr>
              <w:spacing w:after="0" w:line="252" w:lineRule="auto"/>
              <w:rPr>
                <w:rFonts w:cs="Times New Roman"/>
              </w:rPr>
            </w:pPr>
            <w:r w:rsidRPr="008A20D0">
              <w:rPr>
                <w:rFonts w:cs="Times New Roman"/>
                <w:sz w:val="20"/>
              </w:rPr>
              <w:t>Prealbumin</w:t>
            </w:r>
          </w:p>
        </w:tc>
        <w:tc>
          <w:tcPr>
            <w:tcW w:w="1296" w:type="dxa"/>
            <w:tcMar>
              <w:top w:w="60" w:type="dxa"/>
              <w:left w:w="60" w:type="dxa"/>
              <w:bottom w:w="60" w:type="dxa"/>
              <w:right w:w="60" w:type="dxa"/>
            </w:tcMar>
            <w:vAlign w:val="center"/>
          </w:tcPr>
          <w:p w14:paraId="6B769B50" w14:textId="77777777" w:rsidR="00EE5F04" w:rsidRPr="008A20D0" w:rsidRDefault="00000000">
            <w:pPr>
              <w:spacing w:after="0" w:line="252" w:lineRule="auto"/>
              <w:jc w:val="center"/>
              <w:rPr>
                <w:rFonts w:cs="Times New Roman"/>
              </w:rPr>
            </w:pPr>
            <w:r w:rsidRPr="008A20D0">
              <w:rPr>
                <w:rFonts w:cs="Times New Roman"/>
                <w:sz w:val="20"/>
              </w:rPr>
              <w:t>72.7</w:t>
            </w:r>
          </w:p>
        </w:tc>
        <w:tc>
          <w:tcPr>
            <w:tcW w:w="1296" w:type="dxa"/>
            <w:tcMar>
              <w:top w:w="60" w:type="dxa"/>
              <w:left w:w="60" w:type="dxa"/>
              <w:bottom w:w="60" w:type="dxa"/>
              <w:right w:w="60" w:type="dxa"/>
            </w:tcMar>
            <w:vAlign w:val="center"/>
          </w:tcPr>
          <w:p w14:paraId="403130D7" w14:textId="77777777" w:rsidR="00EE5F04" w:rsidRPr="008A20D0" w:rsidRDefault="00000000">
            <w:pPr>
              <w:spacing w:after="0" w:line="252" w:lineRule="auto"/>
              <w:jc w:val="center"/>
              <w:rPr>
                <w:rFonts w:cs="Times New Roman"/>
              </w:rPr>
            </w:pPr>
            <w:r w:rsidRPr="008A20D0">
              <w:rPr>
                <w:rFonts w:cs="Times New Roman"/>
                <w:sz w:val="20"/>
              </w:rPr>
              <w:t>80.7</w:t>
            </w:r>
          </w:p>
        </w:tc>
        <w:tc>
          <w:tcPr>
            <w:tcW w:w="1296" w:type="dxa"/>
            <w:tcMar>
              <w:top w:w="60" w:type="dxa"/>
              <w:left w:w="60" w:type="dxa"/>
              <w:bottom w:w="60" w:type="dxa"/>
              <w:right w:w="60" w:type="dxa"/>
            </w:tcMar>
            <w:vAlign w:val="center"/>
          </w:tcPr>
          <w:p w14:paraId="3A2B8DC9" w14:textId="77777777" w:rsidR="00EE5F04" w:rsidRPr="008A20D0" w:rsidRDefault="00000000">
            <w:pPr>
              <w:spacing w:after="0" w:line="252" w:lineRule="auto"/>
              <w:jc w:val="center"/>
              <w:rPr>
                <w:rFonts w:cs="Times New Roman"/>
              </w:rPr>
            </w:pPr>
            <w:r w:rsidRPr="008A20D0">
              <w:rPr>
                <w:rFonts w:cs="Times New Roman"/>
                <w:sz w:val="20"/>
              </w:rPr>
              <w:t>86.3</w:t>
            </w:r>
          </w:p>
        </w:tc>
        <w:tc>
          <w:tcPr>
            <w:tcW w:w="1296" w:type="dxa"/>
            <w:tcMar>
              <w:top w:w="60" w:type="dxa"/>
              <w:left w:w="60" w:type="dxa"/>
              <w:bottom w:w="60" w:type="dxa"/>
              <w:right w:w="60" w:type="dxa"/>
            </w:tcMar>
            <w:vAlign w:val="center"/>
          </w:tcPr>
          <w:p w14:paraId="33EB1E27" w14:textId="77777777" w:rsidR="00EE5F04" w:rsidRPr="008A20D0" w:rsidRDefault="00000000">
            <w:pPr>
              <w:spacing w:after="0" w:line="252" w:lineRule="auto"/>
              <w:jc w:val="center"/>
              <w:rPr>
                <w:rFonts w:cs="Times New Roman"/>
              </w:rPr>
            </w:pPr>
            <w:r w:rsidRPr="008A20D0">
              <w:rPr>
                <w:rFonts w:cs="Times New Roman"/>
                <w:sz w:val="20"/>
              </w:rPr>
              <w:t>92.3</w:t>
            </w:r>
          </w:p>
        </w:tc>
        <w:tc>
          <w:tcPr>
            <w:tcW w:w="1296" w:type="dxa"/>
            <w:tcMar>
              <w:top w:w="60" w:type="dxa"/>
              <w:left w:w="60" w:type="dxa"/>
              <w:bottom w:w="60" w:type="dxa"/>
              <w:right w:w="60" w:type="dxa"/>
            </w:tcMar>
            <w:vAlign w:val="center"/>
          </w:tcPr>
          <w:p w14:paraId="5DF0989B" w14:textId="77777777" w:rsidR="00EE5F04" w:rsidRPr="008A20D0" w:rsidRDefault="00000000">
            <w:pPr>
              <w:spacing w:after="0" w:line="252" w:lineRule="auto"/>
              <w:jc w:val="center"/>
              <w:rPr>
                <w:rFonts w:cs="Times New Roman"/>
              </w:rPr>
            </w:pPr>
            <w:r w:rsidRPr="008A20D0">
              <w:rPr>
                <w:rFonts w:cs="Times New Roman"/>
                <w:sz w:val="20"/>
              </w:rPr>
              <w:t>90.9</w:t>
            </w:r>
          </w:p>
        </w:tc>
      </w:tr>
      <w:tr w:rsidR="00EE5F04" w:rsidRPr="008A20D0" w14:paraId="249B7EF9" w14:textId="77777777">
        <w:trPr>
          <w:cantSplit/>
          <w:jc w:val="center"/>
        </w:trPr>
        <w:tc>
          <w:tcPr>
            <w:tcW w:w="3312" w:type="dxa"/>
            <w:tcMar>
              <w:top w:w="60" w:type="dxa"/>
              <w:left w:w="60" w:type="dxa"/>
              <w:bottom w:w="60" w:type="dxa"/>
              <w:right w:w="60" w:type="dxa"/>
            </w:tcMar>
            <w:vAlign w:val="center"/>
          </w:tcPr>
          <w:p w14:paraId="1DA6AF92" w14:textId="77777777" w:rsidR="00EE5F04" w:rsidRPr="008A20D0" w:rsidRDefault="00000000">
            <w:pPr>
              <w:spacing w:after="0" w:line="252" w:lineRule="auto"/>
              <w:rPr>
                <w:rFonts w:cs="Times New Roman"/>
              </w:rPr>
            </w:pPr>
            <w:r w:rsidRPr="008A20D0">
              <w:rPr>
                <w:rFonts w:cs="Times New Roman"/>
                <w:sz w:val="20"/>
              </w:rPr>
              <w:t>Total protein</w:t>
            </w:r>
          </w:p>
        </w:tc>
        <w:tc>
          <w:tcPr>
            <w:tcW w:w="1296" w:type="dxa"/>
            <w:tcMar>
              <w:top w:w="60" w:type="dxa"/>
              <w:left w:w="60" w:type="dxa"/>
              <w:bottom w:w="60" w:type="dxa"/>
              <w:right w:w="60" w:type="dxa"/>
            </w:tcMar>
            <w:vAlign w:val="center"/>
          </w:tcPr>
          <w:p w14:paraId="1EAA455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532D12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98EA801" w14:textId="77777777" w:rsidR="00EE5F04" w:rsidRPr="008A20D0" w:rsidRDefault="00000000">
            <w:pPr>
              <w:spacing w:after="0" w:line="252" w:lineRule="auto"/>
              <w:jc w:val="center"/>
              <w:rPr>
                <w:rFonts w:cs="Times New Roman"/>
              </w:rPr>
            </w:pPr>
            <w:r w:rsidRPr="008A20D0">
              <w:rPr>
                <w:rFonts w:cs="Times New Roman"/>
                <w:sz w:val="20"/>
              </w:rPr>
              <w:t>0.6</w:t>
            </w:r>
          </w:p>
        </w:tc>
        <w:tc>
          <w:tcPr>
            <w:tcW w:w="1296" w:type="dxa"/>
            <w:tcMar>
              <w:top w:w="60" w:type="dxa"/>
              <w:left w:w="60" w:type="dxa"/>
              <w:bottom w:w="60" w:type="dxa"/>
              <w:right w:w="60" w:type="dxa"/>
            </w:tcMar>
            <w:vAlign w:val="center"/>
          </w:tcPr>
          <w:p w14:paraId="40CFD1E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FB38252"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70E12055" w14:textId="77777777">
        <w:trPr>
          <w:cantSplit/>
          <w:jc w:val="center"/>
        </w:trPr>
        <w:tc>
          <w:tcPr>
            <w:tcW w:w="3312" w:type="dxa"/>
            <w:tcMar>
              <w:top w:w="60" w:type="dxa"/>
              <w:left w:w="60" w:type="dxa"/>
              <w:bottom w:w="60" w:type="dxa"/>
              <w:right w:w="60" w:type="dxa"/>
            </w:tcMar>
            <w:vAlign w:val="center"/>
          </w:tcPr>
          <w:p w14:paraId="7C62E19B" w14:textId="77777777" w:rsidR="00EE5F04" w:rsidRPr="008A20D0" w:rsidRDefault="00000000">
            <w:pPr>
              <w:spacing w:after="0" w:line="252" w:lineRule="auto"/>
              <w:rPr>
                <w:rFonts w:cs="Times New Roman"/>
              </w:rPr>
            </w:pPr>
            <w:r w:rsidRPr="008A20D0">
              <w:rPr>
                <w:rFonts w:cs="Times New Roman"/>
                <w:sz w:val="20"/>
              </w:rPr>
              <w:t>Total bilirubin</w:t>
            </w:r>
          </w:p>
        </w:tc>
        <w:tc>
          <w:tcPr>
            <w:tcW w:w="1296" w:type="dxa"/>
            <w:tcMar>
              <w:top w:w="60" w:type="dxa"/>
              <w:left w:w="60" w:type="dxa"/>
              <w:bottom w:w="60" w:type="dxa"/>
              <w:right w:w="60" w:type="dxa"/>
            </w:tcMar>
            <w:vAlign w:val="center"/>
          </w:tcPr>
          <w:p w14:paraId="7875FEA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1B6422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813A529" w14:textId="77777777" w:rsidR="00EE5F04" w:rsidRPr="008A20D0" w:rsidRDefault="00000000">
            <w:pPr>
              <w:spacing w:after="0" w:line="252" w:lineRule="auto"/>
              <w:jc w:val="center"/>
              <w:rPr>
                <w:rFonts w:cs="Times New Roman"/>
              </w:rPr>
            </w:pPr>
            <w:r w:rsidRPr="008A20D0">
              <w:rPr>
                <w:rFonts w:cs="Times New Roman"/>
                <w:sz w:val="20"/>
              </w:rPr>
              <w:t>0.6</w:t>
            </w:r>
          </w:p>
        </w:tc>
        <w:tc>
          <w:tcPr>
            <w:tcW w:w="1296" w:type="dxa"/>
            <w:tcMar>
              <w:top w:w="60" w:type="dxa"/>
              <w:left w:w="60" w:type="dxa"/>
              <w:bottom w:w="60" w:type="dxa"/>
              <w:right w:w="60" w:type="dxa"/>
            </w:tcMar>
            <w:vAlign w:val="center"/>
          </w:tcPr>
          <w:p w14:paraId="14B3E01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3A80BFF"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1EF2F76D" w14:textId="77777777">
        <w:trPr>
          <w:cantSplit/>
          <w:jc w:val="center"/>
        </w:trPr>
        <w:tc>
          <w:tcPr>
            <w:tcW w:w="3312" w:type="dxa"/>
            <w:tcMar>
              <w:top w:w="60" w:type="dxa"/>
              <w:left w:w="60" w:type="dxa"/>
              <w:bottom w:w="60" w:type="dxa"/>
              <w:right w:w="60" w:type="dxa"/>
            </w:tcMar>
            <w:vAlign w:val="center"/>
          </w:tcPr>
          <w:p w14:paraId="07A24FE6" w14:textId="77777777" w:rsidR="00EE5F04" w:rsidRPr="008A20D0" w:rsidRDefault="00000000">
            <w:pPr>
              <w:spacing w:after="0" w:line="252" w:lineRule="auto"/>
              <w:rPr>
                <w:rFonts w:cs="Times New Roman"/>
              </w:rPr>
            </w:pPr>
            <w:r w:rsidRPr="008A20D0">
              <w:rPr>
                <w:rFonts w:cs="Times New Roman"/>
                <w:sz w:val="20"/>
              </w:rPr>
              <w:t>Direct bilirubin</w:t>
            </w:r>
          </w:p>
        </w:tc>
        <w:tc>
          <w:tcPr>
            <w:tcW w:w="1296" w:type="dxa"/>
            <w:tcMar>
              <w:top w:w="60" w:type="dxa"/>
              <w:left w:w="60" w:type="dxa"/>
              <w:bottom w:w="60" w:type="dxa"/>
              <w:right w:w="60" w:type="dxa"/>
            </w:tcMar>
            <w:vAlign w:val="center"/>
          </w:tcPr>
          <w:p w14:paraId="78DFD722" w14:textId="77777777" w:rsidR="00EE5F04" w:rsidRPr="008A20D0" w:rsidRDefault="00000000">
            <w:pPr>
              <w:spacing w:after="0" w:line="252" w:lineRule="auto"/>
              <w:jc w:val="center"/>
              <w:rPr>
                <w:rFonts w:cs="Times New Roman"/>
              </w:rPr>
            </w:pPr>
            <w:r w:rsidRPr="008A20D0">
              <w:rPr>
                <w:rFonts w:cs="Times New Roman"/>
                <w:sz w:val="20"/>
              </w:rPr>
              <w:t>10.8</w:t>
            </w:r>
          </w:p>
        </w:tc>
        <w:tc>
          <w:tcPr>
            <w:tcW w:w="1296" w:type="dxa"/>
            <w:tcMar>
              <w:top w:w="60" w:type="dxa"/>
              <w:left w:w="60" w:type="dxa"/>
              <w:bottom w:w="60" w:type="dxa"/>
              <w:right w:w="60" w:type="dxa"/>
            </w:tcMar>
            <w:vAlign w:val="center"/>
          </w:tcPr>
          <w:p w14:paraId="3E4D367A" w14:textId="77777777" w:rsidR="00EE5F04" w:rsidRPr="008A20D0" w:rsidRDefault="00000000">
            <w:pPr>
              <w:spacing w:after="0" w:line="252" w:lineRule="auto"/>
              <w:jc w:val="center"/>
              <w:rPr>
                <w:rFonts w:cs="Times New Roman"/>
              </w:rPr>
            </w:pPr>
            <w:r w:rsidRPr="008A20D0">
              <w:rPr>
                <w:rFonts w:cs="Times New Roman"/>
                <w:sz w:val="20"/>
              </w:rPr>
              <w:t>12.0</w:t>
            </w:r>
          </w:p>
        </w:tc>
        <w:tc>
          <w:tcPr>
            <w:tcW w:w="1296" w:type="dxa"/>
            <w:tcMar>
              <w:top w:w="60" w:type="dxa"/>
              <w:left w:w="60" w:type="dxa"/>
              <w:bottom w:w="60" w:type="dxa"/>
              <w:right w:w="60" w:type="dxa"/>
            </w:tcMar>
            <w:vAlign w:val="center"/>
          </w:tcPr>
          <w:p w14:paraId="332FBB5D" w14:textId="77777777" w:rsidR="00EE5F04" w:rsidRPr="008A20D0" w:rsidRDefault="00000000">
            <w:pPr>
              <w:spacing w:after="0" w:line="252" w:lineRule="auto"/>
              <w:jc w:val="center"/>
              <w:rPr>
                <w:rFonts w:cs="Times New Roman"/>
              </w:rPr>
            </w:pPr>
            <w:r w:rsidRPr="008A20D0">
              <w:rPr>
                <w:rFonts w:cs="Times New Roman"/>
                <w:sz w:val="20"/>
              </w:rPr>
              <w:t>8.1</w:t>
            </w:r>
          </w:p>
        </w:tc>
        <w:tc>
          <w:tcPr>
            <w:tcW w:w="1296" w:type="dxa"/>
            <w:tcMar>
              <w:top w:w="60" w:type="dxa"/>
              <w:left w:w="60" w:type="dxa"/>
              <w:bottom w:w="60" w:type="dxa"/>
              <w:right w:w="60" w:type="dxa"/>
            </w:tcMar>
            <w:vAlign w:val="center"/>
          </w:tcPr>
          <w:p w14:paraId="4933BED8" w14:textId="77777777" w:rsidR="00EE5F04" w:rsidRPr="008A20D0" w:rsidRDefault="00000000">
            <w:pPr>
              <w:spacing w:after="0" w:line="252" w:lineRule="auto"/>
              <w:jc w:val="center"/>
              <w:rPr>
                <w:rFonts w:cs="Times New Roman"/>
              </w:rPr>
            </w:pPr>
            <w:r w:rsidRPr="008A20D0">
              <w:rPr>
                <w:rFonts w:cs="Times New Roman"/>
                <w:sz w:val="20"/>
              </w:rPr>
              <w:t>1.9</w:t>
            </w:r>
          </w:p>
        </w:tc>
        <w:tc>
          <w:tcPr>
            <w:tcW w:w="1296" w:type="dxa"/>
            <w:tcMar>
              <w:top w:w="60" w:type="dxa"/>
              <w:left w:w="60" w:type="dxa"/>
              <w:bottom w:w="60" w:type="dxa"/>
              <w:right w:w="60" w:type="dxa"/>
            </w:tcMar>
            <w:vAlign w:val="center"/>
          </w:tcPr>
          <w:p w14:paraId="612D3910" w14:textId="77777777" w:rsidR="00EE5F04" w:rsidRPr="008A20D0" w:rsidRDefault="00000000">
            <w:pPr>
              <w:spacing w:after="0" w:line="252" w:lineRule="auto"/>
              <w:jc w:val="center"/>
              <w:rPr>
                <w:rFonts w:cs="Times New Roman"/>
              </w:rPr>
            </w:pPr>
            <w:r w:rsidRPr="008A20D0">
              <w:rPr>
                <w:rFonts w:cs="Times New Roman"/>
                <w:sz w:val="20"/>
              </w:rPr>
              <w:t>13.6</w:t>
            </w:r>
          </w:p>
        </w:tc>
      </w:tr>
      <w:tr w:rsidR="00EE5F04" w:rsidRPr="008A20D0" w14:paraId="4921C642" w14:textId="77777777">
        <w:trPr>
          <w:cantSplit/>
          <w:jc w:val="center"/>
        </w:trPr>
        <w:tc>
          <w:tcPr>
            <w:tcW w:w="3312" w:type="dxa"/>
            <w:tcMar>
              <w:top w:w="60" w:type="dxa"/>
              <w:left w:w="60" w:type="dxa"/>
              <w:bottom w:w="60" w:type="dxa"/>
              <w:right w:w="60" w:type="dxa"/>
            </w:tcMar>
            <w:vAlign w:val="center"/>
          </w:tcPr>
          <w:p w14:paraId="6A0AD78D" w14:textId="77777777" w:rsidR="00EE5F04" w:rsidRPr="008A20D0" w:rsidRDefault="00000000">
            <w:pPr>
              <w:spacing w:after="0" w:line="252" w:lineRule="auto"/>
              <w:rPr>
                <w:rFonts w:cs="Times New Roman"/>
              </w:rPr>
            </w:pPr>
            <w:r w:rsidRPr="008A20D0">
              <w:rPr>
                <w:rFonts w:cs="Times New Roman"/>
                <w:sz w:val="20"/>
              </w:rPr>
              <w:t>Indirect bilirubin</w:t>
            </w:r>
          </w:p>
        </w:tc>
        <w:tc>
          <w:tcPr>
            <w:tcW w:w="1296" w:type="dxa"/>
            <w:tcMar>
              <w:top w:w="60" w:type="dxa"/>
              <w:left w:w="60" w:type="dxa"/>
              <w:bottom w:w="60" w:type="dxa"/>
              <w:right w:w="60" w:type="dxa"/>
            </w:tcMar>
            <w:vAlign w:val="center"/>
          </w:tcPr>
          <w:p w14:paraId="3CFC3CF3" w14:textId="77777777" w:rsidR="00EE5F04" w:rsidRPr="008A20D0" w:rsidRDefault="00000000">
            <w:pPr>
              <w:spacing w:after="0" w:line="252" w:lineRule="auto"/>
              <w:jc w:val="center"/>
              <w:rPr>
                <w:rFonts w:cs="Times New Roman"/>
              </w:rPr>
            </w:pPr>
            <w:r w:rsidRPr="008A20D0">
              <w:rPr>
                <w:rFonts w:cs="Times New Roman"/>
                <w:sz w:val="20"/>
              </w:rPr>
              <w:t>76.3</w:t>
            </w:r>
          </w:p>
        </w:tc>
        <w:tc>
          <w:tcPr>
            <w:tcW w:w="1296" w:type="dxa"/>
            <w:tcMar>
              <w:top w:w="60" w:type="dxa"/>
              <w:left w:w="60" w:type="dxa"/>
              <w:bottom w:w="60" w:type="dxa"/>
              <w:right w:w="60" w:type="dxa"/>
            </w:tcMar>
            <w:vAlign w:val="center"/>
          </w:tcPr>
          <w:p w14:paraId="33BB125E" w14:textId="77777777" w:rsidR="00EE5F04" w:rsidRPr="008A20D0" w:rsidRDefault="00000000">
            <w:pPr>
              <w:spacing w:after="0" w:line="252" w:lineRule="auto"/>
              <w:jc w:val="center"/>
              <w:rPr>
                <w:rFonts w:cs="Times New Roman"/>
              </w:rPr>
            </w:pPr>
            <w:r w:rsidRPr="008A20D0">
              <w:rPr>
                <w:rFonts w:cs="Times New Roman"/>
                <w:sz w:val="20"/>
              </w:rPr>
              <w:t>83.1</w:t>
            </w:r>
          </w:p>
        </w:tc>
        <w:tc>
          <w:tcPr>
            <w:tcW w:w="1296" w:type="dxa"/>
            <w:tcMar>
              <w:top w:w="60" w:type="dxa"/>
              <w:left w:w="60" w:type="dxa"/>
              <w:bottom w:w="60" w:type="dxa"/>
              <w:right w:w="60" w:type="dxa"/>
            </w:tcMar>
            <w:vAlign w:val="center"/>
          </w:tcPr>
          <w:p w14:paraId="2ABC5CB1" w14:textId="77777777" w:rsidR="00EE5F04" w:rsidRPr="008A20D0" w:rsidRDefault="00000000">
            <w:pPr>
              <w:spacing w:after="0" w:line="252" w:lineRule="auto"/>
              <w:jc w:val="center"/>
              <w:rPr>
                <w:rFonts w:cs="Times New Roman"/>
              </w:rPr>
            </w:pPr>
            <w:r w:rsidRPr="008A20D0">
              <w:rPr>
                <w:rFonts w:cs="Times New Roman"/>
                <w:sz w:val="20"/>
              </w:rPr>
              <w:t>87.6</w:t>
            </w:r>
          </w:p>
        </w:tc>
        <w:tc>
          <w:tcPr>
            <w:tcW w:w="1296" w:type="dxa"/>
            <w:tcMar>
              <w:top w:w="60" w:type="dxa"/>
              <w:left w:w="60" w:type="dxa"/>
              <w:bottom w:w="60" w:type="dxa"/>
              <w:right w:w="60" w:type="dxa"/>
            </w:tcMar>
            <w:vAlign w:val="center"/>
          </w:tcPr>
          <w:p w14:paraId="173CC327" w14:textId="77777777" w:rsidR="00EE5F04" w:rsidRPr="008A20D0" w:rsidRDefault="00000000">
            <w:pPr>
              <w:spacing w:after="0" w:line="252" w:lineRule="auto"/>
              <w:jc w:val="center"/>
              <w:rPr>
                <w:rFonts w:cs="Times New Roman"/>
              </w:rPr>
            </w:pPr>
            <w:r w:rsidRPr="008A20D0">
              <w:rPr>
                <w:rFonts w:cs="Times New Roman"/>
                <w:sz w:val="20"/>
              </w:rPr>
              <w:t>95.7</w:t>
            </w:r>
          </w:p>
        </w:tc>
        <w:tc>
          <w:tcPr>
            <w:tcW w:w="1296" w:type="dxa"/>
            <w:tcMar>
              <w:top w:w="60" w:type="dxa"/>
              <w:left w:w="60" w:type="dxa"/>
              <w:bottom w:w="60" w:type="dxa"/>
              <w:right w:w="60" w:type="dxa"/>
            </w:tcMar>
            <w:vAlign w:val="center"/>
          </w:tcPr>
          <w:p w14:paraId="11176246" w14:textId="77777777" w:rsidR="00EE5F04" w:rsidRPr="008A20D0" w:rsidRDefault="00000000">
            <w:pPr>
              <w:spacing w:after="0" w:line="252" w:lineRule="auto"/>
              <w:jc w:val="center"/>
              <w:rPr>
                <w:rFonts w:cs="Times New Roman"/>
              </w:rPr>
            </w:pPr>
            <w:r w:rsidRPr="008A20D0">
              <w:rPr>
                <w:rFonts w:cs="Times New Roman"/>
                <w:sz w:val="20"/>
              </w:rPr>
              <w:t>90.9</w:t>
            </w:r>
          </w:p>
        </w:tc>
      </w:tr>
      <w:tr w:rsidR="00EE5F04" w:rsidRPr="008A20D0" w14:paraId="23CDF319" w14:textId="77777777">
        <w:trPr>
          <w:cantSplit/>
          <w:jc w:val="center"/>
        </w:trPr>
        <w:tc>
          <w:tcPr>
            <w:tcW w:w="3312" w:type="dxa"/>
            <w:tcMar>
              <w:top w:w="60" w:type="dxa"/>
              <w:left w:w="60" w:type="dxa"/>
              <w:bottom w:w="60" w:type="dxa"/>
              <w:right w:w="60" w:type="dxa"/>
            </w:tcMar>
            <w:vAlign w:val="center"/>
          </w:tcPr>
          <w:p w14:paraId="2FBFBFF9" w14:textId="77777777" w:rsidR="00EE5F04" w:rsidRPr="008A20D0" w:rsidRDefault="00000000">
            <w:pPr>
              <w:spacing w:after="0" w:line="252" w:lineRule="auto"/>
              <w:rPr>
                <w:rFonts w:cs="Times New Roman"/>
              </w:rPr>
            </w:pPr>
            <w:r w:rsidRPr="008A20D0">
              <w:rPr>
                <w:rFonts w:cs="Times New Roman"/>
                <w:sz w:val="20"/>
              </w:rPr>
              <w:t>Alanine aminotransferase</w:t>
            </w:r>
          </w:p>
        </w:tc>
        <w:tc>
          <w:tcPr>
            <w:tcW w:w="1296" w:type="dxa"/>
            <w:tcMar>
              <w:top w:w="60" w:type="dxa"/>
              <w:left w:w="60" w:type="dxa"/>
              <w:bottom w:w="60" w:type="dxa"/>
              <w:right w:w="60" w:type="dxa"/>
            </w:tcMar>
            <w:vAlign w:val="center"/>
          </w:tcPr>
          <w:p w14:paraId="6A347FC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B18058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39A2539" w14:textId="77777777" w:rsidR="00EE5F04" w:rsidRPr="008A20D0" w:rsidRDefault="00000000">
            <w:pPr>
              <w:spacing w:after="0" w:line="252" w:lineRule="auto"/>
              <w:jc w:val="center"/>
              <w:rPr>
                <w:rFonts w:cs="Times New Roman"/>
              </w:rPr>
            </w:pPr>
            <w:r w:rsidRPr="008A20D0">
              <w:rPr>
                <w:rFonts w:cs="Times New Roman"/>
                <w:sz w:val="20"/>
              </w:rPr>
              <w:t>0.6</w:t>
            </w:r>
          </w:p>
        </w:tc>
        <w:tc>
          <w:tcPr>
            <w:tcW w:w="1296" w:type="dxa"/>
            <w:tcMar>
              <w:top w:w="60" w:type="dxa"/>
              <w:left w:w="60" w:type="dxa"/>
              <w:bottom w:w="60" w:type="dxa"/>
              <w:right w:w="60" w:type="dxa"/>
            </w:tcMar>
            <w:vAlign w:val="center"/>
          </w:tcPr>
          <w:p w14:paraId="2B92F9AA" w14:textId="77777777" w:rsidR="00EE5F04" w:rsidRPr="008A20D0" w:rsidRDefault="00000000">
            <w:pPr>
              <w:spacing w:after="0" w:line="252" w:lineRule="auto"/>
              <w:jc w:val="center"/>
              <w:rPr>
                <w:rFonts w:cs="Times New Roman"/>
              </w:rPr>
            </w:pPr>
            <w:r w:rsidRPr="008A20D0">
              <w:rPr>
                <w:rFonts w:cs="Times New Roman"/>
                <w:sz w:val="20"/>
              </w:rPr>
              <w:t>1.9</w:t>
            </w:r>
          </w:p>
        </w:tc>
        <w:tc>
          <w:tcPr>
            <w:tcW w:w="1296" w:type="dxa"/>
            <w:tcMar>
              <w:top w:w="60" w:type="dxa"/>
              <w:left w:w="60" w:type="dxa"/>
              <w:bottom w:w="60" w:type="dxa"/>
              <w:right w:w="60" w:type="dxa"/>
            </w:tcMar>
            <w:vAlign w:val="center"/>
          </w:tcPr>
          <w:p w14:paraId="4080AF32" w14:textId="77777777" w:rsidR="00EE5F04" w:rsidRPr="008A20D0" w:rsidRDefault="00000000">
            <w:pPr>
              <w:spacing w:after="0" w:line="252" w:lineRule="auto"/>
              <w:jc w:val="center"/>
              <w:rPr>
                <w:rFonts w:cs="Times New Roman"/>
              </w:rPr>
            </w:pPr>
            <w:r w:rsidRPr="008A20D0">
              <w:rPr>
                <w:rFonts w:cs="Times New Roman"/>
                <w:sz w:val="20"/>
              </w:rPr>
              <w:t>59.1</w:t>
            </w:r>
          </w:p>
        </w:tc>
      </w:tr>
      <w:tr w:rsidR="00EE5F04" w:rsidRPr="008A20D0" w14:paraId="297C76ED" w14:textId="77777777">
        <w:trPr>
          <w:cantSplit/>
          <w:jc w:val="center"/>
        </w:trPr>
        <w:tc>
          <w:tcPr>
            <w:tcW w:w="3312" w:type="dxa"/>
            <w:tcMar>
              <w:top w:w="60" w:type="dxa"/>
              <w:left w:w="60" w:type="dxa"/>
              <w:bottom w:w="60" w:type="dxa"/>
              <w:right w:w="60" w:type="dxa"/>
            </w:tcMar>
            <w:vAlign w:val="center"/>
          </w:tcPr>
          <w:p w14:paraId="2EF3C912" w14:textId="77777777" w:rsidR="00EE5F04" w:rsidRPr="008A20D0" w:rsidRDefault="00000000">
            <w:pPr>
              <w:spacing w:after="0" w:line="252" w:lineRule="auto"/>
              <w:rPr>
                <w:rFonts w:cs="Times New Roman"/>
              </w:rPr>
            </w:pPr>
            <w:r w:rsidRPr="008A20D0">
              <w:rPr>
                <w:rFonts w:cs="Times New Roman"/>
                <w:sz w:val="20"/>
              </w:rPr>
              <w:t>Aspartate aminotransferase</w:t>
            </w:r>
          </w:p>
        </w:tc>
        <w:tc>
          <w:tcPr>
            <w:tcW w:w="1296" w:type="dxa"/>
            <w:tcMar>
              <w:top w:w="60" w:type="dxa"/>
              <w:left w:w="60" w:type="dxa"/>
              <w:bottom w:w="60" w:type="dxa"/>
              <w:right w:w="60" w:type="dxa"/>
            </w:tcMar>
            <w:vAlign w:val="center"/>
          </w:tcPr>
          <w:p w14:paraId="597579D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AD0708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9796D5D" w14:textId="77777777" w:rsidR="00EE5F04" w:rsidRPr="008A20D0" w:rsidRDefault="00000000">
            <w:pPr>
              <w:spacing w:after="0" w:line="252" w:lineRule="auto"/>
              <w:jc w:val="center"/>
              <w:rPr>
                <w:rFonts w:cs="Times New Roman"/>
              </w:rPr>
            </w:pPr>
            <w:r w:rsidRPr="008A20D0">
              <w:rPr>
                <w:rFonts w:cs="Times New Roman"/>
                <w:sz w:val="20"/>
              </w:rPr>
              <w:t>0.6</w:t>
            </w:r>
          </w:p>
        </w:tc>
        <w:tc>
          <w:tcPr>
            <w:tcW w:w="1296" w:type="dxa"/>
            <w:tcMar>
              <w:top w:w="60" w:type="dxa"/>
              <w:left w:w="60" w:type="dxa"/>
              <w:bottom w:w="60" w:type="dxa"/>
              <w:right w:w="60" w:type="dxa"/>
            </w:tcMar>
            <w:vAlign w:val="center"/>
          </w:tcPr>
          <w:p w14:paraId="42657AD4" w14:textId="77777777" w:rsidR="00EE5F04" w:rsidRPr="008A20D0" w:rsidRDefault="00000000">
            <w:pPr>
              <w:spacing w:after="0" w:line="252" w:lineRule="auto"/>
              <w:jc w:val="center"/>
              <w:rPr>
                <w:rFonts w:cs="Times New Roman"/>
              </w:rPr>
            </w:pPr>
            <w:r w:rsidRPr="008A20D0">
              <w:rPr>
                <w:rFonts w:cs="Times New Roman"/>
                <w:sz w:val="20"/>
              </w:rPr>
              <w:t>1.9</w:t>
            </w:r>
          </w:p>
        </w:tc>
        <w:tc>
          <w:tcPr>
            <w:tcW w:w="1296" w:type="dxa"/>
            <w:tcMar>
              <w:top w:w="60" w:type="dxa"/>
              <w:left w:w="60" w:type="dxa"/>
              <w:bottom w:w="60" w:type="dxa"/>
              <w:right w:w="60" w:type="dxa"/>
            </w:tcMar>
            <w:vAlign w:val="center"/>
          </w:tcPr>
          <w:p w14:paraId="4A25DC2D" w14:textId="77777777" w:rsidR="00EE5F04" w:rsidRPr="008A20D0" w:rsidRDefault="00000000">
            <w:pPr>
              <w:spacing w:after="0" w:line="252" w:lineRule="auto"/>
              <w:jc w:val="center"/>
              <w:rPr>
                <w:rFonts w:cs="Times New Roman"/>
              </w:rPr>
            </w:pPr>
            <w:r w:rsidRPr="008A20D0">
              <w:rPr>
                <w:rFonts w:cs="Times New Roman"/>
                <w:sz w:val="20"/>
              </w:rPr>
              <w:t>59.1</w:t>
            </w:r>
          </w:p>
        </w:tc>
      </w:tr>
      <w:tr w:rsidR="00EE5F04" w:rsidRPr="008A20D0" w14:paraId="101B45F5" w14:textId="77777777">
        <w:trPr>
          <w:cantSplit/>
          <w:jc w:val="center"/>
        </w:trPr>
        <w:tc>
          <w:tcPr>
            <w:tcW w:w="3312" w:type="dxa"/>
            <w:tcMar>
              <w:top w:w="60" w:type="dxa"/>
              <w:left w:w="60" w:type="dxa"/>
              <w:bottom w:w="60" w:type="dxa"/>
              <w:right w:w="60" w:type="dxa"/>
            </w:tcMar>
            <w:vAlign w:val="center"/>
          </w:tcPr>
          <w:p w14:paraId="26EB2E00" w14:textId="77777777" w:rsidR="00EE5F04" w:rsidRPr="008A20D0" w:rsidRDefault="00000000">
            <w:pPr>
              <w:spacing w:after="0" w:line="252" w:lineRule="auto"/>
              <w:rPr>
                <w:rFonts w:cs="Times New Roman"/>
              </w:rPr>
            </w:pPr>
            <w:r w:rsidRPr="008A20D0">
              <w:rPr>
                <w:rFonts w:cs="Times New Roman"/>
                <w:sz w:val="20"/>
              </w:rPr>
              <w:t>Alkaline phosphatase</w:t>
            </w:r>
          </w:p>
        </w:tc>
        <w:tc>
          <w:tcPr>
            <w:tcW w:w="1296" w:type="dxa"/>
            <w:tcMar>
              <w:top w:w="60" w:type="dxa"/>
              <w:left w:w="60" w:type="dxa"/>
              <w:bottom w:w="60" w:type="dxa"/>
              <w:right w:w="60" w:type="dxa"/>
            </w:tcMar>
            <w:vAlign w:val="center"/>
          </w:tcPr>
          <w:p w14:paraId="27508FEA"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8ADDCA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0F6A193" w14:textId="77777777" w:rsidR="00EE5F04" w:rsidRPr="008A20D0" w:rsidRDefault="00000000">
            <w:pPr>
              <w:spacing w:after="0" w:line="252" w:lineRule="auto"/>
              <w:jc w:val="center"/>
              <w:rPr>
                <w:rFonts w:cs="Times New Roman"/>
              </w:rPr>
            </w:pPr>
            <w:r w:rsidRPr="008A20D0">
              <w:rPr>
                <w:rFonts w:cs="Times New Roman"/>
                <w:sz w:val="20"/>
              </w:rPr>
              <w:t>0.6</w:t>
            </w:r>
          </w:p>
        </w:tc>
        <w:tc>
          <w:tcPr>
            <w:tcW w:w="1296" w:type="dxa"/>
            <w:tcMar>
              <w:top w:w="60" w:type="dxa"/>
              <w:left w:w="60" w:type="dxa"/>
              <w:bottom w:w="60" w:type="dxa"/>
              <w:right w:w="60" w:type="dxa"/>
            </w:tcMar>
            <w:vAlign w:val="center"/>
          </w:tcPr>
          <w:p w14:paraId="30A1530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7FA1598"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34A3A5B5" w14:textId="77777777">
        <w:trPr>
          <w:cantSplit/>
          <w:jc w:val="center"/>
        </w:trPr>
        <w:tc>
          <w:tcPr>
            <w:tcW w:w="3312" w:type="dxa"/>
            <w:tcMar>
              <w:top w:w="60" w:type="dxa"/>
              <w:left w:w="60" w:type="dxa"/>
              <w:bottom w:w="60" w:type="dxa"/>
              <w:right w:w="60" w:type="dxa"/>
            </w:tcMar>
            <w:vAlign w:val="center"/>
          </w:tcPr>
          <w:p w14:paraId="01578466" w14:textId="77777777" w:rsidR="00EE5F04" w:rsidRPr="008A20D0" w:rsidRDefault="00000000">
            <w:pPr>
              <w:spacing w:after="0" w:line="252" w:lineRule="auto"/>
              <w:rPr>
                <w:rFonts w:cs="Times New Roman"/>
              </w:rPr>
            </w:pPr>
            <w:r w:rsidRPr="008A20D0">
              <w:rPr>
                <w:rFonts w:cs="Times New Roman"/>
                <w:sz w:val="20"/>
              </w:rPr>
              <w:t>Gamma-glutamyl transferase</w:t>
            </w:r>
          </w:p>
        </w:tc>
        <w:tc>
          <w:tcPr>
            <w:tcW w:w="1296" w:type="dxa"/>
            <w:tcMar>
              <w:top w:w="60" w:type="dxa"/>
              <w:left w:w="60" w:type="dxa"/>
              <w:bottom w:w="60" w:type="dxa"/>
              <w:right w:w="60" w:type="dxa"/>
            </w:tcMar>
            <w:vAlign w:val="center"/>
          </w:tcPr>
          <w:p w14:paraId="157EFFF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42E8870"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83510A2" w14:textId="77777777" w:rsidR="00EE5F04" w:rsidRPr="008A20D0" w:rsidRDefault="00000000">
            <w:pPr>
              <w:spacing w:after="0" w:line="252" w:lineRule="auto"/>
              <w:jc w:val="center"/>
              <w:rPr>
                <w:rFonts w:cs="Times New Roman"/>
              </w:rPr>
            </w:pPr>
            <w:r w:rsidRPr="008A20D0">
              <w:rPr>
                <w:rFonts w:cs="Times New Roman"/>
                <w:sz w:val="20"/>
              </w:rPr>
              <w:t>0.6</w:t>
            </w:r>
          </w:p>
        </w:tc>
        <w:tc>
          <w:tcPr>
            <w:tcW w:w="1296" w:type="dxa"/>
            <w:tcMar>
              <w:top w:w="60" w:type="dxa"/>
              <w:left w:w="60" w:type="dxa"/>
              <w:bottom w:w="60" w:type="dxa"/>
              <w:right w:w="60" w:type="dxa"/>
            </w:tcMar>
            <w:vAlign w:val="center"/>
          </w:tcPr>
          <w:p w14:paraId="36CBF43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964A1E5"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61517D72" w14:textId="77777777">
        <w:trPr>
          <w:cantSplit/>
          <w:jc w:val="center"/>
        </w:trPr>
        <w:tc>
          <w:tcPr>
            <w:tcW w:w="3312" w:type="dxa"/>
            <w:tcMar>
              <w:top w:w="60" w:type="dxa"/>
              <w:left w:w="60" w:type="dxa"/>
              <w:bottom w:w="60" w:type="dxa"/>
              <w:right w:w="60" w:type="dxa"/>
            </w:tcMar>
            <w:vAlign w:val="center"/>
          </w:tcPr>
          <w:p w14:paraId="0518F097" w14:textId="77777777" w:rsidR="00EE5F04" w:rsidRPr="008A20D0" w:rsidRDefault="00000000">
            <w:pPr>
              <w:spacing w:after="0" w:line="252" w:lineRule="auto"/>
              <w:rPr>
                <w:rFonts w:cs="Times New Roman"/>
              </w:rPr>
            </w:pPr>
            <w:r w:rsidRPr="008A20D0">
              <w:rPr>
                <w:rFonts w:cs="Times New Roman"/>
                <w:sz w:val="20"/>
              </w:rPr>
              <w:t>Total bile acids</w:t>
            </w:r>
          </w:p>
        </w:tc>
        <w:tc>
          <w:tcPr>
            <w:tcW w:w="1296" w:type="dxa"/>
            <w:tcMar>
              <w:top w:w="60" w:type="dxa"/>
              <w:left w:w="60" w:type="dxa"/>
              <w:bottom w:w="60" w:type="dxa"/>
              <w:right w:w="60" w:type="dxa"/>
            </w:tcMar>
            <w:vAlign w:val="center"/>
          </w:tcPr>
          <w:p w14:paraId="28D2908C" w14:textId="77777777" w:rsidR="00EE5F04" w:rsidRPr="008A20D0" w:rsidRDefault="00000000">
            <w:pPr>
              <w:spacing w:after="0" w:line="252" w:lineRule="auto"/>
              <w:jc w:val="center"/>
              <w:rPr>
                <w:rFonts w:cs="Times New Roman"/>
              </w:rPr>
            </w:pPr>
            <w:r w:rsidRPr="008A20D0">
              <w:rPr>
                <w:rFonts w:cs="Times New Roman"/>
                <w:sz w:val="20"/>
              </w:rPr>
              <w:t>76.3</w:t>
            </w:r>
          </w:p>
        </w:tc>
        <w:tc>
          <w:tcPr>
            <w:tcW w:w="1296" w:type="dxa"/>
            <w:tcMar>
              <w:top w:w="60" w:type="dxa"/>
              <w:left w:w="60" w:type="dxa"/>
              <w:bottom w:w="60" w:type="dxa"/>
              <w:right w:w="60" w:type="dxa"/>
            </w:tcMar>
            <w:vAlign w:val="center"/>
          </w:tcPr>
          <w:p w14:paraId="31000D79" w14:textId="77777777" w:rsidR="00EE5F04" w:rsidRPr="008A20D0" w:rsidRDefault="00000000">
            <w:pPr>
              <w:spacing w:after="0" w:line="252" w:lineRule="auto"/>
              <w:jc w:val="center"/>
              <w:rPr>
                <w:rFonts w:cs="Times New Roman"/>
              </w:rPr>
            </w:pPr>
            <w:r w:rsidRPr="008A20D0">
              <w:rPr>
                <w:rFonts w:cs="Times New Roman"/>
                <w:sz w:val="20"/>
              </w:rPr>
              <w:t>81.9</w:t>
            </w:r>
          </w:p>
        </w:tc>
        <w:tc>
          <w:tcPr>
            <w:tcW w:w="1296" w:type="dxa"/>
            <w:tcMar>
              <w:top w:w="60" w:type="dxa"/>
              <w:left w:w="60" w:type="dxa"/>
              <w:bottom w:w="60" w:type="dxa"/>
              <w:right w:w="60" w:type="dxa"/>
            </w:tcMar>
            <w:vAlign w:val="center"/>
          </w:tcPr>
          <w:p w14:paraId="6A11A0CA" w14:textId="77777777" w:rsidR="00EE5F04" w:rsidRPr="008A20D0" w:rsidRDefault="00000000">
            <w:pPr>
              <w:spacing w:after="0" w:line="252" w:lineRule="auto"/>
              <w:jc w:val="center"/>
              <w:rPr>
                <w:rFonts w:cs="Times New Roman"/>
              </w:rPr>
            </w:pPr>
            <w:r w:rsidRPr="008A20D0">
              <w:rPr>
                <w:rFonts w:cs="Times New Roman"/>
                <w:sz w:val="20"/>
              </w:rPr>
              <w:t>86.3</w:t>
            </w:r>
          </w:p>
        </w:tc>
        <w:tc>
          <w:tcPr>
            <w:tcW w:w="1296" w:type="dxa"/>
            <w:tcMar>
              <w:top w:w="60" w:type="dxa"/>
              <w:left w:w="60" w:type="dxa"/>
              <w:bottom w:w="60" w:type="dxa"/>
              <w:right w:w="60" w:type="dxa"/>
            </w:tcMar>
            <w:vAlign w:val="center"/>
          </w:tcPr>
          <w:p w14:paraId="41524A50" w14:textId="77777777" w:rsidR="00EE5F04" w:rsidRPr="008A20D0" w:rsidRDefault="00000000">
            <w:pPr>
              <w:spacing w:after="0" w:line="252" w:lineRule="auto"/>
              <w:jc w:val="center"/>
              <w:rPr>
                <w:rFonts w:cs="Times New Roman"/>
              </w:rPr>
            </w:pPr>
            <w:r w:rsidRPr="008A20D0">
              <w:rPr>
                <w:rFonts w:cs="Times New Roman"/>
                <w:sz w:val="20"/>
              </w:rPr>
              <w:t>96.1</w:t>
            </w:r>
          </w:p>
        </w:tc>
        <w:tc>
          <w:tcPr>
            <w:tcW w:w="1296" w:type="dxa"/>
            <w:tcMar>
              <w:top w:w="60" w:type="dxa"/>
              <w:left w:w="60" w:type="dxa"/>
              <w:bottom w:w="60" w:type="dxa"/>
              <w:right w:w="60" w:type="dxa"/>
            </w:tcMar>
            <w:vAlign w:val="center"/>
          </w:tcPr>
          <w:p w14:paraId="0CF9AC3E" w14:textId="77777777" w:rsidR="00EE5F04" w:rsidRPr="008A20D0" w:rsidRDefault="00000000">
            <w:pPr>
              <w:spacing w:after="0" w:line="252" w:lineRule="auto"/>
              <w:jc w:val="center"/>
              <w:rPr>
                <w:rFonts w:cs="Times New Roman"/>
              </w:rPr>
            </w:pPr>
            <w:r w:rsidRPr="008A20D0">
              <w:rPr>
                <w:rFonts w:cs="Times New Roman"/>
                <w:sz w:val="20"/>
              </w:rPr>
              <w:t>95.5</w:t>
            </w:r>
          </w:p>
        </w:tc>
      </w:tr>
      <w:tr w:rsidR="00EE5F04" w:rsidRPr="008A20D0" w14:paraId="771641DE" w14:textId="77777777">
        <w:trPr>
          <w:cantSplit/>
          <w:jc w:val="center"/>
        </w:trPr>
        <w:tc>
          <w:tcPr>
            <w:tcW w:w="3312" w:type="dxa"/>
            <w:tcMar>
              <w:top w:w="60" w:type="dxa"/>
              <w:left w:w="60" w:type="dxa"/>
              <w:bottom w:w="60" w:type="dxa"/>
              <w:right w:w="60" w:type="dxa"/>
            </w:tcMar>
            <w:vAlign w:val="center"/>
          </w:tcPr>
          <w:p w14:paraId="0E465DBA" w14:textId="77777777" w:rsidR="00EE5F04" w:rsidRPr="008A20D0" w:rsidRDefault="00000000">
            <w:pPr>
              <w:spacing w:after="0" w:line="252" w:lineRule="auto"/>
              <w:rPr>
                <w:rFonts w:cs="Times New Roman"/>
              </w:rPr>
            </w:pPr>
            <w:r w:rsidRPr="008A20D0">
              <w:rPr>
                <w:rFonts w:cs="Times New Roman"/>
                <w:sz w:val="20"/>
              </w:rPr>
              <w:t>Cholinesterase</w:t>
            </w:r>
          </w:p>
        </w:tc>
        <w:tc>
          <w:tcPr>
            <w:tcW w:w="1296" w:type="dxa"/>
            <w:tcMar>
              <w:top w:w="60" w:type="dxa"/>
              <w:left w:w="60" w:type="dxa"/>
              <w:bottom w:w="60" w:type="dxa"/>
              <w:right w:w="60" w:type="dxa"/>
            </w:tcMar>
            <w:vAlign w:val="center"/>
          </w:tcPr>
          <w:p w14:paraId="3C865DD8"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9CB06E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CD59BAC" w14:textId="77777777" w:rsidR="00EE5F04" w:rsidRPr="008A20D0" w:rsidRDefault="00000000">
            <w:pPr>
              <w:spacing w:after="0" w:line="252" w:lineRule="auto"/>
              <w:jc w:val="center"/>
              <w:rPr>
                <w:rFonts w:cs="Times New Roman"/>
              </w:rPr>
            </w:pPr>
            <w:r w:rsidRPr="008A20D0">
              <w:rPr>
                <w:rFonts w:cs="Times New Roman"/>
                <w:sz w:val="20"/>
              </w:rPr>
              <w:t>0.6</w:t>
            </w:r>
          </w:p>
        </w:tc>
        <w:tc>
          <w:tcPr>
            <w:tcW w:w="1296" w:type="dxa"/>
            <w:tcMar>
              <w:top w:w="60" w:type="dxa"/>
              <w:left w:w="60" w:type="dxa"/>
              <w:bottom w:w="60" w:type="dxa"/>
              <w:right w:w="60" w:type="dxa"/>
            </w:tcMar>
            <w:vAlign w:val="center"/>
          </w:tcPr>
          <w:p w14:paraId="39C1ECB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FA27959"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2B198637" w14:textId="77777777">
        <w:trPr>
          <w:cantSplit/>
          <w:jc w:val="center"/>
        </w:trPr>
        <w:tc>
          <w:tcPr>
            <w:tcW w:w="3312" w:type="dxa"/>
            <w:tcMar>
              <w:top w:w="60" w:type="dxa"/>
              <w:left w:w="60" w:type="dxa"/>
              <w:bottom w:w="60" w:type="dxa"/>
              <w:right w:w="60" w:type="dxa"/>
            </w:tcMar>
            <w:vAlign w:val="center"/>
          </w:tcPr>
          <w:p w14:paraId="2BE9C920" w14:textId="77777777" w:rsidR="00EE5F04" w:rsidRPr="008A20D0" w:rsidRDefault="00000000">
            <w:pPr>
              <w:spacing w:after="0" w:line="252" w:lineRule="auto"/>
              <w:rPr>
                <w:rFonts w:cs="Times New Roman"/>
              </w:rPr>
            </w:pPr>
            <w:r w:rsidRPr="008A20D0">
              <w:rPr>
                <w:rFonts w:cs="Times New Roman"/>
                <w:sz w:val="20"/>
              </w:rPr>
              <w:t>Urea</w:t>
            </w:r>
          </w:p>
        </w:tc>
        <w:tc>
          <w:tcPr>
            <w:tcW w:w="1296" w:type="dxa"/>
            <w:tcMar>
              <w:top w:w="60" w:type="dxa"/>
              <w:left w:w="60" w:type="dxa"/>
              <w:bottom w:w="60" w:type="dxa"/>
              <w:right w:w="60" w:type="dxa"/>
            </w:tcMar>
            <w:vAlign w:val="center"/>
          </w:tcPr>
          <w:p w14:paraId="42D5A49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91932F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6C5FBD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45B181C"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5B8BC38"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58F11735" w14:textId="77777777">
        <w:trPr>
          <w:cantSplit/>
          <w:jc w:val="center"/>
        </w:trPr>
        <w:tc>
          <w:tcPr>
            <w:tcW w:w="3312" w:type="dxa"/>
            <w:tcMar>
              <w:top w:w="60" w:type="dxa"/>
              <w:left w:w="60" w:type="dxa"/>
              <w:bottom w:w="60" w:type="dxa"/>
              <w:right w:w="60" w:type="dxa"/>
            </w:tcMar>
            <w:vAlign w:val="center"/>
          </w:tcPr>
          <w:p w14:paraId="0D3EA59B" w14:textId="77777777" w:rsidR="00EE5F04" w:rsidRPr="008A20D0" w:rsidRDefault="00000000">
            <w:pPr>
              <w:spacing w:after="0" w:line="252" w:lineRule="auto"/>
              <w:rPr>
                <w:rFonts w:cs="Times New Roman"/>
              </w:rPr>
            </w:pPr>
            <w:r w:rsidRPr="008A20D0">
              <w:rPr>
                <w:rFonts w:cs="Times New Roman"/>
                <w:sz w:val="20"/>
              </w:rPr>
              <w:t>Creatinine</w:t>
            </w:r>
          </w:p>
        </w:tc>
        <w:tc>
          <w:tcPr>
            <w:tcW w:w="1296" w:type="dxa"/>
            <w:tcMar>
              <w:top w:w="60" w:type="dxa"/>
              <w:left w:w="60" w:type="dxa"/>
              <w:bottom w:w="60" w:type="dxa"/>
              <w:right w:w="60" w:type="dxa"/>
            </w:tcMar>
            <w:vAlign w:val="center"/>
          </w:tcPr>
          <w:p w14:paraId="3763D29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B920BC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CDA718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3418C7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64B6EEB9"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641349DB" w14:textId="77777777">
        <w:trPr>
          <w:cantSplit/>
          <w:jc w:val="center"/>
        </w:trPr>
        <w:tc>
          <w:tcPr>
            <w:tcW w:w="3312" w:type="dxa"/>
            <w:tcMar>
              <w:top w:w="60" w:type="dxa"/>
              <w:left w:w="60" w:type="dxa"/>
              <w:bottom w:w="60" w:type="dxa"/>
              <w:right w:w="60" w:type="dxa"/>
            </w:tcMar>
            <w:vAlign w:val="center"/>
          </w:tcPr>
          <w:p w14:paraId="34142A97" w14:textId="77777777" w:rsidR="00EE5F04" w:rsidRPr="008A20D0" w:rsidRDefault="00000000">
            <w:pPr>
              <w:spacing w:after="0" w:line="252" w:lineRule="auto"/>
              <w:rPr>
                <w:rFonts w:cs="Times New Roman"/>
              </w:rPr>
            </w:pPr>
            <w:r w:rsidRPr="008A20D0">
              <w:rPr>
                <w:rFonts w:cs="Times New Roman"/>
                <w:sz w:val="20"/>
              </w:rPr>
              <w:t>Uric acid</w:t>
            </w:r>
          </w:p>
        </w:tc>
        <w:tc>
          <w:tcPr>
            <w:tcW w:w="1296" w:type="dxa"/>
            <w:tcMar>
              <w:top w:w="60" w:type="dxa"/>
              <w:left w:w="60" w:type="dxa"/>
              <w:bottom w:w="60" w:type="dxa"/>
              <w:right w:w="60" w:type="dxa"/>
            </w:tcMar>
            <w:vAlign w:val="center"/>
          </w:tcPr>
          <w:p w14:paraId="04B2B0A3" w14:textId="77777777" w:rsidR="00EE5F04" w:rsidRPr="008A20D0" w:rsidRDefault="00000000">
            <w:pPr>
              <w:spacing w:after="0" w:line="252" w:lineRule="auto"/>
              <w:jc w:val="center"/>
              <w:rPr>
                <w:rFonts w:cs="Times New Roman"/>
              </w:rPr>
            </w:pPr>
            <w:r w:rsidRPr="008A20D0">
              <w:rPr>
                <w:rFonts w:cs="Times New Roman"/>
                <w:sz w:val="20"/>
              </w:rPr>
              <w:t>74.8</w:t>
            </w:r>
          </w:p>
        </w:tc>
        <w:tc>
          <w:tcPr>
            <w:tcW w:w="1296" w:type="dxa"/>
            <w:tcMar>
              <w:top w:w="60" w:type="dxa"/>
              <w:left w:w="60" w:type="dxa"/>
              <w:bottom w:w="60" w:type="dxa"/>
              <w:right w:w="60" w:type="dxa"/>
            </w:tcMar>
            <w:vAlign w:val="center"/>
          </w:tcPr>
          <w:p w14:paraId="562EFF28" w14:textId="77777777" w:rsidR="00EE5F04" w:rsidRPr="008A20D0" w:rsidRDefault="00000000">
            <w:pPr>
              <w:spacing w:after="0" w:line="252" w:lineRule="auto"/>
              <w:jc w:val="center"/>
              <w:rPr>
                <w:rFonts w:cs="Times New Roman"/>
              </w:rPr>
            </w:pPr>
            <w:r w:rsidRPr="008A20D0">
              <w:rPr>
                <w:rFonts w:cs="Times New Roman"/>
                <w:sz w:val="20"/>
              </w:rPr>
              <w:t>80.1</w:t>
            </w:r>
          </w:p>
        </w:tc>
        <w:tc>
          <w:tcPr>
            <w:tcW w:w="1296" w:type="dxa"/>
            <w:tcMar>
              <w:top w:w="60" w:type="dxa"/>
              <w:left w:w="60" w:type="dxa"/>
              <w:bottom w:w="60" w:type="dxa"/>
              <w:right w:w="60" w:type="dxa"/>
            </w:tcMar>
            <w:vAlign w:val="center"/>
          </w:tcPr>
          <w:p w14:paraId="63FF863C" w14:textId="77777777" w:rsidR="00EE5F04" w:rsidRPr="008A20D0" w:rsidRDefault="00000000">
            <w:pPr>
              <w:spacing w:after="0" w:line="252" w:lineRule="auto"/>
              <w:jc w:val="center"/>
              <w:rPr>
                <w:rFonts w:cs="Times New Roman"/>
              </w:rPr>
            </w:pPr>
            <w:r w:rsidRPr="008A20D0">
              <w:rPr>
                <w:rFonts w:cs="Times New Roman"/>
                <w:sz w:val="20"/>
              </w:rPr>
              <w:t>85.1</w:t>
            </w:r>
          </w:p>
        </w:tc>
        <w:tc>
          <w:tcPr>
            <w:tcW w:w="1296" w:type="dxa"/>
            <w:tcMar>
              <w:top w:w="60" w:type="dxa"/>
              <w:left w:w="60" w:type="dxa"/>
              <w:bottom w:w="60" w:type="dxa"/>
              <w:right w:w="60" w:type="dxa"/>
            </w:tcMar>
            <w:vAlign w:val="center"/>
          </w:tcPr>
          <w:p w14:paraId="5CCD8A6E" w14:textId="77777777" w:rsidR="00EE5F04" w:rsidRPr="008A20D0" w:rsidRDefault="00000000">
            <w:pPr>
              <w:spacing w:after="0" w:line="252" w:lineRule="auto"/>
              <w:jc w:val="center"/>
              <w:rPr>
                <w:rFonts w:cs="Times New Roman"/>
              </w:rPr>
            </w:pPr>
            <w:r w:rsidRPr="008A20D0">
              <w:rPr>
                <w:rFonts w:cs="Times New Roman"/>
                <w:sz w:val="20"/>
              </w:rPr>
              <w:t>93.2</w:t>
            </w:r>
          </w:p>
        </w:tc>
        <w:tc>
          <w:tcPr>
            <w:tcW w:w="1296" w:type="dxa"/>
            <w:tcMar>
              <w:top w:w="60" w:type="dxa"/>
              <w:left w:w="60" w:type="dxa"/>
              <w:bottom w:w="60" w:type="dxa"/>
              <w:right w:w="60" w:type="dxa"/>
            </w:tcMar>
            <w:vAlign w:val="center"/>
          </w:tcPr>
          <w:p w14:paraId="5444879C" w14:textId="77777777" w:rsidR="00EE5F04" w:rsidRPr="008A20D0" w:rsidRDefault="00000000">
            <w:pPr>
              <w:spacing w:after="0" w:line="252" w:lineRule="auto"/>
              <w:jc w:val="center"/>
              <w:rPr>
                <w:rFonts w:cs="Times New Roman"/>
              </w:rPr>
            </w:pPr>
            <w:r w:rsidRPr="008A20D0">
              <w:rPr>
                <w:rFonts w:cs="Times New Roman"/>
                <w:sz w:val="20"/>
              </w:rPr>
              <w:t>90.9</w:t>
            </w:r>
          </w:p>
        </w:tc>
      </w:tr>
      <w:tr w:rsidR="00EE5F04" w:rsidRPr="008A20D0" w14:paraId="40057BB1" w14:textId="77777777">
        <w:trPr>
          <w:cantSplit/>
          <w:jc w:val="center"/>
        </w:trPr>
        <w:tc>
          <w:tcPr>
            <w:tcW w:w="3312" w:type="dxa"/>
            <w:tcMar>
              <w:top w:w="60" w:type="dxa"/>
              <w:left w:w="60" w:type="dxa"/>
              <w:bottom w:w="60" w:type="dxa"/>
              <w:right w:w="60" w:type="dxa"/>
            </w:tcMar>
            <w:vAlign w:val="center"/>
          </w:tcPr>
          <w:p w14:paraId="53053CC3" w14:textId="77777777" w:rsidR="00EE5F04" w:rsidRPr="008A20D0" w:rsidRDefault="00000000">
            <w:pPr>
              <w:spacing w:after="0" w:line="252" w:lineRule="auto"/>
              <w:rPr>
                <w:rFonts w:cs="Times New Roman"/>
              </w:rPr>
            </w:pPr>
            <w:r w:rsidRPr="008A20D0">
              <w:rPr>
                <w:rFonts w:cs="Times New Roman"/>
                <w:sz w:val="20"/>
              </w:rPr>
              <w:t>Cystatin C</w:t>
            </w:r>
          </w:p>
        </w:tc>
        <w:tc>
          <w:tcPr>
            <w:tcW w:w="1296" w:type="dxa"/>
            <w:tcMar>
              <w:top w:w="60" w:type="dxa"/>
              <w:left w:w="60" w:type="dxa"/>
              <w:bottom w:w="60" w:type="dxa"/>
              <w:right w:w="60" w:type="dxa"/>
            </w:tcMar>
            <w:vAlign w:val="center"/>
          </w:tcPr>
          <w:p w14:paraId="0AF8D564" w14:textId="77777777" w:rsidR="00EE5F04" w:rsidRPr="008A20D0" w:rsidRDefault="00000000">
            <w:pPr>
              <w:spacing w:after="0" w:line="252" w:lineRule="auto"/>
              <w:jc w:val="center"/>
              <w:rPr>
                <w:rFonts w:cs="Times New Roman"/>
              </w:rPr>
            </w:pPr>
            <w:r w:rsidRPr="008A20D0">
              <w:rPr>
                <w:rFonts w:cs="Times New Roman"/>
                <w:sz w:val="20"/>
              </w:rPr>
              <w:t>76.3</w:t>
            </w:r>
          </w:p>
        </w:tc>
        <w:tc>
          <w:tcPr>
            <w:tcW w:w="1296" w:type="dxa"/>
            <w:tcMar>
              <w:top w:w="60" w:type="dxa"/>
              <w:left w:w="60" w:type="dxa"/>
              <w:bottom w:w="60" w:type="dxa"/>
              <w:right w:w="60" w:type="dxa"/>
            </w:tcMar>
            <w:vAlign w:val="center"/>
          </w:tcPr>
          <w:p w14:paraId="071F1AEC" w14:textId="77777777" w:rsidR="00EE5F04" w:rsidRPr="008A20D0" w:rsidRDefault="00000000">
            <w:pPr>
              <w:spacing w:after="0" w:line="252" w:lineRule="auto"/>
              <w:jc w:val="center"/>
              <w:rPr>
                <w:rFonts w:cs="Times New Roman"/>
              </w:rPr>
            </w:pPr>
            <w:r w:rsidRPr="008A20D0">
              <w:rPr>
                <w:rFonts w:cs="Times New Roman"/>
                <w:sz w:val="20"/>
              </w:rPr>
              <w:t>83.7</w:t>
            </w:r>
          </w:p>
        </w:tc>
        <w:tc>
          <w:tcPr>
            <w:tcW w:w="1296" w:type="dxa"/>
            <w:tcMar>
              <w:top w:w="60" w:type="dxa"/>
              <w:left w:w="60" w:type="dxa"/>
              <w:bottom w:w="60" w:type="dxa"/>
              <w:right w:w="60" w:type="dxa"/>
            </w:tcMar>
            <w:vAlign w:val="center"/>
          </w:tcPr>
          <w:p w14:paraId="4F588F0C" w14:textId="77777777" w:rsidR="00EE5F04" w:rsidRPr="008A20D0" w:rsidRDefault="00000000">
            <w:pPr>
              <w:spacing w:after="0" w:line="252" w:lineRule="auto"/>
              <w:jc w:val="center"/>
              <w:rPr>
                <w:rFonts w:cs="Times New Roman"/>
              </w:rPr>
            </w:pPr>
            <w:r w:rsidRPr="008A20D0">
              <w:rPr>
                <w:rFonts w:cs="Times New Roman"/>
                <w:sz w:val="20"/>
              </w:rPr>
              <w:t>90.7</w:t>
            </w:r>
          </w:p>
        </w:tc>
        <w:tc>
          <w:tcPr>
            <w:tcW w:w="1296" w:type="dxa"/>
            <w:tcMar>
              <w:top w:w="60" w:type="dxa"/>
              <w:left w:w="60" w:type="dxa"/>
              <w:bottom w:w="60" w:type="dxa"/>
              <w:right w:w="60" w:type="dxa"/>
            </w:tcMar>
            <w:vAlign w:val="center"/>
          </w:tcPr>
          <w:p w14:paraId="1374ABDC" w14:textId="77777777" w:rsidR="00EE5F04" w:rsidRPr="008A20D0" w:rsidRDefault="00000000">
            <w:pPr>
              <w:spacing w:after="0" w:line="252" w:lineRule="auto"/>
              <w:jc w:val="center"/>
              <w:rPr>
                <w:rFonts w:cs="Times New Roman"/>
              </w:rPr>
            </w:pPr>
            <w:r w:rsidRPr="008A20D0">
              <w:rPr>
                <w:rFonts w:cs="Times New Roman"/>
                <w:sz w:val="20"/>
              </w:rPr>
              <w:t>96.6</w:t>
            </w:r>
          </w:p>
        </w:tc>
        <w:tc>
          <w:tcPr>
            <w:tcW w:w="1296" w:type="dxa"/>
            <w:tcMar>
              <w:top w:w="60" w:type="dxa"/>
              <w:left w:w="60" w:type="dxa"/>
              <w:bottom w:w="60" w:type="dxa"/>
              <w:right w:w="60" w:type="dxa"/>
            </w:tcMar>
            <w:vAlign w:val="center"/>
          </w:tcPr>
          <w:p w14:paraId="7DF1CAFE" w14:textId="77777777" w:rsidR="00EE5F04" w:rsidRPr="008A20D0" w:rsidRDefault="00000000">
            <w:pPr>
              <w:spacing w:after="0" w:line="252" w:lineRule="auto"/>
              <w:jc w:val="center"/>
              <w:rPr>
                <w:rFonts w:cs="Times New Roman"/>
              </w:rPr>
            </w:pPr>
            <w:r w:rsidRPr="008A20D0">
              <w:rPr>
                <w:rFonts w:cs="Times New Roman"/>
                <w:sz w:val="20"/>
              </w:rPr>
              <w:t>95.5</w:t>
            </w:r>
          </w:p>
        </w:tc>
      </w:tr>
      <w:tr w:rsidR="00EE5F04" w:rsidRPr="008A20D0" w14:paraId="1667CD44" w14:textId="77777777">
        <w:trPr>
          <w:cantSplit/>
          <w:jc w:val="center"/>
        </w:trPr>
        <w:tc>
          <w:tcPr>
            <w:tcW w:w="3312" w:type="dxa"/>
            <w:tcMar>
              <w:top w:w="60" w:type="dxa"/>
              <w:left w:w="60" w:type="dxa"/>
              <w:bottom w:w="60" w:type="dxa"/>
              <w:right w:w="60" w:type="dxa"/>
            </w:tcMar>
            <w:vAlign w:val="center"/>
          </w:tcPr>
          <w:p w14:paraId="2D67143D" w14:textId="77777777" w:rsidR="00EE5F04" w:rsidRPr="008A20D0" w:rsidRDefault="00000000">
            <w:pPr>
              <w:spacing w:after="0" w:line="252" w:lineRule="auto"/>
              <w:rPr>
                <w:rFonts w:cs="Times New Roman"/>
              </w:rPr>
            </w:pPr>
            <w:r w:rsidRPr="008A20D0">
              <w:rPr>
                <w:rFonts w:cs="Times New Roman"/>
                <w:sz w:val="20"/>
              </w:rPr>
              <w:t>Serum potassium</w:t>
            </w:r>
          </w:p>
        </w:tc>
        <w:tc>
          <w:tcPr>
            <w:tcW w:w="1296" w:type="dxa"/>
            <w:tcMar>
              <w:top w:w="60" w:type="dxa"/>
              <w:left w:w="60" w:type="dxa"/>
              <w:bottom w:w="60" w:type="dxa"/>
              <w:right w:w="60" w:type="dxa"/>
            </w:tcMar>
            <w:vAlign w:val="center"/>
          </w:tcPr>
          <w:p w14:paraId="668020F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C7D24B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7F5F517"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1C85C2E" w14:textId="77777777" w:rsidR="00EE5F04" w:rsidRPr="008A20D0" w:rsidRDefault="00000000">
            <w:pPr>
              <w:spacing w:after="0" w:line="252" w:lineRule="auto"/>
              <w:jc w:val="center"/>
              <w:rPr>
                <w:rFonts w:cs="Times New Roman"/>
              </w:rPr>
            </w:pPr>
            <w:r w:rsidRPr="008A20D0">
              <w:rPr>
                <w:rFonts w:cs="Times New Roman"/>
                <w:sz w:val="20"/>
              </w:rPr>
              <w:t>1.0</w:t>
            </w:r>
          </w:p>
        </w:tc>
        <w:tc>
          <w:tcPr>
            <w:tcW w:w="1296" w:type="dxa"/>
            <w:tcMar>
              <w:top w:w="60" w:type="dxa"/>
              <w:left w:w="60" w:type="dxa"/>
              <w:bottom w:w="60" w:type="dxa"/>
              <w:right w:w="60" w:type="dxa"/>
            </w:tcMar>
            <w:vAlign w:val="center"/>
          </w:tcPr>
          <w:p w14:paraId="3E852EF9"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171F752D" w14:textId="77777777">
        <w:trPr>
          <w:cantSplit/>
          <w:jc w:val="center"/>
        </w:trPr>
        <w:tc>
          <w:tcPr>
            <w:tcW w:w="3312" w:type="dxa"/>
            <w:tcMar>
              <w:top w:w="60" w:type="dxa"/>
              <w:left w:w="60" w:type="dxa"/>
              <w:bottom w:w="60" w:type="dxa"/>
              <w:right w:w="60" w:type="dxa"/>
            </w:tcMar>
            <w:vAlign w:val="center"/>
          </w:tcPr>
          <w:p w14:paraId="273A7622" w14:textId="77777777" w:rsidR="00EE5F04" w:rsidRPr="008A20D0" w:rsidRDefault="00000000">
            <w:pPr>
              <w:spacing w:after="0" w:line="252" w:lineRule="auto"/>
              <w:rPr>
                <w:rFonts w:cs="Times New Roman"/>
              </w:rPr>
            </w:pPr>
            <w:r w:rsidRPr="008A20D0">
              <w:rPr>
                <w:rFonts w:cs="Times New Roman"/>
                <w:sz w:val="20"/>
              </w:rPr>
              <w:t>Serum sodium</w:t>
            </w:r>
          </w:p>
        </w:tc>
        <w:tc>
          <w:tcPr>
            <w:tcW w:w="1296" w:type="dxa"/>
            <w:tcMar>
              <w:top w:w="60" w:type="dxa"/>
              <w:left w:w="60" w:type="dxa"/>
              <w:bottom w:w="60" w:type="dxa"/>
              <w:right w:w="60" w:type="dxa"/>
            </w:tcMar>
            <w:vAlign w:val="center"/>
          </w:tcPr>
          <w:p w14:paraId="08D2B452"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65C6996"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724B510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E700921" w14:textId="77777777" w:rsidR="00EE5F04" w:rsidRPr="008A20D0" w:rsidRDefault="00000000">
            <w:pPr>
              <w:spacing w:after="0" w:line="252" w:lineRule="auto"/>
              <w:jc w:val="center"/>
              <w:rPr>
                <w:rFonts w:cs="Times New Roman"/>
              </w:rPr>
            </w:pPr>
            <w:r w:rsidRPr="008A20D0">
              <w:rPr>
                <w:rFonts w:cs="Times New Roman"/>
                <w:sz w:val="20"/>
              </w:rPr>
              <w:t>1.0</w:t>
            </w:r>
          </w:p>
        </w:tc>
        <w:tc>
          <w:tcPr>
            <w:tcW w:w="1296" w:type="dxa"/>
            <w:tcMar>
              <w:top w:w="60" w:type="dxa"/>
              <w:left w:w="60" w:type="dxa"/>
              <w:bottom w:w="60" w:type="dxa"/>
              <w:right w:w="60" w:type="dxa"/>
            </w:tcMar>
            <w:vAlign w:val="center"/>
          </w:tcPr>
          <w:p w14:paraId="3B1B0870"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02221B68" w14:textId="77777777">
        <w:trPr>
          <w:cantSplit/>
          <w:jc w:val="center"/>
        </w:trPr>
        <w:tc>
          <w:tcPr>
            <w:tcW w:w="3312" w:type="dxa"/>
            <w:tcMar>
              <w:top w:w="60" w:type="dxa"/>
              <w:left w:w="60" w:type="dxa"/>
              <w:bottom w:w="60" w:type="dxa"/>
              <w:right w:w="60" w:type="dxa"/>
            </w:tcMar>
            <w:vAlign w:val="center"/>
          </w:tcPr>
          <w:p w14:paraId="2CDEF393" w14:textId="77777777" w:rsidR="00EE5F04" w:rsidRPr="008A20D0" w:rsidRDefault="00000000">
            <w:pPr>
              <w:spacing w:after="0" w:line="252" w:lineRule="auto"/>
              <w:rPr>
                <w:rFonts w:cs="Times New Roman"/>
              </w:rPr>
            </w:pPr>
            <w:r w:rsidRPr="008A20D0">
              <w:rPr>
                <w:rFonts w:cs="Times New Roman"/>
                <w:sz w:val="20"/>
              </w:rPr>
              <w:lastRenderedPageBreak/>
              <w:t>Serum chloride</w:t>
            </w:r>
          </w:p>
        </w:tc>
        <w:tc>
          <w:tcPr>
            <w:tcW w:w="1296" w:type="dxa"/>
            <w:tcMar>
              <w:top w:w="60" w:type="dxa"/>
              <w:left w:w="60" w:type="dxa"/>
              <w:bottom w:w="60" w:type="dxa"/>
              <w:right w:w="60" w:type="dxa"/>
            </w:tcMar>
            <w:vAlign w:val="center"/>
          </w:tcPr>
          <w:p w14:paraId="00331909"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3541E7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0D20F3C1"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433EA09" w14:textId="77777777" w:rsidR="00EE5F04" w:rsidRPr="008A20D0" w:rsidRDefault="00000000">
            <w:pPr>
              <w:spacing w:after="0" w:line="252" w:lineRule="auto"/>
              <w:jc w:val="center"/>
              <w:rPr>
                <w:rFonts w:cs="Times New Roman"/>
              </w:rPr>
            </w:pPr>
            <w:r w:rsidRPr="008A20D0">
              <w:rPr>
                <w:rFonts w:cs="Times New Roman"/>
                <w:sz w:val="20"/>
              </w:rPr>
              <w:t>1.0</w:t>
            </w:r>
          </w:p>
        </w:tc>
        <w:tc>
          <w:tcPr>
            <w:tcW w:w="1296" w:type="dxa"/>
            <w:tcMar>
              <w:top w:w="60" w:type="dxa"/>
              <w:left w:w="60" w:type="dxa"/>
              <w:bottom w:w="60" w:type="dxa"/>
              <w:right w:w="60" w:type="dxa"/>
            </w:tcMar>
            <w:vAlign w:val="center"/>
          </w:tcPr>
          <w:p w14:paraId="16A63A95"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297D988F" w14:textId="77777777">
        <w:trPr>
          <w:cantSplit/>
          <w:jc w:val="center"/>
        </w:trPr>
        <w:tc>
          <w:tcPr>
            <w:tcW w:w="3312" w:type="dxa"/>
            <w:tcMar>
              <w:top w:w="60" w:type="dxa"/>
              <w:left w:w="60" w:type="dxa"/>
              <w:bottom w:w="60" w:type="dxa"/>
              <w:right w:w="60" w:type="dxa"/>
            </w:tcMar>
            <w:vAlign w:val="center"/>
          </w:tcPr>
          <w:p w14:paraId="71821DE0" w14:textId="77777777" w:rsidR="00EE5F04" w:rsidRPr="008A20D0" w:rsidRDefault="00000000">
            <w:pPr>
              <w:spacing w:after="0" w:line="252" w:lineRule="auto"/>
              <w:rPr>
                <w:rFonts w:cs="Times New Roman"/>
              </w:rPr>
            </w:pPr>
            <w:r w:rsidRPr="008A20D0">
              <w:rPr>
                <w:rFonts w:cs="Times New Roman"/>
                <w:sz w:val="20"/>
              </w:rPr>
              <w:t>Serum calcium</w:t>
            </w:r>
          </w:p>
        </w:tc>
        <w:tc>
          <w:tcPr>
            <w:tcW w:w="1296" w:type="dxa"/>
            <w:tcMar>
              <w:top w:w="60" w:type="dxa"/>
              <w:left w:w="60" w:type="dxa"/>
              <w:bottom w:w="60" w:type="dxa"/>
              <w:right w:w="60" w:type="dxa"/>
            </w:tcMar>
            <w:vAlign w:val="center"/>
          </w:tcPr>
          <w:p w14:paraId="27C103F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32C16F7F"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1DF3C65"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2C1CBFB1" w14:textId="77777777" w:rsidR="00EE5F04" w:rsidRPr="008A20D0" w:rsidRDefault="00000000">
            <w:pPr>
              <w:spacing w:after="0" w:line="252" w:lineRule="auto"/>
              <w:jc w:val="center"/>
              <w:rPr>
                <w:rFonts w:cs="Times New Roman"/>
              </w:rPr>
            </w:pPr>
            <w:r w:rsidRPr="008A20D0">
              <w:rPr>
                <w:rFonts w:cs="Times New Roman"/>
                <w:sz w:val="20"/>
              </w:rPr>
              <w:t>1.4</w:t>
            </w:r>
          </w:p>
        </w:tc>
        <w:tc>
          <w:tcPr>
            <w:tcW w:w="1296" w:type="dxa"/>
            <w:tcMar>
              <w:top w:w="60" w:type="dxa"/>
              <w:left w:w="60" w:type="dxa"/>
              <w:bottom w:w="60" w:type="dxa"/>
              <w:right w:w="60" w:type="dxa"/>
            </w:tcMar>
            <w:vAlign w:val="center"/>
          </w:tcPr>
          <w:p w14:paraId="65F2AA56"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13C4BEFD" w14:textId="77777777">
        <w:trPr>
          <w:cantSplit/>
          <w:jc w:val="center"/>
        </w:trPr>
        <w:tc>
          <w:tcPr>
            <w:tcW w:w="3312" w:type="dxa"/>
            <w:tcMar>
              <w:top w:w="60" w:type="dxa"/>
              <w:left w:w="60" w:type="dxa"/>
              <w:bottom w:w="60" w:type="dxa"/>
              <w:right w:w="60" w:type="dxa"/>
            </w:tcMar>
            <w:vAlign w:val="center"/>
          </w:tcPr>
          <w:p w14:paraId="52526E54" w14:textId="77777777" w:rsidR="00EE5F04" w:rsidRPr="008A20D0" w:rsidRDefault="00000000">
            <w:pPr>
              <w:spacing w:after="0" w:line="252" w:lineRule="auto"/>
              <w:rPr>
                <w:rFonts w:cs="Times New Roman"/>
              </w:rPr>
            </w:pPr>
            <w:r w:rsidRPr="008A20D0">
              <w:rPr>
                <w:rFonts w:cs="Times New Roman"/>
                <w:sz w:val="20"/>
              </w:rPr>
              <w:t>Serum magnesium</w:t>
            </w:r>
          </w:p>
        </w:tc>
        <w:tc>
          <w:tcPr>
            <w:tcW w:w="1296" w:type="dxa"/>
            <w:tcMar>
              <w:top w:w="60" w:type="dxa"/>
              <w:left w:w="60" w:type="dxa"/>
              <w:bottom w:w="60" w:type="dxa"/>
              <w:right w:w="60" w:type="dxa"/>
            </w:tcMar>
            <w:vAlign w:val="center"/>
          </w:tcPr>
          <w:p w14:paraId="3F5F7830" w14:textId="77777777" w:rsidR="00EE5F04" w:rsidRPr="008A20D0" w:rsidRDefault="00000000">
            <w:pPr>
              <w:spacing w:after="0" w:line="252" w:lineRule="auto"/>
              <w:jc w:val="center"/>
              <w:rPr>
                <w:rFonts w:cs="Times New Roman"/>
              </w:rPr>
            </w:pPr>
            <w:r w:rsidRPr="008A20D0">
              <w:rPr>
                <w:rFonts w:cs="Times New Roman"/>
                <w:sz w:val="20"/>
              </w:rPr>
              <w:t>74.1</w:t>
            </w:r>
          </w:p>
        </w:tc>
        <w:tc>
          <w:tcPr>
            <w:tcW w:w="1296" w:type="dxa"/>
            <w:tcMar>
              <w:top w:w="60" w:type="dxa"/>
              <w:left w:w="60" w:type="dxa"/>
              <w:bottom w:w="60" w:type="dxa"/>
              <w:right w:w="60" w:type="dxa"/>
            </w:tcMar>
            <w:vAlign w:val="center"/>
          </w:tcPr>
          <w:p w14:paraId="4C92A3F3" w14:textId="77777777" w:rsidR="00EE5F04" w:rsidRPr="008A20D0" w:rsidRDefault="00000000">
            <w:pPr>
              <w:spacing w:after="0" w:line="252" w:lineRule="auto"/>
              <w:jc w:val="center"/>
              <w:rPr>
                <w:rFonts w:cs="Times New Roman"/>
              </w:rPr>
            </w:pPr>
            <w:r w:rsidRPr="008A20D0">
              <w:rPr>
                <w:rFonts w:cs="Times New Roman"/>
                <w:sz w:val="20"/>
              </w:rPr>
              <w:t>81.9</w:t>
            </w:r>
          </w:p>
        </w:tc>
        <w:tc>
          <w:tcPr>
            <w:tcW w:w="1296" w:type="dxa"/>
            <w:tcMar>
              <w:top w:w="60" w:type="dxa"/>
              <w:left w:w="60" w:type="dxa"/>
              <w:bottom w:w="60" w:type="dxa"/>
              <w:right w:w="60" w:type="dxa"/>
            </w:tcMar>
            <w:vAlign w:val="center"/>
          </w:tcPr>
          <w:p w14:paraId="30A88B4D" w14:textId="77777777" w:rsidR="00EE5F04" w:rsidRPr="008A20D0" w:rsidRDefault="00000000">
            <w:pPr>
              <w:spacing w:after="0" w:line="252" w:lineRule="auto"/>
              <w:jc w:val="center"/>
              <w:rPr>
                <w:rFonts w:cs="Times New Roman"/>
              </w:rPr>
            </w:pPr>
            <w:r w:rsidRPr="008A20D0">
              <w:rPr>
                <w:rFonts w:cs="Times New Roman"/>
                <w:sz w:val="20"/>
              </w:rPr>
              <w:t>90.1</w:t>
            </w:r>
          </w:p>
        </w:tc>
        <w:tc>
          <w:tcPr>
            <w:tcW w:w="1296" w:type="dxa"/>
            <w:tcMar>
              <w:top w:w="60" w:type="dxa"/>
              <w:left w:w="60" w:type="dxa"/>
              <w:bottom w:w="60" w:type="dxa"/>
              <w:right w:w="60" w:type="dxa"/>
            </w:tcMar>
            <w:vAlign w:val="center"/>
          </w:tcPr>
          <w:p w14:paraId="4CF4E3A3" w14:textId="77777777" w:rsidR="00EE5F04" w:rsidRPr="008A20D0" w:rsidRDefault="00000000">
            <w:pPr>
              <w:spacing w:after="0" w:line="252" w:lineRule="auto"/>
              <w:jc w:val="center"/>
              <w:rPr>
                <w:rFonts w:cs="Times New Roman"/>
              </w:rPr>
            </w:pPr>
            <w:r w:rsidRPr="008A20D0">
              <w:rPr>
                <w:rFonts w:cs="Times New Roman"/>
                <w:sz w:val="20"/>
              </w:rPr>
              <w:t>90.8</w:t>
            </w:r>
          </w:p>
        </w:tc>
        <w:tc>
          <w:tcPr>
            <w:tcW w:w="1296" w:type="dxa"/>
            <w:tcMar>
              <w:top w:w="60" w:type="dxa"/>
              <w:left w:w="60" w:type="dxa"/>
              <w:bottom w:w="60" w:type="dxa"/>
              <w:right w:w="60" w:type="dxa"/>
            </w:tcMar>
            <w:vAlign w:val="center"/>
          </w:tcPr>
          <w:p w14:paraId="69CDB5CF" w14:textId="77777777" w:rsidR="00EE5F04" w:rsidRPr="008A20D0" w:rsidRDefault="00000000">
            <w:pPr>
              <w:spacing w:after="0" w:line="252" w:lineRule="auto"/>
              <w:jc w:val="center"/>
              <w:rPr>
                <w:rFonts w:cs="Times New Roman"/>
              </w:rPr>
            </w:pPr>
            <w:r w:rsidRPr="008A20D0">
              <w:rPr>
                <w:rFonts w:cs="Times New Roman"/>
                <w:sz w:val="20"/>
              </w:rPr>
              <w:t>86.4</w:t>
            </w:r>
          </w:p>
        </w:tc>
      </w:tr>
      <w:tr w:rsidR="00EE5F04" w:rsidRPr="008A20D0" w14:paraId="6B000C34" w14:textId="77777777">
        <w:trPr>
          <w:cantSplit/>
          <w:jc w:val="center"/>
        </w:trPr>
        <w:tc>
          <w:tcPr>
            <w:tcW w:w="3312" w:type="dxa"/>
            <w:tcMar>
              <w:top w:w="60" w:type="dxa"/>
              <w:left w:w="60" w:type="dxa"/>
              <w:bottom w:w="60" w:type="dxa"/>
              <w:right w:w="60" w:type="dxa"/>
            </w:tcMar>
            <w:vAlign w:val="center"/>
          </w:tcPr>
          <w:p w14:paraId="7DDF9BE4" w14:textId="77777777" w:rsidR="00EE5F04" w:rsidRPr="008A20D0" w:rsidRDefault="00000000">
            <w:pPr>
              <w:spacing w:after="0" w:line="252" w:lineRule="auto"/>
              <w:rPr>
                <w:rFonts w:cs="Times New Roman"/>
              </w:rPr>
            </w:pPr>
            <w:r w:rsidRPr="008A20D0">
              <w:rPr>
                <w:rFonts w:cs="Times New Roman"/>
                <w:sz w:val="20"/>
              </w:rPr>
              <w:t>Serum phosphate</w:t>
            </w:r>
          </w:p>
        </w:tc>
        <w:tc>
          <w:tcPr>
            <w:tcW w:w="1296" w:type="dxa"/>
            <w:tcMar>
              <w:top w:w="60" w:type="dxa"/>
              <w:left w:w="60" w:type="dxa"/>
              <w:bottom w:w="60" w:type="dxa"/>
              <w:right w:w="60" w:type="dxa"/>
            </w:tcMar>
            <w:vAlign w:val="center"/>
          </w:tcPr>
          <w:p w14:paraId="066C6B93" w14:textId="77777777" w:rsidR="00EE5F04" w:rsidRPr="008A20D0" w:rsidRDefault="00000000">
            <w:pPr>
              <w:spacing w:after="0" w:line="252" w:lineRule="auto"/>
              <w:jc w:val="center"/>
              <w:rPr>
                <w:rFonts w:cs="Times New Roman"/>
              </w:rPr>
            </w:pPr>
            <w:r w:rsidRPr="008A20D0">
              <w:rPr>
                <w:rFonts w:cs="Times New Roman"/>
                <w:sz w:val="20"/>
              </w:rPr>
              <w:t>74.1</w:t>
            </w:r>
          </w:p>
        </w:tc>
        <w:tc>
          <w:tcPr>
            <w:tcW w:w="1296" w:type="dxa"/>
            <w:tcMar>
              <w:top w:w="60" w:type="dxa"/>
              <w:left w:w="60" w:type="dxa"/>
              <w:bottom w:w="60" w:type="dxa"/>
              <w:right w:w="60" w:type="dxa"/>
            </w:tcMar>
            <w:vAlign w:val="center"/>
          </w:tcPr>
          <w:p w14:paraId="08678FB1" w14:textId="77777777" w:rsidR="00EE5F04" w:rsidRPr="008A20D0" w:rsidRDefault="00000000">
            <w:pPr>
              <w:spacing w:after="0" w:line="252" w:lineRule="auto"/>
              <w:jc w:val="center"/>
              <w:rPr>
                <w:rFonts w:cs="Times New Roman"/>
              </w:rPr>
            </w:pPr>
            <w:r w:rsidRPr="008A20D0">
              <w:rPr>
                <w:rFonts w:cs="Times New Roman"/>
                <w:sz w:val="20"/>
              </w:rPr>
              <w:t>81.3</w:t>
            </w:r>
          </w:p>
        </w:tc>
        <w:tc>
          <w:tcPr>
            <w:tcW w:w="1296" w:type="dxa"/>
            <w:tcMar>
              <w:top w:w="60" w:type="dxa"/>
              <w:left w:w="60" w:type="dxa"/>
              <w:bottom w:w="60" w:type="dxa"/>
              <w:right w:w="60" w:type="dxa"/>
            </w:tcMar>
            <w:vAlign w:val="center"/>
          </w:tcPr>
          <w:p w14:paraId="08003001" w14:textId="77777777" w:rsidR="00EE5F04" w:rsidRPr="008A20D0" w:rsidRDefault="00000000">
            <w:pPr>
              <w:spacing w:after="0" w:line="252" w:lineRule="auto"/>
              <w:jc w:val="center"/>
              <w:rPr>
                <w:rFonts w:cs="Times New Roman"/>
              </w:rPr>
            </w:pPr>
            <w:r w:rsidRPr="008A20D0">
              <w:rPr>
                <w:rFonts w:cs="Times New Roman"/>
                <w:sz w:val="20"/>
              </w:rPr>
              <w:t>89.4</w:t>
            </w:r>
          </w:p>
        </w:tc>
        <w:tc>
          <w:tcPr>
            <w:tcW w:w="1296" w:type="dxa"/>
            <w:tcMar>
              <w:top w:w="60" w:type="dxa"/>
              <w:left w:w="60" w:type="dxa"/>
              <w:bottom w:w="60" w:type="dxa"/>
              <w:right w:w="60" w:type="dxa"/>
            </w:tcMar>
            <w:vAlign w:val="center"/>
          </w:tcPr>
          <w:p w14:paraId="0A3E3A68" w14:textId="77777777" w:rsidR="00EE5F04" w:rsidRPr="008A20D0" w:rsidRDefault="00000000">
            <w:pPr>
              <w:spacing w:after="0" w:line="252" w:lineRule="auto"/>
              <w:jc w:val="center"/>
              <w:rPr>
                <w:rFonts w:cs="Times New Roman"/>
              </w:rPr>
            </w:pPr>
            <w:r w:rsidRPr="008A20D0">
              <w:rPr>
                <w:rFonts w:cs="Times New Roman"/>
                <w:sz w:val="20"/>
              </w:rPr>
              <w:t>90.3</w:t>
            </w:r>
          </w:p>
        </w:tc>
        <w:tc>
          <w:tcPr>
            <w:tcW w:w="1296" w:type="dxa"/>
            <w:tcMar>
              <w:top w:w="60" w:type="dxa"/>
              <w:left w:w="60" w:type="dxa"/>
              <w:bottom w:w="60" w:type="dxa"/>
              <w:right w:w="60" w:type="dxa"/>
            </w:tcMar>
            <w:vAlign w:val="center"/>
          </w:tcPr>
          <w:p w14:paraId="1053696C" w14:textId="77777777" w:rsidR="00EE5F04" w:rsidRPr="008A20D0" w:rsidRDefault="00000000">
            <w:pPr>
              <w:spacing w:after="0" w:line="252" w:lineRule="auto"/>
              <w:jc w:val="center"/>
              <w:rPr>
                <w:rFonts w:cs="Times New Roman"/>
              </w:rPr>
            </w:pPr>
            <w:r w:rsidRPr="008A20D0">
              <w:rPr>
                <w:rFonts w:cs="Times New Roman"/>
                <w:sz w:val="20"/>
              </w:rPr>
              <w:t>86.4</w:t>
            </w:r>
          </w:p>
        </w:tc>
      </w:tr>
      <w:tr w:rsidR="00EE5F04" w:rsidRPr="008A20D0" w14:paraId="536BDDE7" w14:textId="77777777">
        <w:trPr>
          <w:cantSplit/>
          <w:jc w:val="center"/>
        </w:trPr>
        <w:tc>
          <w:tcPr>
            <w:tcW w:w="3312" w:type="dxa"/>
            <w:tcMar>
              <w:top w:w="60" w:type="dxa"/>
              <w:left w:w="60" w:type="dxa"/>
              <w:bottom w:w="60" w:type="dxa"/>
              <w:right w:w="60" w:type="dxa"/>
            </w:tcMar>
            <w:vAlign w:val="center"/>
          </w:tcPr>
          <w:p w14:paraId="7BE11B07" w14:textId="77777777" w:rsidR="00EE5F04" w:rsidRPr="008A20D0" w:rsidRDefault="00000000">
            <w:pPr>
              <w:spacing w:after="0" w:line="252" w:lineRule="auto"/>
              <w:rPr>
                <w:rFonts w:cs="Times New Roman"/>
              </w:rPr>
            </w:pPr>
            <w:r w:rsidRPr="008A20D0">
              <w:rPr>
                <w:rFonts w:cs="Times New Roman"/>
                <w:sz w:val="20"/>
              </w:rPr>
              <w:t>Glucose</w:t>
            </w:r>
          </w:p>
        </w:tc>
        <w:tc>
          <w:tcPr>
            <w:tcW w:w="1296" w:type="dxa"/>
            <w:tcMar>
              <w:top w:w="60" w:type="dxa"/>
              <w:left w:w="60" w:type="dxa"/>
              <w:bottom w:w="60" w:type="dxa"/>
              <w:right w:w="60" w:type="dxa"/>
            </w:tcMar>
            <w:vAlign w:val="center"/>
          </w:tcPr>
          <w:p w14:paraId="05D6CA5E"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1C1E1E24"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4A770213" w14:textId="77777777" w:rsidR="00EE5F04" w:rsidRPr="008A20D0" w:rsidRDefault="00000000">
            <w:pPr>
              <w:spacing w:after="0" w:line="252" w:lineRule="auto"/>
              <w:jc w:val="center"/>
              <w:rPr>
                <w:rFonts w:cs="Times New Roman"/>
              </w:rPr>
            </w:pPr>
            <w:r w:rsidRPr="008A20D0">
              <w:rPr>
                <w:rFonts w:cs="Times New Roman"/>
                <w:sz w:val="20"/>
              </w:rPr>
              <w:t>0.0</w:t>
            </w:r>
          </w:p>
        </w:tc>
        <w:tc>
          <w:tcPr>
            <w:tcW w:w="1296" w:type="dxa"/>
            <w:tcMar>
              <w:top w:w="60" w:type="dxa"/>
              <w:left w:w="60" w:type="dxa"/>
              <w:bottom w:w="60" w:type="dxa"/>
              <w:right w:w="60" w:type="dxa"/>
            </w:tcMar>
            <w:vAlign w:val="center"/>
          </w:tcPr>
          <w:p w14:paraId="5297792E" w14:textId="77777777" w:rsidR="00EE5F04" w:rsidRPr="008A20D0" w:rsidRDefault="00000000">
            <w:pPr>
              <w:spacing w:after="0" w:line="252" w:lineRule="auto"/>
              <w:jc w:val="center"/>
              <w:rPr>
                <w:rFonts w:cs="Times New Roman"/>
              </w:rPr>
            </w:pPr>
            <w:r w:rsidRPr="008A20D0">
              <w:rPr>
                <w:rFonts w:cs="Times New Roman"/>
                <w:sz w:val="20"/>
              </w:rPr>
              <w:t>1.0</w:t>
            </w:r>
          </w:p>
        </w:tc>
        <w:tc>
          <w:tcPr>
            <w:tcW w:w="1296" w:type="dxa"/>
            <w:tcMar>
              <w:top w:w="60" w:type="dxa"/>
              <w:left w:w="60" w:type="dxa"/>
              <w:bottom w:w="60" w:type="dxa"/>
              <w:right w:w="60" w:type="dxa"/>
            </w:tcMar>
            <w:vAlign w:val="center"/>
          </w:tcPr>
          <w:p w14:paraId="1810B13B"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3A738B9C" w14:textId="77777777">
        <w:trPr>
          <w:cantSplit/>
          <w:jc w:val="center"/>
        </w:trPr>
        <w:tc>
          <w:tcPr>
            <w:tcW w:w="3312" w:type="dxa"/>
            <w:tcMar>
              <w:top w:w="60" w:type="dxa"/>
              <w:left w:w="60" w:type="dxa"/>
              <w:bottom w:w="60" w:type="dxa"/>
              <w:right w:w="60" w:type="dxa"/>
            </w:tcMar>
            <w:vAlign w:val="center"/>
          </w:tcPr>
          <w:p w14:paraId="6C2CCCF8" w14:textId="77777777" w:rsidR="00EE5F04" w:rsidRPr="008A20D0" w:rsidRDefault="00000000">
            <w:pPr>
              <w:spacing w:after="0" w:line="252" w:lineRule="auto"/>
              <w:rPr>
                <w:rFonts w:cs="Times New Roman"/>
              </w:rPr>
            </w:pPr>
            <w:r w:rsidRPr="008A20D0">
              <w:rPr>
                <w:rFonts w:cs="Times New Roman"/>
                <w:sz w:val="20"/>
              </w:rPr>
              <w:t>Glycated hemoglobin</w:t>
            </w:r>
          </w:p>
        </w:tc>
        <w:tc>
          <w:tcPr>
            <w:tcW w:w="1296" w:type="dxa"/>
            <w:tcMar>
              <w:top w:w="60" w:type="dxa"/>
              <w:left w:w="60" w:type="dxa"/>
              <w:bottom w:w="60" w:type="dxa"/>
              <w:right w:w="60" w:type="dxa"/>
            </w:tcMar>
            <w:vAlign w:val="center"/>
          </w:tcPr>
          <w:p w14:paraId="0DC02F12" w14:textId="77777777" w:rsidR="00EE5F04" w:rsidRPr="008A20D0" w:rsidRDefault="00000000">
            <w:pPr>
              <w:spacing w:after="0" w:line="252" w:lineRule="auto"/>
              <w:jc w:val="center"/>
              <w:rPr>
                <w:rFonts w:cs="Times New Roman"/>
              </w:rPr>
            </w:pPr>
            <w:r w:rsidRPr="008A20D0">
              <w:rPr>
                <w:rFonts w:cs="Times New Roman"/>
                <w:sz w:val="20"/>
              </w:rPr>
              <w:t>88.5</w:t>
            </w:r>
          </w:p>
        </w:tc>
        <w:tc>
          <w:tcPr>
            <w:tcW w:w="1296" w:type="dxa"/>
            <w:tcMar>
              <w:top w:w="60" w:type="dxa"/>
              <w:left w:w="60" w:type="dxa"/>
              <w:bottom w:w="60" w:type="dxa"/>
              <w:right w:w="60" w:type="dxa"/>
            </w:tcMar>
            <w:vAlign w:val="center"/>
          </w:tcPr>
          <w:p w14:paraId="20DA8B73" w14:textId="77777777" w:rsidR="00EE5F04" w:rsidRPr="008A20D0" w:rsidRDefault="00000000">
            <w:pPr>
              <w:spacing w:after="0" w:line="252" w:lineRule="auto"/>
              <w:jc w:val="center"/>
              <w:rPr>
                <w:rFonts w:cs="Times New Roman"/>
              </w:rPr>
            </w:pPr>
            <w:r w:rsidRPr="008A20D0">
              <w:rPr>
                <w:rFonts w:cs="Times New Roman"/>
                <w:sz w:val="20"/>
              </w:rPr>
              <w:t>79.5</w:t>
            </w:r>
          </w:p>
        </w:tc>
        <w:tc>
          <w:tcPr>
            <w:tcW w:w="1296" w:type="dxa"/>
            <w:tcMar>
              <w:top w:w="60" w:type="dxa"/>
              <w:left w:w="60" w:type="dxa"/>
              <w:bottom w:w="60" w:type="dxa"/>
              <w:right w:w="60" w:type="dxa"/>
            </w:tcMar>
            <w:vAlign w:val="center"/>
          </w:tcPr>
          <w:p w14:paraId="7B24804F" w14:textId="77777777" w:rsidR="00EE5F04" w:rsidRPr="008A20D0" w:rsidRDefault="00000000">
            <w:pPr>
              <w:spacing w:after="0" w:line="252" w:lineRule="auto"/>
              <w:jc w:val="center"/>
              <w:rPr>
                <w:rFonts w:cs="Times New Roman"/>
              </w:rPr>
            </w:pPr>
            <w:r w:rsidRPr="008A20D0">
              <w:rPr>
                <w:rFonts w:cs="Times New Roman"/>
                <w:sz w:val="20"/>
              </w:rPr>
              <w:t>85.7</w:t>
            </w:r>
          </w:p>
        </w:tc>
        <w:tc>
          <w:tcPr>
            <w:tcW w:w="1296" w:type="dxa"/>
            <w:tcMar>
              <w:top w:w="60" w:type="dxa"/>
              <w:left w:w="60" w:type="dxa"/>
              <w:bottom w:w="60" w:type="dxa"/>
              <w:right w:w="60" w:type="dxa"/>
            </w:tcMar>
            <w:vAlign w:val="center"/>
          </w:tcPr>
          <w:p w14:paraId="425B461E" w14:textId="77777777" w:rsidR="00EE5F04" w:rsidRPr="008A20D0" w:rsidRDefault="00000000">
            <w:pPr>
              <w:spacing w:after="0" w:line="252" w:lineRule="auto"/>
              <w:jc w:val="center"/>
              <w:rPr>
                <w:rFonts w:cs="Times New Roman"/>
              </w:rPr>
            </w:pPr>
            <w:r w:rsidRPr="008A20D0">
              <w:rPr>
                <w:rFonts w:cs="Times New Roman"/>
                <w:sz w:val="20"/>
              </w:rPr>
              <w:t>89.9</w:t>
            </w:r>
          </w:p>
        </w:tc>
        <w:tc>
          <w:tcPr>
            <w:tcW w:w="1296" w:type="dxa"/>
            <w:tcMar>
              <w:top w:w="60" w:type="dxa"/>
              <w:left w:w="60" w:type="dxa"/>
              <w:bottom w:w="60" w:type="dxa"/>
              <w:right w:w="60" w:type="dxa"/>
            </w:tcMar>
            <w:vAlign w:val="center"/>
          </w:tcPr>
          <w:p w14:paraId="429DCAA2" w14:textId="77777777" w:rsidR="00EE5F04" w:rsidRPr="008A20D0" w:rsidRDefault="00000000">
            <w:pPr>
              <w:spacing w:after="0" w:line="252" w:lineRule="auto"/>
              <w:jc w:val="center"/>
              <w:rPr>
                <w:rFonts w:cs="Times New Roman"/>
              </w:rPr>
            </w:pPr>
            <w:r w:rsidRPr="008A20D0">
              <w:rPr>
                <w:rFonts w:cs="Times New Roman"/>
                <w:sz w:val="20"/>
              </w:rPr>
              <w:t>77.3</w:t>
            </w:r>
          </w:p>
        </w:tc>
      </w:tr>
      <w:tr w:rsidR="00EE5F04" w:rsidRPr="008A20D0" w14:paraId="6087E6C6" w14:textId="77777777">
        <w:trPr>
          <w:cantSplit/>
          <w:jc w:val="center"/>
        </w:trPr>
        <w:tc>
          <w:tcPr>
            <w:tcW w:w="3312" w:type="dxa"/>
            <w:tcMar>
              <w:top w:w="60" w:type="dxa"/>
              <w:left w:w="60" w:type="dxa"/>
              <w:bottom w:w="60" w:type="dxa"/>
              <w:right w:w="60" w:type="dxa"/>
            </w:tcMar>
            <w:vAlign w:val="center"/>
          </w:tcPr>
          <w:p w14:paraId="7DBFA294" w14:textId="77777777" w:rsidR="00EE5F04" w:rsidRPr="008A20D0" w:rsidRDefault="00000000">
            <w:pPr>
              <w:spacing w:after="0" w:line="252" w:lineRule="auto"/>
              <w:rPr>
                <w:rFonts w:cs="Times New Roman"/>
              </w:rPr>
            </w:pPr>
            <w:r w:rsidRPr="008A20D0">
              <w:rPr>
                <w:rFonts w:cs="Times New Roman"/>
                <w:sz w:val="20"/>
              </w:rPr>
              <w:t>Prothrombin time</w:t>
            </w:r>
          </w:p>
        </w:tc>
        <w:tc>
          <w:tcPr>
            <w:tcW w:w="1296" w:type="dxa"/>
            <w:tcMar>
              <w:top w:w="60" w:type="dxa"/>
              <w:left w:w="60" w:type="dxa"/>
              <w:bottom w:w="60" w:type="dxa"/>
              <w:right w:w="60" w:type="dxa"/>
            </w:tcMar>
            <w:vAlign w:val="center"/>
          </w:tcPr>
          <w:p w14:paraId="3BCD0FD6" w14:textId="77777777" w:rsidR="00EE5F04" w:rsidRPr="008A20D0" w:rsidRDefault="00000000">
            <w:pPr>
              <w:spacing w:after="0" w:line="252" w:lineRule="auto"/>
              <w:jc w:val="center"/>
              <w:rPr>
                <w:rFonts w:cs="Times New Roman"/>
              </w:rPr>
            </w:pPr>
            <w:r w:rsidRPr="008A20D0">
              <w:rPr>
                <w:rFonts w:cs="Times New Roman"/>
                <w:sz w:val="20"/>
              </w:rPr>
              <w:t>4.3</w:t>
            </w:r>
          </w:p>
        </w:tc>
        <w:tc>
          <w:tcPr>
            <w:tcW w:w="1296" w:type="dxa"/>
            <w:tcMar>
              <w:top w:w="60" w:type="dxa"/>
              <w:left w:w="60" w:type="dxa"/>
              <w:bottom w:w="60" w:type="dxa"/>
              <w:right w:w="60" w:type="dxa"/>
            </w:tcMar>
            <w:vAlign w:val="center"/>
          </w:tcPr>
          <w:p w14:paraId="44E55930"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2D9B551D" w14:textId="77777777" w:rsidR="00EE5F04" w:rsidRPr="008A20D0" w:rsidRDefault="00000000">
            <w:pPr>
              <w:spacing w:after="0" w:line="252" w:lineRule="auto"/>
              <w:jc w:val="center"/>
              <w:rPr>
                <w:rFonts w:cs="Times New Roman"/>
              </w:rPr>
            </w:pPr>
            <w:r w:rsidRPr="008A20D0">
              <w:rPr>
                <w:rFonts w:cs="Times New Roman"/>
                <w:sz w:val="20"/>
              </w:rPr>
              <w:t>3.7</w:t>
            </w:r>
          </w:p>
        </w:tc>
        <w:tc>
          <w:tcPr>
            <w:tcW w:w="1296" w:type="dxa"/>
            <w:tcMar>
              <w:top w:w="60" w:type="dxa"/>
              <w:left w:w="60" w:type="dxa"/>
              <w:bottom w:w="60" w:type="dxa"/>
              <w:right w:w="60" w:type="dxa"/>
            </w:tcMar>
            <w:vAlign w:val="center"/>
          </w:tcPr>
          <w:p w14:paraId="3B1D08BC"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63E4EDE9"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28065F0B" w14:textId="77777777">
        <w:trPr>
          <w:cantSplit/>
          <w:jc w:val="center"/>
        </w:trPr>
        <w:tc>
          <w:tcPr>
            <w:tcW w:w="3312" w:type="dxa"/>
            <w:tcMar>
              <w:top w:w="60" w:type="dxa"/>
              <w:left w:w="60" w:type="dxa"/>
              <w:bottom w:w="60" w:type="dxa"/>
              <w:right w:w="60" w:type="dxa"/>
            </w:tcMar>
            <w:vAlign w:val="center"/>
          </w:tcPr>
          <w:p w14:paraId="58AD1FAE" w14:textId="77777777" w:rsidR="00EE5F04" w:rsidRPr="008A20D0" w:rsidRDefault="00000000">
            <w:pPr>
              <w:spacing w:after="0" w:line="252" w:lineRule="auto"/>
              <w:rPr>
                <w:rFonts w:cs="Times New Roman"/>
              </w:rPr>
            </w:pPr>
            <w:r w:rsidRPr="008A20D0">
              <w:rPr>
                <w:rFonts w:cs="Times New Roman"/>
                <w:sz w:val="20"/>
              </w:rPr>
              <w:t>International normalized ratio</w:t>
            </w:r>
          </w:p>
        </w:tc>
        <w:tc>
          <w:tcPr>
            <w:tcW w:w="1296" w:type="dxa"/>
            <w:tcMar>
              <w:top w:w="60" w:type="dxa"/>
              <w:left w:w="60" w:type="dxa"/>
              <w:bottom w:w="60" w:type="dxa"/>
              <w:right w:w="60" w:type="dxa"/>
            </w:tcMar>
            <w:vAlign w:val="center"/>
          </w:tcPr>
          <w:p w14:paraId="04A549AE" w14:textId="77777777" w:rsidR="00EE5F04" w:rsidRPr="008A20D0" w:rsidRDefault="00000000">
            <w:pPr>
              <w:spacing w:after="0" w:line="252" w:lineRule="auto"/>
              <w:jc w:val="center"/>
              <w:rPr>
                <w:rFonts w:cs="Times New Roman"/>
              </w:rPr>
            </w:pPr>
            <w:r w:rsidRPr="008A20D0">
              <w:rPr>
                <w:rFonts w:cs="Times New Roman"/>
                <w:sz w:val="20"/>
              </w:rPr>
              <w:t>4.3</w:t>
            </w:r>
          </w:p>
        </w:tc>
        <w:tc>
          <w:tcPr>
            <w:tcW w:w="1296" w:type="dxa"/>
            <w:tcMar>
              <w:top w:w="60" w:type="dxa"/>
              <w:left w:w="60" w:type="dxa"/>
              <w:bottom w:w="60" w:type="dxa"/>
              <w:right w:w="60" w:type="dxa"/>
            </w:tcMar>
            <w:vAlign w:val="center"/>
          </w:tcPr>
          <w:p w14:paraId="5408482A"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5CC556B0" w14:textId="77777777" w:rsidR="00EE5F04" w:rsidRPr="008A20D0" w:rsidRDefault="00000000">
            <w:pPr>
              <w:spacing w:after="0" w:line="252" w:lineRule="auto"/>
              <w:jc w:val="center"/>
              <w:rPr>
                <w:rFonts w:cs="Times New Roman"/>
              </w:rPr>
            </w:pPr>
            <w:r w:rsidRPr="008A20D0">
              <w:rPr>
                <w:rFonts w:cs="Times New Roman"/>
                <w:sz w:val="20"/>
              </w:rPr>
              <w:t>3.7</w:t>
            </w:r>
          </w:p>
        </w:tc>
        <w:tc>
          <w:tcPr>
            <w:tcW w:w="1296" w:type="dxa"/>
            <w:tcMar>
              <w:top w:w="60" w:type="dxa"/>
              <w:left w:w="60" w:type="dxa"/>
              <w:bottom w:w="60" w:type="dxa"/>
              <w:right w:w="60" w:type="dxa"/>
            </w:tcMar>
            <w:vAlign w:val="center"/>
          </w:tcPr>
          <w:p w14:paraId="199B7934"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7C857C81"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714605BF" w14:textId="77777777">
        <w:trPr>
          <w:cantSplit/>
          <w:jc w:val="center"/>
        </w:trPr>
        <w:tc>
          <w:tcPr>
            <w:tcW w:w="3312" w:type="dxa"/>
            <w:tcMar>
              <w:top w:w="60" w:type="dxa"/>
              <w:left w:w="60" w:type="dxa"/>
              <w:bottom w:w="60" w:type="dxa"/>
              <w:right w:w="60" w:type="dxa"/>
            </w:tcMar>
            <w:vAlign w:val="center"/>
          </w:tcPr>
          <w:p w14:paraId="1778FE58" w14:textId="77777777" w:rsidR="00EE5F04" w:rsidRPr="008A20D0" w:rsidRDefault="00000000">
            <w:pPr>
              <w:spacing w:after="0" w:line="252" w:lineRule="auto"/>
              <w:rPr>
                <w:rFonts w:cs="Times New Roman"/>
              </w:rPr>
            </w:pPr>
            <w:r w:rsidRPr="008A20D0">
              <w:rPr>
                <w:rFonts w:cs="Times New Roman"/>
                <w:sz w:val="20"/>
              </w:rPr>
              <w:t>Prothrombin activity</w:t>
            </w:r>
          </w:p>
        </w:tc>
        <w:tc>
          <w:tcPr>
            <w:tcW w:w="1296" w:type="dxa"/>
            <w:tcMar>
              <w:top w:w="60" w:type="dxa"/>
              <w:left w:w="60" w:type="dxa"/>
              <w:bottom w:w="60" w:type="dxa"/>
              <w:right w:w="60" w:type="dxa"/>
            </w:tcMar>
            <w:vAlign w:val="center"/>
          </w:tcPr>
          <w:p w14:paraId="17C2252D" w14:textId="77777777" w:rsidR="00EE5F04" w:rsidRPr="008A20D0" w:rsidRDefault="00000000">
            <w:pPr>
              <w:spacing w:after="0" w:line="252" w:lineRule="auto"/>
              <w:jc w:val="center"/>
              <w:rPr>
                <w:rFonts w:cs="Times New Roman"/>
              </w:rPr>
            </w:pPr>
            <w:r w:rsidRPr="008A20D0">
              <w:rPr>
                <w:rFonts w:cs="Times New Roman"/>
                <w:sz w:val="20"/>
              </w:rPr>
              <w:t>4.3</w:t>
            </w:r>
          </w:p>
        </w:tc>
        <w:tc>
          <w:tcPr>
            <w:tcW w:w="1296" w:type="dxa"/>
            <w:tcMar>
              <w:top w:w="60" w:type="dxa"/>
              <w:left w:w="60" w:type="dxa"/>
              <w:bottom w:w="60" w:type="dxa"/>
              <w:right w:w="60" w:type="dxa"/>
            </w:tcMar>
            <w:vAlign w:val="center"/>
          </w:tcPr>
          <w:p w14:paraId="0E18F376"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6E40AD9D" w14:textId="77777777" w:rsidR="00EE5F04" w:rsidRPr="008A20D0" w:rsidRDefault="00000000">
            <w:pPr>
              <w:spacing w:after="0" w:line="252" w:lineRule="auto"/>
              <w:jc w:val="center"/>
              <w:rPr>
                <w:rFonts w:cs="Times New Roman"/>
              </w:rPr>
            </w:pPr>
            <w:r w:rsidRPr="008A20D0">
              <w:rPr>
                <w:rFonts w:cs="Times New Roman"/>
                <w:sz w:val="20"/>
              </w:rPr>
              <w:t>3.7</w:t>
            </w:r>
          </w:p>
        </w:tc>
        <w:tc>
          <w:tcPr>
            <w:tcW w:w="1296" w:type="dxa"/>
            <w:tcMar>
              <w:top w:w="60" w:type="dxa"/>
              <w:left w:w="60" w:type="dxa"/>
              <w:bottom w:w="60" w:type="dxa"/>
              <w:right w:w="60" w:type="dxa"/>
            </w:tcMar>
            <w:vAlign w:val="center"/>
          </w:tcPr>
          <w:p w14:paraId="42513F45"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41F50ECF"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08CB5E46" w14:textId="77777777">
        <w:trPr>
          <w:cantSplit/>
          <w:jc w:val="center"/>
        </w:trPr>
        <w:tc>
          <w:tcPr>
            <w:tcW w:w="3312" w:type="dxa"/>
            <w:tcMar>
              <w:top w:w="60" w:type="dxa"/>
              <w:left w:w="60" w:type="dxa"/>
              <w:bottom w:w="60" w:type="dxa"/>
              <w:right w:w="60" w:type="dxa"/>
            </w:tcMar>
            <w:vAlign w:val="center"/>
          </w:tcPr>
          <w:p w14:paraId="26575578" w14:textId="77777777" w:rsidR="00EE5F04" w:rsidRPr="008A20D0" w:rsidRDefault="00000000">
            <w:pPr>
              <w:spacing w:after="0" w:line="252" w:lineRule="auto"/>
              <w:rPr>
                <w:rFonts w:cs="Times New Roman"/>
              </w:rPr>
            </w:pPr>
            <w:r w:rsidRPr="008A20D0">
              <w:rPr>
                <w:rFonts w:cs="Times New Roman"/>
                <w:sz w:val="20"/>
              </w:rPr>
              <w:t>Activated partial thromboplastin time</w:t>
            </w:r>
          </w:p>
        </w:tc>
        <w:tc>
          <w:tcPr>
            <w:tcW w:w="1296" w:type="dxa"/>
            <w:tcMar>
              <w:top w:w="60" w:type="dxa"/>
              <w:left w:w="60" w:type="dxa"/>
              <w:bottom w:w="60" w:type="dxa"/>
              <w:right w:w="60" w:type="dxa"/>
            </w:tcMar>
            <w:vAlign w:val="center"/>
          </w:tcPr>
          <w:p w14:paraId="7F76916A" w14:textId="77777777" w:rsidR="00EE5F04" w:rsidRPr="008A20D0" w:rsidRDefault="00000000">
            <w:pPr>
              <w:spacing w:after="0" w:line="252" w:lineRule="auto"/>
              <w:jc w:val="center"/>
              <w:rPr>
                <w:rFonts w:cs="Times New Roman"/>
              </w:rPr>
            </w:pPr>
            <w:r w:rsidRPr="008A20D0">
              <w:rPr>
                <w:rFonts w:cs="Times New Roman"/>
                <w:sz w:val="20"/>
              </w:rPr>
              <w:t>4.3</w:t>
            </w:r>
          </w:p>
        </w:tc>
        <w:tc>
          <w:tcPr>
            <w:tcW w:w="1296" w:type="dxa"/>
            <w:tcMar>
              <w:top w:w="60" w:type="dxa"/>
              <w:left w:w="60" w:type="dxa"/>
              <w:bottom w:w="60" w:type="dxa"/>
              <w:right w:w="60" w:type="dxa"/>
            </w:tcMar>
            <w:vAlign w:val="center"/>
          </w:tcPr>
          <w:p w14:paraId="02B591E3"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0AAA670B" w14:textId="77777777" w:rsidR="00EE5F04" w:rsidRPr="008A20D0" w:rsidRDefault="00000000">
            <w:pPr>
              <w:spacing w:after="0" w:line="252" w:lineRule="auto"/>
              <w:jc w:val="center"/>
              <w:rPr>
                <w:rFonts w:cs="Times New Roman"/>
              </w:rPr>
            </w:pPr>
            <w:r w:rsidRPr="008A20D0">
              <w:rPr>
                <w:rFonts w:cs="Times New Roman"/>
                <w:sz w:val="20"/>
              </w:rPr>
              <w:t>3.7</w:t>
            </w:r>
          </w:p>
        </w:tc>
        <w:tc>
          <w:tcPr>
            <w:tcW w:w="1296" w:type="dxa"/>
            <w:tcMar>
              <w:top w:w="60" w:type="dxa"/>
              <w:left w:w="60" w:type="dxa"/>
              <w:bottom w:w="60" w:type="dxa"/>
              <w:right w:w="60" w:type="dxa"/>
            </w:tcMar>
            <w:vAlign w:val="center"/>
          </w:tcPr>
          <w:p w14:paraId="463FBF9B" w14:textId="77777777" w:rsidR="00EE5F04" w:rsidRPr="008A20D0" w:rsidRDefault="00000000">
            <w:pPr>
              <w:spacing w:after="0" w:line="252" w:lineRule="auto"/>
              <w:jc w:val="center"/>
              <w:rPr>
                <w:rFonts w:cs="Times New Roman"/>
              </w:rPr>
            </w:pPr>
            <w:r w:rsidRPr="008A20D0">
              <w:rPr>
                <w:rFonts w:cs="Times New Roman"/>
                <w:sz w:val="20"/>
              </w:rPr>
              <w:t>2.9</w:t>
            </w:r>
          </w:p>
        </w:tc>
        <w:tc>
          <w:tcPr>
            <w:tcW w:w="1296" w:type="dxa"/>
            <w:tcMar>
              <w:top w:w="60" w:type="dxa"/>
              <w:left w:w="60" w:type="dxa"/>
              <w:bottom w:w="60" w:type="dxa"/>
              <w:right w:w="60" w:type="dxa"/>
            </w:tcMar>
            <w:vAlign w:val="center"/>
          </w:tcPr>
          <w:p w14:paraId="16A66708"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28E41E97" w14:textId="77777777">
        <w:trPr>
          <w:cantSplit/>
          <w:jc w:val="center"/>
        </w:trPr>
        <w:tc>
          <w:tcPr>
            <w:tcW w:w="3312" w:type="dxa"/>
            <w:tcMar>
              <w:top w:w="60" w:type="dxa"/>
              <w:left w:w="60" w:type="dxa"/>
              <w:bottom w:w="60" w:type="dxa"/>
              <w:right w:w="60" w:type="dxa"/>
            </w:tcMar>
            <w:vAlign w:val="center"/>
          </w:tcPr>
          <w:p w14:paraId="7CEC5807" w14:textId="77777777" w:rsidR="00EE5F04" w:rsidRPr="008A20D0" w:rsidRDefault="00000000">
            <w:pPr>
              <w:spacing w:after="0" w:line="252" w:lineRule="auto"/>
              <w:rPr>
                <w:rFonts w:cs="Times New Roman"/>
              </w:rPr>
            </w:pPr>
            <w:r w:rsidRPr="008A20D0">
              <w:rPr>
                <w:rFonts w:cs="Times New Roman"/>
                <w:sz w:val="20"/>
              </w:rPr>
              <w:t>Thrombin time</w:t>
            </w:r>
          </w:p>
        </w:tc>
        <w:tc>
          <w:tcPr>
            <w:tcW w:w="1296" w:type="dxa"/>
            <w:tcMar>
              <w:top w:w="60" w:type="dxa"/>
              <w:left w:w="60" w:type="dxa"/>
              <w:bottom w:w="60" w:type="dxa"/>
              <w:right w:w="60" w:type="dxa"/>
            </w:tcMar>
            <w:vAlign w:val="center"/>
          </w:tcPr>
          <w:p w14:paraId="11F9F204" w14:textId="77777777" w:rsidR="00EE5F04" w:rsidRPr="008A20D0" w:rsidRDefault="00000000">
            <w:pPr>
              <w:spacing w:after="0" w:line="252" w:lineRule="auto"/>
              <w:jc w:val="center"/>
              <w:rPr>
                <w:rFonts w:cs="Times New Roman"/>
              </w:rPr>
            </w:pPr>
            <w:r w:rsidRPr="008A20D0">
              <w:rPr>
                <w:rFonts w:cs="Times New Roman"/>
                <w:sz w:val="20"/>
              </w:rPr>
              <w:t>4.3</w:t>
            </w:r>
          </w:p>
        </w:tc>
        <w:tc>
          <w:tcPr>
            <w:tcW w:w="1296" w:type="dxa"/>
            <w:tcMar>
              <w:top w:w="60" w:type="dxa"/>
              <w:left w:w="60" w:type="dxa"/>
              <w:bottom w:w="60" w:type="dxa"/>
              <w:right w:w="60" w:type="dxa"/>
            </w:tcMar>
            <w:vAlign w:val="center"/>
          </w:tcPr>
          <w:p w14:paraId="3CC64577"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1D63C10C" w14:textId="77777777" w:rsidR="00EE5F04" w:rsidRPr="008A20D0" w:rsidRDefault="00000000">
            <w:pPr>
              <w:spacing w:after="0" w:line="252" w:lineRule="auto"/>
              <w:jc w:val="center"/>
              <w:rPr>
                <w:rFonts w:cs="Times New Roman"/>
              </w:rPr>
            </w:pPr>
            <w:r w:rsidRPr="008A20D0">
              <w:rPr>
                <w:rFonts w:cs="Times New Roman"/>
                <w:sz w:val="20"/>
              </w:rPr>
              <w:t>3.7</w:t>
            </w:r>
          </w:p>
        </w:tc>
        <w:tc>
          <w:tcPr>
            <w:tcW w:w="1296" w:type="dxa"/>
            <w:tcMar>
              <w:top w:w="60" w:type="dxa"/>
              <w:left w:w="60" w:type="dxa"/>
              <w:bottom w:w="60" w:type="dxa"/>
              <w:right w:w="60" w:type="dxa"/>
            </w:tcMar>
            <w:vAlign w:val="center"/>
          </w:tcPr>
          <w:p w14:paraId="16F1A288" w14:textId="77777777" w:rsidR="00EE5F04" w:rsidRPr="008A20D0" w:rsidRDefault="00000000">
            <w:pPr>
              <w:spacing w:after="0" w:line="252" w:lineRule="auto"/>
              <w:jc w:val="center"/>
              <w:rPr>
                <w:rFonts w:cs="Times New Roman"/>
              </w:rPr>
            </w:pPr>
            <w:r w:rsidRPr="008A20D0">
              <w:rPr>
                <w:rFonts w:cs="Times New Roman"/>
                <w:sz w:val="20"/>
              </w:rPr>
              <w:t>2.9</w:t>
            </w:r>
          </w:p>
        </w:tc>
        <w:tc>
          <w:tcPr>
            <w:tcW w:w="1296" w:type="dxa"/>
            <w:tcMar>
              <w:top w:w="60" w:type="dxa"/>
              <w:left w:w="60" w:type="dxa"/>
              <w:bottom w:w="60" w:type="dxa"/>
              <w:right w:w="60" w:type="dxa"/>
            </w:tcMar>
            <w:vAlign w:val="center"/>
          </w:tcPr>
          <w:p w14:paraId="4EF50596"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6E701730" w14:textId="77777777">
        <w:trPr>
          <w:cantSplit/>
          <w:jc w:val="center"/>
        </w:trPr>
        <w:tc>
          <w:tcPr>
            <w:tcW w:w="3312" w:type="dxa"/>
            <w:tcMar>
              <w:top w:w="60" w:type="dxa"/>
              <w:left w:w="60" w:type="dxa"/>
              <w:bottom w:w="60" w:type="dxa"/>
              <w:right w:w="60" w:type="dxa"/>
            </w:tcMar>
            <w:vAlign w:val="center"/>
          </w:tcPr>
          <w:p w14:paraId="52764B30" w14:textId="77777777" w:rsidR="00EE5F04" w:rsidRPr="008A20D0" w:rsidRDefault="00000000">
            <w:pPr>
              <w:spacing w:after="0" w:line="252" w:lineRule="auto"/>
              <w:rPr>
                <w:rFonts w:cs="Times New Roman"/>
              </w:rPr>
            </w:pPr>
            <w:r w:rsidRPr="008A20D0">
              <w:rPr>
                <w:rFonts w:cs="Times New Roman"/>
                <w:sz w:val="20"/>
              </w:rPr>
              <w:t>Fibrinogen</w:t>
            </w:r>
          </w:p>
        </w:tc>
        <w:tc>
          <w:tcPr>
            <w:tcW w:w="1296" w:type="dxa"/>
            <w:tcMar>
              <w:top w:w="60" w:type="dxa"/>
              <w:left w:w="60" w:type="dxa"/>
              <w:bottom w:w="60" w:type="dxa"/>
              <w:right w:w="60" w:type="dxa"/>
            </w:tcMar>
            <w:vAlign w:val="center"/>
          </w:tcPr>
          <w:p w14:paraId="1F2F6374" w14:textId="77777777" w:rsidR="00EE5F04" w:rsidRPr="008A20D0" w:rsidRDefault="00000000">
            <w:pPr>
              <w:spacing w:after="0" w:line="252" w:lineRule="auto"/>
              <w:jc w:val="center"/>
              <w:rPr>
                <w:rFonts w:cs="Times New Roman"/>
              </w:rPr>
            </w:pPr>
            <w:r w:rsidRPr="008A20D0">
              <w:rPr>
                <w:rFonts w:cs="Times New Roman"/>
                <w:sz w:val="20"/>
              </w:rPr>
              <w:t>4.3</w:t>
            </w:r>
          </w:p>
        </w:tc>
        <w:tc>
          <w:tcPr>
            <w:tcW w:w="1296" w:type="dxa"/>
            <w:tcMar>
              <w:top w:w="60" w:type="dxa"/>
              <w:left w:w="60" w:type="dxa"/>
              <w:bottom w:w="60" w:type="dxa"/>
              <w:right w:w="60" w:type="dxa"/>
            </w:tcMar>
            <w:vAlign w:val="center"/>
          </w:tcPr>
          <w:p w14:paraId="78072C02" w14:textId="77777777" w:rsidR="00EE5F04" w:rsidRPr="008A20D0" w:rsidRDefault="00000000">
            <w:pPr>
              <w:spacing w:after="0" w:line="252" w:lineRule="auto"/>
              <w:jc w:val="center"/>
              <w:rPr>
                <w:rFonts w:cs="Times New Roman"/>
              </w:rPr>
            </w:pPr>
            <w:r w:rsidRPr="008A20D0">
              <w:rPr>
                <w:rFonts w:cs="Times New Roman"/>
                <w:sz w:val="20"/>
              </w:rPr>
              <w:t>2.4</w:t>
            </w:r>
          </w:p>
        </w:tc>
        <w:tc>
          <w:tcPr>
            <w:tcW w:w="1296" w:type="dxa"/>
            <w:tcMar>
              <w:top w:w="60" w:type="dxa"/>
              <w:left w:w="60" w:type="dxa"/>
              <w:bottom w:w="60" w:type="dxa"/>
              <w:right w:w="60" w:type="dxa"/>
            </w:tcMar>
            <w:vAlign w:val="center"/>
          </w:tcPr>
          <w:p w14:paraId="463044E2" w14:textId="77777777" w:rsidR="00EE5F04" w:rsidRPr="008A20D0" w:rsidRDefault="00000000">
            <w:pPr>
              <w:spacing w:after="0" w:line="252" w:lineRule="auto"/>
              <w:jc w:val="center"/>
              <w:rPr>
                <w:rFonts w:cs="Times New Roman"/>
              </w:rPr>
            </w:pPr>
            <w:r w:rsidRPr="008A20D0">
              <w:rPr>
                <w:rFonts w:cs="Times New Roman"/>
                <w:sz w:val="20"/>
              </w:rPr>
              <w:t>3.7</w:t>
            </w:r>
          </w:p>
        </w:tc>
        <w:tc>
          <w:tcPr>
            <w:tcW w:w="1296" w:type="dxa"/>
            <w:tcMar>
              <w:top w:w="60" w:type="dxa"/>
              <w:left w:w="60" w:type="dxa"/>
              <w:bottom w:w="60" w:type="dxa"/>
              <w:right w:w="60" w:type="dxa"/>
            </w:tcMar>
            <w:vAlign w:val="center"/>
          </w:tcPr>
          <w:p w14:paraId="44CF6B31" w14:textId="77777777" w:rsidR="00EE5F04" w:rsidRPr="008A20D0" w:rsidRDefault="00000000">
            <w:pPr>
              <w:spacing w:after="0" w:line="252" w:lineRule="auto"/>
              <w:jc w:val="center"/>
              <w:rPr>
                <w:rFonts w:cs="Times New Roman"/>
              </w:rPr>
            </w:pPr>
            <w:r w:rsidRPr="008A20D0">
              <w:rPr>
                <w:rFonts w:cs="Times New Roman"/>
                <w:sz w:val="20"/>
              </w:rPr>
              <w:t>2.9</w:t>
            </w:r>
          </w:p>
        </w:tc>
        <w:tc>
          <w:tcPr>
            <w:tcW w:w="1296" w:type="dxa"/>
            <w:tcMar>
              <w:top w:w="60" w:type="dxa"/>
              <w:left w:w="60" w:type="dxa"/>
              <w:bottom w:w="60" w:type="dxa"/>
              <w:right w:w="60" w:type="dxa"/>
            </w:tcMar>
            <w:vAlign w:val="center"/>
          </w:tcPr>
          <w:p w14:paraId="64500F84" w14:textId="77777777" w:rsidR="00EE5F04" w:rsidRPr="008A20D0" w:rsidRDefault="00000000">
            <w:pPr>
              <w:spacing w:after="0" w:line="252" w:lineRule="auto"/>
              <w:jc w:val="center"/>
              <w:rPr>
                <w:rFonts w:cs="Times New Roman"/>
              </w:rPr>
            </w:pPr>
            <w:r w:rsidRPr="008A20D0">
              <w:rPr>
                <w:rFonts w:cs="Times New Roman"/>
                <w:sz w:val="20"/>
              </w:rPr>
              <w:t>0.0</w:t>
            </w:r>
          </w:p>
        </w:tc>
      </w:tr>
      <w:tr w:rsidR="00EE5F04" w:rsidRPr="008A20D0" w14:paraId="5ACEAA69" w14:textId="77777777">
        <w:trPr>
          <w:cantSplit/>
          <w:jc w:val="center"/>
        </w:trPr>
        <w:tc>
          <w:tcPr>
            <w:tcW w:w="3312" w:type="dxa"/>
            <w:tcMar>
              <w:top w:w="60" w:type="dxa"/>
              <w:left w:w="60" w:type="dxa"/>
              <w:bottom w:w="60" w:type="dxa"/>
              <w:right w:w="60" w:type="dxa"/>
            </w:tcMar>
            <w:vAlign w:val="center"/>
          </w:tcPr>
          <w:p w14:paraId="5D367D47" w14:textId="77777777" w:rsidR="00EE5F04" w:rsidRPr="008A20D0" w:rsidRDefault="00000000">
            <w:pPr>
              <w:spacing w:after="0" w:line="252" w:lineRule="auto"/>
              <w:rPr>
                <w:rFonts w:cs="Times New Roman"/>
              </w:rPr>
            </w:pPr>
            <w:r w:rsidRPr="008A20D0">
              <w:rPr>
                <w:rFonts w:cs="Times New Roman"/>
                <w:sz w:val="20"/>
              </w:rPr>
              <w:t>D-dimer</w:t>
            </w:r>
          </w:p>
        </w:tc>
        <w:tc>
          <w:tcPr>
            <w:tcW w:w="1296" w:type="dxa"/>
            <w:tcMar>
              <w:top w:w="60" w:type="dxa"/>
              <w:left w:w="60" w:type="dxa"/>
              <w:bottom w:w="60" w:type="dxa"/>
              <w:right w:w="60" w:type="dxa"/>
            </w:tcMar>
            <w:vAlign w:val="center"/>
          </w:tcPr>
          <w:p w14:paraId="0E70FBEA" w14:textId="77777777" w:rsidR="00EE5F04" w:rsidRPr="008A20D0" w:rsidRDefault="00000000">
            <w:pPr>
              <w:spacing w:after="0" w:line="252" w:lineRule="auto"/>
              <w:jc w:val="center"/>
              <w:rPr>
                <w:rFonts w:cs="Times New Roman"/>
              </w:rPr>
            </w:pPr>
            <w:r w:rsidRPr="008A20D0">
              <w:rPr>
                <w:rFonts w:cs="Times New Roman"/>
                <w:sz w:val="20"/>
              </w:rPr>
              <w:t>22.3</w:t>
            </w:r>
          </w:p>
        </w:tc>
        <w:tc>
          <w:tcPr>
            <w:tcW w:w="1296" w:type="dxa"/>
            <w:tcMar>
              <w:top w:w="60" w:type="dxa"/>
              <w:left w:w="60" w:type="dxa"/>
              <w:bottom w:w="60" w:type="dxa"/>
              <w:right w:w="60" w:type="dxa"/>
            </w:tcMar>
            <w:vAlign w:val="center"/>
          </w:tcPr>
          <w:p w14:paraId="1F7D01CC" w14:textId="77777777" w:rsidR="00EE5F04" w:rsidRPr="008A20D0" w:rsidRDefault="00000000">
            <w:pPr>
              <w:spacing w:after="0" w:line="252" w:lineRule="auto"/>
              <w:jc w:val="center"/>
              <w:rPr>
                <w:rFonts w:cs="Times New Roman"/>
              </w:rPr>
            </w:pPr>
            <w:r w:rsidRPr="008A20D0">
              <w:rPr>
                <w:rFonts w:cs="Times New Roman"/>
                <w:sz w:val="20"/>
              </w:rPr>
              <w:t>19.3</w:t>
            </w:r>
          </w:p>
        </w:tc>
        <w:tc>
          <w:tcPr>
            <w:tcW w:w="1296" w:type="dxa"/>
            <w:tcMar>
              <w:top w:w="60" w:type="dxa"/>
              <w:left w:w="60" w:type="dxa"/>
              <w:bottom w:w="60" w:type="dxa"/>
              <w:right w:w="60" w:type="dxa"/>
            </w:tcMar>
            <w:vAlign w:val="center"/>
          </w:tcPr>
          <w:p w14:paraId="19BAB505" w14:textId="77777777" w:rsidR="00EE5F04" w:rsidRPr="008A20D0" w:rsidRDefault="00000000">
            <w:pPr>
              <w:spacing w:after="0" w:line="252" w:lineRule="auto"/>
              <w:jc w:val="center"/>
              <w:rPr>
                <w:rFonts w:cs="Times New Roman"/>
              </w:rPr>
            </w:pPr>
            <w:r w:rsidRPr="008A20D0">
              <w:rPr>
                <w:rFonts w:cs="Times New Roman"/>
                <w:sz w:val="20"/>
              </w:rPr>
              <w:t>14.9</w:t>
            </w:r>
          </w:p>
        </w:tc>
        <w:tc>
          <w:tcPr>
            <w:tcW w:w="1296" w:type="dxa"/>
            <w:tcMar>
              <w:top w:w="60" w:type="dxa"/>
              <w:left w:w="60" w:type="dxa"/>
              <w:bottom w:w="60" w:type="dxa"/>
              <w:right w:w="60" w:type="dxa"/>
            </w:tcMar>
            <w:vAlign w:val="center"/>
          </w:tcPr>
          <w:p w14:paraId="2ABF465A" w14:textId="77777777" w:rsidR="00EE5F04" w:rsidRPr="008A20D0" w:rsidRDefault="00000000">
            <w:pPr>
              <w:spacing w:after="0" w:line="252" w:lineRule="auto"/>
              <w:jc w:val="center"/>
              <w:rPr>
                <w:rFonts w:cs="Times New Roman"/>
              </w:rPr>
            </w:pPr>
            <w:r w:rsidRPr="008A20D0">
              <w:rPr>
                <w:rFonts w:cs="Times New Roman"/>
                <w:sz w:val="20"/>
              </w:rPr>
              <w:t>41.1</w:t>
            </w:r>
          </w:p>
        </w:tc>
        <w:tc>
          <w:tcPr>
            <w:tcW w:w="1296" w:type="dxa"/>
            <w:tcMar>
              <w:top w:w="60" w:type="dxa"/>
              <w:left w:w="60" w:type="dxa"/>
              <w:bottom w:w="60" w:type="dxa"/>
              <w:right w:w="60" w:type="dxa"/>
            </w:tcMar>
            <w:vAlign w:val="center"/>
          </w:tcPr>
          <w:p w14:paraId="06FAB3C1" w14:textId="77777777" w:rsidR="00EE5F04" w:rsidRPr="008A20D0" w:rsidRDefault="00000000">
            <w:pPr>
              <w:spacing w:after="0" w:line="252" w:lineRule="auto"/>
              <w:jc w:val="center"/>
              <w:rPr>
                <w:rFonts w:cs="Times New Roman"/>
              </w:rPr>
            </w:pPr>
            <w:r w:rsidRPr="008A20D0">
              <w:rPr>
                <w:rFonts w:cs="Times New Roman"/>
                <w:sz w:val="20"/>
              </w:rPr>
              <w:t>13.6</w:t>
            </w:r>
          </w:p>
        </w:tc>
      </w:tr>
      <w:tr w:rsidR="00EE5F04" w:rsidRPr="008A20D0" w14:paraId="00EBEF60" w14:textId="77777777">
        <w:trPr>
          <w:cantSplit/>
          <w:jc w:val="center"/>
        </w:trPr>
        <w:tc>
          <w:tcPr>
            <w:tcW w:w="3312" w:type="dxa"/>
            <w:tcMar>
              <w:top w:w="60" w:type="dxa"/>
              <w:left w:w="60" w:type="dxa"/>
              <w:bottom w:w="60" w:type="dxa"/>
              <w:right w:w="60" w:type="dxa"/>
            </w:tcMar>
            <w:vAlign w:val="center"/>
          </w:tcPr>
          <w:p w14:paraId="456C59EF" w14:textId="77777777" w:rsidR="00EE5F04" w:rsidRPr="008A20D0" w:rsidRDefault="00000000">
            <w:pPr>
              <w:spacing w:after="0" w:line="252" w:lineRule="auto"/>
              <w:rPr>
                <w:rFonts w:cs="Times New Roman"/>
              </w:rPr>
            </w:pPr>
            <w:r w:rsidRPr="008A20D0">
              <w:rPr>
                <w:rFonts w:cs="Times New Roman"/>
                <w:sz w:val="20"/>
              </w:rPr>
              <w:t>Serum amylase</w:t>
            </w:r>
          </w:p>
        </w:tc>
        <w:tc>
          <w:tcPr>
            <w:tcW w:w="1296" w:type="dxa"/>
            <w:tcMar>
              <w:top w:w="60" w:type="dxa"/>
              <w:left w:w="60" w:type="dxa"/>
              <w:bottom w:w="60" w:type="dxa"/>
              <w:right w:w="60" w:type="dxa"/>
            </w:tcMar>
            <w:vAlign w:val="center"/>
          </w:tcPr>
          <w:p w14:paraId="68C2ECDB" w14:textId="77777777" w:rsidR="00EE5F04" w:rsidRPr="008A20D0" w:rsidRDefault="00000000">
            <w:pPr>
              <w:spacing w:after="0" w:line="252" w:lineRule="auto"/>
              <w:jc w:val="center"/>
              <w:rPr>
                <w:rFonts w:cs="Times New Roman"/>
              </w:rPr>
            </w:pPr>
            <w:r w:rsidRPr="008A20D0">
              <w:rPr>
                <w:rFonts w:cs="Times New Roman"/>
                <w:sz w:val="20"/>
              </w:rPr>
              <w:t>3.6</w:t>
            </w:r>
          </w:p>
        </w:tc>
        <w:tc>
          <w:tcPr>
            <w:tcW w:w="1296" w:type="dxa"/>
            <w:tcMar>
              <w:top w:w="60" w:type="dxa"/>
              <w:left w:w="60" w:type="dxa"/>
              <w:bottom w:w="60" w:type="dxa"/>
              <w:right w:w="60" w:type="dxa"/>
            </w:tcMar>
            <w:vAlign w:val="center"/>
          </w:tcPr>
          <w:p w14:paraId="19056EE5" w14:textId="77777777" w:rsidR="00EE5F04" w:rsidRPr="008A20D0" w:rsidRDefault="00000000">
            <w:pPr>
              <w:spacing w:after="0" w:line="252" w:lineRule="auto"/>
              <w:jc w:val="center"/>
              <w:rPr>
                <w:rFonts w:cs="Times New Roman"/>
              </w:rPr>
            </w:pPr>
            <w:r w:rsidRPr="008A20D0">
              <w:rPr>
                <w:rFonts w:cs="Times New Roman"/>
                <w:sz w:val="20"/>
              </w:rPr>
              <w:t>3.0</w:t>
            </w:r>
          </w:p>
        </w:tc>
        <w:tc>
          <w:tcPr>
            <w:tcW w:w="1296" w:type="dxa"/>
            <w:tcMar>
              <w:top w:w="60" w:type="dxa"/>
              <w:left w:w="60" w:type="dxa"/>
              <w:bottom w:w="60" w:type="dxa"/>
              <w:right w:w="60" w:type="dxa"/>
            </w:tcMar>
            <w:vAlign w:val="center"/>
          </w:tcPr>
          <w:p w14:paraId="007BF8CC" w14:textId="77777777" w:rsidR="00EE5F04" w:rsidRPr="008A20D0" w:rsidRDefault="00000000">
            <w:pPr>
              <w:spacing w:after="0" w:line="252" w:lineRule="auto"/>
              <w:jc w:val="center"/>
              <w:rPr>
                <w:rFonts w:cs="Times New Roman"/>
              </w:rPr>
            </w:pPr>
            <w:r w:rsidRPr="008A20D0">
              <w:rPr>
                <w:rFonts w:cs="Times New Roman"/>
                <w:sz w:val="20"/>
              </w:rPr>
              <w:t>1.2</w:t>
            </w:r>
          </w:p>
        </w:tc>
        <w:tc>
          <w:tcPr>
            <w:tcW w:w="1296" w:type="dxa"/>
            <w:tcMar>
              <w:top w:w="60" w:type="dxa"/>
              <w:left w:w="60" w:type="dxa"/>
              <w:bottom w:w="60" w:type="dxa"/>
              <w:right w:w="60" w:type="dxa"/>
            </w:tcMar>
            <w:vAlign w:val="center"/>
          </w:tcPr>
          <w:p w14:paraId="2F046707" w14:textId="77777777" w:rsidR="00EE5F04" w:rsidRPr="008A20D0" w:rsidRDefault="00000000">
            <w:pPr>
              <w:spacing w:after="0" w:line="252" w:lineRule="auto"/>
              <w:jc w:val="center"/>
              <w:rPr>
                <w:rFonts w:cs="Times New Roman"/>
              </w:rPr>
            </w:pPr>
            <w:r w:rsidRPr="008A20D0">
              <w:rPr>
                <w:rFonts w:cs="Times New Roman"/>
                <w:sz w:val="20"/>
              </w:rPr>
              <w:t>1.0</w:t>
            </w:r>
          </w:p>
        </w:tc>
        <w:tc>
          <w:tcPr>
            <w:tcW w:w="1296" w:type="dxa"/>
            <w:tcMar>
              <w:top w:w="60" w:type="dxa"/>
              <w:left w:w="60" w:type="dxa"/>
              <w:bottom w:w="60" w:type="dxa"/>
              <w:right w:w="60" w:type="dxa"/>
            </w:tcMar>
            <w:vAlign w:val="center"/>
          </w:tcPr>
          <w:p w14:paraId="56F144DE" w14:textId="77777777" w:rsidR="00EE5F04" w:rsidRPr="008A20D0" w:rsidRDefault="00000000">
            <w:pPr>
              <w:spacing w:after="0" w:line="252" w:lineRule="auto"/>
              <w:jc w:val="center"/>
              <w:rPr>
                <w:rFonts w:cs="Times New Roman"/>
              </w:rPr>
            </w:pPr>
            <w:r w:rsidRPr="008A20D0">
              <w:rPr>
                <w:rFonts w:cs="Times New Roman"/>
                <w:sz w:val="20"/>
              </w:rPr>
              <w:t>13.6</w:t>
            </w:r>
          </w:p>
        </w:tc>
      </w:tr>
      <w:tr w:rsidR="00EE5F04" w:rsidRPr="008A20D0" w14:paraId="7FC4B0C9" w14:textId="77777777">
        <w:trPr>
          <w:cantSplit/>
          <w:jc w:val="center"/>
        </w:trPr>
        <w:tc>
          <w:tcPr>
            <w:tcW w:w="3312" w:type="dxa"/>
            <w:tcMar>
              <w:top w:w="60" w:type="dxa"/>
              <w:left w:w="60" w:type="dxa"/>
              <w:bottom w:w="60" w:type="dxa"/>
              <w:right w:w="60" w:type="dxa"/>
            </w:tcMar>
            <w:vAlign w:val="center"/>
          </w:tcPr>
          <w:p w14:paraId="764AF543" w14:textId="77777777" w:rsidR="00EE5F04" w:rsidRPr="008A20D0" w:rsidRDefault="00000000">
            <w:pPr>
              <w:spacing w:after="0" w:line="252" w:lineRule="auto"/>
              <w:rPr>
                <w:rFonts w:cs="Times New Roman"/>
              </w:rPr>
            </w:pPr>
            <w:r w:rsidRPr="008A20D0">
              <w:rPr>
                <w:rFonts w:cs="Times New Roman"/>
                <w:sz w:val="20"/>
              </w:rPr>
              <w:t>Lipase</w:t>
            </w:r>
          </w:p>
        </w:tc>
        <w:tc>
          <w:tcPr>
            <w:tcW w:w="1296" w:type="dxa"/>
            <w:tcMar>
              <w:top w:w="60" w:type="dxa"/>
              <w:left w:w="60" w:type="dxa"/>
              <w:bottom w:w="60" w:type="dxa"/>
              <w:right w:w="60" w:type="dxa"/>
            </w:tcMar>
            <w:vAlign w:val="center"/>
          </w:tcPr>
          <w:p w14:paraId="34AFFECE" w14:textId="77777777" w:rsidR="00EE5F04" w:rsidRPr="008A20D0" w:rsidRDefault="00000000">
            <w:pPr>
              <w:spacing w:after="0" w:line="252" w:lineRule="auto"/>
              <w:jc w:val="center"/>
              <w:rPr>
                <w:rFonts w:cs="Times New Roman"/>
              </w:rPr>
            </w:pPr>
            <w:r w:rsidRPr="008A20D0">
              <w:rPr>
                <w:rFonts w:cs="Times New Roman"/>
                <w:sz w:val="20"/>
              </w:rPr>
              <w:t>63.3</w:t>
            </w:r>
          </w:p>
        </w:tc>
        <w:tc>
          <w:tcPr>
            <w:tcW w:w="1296" w:type="dxa"/>
            <w:tcMar>
              <w:top w:w="60" w:type="dxa"/>
              <w:left w:w="60" w:type="dxa"/>
              <w:bottom w:w="60" w:type="dxa"/>
              <w:right w:w="60" w:type="dxa"/>
            </w:tcMar>
            <w:vAlign w:val="center"/>
          </w:tcPr>
          <w:p w14:paraId="5ECF06C4" w14:textId="77777777" w:rsidR="00EE5F04" w:rsidRPr="008A20D0" w:rsidRDefault="00000000">
            <w:pPr>
              <w:spacing w:after="0" w:line="252" w:lineRule="auto"/>
              <w:jc w:val="center"/>
              <w:rPr>
                <w:rFonts w:cs="Times New Roman"/>
              </w:rPr>
            </w:pPr>
            <w:r w:rsidRPr="008A20D0">
              <w:rPr>
                <w:rFonts w:cs="Times New Roman"/>
                <w:sz w:val="20"/>
              </w:rPr>
              <w:t>72.3</w:t>
            </w:r>
          </w:p>
        </w:tc>
        <w:tc>
          <w:tcPr>
            <w:tcW w:w="1296" w:type="dxa"/>
            <w:tcMar>
              <w:top w:w="60" w:type="dxa"/>
              <w:left w:w="60" w:type="dxa"/>
              <w:bottom w:w="60" w:type="dxa"/>
              <w:right w:w="60" w:type="dxa"/>
            </w:tcMar>
            <w:vAlign w:val="center"/>
          </w:tcPr>
          <w:p w14:paraId="4743768D" w14:textId="77777777" w:rsidR="00EE5F04" w:rsidRPr="008A20D0" w:rsidRDefault="00000000">
            <w:pPr>
              <w:spacing w:after="0" w:line="252" w:lineRule="auto"/>
              <w:jc w:val="center"/>
              <w:rPr>
                <w:rFonts w:cs="Times New Roman"/>
              </w:rPr>
            </w:pPr>
            <w:r w:rsidRPr="008A20D0">
              <w:rPr>
                <w:rFonts w:cs="Times New Roman"/>
                <w:sz w:val="20"/>
              </w:rPr>
              <w:t>42.9</w:t>
            </w:r>
          </w:p>
        </w:tc>
        <w:tc>
          <w:tcPr>
            <w:tcW w:w="1296" w:type="dxa"/>
            <w:tcMar>
              <w:top w:w="60" w:type="dxa"/>
              <w:left w:w="60" w:type="dxa"/>
              <w:bottom w:w="60" w:type="dxa"/>
              <w:right w:w="60" w:type="dxa"/>
            </w:tcMar>
            <w:vAlign w:val="center"/>
          </w:tcPr>
          <w:p w14:paraId="0227E7E7" w14:textId="77777777" w:rsidR="00EE5F04" w:rsidRPr="008A20D0" w:rsidRDefault="00000000">
            <w:pPr>
              <w:spacing w:after="0" w:line="252" w:lineRule="auto"/>
              <w:jc w:val="center"/>
              <w:rPr>
                <w:rFonts w:cs="Times New Roman"/>
              </w:rPr>
            </w:pPr>
            <w:r w:rsidRPr="008A20D0">
              <w:rPr>
                <w:rFonts w:cs="Times New Roman"/>
                <w:sz w:val="20"/>
              </w:rPr>
              <w:t>25.6</w:t>
            </w:r>
          </w:p>
        </w:tc>
        <w:tc>
          <w:tcPr>
            <w:tcW w:w="1296" w:type="dxa"/>
            <w:tcMar>
              <w:top w:w="60" w:type="dxa"/>
              <w:left w:w="60" w:type="dxa"/>
              <w:bottom w:w="60" w:type="dxa"/>
              <w:right w:w="60" w:type="dxa"/>
            </w:tcMar>
            <w:vAlign w:val="center"/>
          </w:tcPr>
          <w:p w14:paraId="4FF832E1" w14:textId="77777777" w:rsidR="00EE5F04" w:rsidRPr="008A20D0" w:rsidRDefault="00000000">
            <w:pPr>
              <w:spacing w:after="0" w:line="252" w:lineRule="auto"/>
              <w:jc w:val="center"/>
              <w:rPr>
                <w:rFonts w:cs="Times New Roman"/>
              </w:rPr>
            </w:pPr>
            <w:r w:rsidRPr="008A20D0">
              <w:rPr>
                <w:rFonts w:cs="Times New Roman"/>
                <w:sz w:val="20"/>
              </w:rPr>
              <w:t>36.4</w:t>
            </w:r>
          </w:p>
        </w:tc>
      </w:tr>
      <w:tr w:rsidR="00EE5F04" w:rsidRPr="008A20D0" w14:paraId="20B413FD" w14:textId="77777777">
        <w:trPr>
          <w:cantSplit/>
          <w:jc w:val="center"/>
        </w:trPr>
        <w:tc>
          <w:tcPr>
            <w:tcW w:w="3312" w:type="dxa"/>
            <w:tcMar>
              <w:top w:w="60" w:type="dxa"/>
              <w:left w:w="60" w:type="dxa"/>
              <w:bottom w:w="60" w:type="dxa"/>
              <w:right w:w="60" w:type="dxa"/>
            </w:tcMar>
            <w:vAlign w:val="center"/>
          </w:tcPr>
          <w:p w14:paraId="37BF1810" w14:textId="77777777" w:rsidR="00EE5F04" w:rsidRPr="008A20D0" w:rsidRDefault="00000000">
            <w:pPr>
              <w:spacing w:after="0" w:line="252" w:lineRule="auto"/>
              <w:rPr>
                <w:rFonts w:cs="Times New Roman"/>
              </w:rPr>
            </w:pPr>
            <w:r w:rsidRPr="008A20D0">
              <w:rPr>
                <w:rFonts w:cs="Times New Roman"/>
                <w:sz w:val="20"/>
              </w:rPr>
              <w:t>Drain-fluid amylase</w:t>
            </w:r>
          </w:p>
        </w:tc>
        <w:tc>
          <w:tcPr>
            <w:tcW w:w="1296" w:type="dxa"/>
            <w:tcMar>
              <w:top w:w="60" w:type="dxa"/>
              <w:left w:w="60" w:type="dxa"/>
              <w:bottom w:w="60" w:type="dxa"/>
              <w:right w:w="60" w:type="dxa"/>
            </w:tcMar>
            <w:vAlign w:val="center"/>
          </w:tcPr>
          <w:p w14:paraId="390B0032" w14:textId="77777777" w:rsidR="00EE5F04" w:rsidRPr="008A20D0" w:rsidRDefault="00000000">
            <w:pPr>
              <w:spacing w:after="0" w:line="252" w:lineRule="auto"/>
              <w:jc w:val="center"/>
              <w:rPr>
                <w:rFonts w:cs="Times New Roman"/>
              </w:rPr>
            </w:pPr>
            <w:r w:rsidRPr="008A20D0">
              <w:rPr>
                <w:rFonts w:cs="Times New Roman"/>
                <w:sz w:val="20"/>
              </w:rPr>
              <w:t>10.1</w:t>
            </w:r>
          </w:p>
        </w:tc>
        <w:tc>
          <w:tcPr>
            <w:tcW w:w="1296" w:type="dxa"/>
            <w:tcMar>
              <w:top w:w="60" w:type="dxa"/>
              <w:left w:w="60" w:type="dxa"/>
              <w:bottom w:w="60" w:type="dxa"/>
              <w:right w:w="60" w:type="dxa"/>
            </w:tcMar>
            <w:vAlign w:val="center"/>
          </w:tcPr>
          <w:p w14:paraId="76134498" w14:textId="77777777" w:rsidR="00EE5F04" w:rsidRPr="008A20D0" w:rsidRDefault="00000000">
            <w:pPr>
              <w:spacing w:after="0" w:line="252" w:lineRule="auto"/>
              <w:jc w:val="center"/>
              <w:rPr>
                <w:rFonts w:cs="Times New Roman"/>
              </w:rPr>
            </w:pPr>
            <w:r w:rsidRPr="008A20D0">
              <w:rPr>
                <w:rFonts w:cs="Times New Roman"/>
                <w:sz w:val="20"/>
              </w:rPr>
              <w:t>8.4</w:t>
            </w:r>
          </w:p>
        </w:tc>
        <w:tc>
          <w:tcPr>
            <w:tcW w:w="1296" w:type="dxa"/>
            <w:tcMar>
              <w:top w:w="60" w:type="dxa"/>
              <w:left w:w="60" w:type="dxa"/>
              <w:bottom w:w="60" w:type="dxa"/>
              <w:right w:w="60" w:type="dxa"/>
            </w:tcMar>
            <w:vAlign w:val="center"/>
          </w:tcPr>
          <w:p w14:paraId="5C3B7187" w14:textId="77777777" w:rsidR="00EE5F04" w:rsidRPr="008A20D0" w:rsidRDefault="00000000">
            <w:pPr>
              <w:spacing w:after="0" w:line="252" w:lineRule="auto"/>
              <w:jc w:val="center"/>
              <w:rPr>
                <w:rFonts w:cs="Times New Roman"/>
              </w:rPr>
            </w:pPr>
            <w:r w:rsidRPr="008A20D0">
              <w:rPr>
                <w:rFonts w:cs="Times New Roman"/>
                <w:sz w:val="20"/>
              </w:rPr>
              <w:t>10.6</w:t>
            </w:r>
          </w:p>
        </w:tc>
        <w:tc>
          <w:tcPr>
            <w:tcW w:w="1296" w:type="dxa"/>
            <w:tcMar>
              <w:top w:w="60" w:type="dxa"/>
              <w:left w:w="60" w:type="dxa"/>
              <w:bottom w:w="60" w:type="dxa"/>
              <w:right w:w="60" w:type="dxa"/>
            </w:tcMar>
            <w:vAlign w:val="center"/>
          </w:tcPr>
          <w:p w14:paraId="6F7F410D" w14:textId="77777777" w:rsidR="00EE5F04" w:rsidRPr="008A20D0" w:rsidRDefault="00000000">
            <w:pPr>
              <w:spacing w:after="0" w:line="252" w:lineRule="auto"/>
              <w:jc w:val="center"/>
              <w:rPr>
                <w:rFonts w:cs="Times New Roman"/>
              </w:rPr>
            </w:pPr>
            <w:r w:rsidRPr="008A20D0">
              <w:rPr>
                <w:rFonts w:cs="Times New Roman"/>
                <w:sz w:val="20"/>
              </w:rPr>
              <w:t>8.2</w:t>
            </w:r>
          </w:p>
        </w:tc>
        <w:tc>
          <w:tcPr>
            <w:tcW w:w="1296" w:type="dxa"/>
            <w:tcMar>
              <w:top w:w="60" w:type="dxa"/>
              <w:left w:w="60" w:type="dxa"/>
              <w:bottom w:w="60" w:type="dxa"/>
              <w:right w:w="60" w:type="dxa"/>
            </w:tcMar>
            <w:vAlign w:val="center"/>
          </w:tcPr>
          <w:p w14:paraId="7FEF76F8" w14:textId="77777777" w:rsidR="00EE5F04" w:rsidRPr="008A20D0" w:rsidRDefault="00000000">
            <w:pPr>
              <w:spacing w:after="0" w:line="252" w:lineRule="auto"/>
              <w:jc w:val="center"/>
              <w:rPr>
                <w:rFonts w:cs="Times New Roman"/>
              </w:rPr>
            </w:pPr>
            <w:r w:rsidRPr="008A20D0">
              <w:rPr>
                <w:rFonts w:cs="Times New Roman"/>
                <w:sz w:val="20"/>
              </w:rPr>
              <w:t>9.1</w:t>
            </w:r>
          </w:p>
        </w:tc>
      </w:tr>
      <w:tr w:rsidR="00EE5F04" w:rsidRPr="008A20D0" w14:paraId="21E66FF3" w14:textId="77777777">
        <w:trPr>
          <w:cantSplit/>
          <w:jc w:val="center"/>
        </w:trPr>
        <w:tc>
          <w:tcPr>
            <w:tcW w:w="3312" w:type="dxa"/>
            <w:tcMar>
              <w:top w:w="60" w:type="dxa"/>
              <w:left w:w="60" w:type="dxa"/>
              <w:bottom w:w="60" w:type="dxa"/>
              <w:right w:w="60" w:type="dxa"/>
            </w:tcMar>
            <w:vAlign w:val="center"/>
          </w:tcPr>
          <w:p w14:paraId="376F892F" w14:textId="77777777" w:rsidR="00EE5F04" w:rsidRPr="008A20D0" w:rsidRDefault="00000000">
            <w:pPr>
              <w:spacing w:after="0" w:line="252" w:lineRule="auto"/>
              <w:rPr>
                <w:rFonts w:cs="Times New Roman"/>
              </w:rPr>
            </w:pPr>
            <w:r w:rsidRPr="008A20D0">
              <w:rPr>
                <w:rFonts w:cs="Times New Roman"/>
                <w:sz w:val="20"/>
              </w:rPr>
              <w:t>Drain-fluid bilirubin</w:t>
            </w:r>
          </w:p>
        </w:tc>
        <w:tc>
          <w:tcPr>
            <w:tcW w:w="1296" w:type="dxa"/>
            <w:tcMar>
              <w:top w:w="60" w:type="dxa"/>
              <w:left w:w="60" w:type="dxa"/>
              <w:bottom w:w="60" w:type="dxa"/>
              <w:right w:w="60" w:type="dxa"/>
            </w:tcMar>
            <w:vAlign w:val="center"/>
          </w:tcPr>
          <w:p w14:paraId="4CEE935C" w14:textId="77777777" w:rsidR="00EE5F04" w:rsidRPr="008A20D0" w:rsidRDefault="00000000">
            <w:pPr>
              <w:spacing w:after="0" w:line="252" w:lineRule="auto"/>
              <w:jc w:val="center"/>
              <w:rPr>
                <w:rFonts w:cs="Times New Roman"/>
              </w:rPr>
            </w:pPr>
            <w:r w:rsidRPr="008A20D0">
              <w:rPr>
                <w:rFonts w:cs="Times New Roman"/>
                <w:sz w:val="20"/>
              </w:rPr>
              <w:t>61.9</w:t>
            </w:r>
          </w:p>
        </w:tc>
        <w:tc>
          <w:tcPr>
            <w:tcW w:w="1296" w:type="dxa"/>
            <w:tcMar>
              <w:top w:w="60" w:type="dxa"/>
              <w:left w:w="60" w:type="dxa"/>
              <w:bottom w:w="60" w:type="dxa"/>
              <w:right w:w="60" w:type="dxa"/>
            </w:tcMar>
            <w:vAlign w:val="center"/>
          </w:tcPr>
          <w:p w14:paraId="77980E9B" w14:textId="77777777" w:rsidR="00EE5F04" w:rsidRPr="008A20D0" w:rsidRDefault="00000000">
            <w:pPr>
              <w:spacing w:after="0" w:line="252" w:lineRule="auto"/>
              <w:jc w:val="center"/>
              <w:rPr>
                <w:rFonts w:cs="Times New Roman"/>
              </w:rPr>
            </w:pPr>
            <w:r w:rsidRPr="008A20D0">
              <w:rPr>
                <w:rFonts w:cs="Times New Roman"/>
                <w:sz w:val="20"/>
              </w:rPr>
              <w:t>63.3</w:t>
            </w:r>
          </w:p>
        </w:tc>
        <w:tc>
          <w:tcPr>
            <w:tcW w:w="1296" w:type="dxa"/>
            <w:tcMar>
              <w:top w:w="60" w:type="dxa"/>
              <w:left w:w="60" w:type="dxa"/>
              <w:bottom w:w="60" w:type="dxa"/>
              <w:right w:w="60" w:type="dxa"/>
            </w:tcMar>
            <w:vAlign w:val="center"/>
          </w:tcPr>
          <w:p w14:paraId="1F753683" w14:textId="77777777" w:rsidR="00EE5F04" w:rsidRPr="008A20D0" w:rsidRDefault="00000000">
            <w:pPr>
              <w:spacing w:after="0" w:line="252" w:lineRule="auto"/>
              <w:jc w:val="center"/>
              <w:rPr>
                <w:rFonts w:cs="Times New Roman"/>
              </w:rPr>
            </w:pPr>
            <w:r w:rsidRPr="008A20D0">
              <w:rPr>
                <w:rFonts w:cs="Times New Roman"/>
                <w:sz w:val="20"/>
              </w:rPr>
              <w:t>74.5</w:t>
            </w:r>
          </w:p>
        </w:tc>
        <w:tc>
          <w:tcPr>
            <w:tcW w:w="1296" w:type="dxa"/>
            <w:tcMar>
              <w:top w:w="60" w:type="dxa"/>
              <w:left w:w="60" w:type="dxa"/>
              <w:bottom w:w="60" w:type="dxa"/>
              <w:right w:w="60" w:type="dxa"/>
            </w:tcMar>
            <w:vAlign w:val="center"/>
          </w:tcPr>
          <w:p w14:paraId="6EB91023" w14:textId="77777777" w:rsidR="00EE5F04" w:rsidRPr="008A20D0" w:rsidRDefault="00000000">
            <w:pPr>
              <w:spacing w:after="0" w:line="252" w:lineRule="auto"/>
              <w:jc w:val="center"/>
              <w:rPr>
                <w:rFonts w:cs="Times New Roman"/>
              </w:rPr>
            </w:pPr>
            <w:r w:rsidRPr="008A20D0">
              <w:rPr>
                <w:rFonts w:cs="Times New Roman"/>
                <w:sz w:val="20"/>
              </w:rPr>
              <w:t>71.0</w:t>
            </w:r>
          </w:p>
        </w:tc>
        <w:tc>
          <w:tcPr>
            <w:tcW w:w="1296" w:type="dxa"/>
            <w:tcMar>
              <w:top w:w="60" w:type="dxa"/>
              <w:left w:w="60" w:type="dxa"/>
              <w:bottom w:w="60" w:type="dxa"/>
              <w:right w:w="60" w:type="dxa"/>
            </w:tcMar>
            <w:vAlign w:val="center"/>
          </w:tcPr>
          <w:p w14:paraId="4CACF2AB" w14:textId="77777777" w:rsidR="00EE5F04" w:rsidRPr="008A20D0" w:rsidRDefault="00000000">
            <w:pPr>
              <w:spacing w:after="0" w:line="252" w:lineRule="auto"/>
              <w:jc w:val="center"/>
              <w:rPr>
                <w:rFonts w:cs="Times New Roman"/>
              </w:rPr>
            </w:pPr>
            <w:r w:rsidRPr="008A20D0">
              <w:rPr>
                <w:rFonts w:cs="Times New Roman"/>
                <w:sz w:val="20"/>
              </w:rPr>
              <w:t>54.5</w:t>
            </w:r>
          </w:p>
        </w:tc>
      </w:tr>
      <w:tr w:rsidR="00EE5F04" w:rsidRPr="008A20D0" w14:paraId="73C1C82B" w14:textId="77777777">
        <w:trPr>
          <w:cantSplit/>
          <w:jc w:val="center"/>
        </w:trPr>
        <w:tc>
          <w:tcPr>
            <w:tcW w:w="3312" w:type="dxa"/>
            <w:tcMar>
              <w:top w:w="60" w:type="dxa"/>
              <w:left w:w="60" w:type="dxa"/>
              <w:bottom w:w="60" w:type="dxa"/>
              <w:right w:w="60" w:type="dxa"/>
            </w:tcMar>
            <w:vAlign w:val="center"/>
          </w:tcPr>
          <w:p w14:paraId="20619159" w14:textId="77777777" w:rsidR="00EE5F04" w:rsidRPr="008A20D0" w:rsidRDefault="00000000">
            <w:pPr>
              <w:spacing w:after="0" w:line="252" w:lineRule="auto"/>
              <w:rPr>
                <w:rFonts w:cs="Times New Roman"/>
              </w:rPr>
            </w:pPr>
            <w:r w:rsidRPr="008A20D0">
              <w:rPr>
                <w:rFonts w:cs="Times New Roman"/>
                <w:sz w:val="20"/>
              </w:rPr>
              <w:t>Creatine kinase isoenzyme</w:t>
            </w:r>
          </w:p>
        </w:tc>
        <w:tc>
          <w:tcPr>
            <w:tcW w:w="1296" w:type="dxa"/>
            <w:tcMar>
              <w:top w:w="60" w:type="dxa"/>
              <w:left w:w="60" w:type="dxa"/>
              <w:bottom w:w="60" w:type="dxa"/>
              <w:right w:w="60" w:type="dxa"/>
            </w:tcMar>
            <w:vAlign w:val="center"/>
          </w:tcPr>
          <w:p w14:paraId="5A11D587" w14:textId="77777777" w:rsidR="00EE5F04" w:rsidRPr="008A20D0" w:rsidRDefault="00000000">
            <w:pPr>
              <w:spacing w:after="0" w:line="252" w:lineRule="auto"/>
              <w:jc w:val="center"/>
              <w:rPr>
                <w:rFonts w:cs="Times New Roman"/>
              </w:rPr>
            </w:pPr>
            <w:r w:rsidRPr="008A20D0">
              <w:rPr>
                <w:rFonts w:cs="Times New Roman"/>
                <w:sz w:val="20"/>
              </w:rPr>
              <w:t>55.4</w:t>
            </w:r>
          </w:p>
        </w:tc>
        <w:tc>
          <w:tcPr>
            <w:tcW w:w="1296" w:type="dxa"/>
            <w:tcMar>
              <w:top w:w="60" w:type="dxa"/>
              <w:left w:w="60" w:type="dxa"/>
              <w:bottom w:w="60" w:type="dxa"/>
              <w:right w:w="60" w:type="dxa"/>
            </w:tcMar>
            <w:vAlign w:val="center"/>
          </w:tcPr>
          <w:p w14:paraId="79397FD8" w14:textId="77777777" w:rsidR="00EE5F04" w:rsidRPr="008A20D0" w:rsidRDefault="00000000">
            <w:pPr>
              <w:spacing w:after="0" w:line="252" w:lineRule="auto"/>
              <w:jc w:val="center"/>
              <w:rPr>
                <w:rFonts w:cs="Times New Roman"/>
              </w:rPr>
            </w:pPr>
            <w:r w:rsidRPr="008A20D0">
              <w:rPr>
                <w:rFonts w:cs="Times New Roman"/>
                <w:sz w:val="20"/>
              </w:rPr>
              <w:t>50.0</w:t>
            </w:r>
          </w:p>
        </w:tc>
        <w:tc>
          <w:tcPr>
            <w:tcW w:w="1296" w:type="dxa"/>
            <w:tcMar>
              <w:top w:w="60" w:type="dxa"/>
              <w:left w:w="60" w:type="dxa"/>
              <w:bottom w:w="60" w:type="dxa"/>
              <w:right w:w="60" w:type="dxa"/>
            </w:tcMar>
            <w:vAlign w:val="center"/>
          </w:tcPr>
          <w:p w14:paraId="2DEA7F93" w14:textId="77777777" w:rsidR="00EE5F04" w:rsidRPr="008A20D0" w:rsidRDefault="00000000">
            <w:pPr>
              <w:spacing w:after="0" w:line="252" w:lineRule="auto"/>
              <w:jc w:val="center"/>
              <w:rPr>
                <w:rFonts w:cs="Times New Roman"/>
              </w:rPr>
            </w:pPr>
            <w:r w:rsidRPr="008A20D0">
              <w:rPr>
                <w:rFonts w:cs="Times New Roman"/>
                <w:sz w:val="20"/>
              </w:rPr>
              <w:t>39.8</w:t>
            </w:r>
          </w:p>
        </w:tc>
        <w:tc>
          <w:tcPr>
            <w:tcW w:w="1296" w:type="dxa"/>
            <w:tcMar>
              <w:top w:w="60" w:type="dxa"/>
              <w:left w:w="60" w:type="dxa"/>
              <w:bottom w:w="60" w:type="dxa"/>
              <w:right w:w="60" w:type="dxa"/>
            </w:tcMar>
            <w:vAlign w:val="center"/>
          </w:tcPr>
          <w:p w14:paraId="182CF8DB" w14:textId="77777777" w:rsidR="00EE5F04" w:rsidRPr="008A20D0" w:rsidRDefault="00000000">
            <w:pPr>
              <w:spacing w:after="0" w:line="252" w:lineRule="auto"/>
              <w:jc w:val="center"/>
              <w:rPr>
                <w:rFonts w:cs="Times New Roman"/>
              </w:rPr>
            </w:pPr>
            <w:r w:rsidRPr="008A20D0">
              <w:rPr>
                <w:rFonts w:cs="Times New Roman"/>
                <w:sz w:val="20"/>
              </w:rPr>
              <w:t>35.3</w:t>
            </w:r>
          </w:p>
        </w:tc>
        <w:tc>
          <w:tcPr>
            <w:tcW w:w="1296" w:type="dxa"/>
            <w:tcMar>
              <w:top w:w="60" w:type="dxa"/>
              <w:left w:w="60" w:type="dxa"/>
              <w:bottom w:w="60" w:type="dxa"/>
              <w:right w:w="60" w:type="dxa"/>
            </w:tcMar>
            <w:vAlign w:val="center"/>
          </w:tcPr>
          <w:p w14:paraId="1053A3DB" w14:textId="77777777" w:rsidR="00EE5F04" w:rsidRPr="008A20D0" w:rsidRDefault="00000000">
            <w:pPr>
              <w:spacing w:after="0" w:line="252" w:lineRule="auto"/>
              <w:jc w:val="center"/>
              <w:rPr>
                <w:rFonts w:cs="Times New Roman"/>
              </w:rPr>
            </w:pPr>
            <w:r w:rsidRPr="008A20D0">
              <w:rPr>
                <w:rFonts w:cs="Times New Roman"/>
                <w:sz w:val="20"/>
              </w:rPr>
              <w:t>36.4</w:t>
            </w:r>
          </w:p>
        </w:tc>
      </w:tr>
      <w:tr w:rsidR="00EE5F04" w:rsidRPr="008A20D0" w14:paraId="74435937" w14:textId="77777777">
        <w:trPr>
          <w:cantSplit/>
          <w:jc w:val="center"/>
        </w:trPr>
        <w:tc>
          <w:tcPr>
            <w:tcW w:w="3312" w:type="dxa"/>
            <w:tcMar>
              <w:top w:w="60" w:type="dxa"/>
              <w:left w:w="60" w:type="dxa"/>
              <w:bottom w:w="60" w:type="dxa"/>
              <w:right w:w="60" w:type="dxa"/>
            </w:tcMar>
            <w:vAlign w:val="center"/>
          </w:tcPr>
          <w:p w14:paraId="6C2921FD" w14:textId="77777777" w:rsidR="00EE5F04" w:rsidRPr="008A20D0" w:rsidRDefault="00000000">
            <w:pPr>
              <w:spacing w:after="0" w:line="252" w:lineRule="auto"/>
              <w:rPr>
                <w:rFonts w:cs="Times New Roman"/>
              </w:rPr>
            </w:pPr>
            <w:r w:rsidRPr="008A20D0">
              <w:rPr>
                <w:rFonts w:cs="Times New Roman"/>
                <w:sz w:val="20"/>
              </w:rPr>
              <w:t>Lactate dehydrogenase</w:t>
            </w:r>
          </w:p>
        </w:tc>
        <w:tc>
          <w:tcPr>
            <w:tcW w:w="1296" w:type="dxa"/>
            <w:tcMar>
              <w:top w:w="60" w:type="dxa"/>
              <w:left w:w="60" w:type="dxa"/>
              <w:bottom w:w="60" w:type="dxa"/>
              <w:right w:w="60" w:type="dxa"/>
            </w:tcMar>
            <w:vAlign w:val="center"/>
          </w:tcPr>
          <w:p w14:paraId="0109D73B" w14:textId="77777777" w:rsidR="00EE5F04" w:rsidRPr="008A20D0" w:rsidRDefault="00000000">
            <w:pPr>
              <w:spacing w:after="0" w:line="252" w:lineRule="auto"/>
              <w:jc w:val="center"/>
              <w:rPr>
                <w:rFonts w:cs="Times New Roman"/>
              </w:rPr>
            </w:pPr>
            <w:r w:rsidRPr="008A20D0">
              <w:rPr>
                <w:rFonts w:cs="Times New Roman"/>
                <w:sz w:val="20"/>
              </w:rPr>
              <w:t>55.4</w:t>
            </w:r>
          </w:p>
        </w:tc>
        <w:tc>
          <w:tcPr>
            <w:tcW w:w="1296" w:type="dxa"/>
            <w:tcMar>
              <w:top w:w="60" w:type="dxa"/>
              <w:left w:w="60" w:type="dxa"/>
              <w:bottom w:w="60" w:type="dxa"/>
              <w:right w:w="60" w:type="dxa"/>
            </w:tcMar>
            <w:vAlign w:val="center"/>
          </w:tcPr>
          <w:p w14:paraId="7192B0B2" w14:textId="77777777" w:rsidR="00EE5F04" w:rsidRPr="008A20D0" w:rsidRDefault="00000000">
            <w:pPr>
              <w:spacing w:after="0" w:line="252" w:lineRule="auto"/>
              <w:jc w:val="center"/>
              <w:rPr>
                <w:rFonts w:cs="Times New Roman"/>
              </w:rPr>
            </w:pPr>
            <w:r w:rsidRPr="008A20D0">
              <w:rPr>
                <w:rFonts w:cs="Times New Roman"/>
                <w:sz w:val="20"/>
              </w:rPr>
              <w:t>49.4</w:t>
            </w:r>
          </w:p>
        </w:tc>
        <w:tc>
          <w:tcPr>
            <w:tcW w:w="1296" w:type="dxa"/>
            <w:tcMar>
              <w:top w:w="60" w:type="dxa"/>
              <w:left w:w="60" w:type="dxa"/>
              <w:bottom w:w="60" w:type="dxa"/>
              <w:right w:w="60" w:type="dxa"/>
            </w:tcMar>
            <w:vAlign w:val="center"/>
          </w:tcPr>
          <w:p w14:paraId="23919AB2" w14:textId="77777777" w:rsidR="00EE5F04" w:rsidRPr="008A20D0" w:rsidRDefault="00000000">
            <w:pPr>
              <w:spacing w:after="0" w:line="252" w:lineRule="auto"/>
              <w:jc w:val="center"/>
              <w:rPr>
                <w:rFonts w:cs="Times New Roman"/>
              </w:rPr>
            </w:pPr>
            <w:r w:rsidRPr="008A20D0">
              <w:rPr>
                <w:rFonts w:cs="Times New Roman"/>
                <w:sz w:val="20"/>
              </w:rPr>
              <w:t>39.8</w:t>
            </w:r>
          </w:p>
        </w:tc>
        <w:tc>
          <w:tcPr>
            <w:tcW w:w="1296" w:type="dxa"/>
            <w:tcMar>
              <w:top w:w="60" w:type="dxa"/>
              <w:left w:w="60" w:type="dxa"/>
              <w:bottom w:w="60" w:type="dxa"/>
              <w:right w:w="60" w:type="dxa"/>
            </w:tcMar>
            <w:vAlign w:val="center"/>
          </w:tcPr>
          <w:p w14:paraId="23E8719D" w14:textId="77777777" w:rsidR="00EE5F04" w:rsidRPr="008A20D0" w:rsidRDefault="00000000">
            <w:pPr>
              <w:spacing w:after="0" w:line="252" w:lineRule="auto"/>
              <w:jc w:val="center"/>
              <w:rPr>
                <w:rFonts w:cs="Times New Roman"/>
              </w:rPr>
            </w:pPr>
            <w:r w:rsidRPr="008A20D0">
              <w:rPr>
                <w:rFonts w:cs="Times New Roman"/>
                <w:sz w:val="20"/>
              </w:rPr>
              <w:t>33.8</w:t>
            </w:r>
          </w:p>
        </w:tc>
        <w:tc>
          <w:tcPr>
            <w:tcW w:w="1296" w:type="dxa"/>
            <w:tcMar>
              <w:top w:w="60" w:type="dxa"/>
              <w:left w:w="60" w:type="dxa"/>
              <w:bottom w:w="60" w:type="dxa"/>
              <w:right w:w="60" w:type="dxa"/>
            </w:tcMar>
            <w:vAlign w:val="center"/>
          </w:tcPr>
          <w:p w14:paraId="275B4A6F" w14:textId="77777777" w:rsidR="00EE5F04" w:rsidRPr="008A20D0" w:rsidRDefault="00000000">
            <w:pPr>
              <w:spacing w:after="0" w:line="252" w:lineRule="auto"/>
              <w:jc w:val="center"/>
              <w:rPr>
                <w:rFonts w:cs="Times New Roman"/>
              </w:rPr>
            </w:pPr>
            <w:r w:rsidRPr="008A20D0">
              <w:rPr>
                <w:rFonts w:cs="Times New Roman"/>
                <w:sz w:val="20"/>
              </w:rPr>
              <w:t>27.3</w:t>
            </w:r>
          </w:p>
        </w:tc>
      </w:tr>
      <w:tr w:rsidR="00EE5F04" w:rsidRPr="008A20D0" w14:paraId="671D6520" w14:textId="77777777">
        <w:trPr>
          <w:cantSplit/>
          <w:jc w:val="center"/>
        </w:trPr>
        <w:tc>
          <w:tcPr>
            <w:tcW w:w="3312" w:type="dxa"/>
            <w:tcMar>
              <w:top w:w="60" w:type="dxa"/>
              <w:left w:w="60" w:type="dxa"/>
              <w:bottom w:w="60" w:type="dxa"/>
              <w:right w:w="60" w:type="dxa"/>
            </w:tcMar>
            <w:vAlign w:val="center"/>
          </w:tcPr>
          <w:p w14:paraId="56C28B77" w14:textId="77777777" w:rsidR="00EE5F04" w:rsidRPr="008A20D0" w:rsidRDefault="00000000">
            <w:pPr>
              <w:spacing w:after="0" w:line="252" w:lineRule="auto"/>
              <w:rPr>
                <w:rFonts w:cs="Times New Roman"/>
              </w:rPr>
            </w:pPr>
            <w:r w:rsidRPr="008A20D0">
              <w:rPr>
                <w:rFonts w:cs="Times New Roman"/>
                <w:sz w:val="20"/>
              </w:rPr>
              <w:t>Lactate</w:t>
            </w:r>
          </w:p>
        </w:tc>
        <w:tc>
          <w:tcPr>
            <w:tcW w:w="1296" w:type="dxa"/>
            <w:tcMar>
              <w:top w:w="60" w:type="dxa"/>
              <w:left w:w="60" w:type="dxa"/>
              <w:bottom w:w="60" w:type="dxa"/>
              <w:right w:w="60" w:type="dxa"/>
            </w:tcMar>
            <w:vAlign w:val="center"/>
          </w:tcPr>
          <w:p w14:paraId="006D3112" w14:textId="77777777" w:rsidR="00EE5F04" w:rsidRPr="008A20D0" w:rsidRDefault="00000000">
            <w:pPr>
              <w:spacing w:after="0" w:line="252" w:lineRule="auto"/>
              <w:jc w:val="center"/>
              <w:rPr>
                <w:rFonts w:cs="Times New Roman"/>
              </w:rPr>
            </w:pPr>
            <w:r w:rsidRPr="008A20D0">
              <w:rPr>
                <w:rFonts w:cs="Times New Roman"/>
                <w:sz w:val="20"/>
              </w:rPr>
              <w:t>87.8</w:t>
            </w:r>
          </w:p>
        </w:tc>
        <w:tc>
          <w:tcPr>
            <w:tcW w:w="1296" w:type="dxa"/>
            <w:tcMar>
              <w:top w:w="60" w:type="dxa"/>
              <w:left w:w="60" w:type="dxa"/>
              <w:bottom w:w="60" w:type="dxa"/>
              <w:right w:w="60" w:type="dxa"/>
            </w:tcMar>
            <w:vAlign w:val="center"/>
          </w:tcPr>
          <w:p w14:paraId="78003509" w14:textId="77777777" w:rsidR="00EE5F04" w:rsidRPr="008A20D0" w:rsidRDefault="00000000">
            <w:pPr>
              <w:spacing w:after="0" w:line="252" w:lineRule="auto"/>
              <w:jc w:val="center"/>
              <w:rPr>
                <w:rFonts w:cs="Times New Roman"/>
              </w:rPr>
            </w:pPr>
            <w:r w:rsidRPr="008A20D0">
              <w:rPr>
                <w:rFonts w:cs="Times New Roman"/>
                <w:sz w:val="20"/>
              </w:rPr>
              <w:t>90.4</w:t>
            </w:r>
          </w:p>
        </w:tc>
        <w:tc>
          <w:tcPr>
            <w:tcW w:w="1296" w:type="dxa"/>
            <w:tcMar>
              <w:top w:w="60" w:type="dxa"/>
              <w:left w:w="60" w:type="dxa"/>
              <w:bottom w:w="60" w:type="dxa"/>
              <w:right w:w="60" w:type="dxa"/>
            </w:tcMar>
            <w:vAlign w:val="center"/>
          </w:tcPr>
          <w:p w14:paraId="3AFF8EA3" w14:textId="77777777" w:rsidR="00EE5F04" w:rsidRPr="008A20D0" w:rsidRDefault="00000000">
            <w:pPr>
              <w:spacing w:after="0" w:line="252" w:lineRule="auto"/>
              <w:jc w:val="center"/>
              <w:rPr>
                <w:rFonts w:cs="Times New Roman"/>
              </w:rPr>
            </w:pPr>
            <w:r w:rsidRPr="008A20D0">
              <w:rPr>
                <w:rFonts w:cs="Times New Roman"/>
                <w:sz w:val="20"/>
              </w:rPr>
              <w:t>67.1</w:t>
            </w:r>
          </w:p>
        </w:tc>
        <w:tc>
          <w:tcPr>
            <w:tcW w:w="1296" w:type="dxa"/>
            <w:tcMar>
              <w:top w:w="60" w:type="dxa"/>
              <w:left w:w="60" w:type="dxa"/>
              <w:bottom w:w="60" w:type="dxa"/>
              <w:right w:w="60" w:type="dxa"/>
            </w:tcMar>
            <w:vAlign w:val="center"/>
          </w:tcPr>
          <w:p w14:paraId="790FC5AC" w14:textId="77777777" w:rsidR="00EE5F04" w:rsidRPr="008A20D0" w:rsidRDefault="00000000">
            <w:pPr>
              <w:spacing w:after="0" w:line="252" w:lineRule="auto"/>
              <w:jc w:val="center"/>
              <w:rPr>
                <w:rFonts w:cs="Times New Roman"/>
              </w:rPr>
            </w:pPr>
            <w:r w:rsidRPr="008A20D0">
              <w:rPr>
                <w:rFonts w:cs="Times New Roman"/>
                <w:sz w:val="20"/>
              </w:rPr>
              <w:t>70.0</w:t>
            </w:r>
          </w:p>
        </w:tc>
        <w:tc>
          <w:tcPr>
            <w:tcW w:w="1296" w:type="dxa"/>
            <w:tcMar>
              <w:top w:w="60" w:type="dxa"/>
              <w:left w:w="60" w:type="dxa"/>
              <w:bottom w:w="60" w:type="dxa"/>
              <w:right w:w="60" w:type="dxa"/>
            </w:tcMar>
            <w:vAlign w:val="center"/>
          </w:tcPr>
          <w:p w14:paraId="6D1F5C1B" w14:textId="77777777" w:rsidR="00EE5F04" w:rsidRPr="008A20D0" w:rsidRDefault="00000000">
            <w:pPr>
              <w:spacing w:after="0" w:line="252" w:lineRule="auto"/>
              <w:jc w:val="center"/>
              <w:rPr>
                <w:rFonts w:cs="Times New Roman"/>
              </w:rPr>
            </w:pPr>
            <w:r w:rsidRPr="008A20D0">
              <w:rPr>
                <w:rFonts w:cs="Times New Roman"/>
                <w:sz w:val="20"/>
              </w:rPr>
              <w:t>68.2</w:t>
            </w:r>
          </w:p>
        </w:tc>
      </w:tr>
    </w:tbl>
    <w:p w14:paraId="6DBD7D6D" w14:textId="77777777" w:rsidR="00EE5F04" w:rsidRPr="008A20D0" w:rsidRDefault="00000000">
      <w:pPr>
        <w:keepLines/>
        <w:spacing w:line="276" w:lineRule="auto"/>
        <w:rPr>
          <w:rFonts w:cs="Times New Roman"/>
        </w:rPr>
      </w:pPr>
      <w:r w:rsidRPr="008A20D0">
        <w:rPr>
          <w:rFonts w:cs="Times New Roman"/>
        </w:rPr>
        <w:t>Percentages describe the absence of any observed value, not missing calendar-day cells; observed day-cell counts are not patient counts. A value of 0.0% means that every patient in that annual risk set had at least one observed value. Annual denominators refer to available study records and need not represent complete calendar years. Missingness may reflect measurement practices and does not establish a causal mechanism. The laboratory-unit limitations described in the main manuscript remain applicable.</w:t>
      </w:r>
    </w:p>
    <w:sectPr w:rsidR="00EE5F04" w:rsidRPr="008A20D0" w:rsidSect="00034616">
      <w:footerReference w:type="default" r:id="rId8"/>
      <w:pgSz w:w="12240" w:h="15840"/>
      <w:pgMar w:top="1152" w:right="1440" w:bottom="1152"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0D2CC" w14:textId="77777777" w:rsidR="00827DCB" w:rsidRDefault="00827DCB">
      <w:pPr>
        <w:spacing w:after="0" w:line="240" w:lineRule="auto"/>
      </w:pPr>
      <w:r>
        <w:separator/>
      </w:r>
    </w:p>
  </w:endnote>
  <w:endnote w:type="continuationSeparator" w:id="0">
    <w:p w14:paraId="690A6697" w14:textId="77777777" w:rsidR="00827DCB" w:rsidRDefault="00827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F1CA8" w14:textId="77777777" w:rsidR="00EE5F04" w:rsidRDefault="00000000">
    <w:pPr>
      <w:pStyle w:val="a7"/>
      <w:jc w:val="center"/>
    </w:pPr>
    <w:r>
      <w:fldChar w:fldCharType="begin"/>
    </w:r>
    <w:r>
      <w:instrText>PAGE</w:instrText>
    </w:r>
    <w:r>
      <w:fldChar w:fldCharType="separate"/>
    </w:r>
    <w:r w:rsidR="008A20D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FB3A3" w14:textId="77777777" w:rsidR="00827DCB" w:rsidRDefault="00827DCB">
      <w:pPr>
        <w:spacing w:after="0" w:line="240" w:lineRule="auto"/>
      </w:pPr>
      <w:r>
        <w:separator/>
      </w:r>
    </w:p>
  </w:footnote>
  <w:footnote w:type="continuationSeparator" w:id="0">
    <w:p w14:paraId="1189546B" w14:textId="77777777" w:rsidR="00827DCB" w:rsidRDefault="00827D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4539821">
    <w:abstractNumId w:val="8"/>
  </w:num>
  <w:num w:numId="2" w16cid:durableId="451365325">
    <w:abstractNumId w:val="6"/>
  </w:num>
  <w:num w:numId="3" w16cid:durableId="212233800">
    <w:abstractNumId w:val="5"/>
  </w:num>
  <w:num w:numId="4" w16cid:durableId="1268390120">
    <w:abstractNumId w:val="4"/>
  </w:num>
  <w:num w:numId="5" w16cid:durableId="1547254886">
    <w:abstractNumId w:val="7"/>
  </w:num>
  <w:num w:numId="6" w16cid:durableId="1132864139">
    <w:abstractNumId w:val="3"/>
  </w:num>
  <w:num w:numId="7" w16cid:durableId="2070303487">
    <w:abstractNumId w:val="2"/>
  </w:num>
  <w:num w:numId="8" w16cid:durableId="1666856793">
    <w:abstractNumId w:val="1"/>
  </w:num>
  <w:num w:numId="9" w16cid:durableId="330060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140D"/>
    <w:rsid w:val="00326F90"/>
    <w:rsid w:val="00827DCB"/>
    <w:rsid w:val="008A20D0"/>
    <w:rsid w:val="00AA1D8D"/>
    <w:rsid w:val="00B47730"/>
    <w:rsid w:val="00CB0664"/>
    <w:rsid w:val="00EE5F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1D9A66"/>
  <w14:defaultImageDpi w14:val="300"/>
  <w15:docId w15:val="{95F1BA39-0B24-4772-A669-593114588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9" w:lineRule="auto"/>
    </w:pPr>
    <w:rPr>
      <w:rFonts w:ascii="Times New Roman" w:hAnsi="Times New Roman"/>
      <w:color w:val="000000"/>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14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rFonts w:asciiTheme="majorHAnsi" w:eastAsiaTheme="majorEastAsia" w:hAnsiTheme="majorHAnsi" w:cstheme="majorBidi"/>
      <w:b/>
      <w:spacing w:val="5"/>
      <w:kern w:val="28"/>
      <w:sz w:val="3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keepNext/>
    </w:pPr>
    <w:rPr>
      <w:b/>
      <w:bCs/>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6611</Words>
  <Characters>37683</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Supplementary methods and tables</dc:title>
  <dc:subject>Dynamic prediction of severe complications after pancreatic resection</dc:subject>
  <dc:creator/>
  <cp:keywords/>
  <dc:description>generated by python-docx</dc:description>
  <cp:lastModifiedBy>June Ning</cp:lastModifiedBy>
  <cp:revision>2</cp:revision>
  <dcterms:created xsi:type="dcterms:W3CDTF">2013-12-23T23:15:00Z</dcterms:created>
  <dcterms:modified xsi:type="dcterms:W3CDTF">2026-09-28T13:10:00Z</dcterms:modified>
  <cp:category/>
</cp:coreProperties>
</file>