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FB92" w14:textId="77777777" w:rsidR="00840C6C" w:rsidRDefault="00000000">
      <w:pPr>
        <w:pStyle w:val="Title"/>
        <w:jc w:val="center"/>
      </w:pPr>
      <w:r>
        <w:rPr>
          <w:rFonts w:ascii="Arial" w:eastAsia="Arial" w:hAnsi="Arial"/>
        </w:rPr>
        <w:t>Supplementary Information (ESM 1)</w:t>
      </w:r>
    </w:p>
    <w:p w14:paraId="2721BDE6" w14:textId="77777777" w:rsidR="00840C6C" w:rsidRDefault="00000000">
      <w:pPr>
        <w:jc w:val="both"/>
      </w:pPr>
      <w:r>
        <w:t>Beyond Herd Size: Livestock Assets, Paid Work, and Household Welfare across Rural, Urban, and Nomadic Somalia</w:t>
      </w:r>
    </w:p>
    <w:p w14:paraId="547EDA53" w14:textId="77777777" w:rsidR="00840C6C" w:rsidRDefault="00000000">
      <w:pPr>
        <w:pStyle w:val="Heading1"/>
      </w:pPr>
      <w:r>
        <w:rPr>
          <w:rFonts w:ascii="Arial" w:eastAsia="Arial" w:hAnsi="Arial"/>
        </w:rPr>
        <w:t>Table S1. Analytical sample flow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  <w:gridCol w:w="2592"/>
      </w:tblGrid>
      <w:tr w:rsidR="00840C6C" w14:paraId="49EFF0CA" w14:textId="77777777">
        <w:trPr>
          <w:cantSplit/>
          <w:tblHeader/>
          <w:jc w:val="center"/>
        </w:trPr>
        <w:tc>
          <w:tcPr>
            <w:tcW w:w="103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8A7DB8" w14:textId="77777777" w:rsidR="00840C6C" w:rsidRDefault="00000000">
            <w:pPr>
              <w:spacing w:line="240" w:lineRule="auto"/>
            </w:pPr>
            <w:r>
              <w:rPr>
                <w:b/>
              </w:rPr>
              <w:t>Stage</w:t>
            </w:r>
          </w:p>
        </w:tc>
        <w:tc>
          <w:tcPr>
            <w:tcW w:w="259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05ADF8" w14:textId="77777777" w:rsidR="00840C6C" w:rsidRDefault="00000000">
            <w:pPr>
              <w:spacing w:line="240" w:lineRule="auto"/>
            </w:pPr>
            <w:r>
              <w:rPr>
                <w:b/>
              </w:rPr>
              <w:t>N</w:t>
            </w:r>
          </w:p>
        </w:tc>
      </w:tr>
      <w:tr w:rsidR="00840C6C" w14:paraId="63734A00" w14:textId="77777777">
        <w:trPr>
          <w:cantSplit/>
          <w:jc w:val="center"/>
        </w:trPr>
        <w:tc>
          <w:tcPr>
            <w:tcW w:w="1036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F54C3A" w14:textId="77777777" w:rsidR="00840C6C" w:rsidRDefault="00000000">
            <w:pPr>
              <w:spacing w:line="240" w:lineRule="auto"/>
            </w:pPr>
            <w:r>
              <w:t>National SIHBS households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A148E" w14:textId="77777777" w:rsidR="00840C6C" w:rsidRDefault="00000000">
            <w:pPr>
              <w:spacing w:line="240" w:lineRule="auto"/>
            </w:pPr>
            <w:r>
              <w:t>7212</w:t>
            </w:r>
          </w:p>
        </w:tc>
      </w:tr>
      <w:tr w:rsidR="00840C6C" w14:paraId="6C67B484" w14:textId="77777777">
        <w:trPr>
          <w:cantSplit/>
          <w:jc w:val="center"/>
        </w:trPr>
        <w:tc>
          <w:tcPr>
            <w:tcW w:w="1036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AC79A" w14:textId="77777777" w:rsidR="00840C6C" w:rsidRDefault="00000000">
            <w:pPr>
              <w:spacing w:line="240" w:lineRule="auto"/>
            </w:pPr>
            <w:r>
              <w:t>Livestock-keeping households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F84479" w14:textId="77777777" w:rsidR="00840C6C" w:rsidRDefault="00000000">
            <w:pPr>
              <w:spacing w:line="240" w:lineRule="auto"/>
            </w:pPr>
            <w:r>
              <w:t>2523</w:t>
            </w:r>
          </w:p>
        </w:tc>
      </w:tr>
      <w:tr w:rsidR="00840C6C" w14:paraId="3A79A73B" w14:textId="77777777">
        <w:trPr>
          <w:cantSplit/>
          <w:jc w:val="center"/>
        </w:trPr>
        <w:tc>
          <w:tcPr>
            <w:tcW w:w="1036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50EA2" w14:textId="77777777" w:rsidR="00840C6C" w:rsidRDefault="00000000">
            <w:pPr>
              <w:spacing w:line="240" w:lineRule="auto"/>
            </w:pPr>
            <w:r>
              <w:t>Livestock households linked to welfare aggregate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8F3F3B" w14:textId="77777777" w:rsidR="00840C6C" w:rsidRDefault="00000000">
            <w:pPr>
              <w:spacing w:line="240" w:lineRule="auto"/>
            </w:pPr>
            <w:r>
              <w:t>2502</w:t>
            </w:r>
          </w:p>
        </w:tc>
      </w:tr>
      <w:tr w:rsidR="00840C6C" w14:paraId="36811445" w14:textId="77777777">
        <w:trPr>
          <w:cantSplit/>
          <w:jc w:val="center"/>
        </w:trPr>
        <w:tc>
          <w:tcPr>
            <w:tcW w:w="1036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15261" w14:textId="77777777" w:rsidR="00840C6C" w:rsidRDefault="00000000">
            <w:pPr>
              <w:spacing w:line="240" w:lineRule="auto"/>
            </w:pPr>
            <w:r>
              <w:t>Primary analytical sample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924C2B" w14:textId="77777777" w:rsidR="00840C6C" w:rsidRDefault="00000000">
            <w:pPr>
              <w:spacing w:line="240" w:lineRule="auto"/>
            </w:pPr>
            <w:r>
              <w:t>2502</w:t>
            </w:r>
          </w:p>
        </w:tc>
      </w:tr>
    </w:tbl>
    <w:p w14:paraId="10F35E48" w14:textId="77777777" w:rsidR="00840C6C" w:rsidRDefault="00000000">
      <w:pPr>
        <w:pStyle w:val="Heading1"/>
      </w:pPr>
      <w:r>
        <w:rPr>
          <w:rFonts w:ascii="Arial" w:eastAsia="Arial" w:hAnsi="Arial"/>
        </w:rPr>
        <w:t>Table S2. Construction of key analytical variables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888"/>
        <w:gridCol w:w="5472"/>
      </w:tblGrid>
      <w:tr w:rsidR="00840C6C" w14:paraId="6A6206AA" w14:textId="77777777">
        <w:trPr>
          <w:cantSplit/>
          <w:tblHeader/>
          <w:jc w:val="center"/>
        </w:trPr>
        <w:tc>
          <w:tcPr>
            <w:tcW w:w="360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4A102" w14:textId="77777777" w:rsidR="00840C6C" w:rsidRDefault="00000000">
            <w:pPr>
              <w:spacing w:line="240" w:lineRule="auto"/>
            </w:pPr>
            <w:r>
              <w:rPr>
                <w:b/>
              </w:rPr>
              <w:t>Construct</w:t>
            </w:r>
          </w:p>
        </w:tc>
        <w:tc>
          <w:tcPr>
            <w:tcW w:w="388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1B40E" w14:textId="77777777" w:rsidR="00840C6C" w:rsidRDefault="00000000">
            <w:pPr>
              <w:spacing w:line="240" w:lineRule="auto"/>
            </w:pPr>
            <w:r>
              <w:rPr>
                <w:b/>
              </w:rPr>
              <w:t>Source variable(s)</w:t>
            </w:r>
          </w:p>
        </w:tc>
        <w:tc>
          <w:tcPr>
            <w:tcW w:w="547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7526E6" w14:textId="77777777" w:rsidR="00840C6C" w:rsidRDefault="00000000">
            <w:pPr>
              <w:spacing w:line="240" w:lineRule="auto"/>
            </w:pPr>
            <w:r>
              <w:rPr>
                <w:b/>
              </w:rPr>
              <w:t>Operational definition</w:t>
            </w:r>
          </w:p>
        </w:tc>
      </w:tr>
      <w:tr w:rsidR="00840C6C" w14:paraId="00DBF364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A6A20A" w14:textId="77777777" w:rsidR="00840C6C" w:rsidRDefault="00000000">
            <w:pPr>
              <w:spacing w:line="240" w:lineRule="auto"/>
            </w:pPr>
            <w:r>
              <w:t>Real per-capita expenditure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34442" w14:textId="77777777" w:rsidR="00840C6C" w:rsidRDefault="00000000">
            <w:pPr>
              <w:spacing w:line="240" w:lineRule="auto"/>
            </w:pPr>
            <w:r>
              <w:t>consagg: pcer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E5DA8" w14:textId="77777777" w:rsidR="00840C6C" w:rsidRDefault="00000000">
            <w:pPr>
              <w:spacing w:line="240" w:lineRule="auto"/>
            </w:pPr>
            <w:r>
              <w:t>Official real household expenditure per person per year; modeled as ln(pcer).</w:t>
            </w:r>
          </w:p>
        </w:tc>
      </w:tr>
      <w:tr w:rsidR="00840C6C" w14:paraId="62A00E1F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4F276" w14:textId="77777777" w:rsidR="00840C6C" w:rsidRDefault="00000000">
            <w:pPr>
              <w:spacing w:line="240" w:lineRule="auto"/>
            </w:pPr>
            <w:r>
              <w:t>Poverty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65602" w14:textId="77777777" w:rsidR="00840C6C" w:rsidRDefault="00000000">
            <w:pPr>
              <w:spacing w:line="240" w:lineRule="auto"/>
            </w:pPr>
            <w:r>
              <w:t>consagg: poor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E7875" w14:textId="77777777" w:rsidR="00840C6C" w:rsidRDefault="00000000">
            <w:pPr>
              <w:spacing w:line="240" w:lineRule="auto"/>
            </w:pPr>
            <w:r>
              <w:t>Official national poverty classification.</w:t>
            </w:r>
          </w:p>
        </w:tc>
      </w:tr>
      <w:tr w:rsidR="00840C6C" w14:paraId="0F8731F6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4AB180" w14:textId="77777777" w:rsidR="00840C6C" w:rsidRDefault="00000000">
            <w:pPr>
              <w:spacing w:line="240" w:lineRule="auto"/>
            </w:pPr>
            <w:r>
              <w:t>Livestock assets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88471B" w14:textId="77777777" w:rsidR="00840C6C" w:rsidRDefault="00000000">
            <w:pPr>
              <w:spacing w:line="240" w:lineRule="auto"/>
            </w:pPr>
            <w:r>
              <w:t>livestock_own: animalid, liv4_04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C94DA" w14:textId="77777777" w:rsidR="00840C6C" w:rsidRDefault="00000000">
            <w:pPr>
              <w:spacing w:line="240" w:lineRule="auto"/>
            </w:pPr>
            <w:r>
              <w:t>Species counts converted to TLU; primary specification ln(TLU+1).</w:t>
            </w:r>
          </w:p>
        </w:tc>
      </w:tr>
      <w:tr w:rsidR="00840C6C" w14:paraId="40467065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457C6" w14:textId="77777777" w:rsidR="00840C6C" w:rsidRDefault="00000000">
            <w:pPr>
              <w:spacing w:line="240" w:lineRule="auto"/>
            </w:pPr>
            <w:r>
              <w:t>Recent paid work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8239D" w14:textId="77777777" w:rsidR="00840C6C" w:rsidRDefault="00000000">
            <w:pPr>
              <w:spacing w:line="240" w:lineRule="auto"/>
            </w:pPr>
            <w:r>
              <w:t>hhm: lab4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7B3252" w14:textId="77777777" w:rsidR="00840C6C" w:rsidRDefault="00000000">
            <w:pPr>
              <w:spacing w:line="240" w:lineRule="auto"/>
            </w:pPr>
            <w:r>
              <w:t>1 if any member worked for someone else for pay during preceding week.</w:t>
            </w:r>
          </w:p>
        </w:tc>
      </w:tr>
      <w:tr w:rsidR="00840C6C" w14:paraId="0668218F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52AF3A" w14:textId="77777777" w:rsidR="00840C6C" w:rsidRDefault="00000000">
            <w:pPr>
              <w:spacing w:line="240" w:lineRule="auto"/>
            </w:pPr>
            <w:r>
              <w:t>Nonfarm business/work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192A6D" w14:textId="77777777" w:rsidR="00840C6C" w:rsidRDefault="00000000">
            <w:pPr>
              <w:spacing w:line="240" w:lineRule="auto"/>
            </w:pPr>
            <w:r>
              <w:t>hhm: lab6, lab8, lab9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7D4FB7" w14:textId="77777777" w:rsidR="00840C6C" w:rsidRDefault="00000000">
            <w:pPr>
              <w:spacing w:line="240" w:lineRule="auto"/>
            </w:pPr>
            <w:r>
              <w:t>1 if any member reported relevant nonfarm household-business/work activity.</w:t>
            </w:r>
          </w:p>
        </w:tc>
      </w:tr>
      <w:tr w:rsidR="00840C6C" w14:paraId="1B2A9DCC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C2B03" w14:textId="77777777" w:rsidR="00840C6C" w:rsidRDefault="00000000">
            <w:pPr>
              <w:spacing w:line="240" w:lineRule="auto"/>
            </w:pPr>
            <w:r>
              <w:t>Crop activity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6AF78C" w14:textId="77777777" w:rsidR="00840C6C" w:rsidRDefault="00000000">
            <w:pPr>
              <w:spacing w:line="240" w:lineRule="auto"/>
            </w:pPr>
            <w:r>
              <w:t>crops module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76716" w14:textId="77777777" w:rsidR="00840C6C" w:rsidRDefault="00000000">
            <w:pPr>
              <w:spacing w:line="240" w:lineRule="auto"/>
            </w:pPr>
            <w:r>
              <w:t>1 if household appears in crop-production module.</w:t>
            </w:r>
          </w:p>
        </w:tc>
      </w:tr>
      <w:tr w:rsidR="00840C6C" w14:paraId="662BCA6D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F456AD" w14:textId="77777777" w:rsidR="00840C6C" w:rsidRDefault="00000000">
            <w:pPr>
              <w:spacing w:line="240" w:lineRule="auto"/>
            </w:pPr>
            <w:r>
              <w:t>Commercialization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AE1432" w14:textId="77777777" w:rsidR="00840C6C" w:rsidRDefault="00000000">
            <w:pPr>
              <w:spacing w:line="240" w:lineRule="auto"/>
            </w:pPr>
            <w:r>
              <w:t>liv4_12, liv4_14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9AAD7" w14:textId="77777777" w:rsidR="00840C6C" w:rsidRDefault="00000000">
            <w:pPr>
              <w:spacing w:line="240" w:lineRule="auto"/>
            </w:pPr>
            <w:r>
              <w:t>1 if any live-animal or slaughter sale was reported in previous 12 months.</w:t>
            </w:r>
          </w:p>
        </w:tc>
      </w:tr>
      <w:tr w:rsidR="00840C6C" w14:paraId="09D7DD69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01AD03" w14:textId="77777777" w:rsidR="00840C6C" w:rsidRDefault="00000000">
            <w:pPr>
              <w:spacing w:line="240" w:lineRule="auto"/>
            </w:pPr>
            <w:r>
              <w:lastRenderedPageBreak/>
              <w:t>Livestock loss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717C5" w14:textId="77777777" w:rsidR="00840C6C" w:rsidRDefault="00000000">
            <w:pPr>
              <w:spacing w:line="240" w:lineRule="auto"/>
            </w:pPr>
            <w:r>
              <w:t>liv4_10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7A592" w14:textId="77777777" w:rsidR="00840C6C" w:rsidRDefault="00000000">
            <w:pPr>
              <w:spacing w:line="240" w:lineRule="auto"/>
            </w:pPr>
            <w:r>
              <w:t>1 if any positive livestock loss was reported after special-code cleaning.</w:t>
            </w:r>
          </w:p>
        </w:tc>
      </w:tr>
      <w:tr w:rsidR="00840C6C" w14:paraId="117B3F4C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55B2ED" w14:textId="77777777" w:rsidR="00840C6C" w:rsidRDefault="00000000">
            <w:pPr>
              <w:spacing w:line="240" w:lineRule="auto"/>
            </w:pPr>
            <w:r>
              <w:t>Remittances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E0744" w14:textId="77777777" w:rsidR="00840C6C" w:rsidRDefault="00000000">
            <w:pPr>
              <w:spacing w:line="240" w:lineRule="auto"/>
            </w:pPr>
            <w:r>
              <w:t>hh: remt9_02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97506" w14:textId="77777777" w:rsidR="00840C6C" w:rsidRDefault="00000000">
            <w:pPr>
              <w:spacing w:line="240" w:lineRule="auto"/>
            </w:pPr>
            <w:r>
              <w:t>1 if household reported remittance receipt.</w:t>
            </w:r>
          </w:p>
        </w:tc>
      </w:tr>
      <w:tr w:rsidR="00840C6C" w14:paraId="7FCA0D4A" w14:textId="77777777">
        <w:trPr>
          <w:cantSplit/>
          <w:jc w:val="center"/>
        </w:trPr>
        <w:tc>
          <w:tcPr>
            <w:tcW w:w="360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381177" w14:textId="77777777" w:rsidR="00840C6C" w:rsidRDefault="00000000">
            <w:pPr>
              <w:spacing w:line="240" w:lineRule="auto"/>
            </w:pPr>
            <w:r>
              <w:t>Residence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02C751" w14:textId="77777777" w:rsidR="00840C6C" w:rsidRDefault="00000000">
            <w:pPr>
              <w:spacing w:line="240" w:lineRule="auto"/>
            </w:pPr>
            <w:r>
              <w:t>consagg: ea_type_n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53408" w14:textId="77777777" w:rsidR="00840C6C" w:rsidRDefault="00000000">
            <w:pPr>
              <w:spacing w:line="240" w:lineRule="auto"/>
            </w:pPr>
            <w:r>
              <w:t>Rural, Urban, Nomadic.</w:t>
            </w:r>
          </w:p>
        </w:tc>
      </w:tr>
    </w:tbl>
    <w:p w14:paraId="056CCFCA" w14:textId="77777777" w:rsidR="00840C6C" w:rsidRDefault="00000000">
      <w:pPr>
        <w:pStyle w:val="Heading1"/>
      </w:pPr>
      <w:r>
        <w:rPr>
          <w:rFonts w:ascii="Arial" w:eastAsia="Arial" w:hAnsi="Arial"/>
        </w:rPr>
        <w:t>Table S3. Sensitivity analyses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1080"/>
        <w:gridCol w:w="1728"/>
        <w:gridCol w:w="1944"/>
        <w:gridCol w:w="1944"/>
        <w:gridCol w:w="1440"/>
      </w:tblGrid>
      <w:tr w:rsidR="00840C6C" w14:paraId="3FEA15AC" w14:textId="77777777">
        <w:trPr>
          <w:cantSplit/>
          <w:tblHeader/>
          <w:jc w:val="center"/>
        </w:trPr>
        <w:tc>
          <w:tcPr>
            <w:tcW w:w="33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6C2E42" w14:textId="77777777" w:rsidR="00840C6C" w:rsidRDefault="00000000">
            <w:pPr>
              <w:spacing w:line="240" w:lineRule="auto"/>
            </w:pPr>
            <w:r>
              <w:rPr>
                <w:b/>
              </w:rPr>
              <w:t>Specification</w:t>
            </w:r>
          </w:p>
        </w:tc>
        <w:tc>
          <w:tcPr>
            <w:tcW w:w="108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376474" w14:textId="77777777" w:rsidR="00840C6C" w:rsidRDefault="00000000">
            <w:pPr>
              <w:spacing w:line="240" w:lineRule="auto"/>
            </w:pPr>
            <w:r>
              <w:rPr>
                <w:b/>
              </w:rPr>
              <w:t>N</w:t>
            </w:r>
          </w:p>
        </w:tc>
        <w:tc>
          <w:tcPr>
            <w:tcW w:w="172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5A51C" w14:textId="77777777" w:rsidR="00840C6C" w:rsidRDefault="00000000">
            <w:pPr>
              <w:spacing w:line="240" w:lineRule="auto"/>
            </w:pPr>
            <w:r>
              <w:rPr>
                <w:b/>
              </w:rPr>
              <w:t>Estimate</w:t>
            </w:r>
          </w:p>
        </w:tc>
        <w:tc>
          <w:tcPr>
            <w:tcW w:w="194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BFD62" w14:textId="77777777" w:rsidR="00840C6C" w:rsidRDefault="00000000">
            <w:pPr>
              <w:spacing w:line="240" w:lineRule="auto"/>
            </w:pPr>
            <w:r>
              <w:rPr>
                <w:b/>
              </w:rPr>
              <w:t>95% CI low</w:t>
            </w:r>
          </w:p>
        </w:tc>
        <w:tc>
          <w:tcPr>
            <w:tcW w:w="194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48D1E" w14:textId="77777777" w:rsidR="00840C6C" w:rsidRDefault="00000000">
            <w:pPr>
              <w:spacing w:line="240" w:lineRule="auto"/>
            </w:pPr>
            <w:r>
              <w:rPr>
                <w:b/>
              </w:rPr>
              <w:t>95% CI high</w:t>
            </w:r>
          </w:p>
        </w:tc>
        <w:tc>
          <w:tcPr>
            <w:tcW w:w="1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67CAF" w14:textId="77777777" w:rsidR="00840C6C" w:rsidRDefault="00000000">
            <w:pPr>
              <w:spacing w:line="240" w:lineRule="auto"/>
            </w:pPr>
            <w:r>
              <w:rPr>
                <w:b/>
              </w:rPr>
              <w:t>p-value</w:t>
            </w:r>
          </w:p>
        </w:tc>
      </w:tr>
      <w:tr w:rsidR="00840C6C" w14:paraId="68E0A72C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E47FF" w14:textId="77777777" w:rsidR="00840C6C" w:rsidRDefault="00000000">
            <w:pPr>
              <w:spacing w:line="240" w:lineRule="auto"/>
            </w:pPr>
            <w:r>
              <w:t>Paid work, past week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2CB350" w14:textId="77777777" w:rsidR="00840C6C" w:rsidRDefault="00000000">
            <w:pPr>
              <w:spacing w:line="240" w:lineRule="auto"/>
            </w:pPr>
            <w:r>
              <w:t>2502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E7EE50" w14:textId="77777777" w:rsidR="00840C6C" w:rsidRDefault="00000000">
            <w:pPr>
              <w:spacing w:line="240" w:lineRule="auto"/>
            </w:pPr>
            <w:r>
              <w:t>10.6%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E3C45" w14:textId="77777777" w:rsidR="00840C6C" w:rsidRDefault="00000000">
            <w:pPr>
              <w:spacing w:line="240" w:lineRule="auto"/>
            </w:pPr>
            <w:r>
              <w:t>2.1%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AE84C" w14:textId="77777777" w:rsidR="00840C6C" w:rsidRDefault="00000000">
            <w:pPr>
              <w:spacing w:line="240" w:lineRule="auto"/>
            </w:pPr>
            <w:r>
              <w:t>19.8%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BEA584" w14:textId="77777777" w:rsidR="00840C6C" w:rsidRDefault="00000000">
            <w:pPr>
              <w:spacing w:line="240" w:lineRule="auto"/>
            </w:pPr>
            <w:r>
              <w:t>0.013</w:t>
            </w:r>
          </w:p>
        </w:tc>
      </w:tr>
      <w:tr w:rsidR="00840C6C" w14:paraId="65E8382A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7A2452" w14:textId="77777777" w:rsidR="00840C6C" w:rsidRDefault="00000000">
            <w:pPr>
              <w:spacing w:line="240" w:lineRule="auto"/>
            </w:pPr>
            <w:r>
              <w:t>Main-job employee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00F65" w14:textId="77777777" w:rsidR="00840C6C" w:rsidRDefault="00000000">
            <w:pPr>
              <w:spacing w:line="240" w:lineRule="auto"/>
            </w:pPr>
            <w:r>
              <w:t>2502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B529C" w14:textId="77777777" w:rsidR="00840C6C" w:rsidRDefault="00000000">
            <w:pPr>
              <w:spacing w:line="240" w:lineRule="auto"/>
            </w:pPr>
            <w:r>
              <w:t>8.7%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CCF7FF" w14:textId="77777777" w:rsidR="00840C6C" w:rsidRDefault="00000000">
            <w:pPr>
              <w:spacing w:line="240" w:lineRule="auto"/>
            </w:pPr>
            <w:r>
              <w:t>-0.7%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52DCDC" w14:textId="77777777" w:rsidR="00840C6C" w:rsidRDefault="00000000">
            <w:pPr>
              <w:spacing w:line="240" w:lineRule="auto"/>
            </w:pPr>
            <w:r>
              <w:t>19.0%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FBB0F" w14:textId="77777777" w:rsidR="00840C6C" w:rsidRDefault="00000000">
            <w:pPr>
              <w:spacing w:line="240" w:lineRule="auto"/>
            </w:pPr>
            <w:r>
              <w:t>0.071</w:t>
            </w:r>
          </w:p>
        </w:tc>
      </w:tr>
      <w:tr w:rsidR="00840C6C" w14:paraId="21D1D3A6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F9E11" w14:textId="77777777" w:rsidR="00840C6C" w:rsidRDefault="00000000">
            <w:pPr>
              <w:spacing w:line="240" w:lineRule="auto"/>
            </w:pPr>
            <w:r>
              <w:t>Employee, 6+ months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1FC0DB" w14:textId="77777777" w:rsidR="00840C6C" w:rsidRDefault="00000000">
            <w:pPr>
              <w:spacing w:line="240" w:lineRule="auto"/>
            </w:pPr>
            <w:r>
              <w:t>2502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63A64" w14:textId="77777777" w:rsidR="00840C6C" w:rsidRDefault="00000000">
            <w:pPr>
              <w:spacing w:line="240" w:lineRule="auto"/>
            </w:pPr>
            <w:r>
              <w:t>9.8%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6B0E4E" w14:textId="77777777" w:rsidR="00840C6C" w:rsidRDefault="00000000">
            <w:pPr>
              <w:spacing w:line="240" w:lineRule="auto"/>
            </w:pPr>
            <w:r>
              <w:t>-0.0%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0A977" w14:textId="77777777" w:rsidR="00840C6C" w:rsidRDefault="00000000">
            <w:pPr>
              <w:spacing w:line="240" w:lineRule="auto"/>
            </w:pPr>
            <w:r>
              <w:t>20.6%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421FFC" w14:textId="77777777" w:rsidR="00840C6C" w:rsidRDefault="00000000">
            <w:pPr>
              <w:spacing w:line="240" w:lineRule="auto"/>
            </w:pPr>
            <w:r>
              <w:t>0.051</w:t>
            </w:r>
          </w:p>
        </w:tc>
      </w:tr>
      <w:tr w:rsidR="00840C6C" w14:paraId="1F15EE02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15DA0" w14:textId="77777777" w:rsidR="00840C6C" w:rsidRDefault="00000000">
            <w:pPr>
              <w:spacing w:line="240" w:lineRule="auto"/>
            </w:pPr>
            <w:r>
              <w:t>Employee, 10+ months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618030" w14:textId="77777777" w:rsidR="00840C6C" w:rsidRDefault="00000000">
            <w:pPr>
              <w:spacing w:line="240" w:lineRule="auto"/>
            </w:pPr>
            <w:r>
              <w:t>2502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7FB310" w14:textId="77777777" w:rsidR="00840C6C" w:rsidRDefault="00000000">
            <w:pPr>
              <w:spacing w:line="240" w:lineRule="auto"/>
            </w:pPr>
            <w:r>
              <w:t>10.2%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54FF1" w14:textId="77777777" w:rsidR="00840C6C" w:rsidRDefault="00000000">
            <w:pPr>
              <w:spacing w:line="240" w:lineRule="auto"/>
            </w:pPr>
            <w:r>
              <w:t>-1.5%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D8B64D" w14:textId="77777777" w:rsidR="00840C6C" w:rsidRDefault="00000000">
            <w:pPr>
              <w:spacing w:line="240" w:lineRule="auto"/>
            </w:pPr>
            <w:r>
              <w:t>23.2%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D69B71" w14:textId="77777777" w:rsidR="00840C6C" w:rsidRDefault="00000000">
            <w:pPr>
              <w:spacing w:line="240" w:lineRule="auto"/>
            </w:pPr>
            <w:r>
              <w:t>0.090</w:t>
            </w:r>
          </w:p>
        </w:tc>
      </w:tr>
      <w:tr w:rsidR="00840C6C" w14:paraId="46E4E718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87FCC" w14:textId="77777777" w:rsidR="00840C6C" w:rsidRDefault="00000000">
            <w:pPr>
              <w:spacing w:line="240" w:lineRule="auto"/>
            </w:pPr>
            <w:r>
              <w:t>Paid work: rural + nomadic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B6A03" w14:textId="77777777" w:rsidR="00840C6C" w:rsidRDefault="00000000">
            <w:pPr>
              <w:spacing w:line="240" w:lineRule="auto"/>
            </w:pPr>
            <w:r>
              <w:t>1066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EB1B5" w14:textId="77777777" w:rsidR="00840C6C" w:rsidRDefault="00000000">
            <w:pPr>
              <w:spacing w:line="240" w:lineRule="auto"/>
            </w:pPr>
            <w:r>
              <w:t>17.3%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444492" w14:textId="77777777" w:rsidR="00840C6C" w:rsidRDefault="00000000">
            <w:pPr>
              <w:spacing w:line="240" w:lineRule="auto"/>
            </w:pPr>
            <w:r>
              <w:t>3.7%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76A61" w14:textId="77777777" w:rsidR="00840C6C" w:rsidRDefault="00000000">
            <w:pPr>
              <w:spacing w:line="240" w:lineRule="auto"/>
            </w:pPr>
            <w:r>
              <w:t>32.6%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9072B" w14:textId="77777777" w:rsidR="00840C6C" w:rsidRDefault="00000000">
            <w:pPr>
              <w:spacing w:line="240" w:lineRule="auto"/>
            </w:pPr>
            <w:r>
              <w:t>0.011</w:t>
            </w:r>
          </w:p>
        </w:tc>
      </w:tr>
      <w:tr w:rsidR="00840C6C" w14:paraId="7C93C409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261E7" w14:textId="77777777" w:rsidR="00840C6C" w:rsidRDefault="00000000">
            <w:pPr>
              <w:spacing w:line="240" w:lineRule="auto"/>
            </w:pPr>
            <w:r>
              <w:t>TLU: rural + nomadic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2C11E" w14:textId="77777777" w:rsidR="00840C6C" w:rsidRDefault="00000000">
            <w:pPr>
              <w:spacing w:line="240" w:lineRule="auto"/>
            </w:pPr>
            <w:r>
              <w:t>1066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792D0" w14:textId="77777777" w:rsidR="00840C6C" w:rsidRDefault="00000000">
            <w:pPr>
              <w:spacing w:line="240" w:lineRule="auto"/>
            </w:pPr>
            <w:r>
              <w:t>3.2%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F7F327" w14:textId="77777777" w:rsidR="00840C6C" w:rsidRDefault="00000000">
            <w:pPr>
              <w:spacing w:line="240" w:lineRule="auto"/>
            </w:pPr>
            <w:r>
              <w:t>-1.6%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804D9" w14:textId="77777777" w:rsidR="00840C6C" w:rsidRDefault="00000000">
            <w:pPr>
              <w:spacing w:line="240" w:lineRule="auto"/>
            </w:pPr>
            <w:r>
              <w:t>8.2%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EBF09" w14:textId="77777777" w:rsidR="00840C6C" w:rsidRDefault="00000000">
            <w:pPr>
              <w:spacing w:line="240" w:lineRule="auto"/>
            </w:pPr>
            <w:r>
              <w:t>0.198</w:t>
            </w:r>
          </w:p>
        </w:tc>
      </w:tr>
      <w:tr w:rsidR="00840C6C" w14:paraId="2E08228F" w14:textId="77777777">
        <w:trPr>
          <w:cantSplit/>
          <w:jc w:val="center"/>
        </w:trPr>
        <w:tc>
          <w:tcPr>
            <w:tcW w:w="338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49291" w14:textId="77777777" w:rsidR="00840C6C" w:rsidRDefault="00000000">
            <w:pPr>
              <w:spacing w:line="240" w:lineRule="auto"/>
            </w:pPr>
            <w:r>
              <w:t>Crop activity: rural + nomadic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7A3E9" w14:textId="77777777" w:rsidR="00840C6C" w:rsidRDefault="00000000">
            <w:pPr>
              <w:spacing w:line="240" w:lineRule="auto"/>
            </w:pPr>
            <w:r>
              <w:t>1066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7F651" w14:textId="77777777" w:rsidR="00840C6C" w:rsidRDefault="00000000">
            <w:pPr>
              <w:spacing w:line="240" w:lineRule="auto"/>
            </w:pPr>
            <w:r>
              <w:t>15.3%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13EA4" w14:textId="77777777" w:rsidR="00840C6C" w:rsidRDefault="00000000">
            <w:pPr>
              <w:spacing w:line="240" w:lineRule="auto"/>
            </w:pPr>
            <w:r>
              <w:t>1.3%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D02C8" w14:textId="77777777" w:rsidR="00840C6C" w:rsidRDefault="00000000">
            <w:pPr>
              <w:spacing w:line="240" w:lineRule="auto"/>
            </w:pPr>
            <w:r>
              <w:t>31.3%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07292" w14:textId="77777777" w:rsidR="00840C6C" w:rsidRDefault="00000000">
            <w:pPr>
              <w:spacing w:line="240" w:lineRule="auto"/>
            </w:pPr>
            <w:r>
              <w:t>0.032</w:t>
            </w:r>
          </w:p>
        </w:tc>
      </w:tr>
    </w:tbl>
    <w:p w14:paraId="0922816C" w14:textId="77777777" w:rsidR="00840C6C" w:rsidRDefault="00000000">
      <w:pPr>
        <w:pStyle w:val="Heading1"/>
      </w:pPr>
      <w:r>
        <w:rPr>
          <w:rFonts w:ascii="Arial" w:eastAsia="Arial" w:hAnsi="Arial"/>
        </w:rPr>
        <w:t>Table S4. Residence-specific livestock asset slopes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3312"/>
        <w:gridCol w:w="2232"/>
        <w:gridCol w:w="2232"/>
        <w:gridCol w:w="1944"/>
      </w:tblGrid>
      <w:tr w:rsidR="00840C6C" w14:paraId="0696B240" w14:textId="77777777">
        <w:trPr>
          <w:cantSplit/>
          <w:tblHeader/>
          <w:jc w:val="center"/>
        </w:trPr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BCBED" w14:textId="77777777" w:rsidR="00840C6C" w:rsidRDefault="00000000">
            <w:pPr>
              <w:spacing w:line="240" w:lineRule="auto"/>
            </w:pPr>
            <w:r>
              <w:rPr>
                <w:b/>
              </w:rPr>
              <w:t>Residence</w:t>
            </w:r>
          </w:p>
        </w:tc>
        <w:tc>
          <w:tcPr>
            <w:tcW w:w="331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B05B6" w14:textId="77777777" w:rsidR="00840C6C" w:rsidRDefault="00000000">
            <w:pPr>
              <w:spacing w:line="240" w:lineRule="auto"/>
            </w:pPr>
            <w:r>
              <w:rPr>
                <w:b/>
              </w:rPr>
              <w:t>Adjusted welfare difference</w:t>
            </w:r>
          </w:p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F6DCF3" w14:textId="77777777" w:rsidR="00840C6C" w:rsidRDefault="00000000">
            <w:pPr>
              <w:spacing w:line="240" w:lineRule="auto"/>
            </w:pPr>
            <w:r>
              <w:rPr>
                <w:b/>
              </w:rPr>
              <w:t>95% CI low</w:t>
            </w:r>
          </w:p>
        </w:tc>
        <w:tc>
          <w:tcPr>
            <w:tcW w:w="22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73B34" w14:textId="77777777" w:rsidR="00840C6C" w:rsidRDefault="00000000">
            <w:pPr>
              <w:spacing w:line="240" w:lineRule="auto"/>
            </w:pPr>
            <w:r>
              <w:rPr>
                <w:b/>
              </w:rPr>
              <w:t>95% CI high</w:t>
            </w:r>
          </w:p>
        </w:tc>
        <w:tc>
          <w:tcPr>
            <w:tcW w:w="194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72D6E" w14:textId="77777777" w:rsidR="00840C6C" w:rsidRDefault="00000000">
            <w:pPr>
              <w:spacing w:line="240" w:lineRule="auto"/>
            </w:pPr>
            <w:r>
              <w:rPr>
                <w:b/>
              </w:rPr>
              <w:t>p-value</w:t>
            </w:r>
          </w:p>
        </w:tc>
      </w:tr>
      <w:tr w:rsidR="00840C6C" w14:paraId="655BE505" w14:textId="77777777">
        <w:trPr>
          <w:cantSplit/>
          <w:jc w:val="center"/>
        </w:trPr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40FA32" w14:textId="77777777" w:rsidR="00840C6C" w:rsidRDefault="00000000">
            <w:pPr>
              <w:spacing w:line="240" w:lineRule="auto"/>
            </w:pPr>
            <w:r>
              <w:t>Urban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B2BCC" w14:textId="77777777" w:rsidR="00840C6C" w:rsidRDefault="00000000">
            <w:pPr>
              <w:spacing w:line="240" w:lineRule="auto"/>
            </w:pPr>
            <w:r>
              <w:t>-0.1%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C36EE" w14:textId="77777777" w:rsidR="00840C6C" w:rsidRDefault="00000000">
            <w:pPr>
              <w:spacing w:line="240" w:lineRule="auto"/>
            </w:pPr>
            <w:r>
              <w:t>-4.3%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B4322F" w14:textId="77777777" w:rsidR="00840C6C" w:rsidRDefault="00000000">
            <w:pPr>
              <w:spacing w:line="240" w:lineRule="auto"/>
            </w:pPr>
            <w:r>
              <w:t>4.2%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F61A4D" w14:textId="77777777" w:rsidR="00840C6C" w:rsidRDefault="00000000">
            <w:pPr>
              <w:spacing w:line="240" w:lineRule="auto"/>
            </w:pPr>
            <w:r>
              <w:t>0.945</w:t>
            </w:r>
          </w:p>
        </w:tc>
      </w:tr>
      <w:tr w:rsidR="00840C6C" w14:paraId="2ED4CEBA" w14:textId="77777777">
        <w:trPr>
          <w:cantSplit/>
          <w:jc w:val="center"/>
        </w:trPr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6DE422" w14:textId="77777777" w:rsidR="00840C6C" w:rsidRDefault="00000000">
            <w:pPr>
              <w:spacing w:line="240" w:lineRule="auto"/>
            </w:pPr>
            <w:r>
              <w:t>Rural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5B4BC" w14:textId="77777777" w:rsidR="00840C6C" w:rsidRDefault="00000000">
            <w:pPr>
              <w:spacing w:line="240" w:lineRule="auto"/>
            </w:pPr>
            <w:r>
              <w:t>6.2%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3559C" w14:textId="77777777" w:rsidR="00840C6C" w:rsidRDefault="00000000">
            <w:pPr>
              <w:spacing w:line="240" w:lineRule="auto"/>
            </w:pPr>
            <w:r>
              <w:t>1.4%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7F5D3" w14:textId="77777777" w:rsidR="00840C6C" w:rsidRDefault="00000000">
            <w:pPr>
              <w:spacing w:line="240" w:lineRule="auto"/>
            </w:pPr>
            <w:r>
              <w:t>11.2%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1E6350" w14:textId="77777777" w:rsidR="00840C6C" w:rsidRDefault="00000000">
            <w:pPr>
              <w:spacing w:line="240" w:lineRule="auto"/>
            </w:pPr>
            <w:r>
              <w:t>0.010</w:t>
            </w:r>
          </w:p>
        </w:tc>
      </w:tr>
      <w:tr w:rsidR="00840C6C" w14:paraId="7CCE1580" w14:textId="77777777">
        <w:trPr>
          <w:cantSplit/>
          <w:jc w:val="center"/>
        </w:trPr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B872B" w14:textId="77777777" w:rsidR="00840C6C" w:rsidRDefault="00000000">
            <w:pPr>
              <w:spacing w:line="240" w:lineRule="auto"/>
            </w:pPr>
            <w:r>
              <w:t>Nomadic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4D4F0C" w14:textId="77777777" w:rsidR="00840C6C" w:rsidRDefault="00000000">
            <w:pPr>
              <w:spacing w:line="240" w:lineRule="auto"/>
            </w:pPr>
            <w:r>
              <w:t>-2.6%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DE2B58" w14:textId="77777777" w:rsidR="00840C6C" w:rsidRDefault="00000000">
            <w:pPr>
              <w:spacing w:line="240" w:lineRule="auto"/>
            </w:pPr>
            <w:r>
              <w:t>-11.4%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19A59" w14:textId="77777777" w:rsidR="00840C6C" w:rsidRDefault="00000000">
            <w:pPr>
              <w:spacing w:line="240" w:lineRule="auto"/>
            </w:pPr>
            <w:r>
              <w:t>7.2%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B17D5" w14:textId="77777777" w:rsidR="00840C6C" w:rsidRDefault="00000000">
            <w:pPr>
              <w:spacing w:line="240" w:lineRule="auto"/>
            </w:pPr>
            <w:r>
              <w:t>0.595</w:t>
            </w:r>
          </w:p>
        </w:tc>
      </w:tr>
    </w:tbl>
    <w:p w14:paraId="091BC883" w14:textId="77777777" w:rsidR="009B39BE" w:rsidRDefault="009B39BE"/>
    <w:sectPr w:rsidR="009B39BE">
      <w:footerReference w:type="default" r:id="rId8"/>
      <w:pgSz w:w="15840" w:h="12240" w:orient="landscape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E6DFF" w14:textId="77777777" w:rsidR="009B39BE" w:rsidRDefault="009B39BE">
      <w:pPr>
        <w:spacing w:line="240" w:lineRule="auto"/>
      </w:pPr>
      <w:r>
        <w:separator/>
      </w:r>
    </w:p>
  </w:endnote>
  <w:endnote w:type="continuationSeparator" w:id="0">
    <w:p w14:paraId="64DFD33A" w14:textId="77777777" w:rsidR="009B39BE" w:rsidRDefault="009B39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EB1E" w14:textId="77777777" w:rsidR="00840C6C" w:rsidRDefault="00000000">
    <w:pPr>
      <w:pStyle w:val="Footer"/>
      <w:jc w:val="center"/>
    </w:pPr>
    <w:r>
      <w:fldChar w:fldCharType="begin"/>
    </w:r>
    <w:r>
      <w:instrText>PAGE</w:instrText>
    </w:r>
    <w:r w:rsidR="003A30A5">
      <w:fldChar w:fldCharType="separate"/>
    </w:r>
    <w:r w:rsidR="003A30A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C832" w14:textId="77777777" w:rsidR="009B39BE" w:rsidRDefault="009B39BE">
      <w:pPr>
        <w:spacing w:line="240" w:lineRule="auto"/>
      </w:pPr>
      <w:r>
        <w:separator/>
      </w:r>
    </w:p>
  </w:footnote>
  <w:footnote w:type="continuationSeparator" w:id="0">
    <w:p w14:paraId="7EB21E7B" w14:textId="77777777" w:rsidR="009B39BE" w:rsidRDefault="009B39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6525609">
    <w:abstractNumId w:val="8"/>
  </w:num>
  <w:num w:numId="2" w16cid:durableId="178617427">
    <w:abstractNumId w:val="6"/>
  </w:num>
  <w:num w:numId="3" w16cid:durableId="1805850556">
    <w:abstractNumId w:val="5"/>
  </w:num>
  <w:num w:numId="4" w16cid:durableId="2098749854">
    <w:abstractNumId w:val="4"/>
  </w:num>
  <w:num w:numId="5" w16cid:durableId="1606771991">
    <w:abstractNumId w:val="7"/>
  </w:num>
  <w:num w:numId="6" w16cid:durableId="1860312775">
    <w:abstractNumId w:val="3"/>
  </w:num>
  <w:num w:numId="7" w16cid:durableId="2058506491">
    <w:abstractNumId w:val="2"/>
  </w:num>
  <w:num w:numId="8" w16cid:durableId="742291186">
    <w:abstractNumId w:val="1"/>
  </w:num>
  <w:num w:numId="9" w16cid:durableId="209381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685"/>
    <w:rsid w:val="0029639D"/>
    <w:rsid w:val="00326F90"/>
    <w:rsid w:val="003A30A5"/>
    <w:rsid w:val="00840C6C"/>
    <w:rsid w:val="009B39B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53C8D"/>
  <w14:defaultImageDpi w14:val="300"/>
  <w15:docId w15:val="{57E83CA2-D32C-439B-AB31-E7654DC36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 - Beyond Herd Size</dc:title>
  <dc:subject/>
  <dc:creator>Ahmed Hussein</dc:creator>
  <cp:keywords/>
  <dc:description>generated by python-docx</dc:description>
  <cp:lastModifiedBy>Ahmed Hussein</cp:lastModifiedBy>
  <cp:revision>2</cp:revision>
  <dcterms:created xsi:type="dcterms:W3CDTF">2026-09-24T16:59:00Z</dcterms:created>
  <dcterms:modified xsi:type="dcterms:W3CDTF">2026-09-24T16:59:00Z</dcterms:modified>
  <cp:category/>
</cp:coreProperties>
</file>