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8F6A3" w14:textId="3DFD2286" w:rsidR="00F03975" w:rsidRPr="00F03975" w:rsidRDefault="00F03975" w:rsidP="00F03975">
      <w:pPr>
        <w:pStyle w:val="Ttulo1"/>
        <w:jc w:val="center"/>
        <w:rPr>
          <w:color w:val="auto"/>
          <w:sz w:val="36"/>
          <w:szCs w:val="40"/>
        </w:rPr>
      </w:pPr>
      <w:r w:rsidRPr="00F03975">
        <w:rPr>
          <w:color w:val="auto"/>
          <w:sz w:val="36"/>
          <w:szCs w:val="40"/>
        </w:rPr>
        <w:t>Technostress Scale for Young Adults (ETE)</w:t>
      </w:r>
    </w:p>
    <w:p w14:paraId="5BBCF212" w14:textId="7E9ECA04" w:rsidR="00E22AE0" w:rsidRPr="00F03975" w:rsidRDefault="00000000" w:rsidP="00F03975">
      <w:pPr>
        <w:pStyle w:val="Ttulo1"/>
        <w:jc w:val="both"/>
        <w:rPr>
          <w:color w:val="auto"/>
        </w:rPr>
      </w:pPr>
      <w:r w:rsidRPr="00F03975">
        <w:rPr>
          <w:color w:val="auto"/>
        </w:rPr>
        <w:t>Purpose</w:t>
      </w:r>
    </w:p>
    <w:p w14:paraId="7A9F8775" w14:textId="77777777" w:rsidR="00E22AE0" w:rsidRPr="00F03975" w:rsidRDefault="00000000" w:rsidP="00F03975">
      <w:pPr>
        <w:jc w:val="both"/>
      </w:pPr>
      <w:r w:rsidRPr="00F03975">
        <w:t>The Technostress Scale for Young Adults (ETE) was developed by the authors to assess technostress associated with the use of digital technologies in young people.</w:t>
      </w:r>
    </w:p>
    <w:p w14:paraId="551C9B6C" w14:textId="77777777" w:rsidR="00E22AE0" w:rsidRPr="00F03975" w:rsidRDefault="00000000" w:rsidP="00F03975">
      <w:pPr>
        <w:pStyle w:val="Ttulo1"/>
        <w:jc w:val="both"/>
        <w:rPr>
          <w:color w:val="auto"/>
        </w:rPr>
      </w:pPr>
      <w:r w:rsidRPr="00F03975">
        <w:rPr>
          <w:color w:val="auto"/>
        </w:rPr>
        <w:t>Instructions</w:t>
      </w:r>
    </w:p>
    <w:p w14:paraId="45836B41" w14:textId="77777777" w:rsidR="00E22AE0" w:rsidRPr="00F03975" w:rsidRDefault="00000000" w:rsidP="00F03975">
      <w:pPr>
        <w:jc w:val="both"/>
      </w:pPr>
      <w:r w:rsidRPr="00F03975">
        <w:t>Read each statement and indicate how frequently you experience the situation described. Select one response option for each statement. There are no right or wrong answers.</w:t>
      </w:r>
    </w:p>
    <w:p w14:paraId="5DB68177" w14:textId="77269B62" w:rsidR="00E22AE0" w:rsidRDefault="00000000" w:rsidP="00F03975">
      <w:pPr>
        <w:pStyle w:val="Ttulo1"/>
        <w:jc w:val="both"/>
        <w:rPr>
          <w:color w:val="auto"/>
        </w:rPr>
      </w:pPr>
      <w:r w:rsidRPr="00F03975">
        <w:rPr>
          <w:color w:val="auto"/>
        </w:rPr>
        <w:t>Response options</w:t>
      </w:r>
    </w:p>
    <w:p w14:paraId="1F240912" w14:textId="77777777" w:rsidR="00F03975" w:rsidRPr="00F03975" w:rsidRDefault="00F03975" w:rsidP="00F03975"/>
    <w:tbl>
      <w:tblPr>
        <w:tblStyle w:val="Tablaconcuadrcula"/>
        <w:tblW w:w="0" w:type="auto"/>
        <w:tblInd w:w="250" w:type="dxa"/>
        <w:tblLook w:val="04A0" w:firstRow="1" w:lastRow="0" w:firstColumn="1" w:lastColumn="0" w:noHBand="0" w:noVBand="1"/>
      </w:tblPr>
      <w:tblGrid>
        <w:gridCol w:w="2552"/>
        <w:gridCol w:w="3118"/>
      </w:tblGrid>
      <w:tr w:rsidR="00F03975" w:rsidRPr="00F03975" w14:paraId="2DB639AD" w14:textId="77777777" w:rsidTr="00F03975">
        <w:tc>
          <w:tcPr>
            <w:tcW w:w="2552" w:type="dxa"/>
            <w:shd w:val="clear" w:color="auto" w:fill="000000" w:themeFill="text1"/>
          </w:tcPr>
          <w:p w14:paraId="3D919ECD" w14:textId="77777777" w:rsidR="00E22AE0" w:rsidRPr="00F03975" w:rsidRDefault="00000000" w:rsidP="00F03975">
            <w:pPr>
              <w:jc w:val="both"/>
            </w:pPr>
            <w:r w:rsidRPr="00F03975">
              <w:rPr>
                <w:b/>
              </w:rPr>
              <w:t>Score</w:t>
            </w:r>
          </w:p>
        </w:tc>
        <w:tc>
          <w:tcPr>
            <w:tcW w:w="3118" w:type="dxa"/>
            <w:shd w:val="clear" w:color="auto" w:fill="000000" w:themeFill="text1"/>
          </w:tcPr>
          <w:p w14:paraId="1685FFE2" w14:textId="77777777" w:rsidR="00E22AE0" w:rsidRPr="00F03975" w:rsidRDefault="00000000" w:rsidP="00F03975">
            <w:pPr>
              <w:jc w:val="both"/>
            </w:pPr>
            <w:r w:rsidRPr="00F03975">
              <w:rPr>
                <w:b/>
              </w:rPr>
              <w:t>Response</w:t>
            </w:r>
          </w:p>
        </w:tc>
      </w:tr>
      <w:tr w:rsidR="00F03975" w:rsidRPr="00F03975" w14:paraId="3A113048" w14:textId="77777777" w:rsidTr="00F03975">
        <w:tc>
          <w:tcPr>
            <w:tcW w:w="2552" w:type="dxa"/>
            <w:vAlign w:val="center"/>
          </w:tcPr>
          <w:p w14:paraId="42CF5AA5" w14:textId="77777777" w:rsidR="00E22AE0" w:rsidRPr="00F03975" w:rsidRDefault="00000000" w:rsidP="00F03975">
            <w:pPr>
              <w:jc w:val="both"/>
            </w:pPr>
            <w:r w:rsidRPr="00F03975">
              <w:t>1</w:t>
            </w:r>
          </w:p>
        </w:tc>
        <w:tc>
          <w:tcPr>
            <w:tcW w:w="3118" w:type="dxa"/>
            <w:vAlign w:val="center"/>
          </w:tcPr>
          <w:p w14:paraId="27D539A5" w14:textId="77777777" w:rsidR="00E22AE0" w:rsidRPr="00F03975" w:rsidRDefault="00000000" w:rsidP="00F03975">
            <w:pPr>
              <w:jc w:val="both"/>
            </w:pPr>
            <w:r w:rsidRPr="00F03975">
              <w:t>Never</w:t>
            </w:r>
          </w:p>
        </w:tc>
      </w:tr>
      <w:tr w:rsidR="00F03975" w:rsidRPr="00F03975" w14:paraId="1FBD7534" w14:textId="77777777" w:rsidTr="00F03975">
        <w:tc>
          <w:tcPr>
            <w:tcW w:w="2552" w:type="dxa"/>
            <w:vAlign w:val="center"/>
          </w:tcPr>
          <w:p w14:paraId="4075FC9E" w14:textId="77777777" w:rsidR="00E22AE0" w:rsidRPr="00F03975" w:rsidRDefault="00000000" w:rsidP="00F03975">
            <w:pPr>
              <w:jc w:val="both"/>
            </w:pPr>
            <w:r w:rsidRPr="00F03975">
              <w:t>2</w:t>
            </w:r>
          </w:p>
        </w:tc>
        <w:tc>
          <w:tcPr>
            <w:tcW w:w="3118" w:type="dxa"/>
            <w:vAlign w:val="center"/>
          </w:tcPr>
          <w:p w14:paraId="096917A9" w14:textId="77777777" w:rsidR="00E22AE0" w:rsidRPr="00F03975" w:rsidRDefault="00000000" w:rsidP="00F03975">
            <w:pPr>
              <w:jc w:val="both"/>
            </w:pPr>
            <w:r w:rsidRPr="00F03975">
              <w:t>Almost never</w:t>
            </w:r>
          </w:p>
        </w:tc>
      </w:tr>
      <w:tr w:rsidR="00F03975" w:rsidRPr="00F03975" w14:paraId="5B0C3145" w14:textId="77777777" w:rsidTr="00F03975">
        <w:tc>
          <w:tcPr>
            <w:tcW w:w="2552" w:type="dxa"/>
            <w:vAlign w:val="center"/>
          </w:tcPr>
          <w:p w14:paraId="42461851" w14:textId="77777777" w:rsidR="00E22AE0" w:rsidRPr="00F03975" w:rsidRDefault="00000000" w:rsidP="00F03975">
            <w:pPr>
              <w:jc w:val="both"/>
            </w:pPr>
            <w:r w:rsidRPr="00F03975">
              <w:t>3</w:t>
            </w:r>
          </w:p>
        </w:tc>
        <w:tc>
          <w:tcPr>
            <w:tcW w:w="3118" w:type="dxa"/>
            <w:vAlign w:val="center"/>
          </w:tcPr>
          <w:p w14:paraId="161FBFC2" w14:textId="77777777" w:rsidR="00E22AE0" w:rsidRPr="00F03975" w:rsidRDefault="00000000" w:rsidP="00F03975">
            <w:pPr>
              <w:jc w:val="both"/>
            </w:pPr>
            <w:r w:rsidRPr="00F03975">
              <w:t>Sometimes</w:t>
            </w:r>
          </w:p>
        </w:tc>
      </w:tr>
      <w:tr w:rsidR="00F03975" w:rsidRPr="00F03975" w14:paraId="3C9B6EE0" w14:textId="77777777" w:rsidTr="00F03975">
        <w:tc>
          <w:tcPr>
            <w:tcW w:w="2552" w:type="dxa"/>
            <w:vAlign w:val="center"/>
          </w:tcPr>
          <w:p w14:paraId="7DCAFBF4" w14:textId="77777777" w:rsidR="00E22AE0" w:rsidRPr="00F03975" w:rsidRDefault="00000000" w:rsidP="00F03975">
            <w:pPr>
              <w:jc w:val="both"/>
            </w:pPr>
            <w:r w:rsidRPr="00F03975">
              <w:t>4</w:t>
            </w:r>
          </w:p>
        </w:tc>
        <w:tc>
          <w:tcPr>
            <w:tcW w:w="3118" w:type="dxa"/>
            <w:vAlign w:val="center"/>
          </w:tcPr>
          <w:p w14:paraId="6F30C250" w14:textId="77777777" w:rsidR="00E22AE0" w:rsidRPr="00F03975" w:rsidRDefault="00000000" w:rsidP="00F03975">
            <w:pPr>
              <w:jc w:val="both"/>
            </w:pPr>
            <w:r w:rsidRPr="00F03975">
              <w:t>Almost always</w:t>
            </w:r>
          </w:p>
        </w:tc>
      </w:tr>
      <w:tr w:rsidR="00F03975" w:rsidRPr="00F03975" w14:paraId="7453031B" w14:textId="77777777" w:rsidTr="00F03975">
        <w:tc>
          <w:tcPr>
            <w:tcW w:w="2552" w:type="dxa"/>
            <w:vAlign w:val="center"/>
          </w:tcPr>
          <w:p w14:paraId="31F94BF0" w14:textId="77777777" w:rsidR="00E22AE0" w:rsidRPr="00F03975" w:rsidRDefault="00000000" w:rsidP="00F03975">
            <w:pPr>
              <w:jc w:val="both"/>
            </w:pPr>
            <w:r w:rsidRPr="00F03975">
              <w:t>5</w:t>
            </w:r>
          </w:p>
        </w:tc>
        <w:tc>
          <w:tcPr>
            <w:tcW w:w="3118" w:type="dxa"/>
            <w:vAlign w:val="center"/>
          </w:tcPr>
          <w:p w14:paraId="43E2F162" w14:textId="77777777" w:rsidR="00E22AE0" w:rsidRPr="00F03975" w:rsidRDefault="00000000" w:rsidP="00F03975">
            <w:pPr>
              <w:jc w:val="both"/>
            </w:pPr>
            <w:r w:rsidRPr="00F03975">
              <w:t>Always</w:t>
            </w:r>
          </w:p>
        </w:tc>
      </w:tr>
    </w:tbl>
    <w:p w14:paraId="2FAB2017" w14:textId="77777777" w:rsidR="00E22AE0" w:rsidRPr="00F03975" w:rsidRDefault="00000000" w:rsidP="00F03975">
      <w:pPr>
        <w:pStyle w:val="Ttulo1"/>
        <w:jc w:val="both"/>
        <w:rPr>
          <w:color w:val="auto"/>
        </w:rPr>
      </w:pPr>
      <w:r w:rsidRPr="00F03975">
        <w:rPr>
          <w:color w:val="auto"/>
        </w:rPr>
        <w:t>Dimension 1. Technological Overload</w:t>
      </w:r>
    </w:p>
    <w:p w14:paraId="7D8F1F7D" w14:textId="77777777" w:rsidR="00E22AE0" w:rsidRPr="00F03975" w:rsidRDefault="00000000" w:rsidP="00F03975">
      <w:pPr>
        <w:pStyle w:val="Listaconnmeros"/>
        <w:tabs>
          <w:tab w:val="clear" w:pos="360"/>
          <w:tab w:val="num" w:pos="142"/>
        </w:tabs>
        <w:ind w:left="709" w:hanging="567"/>
        <w:jc w:val="both"/>
      </w:pPr>
      <w:r w:rsidRPr="00F03975">
        <w:t>I feel that technology forces me to do many things at the same time.</w:t>
      </w:r>
    </w:p>
    <w:p w14:paraId="76B80ABF" w14:textId="77777777" w:rsidR="00E22AE0" w:rsidRPr="00F03975" w:rsidRDefault="00000000" w:rsidP="00F03975">
      <w:pPr>
        <w:pStyle w:val="Listaconnmeros"/>
        <w:tabs>
          <w:tab w:val="clear" w:pos="360"/>
          <w:tab w:val="num" w:pos="142"/>
        </w:tabs>
        <w:ind w:left="709" w:hanging="567"/>
        <w:jc w:val="both"/>
      </w:pPr>
      <w:r w:rsidRPr="00F03975">
        <w:t>I receive so much digital information that I sometimes feel overwhelmed.</w:t>
      </w:r>
    </w:p>
    <w:p w14:paraId="0D8149D6" w14:textId="77777777" w:rsidR="00E22AE0" w:rsidRPr="00F03975" w:rsidRDefault="00000000" w:rsidP="00F03975">
      <w:pPr>
        <w:pStyle w:val="Listaconnmeros"/>
        <w:tabs>
          <w:tab w:val="clear" w:pos="360"/>
          <w:tab w:val="num" w:pos="142"/>
        </w:tabs>
        <w:ind w:left="709" w:hanging="567"/>
        <w:jc w:val="both"/>
      </w:pPr>
      <w:r w:rsidRPr="00F03975">
        <w:t>Using virtual platforms makes my activities seem more demanding.</w:t>
      </w:r>
    </w:p>
    <w:p w14:paraId="33FA4161" w14:textId="77777777" w:rsidR="00E22AE0" w:rsidRPr="00F03975" w:rsidRDefault="00000000" w:rsidP="00F03975">
      <w:pPr>
        <w:pStyle w:val="Listaconnmeros"/>
        <w:tabs>
          <w:tab w:val="clear" w:pos="360"/>
          <w:tab w:val="num" w:pos="142"/>
        </w:tabs>
        <w:ind w:left="709" w:hanging="567"/>
        <w:jc w:val="both"/>
      </w:pPr>
      <w:r w:rsidRPr="00F03975">
        <w:t>I feel pressured by the number of messages, alerts, or notifications I receive.</w:t>
      </w:r>
    </w:p>
    <w:p w14:paraId="22AAE747" w14:textId="77777777" w:rsidR="00E22AE0" w:rsidRPr="00F03975" w:rsidRDefault="00000000" w:rsidP="00F03975">
      <w:pPr>
        <w:pStyle w:val="Listaconnmeros"/>
        <w:tabs>
          <w:tab w:val="clear" w:pos="360"/>
          <w:tab w:val="num" w:pos="142"/>
        </w:tabs>
        <w:ind w:left="709" w:hanging="567"/>
        <w:jc w:val="both"/>
      </w:pPr>
      <w:r w:rsidRPr="00F03975">
        <w:t>Digital tools require me to respond faster than I am able to.</w:t>
      </w:r>
    </w:p>
    <w:p w14:paraId="11775BBF" w14:textId="77777777" w:rsidR="00E22AE0" w:rsidRPr="00F03975" w:rsidRDefault="00000000" w:rsidP="00F03975">
      <w:pPr>
        <w:pStyle w:val="Listaconnmeros"/>
        <w:tabs>
          <w:tab w:val="clear" w:pos="360"/>
          <w:tab w:val="num" w:pos="142"/>
        </w:tabs>
        <w:ind w:left="709" w:hanging="567"/>
        <w:jc w:val="both"/>
      </w:pPr>
      <w:r w:rsidRPr="00F03975">
        <w:t>Sometimes I feel that I cannot process all the information I receive through digital media.</w:t>
      </w:r>
    </w:p>
    <w:p w14:paraId="2B0776C5" w14:textId="77777777" w:rsidR="00E22AE0" w:rsidRPr="00F03975" w:rsidRDefault="00000000" w:rsidP="00F03975">
      <w:pPr>
        <w:pStyle w:val="Listaconnmeros"/>
        <w:tabs>
          <w:tab w:val="clear" w:pos="360"/>
          <w:tab w:val="num" w:pos="142"/>
        </w:tabs>
        <w:ind w:left="709" w:hanging="567"/>
        <w:jc w:val="both"/>
      </w:pPr>
      <w:r w:rsidRPr="00F03975">
        <w:t>The constant use of technological resources increases my daily workload.</w:t>
      </w:r>
    </w:p>
    <w:p w14:paraId="586428E0" w14:textId="77777777" w:rsidR="00E22AE0" w:rsidRPr="00F03975" w:rsidRDefault="00000000" w:rsidP="00F03975">
      <w:pPr>
        <w:pStyle w:val="Listaconnmeros"/>
        <w:tabs>
          <w:tab w:val="clear" w:pos="360"/>
          <w:tab w:val="num" w:pos="142"/>
        </w:tabs>
        <w:ind w:left="709" w:hanging="567"/>
        <w:jc w:val="both"/>
      </w:pPr>
      <w:r w:rsidRPr="00F03975">
        <w:t>I find it exhausting to continuously check several platforms or applications.</w:t>
      </w:r>
    </w:p>
    <w:p w14:paraId="6BA522A2" w14:textId="77777777" w:rsidR="00F03975" w:rsidRDefault="00000000" w:rsidP="00F03975">
      <w:pPr>
        <w:pStyle w:val="Listaconnmeros"/>
        <w:tabs>
          <w:tab w:val="clear" w:pos="360"/>
          <w:tab w:val="num" w:pos="142"/>
        </w:tabs>
        <w:ind w:left="709" w:hanging="567"/>
        <w:jc w:val="both"/>
      </w:pPr>
      <w:r w:rsidRPr="00F03975">
        <w:t>I feel that digital activities take up too much time in my daily routine.</w:t>
      </w:r>
    </w:p>
    <w:p w14:paraId="0F19357E" w14:textId="625ED884" w:rsidR="00E22AE0" w:rsidRPr="00F03975" w:rsidRDefault="00000000" w:rsidP="00F03975">
      <w:pPr>
        <w:pStyle w:val="Listaconnmeros"/>
        <w:tabs>
          <w:tab w:val="clear" w:pos="360"/>
          <w:tab w:val="num" w:pos="142"/>
          <w:tab w:val="num" w:pos="284"/>
        </w:tabs>
        <w:ind w:left="709" w:hanging="567"/>
        <w:jc w:val="both"/>
      </w:pPr>
      <w:r w:rsidRPr="00F03975">
        <w:t>Too many virtual tasks or demands make me feel overwhelmed.</w:t>
      </w:r>
    </w:p>
    <w:p w14:paraId="5525D713" w14:textId="5B1EFC72" w:rsidR="00E22AE0" w:rsidRPr="00F03975" w:rsidRDefault="00000000" w:rsidP="00F03975">
      <w:pPr>
        <w:pStyle w:val="Ttulo1"/>
        <w:jc w:val="both"/>
        <w:rPr>
          <w:color w:val="auto"/>
        </w:rPr>
      </w:pPr>
      <w:r w:rsidRPr="00F03975">
        <w:rPr>
          <w:color w:val="auto"/>
        </w:rPr>
        <w:t>Dimension 2. Technological Invasion or Hyperconnectivity</w:t>
      </w:r>
    </w:p>
    <w:p w14:paraId="767D91EB" w14:textId="77777777" w:rsidR="00E22AE0" w:rsidRPr="00F03975" w:rsidRDefault="00000000" w:rsidP="00F03975">
      <w:pPr>
        <w:pStyle w:val="Listaconnmeros"/>
        <w:ind w:hanging="259"/>
        <w:jc w:val="both"/>
      </w:pPr>
      <w:r w:rsidRPr="00F03975">
        <w:t xml:space="preserve">I feel that I </w:t>
      </w:r>
      <w:proofErr w:type="gramStart"/>
      <w:r w:rsidRPr="00F03975">
        <w:t>have to</w:t>
      </w:r>
      <w:proofErr w:type="gramEnd"/>
      <w:r w:rsidRPr="00F03975">
        <w:t xml:space="preserve"> keep an eye on my phone or the internet almost all the time.</w:t>
      </w:r>
    </w:p>
    <w:p w14:paraId="4A53DD15" w14:textId="77777777" w:rsidR="00E22AE0" w:rsidRPr="00F03975" w:rsidRDefault="00000000" w:rsidP="00F03975">
      <w:pPr>
        <w:pStyle w:val="Listaconnmeros"/>
        <w:ind w:hanging="259"/>
        <w:jc w:val="both"/>
      </w:pPr>
      <w:r w:rsidRPr="00F03975">
        <w:t>I find it difficult to disconnect from digital platforms even when I want to rest.</w:t>
      </w:r>
    </w:p>
    <w:p w14:paraId="0E553A16" w14:textId="77777777" w:rsidR="00E22AE0" w:rsidRPr="00F03975" w:rsidRDefault="00000000" w:rsidP="00F03975">
      <w:pPr>
        <w:pStyle w:val="Listaconnmeros"/>
        <w:ind w:hanging="259"/>
        <w:jc w:val="both"/>
      </w:pPr>
      <w:r w:rsidRPr="00F03975">
        <w:t>Technology intrudes on moments that should be reserved for rest or peace of mind.</w:t>
      </w:r>
    </w:p>
    <w:p w14:paraId="76A20E18" w14:textId="77777777" w:rsidR="00E22AE0" w:rsidRPr="00F03975" w:rsidRDefault="00000000" w:rsidP="00F03975">
      <w:pPr>
        <w:pStyle w:val="Listaconnmeros"/>
        <w:ind w:hanging="259"/>
        <w:jc w:val="both"/>
      </w:pPr>
      <w:r w:rsidRPr="00F03975">
        <w:t>I feel compelled to reply quickly to messages or alerts.</w:t>
      </w:r>
    </w:p>
    <w:p w14:paraId="4203A016" w14:textId="77777777" w:rsidR="00E22AE0" w:rsidRPr="00F03975" w:rsidRDefault="00000000" w:rsidP="00F03975">
      <w:pPr>
        <w:pStyle w:val="Listaconnmeros"/>
        <w:ind w:hanging="259"/>
        <w:jc w:val="both"/>
      </w:pPr>
      <w:r w:rsidRPr="00F03975">
        <w:t>Even when I do not want to, I feel the need to check my devices constantly.</w:t>
      </w:r>
    </w:p>
    <w:p w14:paraId="20213F17" w14:textId="77777777" w:rsidR="00E22AE0" w:rsidRPr="00F03975" w:rsidRDefault="00000000" w:rsidP="00F03975">
      <w:pPr>
        <w:pStyle w:val="Listaconnmeros"/>
        <w:ind w:hanging="259"/>
        <w:jc w:val="both"/>
      </w:pPr>
      <w:r w:rsidRPr="00F03975">
        <w:t>Digital activities interfere with my personal time.</w:t>
      </w:r>
    </w:p>
    <w:p w14:paraId="367E19B1" w14:textId="77777777" w:rsidR="00E22AE0" w:rsidRPr="00F03975" w:rsidRDefault="00000000" w:rsidP="00F03975">
      <w:pPr>
        <w:pStyle w:val="Listaconnmeros"/>
        <w:ind w:hanging="259"/>
        <w:jc w:val="both"/>
      </w:pPr>
      <w:r w:rsidRPr="00F03975">
        <w:t>It bothers me to feel that I must always be available online.</w:t>
      </w:r>
    </w:p>
    <w:p w14:paraId="1EAC67F4" w14:textId="77777777" w:rsidR="00E22AE0" w:rsidRPr="00F03975" w:rsidRDefault="00000000" w:rsidP="00F03975">
      <w:pPr>
        <w:pStyle w:val="Listaconnmeros"/>
        <w:ind w:hanging="259"/>
        <w:jc w:val="both"/>
      </w:pPr>
      <w:r w:rsidRPr="00F03975">
        <w:t>Sometimes I feel that I do not get real rest because I am connected.</w:t>
      </w:r>
    </w:p>
    <w:p w14:paraId="571CCE83" w14:textId="77777777" w:rsidR="00E22AE0" w:rsidRPr="00F03975" w:rsidRDefault="00000000" w:rsidP="00F03975">
      <w:pPr>
        <w:pStyle w:val="Listaconnmeros"/>
        <w:ind w:hanging="259"/>
        <w:jc w:val="both"/>
      </w:pPr>
      <w:r w:rsidRPr="00F03975">
        <w:lastRenderedPageBreak/>
        <w:t>Technology causes my academic activities and personal life to overlap too much.</w:t>
      </w:r>
    </w:p>
    <w:p w14:paraId="072B4D63" w14:textId="77777777" w:rsidR="00E22AE0" w:rsidRPr="00F03975" w:rsidRDefault="00000000" w:rsidP="00F03975">
      <w:pPr>
        <w:pStyle w:val="Listaconnmeros"/>
        <w:ind w:hanging="259"/>
        <w:jc w:val="both"/>
      </w:pPr>
      <w:r w:rsidRPr="00F03975">
        <w:t>Keeping up with platforms or social media causes me daily tension.</w:t>
      </w:r>
    </w:p>
    <w:p w14:paraId="2344819E" w14:textId="77777777" w:rsidR="00E22AE0" w:rsidRPr="00F03975" w:rsidRDefault="00000000" w:rsidP="00F03975">
      <w:pPr>
        <w:pStyle w:val="Ttulo1"/>
        <w:jc w:val="both"/>
        <w:rPr>
          <w:color w:val="auto"/>
        </w:rPr>
      </w:pPr>
      <w:r w:rsidRPr="00F03975">
        <w:rPr>
          <w:color w:val="auto"/>
        </w:rPr>
        <w:t>Dimension 3. Perceived Technological Complexity and Inefficacy</w:t>
      </w:r>
    </w:p>
    <w:p w14:paraId="6534D7CC" w14:textId="77777777" w:rsidR="00E22AE0" w:rsidRPr="00F03975" w:rsidRDefault="00000000" w:rsidP="00F03975">
      <w:pPr>
        <w:pStyle w:val="Listaconnmeros"/>
        <w:ind w:hanging="259"/>
        <w:jc w:val="both"/>
      </w:pPr>
      <w:r w:rsidRPr="00F03975">
        <w:t xml:space="preserve">I feel frustrated when I </w:t>
      </w:r>
      <w:proofErr w:type="gramStart"/>
      <w:r w:rsidRPr="00F03975">
        <w:t>have to</w:t>
      </w:r>
      <w:proofErr w:type="gramEnd"/>
      <w:r w:rsidRPr="00F03975">
        <w:t xml:space="preserve"> learn how to use new digital tools.</w:t>
      </w:r>
    </w:p>
    <w:p w14:paraId="37479D94" w14:textId="77777777" w:rsidR="00E22AE0" w:rsidRPr="00F03975" w:rsidRDefault="00000000" w:rsidP="00F03975">
      <w:pPr>
        <w:pStyle w:val="Listaconnmeros"/>
        <w:ind w:hanging="259"/>
        <w:jc w:val="both"/>
      </w:pPr>
      <w:r w:rsidRPr="00F03975">
        <w:t>Sometimes technological platforms seem too complicated to me.</w:t>
      </w:r>
    </w:p>
    <w:p w14:paraId="517502E4" w14:textId="77777777" w:rsidR="00E22AE0" w:rsidRPr="00F03975" w:rsidRDefault="00000000" w:rsidP="00F03975">
      <w:pPr>
        <w:pStyle w:val="Listaconnmeros"/>
        <w:ind w:hanging="259"/>
        <w:jc w:val="both"/>
      </w:pPr>
      <w:r w:rsidRPr="00F03975">
        <w:t>It stresses me out when I cannot easily understand certain applications or virtual systems.</w:t>
      </w:r>
    </w:p>
    <w:p w14:paraId="10FCD3A6" w14:textId="77777777" w:rsidR="00E22AE0" w:rsidRPr="00F03975" w:rsidRDefault="00000000" w:rsidP="00F03975">
      <w:pPr>
        <w:pStyle w:val="Listaconnmeros"/>
        <w:ind w:hanging="259"/>
        <w:jc w:val="both"/>
      </w:pPr>
      <w:r w:rsidRPr="00F03975">
        <w:t>I feel that technology changes so quickly that I find it difficult to adapt.</w:t>
      </w:r>
    </w:p>
    <w:p w14:paraId="4E505395" w14:textId="77777777" w:rsidR="00E22AE0" w:rsidRPr="00F03975" w:rsidRDefault="00000000" w:rsidP="00F03975">
      <w:pPr>
        <w:pStyle w:val="Listaconnmeros"/>
        <w:ind w:hanging="259"/>
        <w:jc w:val="both"/>
      </w:pPr>
      <w:r w:rsidRPr="00F03975">
        <w:t>Sometimes I doubt my ability to use digital resources correctly.</w:t>
      </w:r>
    </w:p>
    <w:p w14:paraId="7AA35185" w14:textId="77777777" w:rsidR="00E22AE0" w:rsidRPr="00F03975" w:rsidRDefault="00000000" w:rsidP="00F03975">
      <w:pPr>
        <w:pStyle w:val="Listaconnmeros"/>
        <w:ind w:hanging="259"/>
        <w:jc w:val="both"/>
      </w:pPr>
      <w:r w:rsidRPr="00F03975">
        <w:t>I feel uncomfortable when I have to solve technical problems on my own.</w:t>
      </w:r>
    </w:p>
    <w:p w14:paraId="667B45B6" w14:textId="77777777" w:rsidR="00E22AE0" w:rsidRPr="00F03975" w:rsidRDefault="00000000" w:rsidP="00F03975">
      <w:pPr>
        <w:pStyle w:val="Listaconnmeros"/>
        <w:ind w:hanging="259"/>
        <w:jc w:val="both"/>
      </w:pPr>
      <w:r w:rsidRPr="00F03975">
        <w:t>Learning to use new digital platforms causes me tension.</w:t>
      </w:r>
    </w:p>
    <w:p w14:paraId="222E54A0" w14:textId="77777777" w:rsidR="00E22AE0" w:rsidRPr="00F03975" w:rsidRDefault="00000000" w:rsidP="00F03975">
      <w:pPr>
        <w:pStyle w:val="Listaconnmeros"/>
        <w:ind w:hanging="259"/>
        <w:jc w:val="both"/>
      </w:pPr>
      <w:r w:rsidRPr="00F03975">
        <w:t>I feel insecure when I have to carry out important activities using technology.</w:t>
      </w:r>
    </w:p>
    <w:p w14:paraId="66713B1D" w14:textId="77777777" w:rsidR="00E22AE0" w:rsidRPr="00F03975" w:rsidRDefault="00000000" w:rsidP="00F03975">
      <w:pPr>
        <w:pStyle w:val="Listaconnmeros"/>
        <w:ind w:hanging="259"/>
        <w:jc w:val="both"/>
      </w:pPr>
      <w:r w:rsidRPr="00F03975">
        <w:t>When a digital tool fails, I find it difficult to stay calm.</w:t>
      </w:r>
    </w:p>
    <w:p w14:paraId="20F5C232" w14:textId="77777777" w:rsidR="00E22AE0" w:rsidRPr="00F03975" w:rsidRDefault="00000000" w:rsidP="00F03975">
      <w:pPr>
        <w:pStyle w:val="Listaconnmeros"/>
        <w:ind w:hanging="259"/>
        <w:jc w:val="both"/>
      </w:pPr>
      <w:r w:rsidRPr="00F03975">
        <w:t>Sometimes I feel that technological demands exceed my abilities.</w:t>
      </w:r>
    </w:p>
    <w:p w14:paraId="0F27B8E8" w14:textId="77777777" w:rsidR="00E22AE0" w:rsidRPr="00F03975" w:rsidRDefault="00000000" w:rsidP="00F03975">
      <w:pPr>
        <w:pStyle w:val="Ttulo1"/>
        <w:jc w:val="both"/>
        <w:rPr>
          <w:color w:val="auto"/>
        </w:rPr>
      </w:pPr>
      <w:r w:rsidRPr="00F03975">
        <w:rPr>
          <w:color w:val="auto"/>
        </w:rPr>
        <w:t>Dimension 4. Affective Reactions and Technology-Related Exhaustion</w:t>
      </w:r>
    </w:p>
    <w:p w14:paraId="07BD9B4A" w14:textId="77777777" w:rsidR="00E22AE0" w:rsidRPr="00F03975" w:rsidRDefault="00000000" w:rsidP="00F03975">
      <w:pPr>
        <w:pStyle w:val="Listaconnmeros"/>
        <w:ind w:hanging="259"/>
        <w:jc w:val="both"/>
      </w:pPr>
      <w:r w:rsidRPr="00F03975">
        <w:t>After using technology extensively, I end up mentally exhausted.</w:t>
      </w:r>
    </w:p>
    <w:p w14:paraId="0FFB29B3" w14:textId="77777777" w:rsidR="00E22AE0" w:rsidRPr="00F03975" w:rsidRDefault="00000000" w:rsidP="00F03975">
      <w:pPr>
        <w:pStyle w:val="Listaconnmeros"/>
        <w:ind w:hanging="259"/>
        <w:jc w:val="both"/>
      </w:pPr>
      <w:r w:rsidRPr="00F03975">
        <w:t>Constant use of digital devices puts me in a bad mood.</w:t>
      </w:r>
    </w:p>
    <w:p w14:paraId="317B6AE5" w14:textId="77777777" w:rsidR="00E22AE0" w:rsidRPr="00F03975" w:rsidRDefault="00000000" w:rsidP="00F03975">
      <w:pPr>
        <w:pStyle w:val="Listaconnmeros"/>
        <w:ind w:hanging="259"/>
        <w:jc w:val="both"/>
      </w:pPr>
      <w:r w:rsidRPr="00F03975">
        <w:t>I feel anxious when I have too many online activities.</w:t>
      </w:r>
    </w:p>
    <w:p w14:paraId="66C0AA98" w14:textId="77777777" w:rsidR="00E22AE0" w:rsidRPr="00F03975" w:rsidRDefault="00000000" w:rsidP="00F03975">
      <w:pPr>
        <w:pStyle w:val="Listaconnmeros"/>
        <w:ind w:hanging="259"/>
        <w:jc w:val="both"/>
      </w:pPr>
      <w:r w:rsidRPr="00F03975">
        <w:t>Technology causes me emotional stress in my daily life.</w:t>
      </w:r>
    </w:p>
    <w:p w14:paraId="085D71C9" w14:textId="77777777" w:rsidR="00E22AE0" w:rsidRPr="00F03975" w:rsidRDefault="00000000" w:rsidP="00F03975">
      <w:pPr>
        <w:pStyle w:val="Listaconnmeros"/>
        <w:ind w:hanging="259"/>
        <w:jc w:val="both"/>
      </w:pPr>
      <w:r w:rsidRPr="00F03975">
        <w:t>Spending a lot of time connected leaves me psychologically tired.</w:t>
      </w:r>
    </w:p>
    <w:p w14:paraId="03E2DEAD" w14:textId="77777777" w:rsidR="00E22AE0" w:rsidRPr="00F03975" w:rsidRDefault="00000000" w:rsidP="00F03975">
      <w:pPr>
        <w:pStyle w:val="Listaconnmeros"/>
        <w:ind w:hanging="259"/>
        <w:jc w:val="both"/>
      </w:pPr>
      <w:r w:rsidRPr="00F03975">
        <w:t>When I use several digital platforms, I feel more irritable.</w:t>
      </w:r>
    </w:p>
    <w:p w14:paraId="31853E3B" w14:textId="77777777" w:rsidR="00E22AE0" w:rsidRPr="00F03975" w:rsidRDefault="00000000" w:rsidP="00F03975">
      <w:pPr>
        <w:pStyle w:val="Listaconnmeros"/>
        <w:ind w:hanging="259"/>
        <w:jc w:val="both"/>
      </w:pPr>
      <w:r w:rsidRPr="00F03975">
        <w:t>Excessive interaction with technology affects my emotional well-being.</w:t>
      </w:r>
    </w:p>
    <w:p w14:paraId="5FB13DCA" w14:textId="77777777" w:rsidR="00E22AE0" w:rsidRPr="00F03975" w:rsidRDefault="00000000" w:rsidP="00F03975">
      <w:pPr>
        <w:pStyle w:val="Listaconnmeros"/>
        <w:ind w:hanging="259"/>
        <w:jc w:val="both"/>
      </w:pPr>
      <w:r w:rsidRPr="00F03975">
        <w:t>Sometimes I end the day feeling exhausted from being so connected.</w:t>
      </w:r>
    </w:p>
    <w:p w14:paraId="2D9C5EDA" w14:textId="77777777" w:rsidR="00E22AE0" w:rsidRPr="00F03975" w:rsidRDefault="00000000" w:rsidP="00F03975">
      <w:pPr>
        <w:pStyle w:val="Listaconnmeros"/>
        <w:ind w:hanging="259"/>
        <w:jc w:val="both"/>
      </w:pPr>
      <w:r w:rsidRPr="00F03975">
        <w:t>Intensive use of digital tools makes me feel tense.</w:t>
      </w:r>
    </w:p>
    <w:p w14:paraId="62EF9D52" w14:textId="77777777" w:rsidR="00E22AE0" w:rsidRPr="00F03975" w:rsidRDefault="00000000" w:rsidP="00F03975">
      <w:pPr>
        <w:pStyle w:val="Listaconnmeros"/>
        <w:ind w:hanging="259"/>
        <w:jc w:val="both"/>
      </w:pPr>
      <w:r w:rsidRPr="00F03975">
        <w:t>Technological pressure affects my emotional well-being.</w:t>
      </w:r>
    </w:p>
    <w:p w14:paraId="1D73419C" w14:textId="77777777" w:rsidR="00E22AE0" w:rsidRPr="00F03975" w:rsidRDefault="00E22AE0"/>
    <w:p w14:paraId="69A8C9F2" w14:textId="3AAC5F38" w:rsidR="00E22AE0" w:rsidRPr="00F03975" w:rsidRDefault="00E22AE0" w:rsidP="00F03975"/>
    <w:sectPr w:rsidR="00E22AE0" w:rsidRPr="00F03975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39982385">
    <w:abstractNumId w:val="8"/>
  </w:num>
  <w:num w:numId="2" w16cid:durableId="238835155">
    <w:abstractNumId w:val="6"/>
  </w:num>
  <w:num w:numId="3" w16cid:durableId="840046475">
    <w:abstractNumId w:val="5"/>
  </w:num>
  <w:num w:numId="4" w16cid:durableId="894201050">
    <w:abstractNumId w:val="4"/>
  </w:num>
  <w:num w:numId="5" w16cid:durableId="1056320441">
    <w:abstractNumId w:val="7"/>
  </w:num>
  <w:num w:numId="6" w16cid:durableId="1316300292">
    <w:abstractNumId w:val="3"/>
  </w:num>
  <w:num w:numId="7" w16cid:durableId="572929235">
    <w:abstractNumId w:val="2"/>
  </w:num>
  <w:num w:numId="8" w16cid:durableId="1867868608">
    <w:abstractNumId w:val="1"/>
  </w:num>
  <w:num w:numId="9" w16cid:durableId="191502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E22AE0"/>
    <w:rsid w:val="00F0397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4759B85"/>
  <w14:defaultImageDpi w14:val="300"/>
  <w15:docId w15:val="{247A5E2A-5A20-4026-876B-C4F024CCB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6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7556E"/>
      <w:sz w:val="2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6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532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 Diaz</cp:lastModifiedBy>
  <cp:revision>2</cp:revision>
  <dcterms:created xsi:type="dcterms:W3CDTF">2026-10-02T15:37:00Z</dcterms:created>
  <dcterms:modified xsi:type="dcterms:W3CDTF">2026-10-02T15:37:00Z</dcterms:modified>
  <cp:category/>
</cp:coreProperties>
</file>