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F937" w14:textId="77777777" w:rsidR="002E7DCF" w:rsidRPr="00717886" w:rsidRDefault="00A11917">
      <w:pPr>
        <w:pStyle w:val="Title"/>
        <w:jc w:val="center"/>
        <w:rPr>
          <w:rFonts w:ascii="Times New Roman" w:hAnsi="Times New Roman" w:cs="Times New Roman"/>
        </w:rPr>
      </w:pPr>
      <w:r w:rsidRPr="00717886">
        <w:rPr>
          <w:rFonts w:ascii="Times New Roman" w:hAnsi="Times New Roman" w:cs="Times New Roman"/>
          <w:b w:val="0"/>
        </w:rPr>
        <w:t>Supplementary Material for Revealed Organizational R&amp;D Capability and External Knowledge Integration in Aviation Higher Education Institutions</w:t>
      </w:r>
    </w:p>
    <w:p w14:paraId="743AB840" w14:textId="77777777" w:rsidR="002E7DCF" w:rsidRPr="00717886" w:rsidRDefault="00A11917">
      <w:pPr>
        <w:rPr>
          <w:rFonts w:cs="Times New Roman"/>
        </w:rPr>
      </w:pPr>
      <w:r w:rsidRPr="00717886">
        <w:rPr>
          <w:rFonts w:cs="Times New Roman"/>
        </w:rPr>
        <w:t>This supplement documents the completed computational evidence base, institution frame, construct rules, corrected analytical results, classification-validation status, and departures from the earlier research-translation protocol. Patent and institutional-report evidence were not analyzed, and no independent human-validation, AI-concordance, confirmatory RTI, causal mediation, or downstream translation claim is made.</w:t>
      </w:r>
    </w:p>
    <w:p w14:paraId="0BBB74ED" w14:textId="77777777" w:rsidR="002E7DCF" w:rsidRPr="00717886" w:rsidRDefault="00A11917">
      <w:pPr>
        <w:pStyle w:val="Heading1"/>
        <w:rPr>
          <w:rFonts w:ascii="Times New Roman" w:hAnsi="Times New Roman" w:cs="Times New Roman"/>
        </w:rPr>
      </w:pPr>
      <w:r w:rsidRPr="00717886">
        <w:rPr>
          <w:rFonts w:ascii="Times New Roman" w:hAnsi="Times New Roman" w:cs="Times New Roman"/>
        </w:rPr>
        <w:t>Supplementary Contents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1512"/>
        <w:gridCol w:w="8208"/>
      </w:tblGrid>
      <w:tr w:rsidR="002E7DCF" w:rsidRPr="00717886" w14:paraId="3D47E7AB" w14:textId="77777777">
        <w:trPr>
          <w:cantSplit/>
          <w:tblHeader/>
          <w:jc w:val="center"/>
        </w:trPr>
        <w:tc>
          <w:tcPr>
            <w:tcW w:w="1512" w:type="dxa"/>
            <w:shd w:val="clear" w:color="auto" w:fill="D9EAF7"/>
            <w:tcMar>
              <w:top w:w="70" w:type="dxa"/>
              <w:left w:w="95" w:type="dxa"/>
              <w:bottom w:w="70" w:type="dxa"/>
              <w:right w:w="95" w:type="dxa"/>
            </w:tcMar>
            <w:vAlign w:val="center"/>
          </w:tcPr>
          <w:p w14:paraId="31815D5F" w14:textId="77777777" w:rsidR="00423D2F" w:rsidRPr="00717886" w:rsidRDefault="0047346F">
            <w:pPr>
              <w:spacing w:after="0"/>
              <w:rPr>
                <w:rFonts w:cs="Times New Roman"/>
              </w:rPr>
            </w:pPr>
            <w:r w:rsidRPr="00717886">
              <w:rPr>
                <w:rFonts w:cs="Times New Roman"/>
                <w:b/>
                <w:sz w:val="18"/>
              </w:rPr>
              <w:t>Item</w:t>
            </w:r>
          </w:p>
        </w:tc>
        <w:tc>
          <w:tcPr>
            <w:tcW w:w="8208" w:type="dxa"/>
            <w:shd w:val="clear" w:color="auto" w:fill="D9EAF7"/>
            <w:tcMar>
              <w:top w:w="70" w:type="dxa"/>
              <w:left w:w="95" w:type="dxa"/>
              <w:bottom w:w="70" w:type="dxa"/>
              <w:right w:w="95" w:type="dxa"/>
            </w:tcMar>
            <w:vAlign w:val="center"/>
          </w:tcPr>
          <w:p w14:paraId="4AE7E4F8" w14:textId="77777777" w:rsidR="00423D2F" w:rsidRPr="00717886" w:rsidRDefault="0047346F">
            <w:pPr>
              <w:spacing w:after="0"/>
              <w:rPr>
                <w:rFonts w:cs="Times New Roman"/>
              </w:rPr>
            </w:pPr>
            <w:r w:rsidRPr="00717886">
              <w:rPr>
                <w:rFonts w:cs="Times New Roman"/>
                <w:b/>
                <w:sz w:val="18"/>
              </w:rPr>
              <w:t>Content</w:t>
            </w:r>
          </w:p>
        </w:tc>
      </w:tr>
      <w:tr w:rsidR="002E7DCF" w:rsidRPr="00717886" w14:paraId="0BDDF5DA" w14:textId="77777777">
        <w:trPr>
          <w:cantSplit/>
          <w:jc w:val="center"/>
        </w:trPr>
        <w:tc>
          <w:tcPr>
            <w:tcW w:w="1512" w:type="dxa"/>
            <w:tcMar>
              <w:top w:w="70" w:type="dxa"/>
              <w:left w:w="95" w:type="dxa"/>
              <w:bottom w:w="70" w:type="dxa"/>
              <w:right w:w="95" w:type="dxa"/>
            </w:tcMar>
            <w:vAlign w:val="center"/>
          </w:tcPr>
          <w:p w14:paraId="0A8F6257" w14:textId="77777777" w:rsidR="00423D2F" w:rsidRPr="00717886" w:rsidRDefault="0047346F">
            <w:pPr>
              <w:spacing w:after="0"/>
              <w:rPr>
                <w:rFonts w:cs="Times New Roman"/>
              </w:rPr>
            </w:pPr>
            <w:r w:rsidRPr="00717886">
              <w:rPr>
                <w:rFonts w:cs="Times New Roman"/>
                <w:sz w:val="18"/>
              </w:rPr>
              <w:t>Table S1</w:t>
            </w:r>
          </w:p>
        </w:tc>
        <w:tc>
          <w:tcPr>
            <w:tcW w:w="8208" w:type="dxa"/>
            <w:tcMar>
              <w:top w:w="70" w:type="dxa"/>
              <w:left w:w="95" w:type="dxa"/>
              <w:bottom w:w="70" w:type="dxa"/>
              <w:right w:w="95" w:type="dxa"/>
            </w:tcMar>
            <w:vAlign w:val="center"/>
          </w:tcPr>
          <w:p w14:paraId="39BC6791" w14:textId="77777777" w:rsidR="00423D2F" w:rsidRPr="00717886" w:rsidRDefault="0047346F">
            <w:pPr>
              <w:spacing w:after="0"/>
              <w:rPr>
                <w:rFonts w:cs="Times New Roman"/>
              </w:rPr>
            </w:pPr>
            <w:r w:rsidRPr="00717886">
              <w:rPr>
                <w:rFonts w:cs="Times New Roman"/>
                <w:sz w:val="18"/>
              </w:rPr>
              <w:t>Reproducibility package inventory and scope</w:t>
            </w:r>
          </w:p>
        </w:tc>
      </w:tr>
      <w:tr w:rsidR="002E7DCF" w:rsidRPr="00717886" w14:paraId="2179EF06" w14:textId="77777777">
        <w:trPr>
          <w:cantSplit/>
          <w:jc w:val="center"/>
        </w:trPr>
        <w:tc>
          <w:tcPr>
            <w:tcW w:w="1512" w:type="dxa"/>
            <w:shd w:val="clear" w:color="auto" w:fill="F5F7F9"/>
            <w:tcMar>
              <w:top w:w="70" w:type="dxa"/>
              <w:left w:w="95" w:type="dxa"/>
              <w:bottom w:w="70" w:type="dxa"/>
              <w:right w:w="95" w:type="dxa"/>
            </w:tcMar>
            <w:vAlign w:val="center"/>
          </w:tcPr>
          <w:p w14:paraId="5D2D6D4E" w14:textId="77777777" w:rsidR="00423D2F" w:rsidRPr="00717886" w:rsidRDefault="0047346F">
            <w:pPr>
              <w:spacing w:after="0"/>
              <w:rPr>
                <w:rFonts w:cs="Times New Roman"/>
              </w:rPr>
            </w:pPr>
            <w:r w:rsidRPr="00717886">
              <w:rPr>
                <w:rFonts w:cs="Times New Roman"/>
                <w:sz w:val="18"/>
              </w:rPr>
              <w:t>Table S2</w:t>
            </w:r>
          </w:p>
        </w:tc>
        <w:tc>
          <w:tcPr>
            <w:tcW w:w="8208" w:type="dxa"/>
            <w:shd w:val="clear" w:color="auto" w:fill="F5F7F9"/>
            <w:tcMar>
              <w:top w:w="70" w:type="dxa"/>
              <w:left w:w="95" w:type="dxa"/>
              <w:bottom w:w="70" w:type="dxa"/>
              <w:right w:w="95" w:type="dxa"/>
            </w:tcMar>
            <w:vAlign w:val="center"/>
          </w:tcPr>
          <w:p w14:paraId="32C7439F" w14:textId="77777777" w:rsidR="00423D2F" w:rsidRPr="00717886" w:rsidRDefault="0047346F">
            <w:pPr>
              <w:spacing w:after="0"/>
              <w:rPr>
                <w:rFonts w:cs="Times New Roman"/>
              </w:rPr>
            </w:pPr>
            <w:r w:rsidRPr="00717886">
              <w:rPr>
                <w:rFonts w:cs="Times New Roman"/>
                <w:sz w:val="18"/>
              </w:rPr>
              <w:t>Institution frame, identifier provenance, matching, and eligibility</w:t>
            </w:r>
          </w:p>
        </w:tc>
      </w:tr>
      <w:tr w:rsidR="002E7DCF" w:rsidRPr="00717886" w14:paraId="1E3B6837" w14:textId="77777777">
        <w:trPr>
          <w:cantSplit/>
          <w:jc w:val="center"/>
        </w:trPr>
        <w:tc>
          <w:tcPr>
            <w:tcW w:w="1512" w:type="dxa"/>
            <w:tcMar>
              <w:top w:w="70" w:type="dxa"/>
              <w:left w:w="95" w:type="dxa"/>
              <w:bottom w:w="70" w:type="dxa"/>
              <w:right w:w="95" w:type="dxa"/>
            </w:tcMar>
            <w:vAlign w:val="center"/>
          </w:tcPr>
          <w:p w14:paraId="5DD37EDD" w14:textId="77777777" w:rsidR="00423D2F" w:rsidRPr="00717886" w:rsidRDefault="0047346F">
            <w:pPr>
              <w:spacing w:after="0"/>
              <w:rPr>
                <w:rFonts w:cs="Times New Roman"/>
              </w:rPr>
            </w:pPr>
            <w:r w:rsidRPr="00717886">
              <w:rPr>
                <w:rFonts w:cs="Times New Roman"/>
                <w:sz w:val="18"/>
              </w:rPr>
              <w:t>Table S3</w:t>
            </w:r>
          </w:p>
        </w:tc>
        <w:tc>
          <w:tcPr>
            <w:tcW w:w="8208" w:type="dxa"/>
            <w:tcMar>
              <w:top w:w="70" w:type="dxa"/>
              <w:left w:w="95" w:type="dxa"/>
              <w:bottom w:w="70" w:type="dxa"/>
              <w:right w:w="95" w:type="dxa"/>
            </w:tcMar>
            <w:vAlign w:val="center"/>
          </w:tcPr>
          <w:p w14:paraId="15B6BB48" w14:textId="77777777" w:rsidR="00423D2F" w:rsidRPr="00717886" w:rsidRDefault="0047346F">
            <w:pPr>
              <w:spacing w:after="0"/>
              <w:rPr>
                <w:rFonts w:cs="Times New Roman"/>
              </w:rPr>
            </w:pPr>
            <w:r w:rsidRPr="00717886">
              <w:rPr>
                <w:rFonts w:cs="Times New Roman"/>
                <w:sz w:val="18"/>
              </w:rPr>
              <w:t>Construct formulas and decision rules</w:t>
            </w:r>
          </w:p>
        </w:tc>
      </w:tr>
      <w:tr w:rsidR="002E7DCF" w:rsidRPr="00717886" w14:paraId="39246ECD" w14:textId="77777777">
        <w:trPr>
          <w:cantSplit/>
          <w:jc w:val="center"/>
        </w:trPr>
        <w:tc>
          <w:tcPr>
            <w:tcW w:w="1512" w:type="dxa"/>
            <w:shd w:val="clear" w:color="auto" w:fill="F5F7F9"/>
            <w:tcMar>
              <w:top w:w="70" w:type="dxa"/>
              <w:left w:w="95" w:type="dxa"/>
              <w:bottom w:w="70" w:type="dxa"/>
              <w:right w:w="95" w:type="dxa"/>
            </w:tcMar>
            <w:vAlign w:val="center"/>
          </w:tcPr>
          <w:p w14:paraId="6819BC27" w14:textId="77777777" w:rsidR="00423D2F" w:rsidRPr="00717886" w:rsidRDefault="0047346F">
            <w:pPr>
              <w:spacing w:after="0"/>
              <w:rPr>
                <w:rFonts w:cs="Times New Roman"/>
              </w:rPr>
            </w:pPr>
            <w:r w:rsidRPr="00717886">
              <w:rPr>
                <w:rFonts w:cs="Times New Roman"/>
                <w:sz w:val="18"/>
              </w:rPr>
              <w:t>Table S4</w:t>
            </w:r>
          </w:p>
        </w:tc>
        <w:tc>
          <w:tcPr>
            <w:tcW w:w="8208" w:type="dxa"/>
            <w:shd w:val="clear" w:color="auto" w:fill="F5F7F9"/>
            <w:tcMar>
              <w:top w:w="70" w:type="dxa"/>
              <w:left w:w="95" w:type="dxa"/>
              <w:bottom w:w="70" w:type="dxa"/>
              <w:right w:w="95" w:type="dxa"/>
            </w:tcMar>
            <w:vAlign w:val="center"/>
          </w:tcPr>
          <w:p w14:paraId="3E540A85" w14:textId="77777777" w:rsidR="00423D2F" w:rsidRPr="00717886" w:rsidRDefault="0047346F">
            <w:pPr>
              <w:spacing w:after="0"/>
              <w:rPr>
                <w:rFonts w:cs="Times New Roman"/>
              </w:rPr>
            </w:pPr>
            <w:r w:rsidRPr="00717886">
              <w:rPr>
                <w:rFonts w:cs="Times New Roman"/>
                <w:sz w:val="18"/>
              </w:rPr>
              <w:t>Analysis variable dictionary and legacy-label mapping</w:t>
            </w:r>
          </w:p>
        </w:tc>
      </w:tr>
      <w:tr w:rsidR="002E7DCF" w:rsidRPr="00717886" w14:paraId="1245FAF5" w14:textId="77777777">
        <w:trPr>
          <w:cantSplit/>
          <w:jc w:val="center"/>
        </w:trPr>
        <w:tc>
          <w:tcPr>
            <w:tcW w:w="1512" w:type="dxa"/>
            <w:tcMar>
              <w:top w:w="70" w:type="dxa"/>
              <w:left w:w="95" w:type="dxa"/>
              <w:bottom w:w="70" w:type="dxa"/>
              <w:right w:w="95" w:type="dxa"/>
            </w:tcMar>
            <w:vAlign w:val="center"/>
          </w:tcPr>
          <w:p w14:paraId="45BB8A2F" w14:textId="77777777" w:rsidR="00423D2F" w:rsidRPr="00717886" w:rsidRDefault="0047346F">
            <w:pPr>
              <w:spacing w:after="0"/>
              <w:rPr>
                <w:rFonts w:cs="Times New Roman"/>
              </w:rPr>
            </w:pPr>
            <w:r w:rsidRPr="00717886">
              <w:rPr>
                <w:rFonts w:cs="Times New Roman"/>
                <w:sz w:val="18"/>
              </w:rPr>
              <w:t>Table S5</w:t>
            </w:r>
          </w:p>
        </w:tc>
        <w:tc>
          <w:tcPr>
            <w:tcW w:w="8208" w:type="dxa"/>
            <w:tcMar>
              <w:top w:w="70" w:type="dxa"/>
              <w:left w:w="95" w:type="dxa"/>
              <w:bottom w:w="70" w:type="dxa"/>
              <w:right w:w="95" w:type="dxa"/>
            </w:tcMar>
            <w:vAlign w:val="center"/>
          </w:tcPr>
          <w:p w14:paraId="46B11380" w14:textId="77777777" w:rsidR="00423D2F" w:rsidRPr="00717886" w:rsidRDefault="0047346F">
            <w:pPr>
              <w:spacing w:after="0"/>
              <w:rPr>
                <w:rFonts w:cs="Times New Roman"/>
              </w:rPr>
            </w:pPr>
            <w:r w:rsidRPr="00717886">
              <w:rPr>
                <w:rFonts w:cs="Times New Roman"/>
                <w:sz w:val="18"/>
              </w:rPr>
              <w:t>Expanded protocol-deviation and claim-alignment register</w:t>
            </w:r>
          </w:p>
        </w:tc>
      </w:tr>
      <w:tr w:rsidR="002E7DCF" w:rsidRPr="00717886" w14:paraId="2C706FBB" w14:textId="77777777">
        <w:trPr>
          <w:cantSplit/>
          <w:jc w:val="center"/>
        </w:trPr>
        <w:tc>
          <w:tcPr>
            <w:tcW w:w="1512" w:type="dxa"/>
            <w:shd w:val="clear" w:color="auto" w:fill="F5F7F9"/>
            <w:tcMar>
              <w:top w:w="70" w:type="dxa"/>
              <w:left w:w="95" w:type="dxa"/>
              <w:bottom w:w="70" w:type="dxa"/>
              <w:right w:w="95" w:type="dxa"/>
            </w:tcMar>
            <w:vAlign w:val="center"/>
          </w:tcPr>
          <w:p w14:paraId="21B93A3C" w14:textId="77777777" w:rsidR="00423D2F" w:rsidRPr="00717886" w:rsidRDefault="0047346F">
            <w:pPr>
              <w:spacing w:after="0"/>
              <w:rPr>
                <w:rFonts w:cs="Times New Roman"/>
              </w:rPr>
            </w:pPr>
            <w:r w:rsidRPr="00717886">
              <w:rPr>
                <w:rFonts w:cs="Times New Roman"/>
                <w:sz w:val="18"/>
              </w:rPr>
              <w:t>Table S6</w:t>
            </w:r>
          </w:p>
        </w:tc>
        <w:tc>
          <w:tcPr>
            <w:tcW w:w="8208" w:type="dxa"/>
            <w:shd w:val="clear" w:color="auto" w:fill="F5F7F9"/>
            <w:tcMar>
              <w:top w:w="70" w:type="dxa"/>
              <w:left w:w="95" w:type="dxa"/>
              <w:bottom w:w="70" w:type="dxa"/>
              <w:right w:w="95" w:type="dxa"/>
            </w:tcMar>
            <w:vAlign w:val="center"/>
          </w:tcPr>
          <w:p w14:paraId="59FBD03C" w14:textId="77777777" w:rsidR="00423D2F" w:rsidRPr="00717886" w:rsidRDefault="0047346F">
            <w:pPr>
              <w:spacing w:after="0"/>
              <w:rPr>
                <w:rFonts w:cs="Times New Roman"/>
              </w:rPr>
            </w:pPr>
            <w:r w:rsidRPr="00717886">
              <w:rPr>
                <w:rFonts w:cs="Times New Roman"/>
                <w:sz w:val="18"/>
              </w:rPr>
              <w:t>Annual strict eligible-panel descriptive trends</w:t>
            </w:r>
          </w:p>
        </w:tc>
      </w:tr>
      <w:tr w:rsidR="002E7DCF" w:rsidRPr="00717886" w14:paraId="78E16FC1" w14:textId="77777777">
        <w:trPr>
          <w:cantSplit/>
          <w:jc w:val="center"/>
        </w:trPr>
        <w:tc>
          <w:tcPr>
            <w:tcW w:w="1512" w:type="dxa"/>
            <w:tcMar>
              <w:top w:w="70" w:type="dxa"/>
              <w:left w:w="95" w:type="dxa"/>
              <w:bottom w:w="70" w:type="dxa"/>
              <w:right w:w="95" w:type="dxa"/>
            </w:tcMar>
            <w:vAlign w:val="center"/>
          </w:tcPr>
          <w:p w14:paraId="707B1BEB" w14:textId="77777777" w:rsidR="00423D2F" w:rsidRPr="00717886" w:rsidRDefault="0047346F">
            <w:pPr>
              <w:spacing w:after="0"/>
              <w:rPr>
                <w:rFonts w:cs="Times New Roman"/>
              </w:rPr>
            </w:pPr>
            <w:r w:rsidRPr="00717886">
              <w:rPr>
                <w:rFonts w:cs="Times New Roman"/>
                <w:sz w:val="18"/>
              </w:rPr>
              <w:t>Table S7</w:t>
            </w:r>
          </w:p>
        </w:tc>
        <w:tc>
          <w:tcPr>
            <w:tcW w:w="8208" w:type="dxa"/>
            <w:tcMar>
              <w:top w:w="70" w:type="dxa"/>
              <w:left w:w="95" w:type="dxa"/>
              <w:bottom w:w="70" w:type="dxa"/>
              <w:right w:w="95" w:type="dxa"/>
            </w:tcMar>
            <w:vAlign w:val="center"/>
          </w:tcPr>
          <w:p w14:paraId="3DEAEF0C" w14:textId="77777777" w:rsidR="00423D2F" w:rsidRPr="00717886" w:rsidRDefault="0047346F">
            <w:pPr>
              <w:spacing w:after="0"/>
              <w:rPr>
                <w:rFonts w:cs="Times New Roman"/>
              </w:rPr>
            </w:pPr>
            <w:r w:rsidRPr="00717886">
              <w:rPr>
                <w:rFonts w:cs="Times New Roman"/>
                <w:sz w:val="18"/>
              </w:rPr>
              <w:t>Primary, exploratory, and robustness results</w:t>
            </w:r>
          </w:p>
        </w:tc>
      </w:tr>
      <w:tr w:rsidR="002E7DCF" w:rsidRPr="00717886" w14:paraId="02BDF820" w14:textId="77777777">
        <w:trPr>
          <w:cantSplit/>
          <w:jc w:val="center"/>
        </w:trPr>
        <w:tc>
          <w:tcPr>
            <w:tcW w:w="1512" w:type="dxa"/>
            <w:shd w:val="clear" w:color="auto" w:fill="F5F7F9"/>
            <w:tcMar>
              <w:top w:w="70" w:type="dxa"/>
              <w:left w:w="95" w:type="dxa"/>
              <w:bottom w:w="70" w:type="dxa"/>
              <w:right w:w="95" w:type="dxa"/>
            </w:tcMar>
            <w:vAlign w:val="center"/>
          </w:tcPr>
          <w:p w14:paraId="7B893B7E" w14:textId="77777777" w:rsidR="00423D2F" w:rsidRPr="00717886" w:rsidRDefault="0047346F">
            <w:pPr>
              <w:spacing w:after="0"/>
              <w:rPr>
                <w:rFonts w:cs="Times New Roman"/>
              </w:rPr>
            </w:pPr>
            <w:r w:rsidRPr="00717886">
              <w:rPr>
                <w:rFonts w:cs="Times New Roman"/>
                <w:sz w:val="18"/>
              </w:rPr>
              <w:t>Table S8</w:t>
            </w:r>
          </w:p>
        </w:tc>
        <w:tc>
          <w:tcPr>
            <w:tcW w:w="8208" w:type="dxa"/>
            <w:shd w:val="clear" w:color="auto" w:fill="F5F7F9"/>
            <w:tcMar>
              <w:top w:w="70" w:type="dxa"/>
              <w:left w:w="95" w:type="dxa"/>
              <w:bottom w:w="70" w:type="dxa"/>
              <w:right w:w="95" w:type="dxa"/>
            </w:tcMar>
            <w:vAlign w:val="center"/>
          </w:tcPr>
          <w:p w14:paraId="5ABC3EB1" w14:textId="77777777" w:rsidR="00423D2F" w:rsidRPr="00717886" w:rsidRDefault="0047346F">
            <w:pPr>
              <w:spacing w:after="0"/>
              <w:rPr>
                <w:rFonts w:cs="Times New Roman"/>
              </w:rPr>
            </w:pPr>
            <w:r w:rsidRPr="00717886">
              <w:rPr>
                <w:rFonts w:cs="Times New Roman"/>
                <w:sz w:val="18"/>
              </w:rPr>
              <w:t>Classification-validation status</w:t>
            </w:r>
          </w:p>
        </w:tc>
      </w:tr>
      <w:tr w:rsidR="002E7DCF" w:rsidRPr="00717886" w14:paraId="36E621F9" w14:textId="77777777">
        <w:trPr>
          <w:cantSplit/>
          <w:jc w:val="center"/>
        </w:trPr>
        <w:tc>
          <w:tcPr>
            <w:tcW w:w="1512" w:type="dxa"/>
            <w:tcMar>
              <w:top w:w="70" w:type="dxa"/>
              <w:left w:w="95" w:type="dxa"/>
              <w:bottom w:w="70" w:type="dxa"/>
              <w:right w:w="95" w:type="dxa"/>
            </w:tcMar>
            <w:vAlign w:val="center"/>
          </w:tcPr>
          <w:p w14:paraId="4CE4A5B6" w14:textId="77777777" w:rsidR="00423D2F" w:rsidRPr="00717886" w:rsidRDefault="0047346F">
            <w:pPr>
              <w:spacing w:after="0"/>
              <w:rPr>
                <w:rFonts w:cs="Times New Roman"/>
              </w:rPr>
            </w:pPr>
            <w:r w:rsidRPr="00717886">
              <w:rPr>
                <w:rFonts w:cs="Times New Roman"/>
                <w:sz w:val="18"/>
              </w:rPr>
              <w:t>Table S9</w:t>
            </w:r>
          </w:p>
        </w:tc>
        <w:tc>
          <w:tcPr>
            <w:tcW w:w="8208" w:type="dxa"/>
            <w:tcMar>
              <w:top w:w="70" w:type="dxa"/>
              <w:left w:w="95" w:type="dxa"/>
              <w:bottom w:w="70" w:type="dxa"/>
              <w:right w:w="95" w:type="dxa"/>
            </w:tcMar>
            <w:vAlign w:val="center"/>
          </w:tcPr>
          <w:p w14:paraId="7AB618E6" w14:textId="77777777" w:rsidR="00423D2F" w:rsidRPr="00717886" w:rsidRDefault="0047346F">
            <w:pPr>
              <w:spacing w:after="0"/>
              <w:rPr>
                <w:rFonts w:cs="Times New Roman"/>
              </w:rPr>
            </w:pPr>
            <w:r w:rsidRPr="00717886">
              <w:rPr>
                <w:rFonts w:cs="Times New Roman"/>
                <w:sz w:val="18"/>
              </w:rPr>
              <w:t>Data-quality, availability, and reconciliation checks</w:t>
            </w:r>
          </w:p>
        </w:tc>
      </w:tr>
      <w:tr w:rsidR="002E7DCF" w:rsidRPr="00717886" w14:paraId="424E7EF9" w14:textId="77777777">
        <w:trPr>
          <w:cantSplit/>
          <w:jc w:val="center"/>
        </w:trPr>
        <w:tc>
          <w:tcPr>
            <w:tcW w:w="1512" w:type="dxa"/>
            <w:shd w:val="clear" w:color="auto" w:fill="F5F7F9"/>
            <w:tcMar>
              <w:top w:w="70" w:type="dxa"/>
              <w:left w:w="95" w:type="dxa"/>
              <w:bottom w:w="70" w:type="dxa"/>
              <w:right w:w="95" w:type="dxa"/>
            </w:tcMar>
            <w:vAlign w:val="center"/>
          </w:tcPr>
          <w:p w14:paraId="35B20F05" w14:textId="77777777" w:rsidR="00423D2F" w:rsidRPr="00717886" w:rsidRDefault="0047346F">
            <w:pPr>
              <w:spacing w:after="0"/>
              <w:rPr>
                <w:rFonts w:cs="Times New Roman"/>
              </w:rPr>
            </w:pPr>
            <w:r w:rsidRPr="00717886">
              <w:rPr>
                <w:rFonts w:cs="Times New Roman"/>
                <w:sz w:val="18"/>
              </w:rPr>
              <w:t>Final note</w:t>
            </w:r>
          </w:p>
        </w:tc>
        <w:tc>
          <w:tcPr>
            <w:tcW w:w="8208" w:type="dxa"/>
            <w:shd w:val="clear" w:color="auto" w:fill="F5F7F9"/>
            <w:tcMar>
              <w:top w:w="70" w:type="dxa"/>
              <w:left w:w="95" w:type="dxa"/>
              <w:bottom w:w="70" w:type="dxa"/>
              <w:right w:w="95" w:type="dxa"/>
            </w:tcMar>
            <w:vAlign w:val="center"/>
          </w:tcPr>
          <w:p w14:paraId="0AF70A30" w14:textId="77777777" w:rsidR="00423D2F" w:rsidRPr="00717886" w:rsidRDefault="0047346F">
            <w:pPr>
              <w:spacing w:after="0"/>
              <w:rPr>
                <w:rFonts w:cs="Times New Roman"/>
              </w:rPr>
            </w:pPr>
            <w:r w:rsidRPr="00717886">
              <w:rPr>
                <w:rFonts w:cs="Times New Roman"/>
                <w:sz w:val="18"/>
              </w:rPr>
              <w:t>Reproducibility and manuscript-alignment note</w:t>
            </w:r>
          </w:p>
        </w:tc>
      </w:tr>
    </w:tbl>
    <w:p w14:paraId="5869DE63" w14:textId="77777777" w:rsidR="002E7DCF" w:rsidRPr="00717886" w:rsidRDefault="002E7DCF">
      <w:pPr>
        <w:spacing w:after="0"/>
        <w:rPr>
          <w:rFonts w:cs="Times New Roman"/>
        </w:rPr>
      </w:pPr>
    </w:p>
    <w:p w14:paraId="70856430" w14:textId="77777777" w:rsidR="002E7DCF" w:rsidRPr="00717886" w:rsidRDefault="00A11917">
      <w:pPr>
        <w:pStyle w:val="Heading1"/>
        <w:rPr>
          <w:rFonts w:ascii="Times New Roman" w:hAnsi="Times New Roman" w:cs="Times New Roman"/>
        </w:rPr>
      </w:pPr>
      <w:r w:rsidRPr="00717886">
        <w:rPr>
          <w:rFonts w:ascii="Times New Roman" w:hAnsi="Times New Roman" w:cs="Times New Roman"/>
          <w:b w:val="0"/>
        </w:rPr>
        <w:t>Table S1. Reproducibility Package Inventory and Scope</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232"/>
        <w:gridCol w:w="4680"/>
        <w:gridCol w:w="2808"/>
      </w:tblGrid>
      <w:tr w:rsidR="002E7DCF" w:rsidRPr="00717886" w14:paraId="68A39881" w14:textId="77777777">
        <w:trPr>
          <w:cantSplit/>
          <w:tblHeader/>
          <w:jc w:val="center"/>
        </w:trPr>
        <w:tc>
          <w:tcPr>
            <w:tcW w:w="2232" w:type="dxa"/>
            <w:shd w:val="clear" w:color="auto" w:fill="D9EAF7"/>
            <w:tcMar>
              <w:top w:w="70" w:type="dxa"/>
              <w:left w:w="95" w:type="dxa"/>
              <w:bottom w:w="70" w:type="dxa"/>
              <w:right w:w="95" w:type="dxa"/>
            </w:tcMar>
            <w:vAlign w:val="center"/>
          </w:tcPr>
          <w:p w14:paraId="486178AD" w14:textId="77777777" w:rsidR="00423D2F" w:rsidRPr="00717886" w:rsidRDefault="0047346F">
            <w:pPr>
              <w:spacing w:after="0"/>
              <w:rPr>
                <w:rFonts w:cs="Times New Roman"/>
              </w:rPr>
            </w:pPr>
            <w:r w:rsidRPr="00717886">
              <w:rPr>
                <w:rFonts w:cs="Times New Roman"/>
                <w:b/>
                <w:sz w:val="15"/>
              </w:rPr>
              <w:t>Component</w:t>
            </w:r>
          </w:p>
        </w:tc>
        <w:tc>
          <w:tcPr>
            <w:tcW w:w="4680" w:type="dxa"/>
            <w:shd w:val="clear" w:color="auto" w:fill="D9EAF7"/>
            <w:tcMar>
              <w:top w:w="70" w:type="dxa"/>
              <w:left w:w="95" w:type="dxa"/>
              <w:bottom w:w="70" w:type="dxa"/>
              <w:right w:w="95" w:type="dxa"/>
            </w:tcMar>
            <w:vAlign w:val="center"/>
          </w:tcPr>
          <w:p w14:paraId="5E5F6CC6" w14:textId="77777777" w:rsidR="00423D2F" w:rsidRPr="00717886" w:rsidRDefault="0047346F">
            <w:pPr>
              <w:spacing w:after="0"/>
              <w:rPr>
                <w:rFonts w:cs="Times New Roman"/>
              </w:rPr>
            </w:pPr>
            <w:r w:rsidRPr="00717886">
              <w:rPr>
                <w:rFonts w:cs="Times New Roman"/>
                <w:b/>
                <w:sz w:val="15"/>
              </w:rPr>
              <w:t>Archived contents</w:t>
            </w:r>
          </w:p>
        </w:tc>
        <w:tc>
          <w:tcPr>
            <w:tcW w:w="2808" w:type="dxa"/>
            <w:shd w:val="clear" w:color="auto" w:fill="D9EAF7"/>
            <w:tcMar>
              <w:top w:w="70" w:type="dxa"/>
              <w:left w:w="95" w:type="dxa"/>
              <w:bottom w:w="70" w:type="dxa"/>
              <w:right w:w="95" w:type="dxa"/>
            </w:tcMar>
            <w:vAlign w:val="center"/>
          </w:tcPr>
          <w:p w14:paraId="0DDCBF4D" w14:textId="77777777" w:rsidR="00423D2F" w:rsidRPr="00717886" w:rsidRDefault="0047346F">
            <w:pPr>
              <w:spacing w:after="0"/>
              <w:rPr>
                <w:rFonts w:cs="Times New Roman"/>
              </w:rPr>
            </w:pPr>
            <w:r w:rsidRPr="00717886">
              <w:rPr>
                <w:rFonts w:cs="Times New Roman"/>
                <w:b/>
                <w:sz w:val="15"/>
              </w:rPr>
              <w:t>Status and permissible use</w:t>
            </w:r>
          </w:p>
        </w:tc>
      </w:tr>
      <w:tr w:rsidR="002E7DCF" w:rsidRPr="00717886" w14:paraId="34BF6479" w14:textId="77777777">
        <w:trPr>
          <w:cantSplit/>
          <w:jc w:val="center"/>
        </w:trPr>
        <w:tc>
          <w:tcPr>
            <w:tcW w:w="2232" w:type="dxa"/>
            <w:tcMar>
              <w:top w:w="70" w:type="dxa"/>
              <w:left w:w="95" w:type="dxa"/>
              <w:bottom w:w="70" w:type="dxa"/>
              <w:right w:w="95" w:type="dxa"/>
            </w:tcMar>
            <w:vAlign w:val="center"/>
          </w:tcPr>
          <w:p w14:paraId="671E7B28" w14:textId="77777777" w:rsidR="00423D2F" w:rsidRPr="00717886" w:rsidRDefault="0047346F">
            <w:pPr>
              <w:spacing w:after="0"/>
              <w:rPr>
                <w:rFonts w:cs="Times New Roman"/>
              </w:rPr>
            </w:pPr>
            <w:r w:rsidRPr="00717886">
              <w:rPr>
                <w:rFonts w:cs="Times New Roman"/>
                <w:sz w:val="15"/>
              </w:rPr>
              <w:t>Archive manifest and checksums</w:t>
            </w:r>
          </w:p>
        </w:tc>
        <w:tc>
          <w:tcPr>
            <w:tcW w:w="4680" w:type="dxa"/>
            <w:tcMar>
              <w:top w:w="70" w:type="dxa"/>
              <w:left w:w="95" w:type="dxa"/>
              <w:bottom w:w="70" w:type="dxa"/>
              <w:right w:w="95" w:type="dxa"/>
            </w:tcMar>
            <w:vAlign w:val="center"/>
          </w:tcPr>
          <w:p w14:paraId="176795C2" w14:textId="77777777" w:rsidR="00423D2F" w:rsidRPr="00717886" w:rsidRDefault="0047346F">
            <w:pPr>
              <w:spacing w:after="0"/>
              <w:rPr>
                <w:rFonts w:cs="Times New Roman"/>
              </w:rPr>
            </w:pPr>
            <w:r w:rsidRPr="00717886">
              <w:rPr>
                <w:rFonts w:cs="Times New Roman"/>
                <w:sz w:val="15"/>
              </w:rPr>
              <w:t>README.txt and SHA256SUMS.txt</w:t>
            </w:r>
          </w:p>
        </w:tc>
        <w:tc>
          <w:tcPr>
            <w:tcW w:w="2808" w:type="dxa"/>
            <w:tcMar>
              <w:top w:w="70" w:type="dxa"/>
              <w:left w:w="95" w:type="dxa"/>
              <w:bottom w:w="70" w:type="dxa"/>
              <w:right w:w="95" w:type="dxa"/>
            </w:tcMar>
            <w:vAlign w:val="center"/>
          </w:tcPr>
          <w:p w14:paraId="7BE9005A" w14:textId="77777777" w:rsidR="00423D2F" w:rsidRPr="00717886" w:rsidRDefault="0047346F">
            <w:pPr>
              <w:spacing w:after="0"/>
              <w:rPr>
                <w:rFonts w:cs="Times New Roman"/>
              </w:rPr>
            </w:pPr>
            <w:r w:rsidRPr="00717886">
              <w:rPr>
                <w:rFonts w:cs="Times New Roman"/>
                <w:sz w:val="15"/>
              </w:rPr>
              <w:t>Complete for the current submission archive</w:t>
            </w:r>
          </w:p>
        </w:tc>
      </w:tr>
      <w:tr w:rsidR="002E7DCF" w:rsidRPr="00717886" w14:paraId="6E23DE61" w14:textId="77777777">
        <w:trPr>
          <w:cantSplit/>
          <w:jc w:val="center"/>
        </w:trPr>
        <w:tc>
          <w:tcPr>
            <w:tcW w:w="2232" w:type="dxa"/>
            <w:shd w:val="clear" w:color="auto" w:fill="F5F7F9"/>
            <w:tcMar>
              <w:top w:w="70" w:type="dxa"/>
              <w:left w:w="95" w:type="dxa"/>
              <w:bottom w:w="70" w:type="dxa"/>
              <w:right w:w="95" w:type="dxa"/>
            </w:tcMar>
            <w:vAlign w:val="center"/>
          </w:tcPr>
          <w:p w14:paraId="2D7E3F77" w14:textId="77777777" w:rsidR="00423D2F" w:rsidRPr="00717886" w:rsidRDefault="0047346F">
            <w:pPr>
              <w:spacing w:after="0"/>
              <w:rPr>
                <w:rFonts w:cs="Times New Roman"/>
              </w:rPr>
            </w:pPr>
            <w:r w:rsidRPr="00717886">
              <w:rPr>
                <w:rFonts w:cs="Times New Roman"/>
                <w:sz w:val="15"/>
              </w:rPr>
              <w:t>Institution-year panels</w:t>
            </w:r>
          </w:p>
        </w:tc>
        <w:tc>
          <w:tcPr>
            <w:tcW w:w="4680" w:type="dxa"/>
            <w:shd w:val="clear" w:color="auto" w:fill="F5F7F9"/>
            <w:tcMar>
              <w:top w:w="70" w:type="dxa"/>
              <w:left w:w="95" w:type="dxa"/>
              <w:bottom w:w="70" w:type="dxa"/>
              <w:right w:w="95" w:type="dxa"/>
            </w:tcMar>
            <w:vAlign w:val="center"/>
          </w:tcPr>
          <w:p w14:paraId="5F5572F9" w14:textId="77777777" w:rsidR="00423D2F" w:rsidRPr="00717886" w:rsidRDefault="0047346F">
            <w:pPr>
              <w:spacing w:after="0"/>
              <w:rPr>
                <w:rFonts w:cs="Times New Roman"/>
              </w:rPr>
            </w:pPr>
            <w:r w:rsidRPr="00717886">
              <w:rPr>
                <w:rFonts w:cs="Times New Roman"/>
                <w:sz w:val="15"/>
              </w:rPr>
              <w:t>Corrected strict and broad 440-row institution-year panels</w:t>
            </w:r>
          </w:p>
        </w:tc>
        <w:tc>
          <w:tcPr>
            <w:tcW w:w="2808" w:type="dxa"/>
            <w:shd w:val="clear" w:color="auto" w:fill="F5F7F9"/>
            <w:tcMar>
              <w:top w:w="70" w:type="dxa"/>
              <w:left w:w="95" w:type="dxa"/>
              <w:bottom w:w="70" w:type="dxa"/>
              <w:right w:w="95" w:type="dxa"/>
            </w:tcMar>
            <w:vAlign w:val="center"/>
          </w:tcPr>
          <w:p w14:paraId="6C28A3E1" w14:textId="77777777" w:rsidR="00423D2F" w:rsidRPr="00717886" w:rsidRDefault="0047346F">
            <w:pPr>
              <w:spacing w:after="0"/>
              <w:rPr>
                <w:rFonts w:cs="Times New Roman"/>
              </w:rPr>
            </w:pPr>
            <w:r w:rsidRPr="00717886">
              <w:rPr>
                <w:rFonts w:cs="Times New Roman"/>
                <w:sz w:val="15"/>
              </w:rPr>
              <w:t>Complete; corrected source panels for construct assembly</w:t>
            </w:r>
          </w:p>
        </w:tc>
      </w:tr>
      <w:tr w:rsidR="002E7DCF" w:rsidRPr="00717886" w14:paraId="2B755612" w14:textId="77777777">
        <w:trPr>
          <w:cantSplit/>
          <w:jc w:val="center"/>
        </w:trPr>
        <w:tc>
          <w:tcPr>
            <w:tcW w:w="2232" w:type="dxa"/>
            <w:tcMar>
              <w:top w:w="70" w:type="dxa"/>
              <w:left w:w="95" w:type="dxa"/>
              <w:bottom w:w="70" w:type="dxa"/>
              <w:right w:w="95" w:type="dxa"/>
            </w:tcMar>
            <w:vAlign w:val="center"/>
          </w:tcPr>
          <w:p w14:paraId="711721F3" w14:textId="77777777" w:rsidR="00423D2F" w:rsidRPr="00717886" w:rsidRDefault="0047346F">
            <w:pPr>
              <w:spacing w:after="0"/>
              <w:rPr>
                <w:rFonts w:cs="Times New Roman"/>
              </w:rPr>
            </w:pPr>
            <w:r w:rsidRPr="00717886">
              <w:rPr>
                <w:rFonts w:cs="Times New Roman"/>
                <w:sz w:val="15"/>
              </w:rPr>
              <w:t>Construct panels</w:t>
            </w:r>
          </w:p>
        </w:tc>
        <w:tc>
          <w:tcPr>
            <w:tcW w:w="4680" w:type="dxa"/>
            <w:tcMar>
              <w:top w:w="70" w:type="dxa"/>
              <w:left w:w="95" w:type="dxa"/>
              <w:bottom w:w="70" w:type="dxa"/>
              <w:right w:w="95" w:type="dxa"/>
            </w:tcMar>
            <w:vAlign w:val="center"/>
          </w:tcPr>
          <w:p w14:paraId="1F7E6B14" w14:textId="77777777" w:rsidR="00423D2F" w:rsidRPr="00717886" w:rsidRDefault="0047346F">
            <w:pPr>
              <w:spacing w:after="0"/>
              <w:rPr>
                <w:rFonts w:cs="Times New Roman"/>
              </w:rPr>
            </w:pPr>
            <w:r w:rsidRPr="00717886">
              <w:rPr>
                <w:rFonts w:cs="Times New Roman"/>
                <w:sz w:val="15"/>
              </w:rPr>
              <w:t>Strict and broad 440-row component, RORC, EKII, CSLI, and control files</w:t>
            </w:r>
          </w:p>
        </w:tc>
        <w:tc>
          <w:tcPr>
            <w:tcW w:w="2808" w:type="dxa"/>
            <w:tcMar>
              <w:top w:w="70" w:type="dxa"/>
              <w:left w:w="95" w:type="dxa"/>
              <w:bottom w:w="70" w:type="dxa"/>
              <w:right w:w="95" w:type="dxa"/>
            </w:tcMar>
            <w:vAlign w:val="center"/>
          </w:tcPr>
          <w:p w14:paraId="4FDEA539" w14:textId="77777777" w:rsidR="00423D2F" w:rsidRPr="00717886" w:rsidRDefault="0047346F">
            <w:pPr>
              <w:spacing w:after="0"/>
              <w:rPr>
                <w:rFonts w:cs="Times New Roman"/>
              </w:rPr>
            </w:pPr>
            <w:r w:rsidRPr="00717886">
              <w:rPr>
                <w:rFonts w:cs="Times New Roman"/>
                <w:sz w:val="15"/>
              </w:rPr>
              <w:t>Complete subject to documented construction missingness</w:t>
            </w:r>
          </w:p>
        </w:tc>
      </w:tr>
      <w:tr w:rsidR="002E7DCF" w:rsidRPr="00717886" w14:paraId="16705D95" w14:textId="77777777">
        <w:trPr>
          <w:cantSplit/>
          <w:jc w:val="center"/>
        </w:trPr>
        <w:tc>
          <w:tcPr>
            <w:tcW w:w="2232" w:type="dxa"/>
            <w:shd w:val="clear" w:color="auto" w:fill="F5F7F9"/>
            <w:tcMar>
              <w:top w:w="70" w:type="dxa"/>
              <w:left w:w="95" w:type="dxa"/>
              <w:bottom w:w="70" w:type="dxa"/>
              <w:right w:w="95" w:type="dxa"/>
            </w:tcMar>
            <w:vAlign w:val="center"/>
          </w:tcPr>
          <w:p w14:paraId="4F73CCA0" w14:textId="77777777" w:rsidR="00423D2F" w:rsidRPr="00717886" w:rsidRDefault="0047346F">
            <w:pPr>
              <w:spacing w:after="0"/>
              <w:rPr>
                <w:rFonts w:cs="Times New Roman"/>
              </w:rPr>
            </w:pPr>
            <w:r w:rsidRPr="00717886">
              <w:rPr>
                <w:rFonts w:cs="Times New Roman"/>
                <w:sz w:val="15"/>
              </w:rPr>
              <w:t>National R&amp;D control</w:t>
            </w:r>
          </w:p>
        </w:tc>
        <w:tc>
          <w:tcPr>
            <w:tcW w:w="4680" w:type="dxa"/>
            <w:shd w:val="clear" w:color="auto" w:fill="F5F7F9"/>
            <w:tcMar>
              <w:top w:w="70" w:type="dxa"/>
              <w:left w:w="95" w:type="dxa"/>
              <w:bottom w:w="70" w:type="dxa"/>
              <w:right w:w="95" w:type="dxa"/>
            </w:tcMar>
            <w:vAlign w:val="center"/>
          </w:tcPr>
          <w:p w14:paraId="287DF908" w14:textId="77777777" w:rsidR="00423D2F" w:rsidRPr="00717886" w:rsidRDefault="0047346F">
            <w:pPr>
              <w:spacing w:after="0"/>
              <w:rPr>
                <w:rFonts w:cs="Times New Roman"/>
              </w:rPr>
            </w:pPr>
            <w:r w:rsidRPr="00717886">
              <w:rPr>
                <w:rFonts w:cs="Times New Roman"/>
                <w:sz w:val="15"/>
              </w:rPr>
              <w:t>Country-year GERD file, 2013–2025, with observed/interpolated/carry-forward/missing flags</w:t>
            </w:r>
          </w:p>
        </w:tc>
        <w:tc>
          <w:tcPr>
            <w:tcW w:w="2808" w:type="dxa"/>
            <w:shd w:val="clear" w:color="auto" w:fill="F5F7F9"/>
            <w:tcMar>
              <w:top w:w="70" w:type="dxa"/>
              <w:left w:w="95" w:type="dxa"/>
              <w:bottom w:w="70" w:type="dxa"/>
              <w:right w:w="95" w:type="dxa"/>
            </w:tcMar>
            <w:vAlign w:val="center"/>
          </w:tcPr>
          <w:p w14:paraId="03C778C2" w14:textId="77777777" w:rsidR="00423D2F" w:rsidRPr="00717886" w:rsidRDefault="0047346F">
            <w:pPr>
              <w:spacing w:after="0"/>
              <w:rPr>
                <w:rFonts w:cs="Times New Roman"/>
              </w:rPr>
            </w:pPr>
            <w:r w:rsidRPr="00717886">
              <w:rPr>
                <w:rFonts w:cs="Times New Roman"/>
                <w:sz w:val="15"/>
              </w:rPr>
              <w:t>Complete for reported model controls</w:t>
            </w:r>
          </w:p>
        </w:tc>
      </w:tr>
      <w:tr w:rsidR="002E7DCF" w:rsidRPr="00717886" w14:paraId="1F39FA0F" w14:textId="77777777">
        <w:trPr>
          <w:cantSplit/>
          <w:jc w:val="center"/>
        </w:trPr>
        <w:tc>
          <w:tcPr>
            <w:tcW w:w="2232" w:type="dxa"/>
            <w:tcMar>
              <w:top w:w="70" w:type="dxa"/>
              <w:left w:w="95" w:type="dxa"/>
              <w:bottom w:w="70" w:type="dxa"/>
              <w:right w:w="95" w:type="dxa"/>
            </w:tcMar>
            <w:vAlign w:val="center"/>
          </w:tcPr>
          <w:p w14:paraId="6FC2CBF5" w14:textId="77777777" w:rsidR="00423D2F" w:rsidRPr="00717886" w:rsidRDefault="0047346F">
            <w:pPr>
              <w:spacing w:after="0"/>
              <w:rPr>
                <w:rFonts w:cs="Times New Roman"/>
              </w:rPr>
            </w:pPr>
            <w:r w:rsidRPr="00717886">
              <w:rPr>
                <w:rFonts w:cs="Times New Roman"/>
                <w:sz w:val="15"/>
              </w:rPr>
              <w:t>Aligned analytical samples</w:t>
            </w:r>
          </w:p>
        </w:tc>
        <w:tc>
          <w:tcPr>
            <w:tcW w:w="4680" w:type="dxa"/>
            <w:tcMar>
              <w:top w:w="70" w:type="dxa"/>
              <w:left w:w="95" w:type="dxa"/>
              <w:bottom w:w="70" w:type="dxa"/>
              <w:right w:w="95" w:type="dxa"/>
            </w:tcMar>
            <w:vAlign w:val="center"/>
          </w:tcPr>
          <w:p w14:paraId="1F176400" w14:textId="77777777" w:rsidR="00423D2F" w:rsidRPr="00717886" w:rsidRDefault="0047346F">
            <w:pPr>
              <w:spacing w:after="0"/>
              <w:rPr>
                <w:rFonts w:cs="Times New Roman"/>
              </w:rPr>
            </w:pPr>
            <w:r w:rsidRPr="00717886">
              <w:rPr>
                <w:rFonts w:cs="Times New Roman"/>
                <w:sz w:val="15"/>
              </w:rPr>
              <w:t>Primary and sequential strict/broad complete-case samples</w:t>
            </w:r>
          </w:p>
        </w:tc>
        <w:tc>
          <w:tcPr>
            <w:tcW w:w="2808" w:type="dxa"/>
            <w:tcMar>
              <w:top w:w="70" w:type="dxa"/>
              <w:left w:w="95" w:type="dxa"/>
              <w:bottom w:w="70" w:type="dxa"/>
              <w:right w:w="95" w:type="dxa"/>
            </w:tcMar>
            <w:vAlign w:val="center"/>
          </w:tcPr>
          <w:p w14:paraId="5F64205A" w14:textId="77777777" w:rsidR="00423D2F" w:rsidRPr="00717886" w:rsidRDefault="0047346F">
            <w:pPr>
              <w:spacing w:after="0"/>
              <w:rPr>
                <w:rFonts w:cs="Times New Roman"/>
              </w:rPr>
            </w:pPr>
            <w:r w:rsidRPr="00717886">
              <w:rPr>
                <w:rFonts w:cs="Times New Roman"/>
                <w:sz w:val="15"/>
              </w:rPr>
              <w:t>Complete for reported longitudinal models</w:t>
            </w:r>
          </w:p>
        </w:tc>
      </w:tr>
      <w:tr w:rsidR="002E7DCF" w:rsidRPr="00717886" w14:paraId="15FF3DE4" w14:textId="77777777">
        <w:trPr>
          <w:cantSplit/>
          <w:jc w:val="center"/>
        </w:trPr>
        <w:tc>
          <w:tcPr>
            <w:tcW w:w="2232" w:type="dxa"/>
            <w:shd w:val="clear" w:color="auto" w:fill="F5F7F9"/>
            <w:tcMar>
              <w:top w:w="70" w:type="dxa"/>
              <w:left w:w="95" w:type="dxa"/>
              <w:bottom w:w="70" w:type="dxa"/>
              <w:right w:w="95" w:type="dxa"/>
            </w:tcMar>
            <w:vAlign w:val="center"/>
          </w:tcPr>
          <w:p w14:paraId="0E3AD15E" w14:textId="77777777" w:rsidR="00423D2F" w:rsidRPr="00717886" w:rsidRDefault="0047346F">
            <w:pPr>
              <w:spacing w:after="0"/>
              <w:rPr>
                <w:rFonts w:cs="Times New Roman"/>
              </w:rPr>
            </w:pPr>
            <w:r w:rsidRPr="00717886">
              <w:rPr>
                <w:rFonts w:cs="Times New Roman"/>
                <w:sz w:val="15"/>
              </w:rPr>
              <w:t>Analysis code and summary</w:t>
            </w:r>
          </w:p>
        </w:tc>
        <w:tc>
          <w:tcPr>
            <w:tcW w:w="4680" w:type="dxa"/>
            <w:shd w:val="clear" w:color="auto" w:fill="F5F7F9"/>
            <w:tcMar>
              <w:top w:w="70" w:type="dxa"/>
              <w:left w:w="95" w:type="dxa"/>
              <w:bottom w:w="70" w:type="dxa"/>
              <w:right w:w="95" w:type="dxa"/>
            </w:tcMar>
            <w:vAlign w:val="center"/>
          </w:tcPr>
          <w:p w14:paraId="017EB44E" w14:textId="77777777" w:rsidR="00423D2F" w:rsidRPr="00717886" w:rsidRDefault="0047346F">
            <w:pPr>
              <w:spacing w:after="0"/>
              <w:rPr>
                <w:rFonts w:cs="Times New Roman"/>
              </w:rPr>
            </w:pPr>
            <w:r w:rsidRPr="00717886">
              <w:rPr>
                <w:rFonts w:cs="Times New Roman"/>
                <w:sz w:val="15"/>
              </w:rPr>
              <w:t>Manuscript-aligned longitudinal-analysis script and analysis_summary.json</w:t>
            </w:r>
          </w:p>
        </w:tc>
        <w:tc>
          <w:tcPr>
            <w:tcW w:w="2808" w:type="dxa"/>
            <w:shd w:val="clear" w:color="auto" w:fill="F5F7F9"/>
            <w:tcMar>
              <w:top w:w="70" w:type="dxa"/>
              <w:left w:w="95" w:type="dxa"/>
              <w:bottom w:w="70" w:type="dxa"/>
              <w:right w:w="95" w:type="dxa"/>
            </w:tcMar>
            <w:vAlign w:val="center"/>
          </w:tcPr>
          <w:p w14:paraId="74D7CDCE" w14:textId="77777777" w:rsidR="00423D2F" w:rsidRPr="00717886" w:rsidRDefault="0047346F">
            <w:pPr>
              <w:spacing w:after="0"/>
              <w:rPr>
                <w:rFonts w:cs="Times New Roman"/>
              </w:rPr>
            </w:pPr>
            <w:r w:rsidRPr="00717886">
              <w:rPr>
                <w:rFonts w:cs="Times New Roman"/>
                <w:sz w:val="15"/>
              </w:rPr>
              <w:t>Complete for the corrected reported estimates</w:t>
            </w:r>
          </w:p>
        </w:tc>
      </w:tr>
      <w:tr w:rsidR="002E7DCF" w:rsidRPr="00717886" w14:paraId="3B1F980D" w14:textId="77777777">
        <w:trPr>
          <w:cantSplit/>
          <w:jc w:val="center"/>
        </w:trPr>
        <w:tc>
          <w:tcPr>
            <w:tcW w:w="2232" w:type="dxa"/>
            <w:tcMar>
              <w:top w:w="70" w:type="dxa"/>
              <w:left w:w="95" w:type="dxa"/>
              <w:bottom w:w="70" w:type="dxa"/>
              <w:right w:w="95" w:type="dxa"/>
            </w:tcMar>
            <w:vAlign w:val="center"/>
          </w:tcPr>
          <w:p w14:paraId="7BF621FA" w14:textId="77777777" w:rsidR="00423D2F" w:rsidRPr="00717886" w:rsidRDefault="0047346F">
            <w:pPr>
              <w:spacing w:after="0"/>
              <w:rPr>
                <w:rFonts w:cs="Times New Roman"/>
              </w:rPr>
            </w:pPr>
            <w:r w:rsidRPr="00717886">
              <w:rPr>
                <w:rFonts w:cs="Times New Roman"/>
                <w:sz w:val="15"/>
              </w:rPr>
              <w:t>Sensitivity outputs</w:t>
            </w:r>
          </w:p>
        </w:tc>
        <w:tc>
          <w:tcPr>
            <w:tcW w:w="4680" w:type="dxa"/>
            <w:tcMar>
              <w:top w:w="70" w:type="dxa"/>
              <w:left w:w="95" w:type="dxa"/>
              <w:bottom w:w="70" w:type="dxa"/>
              <w:right w:w="95" w:type="dxa"/>
            </w:tcMar>
            <w:vAlign w:val="center"/>
          </w:tcPr>
          <w:p w14:paraId="2C825EF8" w14:textId="77777777" w:rsidR="00423D2F" w:rsidRPr="00717886" w:rsidRDefault="0047346F">
            <w:pPr>
              <w:spacing w:after="0"/>
              <w:rPr>
                <w:rFonts w:cs="Times New Roman"/>
              </w:rPr>
            </w:pPr>
            <w:r w:rsidRPr="00717886">
              <w:rPr>
                <w:rFonts w:cs="Times New Roman"/>
                <w:sz w:val="15"/>
              </w:rPr>
              <w:t>Temporal-gap, leave-one-indicator-out, and leave-one-institution-out files</w:t>
            </w:r>
          </w:p>
        </w:tc>
        <w:tc>
          <w:tcPr>
            <w:tcW w:w="2808" w:type="dxa"/>
            <w:tcMar>
              <w:top w:w="70" w:type="dxa"/>
              <w:left w:w="95" w:type="dxa"/>
              <w:bottom w:w="70" w:type="dxa"/>
              <w:right w:w="95" w:type="dxa"/>
            </w:tcMar>
            <w:vAlign w:val="center"/>
          </w:tcPr>
          <w:p w14:paraId="20822058" w14:textId="77777777" w:rsidR="00423D2F" w:rsidRPr="00717886" w:rsidRDefault="0047346F">
            <w:pPr>
              <w:spacing w:after="0"/>
              <w:rPr>
                <w:rFonts w:cs="Times New Roman"/>
              </w:rPr>
            </w:pPr>
            <w:r w:rsidRPr="00717886">
              <w:rPr>
                <w:rFonts w:cs="Times New Roman"/>
                <w:sz w:val="15"/>
              </w:rPr>
              <w:t>Complete for the reported sensitivity analyses</w:t>
            </w:r>
          </w:p>
        </w:tc>
      </w:tr>
      <w:tr w:rsidR="002E7DCF" w:rsidRPr="00717886" w14:paraId="08F8D73F" w14:textId="77777777">
        <w:trPr>
          <w:cantSplit/>
          <w:jc w:val="center"/>
        </w:trPr>
        <w:tc>
          <w:tcPr>
            <w:tcW w:w="2232" w:type="dxa"/>
            <w:shd w:val="clear" w:color="auto" w:fill="F5F7F9"/>
            <w:tcMar>
              <w:top w:w="70" w:type="dxa"/>
              <w:left w:w="95" w:type="dxa"/>
              <w:bottom w:w="70" w:type="dxa"/>
              <w:right w:w="95" w:type="dxa"/>
            </w:tcMar>
            <w:vAlign w:val="center"/>
          </w:tcPr>
          <w:p w14:paraId="4618FA85" w14:textId="77777777" w:rsidR="00423D2F" w:rsidRPr="00717886" w:rsidRDefault="0047346F">
            <w:pPr>
              <w:spacing w:after="0"/>
              <w:rPr>
                <w:rFonts w:cs="Times New Roman"/>
              </w:rPr>
            </w:pPr>
            <w:r w:rsidRPr="00717886">
              <w:rPr>
                <w:rFonts w:cs="Times New Roman"/>
                <w:sz w:val="15"/>
              </w:rPr>
              <w:t>Quality-control files</w:t>
            </w:r>
          </w:p>
        </w:tc>
        <w:tc>
          <w:tcPr>
            <w:tcW w:w="4680" w:type="dxa"/>
            <w:shd w:val="clear" w:color="auto" w:fill="F5F7F9"/>
            <w:tcMar>
              <w:top w:w="70" w:type="dxa"/>
              <w:left w:w="95" w:type="dxa"/>
              <w:bottom w:w="70" w:type="dxa"/>
              <w:right w:w="95" w:type="dxa"/>
            </w:tcMar>
            <w:vAlign w:val="center"/>
          </w:tcPr>
          <w:p w14:paraId="474FAB50" w14:textId="77777777" w:rsidR="00423D2F" w:rsidRPr="00717886" w:rsidRDefault="0047346F">
            <w:pPr>
              <w:spacing w:after="0"/>
              <w:rPr>
                <w:rFonts w:cs="Times New Roman"/>
              </w:rPr>
            </w:pPr>
            <w:r w:rsidRPr="00717886">
              <w:rPr>
                <w:rFonts w:cs="Times New Roman"/>
                <w:sz w:val="15"/>
              </w:rPr>
              <w:t>AVI038 denominator-correction log, deduplication audit, and extraction-stage QA snapshot</w:t>
            </w:r>
          </w:p>
        </w:tc>
        <w:tc>
          <w:tcPr>
            <w:tcW w:w="2808" w:type="dxa"/>
            <w:shd w:val="clear" w:color="auto" w:fill="F5F7F9"/>
            <w:tcMar>
              <w:top w:w="70" w:type="dxa"/>
              <w:left w:w="95" w:type="dxa"/>
              <w:bottom w:w="70" w:type="dxa"/>
              <w:right w:w="95" w:type="dxa"/>
            </w:tcMar>
            <w:vAlign w:val="center"/>
          </w:tcPr>
          <w:p w14:paraId="566C0496" w14:textId="77777777" w:rsidR="00423D2F" w:rsidRPr="00717886" w:rsidRDefault="0047346F">
            <w:pPr>
              <w:spacing w:after="0"/>
              <w:rPr>
                <w:rFonts w:cs="Times New Roman"/>
              </w:rPr>
            </w:pPr>
            <w:r w:rsidRPr="00717886">
              <w:rPr>
                <w:rFonts w:cs="Times New Roman"/>
                <w:sz w:val="15"/>
              </w:rPr>
              <w:t>Correction and deduplication files are current; extraction QA JSON is an earlier extraction-stage snapshot and is superseded for post-correction RORC availability by the corrected panels and analysis summary</w:t>
            </w:r>
          </w:p>
        </w:tc>
      </w:tr>
      <w:tr w:rsidR="002E7DCF" w:rsidRPr="00717886" w14:paraId="60317985" w14:textId="77777777">
        <w:trPr>
          <w:cantSplit/>
          <w:jc w:val="center"/>
        </w:trPr>
        <w:tc>
          <w:tcPr>
            <w:tcW w:w="2232" w:type="dxa"/>
            <w:tcMar>
              <w:top w:w="70" w:type="dxa"/>
              <w:left w:w="95" w:type="dxa"/>
              <w:bottom w:w="70" w:type="dxa"/>
              <w:right w:w="95" w:type="dxa"/>
            </w:tcMar>
            <w:vAlign w:val="center"/>
          </w:tcPr>
          <w:p w14:paraId="4D663CD0" w14:textId="77777777" w:rsidR="00423D2F" w:rsidRPr="00717886" w:rsidRDefault="0047346F">
            <w:pPr>
              <w:spacing w:after="0"/>
              <w:rPr>
                <w:rFonts w:cs="Times New Roman"/>
              </w:rPr>
            </w:pPr>
            <w:r w:rsidRPr="00717886">
              <w:rPr>
                <w:rFonts w:cs="Times New Roman"/>
                <w:sz w:val="15"/>
              </w:rPr>
              <w:t>Work-level corpora and collaboration edges</w:t>
            </w:r>
          </w:p>
        </w:tc>
        <w:tc>
          <w:tcPr>
            <w:tcW w:w="4680" w:type="dxa"/>
            <w:tcMar>
              <w:top w:w="70" w:type="dxa"/>
              <w:left w:w="95" w:type="dxa"/>
              <w:bottom w:w="70" w:type="dxa"/>
              <w:right w:w="95" w:type="dxa"/>
            </w:tcMar>
            <w:vAlign w:val="center"/>
          </w:tcPr>
          <w:p w14:paraId="6637E8DA" w14:textId="77777777" w:rsidR="00423D2F" w:rsidRPr="00717886" w:rsidRDefault="0047346F">
            <w:pPr>
              <w:spacing w:after="0"/>
              <w:rPr>
                <w:rFonts w:cs="Times New Roman"/>
              </w:rPr>
            </w:pPr>
            <w:r w:rsidRPr="00717886">
              <w:rPr>
                <w:rFonts w:cs="Times New Roman"/>
                <w:sz w:val="15"/>
              </w:rPr>
              <w:t>Used in upstream extraction but not included in the current analysis ZIP</w:t>
            </w:r>
          </w:p>
        </w:tc>
        <w:tc>
          <w:tcPr>
            <w:tcW w:w="2808" w:type="dxa"/>
            <w:tcMar>
              <w:top w:w="70" w:type="dxa"/>
              <w:left w:w="95" w:type="dxa"/>
              <w:bottom w:w="70" w:type="dxa"/>
              <w:right w:w="95" w:type="dxa"/>
            </w:tcMar>
            <w:vAlign w:val="center"/>
          </w:tcPr>
          <w:p w14:paraId="09ECE59D" w14:textId="77777777" w:rsidR="00423D2F" w:rsidRPr="00717886" w:rsidRDefault="0047346F">
            <w:pPr>
              <w:spacing w:after="0"/>
              <w:rPr>
                <w:rFonts w:cs="Times New Roman"/>
              </w:rPr>
            </w:pPr>
            <w:r w:rsidRPr="00717886">
              <w:rPr>
                <w:rFonts w:cs="Times New Roman"/>
                <w:sz w:val="15"/>
              </w:rPr>
              <w:t>Aggregate counts are documented in the manuscript and Table S9; this ZIP alone does not support an end-to-end extraction rerun</w:t>
            </w:r>
          </w:p>
        </w:tc>
      </w:tr>
      <w:tr w:rsidR="002E7DCF" w:rsidRPr="00717886" w14:paraId="5C4C1BA6" w14:textId="77777777">
        <w:trPr>
          <w:cantSplit/>
          <w:jc w:val="center"/>
        </w:trPr>
        <w:tc>
          <w:tcPr>
            <w:tcW w:w="2232" w:type="dxa"/>
            <w:shd w:val="clear" w:color="auto" w:fill="F5F7F9"/>
            <w:tcMar>
              <w:top w:w="70" w:type="dxa"/>
              <w:left w:w="95" w:type="dxa"/>
              <w:bottom w:w="70" w:type="dxa"/>
              <w:right w:w="95" w:type="dxa"/>
            </w:tcMar>
            <w:vAlign w:val="center"/>
          </w:tcPr>
          <w:p w14:paraId="650FDA13" w14:textId="77777777" w:rsidR="00423D2F" w:rsidRPr="00717886" w:rsidRDefault="0047346F">
            <w:pPr>
              <w:spacing w:after="0"/>
              <w:rPr>
                <w:rFonts w:cs="Times New Roman"/>
              </w:rPr>
            </w:pPr>
            <w:r w:rsidRPr="00717886">
              <w:rPr>
                <w:rFonts w:cs="Times New Roman"/>
                <w:sz w:val="15"/>
              </w:rPr>
              <w:t>Classification-validation materials</w:t>
            </w:r>
          </w:p>
        </w:tc>
        <w:tc>
          <w:tcPr>
            <w:tcW w:w="4680" w:type="dxa"/>
            <w:shd w:val="clear" w:color="auto" w:fill="F5F7F9"/>
            <w:tcMar>
              <w:top w:w="70" w:type="dxa"/>
              <w:left w:w="95" w:type="dxa"/>
              <w:bottom w:w="70" w:type="dxa"/>
              <w:right w:w="95" w:type="dxa"/>
            </w:tcMar>
            <w:vAlign w:val="center"/>
          </w:tcPr>
          <w:p w14:paraId="2C2E0749" w14:textId="77777777" w:rsidR="00423D2F" w:rsidRPr="00717886" w:rsidRDefault="0047346F">
            <w:pPr>
              <w:spacing w:after="0"/>
              <w:rPr>
                <w:rFonts w:cs="Times New Roman"/>
              </w:rPr>
            </w:pPr>
            <w:r w:rsidRPr="00717886">
              <w:rPr>
                <w:rFonts w:cs="Times New Roman"/>
                <w:sz w:val="15"/>
              </w:rPr>
              <w:t>600-record blinded sample/codebook retained for future validation; no provenance-complete AI-coded audit or completed human-coded file in the current archive</w:t>
            </w:r>
          </w:p>
        </w:tc>
        <w:tc>
          <w:tcPr>
            <w:tcW w:w="2808" w:type="dxa"/>
            <w:shd w:val="clear" w:color="auto" w:fill="F5F7F9"/>
            <w:tcMar>
              <w:top w:w="70" w:type="dxa"/>
              <w:left w:w="95" w:type="dxa"/>
              <w:bottom w:w="70" w:type="dxa"/>
              <w:right w:w="95" w:type="dxa"/>
            </w:tcMar>
            <w:vAlign w:val="center"/>
          </w:tcPr>
          <w:p w14:paraId="7CDA4313" w14:textId="77777777" w:rsidR="00423D2F" w:rsidRPr="00717886" w:rsidRDefault="0047346F">
            <w:pPr>
              <w:spacing w:after="0"/>
              <w:rPr>
                <w:rFonts w:cs="Times New Roman"/>
              </w:rPr>
            </w:pPr>
            <w:r w:rsidRPr="00717886">
              <w:rPr>
                <w:rFonts w:cs="Times New Roman"/>
                <w:sz w:val="15"/>
              </w:rPr>
              <w:t>No intercoder reliability, criterion validity, or human–AI concordance claim</w:t>
            </w:r>
          </w:p>
        </w:tc>
      </w:tr>
      <w:tr w:rsidR="002E7DCF" w:rsidRPr="00717886" w14:paraId="2FDB2627" w14:textId="77777777">
        <w:trPr>
          <w:cantSplit/>
          <w:jc w:val="center"/>
        </w:trPr>
        <w:tc>
          <w:tcPr>
            <w:tcW w:w="2232" w:type="dxa"/>
            <w:shd w:val="clear" w:color="auto" w:fill="F5F7F9"/>
            <w:tcMar>
              <w:top w:w="70" w:type="dxa"/>
              <w:left w:w="95" w:type="dxa"/>
              <w:bottom w:w="70" w:type="dxa"/>
              <w:right w:w="95" w:type="dxa"/>
            </w:tcMar>
            <w:vAlign w:val="center"/>
          </w:tcPr>
          <w:p w14:paraId="6ECD90EF" w14:textId="77777777" w:rsidR="00423D2F" w:rsidRPr="00717886" w:rsidRDefault="0047346F">
            <w:pPr>
              <w:spacing w:after="0"/>
              <w:rPr>
                <w:rFonts w:cs="Times New Roman"/>
              </w:rPr>
            </w:pPr>
            <w:r w:rsidRPr="00717886">
              <w:rPr>
                <w:rFonts w:cs="Times New Roman"/>
                <w:sz w:val="15"/>
              </w:rPr>
              <w:t>Patent and report evidence</w:t>
            </w:r>
          </w:p>
        </w:tc>
        <w:tc>
          <w:tcPr>
            <w:tcW w:w="4680" w:type="dxa"/>
            <w:shd w:val="clear" w:color="auto" w:fill="F5F7F9"/>
            <w:tcMar>
              <w:top w:w="70" w:type="dxa"/>
              <w:left w:w="95" w:type="dxa"/>
              <w:bottom w:w="70" w:type="dxa"/>
              <w:right w:w="95" w:type="dxa"/>
            </w:tcMar>
            <w:vAlign w:val="center"/>
          </w:tcPr>
          <w:p w14:paraId="5F3E14A9" w14:textId="77777777" w:rsidR="00423D2F" w:rsidRPr="00717886" w:rsidRDefault="0047346F">
            <w:pPr>
              <w:spacing w:after="0"/>
              <w:rPr>
                <w:rFonts w:cs="Times New Roman"/>
              </w:rPr>
            </w:pPr>
            <w:r w:rsidRPr="00717886">
              <w:rPr>
                <w:rFonts w:cs="Times New Roman"/>
                <w:sz w:val="15"/>
              </w:rPr>
              <w:t>Patent/report protocol artifacts were not part of the analyzed model archive</w:t>
            </w:r>
          </w:p>
        </w:tc>
        <w:tc>
          <w:tcPr>
            <w:tcW w:w="2808" w:type="dxa"/>
            <w:shd w:val="clear" w:color="auto" w:fill="F5F7F9"/>
            <w:tcMar>
              <w:top w:w="70" w:type="dxa"/>
              <w:left w:w="95" w:type="dxa"/>
              <w:bottom w:w="70" w:type="dxa"/>
              <w:right w:w="95" w:type="dxa"/>
            </w:tcMar>
            <w:vAlign w:val="center"/>
          </w:tcPr>
          <w:p w14:paraId="6BAB90B3" w14:textId="77777777" w:rsidR="00423D2F" w:rsidRPr="00717886" w:rsidRDefault="0047346F">
            <w:pPr>
              <w:spacing w:after="0"/>
              <w:rPr>
                <w:rFonts w:cs="Times New Roman"/>
              </w:rPr>
            </w:pPr>
            <w:r w:rsidRPr="00717886">
              <w:rPr>
                <w:rFonts w:cs="Times New Roman"/>
                <w:sz w:val="15"/>
              </w:rPr>
              <w:t>Excluded from constructs, models, and substantive claims</w:t>
            </w:r>
          </w:p>
        </w:tc>
      </w:tr>
      <w:tr w:rsidR="002E7DCF" w:rsidRPr="00717886" w14:paraId="73623EBC" w14:textId="77777777">
        <w:trPr>
          <w:cantSplit/>
          <w:jc w:val="center"/>
        </w:trPr>
        <w:tc>
          <w:tcPr>
            <w:tcW w:w="2232" w:type="dxa"/>
            <w:shd w:val="clear" w:color="auto" w:fill="F5F7F9"/>
            <w:tcMar>
              <w:top w:w="70" w:type="dxa"/>
              <w:left w:w="95" w:type="dxa"/>
              <w:bottom w:w="70" w:type="dxa"/>
              <w:right w:w="95" w:type="dxa"/>
            </w:tcMar>
            <w:vAlign w:val="center"/>
          </w:tcPr>
          <w:p w14:paraId="05537B37" w14:textId="77777777" w:rsidR="00423D2F" w:rsidRPr="00717886" w:rsidRDefault="0047346F">
            <w:pPr>
              <w:spacing w:after="0"/>
              <w:rPr>
                <w:rFonts w:cs="Times New Roman"/>
              </w:rPr>
            </w:pPr>
            <w:r w:rsidRPr="00717886">
              <w:rPr>
                <w:rFonts w:cs="Times New Roman"/>
                <w:sz w:val="15"/>
              </w:rPr>
              <w:lastRenderedPageBreak/>
              <w:t>Ethics determination</w:t>
            </w:r>
          </w:p>
        </w:tc>
        <w:tc>
          <w:tcPr>
            <w:tcW w:w="4680" w:type="dxa"/>
            <w:shd w:val="clear" w:color="auto" w:fill="F5F7F9"/>
            <w:tcMar>
              <w:top w:w="70" w:type="dxa"/>
              <w:left w:w="95" w:type="dxa"/>
              <w:bottom w:w="70" w:type="dxa"/>
              <w:right w:w="95" w:type="dxa"/>
            </w:tcMar>
            <w:vAlign w:val="center"/>
          </w:tcPr>
          <w:p w14:paraId="6EAAA6AC" w14:textId="77777777" w:rsidR="00423D2F" w:rsidRPr="00717886" w:rsidRDefault="0047346F">
            <w:pPr>
              <w:spacing w:after="0"/>
              <w:rPr>
                <w:rFonts w:cs="Times New Roman"/>
              </w:rPr>
            </w:pPr>
            <w:r w:rsidRPr="00717886">
              <w:rPr>
                <w:rFonts w:cs="Times New Roman"/>
                <w:sz w:val="15"/>
              </w:rPr>
              <w:t>No formal institutional approval, exemption, or non-human-participant determination was archived</w:t>
            </w:r>
          </w:p>
        </w:tc>
        <w:tc>
          <w:tcPr>
            <w:tcW w:w="2808" w:type="dxa"/>
            <w:shd w:val="clear" w:color="auto" w:fill="F5F7F9"/>
            <w:tcMar>
              <w:top w:w="70" w:type="dxa"/>
              <w:left w:w="95" w:type="dxa"/>
              <w:bottom w:w="70" w:type="dxa"/>
              <w:right w:w="95" w:type="dxa"/>
            </w:tcMar>
            <w:vAlign w:val="center"/>
          </w:tcPr>
          <w:p w14:paraId="23C90F72" w14:textId="77777777" w:rsidR="00423D2F" w:rsidRPr="00717886" w:rsidRDefault="0047346F">
            <w:pPr>
              <w:spacing w:after="0"/>
              <w:rPr>
                <w:rFonts w:cs="Times New Roman"/>
              </w:rPr>
            </w:pPr>
            <w:r w:rsidRPr="00717886">
              <w:rPr>
                <w:rFonts w:cs="Times New Roman"/>
                <w:sz w:val="15"/>
              </w:rPr>
              <w:t>No formal determination claimed</w:t>
            </w:r>
          </w:p>
        </w:tc>
      </w:tr>
    </w:tbl>
    <w:p w14:paraId="75BC9EBB" w14:textId="323D6C05" w:rsidR="002E7DCF" w:rsidRPr="00717886" w:rsidRDefault="00717886">
      <w:pPr>
        <w:pStyle w:val="Heading1"/>
        <w:pageBreakBefore/>
        <w:rPr>
          <w:rFonts w:ascii="Times New Roman" w:hAnsi="Times New Roman" w:cs="Times New Roman"/>
        </w:rPr>
      </w:pPr>
      <w:r w:rsidRPr="00717886">
        <w:rPr>
          <w:rFonts w:ascii="Times New Roman" w:hAnsi="Times New Roman" w:cs="Times New Roman"/>
        </w:rPr>
        <w:lastRenderedPageBreak/>
        <w:t>T</w:t>
      </w:r>
      <w:r w:rsidR="00A11917" w:rsidRPr="00717886">
        <w:rPr>
          <w:rFonts w:ascii="Times New Roman" w:hAnsi="Times New Roman" w:cs="Times New Roman"/>
        </w:rPr>
        <w:t>able S2. Institution Frame, Identifier Provenance, Matching, and Eligibility</w:t>
      </w:r>
    </w:p>
    <w:p w14:paraId="60226EC2" w14:textId="77777777" w:rsidR="002E7DCF" w:rsidRPr="00717886" w:rsidRDefault="00A11917">
      <w:pPr>
        <w:keepNext/>
        <w:spacing w:before="100" w:after="80"/>
        <w:rPr>
          <w:rFonts w:cs="Times New Roman"/>
        </w:rPr>
      </w:pPr>
      <w:r w:rsidRPr="00717886">
        <w:rPr>
          <w:rFonts w:cs="Times New Roman"/>
          <w:b/>
          <w:i/>
        </w:rPr>
        <w:t>Panel A. Institutions AVI001–AVI020</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92"/>
        <w:gridCol w:w="3384"/>
        <w:gridCol w:w="1123"/>
        <w:gridCol w:w="1800"/>
        <w:gridCol w:w="892"/>
        <w:gridCol w:w="907"/>
        <w:gridCol w:w="792"/>
      </w:tblGrid>
      <w:tr w:rsidR="002E7DCF" w:rsidRPr="00717886" w14:paraId="2EF1D306" w14:textId="77777777">
        <w:trPr>
          <w:cantSplit/>
          <w:tblHeader/>
          <w:jc w:val="center"/>
        </w:trPr>
        <w:tc>
          <w:tcPr>
            <w:tcW w:w="792" w:type="dxa"/>
            <w:shd w:val="clear" w:color="auto" w:fill="D9EAF7"/>
            <w:tcMar>
              <w:top w:w="70" w:type="dxa"/>
              <w:left w:w="95" w:type="dxa"/>
              <w:bottom w:w="70" w:type="dxa"/>
              <w:right w:w="95" w:type="dxa"/>
            </w:tcMar>
            <w:vAlign w:val="center"/>
          </w:tcPr>
          <w:p w14:paraId="23FFE803" w14:textId="77777777" w:rsidR="002E7DCF" w:rsidRPr="00717886" w:rsidRDefault="00A11917">
            <w:pPr>
              <w:spacing w:after="0" w:line="240" w:lineRule="auto"/>
              <w:jc w:val="center"/>
              <w:rPr>
                <w:rFonts w:cs="Times New Roman"/>
              </w:rPr>
            </w:pPr>
            <w:r w:rsidRPr="00717886">
              <w:rPr>
                <w:rFonts w:cs="Times New Roman"/>
                <w:b/>
                <w:sz w:val="15"/>
              </w:rPr>
              <w:t>ID</w:t>
            </w:r>
          </w:p>
        </w:tc>
        <w:tc>
          <w:tcPr>
            <w:tcW w:w="3384" w:type="dxa"/>
            <w:shd w:val="clear" w:color="auto" w:fill="D9EAF7"/>
            <w:tcMar>
              <w:top w:w="70" w:type="dxa"/>
              <w:left w:w="95" w:type="dxa"/>
              <w:bottom w:w="70" w:type="dxa"/>
              <w:right w:w="95" w:type="dxa"/>
            </w:tcMar>
            <w:vAlign w:val="center"/>
          </w:tcPr>
          <w:p w14:paraId="2B748545" w14:textId="77777777" w:rsidR="002E7DCF" w:rsidRPr="00717886" w:rsidRDefault="00A11917">
            <w:pPr>
              <w:spacing w:after="0" w:line="240" w:lineRule="auto"/>
              <w:rPr>
                <w:rFonts w:cs="Times New Roman"/>
              </w:rPr>
            </w:pPr>
            <w:r w:rsidRPr="00717886">
              <w:rPr>
                <w:rFonts w:cs="Times New Roman"/>
                <w:b/>
                <w:sz w:val="15"/>
              </w:rPr>
              <w:t>Institution</w:t>
            </w:r>
          </w:p>
        </w:tc>
        <w:tc>
          <w:tcPr>
            <w:tcW w:w="1123" w:type="dxa"/>
            <w:shd w:val="clear" w:color="auto" w:fill="D9EAF7"/>
            <w:tcMar>
              <w:top w:w="70" w:type="dxa"/>
              <w:left w:w="95" w:type="dxa"/>
              <w:bottom w:w="70" w:type="dxa"/>
              <w:right w:w="95" w:type="dxa"/>
            </w:tcMar>
            <w:vAlign w:val="center"/>
          </w:tcPr>
          <w:p w14:paraId="30297B2A" w14:textId="77777777" w:rsidR="002E7DCF" w:rsidRPr="00717886" w:rsidRDefault="00A11917">
            <w:pPr>
              <w:spacing w:after="0" w:line="240" w:lineRule="auto"/>
              <w:rPr>
                <w:rFonts w:cs="Times New Roman"/>
              </w:rPr>
            </w:pPr>
            <w:r w:rsidRPr="00717886">
              <w:rPr>
                <w:rFonts w:cs="Times New Roman"/>
                <w:b/>
                <w:sz w:val="15"/>
              </w:rPr>
              <w:t>Country</w:t>
            </w:r>
          </w:p>
        </w:tc>
        <w:tc>
          <w:tcPr>
            <w:tcW w:w="1800" w:type="dxa"/>
            <w:shd w:val="clear" w:color="auto" w:fill="D9EAF7"/>
            <w:tcMar>
              <w:top w:w="70" w:type="dxa"/>
              <w:left w:w="95" w:type="dxa"/>
              <w:bottom w:w="70" w:type="dxa"/>
              <w:right w:w="95" w:type="dxa"/>
            </w:tcMar>
            <w:vAlign w:val="center"/>
          </w:tcPr>
          <w:p w14:paraId="4266BE98" w14:textId="77777777" w:rsidR="002E7DCF" w:rsidRPr="00717886" w:rsidRDefault="00A11917">
            <w:pPr>
              <w:spacing w:after="0" w:line="240" w:lineRule="auto"/>
              <w:rPr>
                <w:rFonts w:cs="Times New Roman"/>
              </w:rPr>
            </w:pPr>
            <w:r w:rsidRPr="00717886">
              <w:rPr>
                <w:rFonts w:cs="Times New Roman"/>
                <w:b/>
                <w:sz w:val="15"/>
              </w:rPr>
              <w:t>Source method</w:t>
            </w:r>
          </w:p>
        </w:tc>
        <w:tc>
          <w:tcPr>
            <w:tcW w:w="892" w:type="dxa"/>
            <w:shd w:val="clear" w:color="auto" w:fill="D9EAF7"/>
            <w:tcMar>
              <w:top w:w="70" w:type="dxa"/>
              <w:left w:w="95" w:type="dxa"/>
              <w:bottom w:w="70" w:type="dxa"/>
              <w:right w:w="95" w:type="dxa"/>
            </w:tcMar>
            <w:vAlign w:val="center"/>
          </w:tcPr>
          <w:p w14:paraId="7AAA99DE" w14:textId="77777777" w:rsidR="002E7DCF" w:rsidRPr="00717886" w:rsidRDefault="00A11917">
            <w:pPr>
              <w:spacing w:after="0" w:line="240" w:lineRule="auto"/>
              <w:jc w:val="center"/>
              <w:rPr>
                <w:rFonts w:cs="Times New Roman"/>
              </w:rPr>
            </w:pPr>
            <w:r w:rsidRPr="00717886">
              <w:rPr>
                <w:rFonts w:cs="Times New Roman"/>
                <w:b/>
                <w:sz w:val="15"/>
              </w:rPr>
              <w:t>Active years</w:t>
            </w:r>
          </w:p>
        </w:tc>
        <w:tc>
          <w:tcPr>
            <w:tcW w:w="907" w:type="dxa"/>
            <w:shd w:val="clear" w:color="auto" w:fill="D9EAF7"/>
            <w:tcMar>
              <w:top w:w="70" w:type="dxa"/>
              <w:left w:w="95" w:type="dxa"/>
              <w:bottom w:w="70" w:type="dxa"/>
              <w:right w:w="95" w:type="dxa"/>
            </w:tcMar>
            <w:vAlign w:val="center"/>
          </w:tcPr>
          <w:p w14:paraId="7DDDD2E1" w14:textId="77777777" w:rsidR="002E7DCF" w:rsidRPr="00717886" w:rsidRDefault="00A11917">
            <w:pPr>
              <w:spacing w:after="0" w:line="240" w:lineRule="auto"/>
              <w:jc w:val="center"/>
              <w:rPr>
                <w:rFonts w:cs="Times New Roman"/>
              </w:rPr>
            </w:pPr>
            <w:r w:rsidRPr="00717886">
              <w:rPr>
                <w:rFonts w:cs="Times New Roman"/>
                <w:b/>
                <w:sz w:val="15"/>
              </w:rPr>
              <w:t>Strict works</w:t>
            </w:r>
          </w:p>
        </w:tc>
        <w:tc>
          <w:tcPr>
            <w:tcW w:w="792" w:type="dxa"/>
            <w:shd w:val="clear" w:color="auto" w:fill="D9EAF7"/>
            <w:tcMar>
              <w:top w:w="70" w:type="dxa"/>
              <w:left w:w="95" w:type="dxa"/>
              <w:bottom w:w="70" w:type="dxa"/>
              <w:right w:w="95" w:type="dxa"/>
            </w:tcMar>
            <w:vAlign w:val="center"/>
          </w:tcPr>
          <w:p w14:paraId="41EFFE0B" w14:textId="77777777" w:rsidR="002E7DCF" w:rsidRPr="00717886" w:rsidRDefault="00A11917">
            <w:pPr>
              <w:spacing w:after="0" w:line="240" w:lineRule="auto"/>
              <w:jc w:val="center"/>
              <w:rPr>
                <w:rFonts w:cs="Times New Roman"/>
              </w:rPr>
            </w:pPr>
            <w:r w:rsidRPr="00717886">
              <w:rPr>
                <w:rFonts w:cs="Times New Roman"/>
                <w:b/>
                <w:sz w:val="15"/>
              </w:rPr>
              <w:t>Eligible</w:t>
            </w:r>
          </w:p>
        </w:tc>
      </w:tr>
      <w:tr w:rsidR="002E7DCF" w:rsidRPr="00717886" w14:paraId="55DE5664" w14:textId="77777777">
        <w:trPr>
          <w:cantSplit/>
          <w:jc w:val="center"/>
        </w:trPr>
        <w:tc>
          <w:tcPr>
            <w:tcW w:w="792" w:type="dxa"/>
            <w:tcMar>
              <w:top w:w="70" w:type="dxa"/>
              <w:left w:w="95" w:type="dxa"/>
              <w:bottom w:w="70" w:type="dxa"/>
              <w:right w:w="95" w:type="dxa"/>
            </w:tcMar>
            <w:vAlign w:val="center"/>
          </w:tcPr>
          <w:p w14:paraId="0E395DA8" w14:textId="77777777" w:rsidR="002E7DCF" w:rsidRPr="00717886" w:rsidRDefault="00A11917">
            <w:pPr>
              <w:spacing w:after="0" w:line="240" w:lineRule="auto"/>
              <w:jc w:val="center"/>
              <w:rPr>
                <w:rFonts w:cs="Times New Roman"/>
              </w:rPr>
            </w:pPr>
            <w:r w:rsidRPr="00717886">
              <w:rPr>
                <w:rFonts w:cs="Times New Roman"/>
                <w:sz w:val="15"/>
              </w:rPr>
              <w:t>AVI001</w:t>
            </w:r>
          </w:p>
        </w:tc>
        <w:tc>
          <w:tcPr>
            <w:tcW w:w="3384" w:type="dxa"/>
            <w:tcMar>
              <w:top w:w="70" w:type="dxa"/>
              <w:left w:w="95" w:type="dxa"/>
              <w:bottom w:w="70" w:type="dxa"/>
              <w:right w:w="95" w:type="dxa"/>
            </w:tcMar>
            <w:vAlign w:val="center"/>
          </w:tcPr>
          <w:p w14:paraId="49CAACA7" w14:textId="77777777" w:rsidR="002E7DCF" w:rsidRPr="00717886" w:rsidRDefault="00A11917">
            <w:pPr>
              <w:spacing w:after="0" w:line="240" w:lineRule="auto"/>
              <w:rPr>
                <w:rFonts w:cs="Times New Roman"/>
              </w:rPr>
            </w:pPr>
            <w:r w:rsidRPr="00717886">
              <w:rPr>
                <w:rFonts w:cs="Times New Roman"/>
                <w:sz w:val="15"/>
              </w:rPr>
              <w:t>Embry-Riddle Aeronautical University</w:t>
            </w:r>
          </w:p>
        </w:tc>
        <w:tc>
          <w:tcPr>
            <w:tcW w:w="1123" w:type="dxa"/>
            <w:tcMar>
              <w:top w:w="70" w:type="dxa"/>
              <w:left w:w="95" w:type="dxa"/>
              <w:bottom w:w="70" w:type="dxa"/>
              <w:right w:w="95" w:type="dxa"/>
            </w:tcMar>
            <w:vAlign w:val="center"/>
          </w:tcPr>
          <w:p w14:paraId="7F4E6C77" w14:textId="77777777" w:rsidR="002E7DCF" w:rsidRPr="00717886" w:rsidRDefault="00A11917">
            <w:pPr>
              <w:spacing w:after="0" w:line="240" w:lineRule="auto"/>
              <w:rPr>
                <w:rFonts w:cs="Times New Roman"/>
              </w:rPr>
            </w:pPr>
            <w:r w:rsidRPr="00717886">
              <w:rPr>
                <w:rFonts w:cs="Times New Roman"/>
                <w:sz w:val="15"/>
              </w:rPr>
              <w:t>USA</w:t>
            </w:r>
          </w:p>
        </w:tc>
        <w:tc>
          <w:tcPr>
            <w:tcW w:w="1800" w:type="dxa"/>
            <w:tcMar>
              <w:top w:w="70" w:type="dxa"/>
              <w:left w:w="95" w:type="dxa"/>
              <w:bottom w:w="70" w:type="dxa"/>
              <w:right w:w="95" w:type="dxa"/>
            </w:tcMar>
            <w:vAlign w:val="center"/>
          </w:tcPr>
          <w:p w14:paraId="7EA3FD59"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743B43BA"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20A23547" w14:textId="77777777" w:rsidR="002E7DCF" w:rsidRPr="00717886" w:rsidRDefault="00A11917">
            <w:pPr>
              <w:spacing w:after="0" w:line="240" w:lineRule="auto"/>
              <w:jc w:val="center"/>
              <w:rPr>
                <w:rFonts w:cs="Times New Roman"/>
              </w:rPr>
            </w:pPr>
            <w:r w:rsidRPr="00717886">
              <w:rPr>
                <w:rFonts w:cs="Times New Roman"/>
                <w:sz w:val="15"/>
              </w:rPr>
              <w:t>732</w:t>
            </w:r>
          </w:p>
        </w:tc>
        <w:tc>
          <w:tcPr>
            <w:tcW w:w="792" w:type="dxa"/>
            <w:tcMar>
              <w:top w:w="70" w:type="dxa"/>
              <w:left w:w="95" w:type="dxa"/>
              <w:bottom w:w="70" w:type="dxa"/>
              <w:right w:w="95" w:type="dxa"/>
            </w:tcMar>
            <w:vAlign w:val="center"/>
          </w:tcPr>
          <w:p w14:paraId="09E29E44"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C928C66" w14:textId="77777777">
        <w:trPr>
          <w:cantSplit/>
          <w:jc w:val="center"/>
        </w:trPr>
        <w:tc>
          <w:tcPr>
            <w:tcW w:w="792" w:type="dxa"/>
            <w:shd w:val="clear" w:color="auto" w:fill="F5F7F9"/>
            <w:tcMar>
              <w:top w:w="70" w:type="dxa"/>
              <w:left w:w="95" w:type="dxa"/>
              <w:bottom w:w="70" w:type="dxa"/>
              <w:right w:w="95" w:type="dxa"/>
            </w:tcMar>
            <w:vAlign w:val="center"/>
          </w:tcPr>
          <w:p w14:paraId="4DA5234D" w14:textId="77777777" w:rsidR="002E7DCF" w:rsidRPr="00717886" w:rsidRDefault="00A11917">
            <w:pPr>
              <w:spacing w:after="0" w:line="240" w:lineRule="auto"/>
              <w:jc w:val="center"/>
              <w:rPr>
                <w:rFonts w:cs="Times New Roman"/>
              </w:rPr>
            </w:pPr>
            <w:r w:rsidRPr="00717886">
              <w:rPr>
                <w:rFonts w:cs="Times New Roman"/>
                <w:sz w:val="15"/>
              </w:rPr>
              <w:t>AVI002</w:t>
            </w:r>
          </w:p>
        </w:tc>
        <w:tc>
          <w:tcPr>
            <w:tcW w:w="3384" w:type="dxa"/>
            <w:shd w:val="clear" w:color="auto" w:fill="F5F7F9"/>
            <w:tcMar>
              <w:top w:w="70" w:type="dxa"/>
              <w:left w:w="95" w:type="dxa"/>
              <w:bottom w:w="70" w:type="dxa"/>
              <w:right w:w="95" w:type="dxa"/>
            </w:tcMar>
            <w:vAlign w:val="center"/>
          </w:tcPr>
          <w:p w14:paraId="53482D2B" w14:textId="77777777" w:rsidR="002E7DCF" w:rsidRPr="00717886" w:rsidRDefault="00A11917">
            <w:pPr>
              <w:spacing w:after="0" w:line="240" w:lineRule="auto"/>
              <w:rPr>
                <w:rFonts w:cs="Times New Roman"/>
              </w:rPr>
            </w:pPr>
            <w:r w:rsidRPr="00717886">
              <w:rPr>
                <w:rFonts w:cs="Times New Roman"/>
                <w:sz w:val="15"/>
              </w:rPr>
              <w:t>Purdue University (West Lafayette)</w:t>
            </w:r>
          </w:p>
        </w:tc>
        <w:tc>
          <w:tcPr>
            <w:tcW w:w="1123" w:type="dxa"/>
            <w:shd w:val="clear" w:color="auto" w:fill="F5F7F9"/>
            <w:tcMar>
              <w:top w:w="70" w:type="dxa"/>
              <w:left w:w="95" w:type="dxa"/>
              <w:bottom w:w="70" w:type="dxa"/>
              <w:right w:w="95" w:type="dxa"/>
            </w:tcMar>
            <w:vAlign w:val="center"/>
          </w:tcPr>
          <w:p w14:paraId="12F9AF8D" w14:textId="77777777" w:rsidR="002E7DCF" w:rsidRPr="00717886" w:rsidRDefault="00A11917">
            <w:pPr>
              <w:spacing w:after="0" w:line="240" w:lineRule="auto"/>
              <w:rPr>
                <w:rFonts w:cs="Times New Roman"/>
              </w:rPr>
            </w:pPr>
            <w:r w:rsidRPr="00717886">
              <w:rPr>
                <w:rFonts w:cs="Times New Roman"/>
                <w:sz w:val="15"/>
              </w:rPr>
              <w:t>USA</w:t>
            </w:r>
          </w:p>
        </w:tc>
        <w:tc>
          <w:tcPr>
            <w:tcW w:w="1800" w:type="dxa"/>
            <w:shd w:val="clear" w:color="auto" w:fill="F5F7F9"/>
            <w:tcMar>
              <w:top w:w="70" w:type="dxa"/>
              <w:left w:w="95" w:type="dxa"/>
              <w:bottom w:w="70" w:type="dxa"/>
              <w:right w:w="95" w:type="dxa"/>
            </w:tcMar>
            <w:vAlign w:val="center"/>
          </w:tcPr>
          <w:p w14:paraId="0FD08167"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4D010357"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3AE9FFEA" w14:textId="77777777" w:rsidR="002E7DCF" w:rsidRPr="00717886" w:rsidRDefault="00A11917">
            <w:pPr>
              <w:spacing w:after="0" w:line="240" w:lineRule="auto"/>
              <w:jc w:val="center"/>
              <w:rPr>
                <w:rFonts w:cs="Times New Roman"/>
              </w:rPr>
            </w:pPr>
            <w:r w:rsidRPr="00717886">
              <w:rPr>
                <w:rFonts w:cs="Times New Roman"/>
                <w:sz w:val="15"/>
              </w:rPr>
              <w:t>1,206</w:t>
            </w:r>
          </w:p>
        </w:tc>
        <w:tc>
          <w:tcPr>
            <w:tcW w:w="792" w:type="dxa"/>
            <w:shd w:val="clear" w:color="auto" w:fill="F5F7F9"/>
            <w:tcMar>
              <w:top w:w="70" w:type="dxa"/>
              <w:left w:w="95" w:type="dxa"/>
              <w:bottom w:w="70" w:type="dxa"/>
              <w:right w:w="95" w:type="dxa"/>
            </w:tcMar>
            <w:vAlign w:val="center"/>
          </w:tcPr>
          <w:p w14:paraId="3E0B8FA5"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54A726A" w14:textId="77777777">
        <w:trPr>
          <w:cantSplit/>
          <w:jc w:val="center"/>
        </w:trPr>
        <w:tc>
          <w:tcPr>
            <w:tcW w:w="792" w:type="dxa"/>
            <w:tcMar>
              <w:top w:w="70" w:type="dxa"/>
              <w:left w:w="95" w:type="dxa"/>
              <w:bottom w:w="70" w:type="dxa"/>
              <w:right w:w="95" w:type="dxa"/>
            </w:tcMar>
            <w:vAlign w:val="center"/>
          </w:tcPr>
          <w:p w14:paraId="7D210EA0" w14:textId="77777777" w:rsidR="002E7DCF" w:rsidRPr="00717886" w:rsidRDefault="00A11917">
            <w:pPr>
              <w:spacing w:after="0" w:line="240" w:lineRule="auto"/>
              <w:jc w:val="center"/>
              <w:rPr>
                <w:rFonts w:cs="Times New Roman"/>
              </w:rPr>
            </w:pPr>
            <w:r w:rsidRPr="00717886">
              <w:rPr>
                <w:rFonts w:cs="Times New Roman"/>
                <w:sz w:val="15"/>
              </w:rPr>
              <w:t>AVI003</w:t>
            </w:r>
          </w:p>
        </w:tc>
        <w:tc>
          <w:tcPr>
            <w:tcW w:w="3384" w:type="dxa"/>
            <w:tcMar>
              <w:top w:w="70" w:type="dxa"/>
              <w:left w:w="95" w:type="dxa"/>
              <w:bottom w:w="70" w:type="dxa"/>
              <w:right w:w="95" w:type="dxa"/>
            </w:tcMar>
            <w:vAlign w:val="center"/>
          </w:tcPr>
          <w:p w14:paraId="783B0DB4" w14:textId="77777777" w:rsidR="002E7DCF" w:rsidRPr="00717886" w:rsidRDefault="00A11917">
            <w:pPr>
              <w:spacing w:after="0" w:line="240" w:lineRule="auto"/>
              <w:rPr>
                <w:rFonts w:cs="Times New Roman"/>
              </w:rPr>
            </w:pPr>
            <w:r w:rsidRPr="00717886">
              <w:rPr>
                <w:rFonts w:cs="Times New Roman"/>
                <w:sz w:val="15"/>
              </w:rPr>
              <w:t>Wichita State University</w:t>
            </w:r>
          </w:p>
        </w:tc>
        <w:tc>
          <w:tcPr>
            <w:tcW w:w="1123" w:type="dxa"/>
            <w:tcMar>
              <w:top w:w="70" w:type="dxa"/>
              <w:left w:w="95" w:type="dxa"/>
              <w:bottom w:w="70" w:type="dxa"/>
              <w:right w:w="95" w:type="dxa"/>
            </w:tcMar>
            <w:vAlign w:val="center"/>
          </w:tcPr>
          <w:p w14:paraId="0C899CB8" w14:textId="77777777" w:rsidR="002E7DCF" w:rsidRPr="00717886" w:rsidRDefault="00A11917">
            <w:pPr>
              <w:spacing w:after="0" w:line="240" w:lineRule="auto"/>
              <w:rPr>
                <w:rFonts w:cs="Times New Roman"/>
              </w:rPr>
            </w:pPr>
            <w:r w:rsidRPr="00717886">
              <w:rPr>
                <w:rFonts w:cs="Times New Roman"/>
                <w:sz w:val="15"/>
              </w:rPr>
              <w:t>USA</w:t>
            </w:r>
          </w:p>
        </w:tc>
        <w:tc>
          <w:tcPr>
            <w:tcW w:w="1800" w:type="dxa"/>
            <w:tcMar>
              <w:top w:w="70" w:type="dxa"/>
              <w:left w:w="95" w:type="dxa"/>
              <w:bottom w:w="70" w:type="dxa"/>
              <w:right w:w="95" w:type="dxa"/>
            </w:tcMar>
            <w:vAlign w:val="center"/>
          </w:tcPr>
          <w:p w14:paraId="164DE8BB"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45E61604"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26E76741" w14:textId="77777777" w:rsidR="002E7DCF" w:rsidRPr="00717886" w:rsidRDefault="00A11917">
            <w:pPr>
              <w:spacing w:after="0" w:line="240" w:lineRule="auto"/>
              <w:jc w:val="center"/>
              <w:rPr>
                <w:rFonts w:cs="Times New Roman"/>
              </w:rPr>
            </w:pPr>
            <w:r w:rsidRPr="00717886">
              <w:rPr>
                <w:rFonts w:cs="Times New Roman"/>
                <w:sz w:val="15"/>
              </w:rPr>
              <w:t>114</w:t>
            </w:r>
          </w:p>
        </w:tc>
        <w:tc>
          <w:tcPr>
            <w:tcW w:w="792" w:type="dxa"/>
            <w:tcMar>
              <w:top w:w="70" w:type="dxa"/>
              <w:left w:w="95" w:type="dxa"/>
              <w:bottom w:w="70" w:type="dxa"/>
              <w:right w:w="95" w:type="dxa"/>
            </w:tcMar>
            <w:vAlign w:val="center"/>
          </w:tcPr>
          <w:p w14:paraId="1670ED40"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620EACFA" w14:textId="77777777">
        <w:trPr>
          <w:cantSplit/>
          <w:jc w:val="center"/>
        </w:trPr>
        <w:tc>
          <w:tcPr>
            <w:tcW w:w="792" w:type="dxa"/>
            <w:shd w:val="clear" w:color="auto" w:fill="F5F7F9"/>
            <w:tcMar>
              <w:top w:w="70" w:type="dxa"/>
              <w:left w:w="95" w:type="dxa"/>
              <w:bottom w:w="70" w:type="dxa"/>
              <w:right w:w="95" w:type="dxa"/>
            </w:tcMar>
            <w:vAlign w:val="center"/>
          </w:tcPr>
          <w:p w14:paraId="14140EE6" w14:textId="77777777" w:rsidR="002E7DCF" w:rsidRPr="00717886" w:rsidRDefault="00A11917">
            <w:pPr>
              <w:spacing w:after="0" w:line="240" w:lineRule="auto"/>
              <w:jc w:val="center"/>
              <w:rPr>
                <w:rFonts w:cs="Times New Roman"/>
              </w:rPr>
            </w:pPr>
            <w:r w:rsidRPr="00717886">
              <w:rPr>
                <w:rFonts w:cs="Times New Roman"/>
                <w:sz w:val="15"/>
              </w:rPr>
              <w:t>AVI004</w:t>
            </w:r>
          </w:p>
        </w:tc>
        <w:tc>
          <w:tcPr>
            <w:tcW w:w="3384" w:type="dxa"/>
            <w:shd w:val="clear" w:color="auto" w:fill="F5F7F9"/>
            <w:tcMar>
              <w:top w:w="70" w:type="dxa"/>
              <w:left w:w="95" w:type="dxa"/>
              <w:bottom w:w="70" w:type="dxa"/>
              <w:right w:w="95" w:type="dxa"/>
            </w:tcMar>
            <w:vAlign w:val="center"/>
          </w:tcPr>
          <w:p w14:paraId="608C3E7B" w14:textId="77777777" w:rsidR="002E7DCF" w:rsidRPr="00717886" w:rsidRDefault="00A11917">
            <w:pPr>
              <w:spacing w:after="0" w:line="240" w:lineRule="auto"/>
              <w:rPr>
                <w:rFonts w:cs="Times New Roman"/>
              </w:rPr>
            </w:pPr>
            <w:r w:rsidRPr="00717886">
              <w:rPr>
                <w:rFonts w:cs="Times New Roman"/>
                <w:sz w:val="15"/>
              </w:rPr>
              <w:t>Georgia Institute of Technology</w:t>
            </w:r>
          </w:p>
        </w:tc>
        <w:tc>
          <w:tcPr>
            <w:tcW w:w="1123" w:type="dxa"/>
            <w:shd w:val="clear" w:color="auto" w:fill="F5F7F9"/>
            <w:tcMar>
              <w:top w:w="70" w:type="dxa"/>
              <w:left w:w="95" w:type="dxa"/>
              <w:bottom w:w="70" w:type="dxa"/>
              <w:right w:w="95" w:type="dxa"/>
            </w:tcMar>
            <w:vAlign w:val="center"/>
          </w:tcPr>
          <w:p w14:paraId="7F45E5F9" w14:textId="77777777" w:rsidR="002E7DCF" w:rsidRPr="00717886" w:rsidRDefault="00A11917">
            <w:pPr>
              <w:spacing w:after="0" w:line="240" w:lineRule="auto"/>
              <w:rPr>
                <w:rFonts w:cs="Times New Roman"/>
              </w:rPr>
            </w:pPr>
            <w:r w:rsidRPr="00717886">
              <w:rPr>
                <w:rFonts w:cs="Times New Roman"/>
                <w:sz w:val="15"/>
              </w:rPr>
              <w:t>USA</w:t>
            </w:r>
          </w:p>
        </w:tc>
        <w:tc>
          <w:tcPr>
            <w:tcW w:w="1800" w:type="dxa"/>
            <w:shd w:val="clear" w:color="auto" w:fill="F5F7F9"/>
            <w:tcMar>
              <w:top w:w="70" w:type="dxa"/>
              <w:left w:w="95" w:type="dxa"/>
              <w:bottom w:w="70" w:type="dxa"/>
              <w:right w:w="95" w:type="dxa"/>
            </w:tcMar>
            <w:vAlign w:val="center"/>
          </w:tcPr>
          <w:p w14:paraId="379473E0"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552E19F0"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64A5E38D" w14:textId="77777777" w:rsidR="002E7DCF" w:rsidRPr="00717886" w:rsidRDefault="00A11917">
            <w:pPr>
              <w:spacing w:after="0" w:line="240" w:lineRule="auto"/>
              <w:jc w:val="center"/>
              <w:rPr>
                <w:rFonts w:cs="Times New Roman"/>
              </w:rPr>
            </w:pPr>
            <w:r w:rsidRPr="00717886">
              <w:rPr>
                <w:rFonts w:cs="Times New Roman"/>
                <w:sz w:val="15"/>
              </w:rPr>
              <w:t>1,652</w:t>
            </w:r>
          </w:p>
        </w:tc>
        <w:tc>
          <w:tcPr>
            <w:tcW w:w="792" w:type="dxa"/>
            <w:shd w:val="clear" w:color="auto" w:fill="F5F7F9"/>
            <w:tcMar>
              <w:top w:w="70" w:type="dxa"/>
              <w:left w:w="95" w:type="dxa"/>
              <w:bottom w:w="70" w:type="dxa"/>
              <w:right w:w="95" w:type="dxa"/>
            </w:tcMar>
            <w:vAlign w:val="center"/>
          </w:tcPr>
          <w:p w14:paraId="4B17907B"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290347CE" w14:textId="77777777">
        <w:trPr>
          <w:cantSplit/>
          <w:jc w:val="center"/>
        </w:trPr>
        <w:tc>
          <w:tcPr>
            <w:tcW w:w="792" w:type="dxa"/>
            <w:tcMar>
              <w:top w:w="70" w:type="dxa"/>
              <w:left w:w="95" w:type="dxa"/>
              <w:bottom w:w="70" w:type="dxa"/>
              <w:right w:w="95" w:type="dxa"/>
            </w:tcMar>
            <w:vAlign w:val="center"/>
          </w:tcPr>
          <w:p w14:paraId="680EDB0B" w14:textId="77777777" w:rsidR="002E7DCF" w:rsidRPr="00717886" w:rsidRDefault="00A11917">
            <w:pPr>
              <w:spacing w:after="0" w:line="240" w:lineRule="auto"/>
              <w:jc w:val="center"/>
              <w:rPr>
                <w:rFonts w:cs="Times New Roman"/>
              </w:rPr>
            </w:pPr>
            <w:r w:rsidRPr="00717886">
              <w:rPr>
                <w:rFonts w:cs="Times New Roman"/>
                <w:sz w:val="15"/>
              </w:rPr>
              <w:t>AVI005</w:t>
            </w:r>
          </w:p>
        </w:tc>
        <w:tc>
          <w:tcPr>
            <w:tcW w:w="3384" w:type="dxa"/>
            <w:tcMar>
              <w:top w:w="70" w:type="dxa"/>
              <w:left w:w="95" w:type="dxa"/>
              <w:bottom w:w="70" w:type="dxa"/>
              <w:right w:w="95" w:type="dxa"/>
            </w:tcMar>
            <w:vAlign w:val="center"/>
          </w:tcPr>
          <w:p w14:paraId="1CF6283D" w14:textId="77777777" w:rsidR="002E7DCF" w:rsidRPr="00717886" w:rsidRDefault="00A11917">
            <w:pPr>
              <w:spacing w:after="0" w:line="240" w:lineRule="auto"/>
              <w:rPr>
                <w:rFonts w:cs="Times New Roman"/>
              </w:rPr>
            </w:pPr>
            <w:r w:rsidRPr="00717886">
              <w:rPr>
                <w:rFonts w:cs="Times New Roman"/>
                <w:sz w:val="15"/>
              </w:rPr>
              <w:t>University of Michigan</w:t>
            </w:r>
          </w:p>
        </w:tc>
        <w:tc>
          <w:tcPr>
            <w:tcW w:w="1123" w:type="dxa"/>
            <w:tcMar>
              <w:top w:w="70" w:type="dxa"/>
              <w:left w:w="95" w:type="dxa"/>
              <w:bottom w:w="70" w:type="dxa"/>
              <w:right w:w="95" w:type="dxa"/>
            </w:tcMar>
            <w:vAlign w:val="center"/>
          </w:tcPr>
          <w:p w14:paraId="2A726D93" w14:textId="77777777" w:rsidR="002E7DCF" w:rsidRPr="00717886" w:rsidRDefault="00A11917">
            <w:pPr>
              <w:spacing w:after="0" w:line="240" w:lineRule="auto"/>
              <w:rPr>
                <w:rFonts w:cs="Times New Roman"/>
              </w:rPr>
            </w:pPr>
            <w:r w:rsidRPr="00717886">
              <w:rPr>
                <w:rFonts w:cs="Times New Roman"/>
                <w:sz w:val="15"/>
              </w:rPr>
              <w:t>USA</w:t>
            </w:r>
          </w:p>
        </w:tc>
        <w:tc>
          <w:tcPr>
            <w:tcW w:w="1800" w:type="dxa"/>
            <w:tcMar>
              <w:top w:w="70" w:type="dxa"/>
              <w:left w:w="95" w:type="dxa"/>
              <w:bottom w:w="70" w:type="dxa"/>
              <w:right w:w="95" w:type="dxa"/>
            </w:tcMar>
            <w:vAlign w:val="center"/>
          </w:tcPr>
          <w:p w14:paraId="02E269D6"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4302EA8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61EBB780" w14:textId="77777777" w:rsidR="002E7DCF" w:rsidRPr="00717886" w:rsidRDefault="00A11917">
            <w:pPr>
              <w:spacing w:after="0" w:line="240" w:lineRule="auto"/>
              <w:jc w:val="center"/>
              <w:rPr>
                <w:rFonts w:cs="Times New Roman"/>
              </w:rPr>
            </w:pPr>
            <w:r w:rsidRPr="00717886">
              <w:rPr>
                <w:rFonts w:cs="Times New Roman"/>
                <w:sz w:val="15"/>
              </w:rPr>
              <w:t>1,547</w:t>
            </w:r>
          </w:p>
        </w:tc>
        <w:tc>
          <w:tcPr>
            <w:tcW w:w="792" w:type="dxa"/>
            <w:tcMar>
              <w:top w:w="70" w:type="dxa"/>
              <w:left w:w="95" w:type="dxa"/>
              <w:bottom w:w="70" w:type="dxa"/>
              <w:right w:w="95" w:type="dxa"/>
            </w:tcMar>
            <w:vAlign w:val="center"/>
          </w:tcPr>
          <w:p w14:paraId="2AEB8969"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F081393" w14:textId="77777777">
        <w:trPr>
          <w:cantSplit/>
          <w:jc w:val="center"/>
        </w:trPr>
        <w:tc>
          <w:tcPr>
            <w:tcW w:w="792" w:type="dxa"/>
            <w:shd w:val="clear" w:color="auto" w:fill="F5F7F9"/>
            <w:tcMar>
              <w:top w:w="70" w:type="dxa"/>
              <w:left w:w="95" w:type="dxa"/>
              <w:bottom w:w="70" w:type="dxa"/>
              <w:right w:w="95" w:type="dxa"/>
            </w:tcMar>
            <w:vAlign w:val="center"/>
          </w:tcPr>
          <w:p w14:paraId="7DE66853" w14:textId="77777777" w:rsidR="002E7DCF" w:rsidRPr="00717886" w:rsidRDefault="00A11917">
            <w:pPr>
              <w:spacing w:after="0" w:line="240" w:lineRule="auto"/>
              <w:jc w:val="center"/>
              <w:rPr>
                <w:rFonts w:cs="Times New Roman"/>
              </w:rPr>
            </w:pPr>
            <w:r w:rsidRPr="00717886">
              <w:rPr>
                <w:rFonts w:cs="Times New Roman"/>
                <w:sz w:val="15"/>
              </w:rPr>
              <w:t>AVI006</w:t>
            </w:r>
          </w:p>
        </w:tc>
        <w:tc>
          <w:tcPr>
            <w:tcW w:w="3384" w:type="dxa"/>
            <w:shd w:val="clear" w:color="auto" w:fill="F5F7F9"/>
            <w:tcMar>
              <w:top w:w="70" w:type="dxa"/>
              <w:left w:w="95" w:type="dxa"/>
              <w:bottom w:w="70" w:type="dxa"/>
              <w:right w:w="95" w:type="dxa"/>
            </w:tcMar>
            <w:vAlign w:val="center"/>
          </w:tcPr>
          <w:p w14:paraId="0B3D24BA" w14:textId="77777777" w:rsidR="002E7DCF" w:rsidRPr="00717886" w:rsidRDefault="00A11917">
            <w:pPr>
              <w:spacing w:after="0" w:line="240" w:lineRule="auto"/>
              <w:rPr>
                <w:rFonts w:cs="Times New Roman"/>
              </w:rPr>
            </w:pPr>
            <w:r w:rsidRPr="00717886">
              <w:rPr>
                <w:rFonts w:cs="Times New Roman"/>
                <w:sz w:val="15"/>
              </w:rPr>
              <w:t>University of Illinois Urbana-Champaign</w:t>
            </w:r>
          </w:p>
        </w:tc>
        <w:tc>
          <w:tcPr>
            <w:tcW w:w="1123" w:type="dxa"/>
            <w:shd w:val="clear" w:color="auto" w:fill="F5F7F9"/>
            <w:tcMar>
              <w:top w:w="70" w:type="dxa"/>
              <w:left w:w="95" w:type="dxa"/>
              <w:bottom w:w="70" w:type="dxa"/>
              <w:right w:w="95" w:type="dxa"/>
            </w:tcMar>
            <w:vAlign w:val="center"/>
          </w:tcPr>
          <w:p w14:paraId="43B6AEB0" w14:textId="77777777" w:rsidR="002E7DCF" w:rsidRPr="00717886" w:rsidRDefault="00A11917">
            <w:pPr>
              <w:spacing w:after="0" w:line="240" w:lineRule="auto"/>
              <w:rPr>
                <w:rFonts w:cs="Times New Roman"/>
              </w:rPr>
            </w:pPr>
            <w:r w:rsidRPr="00717886">
              <w:rPr>
                <w:rFonts w:cs="Times New Roman"/>
                <w:sz w:val="15"/>
              </w:rPr>
              <w:t>USA</w:t>
            </w:r>
          </w:p>
        </w:tc>
        <w:tc>
          <w:tcPr>
            <w:tcW w:w="1800" w:type="dxa"/>
            <w:shd w:val="clear" w:color="auto" w:fill="F5F7F9"/>
            <w:tcMar>
              <w:top w:w="70" w:type="dxa"/>
              <w:left w:w="95" w:type="dxa"/>
              <w:bottom w:w="70" w:type="dxa"/>
              <w:right w:w="95" w:type="dxa"/>
            </w:tcMar>
            <w:vAlign w:val="center"/>
          </w:tcPr>
          <w:p w14:paraId="52587BD7"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2793C22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6A8BD384" w14:textId="77777777" w:rsidR="002E7DCF" w:rsidRPr="00717886" w:rsidRDefault="00A11917">
            <w:pPr>
              <w:spacing w:after="0" w:line="240" w:lineRule="auto"/>
              <w:jc w:val="center"/>
              <w:rPr>
                <w:rFonts w:cs="Times New Roman"/>
              </w:rPr>
            </w:pPr>
            <w:r w:rsidRPr="00717886">
              <w:rPr>
                <w:rFonts w:cs="Times New Roman"/>
                <w:sz w:val="15"/>
              </w:rPr>
              <w:t>888</w:t>
            </w:r>
          </w:p>
        </w:tc>
        <w:tc>
          <w:tcPr>
            <w:tcW w:w="792" w:type="dxa"/>
            <w:shd w:val="clear" w:color="auto" w:fill="F5F7F9"/>
            <w:tcMar>
              <w:top w:w="70" w:type="dxa"/>
              <w:left w:w="95" w:type="dxa"/>
              <w:bottom w:w="70" w:type="dxa"/>
              <w:right w:w="95" w:type="dxa"/>
            </w:tcMar>
            <w:vAlign w:val="center"/>
          </w:tcPr>
          <w:p w14:paraId="113E5323"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535A167" w14:textId="77777777">
        <w:trPr>
          <w:cantSplit/>
          <w:jc w:val="center"/>
        </w:trPr>
        <w:tc>
          <w:tcPr>
            <w:tcW w:w="792" w:type="dxa"/>
            <w:tcMar>
              <w:top w:w="70" w:type="dxa"/>
              <w:left w:w="95" w:type="dxa"/>
              <w:bottom w:w="70" w:type="dxa"/>
              <w:right w:w="95" w:type="dxa"/>
            </w:tcMar>
            <w:vAlign w:val="center"/>
          </w:tcPr>
          <w:p w14:paraId="13E3A82D" w14:textId="77777777" w:rsidR="002E7DCF" w:rsidRPr="00717886" w:rsidRDefault="00A11917">
            <w:pPr>
              <w:spacing w:after="0" w:line="240" w:lineRule="auto"/>
              <w:jc w:val="center"/>
              <w:rPr>
                <w:rFonts w:cs="Times New Roman"/>
              </w:rPr>
            </w:pPr>
            <w:r w:rsidRPr="00717886">
              <w:rPr>
                <w:rFonts w:cs="Times New Roman"/>
                <w:sz w:val="15"/>
              </w:rPr>
              <w:t>AVI007</w:t>
            </w:r>
          </w:p>
        </w:tc>
        <w:tc>
          <w:tcPr>
            <w:tcW w:w="3384" w:type="dxa"/>
            <w:tcMar>
              <w:top w:w="70" w:type="dxa"/>
              <w:left w:w="95" w:type="dxa"/>
              <w:bottom w:w="70" w:type="dxa"/>
              <w:right w:w="95" w:type="dxa"/>
            </w:tcMar>
            <w:vAlign w:val="center"/>
          </w:tcPr>
          <w:p w14:paraId="1FB77B8D" w14:textId="77777777" w:rsidR="002E7DCF" w:rsidRPr="00717886" w:rsidRDefault="00A11917">
            <w:pPr>
              <w:spacing w:after="0" w:line="240" w:lineRule="auto"/>
              <w:rPr>
                <w:rFonts w:cs="Times New Roman"/>
              </w:rPr>
            </w:pPr>
            <w:r w:rsidRPr="00717886">
              <w:rPr>
                <w:rFonts w:cs="Times New Roman"/>
                <w:sz w:val="15"/>
              </w:rPr>
              <w:t>University of Colorado Boulder</w:t>
            </w:r>
          </w:p>
        </w:tc>
        <w:tc>
          <w:tcPr>
            <w:tcW w:w="1123" w:type="dxa"/>
            <w:tcMar>
              <w:top w:w="70" w:type="dxa"/>
              <w:left w:w="95" w:type="dxa"/>
              <w:bottom w:w="70" w:type="dxa"/>
              <w:right w:w="95" w:type="dxa"/>
            </w:tcMar>
            <w:vAlign w:val="center"/>
          </w:tcPr>
          <w:p w14:paraId="5D0B8259" w14:textId="77777777" w:rsidR="002E7DCF" w:rsidRPr="00717886" w:rsidRDefault="00A11917">
            <w:pPr>
              <w:spacing w:after="0" w:line="240" w:lineRule="auto"/>
              <w:rPr>
                <w:rFonts w:cs="Times New Roman"/>
              </w:rPr>
            </w:pPr>
            <w:r w:rsidRPr="00717886">
              <w:rPr>
                <w:rFonts w:cs="Times New Roman"/>
                <w:sz w:val="15"/>
              </w:rPr>
              <w:t>USA</w:t>
            </w:r>
          </w:p>
        </w:tc>
        <w:tc>
          <w:tcPr>
            <w:tcW w:w="1800" w:type="dxa"/>
            <w:tcMar>
              <w:top w:w="70" w:type="dxa"/>
              <w:left w:w="95" w:type="dxa"/>
              <w:bottom w:w="70" w:type="dxa"/>
              <w:right w:w="95" w:type="dxa"/>
            </w:tcMar>
            <w:vAlign w:val="center"/>
          </w:tcPr>
          <w:p w14:paraId="1D947E08"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64B3A96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5B760272" w14:textId="77777777" w:rsidR="002E7DCF" w:rsidRPr="00717886" w:rsidRDefault="00A11917">
            <w:pPr>
              <w:spacing w:after="0" w:line="240" w:lineRule="auto"/>
              <w:jc w:val="center"/>
              <w:rPr>
                <w:rFonts w:cs="Times New Roman"/>
              </w:rPr>
            </w:pPr>
            <w:r w:rsidRPr="00717886">
              <w:rPr>
                <w:rFonts w:cs="Times New Roman"/>
                <w:sz w:val="15"/>
              </w:rPr>
              <w:t>481</w:t>
            </w:r>
          </w:p>
        </w:tc>
        <w:tc>
          <w:tcPr>
            <w:tcW w:w="792" w:type="dxa"/>
            <w:tcMar>
              <w:top w:w="70" w:type="dxa"/>
              <w:left w:w="95" w:type="dxa"/>
              <w:bottom w:w="70" w:type="dxa"/>
              <w:right w:w="95" w:type="dxa"/>
            </w:tcMar>
            <w:vAlign w:val="center"/>
          </w:tcPr>
          <w:p w14:paraId="5948B431"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DFD2EE7" w14:textId="77777777">
        <w:trPr>
          <w:cantSplit/>
          <w:jc w:val="center"/>
        </w:trPr>
        <w:tc>
          <w:tcPr>
            <w:tcW w:w="792" w:type="dxa"/>
            <w:shd w:val="clear" w:color="auto" w:fill="F5F7F9"/>
            <w:tcMar>
              <w:top w:w="70" w:type="dxa"/>
              <w:left w:w="95" w:type="dxa"/>
              <w:bottom w:w="70" w:type="dxa"/>
              <w:right w:w="95" w:type="dxa"/>
            </w:tcMar>
            <w:vAlign w:val="center"/>
          </w:tcPr>
          <w:p w14:paraId="057DD1F3" w14:textId="77777777" w:rsidR="002E7DCF" w:rsidRPr="00717886" w:rsidRDefault="00A11917">
            <w:pPr>
              <w:spacing w:after="0" w:line="240" w:lineRule="auto"/>
              <w:jc w:val="center"/>
              <w:rPr>
                <w:rFonts w:cs="Times New Roman"/>
              </w:rPr>
            </w:pPr>
            <w:r w:rsidRPr="00717886">
              <w:rPr>
                <w:rFonts w:cs="Times New Roman"/>
                <w:sz w:val="15"/>
              </w:rPr>
              <w:t>AVI008</w:t>
            </w:r>
          </w:p>
        </w:tc>
        <w:tc>
          <w:tcPr>
            <w:tcW w:w="3384" w:type="dxa"/>
            <w:shd w:val="clear" w:color="auto" w:fill="F5F7F9"/>
            <w:tcMar>
              <w:top w:w="70" w:type="dxa"/>
              <w:left w:w="95" w:type="dxa"/>
              <w:bottom w:w="70" w:type="dxa"/>
              <w:right w:w="95" w:type="dxa"/>
            </w:tcMar>
            <w:vAlign w:val="center"/>
          </w:tcPr>
          <w:p w14:paraId="46EC0F79" w14:textId="77777777" w:rsidR="002E7DCF" w:rsidRPr="00717886" w:rsidRDefault="00A11917">
            <w:pPr>
              <w:spacing w:after="0" w:line="240" w:lineRule="auto"/>
              <w:rPr>
                <w:rFonts w:cs="Times New Roman"/>
              </w:rPr>
            </w:pPr>
            <w:r w:rsidRPr="00717886">
              <w:rPr>
                <w:rFonts w:cs="Times New Roman"/>
                <w:sz w:val="15"/>
              </w:rPr>
              <w:t>Virginia Tech</w:t>
            </w:r>
          </w:p>
        </w:tc>
        <w:tc>
          <w:tcPr>
            <w:tcW w:w="1123" w:type="dxa"/>
            <w:shd w:val="clear" w:color="auto" w:fill="F5F7F9"/>
            <w:tcMar>
              <w:top w:w="70" w:type="dxa"/>
              <w:left w:w="95" w:type="dxa"/>
              <w:bottom w:w="70" w:type="dxa"/>
              <w:right w:w="95" w:type="dxa"/>
            </w:tcMar>
            <w:vAlign w:val="center"/>
          </w:tcPr>
          <w:p w14:paraId="691A77A3" w14:textId="77777777" w:rsidR="002E7DCF" w:rsidRPr="00717886" w:rsidRDefault="00A11917">
            <w:pPr>
              <w:spacing w:after="0" w:line="240" w:lineRule="auto"/>
              <w:rPr>
                <w:rFonts w:cs="Times New Roman"/>
              </w:rPr>
            </w:pPr>
            <w:r w:rsidRPr="00717886">
              <w:rPr>
                <w:rFonts w:cs="Times New Roman"/>
                <w:sz w:val="15"/>
              </w:rPr>
              <w:t>USA</w:t>
            </w:r>
          </w:p>
        </w:tc>
        <w:tc>
          <w:tcPr>
            <w:tcW w:w="1800" w:type="dxa"/>
            <w:shd w:val="clear" w:color="auto" w:fill="F5F7F9"/>
            <w:tcMar>
              <w:top w:w="70" w:type="dxa"/>
              <w:left w:w="95" w:type="dxa"/>
              <w:bottom w:w="70" w:type="dxa"/>
              <w:right w:w="95" w:type="dxa"/>
            </w:tcMar>
            <w:vAlign w:val="center"/>
          </w:tcPr>
          <w:p w14:paraId="376C8A86"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5A0AF62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7191BD82" w14:textId="77777777" w:rsidR="002E7DCF" w:rsidRPr="00717886" w:rsidRDefault="00A11917">
            <w:pPr>
              <w:spacing w:after="0" w:line="240" w:lineRule="auto"/>
              <w:jc w:val="center"/>
              <w:rPr>
                <w:rFonts w:cs="Times New Roman"/>
              </w:rPr>
            </w:pPr>
            <w:r w:rsidRPr="00717886">
              <w:rPr>
                <w:rFonts w:cs="Times New Roman"/>
                <w:sz w:val="15"/>
              </w:rPr>
              <w:t>1,137</w:t>
            </w:r>
          </w:p>
        </w:tc>
        <w:tc>
          <w:tcPr>
            <w:tcW w:w="792" w:type="dxa"/>
            <w:shd w:val="clear" w:color="auto" w:fill="F5F7F9"/>
            <w:tcMar>
              <w:top w:w="70" w:type="dxa"/>
              <w:left w:w="95" w:type="dxa"/>
              <w:bottom w:w="70" w:type="dxa"/>
              <w:right w:w="95" w:type="dxa"/>
            </w:tcMar>
            <w:vAlign w:val="center"/>
          </w:tcPr>
          <w:p w14:paraId="7F201CC8"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184889D" w14:textId="77777777">
        <w:trPr>
          <w:cantSplit/>
          <w:jc w:val="center"/>
        </w:trPr>
        <w:tc>
          <w:tcPr>
            <w:tcW w:w="792" w:type="dxa"/>
            <w:tcMar>
              <w:top w:w="70" w:type="dxa"/>
              <w:left w:w="95" w:type="dxa"/>
              <w:bottom w:w="70" w:type="dxa"/>
              <w:right w:w="95" w:type="dxa"/>
            </w:tcMar>
            <w:vAlign w:val="center"/>
          </w:tcPr>
          <w:p w14:paraId="44FD0C57" w14:textId="77777777" w:rsidR="002E7DCF" w:rsidRPr="00717886" w:rsidRDefault="00A11917">
            <w:pPr>
              <w:spacing w:after="0" w:line="240" w:lineRule="auto"/>
              <w:jc w:val="center"/>
              <w:rPr>
                <w:rFonts w:cs="Times New Roman"/>
              </w:rPr>
            </w:pPr>
            <w:r w:rsidRPr="00717886">
              <w:rPr>
                <w:rFonts w:cs="Times New Roman"/>
                <w:sz w:val="15"/>
              </w:rPr>
              <w:t>AVI009</w:t>
            </w:r>
          </w:p>
        </w:tc>
        <w:tc>
          <w:tcPr>
            <w:tcW w:w="3384" w:type="dxa"/>
            <w:tcMar>
              <w:top w:w="70" w:type="dxa"/>
              <w:left w:w="95" w:type="dxa"/>
              <w:bottom w:w="70" w:type="dxa"/>
              <w:right w:w="95" w:type="dxa"/>
            </w:tcMar>
            <w:vAlign w:val="center"/>
          </w:tcPr>
          <w:p w14:paraId="3ACF36D4" w14:textId="77777777" w:rsidR="002E7DCF" w:rsidRPr="00717886" w:rsidRDefault="00A11917">
            <w:pPr>
              <w:spacing w:after="0" w:line="240" w:lineRule="auto"/>
              <w:rPr>
                <w:rFonts w:cs="Times New Roman"/>
              </w:rPr>
            </w:pPr>
            <w:r w:rsidRPr="00717886">
              <w:rPr>
                <w:rFonts w:cs="Times New Roman"/>
                <w:sz w:val="15"/>
              </w:rPr>
              <w:t>Delft University of Technology</w:t>
            </w:r>
          </w:p>
        </w:tc>
        <w:tc>
          <w:tcPr>
            <w:tcW w:w="1123" w:type="dxa"/>
            <w:tcMar>
              <w:top w:w="70" w:type="dxa"/>
              <w:left w:w="95" w:type="dxa"/>
              <w:bottom w:w="70" w:type="dxa"/>
              <w:right w:w="95" w:type="dxa"/>
            </w:tcMar>
            <w:vAlign w:val="center"/>
          </w:tcPr>
          <w:p w14:paraId="3A7738F6" w14:textId="77777777" w:rsidR="002E7DCF" w:rsidRPr="00717886" w:rsidRDefault="00A11917">
            <w:pPr>
              <w:spacing w:after="0" w:line="240" w:lineRule="auto"/>
              <w:rPr>
                <w:rFonts w:cs="Times New Roman"/>
              </w:rPr>
            </w:pPr>
            <w:r w:rsidRPr="00717886">
              <w:rPr>
                <w:rFonts w:cs="Times New Roman"/>
                <w:sz w:val="15"/>
              </w:rPr>
              <w:t>Netherlands</w:t>
            </w:r>
          </w:p>
        </w:tc>
        <w:tc>
          <w:tcPr>
            <w:tcW w:w="1800" w:type="dxa"/>
            <w:tcMar>
              <w:top w:w="70" w:type="dxa"/>
              <w:left w:w="95" w:type="dxa"/>
              <w:bottom w:w="70" w:type="dxa"/>
              <w:right w:w="95" w:type="dxa"/>
            </w:tcMar>
            <w:vAlign w:val="center"/>
          </w:tcPr>
          <w:p w14:paraId="0AD0F5F5"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0D788183"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630D3955" w14:textId="77777777" w:rsidR="002E7DCF" w:rsidRPr="00717886" w:rsidRDefault="00A11917">
            <w:pPr>
              <w:spacing w:after="0" w:line="240" w:lineRule="auto"/>
              <w:jc w:val="center"/>
              <w:rPr>
                <w:rFonts w:cs="Times New Roman"/>
              </w:rPr>
            </w:pPr>
            <w:r w:rsidRPr="00717886">
              <w:rPr>
                <w:rFonts w:cs="Times New Roman"/>
                <w:sz w:val="15"/>
              </w:rPr>
              <w:t>2,606</w:t>
            </w:r>
          </w:p>
        </w:tc>
        <w:tc>
          <w:tcPr>
            <w:tcW w:w="792" w:type="dxa"/>
            <w:tcMar>
              <w:top w:w="70" w:type="dxa"/>
              <w:left w:w="95" w:type="dxa"/>
              <w:bottom w:w="70" w:type="dxa"/>
              <w:right w:w="95" w:type="dxa"/>
            </w:tcMar>
            <w:vAlign w:val="center"/>
          </w:tcPr>
          <w:p w14:paraId="0D5D5B4E"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F1FB068" w14:textId="77777777">
        <w:trPr>
          <w:cantSplit/>
          <w:jc w:val="center"/>
        </w:trPr>
        <w:tc>
          <w:tcPr>
            <w:tcW w:w="792" w:type="dxa"/>
            <w:shd w:val="clear" w:color="auto" w:fill="F5F7F9"/>
            <w:tcMar>
              <w:top w:w="70" w:type="dxa"/>
              <w:left w:w="95" w:type="dxa"/>
              <w:bottom w:w="70" w:type="dxa"/>
              <w:right w:w="95" w:type="dxa"/>
            </w:tcMar>
            <w:vAlign w:val="center"/>
          </w:tcPr>
          <w:p w14:paraId="6479E199" w14:textId="77777777" w:rsidR="002E7DCF" w:rsidRPr="00717886" w:rsidRDefault="00A11917">
            <w:pPr>
              <w:spacing w:after="0" w:line="240" w:lineRule="auto"/>
              <w:jc w:val="center"/>
              <w:rPr>
                <w:rFonts w:cs="Times New Roman"/>
              </w:rPr>
            </w:pPr>
            <w:r w:rsidRPr="00717886">
              <w:rPr>
                <w:rFonts w:cs="Times New Roman"/>
                <w:sz w:val="15"/>
              </w:rPr>
              <w:t>AVI010</w:t>
            </w:r>
          </w:p>
        </w:tc>
        <w:tc>
          <w:tcPr>
            <w:tcW w:w="3384" w:type="dxa"/>
            <w:shd w:val="clear" w:color="auto" w:fill="F5F7F9"/>
            <w:tcMar>
              <w:top w:w="70" w:type="dxa"/>
              <w:left w:w="95" w:type="dxa"/>
              <w:bottom w:w="70" w:type="dxa"/>
              <w:right w:w="95" w:type="dxa"/>
            </w:tcMar>
            <w:vAlign w:val="center"/>
          </w:tcPr>
          <w:p w14:paraId="32D0A05F" w14:textId="77777777" w:rsidR="002E7DCF" w:rsidRPr="00717886" w:rsidRDefault="00A11917">
            <w:pPr>
              <w:spacing w:after="0" w:line="240" w:lineRule="auto"/>
              <w:rPr>
                <w:rFonts w:cs="Times New Roman"/>
              </w:rPr>
            </w:pPr>
            <w:r w:rsidRPr="00717886">
              <w:rPr>
                <w:rFonts w:cs="Times New Roman"/>
                <w:sz w:val="15"/>
              </w:rPr>
              <w:t>Cranfield University</w:t>
            </w:r>
          </w:p>
        </w:tc>
        <w:tc>
          <w:tcPr>
            <w:tcW w:w="1123" w:type="dxa"/>
            <w:shd w:val="clear" w:color="auto" w:fill="F5F7F9"/>
            <w:tcMar>
              <w:top w:w="70" w:type="dxa"/>
              <w:left w:w="95" w:type="dxa"/>
              <w:bottom w:w="70" w:type="dxa"/>
              <w:right w:w="95" w:type="dxa"/>
            </w:tcMar>
            <w:vAlign w:val="center"/>
          </w:tcPr>
          <w:p w14:paraId="08A524AC" w14:textId="77777777" w:rsidR="002E7DCF" w:rsidRPr="00717886" w:rsidRDefault="00A11917">
            <w:pPr>
              <w:spacing w:after="0" w:line="240" w:lineRule="auto"/>
              <w:rPr>
                <w:rFonts w:cs="Times New Roman"/>
              </w:rPr>
            </w:pPr>
            <w:r w:rsidRPr="00717886">
              <w:rPr>
                <w:rFonts w:cs="Times New Roman"/>
                <w:sz w:val="15"/>
              </w:rPr>
              <w:t>United Kingdom</w:t>
            </w:r>
          </w:p>
        </w:tc>
        <w:tc>
          <w:tcPr>
            <w:tcW w:w="1800" w:type="dxa"/>
            <w:shd w:val="clear" w:color="auto" w:fill="F5F7F9"/>
            <w:tcMar>
              <w:top w:w="70" w:type="dxa"/>
              <w:left w:w="95" w:type="dxa"/>
              <w:bottom w:w="70" w:type="dxa"/>
              <w:right w:w="95" w:type="dxa"/>
            </w:tcMar>
            <w:vAlign w:val="center"/>
          </w:tcPr>
          <w:p w14:paraId="427C8AE3"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3EE90D57"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0DB1AB82" w14:textId="77777777" w:rsidR="002E7DCF" w:rsidRPr="00717886" w:rsidRDefault="00A11917">
            <w:pPr>
              <w:spacing w:after="0" w:line="240" w:lineRule="auto"/>
              <w:jc w:val="center"/>
              <w:rPr>
                <w:rFonts w:cs="Times New Roman"/>
              </w:rPr>
            </w:pPr>
            <w:r w:rsidRPr="00717886">
              <w:rPr>
                <w:rFonts w:cs="Times New Roman"/>
                <w:sz w:val="15"/>
              </w:rPr>
              <w:t>1,505</w:t>
            </w:r>
          </w:p>
        </w:tc>
        <w:tc>
          <w:tcPr>
            <w:tcW w:w="792" w:type="dxa"/>
            <w:shd w:val="clear" w:color="auto" w:fill="F5F7F9"/>
            <w:tcMar>
              <w:top w:w="70" w:type="dxa"/>
              <w:left w:w="95" w:type="dxa"/>
              <w:bottom w:w="70" w:type="dxa"/>
              <w:right w:w="95" w:type="dxa"/>
            </w:tcMar>
            <w:vAlign w:val="center"/>
          </w:tcPr>
          <w:p w14:paraId="740D5917"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B0A0F3F" w14:textId="77777777">
        <w:trPr>
          <w:cantSplit/>
          <w:jc w:val="center"/>
        </w:trPr>
        <w:tc>
          <w:tcPr>
            <w:tcW w:w="792" w:type="dxa"/>
            <w:tcMar>
              <w:top w:w="70" w:type="dxa"/>
              <w:left w:w="95" w:type="dxa"/>
              <w:bottom w:w="70" w:type="dxa"/>
              <w:right w:w="95" w:type="dxa"/>
            </w:tcMar>
            <w:vAlign w:val="center"/>
          </w:tcPr>
          <w:p w14:paraId="3DBF52BC" w14:textId="77777777" w:rsidR="002E7DCF" w:rsidRPr="00717886" w:rsidRDefault="00A11917">
            <w:pPr>
              <w:spacing w:after="0" w:line="240" w:lineRule="auto"/>
              <w:jc w:val="center"/>
              <w:rPr>
                <w:rFonts w:cs="Times New Roman"/>
              </w:rPr>
            </w:pPr>
            <w:r w:rsidRPr="00717886">
              <w:rPr>
                <w:rFonts w:cs="Times New Roman"/>
                <w:sz w:val="15"/>
              </w:rPr>
              <w:t>AVI011</w:t>
            </w:r>
          </w:p>
        </w:tc>
        <w:tc>
          <w:tcPr>
            <w:tcW w:w="3384" w:type="dxa"/>
            <w:tcMar>
              <w:top w:w="70" w:type="dxa"/>
              <w:left w:w="95" w:type="dxa"/>
              <w:bottom w:w="70" w:type="dxa"/>
              <w:right w:w="95" w:type="dxa"/>
            </w:tcMar>
            <w:vAlign w:val="center"/>
          </w:tcPr>
          <w:p w14:paraId="6FD5BEAD" w14:textId="77777777" w:rsidR="002E7DCF" w:rsidRPr="00717886" w:rsidRDefault="00A11917">
            <w:pPr>
              <w:spacing w:after="0" w:line="240" w:lineRule="auto"/>
              <w:rPr>
                <w:rFonts w:cs="Times New Roman"/>
              </w:rPr>
            </w:pPr>
            <w:r w:rsidRPr="00717886">
              <w:rPr>
                <w:rFonts w:cs="Times New Roman"/>
                <w:sz w:val="15"/>
              </w:rPr>
              <w:t>Imperial College London</w:t>
            </w:r>
          </w:p>
        </w:tc>
        <w:tc>
          <w:tcPr>
            <w:tcW w:w="1123" w:type="dxa"/>
            <w:tcMar>
              <w:top w:w="70" w:type="dxa"/>
              <w:left w:w="95" w:type="dxa"/>
              <w:bottom w:w="70" w:type="dxa"/>
              <w:right w:w="95" w:type="dxa"/>
            </w:tcMar>
            <w:vAlign w:val="center"/>
          </w:tcPr>
          <w:p w14:paraId="7600DE84" w14:textId="77777777" w:rsidR="002E7DCF" w:rsidRPr="00717886" w:rsidRDefault="00A11917">
            <w:pPr>
              <w:spacing w:after="0" w:line="240" w:lineRule="auto"/>
              <w:rPr>
                <w:rFonts w:cs="Times New Roman"/>
              </w:rPr>
            </w:pPr>
            <w:r w:rsidRPr="00717886">
              <w:rPr>
                <w:rFonts w:cs="Times New Roman"/>
                <w:sz w:val="15"/>
              </w:rPr>
              <w:t>United Kingdom</w:t>
            </w:r>
          </w:p>
        </w:tc>
        <w:tc>
          <w:tcPr>
            <w:tcW w:w="1800" w:type="dxa"/>
            <w:tcMar>
              <w:top w:w="70" w:type="dxa"/>
              <w:left w:w="95" w:type="dxa"/>
              <w:bottom w:w="70" w:type="dxa"/>
              <w:right w:w="95" w:type="dxa"/>
            </w:tcMar>
            <w:vAlign w:val="center"/>
          </w:tcPr>
          <w:p w14:paraId="1A656EE8"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405C84FC"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3866950F" w14:textId="77777777" w:rsidR="002E7DCF" w:rsidRPr="00717886" w:rsidRDefault="00A11917">
            <w:pPr>
              <w:spacing w:after="0" w:line="240" w:lineRule="auto"/>
              <w:jc w:val="center"/>
              <w:rPr>
                <w:rFonts w:cs="Times New Roman"/>
              </w:rPr>
            </w:pPr>
            <w:r w:rsidRPr="00717886">
              <w:rPr>
                <w:rFonts w:cs="Times New Roman"/>
                <w:sz w:val="15"/>
              </w:rPr>
              <w:t>1,263</w:t>
            </w:r>
          </w:p>
        </w:tc>
        <w:tc>
          <w:tcPr>
            <w:tcW w:w="792" w:type="dxa"/>
            <w:tcMar>
              <w:top w:w="70" w:type="dxa"/>
              <w:left w:w="95" w:type="dxa"/>
              <w:bottom w:w="70" w:type="dxa"/>
              <w:right w:w="95" w:type="dxa"/>
            </w:tcMar>
            <w:vAlign w:val="center"/>
          </w:tcPr>
          <w:p w14:paraId="52712E4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619858A2" w14:textId="77777777">
        <w:trPr>
          <w:cantSplit/>
          <w:jc w:val="center"/>
        </w:trPr>
        <w:tc>
          <w:tcPr>
            <w:tcW w:w="792" w:type="dxa"/>
            <w:shd w:val="clear" w:color="auto" w:fill="F5F7F9"/>
            <w:tcMar>
              <w:top w:w="70" w:type="dxa"/>
              <w:left w:w="95" w:type="dxa"/>
              <w:bottom w:w="70" w:type="dxa"/>
              <w:right w:w="95" w:type="dxa"/>
            </w:tcMar>
            <w:vAlign w:val="center"/>
          </w:tcPr>
          <w:p w14:paraId="2BF7C479" w14:textId="77777777" w:rsidR="002E7DCF" w:rsidRPr="00717886" w:rsidRDefault="00A11917">
            <w:pPr>
              <w:spacing w:after="0" w:line="240" w:lineRule="auto"/>
              <w:jc w:val="center"/>
              <w:rPr>
                <w:rFonts w:cs="Times New Roman"/>
              </w:rPr>
            </w:pPr>
            <w:r w:rsidRPr="00717886">
              <w:rPr>
                <w:rFonts w:cs="Times New Roman"/>
                <w:sz w:val="15"/>
              </w:rPr>
              <w:t>AVI012</w:t>
            </w:r>
          </w:p>
        </w:tc>
        <w:tc>
          <w:tcPr>
            <w:tcW w:w="3384" w:type="dxa"/>
            <w:shd w:val="clear" w:color="auto" w:fill="F5F7F9"/>
            <w:tcMar>
              <w:top w:w="70" w:type="dxa"/>
              <w:left w:w="95" w:type="dxa"/>
              <w:bottom w:w="70" w:type="dxa"/>
              <w:right w:w="95" w:type="dxa"/>
            </w:tcMar>
            <w:vAlign w:val="center"/>
          </w:tcPr>
          <w:p w14:paraId="5B390E9A" w14:textId="77777777" w:rsidR="002E7DCF" w:rsidRPr="00717886" w:rsidRDefault="00A11917">
            <w:pPr>
              <w:spacing w:after="0" w:line="240" w:lineRule="auto"/>
              <w:rPr>
                <w:rFonts w:cs="Times New Roman"/>
              </w:rPr>
            </w:pPr>
            <w:r w:rsidRPr="00717886">
              <w:rPr>
                <w:rFonts w:cs="Times New Roman"/>
                <w:sz w:val="15"/>
              </w:rPr>
              <w:t>University of Southampton</w:t>
            </w:r>
          </w:p>
        </w:tc>
        <w:tc>
          <w:tcPr>
            <w:tcW w:w="1123" w:type="dxa"/>
            <w:shd w:val="clear" w:color="auto" w:fill="F5F7F9"/>
            <w:tcMar>
              <w:top w:w="70" w:type="dxa"/>
              <w:left w:w="95" w:type="dxa"/>
              <w:bottom w:w="70" w:type="dxa"/>
              <w:right w:w="95" w:type="dxa"/>
            </w:tcMar>
            <w:vAlign w:val="center"/>
          </w:tcPr>
          <w:p w14:paraId="36F21013" w14:textId="77777777" w:rsidR="002E7DCF" w:rsidRPr="00717886" w:rsidRDefault="00A11917">
            <w:pPr>
              <w:spacing w:after="0" w:line="240" w:lineRule="auto"/>
              <w:rPr>
                <w:rFonts w:cs="Times New Roman"/>
              </w:rPr>
            </w:pPr>
            <w:r w:rsidRPr="00717886">
              <w:rPr>
                <w:rFonts w:cs="Times New Roman"/>
                <w:sz w:val="15"/>
              </w:rPr>
              <w:t>United Kingdom</w:t>
            </w:r>
          </w:p>
        </w:tc>
        <w:tc>
          <w:tcPr>
            <w:tcW w:w="1800" w:type="dxa"/>
            <w:shd w:val="clear" w:color="auto" w:fill="F5F7F9"/>
            <w:tcMar>
              <w:top w:w="70" w:type="dxa"/>
              <w:left w:w="95" w:type="dxa"/>
              <w:bottom w:w="70" w:type="dxa"/>
              <w:right w:w="95" w:type="dxa"/>
            </w:tcMar>
            <w:vAlign w:val="center"/>
          </w:tcPr>
          <w:p w14:paraId="7F5F727A"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0BB7C0C3"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236AB7DB" w14:textId="77777777" w:rsidR="002E7DCF" w:rsidRPr="00717886" w:rsidRDefault="00A11917">
            <w:pPr>
              <w:spacing w:after="0" w:line="240" w:lineRule="auto"/>
              <w:jc w:val="center"/>
              <w:rPr>
                <w:rFonts w:cs="Times New Roman"/>
              </w:rPr>
            </w:pPr>
            <w:r w:rsidRPr="00717886">
              <w:rPr>
                <w:rFonts w:cs="Times New Roman"/>
                <w:sz w:val="15"/>
              </w:rPr>
              <w:t>1,221</w:t>
            </w:r>
          </w:p>
        </w:tc>
        <w:tc>
          <w:tcPr>
            <w:tcW w:w="792" w:type="dxa"/>
            <w:shd w:val="clear" w:color="auto" w:fill="F5F7F9"/>
            <w:tcMar>
              <w:top w:w="70" w:type="dxa"/>
              <w:left w:w="95" w:type="dxa"/>
              <w:bottom w:w="70" w:type="dxa"/>
              <w:right w:w="95" w:type="dxa"/>
            </w:tcMar>
            <w:vAlign w:val="center"/>
          </w:tcPr>
          <w:p w14:paraId="501C1D2E"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70F345DF" w14:textId="77777777">
        <w:trPr>
          <w:cantSplit/>
          <w:jc w:val="center"/>
        </w:trPr>
        <w:tc>
          <w:tcPr>
            <w:tcW w:w="792" w:type="dxa"/>
            <w:tcMar>
              <w:top w:w="70" w:type="dxa"/>
              <w:left w:w="95" w:type="dxa"/>
              <w:bottom w:w="70" w:type="dxa"/>
              <w:right w:w="95" w:type="dxa"/>
            </w:tcMar>
            <w:vAlign w:val="center"/>
          </w:tcPr>
          <w:p w14:paraId="2C8D2069" w14:textId="77777777" w:rsidR="002E7DCF" w:rsidRPr="00717886" w:rsidRDefault="00A11917">
            <w:pPr>
              <w:spacing w:after="0" w:line="240" w:lineRule="auto"/>
              <w:jc w:val="center"/>
              <w:rPr>
                <w:rFonts w:cs="Times New Roman"/>
              </w:rPr>
            </w:pPr>
            <w:r w:rsidRPr="00717886">
              <w:rPr>
                <w:rFonts w:cs="Times New Roman"/>
                <w:sz w:val="15"/>
              </w:rPr>
              <w:t>AVI013</w:t>
            </w:r>
          </w:p>
        </w:tc>
        <w:tc>
          <w:tcPr>
            <w:tcW w:w="3384" w:type="dxa"/>
            <w:tcMar>
              <w:top w:w="70" w:type="dxa"/>
              <w:left w:w="95" w:type="dxa"/>
              <w:bottom w:w="70" w:type="dxa"/>
              <w:right w:w="95" w:type="dxa"/>
            </w:tcMar>
            <w:vAlign w:val="center"/>
          </w:tcPr>
          <w:p w14:paraId="3D2122A7" w14:textId="77777777" w:rsidR="002E7DCF" w:rsidRPr="00717886" w:rsidRDefault="00A11917">
            <w:pPr>
              <w:spacing w:after="0" w:line="240" w:lineRule="auto"/>
              <w:rPr>
                <w:rFonts w:cs="Times New Roman"/>
              </w:rPr>
            </w:pPr>
            <w:r w:rsidRPr="00717886">
              <w:rPr>
                <w:rFonts w:cs="Times New Roman"/>
                <w:sz w:val="15"/>
              </w:rPr>
              <w:t>University of Bristol</w:t>
            </w:r>
          </w:p>
        </w:tc>
        <w:tc>
          <w:tcPr>
            <w:tcW w:w="1123" w:type="dxa"/>
            <w:tcMar>
              <w:top w:w="70" w:type="dxa"/>
              <w:left w:w="95" w:type="dxa"/>
              <w:bottom w:w="70" w:type="dxa"/>
              <w:right w:w="95" w:type="dxa"/>
            </w:tcMar>
            <w:vAlign w:val="center"/>
          </w:tcPr>
          <w:p w14:paraId="3B3B3796" w14:textId="77777777" w:rsidR="002E7DCF" w:rsidRPr="00717886" w:rsidRDefault="00A11917">
            <w:pPr>
              <w:spacing w:after="0" w:line="240" w:lineRule="auto"/>
              <w:rPr>
                <w:rFonts w:cs="Times New Roman"/>
              </w:rPr>
            </w:pPr>
            <w:r w:rsidRPr="00717886">
              <w:rPr>
                <w:rFonts w:cs="Times New Roman"/>
                <w:sz w:val="15"/>
              </w:rPr>
              <w:t>United Kingdom</w:t>
            </w:r>
          </w:p>
        </w:tc>
        <w:tc>
          <w:tcPr>
            <w:tcW w:w="1800" w:type="dxa"/>
            <w:tcMar>
              <w:top w:w="70" w:type="dxa"/>
              <w:left w:w="95" w:type="dxa"/>
              <w:bottom w:w="70" w:type="dxa"/>
              <w:right w:w="95" w:type="dxa"/>
            </w:tcMar>
            <w:vAlign w:val="center"/>
          </w:tcPr>
          <w:p w14:paraId="69D043F1"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75CB553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1490B83C" w14:textId="77777777" w:rsidR="002E7DCF" w:rsidRPr="00717886" w:rsidRDefault="00A11917">
            <w:pPr>
              <w:spacing w:after="0" w:line="240" w:lineRule="auto"/>
              <w:jc w:val="center"/>
              <w:rPr>
                <w:rFonts w:cs="Times New Roman"/>
              </w:rPr>
            </w:pPr>
            <w:r w:rsidRPr="00717886">
              <w:rPr>
                <w:rFonts w:cs="Times New Roman"/>
                <w:sz w:val="15"/>
              </w:rPr>
              <w:t>880</w:t>
            </w:r>
          </w:p>
        </w:tc>
        <w:tc>
          <w:tcPr>
            <w:tcW w:w="792" w:type="dxa"/>
            <w:tcMar>
              <w:top w:w="70" w:type="dxa"/>
              <w:left w:w="95" w:type="dxa"/>
              <w:bottom w:w="70" w:type="dxa"/>
              <w:right w:w="95" w:type="dxa"/>
            </w:tcMar>
            <w:vAlign w:val="center"/>
          </w:tcPr>
          <w:p w14:paraId="0EF89185"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6303884E" w14:textId="77777777">
        <w:trPr>
          <w:cantSplit/>
          <w:jc w:val="center"/>
        </w:trPr>
        <w:tc>
          <w:tcPr>
            <w:tcW w:w="792" w:type="dxa"/>
            <w:shd w:val="clear" w:color="auto" w:fill="F5F7F9"/>
            <w:tcMar>
              <w:top w:w="70" w:type="dxa"/>
              <w:left w:w="95" w:type="dxa"/>
              <w:bottom w:w="70" w:type="dxa"/>
              <w:right w:w="95" w:type="dxa"/>
            </w:tcMar>
            <w:vAlign w:val="center"/>
          </w:tcPr>
          <w:p w14:paraId="3FCC82CF" w14:textId="77777777" w:rsidR="002E7DCF" w:rsidRPr="00717886" w:rsidRDefault="00A11917">
            <w:pPr>
              <w:spacing w:after="0" w:line="240" w:lineRule="auto"/>
              <w:jc w:val="center"/>
              <w:rPr>
                <w:rFonts w:cs="Times New Roman"/>
              </w:rPr>
            </w:pPr>
            <w:r w:rsidRPr="00717886">
              <w:rPr>
                <w:rFonts w:cs="Times New Roman"/>
                <w:sz w:val="15"/>
              </w:rPr>
              <w:t>AVI014</w:t>
            </w:r>
          </w:p>
        </w:tc>
        <w:tc>
          <w:tcPr>
            <w:tcW w:w="3384" w:type="dxa"/>
            <w:shd w:val="clear" w:color="auto" w:fill="F5F7F9"/>
            <w:tcMar>
              <w:top w:w="70" w:type="dxa"/>
              <w:left w:w="95" w:type="dxa"/>
              <w:bottom w:w="70" w:type="dxa"/>
              <w:right w:w="95" w:type="dxa"/>
            </w:tcMar>
            <w:vAlign w:val="center"/>
          </w:tcPr>
          <w:p w14:paraId="23C31059" w14:textId="77777777" w:rsidR="002E7DCF" w:rsidRPr="00717886" w:rsidRDefault="00A11917">
            <w:pPr>
              <w:spacing w:after="0" w:line="240" w:lineRule="auto"/>
              <w:rPr>
                <w:rFonts w:cs="Times New Roman"/>
              </w:rPr>
            </w:pPr>
            <w:r w:rsidRPr="00717886">
              <w:rPr>
                <w:rFonts w:cs="Times New Roman"/>
                <w:sz w:val="15"/>
              </w:rPr>
              <w:t>ISAE-SUPAERO</w:t>
            </w:r>
          </w:p>
        </w:tc>
        <w:tc>
          <w:tcPr>
            <w:tcW w:w="1123" w:type="dxa"/>
            <w:shd w:val="clear" w:color="auto" w:fill="F5F7F9"/>
            <w:tcMar>
              <w:top w:w="70" w:type="dxa"/>
              <w:left w:w="95" w:type="dxa"/>
              <w:bottom w:w="70" w:type="dxa"/>
              <w:right w:w="95" w:type="dxa"/>
            </w:tcMar>
            <w:vAlign w:val="center"/>
          </w:tcPr>
          <w:p w14:paraId="0D56F54F" w14:textId="77777777" w:rsidR="002E7DCF" w:rsidRPr="00717886" w:rsidRDefault="00A11917">
            <w:pPr>
              <w:spacing w:after="0" w:line="240" w:lineRule="auto"/>
              <w:rPr>
                <w:rFonts w:cs="Times New Roman"/>
              </w:rPr>
            </w:pPr>
            <w:r w:rsidRPr="00717886">
              <w:rPr>
                <w:rFonts w:cs="Times New Roman"/>
                <w:sz w:val="15"/>
              </w:rPr>
              <w:t>France</w:t>
            </w:r>
          </w:p>
        </w:tc>
        <w:tc>
          <w:tcPr>
            <w:tcW w:w="1800" w:type="dxa"/>
            <w:shd w:val="clear" w:color="auto" w:fill="F5F7F9"/>
            <w:tcMar>
              <w:top w:w="70" w:type="dxa"/>
              <w:left w:w="95" w:type="dxa"/>
              <w:bottom w:w="70" w:type="dxa"/>
              <w:right w:w="95" w:type="dxa"/>
            </w:tcMar>
            <w:vAlign w:val="center"/>
          </w:tcPr>
          <w:p w14:paraId="5C0D9C68"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11363147"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670D2F0E" w14:textId="77777777" w:rsidR="002E7DCF" w:rsidRPr="00717886" w:rsidRDefault="00A11917">
            <w:pPr>
              <w:spacing w:after="0" w:line="240" w:lineRule="auto"/>
              <w:jc w:val="center"/>
              <w:rPr>
                <w:rFonts w:cs="Times New Roman"/>
              </w:rPr>
            </w:pPr>
            <w:r w:rsidRPr="00717886">
              <w:rPr>
                <w:rFonts w:cs="Times New Roman"/>
                <w:sz w:val="15"/>
              </w:rPr>
              <w:t>681</w:t>
            </w:r>
          </w:p>
        </w:tc>
        <w:tc>
          <w:tcPr>
            <w:tcW w:w="792" w:type="dxa"/>
            <w:shd w:val="clear" w:color="auto" w:fill="F5F7F9"/>
            <w:tcMar>
              <w:top w:w="70" w:type="dxa"/>
              <w:left w:w="95" w:type="dxa"/>
              <w:bottom w:w="70" w:type="dxa"/>
              <w:right w:w="95" w:type="dxa"/>
            </w:tcMar>
            <w:vAlign w:val="center"/>
          </w:tcPr>
          <w:p w14:paraId="7FD32A1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CA4D1D6" w14:textId="77777777">
        <w:trPr>
          <w:cantSplit/>
          <w:jc w:val="center"/>
        </w:trPr>
        <w:tc>
          <w:tcPr>
            <w:tcW w:w="792" w:type="dxa"/>
            <w:tcMar>
              <w:top w:w="70" w:type="dxa"/>
              <w:left w:w="95" w:type="dxa"/>
              <w:bottom w:w="70" w:type="dxa"/>
              <w:right w:w="95" w:type="dxa"/>
            </w:tcMar>
            <w:vAlign w:val="center"/>
          </w:tcPr>
          <w:p w14:paraId="1990F639" w14:textId="77777777" w:rsidR="002E7DCF" w:rsidRPr="00717886" w:rsidRDefault="00A11917">
            <w:pPr>
              <w:spacing w:after="0" w:line="240" w:lineRule="auto"/>
              <w:jc w:val="center"/>
              <w:rPr>
                <w:rFonts w:cs="Times New Roman"/>
              </w:rPr>
            </w:pPr>
            <w:r w:rsidRPr="00717886">
              <w:rPr>
                <w:rFonts w:cs="Times New Roman"/>
                <w:sz w:val="15"/>
              </w:rPr>
              <w:t>AVI015</w:t>
            </w:r>
          </w:p>
        </w:tc>
        <w:tc>
          <w:tcPr>
            <w:tcW w:w="3384" w:type="dxa"/>
            <w:tcMar>
              <w:top w:w="70" w:type="dxa"/>
              <w:left w:w="95" w:type="dxa"/>
              <w:bottom w:w="70" w:type="dxa"/>
              <w:right w:w="95" w:type="dxa"/>
            </w:tcMar>
            <w:vAlign w:val="center"/>
          </w:tcPr>
          <w:p w14:paraId="6942B309" w14:textId="77777777" w:rsidR="002E7DCF" w:rsidRPr="00717886" w:rsidRDefault="00A11917">
            <w:pPr>
              <w:spacing w:after="0" w:line="240" w:lineRule="auto"/>
              <w:rPr>
                <w:rFonts w:cs="Times New Roman"/>
                <w:lang w:val="it-IT"/>
              </w:rPr>
            </w:pPr>
            <w:r w:rsidRPr="00717886">
              <w:rPr>
                <w:rFonts w:cs="Times New Roman"/>
                <w:sz w:val="15"/>
                <w:lang w:val="it-IT"/>
              </w:rPr>
              <w:t>École Nationale de l'Aviation Civile (ENAC)</w:t>
            </w:r>
          </w:p>
        </w:tc>
        <w:tc>
          <w:tcPr>
            <w:tcW w:w="1123" w:type="dxa"/>
            <w:tcMar>
              <w:top w:w="70" w:type="dxa"/>
              <w:left w:w="95" w:type="dxa"/>
              <w:bottom w:w="70" w:type="dxa"/>
              <w:right w:w="95" w:type="dxa"/>
            </w:tcMar>
            <w:vAlign w:val="center"/>
          </w:tcPr>
          <w:p w14:paraId="3EDB414D" w14:textId="77777777" w:rsidR="002E7DCF" w:rsidRPr="00717886" w:rsidRDefault="00A11917">
            <w:pPr>
              <w:spacing w:after="0" w:line="240" w:lineRule="auto"/>
              <w:rPr>
                <w:rFonts w:cs="Times New Roman"/>
              </w:rPr>
            </w:pPr>
            <w:r w:rsidRPr="00717886">
              <w:rPr>
                <w:rFonts w:cs="Times New Roman"/>
                <w:sz w:val="15"/>
              </w:rPr>
              <w:t>France</w:t>
            </w:r>
          </w:p>
        </w:tc>
        <w:tc>
          <w:tcPr>
            <w:tcW w:w="1800" w:type="dxa"/>
            <w:tcMar>
              <w:top w:w="70" w:type="dxa"/>
              <w:left w:w="95" w:type="dxa"/>
              <w:bottom w:w="70" w:type="dxa"/>
              <w:right w:w="95" w:type="dxa"/>
            </w:tcMar>
            <w:vAlign w:val="center"/>
          </w:tcPr>
          <w:p w14:paraId="7C65096D"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4B278E5D"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478D51B0" w14:textId="77777777" w:rsidR="002E7DCF" w:rsidRPr="00717886" w:rsidRDefault="00A11917">
            <w:pPr>
              <w:spacing w:after="0" w:line="240" w:lineRule="auto"/>
              <w:jc w:val="center"/>
              <w:rPr>
                <w:rFonts w:cs="Times New Roman"/>
              </w:rPr>
            </w:pPr>
            <w:r w:rsidRPr="00717886">
              <w:rPr>
                <w:rFonts w:cs="Times New Roman"/>
                <w:sz w:val="15"/>
              </w:rPr>
              <w:t>758</w:t>
            </w:r>
          </w:p>
        </w:tc>
        <w:tc>
          <w:tcPr>
            <w:tcW w:w="792" w:type="dxa"/>
            <w:tcMar>
              <w:top w:w="70" w:type="dxa"/>
              <w:left w:w="95" w:type="dxa"/>
              <w:bottom w:w="70" w:type="dxa"/>
              <w:right w:w="95" w:type="dxa"/>
            </w:tcMar>
            <w:vAlign w:val="center"/>
          </w:tcPr>
          <w:p w14:paraId="1383A6DB"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6620886" w14:textId="77777777">
        <w:trPr>
          <w:cantSplit/>
          <w:jc w:val="center"/>
        </w:trPr>
        <w:tc>
          <w:tcPr>
            <w:tcW w:w="792" w:type="dxa"/>
            <w:shd w:val="clear" w:color="auto" w:fill="F5F7F9"/>
            <w:tcMar>
              <w:top w:w="70" w:type="dxa"/>
              <w:left w:w="95" w:type="dxa"/>
              <w:bottom w:w="70" w:type="dxa"/>
              <w:right w:w="95" w:type="dxa"/>
            </w:tcMar>
            <w:vAlign w:val="center"/>
          </w:tcPr>
          <w:p w14:paraId="1A12D403" w14:textId="77777777" w:rsidR="002E7DCF" w:rsidRPr="00717886" w:rsidRDefault="00A11917">
            <w:pPr>
              <w:spacing w:after="0" w:line="240" w:lineRule="auto"/>
              <w:jc w:val="center"/>
              <w:rPr>
                <w:rFonts w:cs="Times New Roman"/>
              </w:rPr>
            </w:pPr>
            <w:r w:rsidRPr="00717886">
              <w:rPr>
                <w:rFonts w:cs="Times New Roman"/>
                <w:sz w:val="15"/>
              </w:rPr>
              <w:t>AVI016</w:t>
            </w:r>
          </w:p>
        </w:tc>
        <w:tc>
          <w:tcPr>
            <w:tcW w:w="3384" w:type="dxa"/>
            <w:shd w:val="clear" w:color="auto" w:fill="F5F7F9"/>
            <w:tcMar>
              <w:top w:w="70" w:type="dxa"/>
              <w:left w:w="95" w:type="dxa"/>
              <w:bottom w:w="70" w:type="dxa"/>
              <w:right w:w="95" w:type="dxa"/>
            </w:tcMar>
            <w:vAlign w:val="center"/>
          </w:tcPr>
          <w:p w14:paraId="5F5C45B0" w14:textId="77777777" w:rsidR="002E7DCF" w:rsidRPr="00717886" w:rsidRDefault="00A11917">
            <w:pPr>
              <w:spacing w:after="0" w:line="240" w:lineRule="auto"/>
              <w:rPr>
                <w:rFonts w:cs="Times New Roman"/>
              </w:rPr>
            </w:pPr>
            <w:r w:rsidRPr="00717886">
              <w:rPr>
                <w:rFonts w:cs="Times New Roman"/>
                <w:sz w:val="15"/>
              </w:rPr>
              <w:t>Politecnico di Milano</w:t>
            </w:r>
          </w:p>
        </w:tc>
        <w:tc>
          <w:tcPr>
            <w:tcW w:w="1123" w:type="dxa"/>
            <w:shd w:val="clear" w:color="auto" w:fill="F5F7F9"/>
            <w:tcMar>
              <w:top w:w="70" w:type="dxa"/>
              <w:left w:w="95" w:type="dxa"/>
              <w:bottom w:w="70" w:type="dxa"/>
              <w:right w:w="95" w:type="dxa"/>
            </w:tcMar>
            <w:vAlign w:val="center"/>
          </w:tcPr>
          <w:p w14:paraId="71EA5F87" w14:textId="77777777" w:rsidR="002E7DCF" w:rsidRPr="00717886" w:rsidRDefault="00A11917">
            <w:pPr>
              <w:spacing w:after="0" w:line="240" w:lineRule="auto"/>
              <w:rPr>
                <w:rFonts w:cs="Times New Roman"/>
              </w:rPr>
            </w:pPr>
            <w:r w:rsidRPr="00717886">
              <w:rPr>
                <w:rFonts w:cs="Times New Roman"/>
                <w:sz w:val="15"/>
              </w:rPr>
              <w:t>Italy</w:t>
            </w:r>
          </w:p>
        </w:tc>
        <w:tc>
          <w:tcPr>
            <w:tcW w:w="1800" w:type="dxa"/>
            <w:shd w:val="clear" w:color="auto" w:fill="F5F7F9"/>
            <w:tcMar>
              <w:top w:w="70" w:type="dxa"/>
              <w:left w:w="95" w:type="dxa"/>
              <w:bottom w:w="70" w:type="dxa"/>
              <w:right w:w="95" w:type="dxa"/>
            </w:tcMar>
            <w:vAlign w:val="center"/>
          </w:tcPr>
          <w:p w14:paraId="475FC224"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3FA7C1E9"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21C6D187" w14:textId="77777777" w:rsidR="002E7DCF" w:rsidRPr="00717886" w:rsidRDefault="00A11917">
            <w:pPr>
              <w:spacing w:after="0" w:line="240" w:lineRule="auto"/>
              <w:jc w:val="center"/>
              <w:rPr>
                <w:rFonts w:cs="Times New Roman"/>
              </w:rPr>
            </w:pPr>
            <w:r w:rsidRPr="00717886">
              <w:rPr>
                <w:rFonts w:cs="Times New Roman"/>
                <w:sz w:val="15"/>
              </w:rPr>
              <w:t>1,139</w:t>
            </w:r>
          </w:p>
        </w:tc>
        <w:tc>
          <w:tcPr>
            <w:tcW w:w="792" w:type="dxa"/>
            <w:shd w:val="clear" w:color="auto" w:fill="F5F7F9"/>
            <w:tcMar>
              <w:top w:w="70" w:type="dxa"/>
              <w:left w:w="95" w:type="dxa"/>
              <w:bottom w:w="70" w:type="dxa"/>
              <w:right w:w="95" w:type="dxa"/>
            </w:tcMar>
            <w:vAlign w:val="center"/>
          </w:tcPr>
          <w:p w14:paraId="6360DF43"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67256C63" w14:textId="77777777">
        <w:trPr>
          <w:cantSplit/>
          <w:jc w:val="center"/>
        </w:trPr>
        <w:tc>
          <w:tcPr>
            <w:tcW w:w="792" w:type="dxa"/>
            <w:tcMar>
              <w:top w:w="70" w:type="dxa"/>
              <w:left w:w="95" w:type="dxa"/>
              <w:bottom w:w="70" w:type="dxa"/>
              <w:right w:w="95" w:type="dxa"/>
            </w:tcMar>
            <w:vAlign w:val="center"/>
          </w:tcPr>
          <w:p w14:paraId="49EDC7D5" w14:textId="77777777" w:rsidR="002E7DCF" w:rsidRPr="00717886" w:rsidRDefault="00A11917">
            <w:pPr>
              <w:spacing w:after="0" w:line="240" w:lineRule="auto"/>
              <w:jc w:val="center"/>
              <w:rPr>
                <w:rFonts w:cs="Times New Roman"/>
              </w:rPr>
            </w:pPr>
            <w:r w:rsidRPr="00717886">
              <w:rPr>
                <w:rFonts w:cs="Times New Roman"/>
                <w:sz w:val="15"/>
              </w:rPr>
              <w:t>AVI017</w:t>
            </w:r>
          </w:p>
        </w:tc>
        <w:tc>
          <w:tcPr>
            <w:tcW w:w="3384" w:type="dxa"/>
            <w:tcMar>
              <w:top w:w="70" w:type="dxa"/>
              <w:left w:w="95" w:type="dxa"/>
              <w:bottom w:w="70" w:type="dxa"/>
              <w:right w:w="95" w:type="dxa"/>
            </w:tcMar>
            <w:vAlign w:val="center"/>
          </w:tcPr>
          <w:p w14:paraId="42181756" w14:textId="77777777" w:rsidR="002E7DCF" w:rsidRPr="00717886" w:rsidRDefault="00A11917">
            <w:pPr>
              <w:spacing w:after="0" w:line="240" w:lineRule="auto"/>
              <w:rPr>
                <w:rFonts w:cs="Times New Roman"/>
              </w:rPr>
            </w:pPr>
            <w:r w:rsidRPr="00717886">
              <w:rPr>
                <w:rFonts w:cs="Times New Roman"/>
                <w:sz w:val="15"/>
              </w:rPr>
              <w:t>Technical University of Munich</w:t>
            </w:r>
          </w:p>
        </w:tc>
        <w:tc>
          <w:tcPr>
            <w:tcW w:w="1123" w:type="dxa"/>
            <w:tcMar>
              <w:top w:w="70" w:type="dxa"/>
              <w:left w:w="95" w:type="dxa"/>
              <w:bottom w:w="70" w:type="dxa"/>
              <w:right w:w="95" w:type="dxa"/>
            </w:tcMar>
            <w:vAlign w:val="center"/>
          </w:tcPr>
          <w:p w14:paraId="314419BB" w14:textId="77777777" w:rsidR="002E7DCF" w:rsidRPr="00717886" w:rsidRDefault="00A11917">
            <w:pPr>
              <w:spacing w:after="0" w:line="240" w:lineRule="auto"/>
              <w:rPr>
                <w:rFonts w:cs="Times New Roman"/>
              </w:rPr>
            </w:pPr>
            <w:r w:rsidRPr="00717886">
              <w:rPr>
                <w:rFonts w:cs="Times New Roman"/>
                <w:sz w:val="15"/>
              </w:rPr>
              <w:t>Germany</w:t>
            </w:r>
          </w:p>
        </w:tc>
        <w:tc>
          <w:tcPr>
            <w:tcW w:w="1800" w:type="dxa"/>
            <w:tcMar>
              <w:top w:w="70" w:type="dxa"/>
              <w:left w:w="95" w:type="dxa"/>
              <w:bottom w:w="70" w:type="dxa"/>
              <w:right w:w="95" w:type="dxa"/>
            </w:tcMar>
            <w:vAlign w:val="center"/>
          </w:tcPr>
          <w:p w14:paraId="1C9BEC75"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24CB0FF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1D300079" w14:textId="77777777" w:rsidR="002E7DCF" w:rsidRPr="00717886" w:rsidRDefault="00A11917">
            <w:pPr>
              <w:spacing w:after="0" w:line="240" w:lineRule="auto"/>
              <w:jc w:val="center"/>
              <w:rPr>
                <w:rFonts w:cs="Times New Roman"/>
              </w:rPr>
            </w:pPr>
            <w:r w:rsidRPr="00717886">
              <w:rPr>
                <w:rFonts w:cs="Times New Roman"/>
                <w:sz w:val="15"/>
              </w:rPr>
              <w:t>1,160</w:t>
            </w:r>
          </w:p>
        </w:tc>
        <w:tc>
          <w:tcPr>
            <w:tcW w:w="792" w:type="dxa"/>
            <w:tcMar>
              <w:top w:w="70" w:type="dxa"/>
              <w:left w:w="95" w:type="dxa"/>
              <w:bottom w:w="70" w:type="dxa"/>
              <w:right w:w="95" w:type="dxa"/>
            </w:tcMar>
            <w:vAlign w:val="center"/>
          </w:tcPr>
          <w:p w14:paraId="558EECF6"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5344128" w14:textId="77777777">
        <w:trPr>
          <w:cantSplit/>
          <w:jc w:val="center"/>
        </w:trPr>
        <w:tc>
          <w:tcPr>
            <w:tcW w:w="792" w:type="dxa"/>
            <w:shd w:val="clear" w:color="auto" w:fill="F5F7F9"/>
            <w:tcMar>
              <w:top w:w="70" w:type="dxa"/>
              <w:left w:w="95" w:type="dxa"/>
              <w:bottom w:w="70" w:type="dxa"/>
              <w:right w:w="95" w:type="dxa"/>
            </w:tcMar>
            <w:vAlign w:val="center"/>
          </w:tcPr>
          <w:p w14:paraId="21BBF5B2" w14:textId="77777777" w:rsidR="002E7DCF" w:rsidRPr="00717886" w:rsidRDefault="00A11917">
            <w:pPr>
              <w:spacing w:after="0" w:line="240" w:lineRule="auto"/>
              <w:jc w:val="center"/>
              <w:rPr>
                <w:rFonts w:cs="Times New Roman"/>
              </w:rPr>
            </w:pPr>
            <w:r w:rsidRPr="00717886">
              <w:rPr>
                <w:rFonts w:cs="Times New Roman"/>
                <w:sz w:val="15"/>
              </w:rPr>
              <w:t>AVI018</w:t>
            </w:r>
          </w:p>
        </w:tc>
        <w:tc>
          <w:tcPr>
            <w:tcW w:w="3384" w:type="dxa"/>
            <w:shd w:val="clear" w:color="auto" w:fill="F5F7F9"/>
            <w:tcMar>
              <w:top w:w="70" w:type="dxa"/>
              <w:left w:w="95" w:type="dxa"/>
              <w:bottom w:w="70" w:type="dxa"/>
              <w:right w:w="95" w:type="dxa"/>
            </w:tcMar>
            <w:vAlign w:val="center"/>
          </w:tcPr>
          <w:p w14:paraId="42CD7E70" w14:textId="77777777" w:rsidR="002E7DCF" w:rsidRPr="00717886" w:rsidRDefault="00A11917">
            <w:pPr>
              <w:spacing w:after="0" w:line="240" w:lineRule="auto"/>
              <w:rPr>
                <w:rFonts w:cs="Times New Roman"/>
              </w:rPr>
            </w:pPr>
            <w:r w:rsidRPr="00717886">
              <w:rPr>
                <w:rFonts w:cs="Times New Roman"/>
                <w:sz w:val="15"/>
              </w:rPr>
              <w:t>KTH Royal Institute of Technology</w:t>
            </w:r>
          </w:p>
        </w:tc>
        <w:tc>
          <w:tcPr>
            <w:tcW w:w="1123" w:type="dxa"/>
            <w:shd w:val="clear" w:color="auto" w:fill="F5F7F9"/>
            <w:tcMar>
              <w:top w:w="70" w:type="dxa"/>
              <w:left w:w="95" w:type="dxa"/>
              <w:bottom w:w="70" w:type="dxa"/>
              <w:right w:w="95" w:type="dxa"/>
            </w:tcMar>
            <w:vAlign w:val="center"/>
          </w:tcPr>
          <w:p w14:paraId="6078612F" w14:textId="77777777" w:rsidR="002E7DCF" w:rsidRPr="00717886" w:rsidRDefault="00A11917">
            <w:pPr>
              <w:spacing w:after="0" w:line="240" w:lineRule="auto"/>
              <w:rPr>
                <w:rFonts w:cs="Times New Roman"/>
              </w:rPr>
            </w:pPr>
            <w:r w:rsidRPr="00717886">
              <w:rPr>
                <w:rFonts w:cs="Times New Roman"/>
                <w:sz w:val="15"/>
              </w:rPr>
              <w:t>Sweden</w:t>
            </w:r>
          </w:p>
        </w:tc>
        <w:tc>
          <w:tcPr>
            <w:tcW w:w="1800" w:type="dxa"/>
            <w:shd w:val="clear" w:color="auto" w:fill="F5F7F9"/>
            <w:tcMar>
              <w:top w:w="70" w:type="dxa"/>
              <w:left w:w="95" w:type="dxa"/>
              <w:bottom w:w="70" w:type="dxa"/>
              <w:right w:w="95" w:type="dxa"/>
            </w:tcMar>
            <w:vAlign w:val="center"/>
          </w:tcPr>
          <w:p w14:paraId="05352165"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624EC095"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023F0A5F" w14:textId="77777777" w:rsidR="002E7DCF" w:rsidRPr="00717886" w:rsidRDefault="00A11917">
            <w:pPr>
              <w:spacing w:after="0" w:line="240" w:lineRule="auto"/>
              <w:jc w:val="center"/>
              <w:rPr>
                <w:rFonts w:cs="Times New Roman"/>
              </w:rPr>
            </w:pPr>
            <w:r w:rsidRPr="00717886">
              <w:rPr>
                <w:rFonts w:cs="Times New Roman"/>
                <w:sz w:val="15"/>
              </w:rPr>
              <w:t>765</w:t>
            </w:r>
          </w:p>
        </w:tc>
        <w:tc>
          <w:tcPr>
            <w:tcW w:w="792" w:type="dxa"/>
            <w:shd w:val="clear" w:color="auto" w:fill="F5F7F9"/>
            <w:tcMar>
              <w:top w:w="70" w:type="dxa"/>
              <w:left w:w="95" w:type="dxa"/>
              <w:bottom w:w="70" w:type="dxa"/>
              <w:right w:w="95" w:type="dxa"/>
            </w:tcMar>
            <w:vAlign w:val="center"/>
          </w:tcPr>
          <w:p w14:paraId="477D83C0"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0F34610" w14:textId="77777777">
        <w:trPr>
          <w:cantSplit/>
          <w:jc w:val="center"/>
        </w:trPr>
        <w:tc>
          <w:tcPr>
            <w:tcW w:w="792" w:type="dxa"/>
            <w:tcMar>
              <w:top w:w="70" w:type="dxa"/>
              <w:left w:w="95" w:type="dxa"/>
              <w:bottom w:w="70" w:type="dxa"/>
              <w:right w:w="95" w:type="dxa"/>
            </w:tcMar>
            <w:vAlign w:val="center"/>
          </w:tcPr>
          <w:p w14:paraId="30B4754C" w14:textId="77777777" w:rsidR="002E7DCF" w:rsidRPr="00717886" w:rsidRDefault="00A11917">
            <w:pPr>
              <w:spacing w:after="0" w:line="240" w:lineRule="auto"/>
              <w:jc w:val="center"/>
              <w:rPr>
                <w:rFonts w:cs="Times New Roman"/>
              </w:rPr>
            </w:pPr>
            <w:r w:rsidRPr="00717886">
              <w:rPr>
                <w:rFonts w:cs="Times New Roman"/>
                <w:sz w:val="15"/>
              </w:rPr>
              <w:t>AVI019</w:t>
            </w:r>
          </w:p>
        </w:tc>
        <w:tc>
          <w:tcPr>
            <w:tcW w:w="3384" w:type="dxa"/>
            <w:tcMar>
              <w:top w:w="70" w:type="dxa"/>
              <w:left w:w="95" w:type="dxa"/>
              <w:bottom w:w="70" w:type="dxa"/>
              <w:right w:w="95" w:type="dxa"/>
            </w:tcMar>
            <w:vAlign w:val="center"/>
          </w:tcPr>
          <w:p w14:paraId="1604AF51" w14:textId="77777777" w:rsidR="002E7DCF" w:rsidRPr="00717886" w:rsidRDefault="00A11917">
            <w:pPr>
              <w:spacing w:after="0" w:line="240" w:lineRule="auto"/>
              <w:rPr>
                <w:rFonts w:cs="Times New Roman"/>
              </w:rPr>
            </w:pPr>
            <w:r w:rsidRPr="00717886">
              <w:rPr>
                <w:rFonts w:cs="Times New Roman"/>
                <w:sz w:val="15"/>
              </w:rPr>
              <w:t>Beihang University</w:t>
            </w:r>
          </w:p>
        </w:tc>
        <w:tc>
          <w:tcPr>
            <w:tcW w:w="1123" w:type="dxa"/>
            <w:tcMar>
              <w:top w:w="70" w:type="dxa"/>
              <w:left w:w="95" w:type="dxa"/>
              <w:bottom w:w="70" w:type="dxa"/>
              <w:right w:w="95" w:type="dxa"/>
            </w:tcMar>
            <w:vAlign w:val="center"/>
          </w:tcPr>
          <w:p w14:paraId="4CC66D93" w14:textId="77777777" w:rsidR="002E7DCF" w:rsidRPr="00717886" w:rsidRDefault="00A11917">
            <w:pPr>
              <w:spacing w:after="0" w:line="240" w:lineRule="auto"/>
              <w:rPr>
                <w:rFonts w:cs="Times New Roman"/>
              </w:rPr>
            </w:pPr>
            <w:r w:rsidRPr="00717886">
              <w:rPr>
                <w:rFonts w:cs="Times New Roman"/>
                <w:sz w:val="15"/>
              </w:rPr>
              <w:t>China</w:t>
            </w:r>
          </w:p>
        </w:tc>
        <w:tc>
          <w:tcPr>
            <w:tcW w:w="1800" w:type="dxa"/>
            <w:tcMar>
              <w:top w:w="70" w:type="dxa"/>
              <w:left w:w="95" w:type="dxa"/>
              <w:bottom w:w="70" w:type="dxa"/>
              <w:right w:w="95" w:type="dxa"/>
            </w:tcMar>
            <w:vAlign w:val="center"/>
          </w:tcPr>
          <w:p w14:paraId="73666E40"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3BA082E3"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17CA1F33" w14:textId="77777777" w:rsidR="002E7DCF" w:rsidRPr="00717886" w:rsidRDefault="00A11917">
            <w:pPr>
              <w:spacing w:after="0" w:line="240" w:lineRule="auto"/>
              <w:jc w:val="center"/>
              <w:rPr>
                <w:rFonts w:cs="Times New Roman"/>
              </w:rPr>
            </w:pPr>
            <w:r w:rsidRPr="00717886">
              <w:rPr>
                <w:rFonts w:cs="Times New Roman"/>
                <w:sz w:val="15"/>
              </w:rPr>
              <w:t>5,907</w:t>
            </w:r>
          </w:p>
        </w:tc>
        <w:tc>
          <w:tcPr>
            <w:tcW w:w="792" w:type="dxa"/>
            <w:tcMar>
              <w:top w:w="70" w:type="dxa"/>
              <w:left w:w="95" w:type="dxa"/>
              <w:bottom w:w="70" w:type="dxa"/>
              <w:right w:w="95" w:type="dxa"/>
            </w:tcMar>
            <w:vAlign w:val="center"/>
          </w:tcPr>
          <w:p w14:paraId="401BAE1C"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205DFBDA" w14:textId="77777777">
        <w:trPr>
          <w:cantSplit/>
          <w:jc w:val="center"/>
        </w:trPr>
        <w:tc>
          <w:tcPr>
            <w:tcW w:w="792" w:type="dxa"/>
            <w:shd w:val="clear" w:color="auto" w:fill="F5F7F9"/>
            <w:tcMar>
              <w:top w:w="70" w:type="dxa"/>
              <w:left w:w="95" w:type="dxa"/>
              <w:bottom w:w="70" w:type="dxa"/>
              <w:right w:w="95" w:type="dxa"/>
            </w:tcMar>
            <w:vAlign w:val="center"/>
          </w:tcPr>
          <w:p w14:paraId="0FD377C8" w14:textId="77777777" w:rsidR="002E7DCF" w:rsidRPr="00717886" w:rsidRDefault="00A11917">
            <w:pPr>
              <w:spacing w:after="0" w:line="240" w:lineRule="auto"/>
              <w:jc w:val="center"/>
              <w:rPr>
                <w:rFonts w:cs="Times New Roman"/>
              </w:rPr>
            </w:pPr>
            <w:r w:rsidRPr="00717886">
              <w:rPr>
                <w:rFonts w:cs="Times New Roman"/>
                <w:sz w:val="15"/>
              </w:rPr>
              <w:t>AVI020</w:t>
            </w:r>
          </w:p>
        </w:tc>
        <w:tc>
          <w:tcPr>
            <w:tcW w:w="3384" w:type="dxa"/>
            <w:shd w:val="clear" w:color="auto" w:fill="F5F7F9"/>
            <w:tcMar>
              <w:top w:w="70" w:type="dxa"/>
              <w:left w:w="95" w:type="dxa"/>
              <w:bottom w:w="70" w:type="dxa"/>
              <w:right w:w="95" w:type="dxa"/>
            </w:tcMar>
            <w:vAlign w:val="center"/>
          </w:tcPr>
          <w:p w14:paraId="3EA6EE54" w14:textId="77777777" w:rsidR="002E7DCF" w:rsidRPr="00717886" w:rsidRDefault="00A11917">
            <w:pPr>
              <w:spacing w:after="0" w:line="240" w:lineRule="auto"/>
              <w:rPr>
                <w:rFonts w:cs="Times New Roman"/>
              </w:rPr>
            </w:pPr>
            <w:r w:rsidRPr="00717886">
              <w:rPr>
                <w:rFonts w:cs="Times New Roman"/>
                <w:sz w:val="15"/>
              </w:rPr>
              <w:t>Nanjing University of Aeronautics and Astronautics</w:t>
            </w:r>
          </w:p>
        </w:tc>
        <w:tc>
          <w:tcPr>
            <w:tcW w:w="1123" w:type="dxa"/>
            <w:shd w:val="clear" w:color="auto" w:fill="F5F7F9"/>
            <w:tcMar>
              <w:top w:w="70" w:type="dxa"/>
              <w:left w:w="95" w:type="dxa"/>
              <w:bottom w:w="70" w:type="dxa"/>
              <w:right w:w="95" w:type="dxa"/>
            </w:tcMar>
            <w:vAlign w:val="center"/>
          </w:tcPr>
          <w:p w14:paraId="2511D41D" w14:textId="77777777" w:rsidR="002E7DCF" w:rsidRPr="00717886" w:rsidRDefault="00A11917">
            <w:pPr>
              <w:spacing w:after="0" w:line="240" w:lineRule="auto"/>
              <w:rPr>
                <w:rFonts w:cs="Times New Roman"/>
              </w:rPr>
            </w:pPr>
            <w:r w:rsidRPr="00717886">
              <w:rPr>
                <w:rFonts w:cs="Times New Roman"/>
                <w:sz w:val="15"/>
              </w:rPr>
              <w:t>China</w:t>
            </w:r>
          </w:p>
        </w:tc>
        <w:tc>
          <w:tcPr>
            <w:tcW w:w="1800" w:type="dxa"/>
            <w:shd w:val="clear" w:color="auto" w:fill="F5F7F9"/>
            <w:tcMar>
              <w:top w:w="70" w:type="dxa"/>
              <w:left w:w="95" w:type="dxa"/>
              <w:bottom w:w="70" w:type="dxa"/>
              <w:right w:w="95" w:type="dxa"/>
            </w:tcMar>
            <w:vAlign w:val="center"/>
          </w:tcPr>
          <w:p w14:paraId="3803122F"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68DD710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12455510" w14:textId="77777777" w:rsidR="002E7DCF" w:rsidRPr="00717886" w:rsidRDefault="00A11917">
            <w:pPr>
              <w:spacing w:after="0" w:line="240" w:lineRule="auto"/>
              <w:jc w:val="center"/>
              <w:rPr>
                <w:rFonts w:cs="Times New Roman"/>
              </w:rPr>
            </w:pPr>
            <w:r w:rsidRPr="00717886">
              <w:rPr>
                <w:rFonts w:cs="Times New Roman"/>
                <w:sz w:val="15"/>
              </w:rPr>
              <w:t>5,496</w:t>
            </w:r>
          </w:p>
        </w:tc>
        <w:tc>
          <w:tcPr>
            <w:tcW w:w="792" w:type="dxa"/>
            <w:shd w:val="clear" w:color="auto" w:fill="F5F7F9"/>
            <w:tcMar>
              <w:top w:w="70" w:type="dxa"/>
              <w:left w:w="95" w:type="dxa"/>
              <w:bottom w:w="70" w:type="dxa"/>
              <w:right w:w="95" w:type="dxa"/>
            </w:tcMar>
            <w:vAlign w:val="center"/>
          </w:tcPr>
          <w:p w14:paraId="08DCF98B" w14:textId="77777777" w:rsidR="002E7DCF" w:rsidRPr="00717886" w:rsidRDefault="00A11917">
            <w:pPr>
              <w:spacing w:after="0" w:line="240" w:lineRule="auto"/>
              <w:jc w:val="center"/>
              <w:rPr>
                <w:rFonts w:cs="Times New Roman"/>
              </w:rPr>
            </w:pPr>
            <w:r w:rsidRPr="00717886">
              <w:rPr>
                <w:rFonts w:cs="Times New Roman"/>
                <w:sz w:val="15"/>
              </w:rPr>
              <w:t>YES</w:t>
            </w:r>
          </w:p>
        </w:tc>
      </w:tr>
    </w:tbl>
    <w:p w14:paraId="50939011" w14:textId="77777777" w:rsidR="002E7DCF" w:rsidRPr="00717886" w:rsidRDefault="002E7DCF">
      <w:pPr>
        <w:spacing w:after="0"/>
        <w:rPr>
          <w:rFonts w:cs="Times New Roman"/>
        </w:rPr>
      </w:pPr>
    </w:p>
    <w:p w14:paraId="480ACD05" w14:textId="77777777" w:rsidR="002E7DCF" w:rsidRPr="00717886" w:rsidRDefault="00A11917">
      <w:pPr>
        <w:keepNext/>
        <w:pageBreakBefore/>
        <w:spacing w:before="100" w:after="80"/>
        <w:rPr>
          <w:rFonts w:cs="Times New Roman"/>
        </w:rPr>
      </w:pPr>
      <w:r w:rsidRPr="00717886">
        <w:rPr>
          <w:rFonts w:cs="Times New Roman"/>
          <w:b/>
          <w:i/>
        </w:rPr>
        <w:lastRenderedPageBreak/>
        <w:t>Panel B. Institutions AVI021–AVI040</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92"/>
        <w:gridCol w:w="3384"/>
        <w:gridCol w:w="1123"/>
        <w:gridCol w:w="1800"/>
        <w:gridCol w:w="892"/>
        <w:gridCol w:w="907"/>
        <w:gridCol w:w="792"/>
      </w:tblGrid>
      <w:tr w:rsidR="002E7DCF" w:rsidRPr="00717886" w14:paraId="47C9E81D" w14:textId="77777777">
        <w:trPr>
          <w:cantSplit/>
          <w:tblHeader/>
          <w:jc w:val="center"/>
        </w:trPr>
        <w:tc>
          <w:tcPr>
            <w:tcW w:w="792" w:type="dxa"/>
            <w:shd w:val="clear" w:color="auto" w:fill="D9EAF7"/>
            <w:tcMar>
              <w:top w:w="70" w:type="dxa"/>
              <w:left w:w="95" w:type="dxa"/>
              <w:bottom w:w="70" w:type="dxa"/>
              <w:right w:w="95" w:type="dxa"/>
            </w:tcMar>
            <w:vAlign w:val="center"/>
          </w:tcPr>
          <w:p w14:paraId="6168016C" w14:textId="77777777" w:rsidR="002E7DCF" w:rsidRPr="00717886" w:rsidRDefault="00A11917">
            <w:pPr>
              <w:spacing w:after="0" w:line="240" w:lineRule="auto"/>
              <w:jc w:val="center"/>
              <w:rPr>
                <w:rFonts w:cs="Times New Roman"/>
              </w:rPr>
            </w:pPr>
            <w:r w:rsidRPr="00717886">
              <w:rPr>
                <w:rFonts w:cs="Times New Roman"/>
                <w:b/>
                <w:sz w:val="15"/>
              </w:rPr>
              <w:t>ID</w:t>
            </w:r>
          </w:p>
        </w:tc>
        <w:tc>
          <w:tcPr>
            <w:tcW w:w="3384" w:type="dxa"/>
            <w:shd w:val="clear" w:color="auto" w:fill="D9EAF7"/>
            <w:tcMar>
              <w:top w:w="70" w:type="dxa"/>
              <w:left w:w="95" w:type="dxa"/>
              <w:bottom w:w="70" w:type="dxa"/>
              <w:right w:w="95" w:type="dxa"/>
            </w:tcMar>
            <w:vAlign w:val="center"/>
          </w:tcPr>
          <w:p w14:paraId="6E0B6672" w14:textId="77777777" w:rsidR="002E7DCF" w:rsidRPr="00717886" w:rsidRDefault="00A11917">
            <w:pPr>
              <w:spacing w:after="0" w:line="240" w:lineRule="auto"/>
              <w:rPr>
                <w:rFonts w:cs="Times New Roman"/>
              </w:rPr>
            </w:pPr>
            <w:r w:rsidRPr="00717886">
              <w:rPr>
                <w:rFonts w:cs="Times New Roman"/>
                <w:b/>
                <w:sz w:val="15"/>
              </w:rPr>
              <w:t>Institution</w:t>
            </w:r>
          </w:p>
        </w:tc>
        <w:tc>
          <w:tcPr>
            <w:tcW w:w="1123" w:type="dxa"/>
            <w:shd w:val="clear" w:color="auto" w:fill="D9EAF7"/>
            <w:tcMar>
              <w:top w:w="70" w:type="dxa"/>
              <w:left w:w="95" w:type="dxa"/>
              <w:bottom w:w="70" w:type="dxa"/>
              <w:right w:w="95" w:type="dxa"/>
            </w:tcMar>
            <w:vAlign w:val="center"/>
          </w:tcPr>
          <w:p w14:paraId="466617ED" w14:textId="77777777" w:rsidR="002E7DCF" w:rsidRPr="00717886" w:rsidRDefault="00A11917">
            <w:pPr>
              <w:spacing w:after="0" w:line="240" w:lineRule="auto"/>
              <w:rPr>
                <w:rFonts w:cs="Times New Roman"/>
              </w:rPr>
            </w:pPr>
            <w:r w:rsidRPr="00717886">
              <w:rPr>
                <w:rFonts w:cs="Times New Roman"/>
                <w:b/>
                <w:sz w:val="15"/>
              </w:rPr>
              <w:t>Country</w:t>
            </w:r>
          </w:p>
        </w:tc>
        <w:tc>
          <w:tcPr>
            <w:tcW w:w="1800" w:type="dxa"/>
            <w:shd w:val="clear" w:color="auto" w:fill="D9EAF7"/>
            <w:tcMar>
              <w:top w:w="70" w:type="dxa"/>
              <w:left w:w="95" w:type="dxa"/>
              <w:bottom w:w="70" w:type="dxa"/>
              <w:right w:w="95" w:type="dxa"/>
            </w:tcMar>
            <w:vAlign w:val="center"/>
          </w:tcPr>
          <w:p w14:paraId="55B0CA52" w14:textId="77777777" w:rsidR="002E7DCF" w:rsidRPr="00717886" w:rsidRDefault="00A11917">
            <w:pPr>
              <w:spacing w:after="0" w:line="240" w:lineRule="auto"/>
              <w:rPr>
                <w:rFonts w:cs="Times New Roman"/>
              </w:rPr>
            </w:pPr>
            <w:r w:rsidRPr="00717886">
              <w:rPr>
                <w:rFonts w:cs="Times New Roman"/>
                <w:b/>
                <w:sz w:val="15"/>
              </w:rPr>
              <w:t>Source method</w:t>
            </w:r>
          </w:p>
        </w:tc>
        <w:tc>
          <w:tcPr>
            <w:tcW w:w="892" w:type="dxa"/>
            <w:shd w:val="clear" w:color="auto" w:fill="D9EAF7"/>
            <w:tcMar>
              <w:top w:w="70" w:type="dxa"/>
              <w:left w:w="95" w:type="dxa"/>
              <w:bottom w:w="70" w:type="dxa"/>
              <w:right w:w="95" w:type="dxa"/>
            </w:tcMar>
            <w:vAlign w:val="center"/>
          </w:tcPr>
          <w:p w14:paraId="7A4E82DA" w14:textId="77777777" w:rsidR="002E7DCF" w:rsidRPr="00717886" w:rsidRDefault="00A11917">
            <w:pPr>
              <w:spacing w:after="0" w:line="240" w:lineRule="auto"/>
              <w:jc w:val="center"/>
              <w:rPr>
                <w:rFonts w:cs="Times New Roman"/>
              </w:rPr>
            </w:pPr>
            <w:r w:rsidRPr="00717886">
              <w:rPr>
                <w:rFonts w:cs="Times New Roman"/>
                <w:b/>
                <w:sz w:val="15"/>
              </w:rPr>
              <w:t>Active years</w:t>
            </w:r>
          </w:p>
        </w:tc>
        <w:tc>
          <w:tcPr>
            <w:tcW w:w="907" w:type="dxa"/>
            <w:shd w:val="clear" w:color="auto" w:fill="D9EAF7"/>
            <w:tcMar>
              <w:top w:w="70" w:type="dxa"/>
              <w:left w:w="95" w:type="dxa"/>
              <w:bottom w:w="70" w:type="dxa"/>
              <w:right w:w="95" w:type="dxa"/>
            </w:tcMar>
            <w:vAlign w:val="center"/>
          </w:tcPr>
          <w:p w14:paraId="30FEE7F2" w14:textId="77777777" w:rsidR="002E7DCF" w:rsidRPr="00717886" w:rsidRDefault="00A11917">
            <w:pPr>
              <w:spacing w:after="0" w:line="240" w:lineRule="auto"/>
              <w:jc w:val="center"/>
              <w:rPr>
                <w:rFonts w:cs="Times New Roman"/>
              </w:rPr>
            </w:pPr>
            <w:r w:rsidRPr="00717886">
              <w:rPr>
                <w:rFonts w:cs="Times New Roman"/>
                <w:b/>
                <w:sz w:val="15"/>
              </w:rPr>
              <w:t>Strict works</w:t>
            </w:r>
          </w:p>
        </w:tc>
        <w:tc>
          <w:tcPr>
            <w:tcW w:w="792" w:type="dxa"/>
            <w:shd w:val="clear" w:color="auto" w:fill="D9EAF7"/>
            <w:tcMar>
              <w:top w:w="70" w:type="dxa"/>
              <w:left w:w="95" w:type="dxa"/>
              <w:bottom w:w="70" w:type="dxa"/>
              <w:right w:w="95" w:type="dxa"/>
            </w:tcMar>
            <w:vAlign w:val="center"/>
          </w:tcPr>
          <w:p w14:paraId="3E150768" w14:textId="77777777" w:rsidR="002E7DCF" w:rsidRPr="00717886" w:rsidRDefault="00A11917">
            <w:pPr>
              <w:spacing w:after="0" w:line="240" w:lineRule="auto"/>
              <w:jc w:val="center"/>
              <w:rPr>
                <w:rFonts w:cs="Times New Roman"/>
              </w:rPr>
            </w:pPr>
            <w:r w:rsidRPr="00717886">
              <w:rPr>
                <w:rFonts w:cs="Times New Roman"/>
                <w:b/>
                <w:sz w:val="15"/>
              </w:rPr>
              <w:t>Eligible</w:t>
            </w:r>
          </w:p>
        </w:tc>
      </w:tr>
      <w:tr w:rsidR="002E7DCF" w:rsidRPr="00717886" w14:paraId="54B1009B" w14:textId="77777777">
        <w:trPr>
          <w:cantSplit/>
          <w:jc w:val="center"/>
        </w:trPr>
        <w:tc>
          <w:tcPr>
            <w:tcW w:w="792" w:type="dxa"/>
            <w:tcMar>
              <w:top w:w="70" w:type="dxa"/>
              <w:left w:w="95" w:type="dxa"/>
              <w:bottom w:w="70" w:type="dxa"/>
              <w:right w:w="95" w:type="dxa"/>
            </w:tcMar>
            <w:vAlign w:val="center"/>
          </w:tcPr>
          <w:p w14:paraId="27DA7761" w14:textId="77777777" w:rsidR="002E7DCF" w:rsidRPr="00717886" w:rsidRDefault="00A11917">
            <w:pPr>
              <w:spacing w:after="0" w:line="240" w:lineRule="auto"/>
              <w:jc w:val="center"/>
              <w:rPr>
                <w:rFonts w:cs="Times New Roman"/>
              </w:rPr>
            </w:pPr>
            <w:r w:rsidRPr="00717886">
              <w:rPr>
                <w:rFonts w:cs="Times New Roman"/>
                <w:sz w:val="15"/>
              </w:rPr>
              <w:t>AVI021</w:t>
            </w:r>
          </w:p>
        </w:tc>
        <w:tc>
          <w:tcPr>
            <w:tcW w:w="3384" w:type="dxa"/>
            <w:tcMar>
              <w:top w:w="70" w:type="dxa"/>
              <w:left w:w="95" w:type="dxa"/>
              <w:bottom w:w="70" w:type="dxa"/>
              <w:right w:w="95" w:type="dxa"/>
            </w:tcMar>
            <w:vAlign w:val="center"/>
          </w:tcPr>
          <w:p w14:paraId="03228BB9" w14:textId="77777777" w:rsidR="002E7DCF" w:rsidRPr="00717886" w:rsidRDefault="00A11917">
            <w:pPr>
              <w:spacing w:after="0" w:line="240" w:lineRule="auto"/>
              <w:rPr>
                <w:rFonts w:cs="Times New Roman"/>
              </w:rPr>
            </w:pPr>
            <w:r w:rsidRPr="00717886">
              <w:rPr>
                <w:rFonts w:cs="Times New Roman"/>
                <w:sz w:val="15"/>
              </w:rPr>
              <w:t>Northwestern Polytechnical University</w:t>
            </w:r>
          </w:p>
        </w:tc>
        <w:tc>
          <w:tcPr>
            <w:tcW w:w="1123" w:type="dxa"/>
            <w:tcMar>
              <w:top w:w="70" w:type="dxa"/>
              <w:left w:w="95" w:type="dxa"/>
              <w:bottom w:w="70" w:type="dxa"/>
              <w:right w:w="95" w:type="dxa"/>
            </w:tcMar>
            <w:vAlign w:val="center"/>
          </w:tcPr>
          <w:p w14:paraId="5F56F69F" w14:textId="77777777" w:rsidR="002E7DCF" w:rsidRPr="00717886" w:rsidRDefault="00A11917">
            <w:pPr>
              <w:spacing w:after="0" w:line="240" w:lineRule="auto"/>
              <w:rPr>
                <w:rFonts w:cs="Times New Roman"/>
              </w:rPr>
            </w:pPr>
            <w:r w:rsidRPr="00717886">
              <w:rPr>
                <w:rFonts w:cs="Times New Roman"/>
                <w:sz w:val="15"/>
              </w:rPr>
              <w:t>China</w:t>
            </w:r>
          </w:p>
        </w:tc>
        <w:tc>
          <w:tcPr>
            <w:tcW w:w="1800" w:type="dxa"/>
            <w:tcMar>
              <w:top w:w="70" w:type="dxa"/>
              <w:left w:w="95" w:type="dxa"/>
              <w:bottom w:w="70" w:type="dxa"/>
              <w:right w:w="95" w:type="dxa"/>
            </w:tcMar>
            <w:vAlign w:val="center"/>
          </w:tcPr>
          <w:p w14:paraId="2640175E"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03CD475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7535C3EB" w14:textId="77777777" w:rsidR="002E7DCF" w:rsidRPr="00717886" w:rsidRDefault="00A11917">
            <w:pPr>
              <w:spacing w:after="0" w:line="240" w:lineRule="auto"/>
              <w:jc w:val="center"/>
              <w:rPr>
                <w:rFonts w:cs="Times New Roman"/>
              </w:rPr>
            </w:pPr>
            <w:r w:rsidRPr="00717886">
              <w:rPr>
                <w:rFonts w:cs="Times New Roman"/>
                <w:sz w:val="15"/>
              </w:rPr>
              <w:t>5,202</w:t>
            </w:r>
          </w:p>
        </w:tc>
        <w:tc>
          <w:tcPr>
            <w:tcW w:w="792" w:type="dxa"/>
            <w:tcMar>
              <w:top w:w="70" w:type="dxa"/>
              <w:left w:w="95" w:type="dxa"/>
              <w:bottom w:w="70" w:type="dxa"/>
              <w:right w:w="95" w:type="dxa"/>
            </w:tcMar>
            <w:vAlign w:val="center"/>
          </w:tcPr>
          <w:p w14:paraId="2AA9F1E1"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F88D060" w14:textId="77777777">
        <w:trPr>
          <w:cantSplit/>
          <w:jc w:val="center"/>
        </w:trPr>
        <w:tc>
          <w:tcPr>
            <w:tcW w:w="792" w:type="dxa"/>
            <w:shd w:val="clear" w:color="auto" w:fill="F5F7F9"/>
            <w:tcMar>
              <w:top w:w="70" w:type="dxa"/>
              <w:left w:w="95" w:type="dxa"/>
              <w:bottom w:w="70" w:type="dxa"/>
              <w:right w:w="95" w:type="dxa"/>
            </w:tcMar>
            <w:vAlign w:val="center"/>
          </w:tcPr>
          <w:p w14:paraId="2571192B" w14:textId="77777777" w:rsidR="002E7DCF" w:rsidRPr="00717886" w:rsidRDefault="00A11917">
            <w:pPr>
              <w:spacing w:after="0" w:line="240" w:lineRule="auto"/>
              <w:jc w:val="center"/>
              <w:rPr>
                <w:rFonts w:cs="Times New Roman"/>
              </w:rPr>
            </w:pPr>
            <w:r w:rsidRPr="00717886">
              <w:rPr>
                <w:rFonts w:cs="Times New Roman"/>
                <w:sz w:val="15"/>
              </w:rPr>
              <w:t>AVI022</w:t>
            </w:r>
          </w:p>
        </w:tc>
        <w:tc>
          <w:tcPr>
            <w:tcW w:w="3384" w:type="dxa"/>
            <w:shd w:val="clear" w:color="auto" w:fill="F5F7F9"/>
            <w:tcMar>
              <w:top w:w="70" w:type="dxa"/>
              <w:left w:w="95" w:type="dxa"/>
              <w:bottom w:w="70" w:type="dxa"/>
              <w:right w:w="95" w:type="dxa"/>
            </w:tcMar>
            <w:vAlign w:val="center"/>
          </w:tcPr>
          <w:p w14:paraId="7EDF5ECF" w14:textId="77777777" w:rsidR="002E7DCF" w:rsidRPr="00717886" w:rsidRDefault="00A11917">
            <w:pPr>
              <w:spacing w:after="0" w:line="240" w:lineRule="auto"/>
              <w:rPr>
                <w:rFonts w:cs="Times New Roman"/>
              </w:rPr>
            </w:pPr>
            <w:r w:rsidRPr="00717886">
              <w:rPr>
                <w:rFonts w:cs="Times New Roman"/>
                <w:sz w:val="15"/>
              </w:rPr>
              <w:t>Civil Aviation University of China</w:t>
            </w:r>
          </w:p>
        </w:tc>
        <w:tc>
          <w:tcPr>
            <w:tcW w:w="1123" w:type="dxa"/>
            <w:shd w:val="clear" w:color="auto" w:fill="F5F7F9"/>
            <w:tcMar>
              <w:top w:w="70" w:type="dxa"/>
              <w:left w:w="95" w:type="dxa"/>
              <w:bottom w:w="70" w:type="dxa"/>
              <w:right w:w="95" w:type="dxa"/>
            </w:tcMar>
            <w:vAlign w:val="center"/>
          </w:tcPr>
          <w:p w14:paraId="5A452362" w14:textId="77777777" w:rsidR="002E7DCF" w:rsidRPr="00717886" w:rsidRDefault="00A11917">
            <w:pPr>
              <w:spacing w:after="0" w:line="240" w:lineRule="auto"/>
              <w:rPr>
                <w:rFonts w:cs="Times New Roman"/>
              </w:rPr>
            </w:pPr>
            <w:r w:rsidRPr="00717886">
              <w:rPr>
                <w:rFonts w:cs="Times New Roman"/>
                <w:sz w:val="15"/>
              </w:rPr>
              <w:t>China</w:t>
            </w:r>
          </w:p>
        </w:tc>
        <w:tc>
          <w:tcPr>
            <w:tcW w:w="1800" w:type="dxa"/>
            <w:shd w:val="clear" w:color="auto" w:fill="F5F7F9"/>
            <w:tcMar>
              <w:top w:w="70" w:type="dxa"/>
              <w:left w:w="95" w:type="dxa"/>
              <w:bottom w:w="70" w:type="dxa"/>
              <w:right w:w="95" w:type="dxa"/>
            </w:tcMar>
            <w:vAlign w:val="center"/>
          </w:tcPr>
          <w:p w14:paraId="296B4DEE"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1499697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5C6F06EA" w14:textId="77777777" w:rsidR="002E7DCF" w:rsidRPr="00717886" w:rsidRDefault="00A11917">
            <w:pPr>
              <w:spacing w:after="0" w:line="240" w:lineRule="auto"/>
              <w:jc w:val="center"/>
              <w:rPr>
                <w:rFonts w:cs="Times New Roman"/>
              </w:rPr>
            </w:pPr>
            <w:r w:rsidRPr="00717886">
              <w:rPr>
                <w:rFonts w:cs="Times New Roman"/>
                <w:sz w:val="15"/>
              </w:rPr>
              <w:t>1,261</w:t>
            </w:r>
          </w:p>
        </w:tc>
        <w:tc>
          <w:tcPr>
            <w:tcW w:w="792" w:type="dxa"/>
            <w:shd w:val="clear" w:color="auto" w:fill="F5F7F9"/>
            <w:tcMar>
              <w:top w:w="70" w:type="dxa"/>
              <w:left w:w="95" w:type="dxa"/>
              <w:bottom w:w="70" w:type="dxa"/>
              <w:right w:w="95" w:type="dxa"/>
            </w:tcMar>
            <w:vAlign w:val="center"/>
          </w:tcPr>
          <w:p w14:paraId="2A692A4F"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759CB99A" w14:textId="77777777">
        <w:trPr>
          <w:cantSplit/>
          <w:jc w:val="center"/>
        </w:trPr>
        <w:tc>
          <w:tcPr>
            <w:tcW w:w="792" w:type="dxa"/>
            <w:tcMar>
              <w:top w:w="70" w:type="dxa"/>
              <w:left w:w="95" w:type="dxa"/>
              <w:bottom w:w="70" w:type="dxa"/>
              <w:right w:w="95" w:type="dxa"/>
            </w:tcMar>
            <w:vAlign w:val="center"/>
          </w:tcPr>
          <w:p w14:paraId="5EAEA4C7" w14:textId="77777777" w:rsidR="002E7DCF" w:rsidRPr="00717886" w:rsidRDefault="00A11917">
            <w:pPr>
              <w:spacing w:after="0" w:line="240" w:lineRule="auto"/>
              <w:jc w:val="center"/>
              <w:rPr>
                <w:rFonts w:cs="Times New Roman"/>
              </w:rPr>
            </w:pPr>
            <w:r w:rsidRPr="00717886">
              <w:rPr>
                <w:rFonts w:cs="Times New Roman"/>
                <w:sz w:val="15"/>
              </w:rPr>
              <w:t>AVI023</w:t>
            </w:r>
          </w:p>
        </w:tc>
        <w:tc>
          <w:tcPr>
            <w:tcW w:w="3384" w:type="dxa"/>
            <w:tcMar>
              <w:top w:w="70" w:type="dxa"/>
              <w:left w:w="95" w:type="dxa"/>
              <w:bottom w:w="70" w:type="dxa"/>
              <w:right w:w="95" w:type="dxa"/>
            </w:tcMar>
            <w:vAlign w:val="center"/>
          </w:tcPr>
          <w:p w14:paraId="6CF43F15" w14:textId="77777777" w:rsidR="002E7DCF" w:rsidRPr="00717886" w:rsidRDefault="00A11917">
            <w:pPr>
              <w:spacing w:after="0" w:line="240" w:lineRule="auto"/>
              <w:rPr>
                <w:rFonts w:cs="Times New Roman"/>
              </w:rPr>
            </w:pPr>
            <w:r w:rsidRPr="00717886">
              <w:rPr>
                <w:rFonts w:cs="Times New Roman"/>
                <w:sz w:val="15"/>
              </w:rPr>
              <w:t>Hong Kong Polytechnic University</w:t>
            </w:r>
          </w:p>
        </w:tc>
        <w:tc>
          <w:tcPr>
            <w:tcW w:w="1123" w:type="dxa"/>
            <w:tcMar>
              <w:top w:w="70" w:type="dxa"/>
              <w:left w:w="95" w:type="dxa"/>
              <w:bottom w:w="70" w:type="dxa"/>
              <w:right w:w="95" w:type="dxa"/>
            </w:tcMar>
            <w:vAlign w:val="center"/>
          </w:tcPr>
          <w:p w14:paraId="7124EBD5" w14:textId="77777777" w:rsidR="002E7DCF" w:rsidRPr="00717886" w:rsidRDefault="00A11917">
            <w:pPr>
              <w:spacing w:after="0" w:line="240" w:lineRule="auto"/>
              <w:rPr>
                <w:rFonts w:cs="Times New Roman"/>
              </w:rPr>
            </w:pPr>
            <w:r w:rsidRPr="00717886">
              <w:rPr>
                <w:rFonts w:cs="Times New Roman"/>
                <w:sz w:val="15"/>
              </w:rPr>
              <w:t>Hong Kong</w:t>
            </w:r>
          </w:p>
        </w:tc>
        <w:tc>
          <w:tcPr>
            <w:tcW w:w="1800" w:type="dxa"/>
            <w:tcMar>
              <w:top w:w="70" w:type="dxa"/>
              <w:left w:w="95" w:type="dxa"/>
              <w:bottom w:w="70" w:type="dxa"/>
              <w:right w:w="95" w:type="dxa"/>
            </w:tcMar>
            <w:vAlign w:val="center"/>
          </w:tcPr>
          <w:p w14:paraId="3078371A"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0EE6A981"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42017129" w14:textId="77777777" w:rsidR="002E7DCF" w:rsidRPr="00717886" w:rsidRDefault="00A11917">
            <w:pPr>
              <w:spacing w:after="0" w:line="240" w:lineRule="auto"/>
              <w:jc w:val="center"/>
              <w:rPr>
                <w:rFonts w:cs="Times New Roman"/>
              </w:rPr>
            </w:pPr>
            <w:r w:rsidRPr="00717886">
              <w:rPr>
                <w:rFonts w:cs="Times New Roman"/>
                <w:sz w:val="15"/>
              </w:rPr>
              <w:t>1,422</w:t>
            </w:r>
          </w:p>
        </w:tc>
        <w:tc>
          <w:tcPr>
            <w:tcW w:w="792" w:type="dxa"/>
            <w:tcMar>
              <w:top w:w="70" w:type="dxa"/>
              <w:left w:w="95" w:type="dxa"/>
              <w:bottom w:w="70" w:type="dxa"/>
              <w:right w:w="95" w:type="dxa"/>
            </w:tcMar>
            <w:vAlign w:val="center"/>
          </w:tcPr>
          <w:p w14:paraId="4C5F0DAE"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0FA33FD" w14:textId="77777777">
        <w:trPr>
          <w:cantSplit/>
          <w:jc w:val="center"/>
        </w:trPr>
        <w:tc>
          <w:tcPr>
            <w:tcW w:w="792" w:type="dxa"/>
            <w:shd w:val="clear" w:color="auto" w:fill="F5F7F9"/>
            <w:tcMar>
              <w:top w:w="70" w:type="dxa"/>
              <w:left w:w="95" w:type="dxa"/>
              <w:bottom w:w="70" w:type="dxa"/>
              <w:right w:w="95" w:type="dxa"/>
            </w:tcMar>
            <w:vAlign w:val="center"/>
          </w:tcPr>
          <w:p w14:paraId="188950A5" w14:textId="77777777" w:rsidR="002E7DCF" w:rsidRPr="00717886" w:rsidRDefault="00A11917">
            <w:pPr>
              <w:spacing w:after="0" w:line="240" w:lineRule="auto"/>
              <w:jc w:val="center"/>
              <w:rPr>
                <w:rFonts w:cs="Times New Roman"/>
              </w:rPr>
            </w:pPr>
            <w:r w:rsidRPr="00717886">
              <w:rPr>
                <w:rFonts w:cs="Times New Roman"/>
                <w:sz w:val="15"/>
              </w:rPr>
              <w:t>AVI024</w:t>
            </w:r>
          </w:p>
        </w:tc>
        <w:tc>
          <w:tcPr>
            <w:tcW w:w="3384" w:type="dxa"/>
            <w:shd w:val="clear" w:color="auto" w:fill="F5F7F9"/>
            <w:tcMar>
              <w:top w:w="70" w:type="dxa"/>
              <w:left w:w="95" w:type="dxa"/>
              <w:bottom w:w="70" w:type="dxa"/>
              <w:right w:w="95" w:type="dxa"/>
            </w:tcMar>
            <w:vAlign w:val="center"/>
          </w:tcPr>
          <w:p w14:paraId="66E77B9E" w14:textId="77777777" w:rsidR="002E7DCF" w:rsidRPr="00717886" w:rsidRDefault="00A11917">
            <w:pPr>
              <w:spacing w:after="0" w:line="240" w:lineRule="auto"/>
              <w:rPr>
                <w:rFonts w:cs="Times New Roman"/>
              </w:rPr>
            </w:pPr>
            <w:r w:rsidRPr="00717886">
              <w:rPr>
                <w:rFonts w:cs="Times New Roman"/>
                <w:sz w:val="15"/>
              </w:rPr>
              <w:t>Nanyang Technological University</w:t>
            </w:r>
          </w:p>
        </w:tc>
        <w:tc>
          <w:tcPr>
            <w:tcW w:w="1123" w:type="dxa"/>
            <w:shd w:val="clear" w:color="auto" w:fill="F5F7F9"/>
            <w:tcMar>
              <w:top w:w="70" w:type="dxa"/>
              <w:left w:w="95" w:type="dxa"/>
              <w:bottom w:w="70" w:type="dxa"/>
              <w:right w:w="95" w:type="dxa"/>
            </w:tcMar>
            <w:vAlign w:val="center"/>
          </w:tcPr>
          <w:p w14:paraId="597E46A5" w14:textId="77777777" w:rsidR="002E7DCF" w:rsidRPr="00717886" w:rsidRDefault="00A11917">
            <w:pPr>
              <w:spacing w:after="0" w:line="240" w:lineRule="auto"/>
              <w:rPr>
                <w:rFonts w:cs="Times New Roman"/>
              </w:rPr>
            </w:pPr>
            <w:r w:rsidRPr="00717886">
              <w:rPr>
                <w:rFonts w:cs="Times New Roman"/>
                <w:sz w:val="15"/>
              </w:rPr>
              <w:t>Singapore</w:t>
            </w:r>
          </w:p>
        </w:tc>
        <w:tc>
          <w:tcPr>
            <w:tcW w:w="1800" w:type="dxa"/>
            <w:shd w:val="clear" w:color="auto" w:fill="F5F7F9"/>
            <w:tcMar>
              <w:top w:w="70" w:type="dxa"/>
              <w:left w:w="95" w:type="dxa"/>
              <w:bottom w:w="70" w:type="dxa"/>
              <w:right w:w="95" w:type="dxa"/>
            </w:tcMar>
            <w:vAlign w:val="center"/>
          </w:tcPr>
          <w:p w14:paraId="5C691782"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46B7C1D3"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12938F33" w14:textId="77777777" w:rsidR="002E7DCF" w:rsidRPr="00717886" w:rsidRDefault="00A11917">
            <w:pPr>
              <w:spacing w:after="0" w:line="240" w:lineRule="auto"/>
              <w:jc w:val="center"/>
              <w:rPr>
                <w:rFonts w:cs="Times New Roman"/>
              </w:rPr>
            </w:pPr>
            <w:r w:rsidRPr="00717886">
              <w:rPr>
                <w:rFonts w:cs="Times New Roman"/>
                <w:sz w:val="15"/>
              </w:rPr>
              <w:t>1,415</w:t>
            </w:r>
          </w:p>
        </w:tc>
        <w:tc>
          <w:tcPr>
            <w:tcW w:w="792" w:type="dxa"/>
            <w:shd w:val="clear" w:color="auto" w:fill="F5F7F9"/>
            <w:tcMar>
              <w:top w:w="70" w:type="dxa"/>
              <w:left w:w="95" w:type="dxa"/>
              <w:bottom w:w="70" w:type="dxa"/>
              <w:right w:w="95" w:type="dxa"/>
            </w:tcMar>
            <w:vAlign w:val="center"/>
          </w:tcPr>
          <w:p w14:paraId="41E95F4F"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A090101" w14:textId="77777777">
        <w:trPr>
          <w:cantSplit/>
          <w:jc w:val="center"/>
        </w:trPr>
        <w:tc>
          <w:tcPr>
            <w:tcW w:w="792" w:type="dxa"/>
            <w:tcMar>
              <w:top w:w="70" w:type="dxa"/>
              <w:left w:w="95" w:type="dxa"/>
              <w:bottom w:w="70" w:type="dxa"/>
              <w:right w:w="95" w:type="dxa"/>
            </w:tcMar>
            <w:vAlign w:val="center"/>
          </w:tcPr>
          <w:p w14:paraId="09A94608" w14:textId="77777777" w:rsidR="002E7DCF" w:rsidRPr="00717886" w:rsidRDefault="00A11917">
            <w:pPr>
              <w:spacing w:after="0" w:line="240" w:lineRule="auto"/>
              <w:jc w:val="center"/>
              <w:rPr>
                <w:rFonts w:cs="Times New Roman"/>
              </w:rPr>
            </w:pPr>
            <w:r w:rsidRPr="00717886">
              <w:rPr>
                <w:rFonts w:cs="Times New Roman"/>
                <w:sz w:val="15"/>
              </w:rPr>
              <w:t>AVI025</w:t>
            </w:r>
          </w:p>
        </w:tc>
        <w:tc>
          <w:tcPr>
            <w:tcW w:w="3384" w:type="dxa"/>
            <w:tcMar>
              <w:top w:w="70" w:type="dxa"/>
              <w:left w:w="95" w:type="dxa"/>
              <w:bottom w:w="70" w:type="dxa"/>
              <w:right w:w="95" w:type="dxa"/>
            </w:tcMar>
            <w:vAlign w:val="center"/>
          </w:tcPr>
          <w:p w14:paraId="3DF06192" w14:textId="77777777" w:rsidR="002E7DCF" w:rsidRPr="00717886" w:rsidRDefault="00A11917">
            <w:pPr>
              <w:spacing w:after="0" w:line="240" w:lineRule="auto"/>
              <w:rPr>
                <w:rFonts w:cs="Times New Roman"/>
              </w:rPr>
            </w:pPr>
            <w:r w:rsidRPr="00717886">
              <w:rPr>
                <w:rFonts w:cs="Times New Roman"/>
                <w:sz w:val="15"/>
              </w:rPr>
              <w:t>National University of Singapore</w:t>
            </w:r>
          </w:p>
        </w:tc>
        <w:tc>
          <w:tcPr>
            <w:tcW w:w="1123" w:type="dxa"/>
            <w:tcMar>
              <w:top w:w="70" w:type="dxa"/>
              <w:left w:w="95" w:type="dxa"/>
              <w:bottom w:w="70" w:type="dxa"/>
              <w:right w:w="95" w:type="dxa"/>
            </w:tcMar>
            <w:vAlign w:val="center"/>
          </w:tcPr>
          <w:p w14:paraId="49DBEE83" w14:textId="77777777" w:rsidR="002E7DCF" w:rsidRPr="00717886" w:rsidRDefault="00A11917">
            <w:pPr>
              <w:spacing w:after="0" w:line="240" w:lineRule="auto"/>
              <w:rPr>
                <w:rFonts w:cs="Times New Roman"/>
              </w:rPr>
            </w:pPr>
            <w:r w:rsidRPr="00717886">
              <w:rPr>
                <w:rFonts w:cs="Times New Roman"/>
                <w:sz w:val="15"/>
              </w:rPr>
              <w:t>Singapore</w:t>
            </w:r>
          </w:p>
        </w:tc>
        <w:tc>
          <w:tcPr>
            <w:tcW w:w="1800" w:type="dxa"/>
            <w:tcMar>
              <w:top w:w="70" w:type="dxa"/>
              <w:left w:w="95" w:type="dxa"/>
              <w:bottom w:w="70" w:type="dxa"/>
              <w:right w:w="95" w:type="dxa"/>
            </w:tcMar>
            <w:vAlign w:val="center"/>
          </w:tcPr>
          <w:p w14:paraId="1559F494"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37089534"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5F50B1A6" w14:textId="77777777" w:rsidR="002E7DCF" w:rsidRPr="00717886" w:rsidRDefault="00A11917">
            <w:pPr>
              <w:spacing w:after="0" w:line="240" w:lineRule="auto"/>
              <w:jc w:val="center"/>
              <w:rPr>
                <w:rFonts w:cs="Times New Roman"/>
              </w:rPr>
            </w:pPr>
            <w:r w:rsidRPr="00717886">
              <w:rPr>
                <w:rFonts w:cs="Times New Roman"/>
                <w:sz w:val="15"/>
              </w:rPr>
              <w:t>898</w:t>
            </w:r>
          </w:p>
        </w:tc>
        <w:tc>
          <w:tcPr>
            <w:tcW w:w="792" w:type="dxa"/>
            <w:tcMar>
              <w:top w:w="70" w:type="dxa"/>
              <w:left w:w="95" w:type="dxa"/>
              <w:bottom w:w="70" w:type="dxa"/>
              <w:right w:w="95" w:type="dxa"/>
            </w:tcMar>
            <w:vAlign w:val="center"/>
          </w:tcPr>
          <w:p w14:paraId="35BC0B44"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1176B0E" w14:textId="77777777">
        <w:trPr>
          <w:cantSplit/>
          <w:jc w:val="center"/>
        </w:trPr>
        <w:tc>
          <w:tcPr>
            <w:tcW w:w="792" w:type="dxa"/>
            <w:shd w:val="clear" w:color="auto" w:fill="F5F7F9"/>
            <w:tcMar>
              <w:top w:w="70" w:type="dxa"/>
              <w:left w:w="95" w:type="dxa"/>
              <w:bottom w:w="70" w:type="dxa"/>
              <w:right w:w="95" w:type="dxa"/>
            </w:tcMar>
            <w:vAlign w:val="center"/>
          </w:tcPr>
          <w:p w14:paraId="167839EA" w14:textId="77777777" w:rsidR="002E7DCF" w:rsidRPr="00717886" w:rsidRDefault="00A11917">
            <w:pPr>
              <w:spacing w:after="0" w:line="240" w:lineRule="auto"/>
              <w:jc w:val="center"/>
              <w:rPr>
                <w:rFonts w:cs="Times New Roman"/>
              </w:rPr>
            </w:pPr>
            <w:r w:rsidRPr="00717886">
              <w:rPr>
                <w:rFonts w:cs="Times New Roman"/>
                <w:sz w:val="15"/>
              </w:rPr>
              <w:t>AVI026</w:t>
            </w:r>
          </w:p>
        </w:tc>
        <w:tc>
          <w:tcPr>
            <w:tcW w:w="3384" w:type="dxa"/>
            <w:shd w:val="clear" w:color="auto" w:fill="F5F7F9"/>
            <w:tcMar>
              <w:top w:w="70" w:type="dxa"/>
              <w:left w:w="95" w:type="dxa"/>
              <w:bottom w:w="70" w:type="dxa"/>
              <w:right w:w="95" w:type="dxa"/>
            </w:tcMar>
            <w:vAlign w:val="center"/>
          </w:tcPr>
          <w:p w14:paraId="1D52827A" w14:textId="77777777" w:rsidR="002E7DCF" w:rsidRPr="00717886" w:rsidRDefault="00A11917">
            <w:pPr>
              <w:spacing w:after="0" w:line="240" w:lineRule="auto"/>
              <w:rPr>
                <w:rFonts w:cs="Times New Roman"/>
              </w:rPr>
            </w:pPr>
            <w:r w:rsidRPr="00717886">
              <w:rPr>
                <w:rFonts w:cs="Times New Roman"/>
                <w:sz w:val="15"/>
              </w:rPr>
              <w:t>Korea Aerospace University</w:t>
            </w:r>
          </w:p>
        </w:tc>
        <w:tc>
          <w:tcPr>
            <w:tcW w:w="1123" w:type="dxa"/>
            <w:shd w:val="clear" w:color="auto" w:fill="F5F7F9"/>
            <w:tcMar>
              <w:top w:w="70" w:type="dxa"/>
              <w:left w:w="95" w:type="dxa"/>
              <w:bottom w:w="70" w:type="dxa"/>
              <w:right w:w="95" w:type="dxa"/>
            </w:tcMar>
            <w:vAlign w:val="center"/>
          </w:tcPr>
          <w:p w14:paraId="01644C34" w14:textId="77777777" w:rsidR="002E7DCF" w:rsidRPr="00717886" w:rsidRDefault="00A11917">
            <w:pPr>
              <w:spacing w:after="0" w:line="240" w:lineRule="auto"/>
              <w:rPr>
                <w:rFonts w:cs="Times New Roman"/>
              </w:rPr>
            </w:pPr>
            <w:r w:rsidRPr="00717886">
              <w:rPr>
                <w:rFonts w:cs="Times New Roman"/>
                <w:sz w:val="15"/>
              </w:rPr>
              <w:t>South Korea</w:t>
            </w:r>
          </w:p>
        </w:tc>
        <w:tc>
          <w:tcPr>
            <w:tcW w:w="1800" w:type="dxa"/>
            <w:shd w:val="clear" w:color="auto" w:fill="F5F7F9"/>
            <w:tcMar>
              <w:top w:w="70" w:type="dxa"/>
              <w:left w:w="95" w:type="dxa"/>
              <w:bottom w:w="70" w:type="dxa"/>
              <w:right w:w="95" w:type="dxa"/>
            </w:tcMar>
            <w:vAlign w:val="center"/>
          </w:tcPr>
          <w:p w14:paraId="7FCC1E1C"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54AC135B"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686F60C0" w14:textId="77777777" w:rsidR="002E7DCF" w:rsidRPr="00717886" w:rsidRDefault="00A11917">
            <w:pPr>
              <w:spacing w:after="0" w:line="240" w:lineRule="auto"/>
              <w:jc w:val="center"/>
              <w:rPr>
                <w:rFonts w:cs="Times New Roman"/>
              </w:rPr>
            </w:pPr>
            <w:r w:rsidRPr="00717886">
              <w:rPr>
                <w:rFonts w:cs="Times New Roman"/>
                <w:sz w:val="15"/>
              </w:rPr>
              <w:t>230</w:t>
            </w:r>
          </w:p>
        </w:tc>
        <w:tc>
          <w:tcPr>
            <w:tcW w:w="792" w:type="dxa"/>
            <w:shd w:val="clear" w:color="auto" w:fill="F5F7F9"/>
            <w:tcMar>
              <w:top w:w="70" w:type="dxa"/>
              <w:left w:w="95" w:type="dxa"/>
              <w:bottom w:w="70" w:type="dxa"/>
              <w:right w:w="95" w:type="dxa"/>
            </w:tcMar>
            <w:vAlign w:val="center"/>
          </w:tcPr>
          <w:p w14:paraId="13DF85A9"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0347E6B" w14:textId="77777777">
        <w:trPr>
          <w:cantSplit/>
          <w:jc w:val="center"/>
        </w:trPr>
        <w:tc>
          <w:tcPr>
            <w:tcW w:w="792" w:type="dxa"/>
            <w:tcMar>
              <w:top w:w="70" w:type="dxa"/>
              <w:left w:w="95" w:type="dxa"/>
              <w:bottom w:w="70" w:type="dxa"/>
              <w:right w:w="95" w:type="dxa"/>
            </w:tcMar>
            <w:vAlign w:val="center"/>
          </w:tcPr>
          <w:p w14:paraId="7A72B693" w14:textId="77777777" w:rsidR="002E7DCF" w:rsidRPr="00717886" w:rsidRDefault="00A11917">
            <w:pPr>
              <w:spacing w:after="0" w:line="240" w:lineRule="auto"/>
              <w:jc w:val="center"/>
              <w:rPr>
                <w:rFonts w:cs="Times New Roman"/>
              </w:rPr>
            </w:pPr>
            <w:r w:rsidRPr="00717886">
              <w:rPr>
                <w:rFonts w:cs="Times New Roman"/>
                <w:sz w:val="15"/>
              </w:rPr>
              <w:t>AVI027</w:t>
            </w:r>
          </w:p>
        </w:tc>
        <w:tc>
          <w:tcPr>
            <w:tcW w:w="3384" w:type="dxa"/>
            <w:tcMar>
              <w:top w:w="70" w:type="dxa"/>
              <w:left w:w="95" w:type="dxa"/>
              <w:bottom w:w="70" w:type="dxa"/>
              <w:right w:w="95" w:type="dxa"/>
            </w:tcMar>
            <w:vAlign w:val="center"/>
          </w:tcPr>
          <w:p w14:paraId="1DD311FA" w14:textId="77777777" w:rsidR="002E7DCF" w:rsidRPr="00717886" w:rsidRDefault="00A11917">
            <w:pPr>
              <w:spacing w:after="0" w:line="240" w:lineRule="auto"/>
              <w:rPr>
                <w:rFonts w:cs="Times New Roman"/>
              </w:rPr>
            </w:pPr>
            <w:r w:rsidRPr="00717886">
              <w:rPr>
                <w:rFonts w:cs="Times New Roman"/>
                <w:sz w:val="15"/>
              </w:rPr>
              <w:t>Seoul National University</w:t>
            </w:r>
          </w:p>
        </w:tc>
        <w:tc>
          <w:tcPr>
            <w:tcW w:w="1123" w:type="dxa"/>
            <w:tcMar>
              <w:top w:w="70" w:type="dxa"/>
              <w:left w:w="95" w:type="dxa"/>
              <w:bottom w:w="70" w:type="dxa"/>
              <w:right w:w="95" w:type="dxa"/>
            </w:tcMar>
            <w:vAlign w:val="center"/>
          </w:tcPr>
          <w:p w14:paraId="45656A7A" w14:textId="77777777" w:rsidR="002E7DCF" w:rsidRPr="00717886" w:rsidRDefault="00A11917">
            <w:pPr>
              <w:spacing w:after="0" w:line="240" w:lineRule="auto"/>
              <w:rPr>
                <w:rFonts w:cs="Times New Roman"/>
              </w:rPr>
            </w:pPr>
            <w:r w:rsidRPr="00717886">
              <w:rPr>
                <w:rFonts w:cs="Times New Roman"/>
                <w:sz w:val="15"/>
              </w:rPr>
              <w:t>South Korea</w:t>
            </w:r>
          </w:p>
        </w:tc>
        <w:tc>
          <w:tcPr>
            <w:tcW w:w="1800" w:type="dxa"/>
            <w:tcMar>
              <w:top w:w="70" w:type="dxa"/>
              <w:left w:w="95" w:type="dxa"/>
              <w:bottom w:w="70" w:type="dxa"/>
              <w:right w:w="95" w:type="dxa"/>
            </w:tcMar>
            <w:vAlign w:val="center"/>
          </w:tcPr>
          <w:p w14:paraId="5EB2AF2C"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07F7178F"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2D4F83FF" w14:textId="77777777" w:rsidR="002E7DCF" w:rsidRPr="00717886" w:rsidRDefault="00A11917">
            <w:pPr>
              <w:spacing w:after="0" w:line="240" w:lineRule="auto"/>
              <w:jc w:val="center"/>
              <w:rPr>
                <w:rFonts w:cs="Times New Roman"/>
              </w:rPr>
            </w:pPr>
            <w:r w:rsidRPr="00717886">
              <w:rPr>
                <w:rFonts w:cs="Times New Roman"/>
                <w:sz w:val="15"/>
              </w:rPr>
              <w:t>672</w:t>
            </w:r>
          </w:p>
        </w:tc>
        <w:tc>
          <w:tcPr>
            <w:tcW w:w="792" w:type="dxa"/>
            <w:tcMar>
              <w:top w:w="70" w:type="dxa"/>
              <w:left w:w="95" w:type="dxa"/>
              <w:bottom w:w="70" w:type="dxa"/>
              <w:right w:w="95" w:type="dxa"/>
            </w:tcMar>
            <w:vAlign w:val="center"/>
          </w:tcPr>
          <w:p w14:paraId="5E878635"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2EEB8892" w14:textId="77777777">
        <w:trPr>
          <w:cantSplit/>
          <w:jc w:val="center"/>
        </w:trPr>
        <w:tc>
          <w:tcPr>
            <w:tcW w:w="792" w:type="dxa"/>
            <w:shd w:val="clear" w:color="auto" w:fill="F5F7F9"/>
            <w:tcMar>
              <w:top w:w="70" w:type="dxa"/>
              <w:left w:w="95" w:type="dxa"/>
              <w:bottom w:w="70" w:type="dxa"/>
              <w:right w:w="95" w:type="dxa"/>
            </w:tcMar>
            <w:vAlign w:val="center"/>
          </w:tcPr>
          <w:p w14:paraId="48E27635" w14:textId="77777777" w:rsidR="002E7DCF" w:rsidRPr="00717886" w:rsidRDefault="00A11917">
            <w:pPr>
              <w:spacing w:after="0" w:line="240" w:lineRule="auto"/>
              <w:jc w:val="center"/>
              <w:rPr>
                <w:rFonts w:cs="Times New Roman"/>
              </w:rPr>
            </w:pPr>
            <w:r w:rsidRPr="00717886">
              <w:rPr>
                <w:rFonts w:cs="Times New Roman"/>
                <w:sz w:val="15"/>
              </w:rPr>
              <w:t>AVI028</w:t>
            </w:r>
          </w:p>
        </w:tc>
        <w:tc>
          <w:tcPr>
            <w:tcW w:w="3384" w:type="dxa"/>
            <w:shd w:val="clear" w:color="auto" w:fill="F5F7F9"/>
            <w:tcMar>
              <w:top w:w="70" w:type="dxa"/>
              <w:left w:w="95" w:type="dxa"/>
              <w:bottom w:w="70" w:type="dxa"/>
              <w:right w:w="95" w:type="dxa"/>
            </w:tcMar>
            <w:vAlign w:val="center"/>
          </w:tcPr>
          <w:p w14:paraId="32DDB6F5" w14:textId="77777777" w:rsidR="002E7DCF" w:rsidRPr="00717886" w:rsidRDefault="00A11917">
            <w:pPr>
              <w:spacing w:after="0" w:line="240" w:lineRule="auto"/>
              <w:rPr>
                <w:rFonts w:cs="Times New Roman"/>
              </w:rPr>
            </w:pPr>
            <w:r w:rsidRPr="00717886">
              <w:rPr>
                <w:rFonts w:cs="Times New Roman"/>
                <w:sz w:val="15"/>
              </w:rPr>
              <w:t>University of Tokyo</w:t>
            </w:r>
          </w:p>
        </w:tc>
        <w:tc>
          <w:tcPr>
            <w:tcW w:w="1123" w:type="dxa"/>
            <w:shd w:val="clear" w:color="auto" w:fill="F5F7F9"/>
            <w:tcMar>
              <w:top w:w="70" w:type="dxa"/>
              <w:left w:w="95" w:type="dxa"/>
              <w:bottom w:w="70" w:type="dxa"/>
              <w:right w:w="95" w:type="dxa"/>
            </w:tcMar>
            <w:vAlign w:val="center"/>
          </w:tcPr>
          <w:p w14:paraId="7EC09776" w14:textId="77777777" w:rsidR="002E7DCF" w:rsidRPr="00717886" w:rsidRDefault="00A11917">
            <w:pPr>
              <w:spacing w:after="0" w:line="240" w:lineRule="auto"/>
              <w:rPr>
                <w:rFonts w:cs="Times New Roman"/>
              </w:rPr>
            </w:pPr>
            <w:r w:rsidRPr="00717886">
              <w:rPr>
                <w:rFonts w:cs="Times New Roman"/>
                <w:sz w:val="15"/>
              </w:rPr>
              <w:t>Japan</w:t>
            </w:r>
          </w:p>
        </w:tc>
        <w:tc>
          <w:tcPr>
            <w:tcW w:w="1800" w:type="dxa"/>
            <w:shd w:val="clear" w:color="auto" w:fill="F5F7F9"/>
            <w:tcMar>
              <w:top w:w="70" w:type="dxa"/>
              <w:left w:w="95" w:type="dxa"/>
              <w:bottom w:w="70" w:type="dxa"/>
              <w:right w:w="95" w:type="dxa"/>
            </w:tcMar>
            <w:vAlign w:val="center"/>
          </w:tcPr>
          <w:p w14:paraId="3D7F8E7E"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618A3EBB"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0F95664D" w14:textId="77777777" w:rsidR="002E7DCF" w:rsidRPr="00717886" w:rsidRDefault="00A11917">
            <w:pPr>
              <w:spacing w:after="0" w:line="240" w:lineRule="auto"/>
              <w:jc w:val="center"/>
              <w:rPr>
                <w:rFonts w:cs="Times New Roman"/>
              </w:rPr>
            </w:pPr>
            <w:r w:rsidRPr="00717886">
              <w:rPr>
                <w:rFonts w:cs="Times New Roman"/>
                <w:sz w:val="15"/>
              </w:rPr>
              <w:t>912</w:t>
            </w:r>
          </w:p>
        </w:tc>
        <w:tc>
          <w:tcPr>
            <w:tcW w:w="792" w:type="dxa"/>
            <w:shd w:val="clear" w:color="auto" w:fill="F5F7F9"/>
            <w:tcMar>
              <w:top w:w="70" w:type="dxa"/>
              <w:left w:w="95" w:type="dxa"/>
              <w:bottom w:w="70" w:type="dxa"/>
              <w:right w:w="95" w:type="dxa"/>
            </w:tcMar>
            <w:vAlign w:val="center"/>
          </w:tcPr>
          <w:p w14:paraId="71824DB2"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A7C6A18" w14:textId="77777777">
        <w:trPr>
          <w:cantSplit/>
          <w:jc w:val="center"/>
        </w:trPr>
        <w:tc>
          <w:tcPr>
            <w:tcW w:w="792" w:type="dxa"/>
            <w:tcMar>
              <w:top w:w="70" w:type="dxa"/>
              <w:left w:w="95" w:type="dxa"/>
              <w:bottom w:w="70" w:type="dxa"/>
              <w:right w:w="95" w:type="dxa"/>
            </w:tcMar>
            <w:vAlign w:val="center"/>
          </w:tcPr>
          <w:p w14:paraId="1CE319E4" w14:textId="77777777" w:rsidR="002E7DCF" w:rsidRPr="00717886" w:rsidRDefault="00A11917">
            <w:pPr>
              <w:spacing w:after="0" w:line="240" w:lineRule="auto"/>
              <w:jc w:val="center"/>
              <w:rPr>
                <w:rFonts w:cs="Times New Roman"/>
              </w:rPr>
            </w:pPr>
            <w:r w:rsidRPr="00717886">
              <w:rPr>
                <w:rFonts w:cs="Times New Roman"/>
                <w:sz w:val="15"/>
              </w:rPr>
              <w:t>AVI029</w:t>
            </w:r>
          </w:p>
        </w:tc>
        <w:tc>
          <w:tcPr>
            <w:tcW w:w="3384" w:type="dxa"/>
            <w:tcMar>
              <w:top w:w="70" w:type="dxa"/>
              <w:left w:w="95" w:type="dxa"/>
              <w:bottom w:w="70" w:type="dxa"/>
              <w:right w:w="95" w:type="dxa"/>
            </w:tcMar>
            <w:vAlign w:val="center"/>
          </w:tcPr>
          <w:p w14:paraId="4F64F2EE" w14:textId="77777777" w:rsidR="002E7DCF" w:rsidRPr="00717886" w:rsidRDefault="00A11917">
            <w:pPr>
              <w:spacing w:after="0" w:line="240" w:lineRule="auto"/>
              <w:rPr>
                <w:rFonts w:cs="Times New Roman"/>
              </w:rPr>
            </w:pPr>
            <w:r w:rsidRPr="00717886">
              <w:rPr>
                <w:rFonts w:cs="Times New Roman"/>
                <w:sz w:val="15"/>
              </w:rPr>
              <w:t>Indian Institute of Technology Kanpur</w:t>
            </w:r>
          </w:p>
        </w:tc>
        <w:tc>
          <w:tcPr>
            <w:tcW w:w="1123" w:type="dxa"/>
            <w:tcMar>
              <w:top w:w="70" w:type="dxa"/>
              <w:left w:w="95" w:type="dxa"/>
              <w:bottom w:w="70" w:type="dxa"/>
              <w:right w:w="95" w:type="dxa"/>
            </w:tcMar>
            <w:vAlign w:val="center"/>
          </w:tcPr>
          <w:p w14:paraId="6EC869A7" w14:textId="77777777" w:rsidR="002E7DCF" w:rsidRPr="00717886" w:rsidRDefault="00A11917">
            <w:pPr>
              <w:spacing w:after="0" w:line="240" w:lineRule="auto"/>
              <w:rPr>
                <w:rFonts w:cs="Times New Roman"/>
              </w:rPr>
            </w:pPr>
            <w:r w:rsidRPr="00717886">
              <w:rPr>
                <w:rFonts w:cs="Times New Roman"/>
                <w:sz w:val="15"/>
              </w:rPr>
              <w:t>India</w:t>
            </w:r>
          </w:p>
        </w:tc>
        <w:tc>
          <w:tcPr>
            <w:tcW w:w="1800" w:type="dxa"/>
            <w:tcMar>
              <w:top w:w="70" w:type="dxa"/>
              <w:left w:w="95" w:type="dxa"/>
              <w:bottom w:w="70" w:type="dxa"/>
              <w:right w:w="95" w:type="dxa"/>
            </w:tcMar>
            <w:vAlign w:val="center"/>
          </w:tcPr>
          <w:p w14:paraId="198A19AA"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62075B1C"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4F3F1E88" w14:textId="77777777" w:rsidR="002E7DCF" w:rsidRPr="00717886" w:rsidRDefault="00A11917">
            <w:pPr>
              <w:spacing w:after="0" w:line="240" w:lineRule="auto"/>
              <w:jc w:val="center"/>
              <w:rPr>
                <w:rFonts w:cs="Times New Roman"/>
              </w:rPr>
            </w:pPr>
            <w:r w:rsidRPr="00717886">
              <w:rPr>
                <w:rFonts w:cs="Times New Roman"/>
                <w:sz w:val="15"/>
              </w:rPr>
              <w:t>735</w:t>
            </w:r>
          </w:p>
        </w:tc>
        <w:tc>
          <w:tcPr>
            <w:tcW w:w="792" w:type="dxa"/>
            <w:tcMar>
              <w:top w:w="70" w:type="dxa"/>
              <w:left w:w="95" w:type="dxa"/>
              <w:bottom w:w="70" w:type="dxa"/>
              <w:right w:w="95" w:type="dxa"/>
            </w:tcMar>
            <w:vAlign w:val="center"/>
          </w:tcPr>
          <w:p w14:paraId="43832DAF"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255E8F5C" w14:textId="77777777">
        <w:trPr>
          <w:cantSplit/>
          <w:jc w:val="center"/>
        </w:trPr>
        <w:tc>
          <w:tcPr>
            <w:tcW w:w="792" w:type="dxa"/>
            <w:shd w:val="clear" w:color="auto" w:fill="F5F7F9"/>
            <w:tcMar>
              <w:top w:w="70" w:type="dxa"/>
              <w:left w:w="95" w:type="dxa"/>
              <w:bottom w:w="70" w:type="dxa"/>
              <w:right w:w="95" w:type="dxa"/>
            </w:tcMar>
            <w:vAlign w:val="center"/>
          </w:tcPr>
          <w:p w14:paraId="31FED431" w14:textId="77777777" w:rsidR="002E7DCF" w:rsidRPr="00717886" w:rsidRDefault="00A11917">
            <w:pPr>
              <w:spacing w:after="0" w:line="240" w:lineRule="auto"/>
              <w:jc w:val="center"/>
              <w:rPr>
                <w:rFonts w:cs="Times New Roman"/>
              </w:rPr>
            </w:pPr>
            <w:r w:rsidRPr="00717886">
              <w:rPr>
                <w:rFonts w:cs="Times New Roman"/>
                <w:sz w:val="15"/>
              </w:rPr>
              <w:t>AVI030</w:t>
            </w:r>
          </w:p>
        </w:tc>
        <w:tc>
          <w:tcPr>
            <w:tcW w:w="3384" w:type="dxa"/>
            <w:shd w:val="clear" w:color="auto" w:fill="F5F7F9"/>
            <w:tcMar>
              <w:top w:w="70" w:type="dxa"/>
              <w:left w:w="95" w:type="dxa"/>
              <w:bottom w:w="70" w:type="dxa"/>
              <w:right w:w="95" w:type="dxa"/>
            </w:tcMar>
            <w:vAlign w:val="center"/>
          </w:tcPr>
          <w:p w14:paraId="181F1B7E" w14:textId="77777777" w:rsidR="002E7DCF" w:rsidRPr="00717886" w:rsidRDefault="00A11917">
            <w:pPr>
              <w:spacing w:after="0" w:line="240" w:lineRule="auto"/>
              <w:rPr>
                <w:rFonts w:cs="Times New Roman"/>
              </w:rPr>
            </w:pPr>
            <w:r w:rsidRPr="00717886">
              <w:rPr>
                <w:rFonts w:cs="Times New Roman"/>
                <w:sz w:val="15"/>
              </w:rPr>
              <w:t>Indian Institute of Science</w:t>
            </w:r>
          </w:p>
        </w:tc>
        <w:tc>
          <w:tcPr>
            <w:tcW w:w="1123" w:type="dxa"/>
            <w:shd w:val="clear" w:color="auto" w:fill="F5F7F9"/>
            <w:tcMar>
              <w:top w:w="70" w:type="dxa"/>
              <w:left w:w="95" w:type="dxa"/>
              <w:bottom w:w="70" w:type="dxa"/>
              <w:right w:w="95" w:type="dxa"/>
            </w:tcMar>
            <w:vAlign w:val="center"/>
          </w:tcPr>
          <w:p w14:paraId="7C6E7362" w14:textId="77777777" w:rsidR="002E7DCF" w:rsidRPr="00717886" w:rsidRDefault="00A11917">
            <w:pPr>
              <w:spacing w:after="0" w:line="240" w:lineRule="auto"/>
              <w:rPr>
                <w:rFonts w:cs="Times New Roman"/>
              </w:rPr>
            </w:pPr>
            <w:r w:rsidRPr="00717886">
              <w:rPr>
                <w:rFonts w:cs="Times New Roman"/>
                <w:sz w:val="15"/>
              </w:rPr>
              <w:t>India</w:t>
            </w:r>
          </w:p>
        </w:tc>
        <w:tc>
          <w:tcPr>
            <w:tcW w:w="1800" w:type="dxa"/>
            <w:shd w:val="clear" w:color="auto" w:fill="F5F7F9"/>
            <w:tcMar>
              <w:top w:w="70" w:type="dxa"/>
              <w:left w:w="95" w:type="dxa"/>
              <w:bottom w:w="70" w:type="dxa"/>
              <w:right w:w="95" w:type="dxa"/>
            </w:tcMar>
            <w:vAlign w:val="center"/>
          </w:tcPr>
          <w:p w14:paraId="344D62CD"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17D4110A"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3D9E79CF" w14:textId="77777777" w:rsidR="002E7DCF" w:rsidRPr="00717886" w:rsidRDefault="00A11917">
            <w:pPr>
              <w:spacing w:after="0" w:line="240" w:lineRule="auto"/>
              <w:jc w:val="center"/>
              <w:rPr>
                <w:rFonts w:cs="Times New Roman"/>
              </w:rPr>
            </w:pPr>
            <w:r w:rsidRPr="00717886">
              <w:rPr>
                <w:rFonts w:cs="Times New Roman"/>
                <w:sz w:val="15"/>
              </w:rPr>
              <w:t>569</w:t>
            </w:r>
          </w:p>
        </w:tc>
        <w:tc>
          <w:tcPr>
            <w:tcW w:w="792" w:type="dxa"/>
            <w:shd w:val="clear" w:color="auto" w:fill="F5F7F9"/>
            <w:tcMar>
              <w:top w:w="70" w:type="dxa"/>
              <w:left w:w="95" w:type="dxa"/>
              <w:bottom w:w="70" w:type="dxa"/>
              <w:right w:w="95" w:type="dxa"/>
            </w:tcMar>
            <w:vAlign w:val="center"/>
          </w:tcPr>
          <w:p w14:paraId="03B3D77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123F8B6E" w14:textId="77777777">
        <w:trPr>
          <w:cantSplit/>
          <w:jc w:val="center"/>
        </w:trPr>
        <w:tc>
          <w:tcPr>
            <w:tcW w:w="792" w:type="dxa"/>
            <w:tcMar>
              <w:top w:w="70" w:type="dxa"/>
              <w:left w:w="95" w:type="dxa"/>
              <w:bottom w:w="70" w:type="dxa"/>
              <w:right w:w="95" w:type="dxa"/>
            </w:tcMar>
            <w:vAlign w:val="center"/>
          </w:tcPr>
          <w:p w14:paraId="37AE71B2" w14:textId="77777777" w:rsidR="002E7DCF" w:rsidRPr="00717886" w:rsidRDefault="00A11917">
            <w:pPr>
              <w:spacing w:after="0" w:line="240" w:lineRule="auto"/>
              <w:jc w:val="center"/>
              <w:rPr>
                <w:rFonts w:cs="Times New Roman"/>
              </w:rPr>
            </w:pPr>
            <w:r w:rsidRPr="00717886">
              <w:rPr>
                <w:rFonts w:cs="Times New Roman"/>
                <w:sz w:val="15"/>
              </w:rPr>
              <w:t>AVI031</w:t>
            </w:r>
          </w:p>
        </w:tc>
        <w:tc>
          <w:tcPr>
            <w:tcW w:w="3384" w:type="dxa"/>
            <w:tcMar>
              <w:top w:w="70" w:type="dxa"/>
              <w:left w:w="95" w:type="dxa"/>
              <w:bottom w:w="70" w:type="dxa"/>
              <w:right w:w="95" w:type="dxa"/>
            </w:tcMar>
            <w:vAlign w:val="center"/>
          </w:tcPr>
          <w:p w14:paraId="3A4C9920" w14:textId="77777777" w:rsidR="002E7DCF" w:rsidRPr="00717886" w:rsidRDefault="00A11917">
            <w:pPr>
              <w:spacing w:after="0" w:line="240" w:lineRule="auto"/>
              <w:rPr>
                <w:rFonts w:cs="Times New Roman"/>
              </w:rPr>
            </w:pPr>
            <w:r w:rsidRPr="00717886">
              <w:rPr>
                <w:rFonts w:cs="Times New Roman"/>
                <w:sz w:val="15"/>
              </w:rPr>
              <w:t>RMIT University</w:t>
            </w:r>
          </w:p>
        </w:tc>
        <w:tc>
          <w:tcPr>
            <w:tcW w:w="1123" w:type="dxa"/>
            <w:tcMar>
              <w:top w:w="70" w:type="dxa"/>
              <w:left w:w="95" w:type="dxa"/>
              <w:bottom w:w="70" w:type="dxa"/>
              <w:right w:w="95" w:type="dxa"/>
            </w:tcMar>
            <w:vAlign w:val="center"/>
          </w:tcPr>
          <w:p w14:paraId="279B23D6" w14:textId="77777777" w:rsidR="002E7DCF" w:rsidRPr="00717886" w:rsidRDefault="00A11917">
            <w:pPr>
              <w:spacing w:after="0" w:line="240" w:lineRule="auto"/>
              <w:rPr>
                <w:rFonts w:cs="Times New Roman"/>
              </w:rPr>
            </w:pPr>
            <w:r w:rsidRPr="00717886">
              <w:rPr>
                <w:rFonts w:cs="Times New Roman"/>
                <w:sz w:val="15"/>
              </w:rPr>
              <w:t>Australia</w:t>
            </w:r>
          </w:p>
        </w:tc>
        <w:tc>
          <w:tcPr>
            <w:tcW w:w="1800" w:type="dxa"/>
            <w:tcMar>
              <w:top w:w="70" w:type="dxa"/>
              <w:left w:w="95" w:type="dxa"/>
              <w:bottom w:w="70" w:type="dxa"/>
              <w:right w:w="95" w:type="dxa"/>
            </w:tcMar>
            <w:vAlign w:val="center"/>
          </w:tcPr>
          <w:p w14:paraId="05BA9FF6"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63976453"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41F0BAB0" w14:textId="77777777" w:rsidR="002E7DCF" w:rsidRPr="00717886" w:rsidRDefault="00A11917">
            <w:pPr>
              <w:spacing w:after="0" w:line="240" w:lineRule="auto"/>
              <w:jc w:val="center"/>
              <w:rPr>
                <w:rFonts w:cs="Times New Roman"/>
              </w:rPr>
            </w:pPr>
            <w:r w:rsidRPr="00717886">
              <w:rPr>
                <w:rFonts w:cs="Times New Roman"/>
                <w:sz w:val="15"/>
              </w:rPr>
              <w:t>731</w:t>
            </w:r>
          </w:p>
        </w:tc>
        <w:tc>
          <w:tcPr>
            <w:tcW w:w="792" w:type="dxa"/>
            <w:tcMar>
              <w:top w:w="70" w:type="dxa"/>
              <w:left w:w="95" w:type="dxa"/>
              <w:bottom w:w="70" w:type="dxa"/>
              <w:right w:w="95" w:type="dxa"/>
            </w:tcMar>
            <w:vAlign w:val="center"/>
          </w:tcPr>
          <w:p w14:paraId="4B36D96A"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4F41B1C" w14:textId="77777777">
        <w:trPr>
          <w:cantSplit/>
          <w:jc w:val="center"/>
        </w:trPr>
        <w:tc>
          <w:tcPr>
            <w:tcW w:w="792" w:type="dxa"/>
            <w:shd w:val="clear" w:color="auto" w:fill="F5F7F9"/>
            <w:tcMar>
              <w:top w:w="70" w:type="dxa"/>
              <w:left w:w="95" w:type="dxa"/>
              <w:bottom w:w="70" w:type="dxa"/>
              <w:right w:w="95" w:type="dxa"/>
            </w:tcMar>
            <w:vAlign w:val="center"/>
          </w:tcPr>
          <w:p w14:paraId="2AD4BF39" w14:textId="77777777" w:rsidR="002E7DCF" w:rsidRPr="00717886" w:rsidRDefault="00A11917">
            <w:pPr>
              <w:spacing w:after="0" w:line="240" w:lineRule="auto"/>
              <w:jc w:val="center"/>
              <w:rPr>
                <w:rFonts w:cs="Times New Roman"/>
              </w:rPr>
            </w:pPr>
            <w:r w:rsidRPr="00717886">
              <w:rPr>
                <w:rFonts w:cs="Times New Roman"/>
                <w:sz w:val="15"/>
              </w:rPr>
              <w:t>AVI032</w:t>
            </w:r>
          </w:p>
        </w:tc>
        <w:tc>
          <w:tcPr>
            <w:tcW w:w="3384" w:type="dxa"/>
            <w:shd w:val="clear" w:color="auto" w:fill="F5F7F9"/>
            <w:tcMar>
              <w:top w:w="70" w:type="dxa"/>
              <w:left w:w="95" w:type="dxa"/>
              <w:bottom w:w="70" w:type="dxa"/>
              <w:right w:w="95" w:type="dxa"/>
            </w:tcMar>
            <w:vAlign w:val="center"/>
          </w:tcPr>
          <w:p w14:paraId="3EB8B364" w14:textId="77777777" w:rsidR="002E7DCF" w:rsidRPr="00717886" w:rsidRDefault="00A11917">
            <w:pPr>
              <w:spacing w:after="0" w:line="240" w:lineRule="auto"/>
              <w:rPr>
                <w:rFonts w:cs="Times New Roman"/>
              </w:rPr>
            </w:pPr>
            <w:r w:rsidRPr="00717886">
              <w:rPr>
                <w:rFonts w:cs="Times New Roman"/>
                <w:sz w:val="15"/>
              </w:rPr>
              <w:t>University of New South Wales</w:t>
            </w:r>
          </w:p>
        </w:tc>
        <w:tc>
          <w:tcPr>
            <w:tcW w:w="1123" w:type="dxa"/>
            <w:shd w:val="clear" w:color="auto" w:fill="F5F7F9"/>
            <w:tcMar>
              <w:top w:w="70" w:type="dxa"/>
              <w:left w:w="95" w:type="dxa"/>
              <w:bottom w:w="70" w:type="dxa"/>
              <w:right w:w="95" w:type="dxa"/>
            </w:tcMar>
            <w:vAlign w:val="center"/>
          </w:tcPr>
          <w:p w14:paraId="4EC6DA52" w14:textId="77777777" w:rsidR="002E7DCF" w:rsidRPr="00717886" w:rsidRDefault="00A11917">
            <w:pPr>
              <w:spacing w:after="0" w:line="240" w:lineRule="auto"/>
              <w:rPr>
                <w:rFonts w:cs="Times New Roman"/>
              </w:rPr>
            </w:pPr>
            <w:r w:rsidRPr="00717886">
              <w:rPr>
                <w:rFonts w:cs="Times New Roman"/>
                <w:sz w:val="15"/>
              </w:rPr>
              <w:t>Australia</w:t>
            </w:r>
          </w:p>
        </w:tc>
        <w:tc>
          <w:tcPr>
            <w:tcW w:w="1800" w:type="dxa"/>
            <w:shd w:val="clear" w:color="auto" w:fill="F5F7F9"/>
            <w:tcMar>
              <w:top w:w="70" w:type="dxa"/>
              <w:left w:w="95" w:type="dxa"/>
              <w:bottom w:w="70" w:type="dxa"/>
              <w:right w:w="95" w:type="dxa"/>
            </w:tcMar>
            <w:vAlign w:val="center"/>
          </w:tcPr>
          <w:p w14:paraId="3DB25135"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7CE23AC9"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0DF63DBD" w14:textId="77777777" w:rsidR="002E7DCF" w:rsidRPr="00717886" w:rsidRDefault="00A11917">
            <w:pPr>
              <w:spacing w:after="0" w:line="240" w:lineRule="auto"/>
              <w:jc w:val="center"/>
              <w:rPr>
                <w:rFonts w:cs="Times New Roman"/>
              </w:rPr>
            </w:pPr>
            <w:r w:rsidRPr="00717886">
              <w:rPr>
                <w:rFonts w:cs="Times New Roman"/>
                <w:sz w:val="15"/>
              </w:rPr>
              <w:t>1,096</w:t>
            </w:r>
          </w:p>
        </w:tc>
        <w:tc>
          <w:tcPr>
            <w:tcW w:w="792" w:type="dxa"/>
            <w:shd w:val="clear" w:color="auto" w:fill="F5F7F9"/>
            <w:tcMar>
              <w:top w:w="70" w:type="dxa"/>
              <w:left w:w="95" w:type="dxa"/>
              <w:bottom w:w="70" w:type="dxa"/>
              <w:right w:w="95" w:type="dxa"/>
            </w:tcMar>
            <w:vAlign w:val="center"/>
          </w:tcPr>
          <w:p w14:paraId="3AAB33EF"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08ABA916" w14:textId="77777777">
        <w:trPr>
          <w:cantSplit/>
          <w:jc w:val="center"/>
        </w:trPr>
        <w:tc>
          <w:tcPr>
            <w:tcW w:w="792" w:type="dxa"/>
            <w:tcMar>
              <w:top w:w="70" w:type="dxa"/>
              <w:left w:w="95" w:type="dxa"/>
              <w:bottom w:w="70" w:type="dxa"/>
              <w:right w:w="95" w:type="dxa"/>
            </w:tcMar>
            <w:vAlign w:val="center"/>
          </w:tcPr>
          <w:p w14:paraId="33C0DF5C" w14:textId="77777777" w:rsidR="002E7DCF" w:rsidRPr="00717886" w:rsidRDefault="00A11917">
            <w:pPr>
              <w:spacing w:after="0" w:line="240" w:lineRule="auto"/>
              <w:jc w:val="center"/>
              <w:rPr>
                <w:rFonts w:cs="Times New Roman"/>
              </w:rPr>
            </w:pPr>
            <w:r w:rsidRPr="00717886">
              <w:rPr>
                <w:rFonts w:cs="Times New Roman"/>
                <w:sz w:val="15"/>
              </w:rPr>
              <w:t>AVI033</w:t>
            </w:r>
          </w:p>
        </w:tc>
        <w:tc>
          <w:tcPr>
            <w:tcW w:w="3384" w:type="dxa"/>
            <w:tcMar>
              <w:top w:w="70" w:type="dxa"/>
              <w:left w:w="95" w:type="dxa"/>
              <w:bottom w:w="70" w:type="dxa"/>
              <w:right w:w="95" w:type="dxa"/>
            </w:tcMar>
            <w:vAlign w:val="center"/>
          </w:tcPr>
          <w:p w14:paraId="09458C44" w14:textId="77777777" w:rsidR="002E7DCF" w:rsidRPr="00717886" w:rsidRDefault="00A11917">
            <w:pPr>
              <w:spacing w:after="0" w:line="240" w:lineRule="auto"/>
              <w:rPr>
                <w:rFonts w:cs="Times New Roman"/>
              </w:rPr>
            </w:pPr>
            <w:r w:rsidRPr="00717886">
              <w:rPr>
                <w:rFonts w:cs="Times New Roman"/>
                <w:sz w:val="15"/>
              </w:rPr>
              <w:t>University of Sydney</w:t>
            </w:r>
          </w:p>
        </w:tc>
        <w:tc>
          <w:tcPr>
            <w:tcW w:w="1123" w:type="dxa"/>
            <w:tcMar>
              <w:top w:w="70" w:type="dxa"/>
              <w:left w:w="95" w:type="dxa"/>
              <w:bottom w:w="70" w:type="dxa"/>
              <w:right w:w="95" w:type="dxa"/>
            </w:tcMar>
            <w:vAlign w:val="center"/>
          </w:tcPr>
          <w:p w14:paraId="4C22B6E3" w14:textId="77777777" w:rsidR="002E7DCF" w:rsidRPr="00717886" w:rsidRDefault="00A11917">
            <w:pPr>
              <w:spacing w:after="0" w:line="240" w:lineRule="auto"/>
              <w:rPr>
                <w:rFonts w:cs="Times New Roman"/>
              </w:rPr>
            </w:pPr>
            <w:r w:rsidRPr="00717886">
              <w:rPr>
                <w:rFonts w:cs="Times New Roman"/>
                <w:sz w:val="15"/>
              </w:rPr>
              <w:t>Australia</w:t>
            </w:r>
          </w:p>
        </w:tc>
        <w:tc>
          <w:tcPr>
            <w:tcW w:w="1800" w:type="dxa"/>
            <w:tcMar>
              <w:top w:w="70" w:type="dxa"/>
              <w:left w:w="95" w:type="dxa"/>
              <w:bottom w:w="70" w:type="dxa"/>
              <w:right w:w="95" w:type="dxa"/>
            </w:tcMar>
            <w:vAlign w:val="center"/>
          </w:tcPr>
          <w:p w14:paraId="6ACF066B"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23361C8D"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6DF2136E" w14:textId="77777777" w:rsidR="002E7DCF" w:rsidRPr="00717886" w:rsidRDefault="00A11917">
            <w:pPr>
              <w:spacing w:after="0" w:line="240" w:lineRule="auto"/>
              <w:jc w:val="center"/>
              <w:rPr>
                <w:rFonts w:cs="Times New Roman"/>
              </w:rPr>
            </w:pPr>
            <w:r w:rsidRPr="00717886">
              <w:rPr>
                <w:rFonts w:cs="Times New Roman"/>
                <w:sz w:val="15"/>
              </w:rPr>
              <w:t>516</w:t>
            </w:r>
          </w:p>
        </w:tc>
        <w:tc>
          <w:tcPr>
            <w:tcW w:w="792" w:type="dxa"/>
            <w:tcMar>
              <w:top w:w="70" w:type="dxa"/>
              <w:left w:w="95" w:type="dxa"/>
              <w:bottom w:w="70" w:type="dxa"/>
              <w:right w:w="95" w:type="dxa"/>
            </w:tcMar>
            <w:vAlign w:val="center"/>
          </w:tcPr>
          <w:p w14:paraId="7AE0445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27F93D49" w14:textId="77777777">
        <w:trPr>
          <w:cantSplit/>
          <w:jc w:val="center"/>
        </w:trPr>
        <w:tc>
          <w:tcPr>
            <w:tcW w:w="792" w:type="dxa"/>
            <w:shd w:val="clear" w:color="auto" w:fill="F5F7F9"/>
            <w:tcMar>
              <w:top w:w="70" w:type="dxa"/>
              <w:left w:w="95" w:type="dxa"/>
              <w:bottom w:w="70" w:type="dxa"/>
              <w:right w:w="95" w:type="dxa"/>
            </w:tcMar>
            <w:vAlign w:val="center"/>
          </w:tcPr>
          <w:p w14:paraId="3C8269DD" w14:textId="77777777" w:rsidR="002E7DCF" w:rsidRPr="00717886" w:rsidRDefault="00A11917">
            <w:pPr>
              <w:spacing w:after="0" w:line="240" w:lineRule="auto"/>
              <w:jc w:val="center"/>
              <w:rPr>
                <w:rFonts w:cs="Times New Roman"/>
              </w:rPr>
            </w:pPr>
            <w:r w:rsidRPr="00717886">
              <w:rPr>
                <w:rFonts w:cs="Times New Roman"/>
                <w:sz w:val="15"/>
              </w:rPr>
              <w:t>AVI034</w:t>
            </w:r>
          </w:p>
        </w:tc>
        <w:tc>
          <w:tcPr>
            <w:tcW w:w="3384" w:type="dxa"/>
            <w:shd w:val="clear" w:color="auto" w:fill="F5F7F9"/>
            <w:tcMar>
              <w:top w:w="70" w:type="dxa"/>
              <w:left w:w="95" w:type="dxa"/>
              <w:bottom w:w="70" w:type="dxa"/>
              <w:right w:w="95" w:type="dxa"/>
            </w:tcMar>
            <w:vAlign w:val="center"/>
          </w:tcPr>
          <w:p w14:paraId="722417F4" w14:textId="77777777" w:rsidR="002E7DCF" w:rsidRPr="00717886" w:rsidRDefault="00A11917">
            <w:pPr>
              <w:spacing w:after="0" w:line="240" w:lineRule="auto"/>
              <w:rPr>
                <w:rFonts w:cs="Times New Roman"/>
              </w:rPr>
            </w:pPr>
            <w:r w:rsidRPr="00717886">
              <w:rPr>
                <w:rFonts w:cs="Times New Roman"/>
                <w:sz w:val="15"/>
              </w:rPr>
              <w:t>University of Queensland</w:t>
            </w:r>
          </w:p>
        </w:tc>
        <w:tc>
          <w:tcPr>
            <w:tcW w:w="1123" w:type="dxa"/>
            <w:shd w:val="clear" w:color="auto" w:fill="F5F7F9"/>
            <w:tcMar>
              <w:top w:w="70" w:type="dxa"/>
              <w:left w:w="95" w:type="dxa"/>
              <w:bottom w:w="70" w:type="dxa"/>
              <w:right w:w="95" w:type="dxa"/>
            </w:tcMar>
            <w:vAlign w:val="center"/>
          </w:tcPr>
          <w:p w14:paraId="6DB7CF38" w14:textId="77777777" w:rsidR="002E7DCF" w:rsidRPr="00717886" w:rsidRDefault="00A11917">
            <w:pPr>
              <w:spacing w:after="0" w:line="240" w:lineRule="auto"/>
              <w:rPr>
                <w:rFonts w:cs="Times New Roman"/>
              </w:rPr>
            </w:pPr>
            <w:r w:rsidRPr="00717886">
              <w:rPr>
                <w:rFonts w:cs="Times New Roman"/>
                <w:sz w:val="15"/>
              </w:rPr>
              <w:t>Australia</w:t>
            </w:r>
          </w:p>
        </w:tc>
        <w:tc>
          <w:tcPr>
            <w:tcW w:w="1800" w:type="dxa"/>
            <w:shd w:val="clear" w:color="auto" w:fill="F5F7F9"/>
            <w:tcMar>
              <w:top w:w="70" w:type="dxa"/>
              <w:left w:w="95" w:type="dxa"/>
              <w:bottom w:w="70" w:type="dxa"/>
              <w:right w:w="95" w:type="dxa"/>
            </w:tcMar>
            <w:vAlign w:val="center"/>
          </w:tcPr>
          <w:p w14:paraId="3F95809E"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65740F2E"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30773320" w14:textId="77777777" w:rsidR="002E7DCF" w:rsidRPr="00717886" w:rsidRDefault="00A11917">
            <w:pPr>
              <w:spacing w:after="0" w:line="240" w:lineRule="auto"/>
              <w:jc w:val="center"/>
              <w:rPr>
                <w:rFonts w:cs="Times New Roman"/>
              </w:rPr>
            </w:pPr>
            <w:r w:rsidRPr="00717886">
              <w:rPr>
                <w:rFonts w:cs="Times New Roman"/>
                <w:sz w:val="15"/>
              </w:rPr>
              <w:t>171</w:t>
            </w:r>
          </w:p>
        </w:tc>
        <w:tc>
          <w:tcPr>
            <w:tcW w:w="792" w:type="dxa"/>
            <w:shd w:val="clear" w:color="auto" w:fill="F5F7F9"/>
            <w:tcMar>
              <w:top w:w="70" w:type="dxa"/>
              <w:left w:w="95" w:type="dxa"/>
              <w:bottom w:w="70" w:type="dxa"/>
              <w:right w:w="95" w:type="dxa"/>
            </w:tcMar>
            <w:vAlign w:val="center"/>
          </w:tcPr>
          <w:p w14:paraId="67F11D2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DC42BB0" w14:textId="77777777">
        <w:trPr>
          <w:cantSplit/>
          <w:jc w:val="center"/>
        </w:trPr>
        <w:tc>
          <w:tcPr>
            <w:tcW w:w="792" w:type="dxa"/>
            <w:tcMar>
              <w:top w:w="70" w:type="dxa"/>
              <w:left w:w="95" w:type="dxa"/>
              <w:bottom w:w="70" w:type="dxa"/>
              <w:right w:w="95" w:type="dxa"/>
            </w:tcMar>
            <w:vAlign w:val="center"/>
          </w:tcPr>
          <w:p w14:paraId="1FB0EF9D" w14:textId="77777777" w:rsidR="002E7DCF" w:rsidRPr="00717886" w:rsidRDefault="00A11917">
            <w:pPr>
              <w:spacing w:after="0" w:line="240" w:lineRule="auto"/>
              <w:jc w:val="center"/>
              <w:rPr>
                <w:rFonts w:cs="Times New Roman"/>
              </w:rPr>
            </w:pPr>
            <w:r w:rsidRPr="00717886">
              <w:rPr>
                <w:rFonts w:cs="Times New Roman"/>
                <w:sz w:val="15"/>
              </w:rPr>
              <w:t>AVI035</w:t>
            </w:r>
          </w:p>
        </w:tc>
        <w:tc>
          <w:tcPr>
            <w:tcW w:w="3384" w:type="dxa"/>
            <w:tcMar>
              <w:top w:w="70" w:type="dxa"/>
              <w:left w:w="95" w:type="dxa"/>
              <w:bottom w:w="70" w:type="dxa"/>
              <w:right w:w="95" w:type="dxa"/>
            </w:tcMar>
            <w:vAlign w:val="center"/>
          </w:tcPr>
          <w:p w14:paraId="61E5288F" w14:textId="77777777" w:rsidR="002E7DCF" w:rsidRPr="00717886" w:rsidRDefault="00A11917">
            <w:pPr>
              <w:spacing w:after="0" w:line="240" w:lineRule="auto"/>
              <w:rPr>
                <w:rFonts w:cs="Times New Roman"/>
              </w:rPr>
            </w:pPr>
            <w:r w:rsidRPr="00717886">
              <w:rPr>
                <w:rFonts w:cs="Times New Roman"/>
                <w:sz w:val="15"/>
              </w:rPr>
              <w:t>University of Toronto / UTIAS</w:t>
            </w:r>
          </w:p>
        </w:tc>
        <w:tc>
          <w:tcPr>
            <w:tcW w:w="1123" w:type="dxa"/>
            <w:tcMar>
              <w:top w:w="70" w:type="dxa"/>
              <w:left w:w="95" w:type="dxa"/>
              <w:bottom w:w="70" w:type="dxa"/>
              <w:right w:w="95" w:type="dxa"/>
            </w:tcMar>
            <w:vAlign w:val="center"/>
          </w:tcPr>
          <w:p w14:paraId="2F51DD94" w14:textId="77777777" w:rsidR="002E7DCF" w:rsidRPr="00717886" w:rsidRDefault="00A11917">
            <w:pPr>
              <w:spacing w:after="0" w:line="240" w:lineRule="auto"/>
              <w:rPr>
                <w:rFonts w:cs="Times New Roman"/>
              </w:rPr>
            </w:pPr>
            <w:r w:rsidRPr="00717886">
              <w:rPr>
                <w:rFonts w:cs="Times New Roman"/>
                <w:sz w:val="15"/>
              </w:rPr>
              <w:t>Canada</w:t>
            </w:r>
          </w:p>
        </w:tc>
        <w:tc>
          <w:tcPr>
            <w:tcW w:w="1800" w:type="dxa"/>
            <w:tcMar>
              <w:top w:w="70" w:type="dxa"/>
              <w:left w:w="95" w:type="dxa"/>
              <w:bottom w:w="70" w:type="dxa"/>
              <w:right w:w="95" w:type="dxa"/>
            </w:tcMar>
            <w:vAlign w:val="center"/>
          </w:tcPr>
          <w:p w14:paraId="72AE3242"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1FCAF05C"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4773BFEE" w14:textId="77777777" w:rsidR="002E7DCF" w:rsidRPr="00717886" w:rsidRDefault="00A11917">
            <w:pPr>
              <w:spacing w:after="0" w:line="240" w:lineRule="auto"/>
              <w:jc w:val="center"/>
              <w:rPr>
                <w:rFonts w:cs="Times New Roman"/>
              </w:rPr>
            </w:pPr>
            <w:r w:rsidRPr="00717886">
              <w:rPr>
                <w:rFonts w:cs="Times New Roman"/>
                <w:sz w:val="15"/>
              </w:rPr>
              <w:t>499</w:t>
            </w:r>
          </w:p>
        </w:tc>
        <w:tc>
          <w:tcPr>
            <w:tcW w:w="792" w:type="dxa"/>
            <w:tcMar>
              <w:top w:w="70" w:type="dxa"/>
              <w:left w:w="95" w:type="dxa"/>
              <w:bottom w:w="70" w:type="dxa"/>
              <w:right w:w="95" w:type="dxa"/>
            </w:tcMar>
            <w:vAlign w:val="center"/>
          </w:tcPr>
          <w:p w14:paraId="3E96E461"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6FB5D6BB" w14:textId="77777777">
        <w:trPr>
          <w:cantSplit/>
          <w:jc w:val="center"/>
        </w:trPr>
        <w:tc>
          <w:tcPr>
            <w:tcW w:w="792" w:type="dxa"/>
            <w:shd w:val="clear" w:color="auto" w:fill="F5F7F9"/>
            <w:tcMar>
              <w:top w:w="70" w:type="dxa"/>
              <w:left w:w="95" w:type="dxa"/>
              <w:bottom w:w="70" w:type="dxa"/>
              <w:right w:w="95" w:type="dxa"/>
            </w:tcMar>
            <w:vAlign w:val="center"/>
          </w:tcPr>
          <w:p w14:paraId="29CCDF99" w14:textId="77777777" w:rsidR="002E7DCF" w:rsidRPr="00717886" w:rsidRDefault="00A11917">
            <w:pPr>
              <w:spacing w:after="0" w:line="240" w:lineRule="auto"/>
              <w:jc w:val="center"/>
              <w:rPr>
                <w:rFonts w:cs="Times New Roman"/>
              </w:rPr>
            </w:pPr>
            <w:r w:rsidRPr="00717886">
              <w:rPr>
                <w:rFonts w:cs="Times New Roman"/>
                <w:sz w:val="15"/>
              </w:rPr>
              <w:t>AVI036</w:t>
            </w:r>
          </w:p>
        </w:tc>
        <w:tc>
          <w:tcPr>
            <w:tcW w:w="3384" w:type="dxa"/>
            <w:shd w:val="clear" w:color="auto" w:fill="F5F7F9"/>
            <w:tcMar>
              <w:top w:w="70" w:type="dxa"/>
              <w:left w:w="95" w:type="dxa"/>
              <w:bottom w:w="70" w:type="dxa"/>
              <w:right w:w="95" w:type="dxa"/>
            </w:tcMar>
            <w:vAlign w:val="center"/>
          </w:tcPr>
          <w:p w14:paraId="33AAB032" w14:textId="77777777" w:rsidR="002E7DCF" w:rsidRPr="00717886" w:rsidRDefault="00A11917">
            <w:pPr>
              <w:spacing w:after="0" w:line="240" w:lineRule="auto"/>
              <w:rPr>
                <w:rFonts w:cs="Times New Roman"/>
              </w:rPr>
            </w:pPr>
            <w:r w:rsidRPr="00717886">
              <w:rPr>
                <w:rFonts w:cs="Times New Roman"/>
                <w:sz w:val="15"/>
              </w:rPr>
              <w:t>McGill University</w:t>
            </w:r>
          </w:p>
        </w:tc>
        <w:tc>
          <w:tcPr>
            <w:tcW w:w="1123" w:type="dxa"/>
            <w:shd w:val="clear" w:color="auto" w:fill="F5F7F9"/>
            <w:tcMar>
              <w:top w:w="70" w:type="dxa"/>
              <w:left w:w="95" w:type="dxa"/>
              <w:bottom w:w="70" w:type="dxa"/>
              <w:right w:w="95" w:type="dxa"/>
            </w:tcMar>
            <w:vAlign w:val="center"/>
          </w:tcPr>
          <w:p w14:paraId="3636502C" w14:textId="77777777" w:rsidR="002E7DCF" w:rsidRPr="00717886" w:rsidRDefault="00A11917">
            <w:pPr>
              <w:spacing w:after="0" w:line="240" w:lineRule="auto"/>
              <w:rPr>
                <w:rFonts w:cs="Times New Roman"/>
              </w:rPr>
            </w:pPr>
            <w:r w:rsidRPr="00717886">
              <w:rPr>
                <w:rFonts w:cs="Times New Roman"/>
                <w:sz w:val="15"/>
              </w:rPr>
              <w:t>Canada</w:t>
            </w:r>
          </w:p>
        </w:tc>
        <w:tc>
          <w:tcPr>
            <w:tcW w:w="1800" w:type="dxa"/>
            <w:shd w:val="clear" w:color="auto" w:fill="F5F7F9"/>
            <w:tcMar>
              <w:top w:w="70" w:type="dxa"/>
              <w:left w:w="95" w:type="dxa"/>
              <w:bottom w:w="70" w:type="dxa"/>
              <w:right w:w="95" w:type="dxa"/>
            </w:tcMar>
            <w:vAlign w:val="center"/>
          </w:tcPr>
          <w:p w14:paraId="5CAE71F0"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2B55E8BE"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19CE91B9" w14:textId="77777777" w:rsidR="002E7DCF" w:rsidRPr="00717886" w:rsidRDefault="00A11917">
            <w:pPr>
              <w:spacing w:after="0" w:line="240" w:lineRule="auto"/>
              <w:jc w:val="center"/>
              <w:rPr>
                <w:rFonts w:cs="Times New Roman"/>
              </w:rPr>
            </w:pPr>
            <w:r w:rsidRPr="00717886">
              <w:rPr>
                <w:rFonts w:cs="Times New Roman"/>
                <w:sz w:val="15"/>
              </w:rPr>
              <w:t>443</w:t>
            </w:r>
          </w:p>
        </w:tc>
        <w:tc>
          <w:tcPr>
            <w:tcW w:w="792" w:type="dxa"/>
            <w:shd w:val="clear" w:color="auto" w:fill="F5F7F9"/>
            <w:tcMar>
              <w:top w:w="70" w:type="dxa"/>
              <w:left w:w="95" w:type="dxa"/>
              <w:bottom w:w="70" w:type="dxa"/>
              <w:right w:w="95" w:type="dxa"/>
            </w:tcMar>
            <w:vAlign w:val="center"/>
          </w:tcPr>
          <w:p w14:paraId="24B931BD"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4549AC0A" w14:textId="77777777">
        <w:trPr>
          <w:cantSplit/>
          <w:jc w:val="center"/>
        </w:trPr>
        <w:tc>
          <w:tcPr>
            <w:tcW w:w="792" w:type="dxa"/>
            <w:tcMar>
              <w:top w:w="70" w:type="dxa"/>
              <w:left w:w="95" w:type="dxa"/>
              <w:bottom w:w="70" w:type="dxa"/>
              <w:right w:w="95" w:type="dxa"/>
            </w:tcMar>
            <w:vAlign w:val="center"/>
          </w:tcPr>
          <w:p w14:paraId="2DFBB12E" w14:textId="77777777" w:rsidR="002E7DCF" w:rsidRPr="00717886" w:rsidRDefault="00A11917">
            <w:pPr>
              <w:spacing w:after="0" w:line="240" w:lineRule="auto"/>
              <w:jc w:val="center"/>
              <w:rPr>
                <w:rFonts w:cs="Times New Roman"/>
              </w:rPr>
            </w:pPr>
            <w:r w:rsidRPr="00717886">
              <w:rPr>
                <w:rFonts w:cs="Times New Roman"/>
                <w:sz w:val="15"/>
              </w:rPr>
              <w:t>AVI037</w:t>
            </w:r>
          </w:p>
        </w:tc>
        <w:tc>
          <w:tcPr>
            <w:tcW w:w="3384" w:type="dxa"/>
            <w:tcMar>
              <w:top w:w="70" w:type="dxa"/>
              <w:left w:w="95" w:type="dxa"/>
              <w:bottom w:w="70" w:type="dxa"/>
              <w:right w:w="95" w:type="dxa"/>
            </w:tcMar>
            <w:vAlign w:val="center"/>
          </w:tcPr>
          <w:p w14:paraId="2BC90542" w14:textId="77777777" w:rsidR="002E7DCF" w:rsidRPr="00717886" w:rsidRDefault="00A11917">
            <w:pPr>
              <w:spacing w:after="0" w:line="240" w:lineRule="auto"/>
              <w:rPr>
                <w:rFonts w:cs="Times New Roman"/>
              </w:rPr>
            </w:pPr>
            <w:r w:rsidRPr="00717886">
              <w:rPr>
                <w:rFonts w:cs="Times New Roman"/>
                <w:sz w:val="15"/>
              </w:rPr>
              <w:t>Concordia University</w:t>
            </w:r>
          </w:p>
        </w:tc>
        <w:tc>
          <w:tcPr>
            <w:tcW w:w="1123" w:type="dxa"/>
            <w:tcMar>
              <w:top w:w="70" w:type="dxa"/>
              <w:left w:w="95" w:type="dxa"/>
              <w:bottom w:w="70" w:type="dxa"/>
              <w:right w:w="95" w:type="dxa"/>
            </w:tcMar>
            <w:vAlign w:val="center"/>
          </w:tcPr>
          <w:p w14:paraId="59DB7CC2" w14:textId="77777777" w:rsidR="002E7DCF" w:rsidRPr="00717886" w:rsidRDefault="00A11917">
            <w:pPr>
              <w:spacing w:after="0" w:line="240" w:lineRule="auto"/>
              <w:rPr>
                <w:rFonts w:cs="Times New Roman"/>
              </w:rPr>
            </w:pPr>
            <w:r w:rsidRPr="00717886">
              <w:rPr>
                <w:rFonts w:cs="Times New Roman"/>
                <w:sz w:val="15"/>
              </w:rPr>
              <w:t>Canada</w:t>
            </w:r>
          </w:p>
        </w:tc>
        <w:tc>
          <w:tcPr>
            <w:tcW w:w="1800" w:type="dxa"/>
            <w:tcMar>
              <w:top w:w="70" w:type="dxa"/>
              <w:left w:w="95" w:type="dxa"/>
              <w:bottom w:w="70" w:type="dxa"/>
              <w:right w:w="95" w:type="dxa"/>
            </w:tcMar>
            <w:vAlign w:val="center"/>
          </w:tcPr>
          <w:p w14:paraId="544DF8C4"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tcMar>
              <w:top w:w="70" w:type="dxa"/>
              <w:left w:w="95" w:type="dxa"/>
              <w:bottom w:w="70" w:type="dxa"/>
              <w:right w:w="95" w:type="dxa"/>
            </w:tcMar>
            <w:vAlign w:val="center"/>
          </w:tcPr>
          <w:p w14:paraId="4E4D4C5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tcMar>
              <w:top w:w="70" w:type="dxa"/>
              <w:left w:w="95" w:type="dxa"/>
              <w:bottom w:w="70" w:type="dxa"/>
              <w:right w:w="95" w:type="dxa"/>
            </w:tcMar>
            <w:vAlign w:val="center"/>
          </w:tcPr>
          <w:p w14:paraId="0675CCD2" w14:textId="77777777" w:rsidR="002E7DCF" w:rsidRPr="00717886" w:rsidRDefault="00A11917">
            <w:pPr>
              <w:spacing w:after="0" w:line="240" w:lineRule="auto"/>
              <w:jc w:val="center"/>
              <w:rPr>
                <w:rFonts w:cs="Times New Roman"/>
              </w:rPr>
            </w:pPr>
            <w:r w:rsidRPr="00717886">
              <w:rPr>
                <w:rFonts w:cs="Times New Roman"/>
                <w:sz w:val="15"/>
              </w:rPr>
              <w:t>512</w:t>
            </w:r>
          </w:p>
        </w:tc>
        <w:tc>
          <w:tcPr>
            <w:tcW w:w="792" w:type="dxa"/>
            <w:tcMar>
              <w:top w:w="70" w:type="dxa"/>
              <w:left w:w="95" w:type="dxa"/>
              <w:bottom w:w="70" w:type="dxa"/>
              <w:right w:w="95" w:type="dxa"/>
            </w:tcMar>
            <w:vAlign w:val="center"/>
          </w:tcPr>
          <w:p w14:paraId="703F3E65"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5312DEB6" w14:textId="77777777">
        <w:trPr>
          <w:cantSplit/>
          <w:jc w:val="center"/>
        </w:trPr>
        <w:tc>
          <w:tcPr>
            <w:tcW w:w="792" w:type="dxa"/>
            <w:shd w:val="clear" w:color="auto" w:fill="F5F7F9"/>
            <w:tcMar>
              <w:top w:w="70" w:type="dxa"/>
              <w:left w:w="95" w:type="dxa"/>
              <w:bottom w:w="70" w:type="dxa"/>
              <w:right w:w="95" w:type="dxa"/>
            </w:tcMar>
            <w:vAlign w:val="center"/>
          </w:tcPr>
          <w:p w14:paraId="3659E582" w14:textId="77777777" w:rsidR="002E7DCF" w:rsidRPr="00717886" w:rsidRDefault="00A11917">
            <w:pPr>
              <w:spacing w:after="0" w:line="240" w:lineRule="auto"/>
              <w:jc w:val="center"/>
              <w:rPr>
                <w:rFonts w:cs="Times New Roman"/>
              </w:rPr>
            </w:pPr>
            <w:r w:rsidRPr="00717886">
              <w:rPr>
                <w:rFonts w:cs="Times New Roman"/>
                <w:sz w:val="15"/>
              </w:rPr>
              <w:t>AVI038</w:t>
            </w:r>
          </w:p>
        </w:tc>
        <w:tc>
          <w:tcPr>
            <w:tcW w:w="3384" w:type="dxa"/>
            <w:shd w:val="clear" w:color="auto" w:fill="F5F7F9"/>
            <w:tcMar>
              <w:top w:w="70" w:type="dxa"/>
              <w:left w:w="95" w:type="dxa"/>
              <w:bottom w:w="70" w:type="dxa"/>
              <w:right w:w="95" w:type="dxa"/>
            </w:tcMar>
            <w:vAlign w:val="center"/>
          </w:tcPr>
          <w:p w14:paraId="31C678F4" w14:textId="77777777" w:rsidR="002E7DCF" w:rsidRPr="00717886" w:rsidRDefault="00A11917">
            <w:pPr>
              <w:spacing w:after="0" w:line="240" w:lineRule="auto"/>
              <w:rPr>
                <w:rFonts w:cs="Times New Roman"/>
                <w:lang w:val="it-IT"/>
              </w:rPr>
            </w:pPr>
            <w:r w:rsidRPr="00717886">
              <w:rPr>
                <w:rFonts w:cs="Times New Roman"/>
                <w:sz w:val="15"/>
                <w:lang w:val="it-IT"/>
              </w:rPr>
              <w:t>Instituto Tecnológico de Aeronáutica (ITA)</w:t>
            </w:r>
          </w:p>
        </w:tc>
        <w:tc>
          <w:tcPr>
            <w:tcW w:w="1123" w:type="dxa"/>
            <w:shd w:val="clear" w:color="auto" w:fill="F5F7F9"/>
            <w:tcMar>
              <w:top w:w="70" w:type="dxa"/>
              <w:left w:w="95" w:type="dxa"/>
              <w:bottom w:w="70" w:type="dxa"/>
              <w:right w:w="95" w:type="dxa"/>
            </w:tcMar>
            <w:vAlign w:val="center"/>
          </w:tcPr>
          <w:p w14:paraId="261B027B" w14:textId="77777777" w:rsidR="002E7DCF" w:rsidRPr="00717886" w:rsidRDefault="00A11917">
            <w:pPr>
              <w:spacing w:after="0" w:line="240" w:lineRule="auto"/>
              <w:rPr>
                <w:rFonts w:cs="Times New Roman"/>
              </w:rPr>
            </w:pPr>
            <w:r w:rsidRPr="00717886">
              <w:rPr>
                <w:rFonts w:cs="Times New Roman"/>
                <w:sz w:val="15"/>
              </w:rPr>
              <w:t>Brazil</w:t>
            </w:r>
          </w:p>
        </w:tc>
        <w:tc>
          <w:tcPr>
            <w:tcW w:w="1800" w:type="dxa"/>
            <w:shd w:val="clear" w:color="auto" w:fill="F5F7F9"/>
            <w:tcMar>
              <w:top w:w="70" w:type="dxa"/>
              <w:left w:w="95" w:type="dxa"/>
              <w:bottom w:w="70" w:type="dxa"/>
              <w:right w:w="95" w:type="dxa"/>
            </w:tcMar>
            <w:vAlign w:val="center"/>
          </w:tcPr>
          <w:p w14:paraId="753AFA5A" w14:textId="77777777" w:rsidR="002E7DCF" w:rsidRPr="00717886" w:rsidRDefault="00A11917">
            <w:pPr>
              <w:spacing w:after="0" w:line="240" w:lineRule="auto"/>
              <w:rPr>
                <w:rFonts w:cs="Times New Roman"/>
              </w:rPr>
            </w:pPr>
            <w:r w:rsidRPr="00717886">
              <w:rPr>
                <w:rFonts w:cs="Times New Roman"/>
                <w:sz w:val="15"/>
              </w:rPr>
              <w:t>Canonical lineage</w:t>
            </w:r>
          </w:p>
        </w:tc>
        <w:tc>
          <w:tcPr>
            <w:tcW w:w="892" w:type="dxa"/>
            <w:shd w:val="clear" w:color="auto" w:fill="F5F7F9"/>
            <w:tcMar>
              <w:top w:w="70" w:type="dxa"/>
              <w:left w:w="95" w:type="dxa"/>
              <w:bottom w:w="70" w:type="dxa"/>
              <w:right w:w="95" w:type="dxa"/>
            </w:tcMar>
            <w:vAlign w:val="center"/>
          </w:tcPr>
          <w:p w14:paraId="72A34E72" w14:textId="77777777" w:rsidR="002E7DCF" w:rsidRPr="00717886" w:rsidRDefault="00A11917">
            <w:pPr>
              <w:spacing w:after="0" w:line="240" w:lineRule="auto"/>
              <w:jc w:val="center"/>
              <w:rPr>
                <w:rFonts w:cs="Times New Roman"/>
              </w:rPr>
            </w:pPr>
            <w:r w:rsidRPr="00717886">
              <w:rPr>
                <w:rFonts w:cs="Times New Roman"/>
                <w:sz w:val="15"/>
              </w:rPr>
              <w:t>11</w:t>
            </w:r>
          </w:p>
        </w:tc>
        <w:tc>
          <w:tcPr>
            <w:tcW w:w="907" w:type="dxa"/>
            <w:shd w:val="clear" w:color="auto" w:fill="F5F7F9"/>
            <w:tcMar>
              <w:top w:w="70" w:type="dxa"/>
              <w:left w:w="95" w:type="dxa"/>
              <w:bottom w:w="70" w:type="dxa"/>
              <w:right w:w="95" w:type="dxa"/>
            </w:tcMar>
            <w:vAlign w:val="center"/>
          </w:tcPr>
          <w:p w14:paraId="7E056013" w14:textId="77777777" w:rsidR="002E7DCF" w:rsidRPr="00717886" w:rsidRDefault="00A11917">
            <w:pPr>
              <w:spacing w:after="0" w:line="240" w:lineRule="auto"/>
              <w:jc w:val="center"/>
              <w:rPr>
                <w:rFonts w:cs="Times New Roman"/>
              </w:rPr>
            </w:pPr>
            <w:r w:rsidRPr="00717886">
              <w:rPr>
                <w:rFonts w:cs="Times New Roman"/>
                <w:sz w:val="15"/>
              </w:rPr>
              <w:t>793</w:t>
            </w:r>
          </w:p>
        </w:tc>
        <w:tc>
          <w:tcPr>
            <w:tcW w:w="792" w:type="dxa"/>
            <w:shd w:val="clear" w:color="auto" w:fill="F5F7F9"/>
            <w:tcMar>
              <w:top w:w="70" w:type="dxa"/>
              <w:left w:w="95" w:type="dxa"/>
              <w:bottom w:w="70" w:type="dxa"/>
              <w:right w:w="95" w:type="dxa"/>
            </w:tcMar>
            <w:vAlign w:val="center"/>
          </w:tcPr>
          <w:p w14:paraId="2F43B210" w14:textId="77777777" w:rsidR="002E7DCF" w:rsidRPr="00717886" w:rsidRDefault="00A11917">
            <w:pPr>
              <w:spacing w:after="0" w:line="240" w:lineRule="auto"/>
              <w:jc w:val="center"/>
              <w:rPr>
                <w:rFonts w:cs="Times New Roman"/>
              </w:rPr>
            </w:pPr>
            <w:r w:rsidRPr="00717886">
              <w:rPr>
                <w:rFonts w:cs="Times New Roman"/>
                <w:sz w:val="15"/>
              </w:rPr>
              <w:t>YES</w:t>
            </w:r>
          </w:p>
        </w:tc>
      </w:tr>
      <w:tr w:rsidR="002E7DCF" w:rsidRPr="00717886" w14:paraId="3128901F" w14:textId="77777777">
        <w:trPr>
          <w:cantSplit/>
          <w:jc w:val="center"/>
        </w:trPr>
        <w:tc>
          <w:tcPr>
            <w:tcW w:w="792" w:type="dxa"/>
            <w:tcMar>
              <w:top w:w="70" w:type="dxa"/>
              <w:left w:w="95" w:type="dxa"/>
              <w:bottom w:w="70" w:type="dxa"/>
              <w:right w:w="95" w:type="dxa"/>
            </w:tcMar>
            <w:vAlign w:val="center"/>
          </w:tcPr>
          <w:p w14:paraId="15F6D039" w14:textId="77777777" w:rsidR="002E7DCF" w:rsidRPr="00717886" w:rsidRDefault="00A11917">
            <w:pPr>
              <w:spacing w:after="0" w:line="240" w:lineRule="auto"/>
              <w:jc w:val="center"/>
              <w:rPr>
                <w:rFonts w:cs="Times New Roman"/>
              </w:rPr>
            </w:pPr>
            <w:r w:rsidRPr="00717886">
              <w:rPr>
                <w:rFonts w:cs="Times New Roman"/>
                <w:sz w:val="15"/>
              </w:rPr>
              <w:t>AVI039</w:t>
            </w:r>
          </w:p>
        </w:tc>
        <w:tc>
          <w:tcPr>
            <w:tcW w:w="3384" w:type="dxa"/>
            <w:tcMar>
              <w:top w:w="70" w:type="dxa"/>
              <w:left w:w="95" w:type="dxa"/>
              <w:bottom w:w="70" w:type="dxa"/>
              <w:right w:w="95" w:type="dxa"/>
            </w:tcMar>
            <w:vAlign w:val="center"/>
          </w:tcPr>
          <w:p w14:paraId="389EE7F5" w14:textId="77777777" w:rsidR="002E7DCF" w:rsidRPr="00717886" w:rsidRDefault="00A11917">
            <w:pPr>
              <w:spacing w:after="0" w:line="240" w:lineRule="auto"/>
              <w:rPr>
                <w:rFonts w:cs="Times New Roman"/>
              </w:rPr>
            </w:pPr>
            <w:r w:rsidRPr="00717886">
              <w:rPr>
                <w:rFonts w:cs="Times New Roman"/>
                <w:sz w:val="15"/>
              </w:rPr>
              <w:t>National Aviation Academy of the Philippines / former PhilSCA</w:t>
            </w:r>
          </w:p>
        </w:tc>
        <w:tc>
          <w:tcPr>
            <w:tcW w:w="1123" w:type="dxa"/>
            <w:tcMar>
              <w:top w:w="70" w:type="dxa"/>
              <w:left w:w="95" w:type="dxa"/>
              <w:bottom w:w="70" w:type="dxa"/>
              <w:right w:w="95" w:type="dxa"/>
            </w:tcMar>
            <w:vAlign w:val="center"/>
          </w:tcPr>
          <w:p w14:paraId="43358642" w14:textId="77777777" w:rsidR="002E7DCF" w:rsidRPr="00717886" w:rsidRDefault="00A11917">
            <w:pPr>
              <w:spacing w:after="0" w:line="240" w:lineRule="auto"/>
              <w:rPr>
                <w:rFonts w:cs="Times New Roman"/>
              </w:rPr>
            </w:pPr>
            <w:r w:rsidRPr="00717886">
              <w:rPr>
                <w:rFonts w:cs="Times New Roman"/>
                <w:sz w:val="15"/>
              </w:rPr>
              <w:t>Philippines</w:t>
            </w:r>
          </w:p>
        </w:tc>
        <w:tc>
          <w:tcPr>
            <w:tcW w:w="1800" w:type="dxa"/>
            <w:tcMar>
              <w:top w:w="70" w:type="dxa"/>
              <w:left w:w="95" w:type="dxa"/>
              <w:bottom w:w="70" w:type="dxa"/>
              <w:right w:w="95" w:type="dxa"/>
            </w:tcMar>
            <w:vAlign w:val="center"/>
          </w:tcPr>
          <w:p w14:paraId="776C6D29" w14:textId="77777777" w:rsidR="002E7DCF" w:rsidRPr="00717886" w:rsidRDefault="00A11917">
            <w:pPr>
              <w:spacing w:after="0" w:line="240" w:lineRule="auto"/>
              <w:rPr>
                <w:rFonts w:cs="Times New Roman"/>
              </w:rPr>
            </w:pPr>
            <w:r w:rsidRPr="00717886">
              <w:rPr>
                <w:rFonts w:cs="Times New Roman"/>
                <w:sz w:val="15"/>
              </w:rPr>
              <w:t>Affiliation fallback</w:t>
            </w:r>
          </w:p>
        </w:tc>
        <w:tc>
          <w:tcPr>
            <w:tcW w:w="892" w:type="dxa"/>
            <w:tcMar>
              <w:top w:w="70" w:type="dxa"/>
              <w:left w:w="95" w:type="dxa"/>
              <w:bottom w:w="70" w:type="dxa"/>
              <w:right w:w="95" w:type="dxa"/>
            </w:tcMar>
            <w:vAlign w:val="center"/>
          </w:tcPr>
          <w:p w14:paraId="15A4C046" w14:textId="77777777" w:rsidR="002E7DCF" w:rsidRPr="00717886" w:rsidRDefault="00A11917">
            <w:pPr>
              <w:spacing w:after="0" w:line="240" w:lineRule="auto"/>
              <w:jc w:val="center"/>
              <w:rPr>
                <w:rFonts w:cs="Times New Roman"/>
              </w:rPr>
            </w:pPr>
            <w:r w:rsidRPr="00717886">
              <w:rPr>
                <w:rFonts w:cs="Times New Roman"/>
                <w:sz w:val="15"/>
              </w:rPr>
              <w:t>5</w:t>
            </w:r>
          </w:p>
        </w:tc>
        <w:tc>
          <w:tcPr>
            <w:tcW w:w="907" w:type="dxa"/>
            <w:tcMar>
              <w:top w:w="70" w:type="dxa"/>
              <w:left w:w="95" w:type="dxa"/>
              <w:bottom w:w="70" w:type="dxa"/>
              <w:right w:w="95" w:type="dxa"/>
            </w:tcMar>
            <w:vAlign w:val="center"/>
          </w:tcPr>
          <w:p w14:paraId="6C70F300" w14:textId="77777777" w:rsidR="002E7DCF" w:rsidRPr="00717886" w:rsidRDefault="00A11917">
            <w:pPr>
              <w:spacing w:after="0" w:line="240" w:lineRule="auto"/>
              <w:jc w:val="center"/>
              <w:rPr>
                <w:rFonts w:cs="Times New Roman"/>
              </w:rPr>
            </w:pPr>
            <w:r w:rsidRPr="00717886">
              <w:rPr>
                <w:rFonts w:cs="Times New Roman"/>
                <w:sz w:val="15"/>
              </w:rPr>
              <w:t>52</w:t>
            </w:r>
          </w:p>
        </w:tc>
        <w:tc>
          <w:tcPr>
            <w:tcW w:w="792" w:type="dxa"/>
            <w:tcMar>
              <w:top w:w="70" w:type="dxa"/>
              <w:left w:w="95" w:type="dxa"/>
              <w:bottom w:w="70" w:type="dxa"/>
              <w:right w:w="95" w:type="dxa"/>
            </w:tcMar>
            <w:vAlign w:val="center"/>
          </w:tcPr>
          <w:p w14:paraId="44274255" w14:textId="77777777" w:rsidR="002E7DCF" w:rsidRPr="00717886" w:rsidRDefault="00A11917">
            <w:pPr>
              <w:spacing w:after="0" w:line="240" w:lineRule="auto"/>
              <w:jc w:val="center"/>
              <w:rPr>
                <w:rFonts w:cs="Times New Roman"/>
              </w:rPr>
            </w:pPr>
            <w:r w:rsidRPr="00717886">
              <w:rPr>
                <w:rFonts w:cs="Times New Roman"/>
                <w:sz w:val="15"/>
              </w:rPr>
              <w:t>NO</w:t>
            </w:r>
          </w:p>
        </w:tc>
      </w:tr>
      <w:tr w:rsidR="002E7DCF" w:rsidRPr="00717886" w14:paraId="28BC0BB1" w14:textId="77777777">
        <w:trPr>
          <w:cantSplit/>
          <w:jc w:val="center"/>
        </w:trPr>
        <w:tc>
          <w:tcPr>
            <w:tcW w:w="792" w:type="dxa"/>
            <w:shd w:val="clear" w:color="auto" w:fill="F5F7F9"/>
            <w:tcMar>
              <w:top w:w="70" w:type="dxa"/>
              <w:left w:w="95" w:type="dxa"/>
              <w:bottom w:w="70" w:type="dxa"/>
              <w:right w:w="95" w:type="dxa"/>
            </w:tcMar>
            <w:vAlign w:val="center"/>
          </w:tcPr>
          <w:p w14:paraId="7C2DB58C" w14:textId="77777777" w:rsidR="002E7DCF" w:rsidRPr="00717886" w:rsidRDefault="00A11917">
            <w:pPr>
              <w:spacing w:after="0" w:line="240" w:lineRule="auto"/>
              <w:jc w:val="center"/>
              <w:rPr>
                <w:rFonts w:cs="Times New Roman"/>
              </w:rPr>
            </w:pPr>
            <w:r w:rsidRPr="00717886">
              <w:rPr>
                <w:rFonts w:cs="Times New Roman"/>
                <w:sz w:val="15"/>
              </w:rPr>
              <w:t>AVI040</w:t>
            </w:r>
          </w:p>
        </w:tc>
        <w:tc>
          <w:tcPr>
            <w:tcW w:w="3384" w:type="dxa"/>
            <w:shd w:val="clear" w:color="auto" w:fill="F5F7F9"/>
            <w:tcMar>
              <w:top w:w="70" w:type="dxa"/>
              <w:left w:w="95" w:type="dxa"/>
              <w:bottom w:w="70" w:type="dxa"/>
              <w:right w:w="95" w:type="dxa"/>
            </w:tcMar>
            <w:vAlign w:val="center"/>
          </w:tcPr>
          <w:p w14:paraId="009AB639" w14:textId="77777777" w:rsidR="002E7DCF" w:rsidRPr="00717886" w:rsidRDefault="00A11917">
            <w:pPr>
              <w:spacing w:after="0" w:line="240" w:lineRule="auto"/>
              <w:rPr>
                <w:rFonts w:cs="Times New Roman"/>
              </w:rPr>
            </w:pPr>
            <w:r w:rsidRPr="00717886">
              <w:rPr>
                <w:rFonts w:cs="Times New Roman"/>
                <w:sz w:val="15"/>
              </w:rPr>
              <w:t>PATTS College of Aeronautics</w:t>
            </w:r>
          </w:p>
        </w:tc>
        <w:tc>
          <w:tcPr>
            <w:tcW w:w="1123" w:type="dxa"/>
            <w:shd w:val="clear" w:color="auto" w:fill="F5F7F9"/>
            <w:tcMar>
              <w:top w:w="70" w:type="dxa"/>
              <w:left w:w="95" w:type="dxa"/>
              <w:bottom w:w="70" w:type="dxa"/>
              <w:right w:w="95" w:type="dxa"/>
            </w:tcMar>
            <w:vAlign w:val="center"/>
          </w:tcPr>
          <w:p w14:paraId="4A4D4DA5" w14:textId="77777777" w:rsidR="002E7DCF" w:rsidRPr="00717886" w:rsidRDefault="00A11917">
            <w:pPr>
              <w:spacing w:after="0" w:line="240" w:lineRule="auto"/>
              <w:rPr>
                <w:rFonts w:cs="Times New Roman"/>
              </w:rPr>
            </w:pPr>
            <w:r w:rsidRPr="00717886">
              <w:rPr>
                <w:rFonts w:cs="Times New Roman"/>
                <w:sz w:val="15"/>
              </w:rPr>
              <w:t>Philippines</w:t>
            </w:r>
          </w:p>
        </w:tc>
        <w:tc>
          <w:tcPr>
            <w:tcW w:w="1800" w:type="dxa"/>
            <w:shd w:val="clear" w:color="auto" w:fill="F5F7F9"/>
            <w:tcMar>
              <w:top w:w="70" w:type="dxa"/>
              <w:left w:w="95" w:type="dxa"/>
              <w:bottom w:w="70" w:type="dxa"/>
              <w:right w:w="95" w:type="dxa"/>
            </w:tcMar>
            <w:vAlign w:val="center"/>
          </w:tcPr>
          <w:p w14:paraId="12A8A1D7" w14:textId="77777777" w:rsidR="002E7DCF" w:rsidRPr="00717886" w:rsidRDefault="00A11917">
            <w:pPr>
              <w:spacing w:after="0" w:line="240" w:lineRule="auto"/>
              <w:rPr>
                <w:rFonts w:cs="Times New Roman"/>
              </w:rPr>
            </w:pPr>
            <w:r w:rsidRPr="00717886">
              <w:rPr>
                <w:rFonts w:cs="Times New Roman"/>
                <w:sz w:val="15"/>
              </w:rPr>
              <w:t>Affiliation fallback</w:t>
            </w:r>
          </w:p>
        </w:tc>
        <w:tc>
          <w:tcPr>
            <w:tcW w:w="892" w:type="dxa"/>
            <w:shd w:val="clear" w:color="auto" w:fill="F5F7F9"/>
            <w:tcMar>
              <w:top w:w="70" w:type="dxa"/>
              <w:left w:w="95" w:type="dxa"/>
              <w:bottom w:w="70" w:type="dxa"/>
              <w:right w:w="95" w:type="dxa"/>
            </w:tcMar>
            <w:vAlign w:val="center"/>
          </w:tcPr>
          <w:p w14:paraId="6A556D73" w14:textId="77777777" w:rsidR="002E7DCF" w:rsidRPr="00717886" w:rsidRDefault="00A11917">
            <w:pPr>
              <w:spacing w:after="0" w:line="240" w:lineRule="auto"/>
              <w:jc w:val="center"/>
              <w:rPr>
                <w:rFonts w:cs="Times New Roman"/>
              </w:rPr>
            </w:pPr>
            <w:r w:rsidRPr="00717886">
              <w:rPr>
                <w:rFonts w:cs="Times New Roman"/>
                <w:sz w:val="15"/>
              </w:rPr>
              <w:t>2</w:t>
            </w:r>
          </w:p>
        </w:tc>
        <w:tc>
          <w:tcPr>
            <w:tcW w:w="907" w:type="dxa"/>
            <w:shd w:val="clear" w:color="auto" w:fill="F5F7F9"/>
            <w:tcMar>
              <w:top w:w="70" w:type="dxa"/>
              <w:left w:w="95" w:type="dxa"/>
              <w:bottom w:w="70" w:type="dxa"/>
              <w:right w:w="95" w:type="dxa"/>
            </w:tcMar>
            <w:vAlign w:val="center"/>
          </w:tcPr>
          <w:p w14:paraId="6A54C564" w14:textId="77777777" w:rsidR="002E7DCF" w:rsidRPr="00717886" w:rsidRDefault="00A11917">
            <w:pPr>
              <w:spacing w:after="0" w:line="240" w:lineRule="auto"/>
              <w:jc w:val="center"/>
              <w:rPr>
                <w:rFonts w:cs="Times New Roman"/>
              </w:rPr>
            </w:pPr>
            <w:r w:rsidRPr="00717886">
              <w:rPr>
                <w:rFonts w:cs="Times New Roman"/>
                <w:sz w:val="15"/>
              </w:rPr>
              <w:t>7</w:t>
            </w:r>
          </w:p>
        </w:tc>
        <w:tc>
          <w:tcPr>
            <w:tcW w:w="792" w:type="dxa"/>
            <w:shd w:val="clear" w:color="auto" w:fill="F5F7F9"/>
            <w:tcMar>
              <w:top w:w="70" w:type="dxa"/>
              <w:left w:w="95" w:type="dxa"/>
              <w:bottom w:w="70" w:type="dxa"/>
              <w:right w:w="95" w:type="dxa"/>
            </w:tcMar>
            <w:vAlign w:val="center"/>
          </w:tcPr>
          <w:p w14:paraId="51258DC1" w14:textId="77777777" w:rsidR="002E7DCF" w:rsidRPr="00717886" w:rsidRDefault="00A11917">
            <w:pPr>
              <w:spacing w:after="0" w:line="240" w:lineRule="auto"/>
              <w:jc w:val="center"/>
              <w:rPr>
                <w:rFonts w:cs="Times New Roman"/>
              </w:rPr>
            </w:pPr>
            <w:r w:rsidRPr="00717886">
              <w:rPr>
                <w:rFonts w:cs="Times New Roman"/>
                <w:sz w:val="15"/>
              </w:rPr>
              <w:t>NO</w:t>
            </w:r>
          </w:p>
        </w:tc>
      </w:tr>
    </w:tbl>
    <w:p w14:paraId="51195254" w14:textId="77777777" w:rsidR="002E7DCF" w:rsidRPr="00717886" w:rsidRDefault="002E7DCF">
      <w:pPr>
        <w:spacing w:after="0"/>
        <w:rPr>
          <w:rFonts w:cs="Times New Roman"/>
        </w:rPr>
      </w:pPr>
    </w:p>
    <w:p w14:paraId="53782FDD" w14:textId="77777777" w:rsidR="002E7DCF" w:rsidRPr="00717886" w:rsidRDefault="00A11917">
      <w:pPr>
        <w:keepNext/>
        <w:pageBreakBefore/>
        <w:spacing w:before="100" w:after="80"/>
        <w:rPr>
          <w:rFonts w:cs="Times New Roman"/>
        </w:rPr>
      </w:pPr>
      <w:r w:rsidRPr="00717886">
        <w:rPr>
          <w:rFonts w:cs="Times New Roman"/>
          <w:b/>
          <w:i/>
        </w:rPr>
        <w:lastRenderedPageBreak/>
        <w:t>Panel C. Identifier and lineage provenance for AVI001–AVI020</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648"/>
        <w:gridCol w:w="1036"/>
        <w:gridCol w:w="1007"/>
        <w:gridCol w:w="1512"/>
        <w:gridCol w:w="1036"/>
        <w:gridCol w:w="1728"/>
        <w:gridCol w:w="2808"/>
      </w:tblGrid>
      <w:tr w:rsidR="002E7DCF" w:rsidRPr="00717886" w14:paraId="5D05E429" w14:textId="77777777">
        <w:trPr>
          <w:cantSplit/>
          <w:tblHeader/>
          <w:jc w:val="center"/>
        </w:trPr>
        <w:tc>
          <w:tcPr>
            <w:tcW w:w="648" w:type="dxa"/>
            <w:shd w:val="clear" w:color="auto" w:fill="D9EAF7"/>
            <w:tcMar>
              <w:top w:w="70" w:type="dxa"/>
              <w:left w:w="95" w:type="dxa"/>
              <w:bottom w:w="70" w:type="dxa"/>
              <w:right w:w="95" w:type="dxa"/>
            </w:tcMar>
            <w:vAlign w:val="center"/>
          </w:tcPr>
          <w:p w14:paraId="44D118D6" w14:textId="77777777" w:rsidR="002E7DCF" w:rsidRPr="00717886" w:rsidRDefault="00A11917">
            <w:pPr>
              <w:spacing w:after="0" w:line="240" w:lineRule="auto"/>
              <w:jc w:val="center"/>
              <w:rPr>
                <w:rFonts w:cs="Times New Roman"/>
              </w:rPr>
            </w:pPr>
            <w:r w:rsidRPr="00717886">
              <w:rPr>
                <w:rFonts w:cs="Times New Roman"/>
                <w:b/>
                <w:sz w:val="14"/>
              </w:rPr>
              <w:t>ID</w:t>
            </w:r>
          </w:p>
        </w:tc>
        <w:tc>
          <w:tcPr>
            <w:tcW w:w="1036" w:type="dxa"/>
            <w:shd w:val="clear" w:color="auto" w:fill="D9EAF7"/>
            <w:tcMar>
              <w:top w:w="70" w:type="dxa"/>
              <w:left w:w="95" w:type="dxa"/>
              <w:bottom w:w="70" w:type="dxa"/>
              <w:right w:w="95" w:type="dxa"/>
            </w:tcMar>
            <w:vAlign w:val="center"/>
          </w:tcPr>
          <w:p w14:paraId="24B2A4A2" w14:textId="77777777" w:rsidR="002E7DCF" w:rsidRPr="00717886" w:rsidRDefault="00A11917">
            <w:pPr>
              <w:spacing w:after="0" w:line="240" w:lineRule="auto"/>
              <w:jc w:val="center"/>
              <w:rPr>
                <w:rFonts w:cs="Times New Roman"/>
              </w:rPr>
            </w:pPr>
            <w:r w:rsidRPr="00717886">
              <w:rPr>
                <w:rFonts w:cs="Times New Roman"/>
                <w:b/>
                <w:sz w:val="14"/>
              </w:rPr>
              <w:t>OpenAlex ID</w:t>
            </w:r>
          </w:p>
        </w:tc>
        <w:tc>
          <w:tcPr>
            <w:tcW w:w="1007" w:type="dxa"/>
            <w:shd w:val="clear" w:color="auto" w:fill="D9EAF7"/>
            <w:tcMar>
              <w:top w:w="70" w:type="dxa"/>
              <w:left w:w="95" w:type="dxa"/>
              <w:bottom w:w="70" w:type="dxa"/>
              <w:right w:w="95" w:type="dxa"/>
            </w:tcMar>
            <w:vAlign w:val="center"/>
          </w:tcPr>
          <w:p w14:paraId="74629AFD" w14:textId="77777777" w:rsidR="002E7DCF" w:rsidRPr="00717886" w:rsidRDefault="00A11917">
            <w:pPr>
              <w:spacing w:after="0" w:line="240" w:lineRule="auto"/>
              <w:jc w:val="center"/>
              <w:rPr>
                <w:rFonts w:cs="Times New Roman"/>
              </w:rPr>
            </w:pPr>
            <w:r w:rsidRPr="00717886">
              <w:rPr>
                <w:rFonts w:cs="Times New Roman"/>
                <w:b/>
                <w:sz w:val="14"/>
              </w:rPr>
              <w:t>ROR ID</w:t>
            </w:r>
          </w:p>
        </w:tc>
        <w:tc>
          <w:tcPr>
            <w:tcW w:w="1512" w:type="dxa"/>
            <w:shd w:val="clear" w:color="auto" w:fill="D9EAF7"/>
            <w:tcMar>
              <w:top w:w="70" w:type="dxa"/>
              <w:left w:w="95" w:type="dxa"/>
              <w:bottom w:w="70" w:type="dxa"/>
              <w:right w:w="95" w:type="dxa"/>
            </w:tcMar>
            <w:vAlign w:val="center"/>
          </w:tcPr>
          <w:p w14:paraId="05E0C856" w14:textId="77777777" w:rsidR="002E7DCF" w:rsidRPr="00717886" w:rsidRDefault="00A11917">
            <w:pPr>
              <w:spacing w:after="0" w:line="240" w:lineRule="auto"/>
              <w:rPr>
                <w:rFonts w:cs="Times New Roman"/>
              </w:rPr>
            </w:pPr>
            <w:r w:rsidRPr="00717886">
              <w:rPr>
                <w:rFonts w:cs="Times New Roman"/>
                <w:b/>
                <w:sz w:val="14"/>
              </w:rPr>
              <w:t>Identifier/discovery source</w:t>
            </w:r>
          </w:p>
        </w:tc>
        <w:tc>
          <w:tcPr>
            <w:tcW w:w="1036" w:type="dxa"/>
            <w:shd w:val="clear" w:color="auto" w:fill="D9EAF7"/>
            <w:tcMar>
              <w:top w:w="70" w:type="dxa"/>
              <w:left w:w="95" w:type="dxa"/>
              <w:bottom w:w="70" w:type="dxa"/>
              <w:right w:w="95" w:type="dxa"/>
            </w:tcMar>
            <w:vAlign w:val="center"/>
          </w:tcPr>
          <w:p w14:paraId="1B72386D" w14:textId="77777777" w:rsidR="002E7DCF" w:rsidRPr="00717886" w:rsidRDefault="00A11917">
            <w:pPr>
              <w:spacing w:after="0" w:line="240" w:lineRule="auto"/>
              <w:jc w:val="center"/>
              <w:rPr>
                <w:rFonts w:cs="Times New Roman"/>
              </w:rPr>
            </w:pPr>
            <w:r w:rsidRPr="00717886">
              <w:rPr>
                <w:rFonts w:cs="Times New Roman"/>
                <w:b/>
                <w:sz w:val="14"/>
              </w:rPr>
              <w:t>Screened</w:t>
            </w:r>
          </w:p>
        </w:tc>
        <w:tc>
          <w:tcPr>
            <w:tcW w:w="1728" w:type="dxa"/>
            <w:shd w:val="clear" w:color="auto" w:fill="D9EAF7"/>
            <w:tcMar>
              <w:top w:w="70" w:type="dxa"/>
              <w:left w:w="95" w:type="dxa"/>
              <w:bottom w:w="70" w:type="dxa"/>
              <w:right w:w="95" w:type="dxa"/>
            </w:tcMar>
            <w:vAlign w:val="center"/>
          </w:tcPr>
          <w:p w14:paraId="07EB7562" w14:textId="77777777" w:rsidR="002E7DCF" w:rsidRPr="00717886" w:rsidRDefault="00A11917">
            <w:pPr>
              <w:spacing w:after="0" w:line="240" w:lineRule="auto"/>
              <w:rPr>
                <w:rFonts w:cs="Times New Roman"/>
              </w:rPr>
            </w:pPr>
            <w:r w:rsidRPr="00717886">
              <w:rPr>
                <w:rFonts w:cs="Times New Roman"/>
                <w:b/>
                <w:sz w:val="14"/>
              </w:rPr>
              <w:t>Lineage decision</w:t>
            </w:r>
          </w:p>
        </w:tc>
        <w:tc>
          <w:tcPr>
            <w:tcW w:w="2808" w:type="dxa"/>
            <w:shd w:val="clear" w:color="auto" w:fill="D9EAF7"/>
            <w:tcMar>
              <w:top w:w="70" w:type="dxa"/>
              <w:left w:w="95" w:type="dxa"/>
              <w:bottom w:w="70" w:type="dxa"/>
              <w:right w:w="95" w:type="dxa"/>
            </w:tcMar>
            <w:vAlign w:val="center"/>
          </w:tcPr>
          <w:p w14:paraId="6F02E486" w14:textId="77777777" w:rsidR="002E7DCF" w:rsidRPr="00717886" w:rsidRDefault="00A11917">
            <w:pPr>
              <w:spacing w:after="0" w:line="240" w:lineRule="auto"/>
              <w:rPr>
                <w:rFonts w:cs="Times New Roman"/>
              </w:rPr>
            </w:pPr>
            <w:r w:rsidRPr="00717886">
              <w:rPr>
                <w:rFonts w:cs="Times New Roman"/>
                <w:b/>
                <w:sz w:val="14"/>
              </w:rPr>
              <w:t>Analytical eligibility rationale</w:t>
            </w:r>
          </w:p>
        </w:tc>
      </w:tr>
      <w:tr w:rsidR="002E7DCF" w:rsidRPr="00717886" w14:paraId="40F65D4B" w14:textId="77777777">
        <w:trPr>
          <w:cantSplit/>
          <w:jc w:val="center"/>
        </w:trPr>
        <w:tc>
          <w:tcPr>
            <w:tcW w:w="648" w:type="dxa"/>
            <w:tcMar>
              <w:top w:w="70" w:type="dxa"/>
              <w:left w:w="95" w:type="dxa"/>
              <w:bottom w:w="70" w:type="dxa"/>
              <w:right w:w="95" w:type="dxa"/>
            </w:tcMar>
            <w:vAlign w:val="center"/>
          </w:tcPr>
          <w:p w14:paraId="460EDFEC" w14:textId="77777777" w:rsidR="002E7DCF" w:rsidRPr="00717886" w:rsidRDefault="00A11917">
            <w:pPr>
              <w:spacing w:after="0" w:line="240" w:lineRule="auto"/>
              <w:jc w:val="center"/>
              <w:rPr>
                <w:rFonts w:cs="Times New Roman"/>
              </w:rPr>
            </w:pPr>
            <w:r w:rsidRPr="00717886">
              <w:rPr>
                <w:rFonts w:cs="Times New Roman"/>
                <w:sz w:val="14"/>
              </w:rPr>
              <w:t>AVI001</w:t>
            </w:r>
          </w:p>
        </w:tc>
        <w:tc>
          <w:tcPr>
            <w:tcW w:w="1036" w:type="dxa"/>
            <w:tcMar>
              <w:top w:w="70" w:type="dxa"/>
              <w:left w:w="95" w:type="dxa"/>
              <w:bottom w:w="70" w:type="dxa"/>
              <w:right w:w="95" w:type="dxa"/>
            </w:tcMar>
            <w:vAlign w:val="center"/>
          </w:tcPr>
          <w:p w14:paraId="43B13135" w14:textId="77777777" w:rsidR="002E7DCF" w:rsidRPr="00717886" w:rsidRDefault="00A11917">
            <w:pPr>
              <w:spacing w:after="0" w:line="240" w:lineRule="auto"/>
              <w:jc w:val="center"/>
              <w:rPr>
                <w:rFonts w:cs="Times New Roman"/>
              </w:rPr>
            </w:pPr>
            <w:r w:rsidRPr="00717886">
              <w:rPr>
                <w:rFonts w:cs="Times New Roman"/>
                <w:sz w:val="14"/>
              </w:rPr>
              <w:t>I84475105</w:t>
            </w:r>
          </w:p>
        </w:tc>
        <w:tc>
          <w:tcPr>
            <w:tcW w:w="1007" w:type="dxa"/>
            <w:tcMar>
              <w:top w:w="70" w:type="dxa"/>
              <w:left w:w="95" w:type="dxa"/>
              <w:bottom w:w="70" w:type="dxa"/>
              <w:right w:w="95" w:type="dxa"/>
            </w:tcMar>
            <w:vAlign w:val="center"/>
          </w:tcPr>
          <w:p w14:paraId="7FB99B3D" w14:textId="77777777" w:rsidR="002E7DCF" w:rsidRPr="00717886" w:rsidRDefault="00A11917">
            <w:pPr>
              <w:spacing w:after="0" w:line="240" w:lineRule="auto"/>
              <w:jc w:val="center"/>
              <w:rPr>
                <w:rFonts w:cs="Times New Roman"/>
              </w:rPr>
            </w:pPr>
            <w:r w:rsidRPr="00717886">
              <w:rPr>
                <w:rFonts w:cs="Times New Roman"/>
                <w:sz w:val="14"/>
              </w:rPr>
              <w:t>010jskt71</w:t>
            </w:r>
          </w:p>
        </w:tc>
        <w:tc>
          <w:tcPr>
            <w:tcW w:w="1512" w:type="dxa"/>
            <w:tcMar>
              <w:top w:w="70" w:type="dxa"/>
              <w:left w:w="95" w:type="dxa"/>
              <w:bottom w:w="70" w:type="dxa"/>
              <w:right w:w="95" w:type="dxa"/>
            </w:tcMar>
            <w:vAlign w:val="center"/>
          </w:tcPr>
          <w:p w14:paraId="0E855CF6"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2D4C0F20"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59ED1C9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786E77C9"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50CB67FB" w14:textId="77777777">
        <w:trPr>
          <w:cantSplit/>
          <w:jc w:val="center"/>
        </w:trPr>
        <w:tc>
          <w:tcPr>
            <w:tcW w:w="648" w:type="dxa"/>
            <w:shd w:val="clear" w:color="auto" w:fill="F5F7F9"/>
            <w:tcMar>
              <w:top w:w="70" w:type="dxa"/>
              <w:left w:w="95" w:type="dxa"/>
              <w:bottom w:w="70" w:type="dxa"/>
              <w:right w:w="95" w:type="dxa"/>
            </w:tcMar>
            <w:vAlign w:val="center"/>
          </w:tcPr>
          <w:p w14:paraId="4665E914" w14:textId="77777777" w:rsidR="002E7DCF" w:rsidRPr="00717886" w:rsidRDefault="00A11917">
            <w:pPr>
              <w:spacing w:after="0" w:line="240" w:lineRule="auto"/>
              <w:jc w:val="center"/>
              <w:rPr>
                <w:rFonts w:cs="Times New Roman"/>
              </w:rPr>
            </w:pPr>
            <w:r w:rsidRPr="00717886">
              <w:rPr>
                <w:rFonts w:cs="Times New Roman"/>
                <w:sz w:val="14"/>
              </w:rPr>
              <w:t>AVI002</w:t>
            </w:r>
          </w:p>
        </w:tc>
        <w:tc>
          <w:tcPr>
            <w:tcW w:w="1036" w:type="dxa"/>
            <w:shd w:val="clear" w:color="auto" w:fill="F5F7F9"/>
            <w:tcMar>
              <w:top w:w="70" w:type="dxa"/>
              <w:left w:w="95" w:type="dxa"/>
              <w:bottom w:w="70" w:type="dxa"/>
              <w:right w:w="95" w:type="dxa"/>
            </w:tcMar>
            <w:vAlign w:val="center"/>
          </w:tcPr>
          <w:p w14:paraId="4EAB6E25" w14:textId="77777777" w:rsidR="002E7DCF" w:rsidRPr="00717886" w:rsidRDefault="00A11917">
            <w:pPr>
              <w:spacing w:after="0" w:line="240" w:lineRule="auto"/>
              <w:jc w:val="center"/>
              <w:rPr>
                <w:rFonts w:cs="Times New Roman"/>
              </w:rPr>
            </w:pPr>
            <w:r w:rsidRPr="00717886">
              <w:rPr>
                <w:rFonts w:cs="Times New Roman"/>
                <w:sz w:val="14"/>
              </w:rPr>
              <w:t>I219193219</w:t>
            </w:r>
          </w:p>
        </w:tc>
        <w:tc>
          <w:tcPr>
            <w:tcW w:w="1007" w:type="dxa"/>
            <w:shd w:val="clear" w:color="auto" w:fill="F5F7F9"/>
            <w:tcMar>
              <w:top w:w="70" w:type="dxa"/>
              <w:left w:w="95" w:type="dxa"/>
              <w:bottom w:w="70" w:type="dxa"/>
              <w:right w:w="95" w:type="dxa"/>
            </w:tcMar>
            <w:vAlign w:val="center"/>
          </w:tcPr>
          <w:p w14:paraId="21AD5F07" w14:textId="77777777" w:rsidR="002E7DCF" w:rsidRPr="00717886" w:rsidRDefault="00A11917">
            <w:pPr>
              <w:spacing w:after="0" w:line="240" w:lineRule="auto"/>
              <w:jc w:val="center"/>
              <w:rPr>
                <w:rFonts w:cs="Times New Roman"/>
              </w:rPr>
            </w:pPr>
            <w:r w:rsidRPr="00717886">
              <w:rPr>
                <w:rFonts w:cs="Times New Roman"/>
                <w:sz w:val="14"/>
              </w:rPr>
              <w:t>02dqehb95</w:t>
            </w:r>
          </w:p>
        </w:tc>
        <w:tc>
          <w:tcPr>
            <w:tcW w:w="1512" w:type="dxa"/>
            <w:shd w:val="clear" w:color="auto" w:fill="F5F7F9"/>
            <w:tcMar>
              <w:top w:w="70" w:type="dxa"/>
              <w:left w:w="95" w:type="dxa"/>
              <w:bottom w:w="70" w:type="dxa"/>
              <w:right w:w="95" w:type="dxa"/>
            </w:tcMar>
            <w:vAlign w:val="center"/>
          </w:tcPr>
          <w:p w14:paraId="1323645D"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4FCE0EF0"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F1FEE2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6FFDCED"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38DB90A9" w14:textId="77777777">
        <w:trPr>
          <w:cantSplit/>
          <w:jc w:val="center"/>
        </w:trPr>
        <w:tc>
          <w:tcPr>
            <w:tcW w:w="648" w:type="dxa"/>
            <w:tcMar>
              <w:top w:w="70" w:type="dxa"/>
              <w:left w:w="95" w:type="dxa"/>
              <w:bottom w:w="70" w:type="dxa"/>
              <w:right w:w="95" w:type="dxa"/>
            </w:tcMar>
            <w:vAlign w:val="center"/>
          </w:tcPr>
          <w:p w14:paraId="2660FA00" w14:textId="77777777" w:rsidR="002E7DCF" w:rsidRPr="00717886" w:rsidRDefault="00A11917">
            <w:pPr>
              <w:spacing w:after="0" w:line="240" w:lineRule="auto"/>
              <w:jc w:val="center"/>
              <w:rPr>
                <w:rFonts w:cs="Times New Roman"/>
              </w:rPr>
            </w:pPr>
            <w:r w:rsidRPr="00717886">
              <w:rPr>
                <w:rFonts w:cs="Times New Roman"/>
                <w:sz w:val="14"/>
              </w:rPr>
              <w:t>AVI003</w:t>
            </w:r>
          </w:p>
        </w:tc>
        <w:tc>
          <w:tcPr>
            <w:tcW w:w="1036" w:type="dxa"/>
            <w:tcMar>
              <w:top w:w="70" w:type="dxa"/>
              <w:left w:w="95" w:type="dxa"/>
              <w:bottom w:w="70" w:type="dxa"/>
              <w:right w:w="95" w:type="dxa"/>
            </w:tcMar>
            <w:vAlign w:val="center"/>
          </w:tcPr>
          <w:p w14:paraId="7163A877" w14:textId="77777777" w:rsidR="002E7DCF" w:rsidRPr="00717886" w:rsidRDefault="00A11917">
            <w:pPr>
              <w:spacing w:after="0" w:line="240" w:lineRule="auto"/>
              <w:jc w:val="center"/>
              <w:rPr>
                <w:rFonts w:cs="Times New Roman"/>
              </w:rPr>
            </w:pPr>
            <w:r w:rsidRPr="00717886">
              <w:rPr>
                <w:rFonts w:cs="Times New Roman"/>
                <w:sz w:val="14"/>
              </w:rPr>
              <w:t>I39587148</w:t>
            </w:r>
          </w:p>
        </w:tc>
        <w:tc>
          <w:tcPr>
            <w:tcW w:w="1007" w:type="dxa"/>
            <w:tcMar>
              <w:top w:w="70" w:type="dxa"/>
              <w:left w:w="95" w:type="dxa"/>
              <w:bottom w:w="70" w:type="dxa"/>
              <w:right w:w="95" w:type="dxa"/>
            </w:tcMar>
            <w:vAlign w:val="center"/>
          </w:tcPr>
          <w:p w14:paraId="1742CE9A" w14:textId="77777777" w:rsidR="002E7DCF" w:rsidRPr="00717886" w:rsidRDefault="00A11917">
            <w:pPr>
              <w:spacing w:after="0" w:line="240" w:lineRule="auto"/>
              <w:jc w:val="center"/>
              <w:rPr>
                <w:rFonts w:cs="Times New Roman"/>
              </w:rPr>
            </w:pPr>
            <w:r w:rsidRPr="00717886">
              <w:rPr>
                <w:rFonts w:cs="Times New Roman"/>
                <w:sz w:val="14"/>
              </w:rPr>
              <w:t>00c4e7y75</w:t>
            </w:r>
          </w:p>
        </w:tc>
        <w:tc>
          <w:tcPr>
            <w:tcW w:w="1512" w:type="dxa"/>
            <w:tcMar>
              <w:top w:w="70" w:type="dxa"/>
              <w:left w:w="95" w:type="dxa"/>
              <w:bottom w:w="70" w:type="dxa"/>
              <w:right w:w="95" w:type="dxa"/>
            </w:tcMar>
            <w:vAlign w:val="center"/>
          </w:tcPr>
          <w:p w14:paraId="78FC96AD"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tcMar>
              <w:top w:w="70" w:type="dxa"/>
              <w:left w:w="95" w:type="dxa"/>
              <w:bottom w:w="70" w:type="dxa"/>
              <w:right w:w="95" w:type="dxa"/>
            </w:tcMar>
            <w:vAlign w:val="center"/>
          </w:tcPr>
          <w:p w14:paraId="0D2D558D"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1F37A883"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35487C7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FF0892C" w14:textId="77777777">
        <w:trPr>
          <w:cantSplit/>
          <w:jc w:val="center"/>
        </w:trPr>
        <w:tc>
          <w:tcPr>
            <w:tcW w:w="648" w:type="dxa"/>
            <w:shd w:val="clear" w:color="auto" w:fill="F5F7F9"/>
            <w:tcMar>
              <w:top w:w="70" w:type="dxa"/>
              <w:left w:w="95" w:type="dxa"/>
              <w:bottom w:w="70" w:type="dxa"/>
              <w:right w:w="95" w:type="dxa"/>
            </w:tcMar>
            <w:vAlign w:val="center"/>
          </w:tcPr>
          <w:p w14:paraId="5A497C68" w14:textId="77777777" w:rsidR="002E7DCF" w:rsidRPr="00717886" w:rsidRDefault="00A11917">
            <w:pPr>
              <w:spacing w:after="0" w:line="240" w:lineRule="auto"/>
              <w:jc w:val="center"/>
              <w:rPr>
                <w:rFonts w:cs="Times New Roman"/>
              </w:rPr>
            </w:pPr>
            <w:r w:rsidRPr="00717886">
              <w:rPr>
                <w:rFonts w:cs="Times New Roman"/>
                <w:sz w:val="14"/>
              </w:rPr>
              <w:t>AVI004</w:t>
            </w:r>
          </w:p>
        </w:tc>
        <w:tc>
          <w:tcPr>
            <w:tcW w:w="1036" w:type="dxa"/>
            <w:shd w:val="clear" w:color="auto" w:fill="F5F7F9"/>
            <w:tcMar>
              <w:top w:w="70" w:type="dxa"/>
              <w:left w:w="95" w:type="dxa"/>
              <w:bottom w:w="70" w:type="dxa"/>
              <w:right w:w="95" w:type="dxa"/>
            </w:tcMar>
            <w:vAlign w:val="center"/>
          </w:tcPr>
          <w:p w14:paraId="503699E4" w14:textId="77777777" w:rsidR="002E7DCF" w:rsidRPr="00717886" w:rsidRDefault="00A11917">
            <w:pPr>
              <w:spacing w:after="0" w:line="240" w:lineRule="auto"/>
              <w:jc w:val="center"/>
              <w:rPr>
                <w:rFonts w:cs="Times New Roman"/>
              </w:rPr>
            </w:pPr>
            <w:r w:rsidRPr="00717886">
              <w:rPr>
                <w:rFonts w:cs="Times New Roman"/>
                <w:sz w:val="14"/>
              </w:rPr>
              <w:t>I130701444</w:t>
            </w:r>
          </w:p>
        </w:tc>
        <w:tc>
          <w:tcPr>
            <w:tcW w:w="1007" w:type="dxa"/>
            <w:shd w:val="clear" w:color="auto" w:fill="F5F7F9"/>
            <w:tcMar>
              <w:top w:w="70" w:type="dxa"/>
              <w:left w:w="95" w:type="dxa"/>
              <w:bottom w:w="70" w:type="dxa"/>
              <w:right w:w="95" w:type="dxa"/>
            </w:tcMar>
            <w:vAlign w:val="center"/>
          </w:tcPr>
          <w:p w14:paraId="59BAA02F" w14:textId="77777777" w:rsidR="002E7DCF" w:rsidRPr="00717886" w:rsidRDefault="00A11917">
            <w:pPr>
              <w:spacing w:after="0" w:line="240" w:lineRule="auto"/>
              <w:jc w:val="center"/>
              <w:rPr>
                <w:rFonts w:cs="Times New Roman"/>
              </w:rPr>
            </w:pPr>
            <w:r w:rsidRPr="00717886">
              <w:rPr>
                <w:rFonts w:cs="Times New Roman"/>
                <w:sz w:val="14"/>
              </w:rPr>
              <w:t>01zkghx44</w:t>
            </w:r>
          </w:p>
        </w:tc>
        <w:tc>
          <w:tcPr>
            <w:tcW w:w="1512" w:type="dxa"/>
            <w:shd w:val="clear" w:color="auto" w:fill="F5F7F9"/>
            <w:tcMar>
              <w:top w:w="70" w:type="dxa"/>
              <w:left w:w="95" w:type="dxa"/>
              <w:bottom w:w="70" w:type="dxa"/>
              <w:right w:w="95" w:type="dxa"/>
            </w:tcMar>
            <w:vAlign w:val="center"/>
          </w:tcPr>
          <w:p w14:paraId="67A01B8A"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044D6FA1"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9C0159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4908C168"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56F554A0" w14:textId="77777777">
        <w:trPr>
          <w:cantSplit/>
          <w:jc w:val="center"/>
        </w:trPr>
        <w:tc>
          <w:tcPr>
            <w:tcW w:w="648" w:type="dxa"/>
            <w:tcMar>
              <w:top w:w="70" w:type="dxa"/>
              <w:left w:w="95" w:type="dxa"/>
              <w:bottom w:w="70" w:type="dxa"/>
              <w:right w:w="95" w:type="dxa"/>
            </w:tcMar>
            <w:vAlign w:val="center"/>
          </w:tcPr>
          <w:p w14:paraId="79CB4761" w14:textId="77777777" w:rsidR="002E7DCF" w:rsidRPr="00717886" w:rsidRDefault="00A11917">
            <w:pPr>
              <w:spacing w:after="0" w:line="240" w:lineRule="auto"/>
              <w:jc w:val="center"/>
              <w:rPr>
                <w:rFonts w:cs="Times New Roman"/>
              </w:rPr>
            </w:pPr>
            <w:r w:rsidRPr="00717886">
              <w:rPr>
                <w:rFonts w:cs="Times New Roman"/>
                <w:sz w:val="14"/>
              </w:rPr>
              <w:t>AVI005</w:t>
            </w:r>
          </w:p>
        </w:tc>
        <w:tc>
          <w:tcPr>
            <w:tcW w:w="1036" w:type="dxa"/>
            <w:tcMar>
              <w:top w:w="70" w:type="dxa"/>
              <w:left w:w="95" w:type="dxa"/>
              <w:bottom w:w="70" w:type="dxa"/>
              <w:right w:w="95" w:type="dxa"/>
            </w:tcMar>
            <w:vAlign w:val="center"/>
          </w:tcPr>
          <w:p w14:paraId="067E51BF" w14:textId="77777777" w:rsidR="002E7DCF" w:rsidRPr="00717886" w:rsidRDefault="00A11917">
            <w:pPr>
              <w:spacing w:after="0" w:line="240" w:lineRule="auto"/>
              <w:jc w:val="center"/>
              <w:rPr>
                <w:rFonts w:cs="Times New Roman"/>
              </w:rPr>
            </w:pPr>
            <w:r w:rsidRPr="00717886">
              <w:rPr>
                <w:rFonts w:cs="Times New Roman"/>
                <w:sz w:val="14"/>
              </w:rPr>
              <w:t>I27837315</w:t>
            </w:r>
          </w:p>
        </w:tc>
        <w:tc>
          <w:tcPr>
            <w:tcW w:w="1007" w:type="dxa"/>
            <w:tcMar>
              <w:top w:w="70" w:type="dxa"/>
              <w:left w:w="95" w:type="dxa"/>
              <w:bottom w:w="70" w:type="dxa"/>
              <w:right w:w="95" w:type="dxa"/>
            </w:tcMar>
            <w:vAlign w:val="center"/>
          </w:tcPr>
          <w:p w14:paraId="3712C974" w14:textId="77777777" w:rsidR="002E7DCF" w:rsidRPr="00717886" w:rsidRDefault="00A11917">
            <w:pPr>
              <w:spacing w:after="0" w:line="240" w:lineRule="auto"/>
              <w:jc w:val="center"/>
              <w:rPr>
                <w:rFonts w:cs="Times New Roman"/>
              </w:rPr>
            </w:pPr>
            <w:r w:rsidRPr="00717886">
              <w:rPr>
                <w:rFonts w:cs="Times New Roman"/>
                <w:sz w:val="14"/>
              </w:rPr>
              <w:t>00jmfr291</w:t>
            </w:r>
          </w:p>
        </w:tc>
        <w:tc>
          <w:tcPr>
            <w:tcW w:w="1512" w:type="dxa"/>
            <w:tcMar>
              <w:top w:w="70" w:type="dxa"/>
              <w:left w:w="95" w:type="dxa"/>
              <w:bottom w:w="70" w:type="dxa"/>
              <w:right w:w="95" w:type="dxa"/>
            </w:tcMar>
            <w:vAlign w:val="center"/>
          </w:tcPr>
          <w:p w14:paraId="66C74267"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054B4C67"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4BEBCDF"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14608C5C"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DEDA2E4" w14:textId="77777777">
        <w:trPr>
          <w:cantSplit/>
          <w:jc w:val="center"/>
        </w:trPr>
        <w:tc>
          <w:tcPr>
            <w:tcW w:w="648" w:type="dxa"/>
            <w:shd w:val="clear" w:color="auto" w:fill="F5F7F9"/>
            <w:tcMar>
              <w:top w:w="70" w:type="dxa"/>
              <w:left w:w="95" w:type="dxa"/>
              <w:bottom w:w="70" w:type="dxa"/>
              <w:right w:w="95" w:type="dxa"/>
            </w:tcMar>
            <w:vAlign w:val="center"/>
          </w:tcPr>
          <w:p w14:paraId="1CBC689A" w14:textId="77777777" w:rsidR="002E7DCF" w:rsidRPr="00717886" w:rsidRDefault="00A11917">
            <w:pPr>
              <w:spacing w:after="0" w:line="240" w:lineRule="auto"/>
              <w:jc w:val="center"/>
              <w:rPr>
                <w:rFonts w:cs="Times New Roman"/>
              </w:rPr>
            </w:pPr>
            <w:r w:rsidRPr="00717886">
              <w:rPr>
                <w:rFonts w:cs="Times New Roman"/>
                <w:sz w:val="14"/>
              </w:rPr>
              <w:t>AVI006</w:t>
            </w:r>
          </w:p>
        </w:tc>
        <w:tc>
          <w:tcPr>
            <w:tcW w:w="1036" w:type="dxa"/>
            <w:shd w:val="clear" w:color="auto" w:fill="F5F7F9"/>
            <w:tcMar>
              <w:top w:w="70" w:type="dxa"/>
              <w:left w:w="95" w:type="dxa"/>
              <w:bottom w:w="70" w:type="dxa"/>
              <w:right w:w="95" w:type="dxa"/>
            </w:tcMar>
            <w:vAlign w:val="center"/>
          </w:tcPr>
          <w:p w14:paraId="030593B2" w14:textId="77777777" w:rsidR="002E7DCF" w:rsidRPr="00717886" w:rsidRDefault="00A11917">
            <w:pPr>
              <w:spacing w:after="0" w:line="240" w:lineRule="auto"/>
              <w:jc w:val="center"/>
              <w:rPr>
                <w:rFonts w:cs="Times New Roman"/>
              </w:rPr>
            </w:pPr>
            <w:r w:rsidRPr="00717886">
              <w:rPr>
                <w:rFonts w:cs="Times New Roman"/>
                <w:sz w:val="14"/>
              </w:rPr>
              <w:t>I157725225</w:t>
            </w:r>
          </w:p>
        </w:tc>
        <w:tc>
          <w:tcPr>
            <w:tcW w:w="1007" w:type="dxa"/>
            <w:shd w:val="clear" w:color="auto" w:fill="F5F7F9"/>
            <w:tcMar>
              <w:top w:w="70" w:type="dxa"/>
              <w:left w:w="95" w:type="dxa"/>
              <w:bottom w:w="70" w:type="dxa"/>
              <w:right w:w="95" w:type="dxa"/>
            </w:tcMar>
            <w:vAlign w:val="center"/>
          </w:tcPr>
          <w:p w14:paraId="07FFCC8A" w14:textId="77777777" w:rsidR="002E7DCF" w:rsidRPr="00717886" w:rsidRDefault="00A11917">
            <w:pPr>
              <w:spacing w:after="0" w:line="240" w:lineRule="auto"/>
              <w:jc w:val="center"/>
              <w:rPr>
                <w:rFonts w:cs="Times New Roman"/>
              </w:rPr>
            </w:pPr>
            <w:r w:rsidRPr="00717886">
              <w:rPr>
                <w:rFonts w:cs="Times New Roman"/>
                <w:sz w:val="14"/>
              </w:rPr>
              <w:t>047426m28</w:t>
            </w:r>
          </w:p>
        </w:tc>
        <w:tc>
          <w:tcPr>
            <w:tcW w:w="1512" w:type="dxa"/>
            <w:shd w:val="clear" w:color="auto" w:fill="F5F7F9"/>
            <w:tcMar>
              <w:top w:w="70" w:type="dxa"/>
              <w:left w:w="95" w:type="dxa"/>
              <w:bottom w:w="70" w:type="dxa"/>
              <w:right w:w="95" w:type="dxa"/>
            </w:tcMar>
            <w:vAlign w:val="center"/>
          </w:tcPr>
          <w:p w14:paraId="7B567870"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3F575B43"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1554EA57"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5AECCA4"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4A53045" w14:textId="77777777">
        <w:trPr>
          <w:cantSplit/>
          <w:jc w:val="center"/>
        </w:trPr>
        <w:tc>
          <w:tcPr>
            <w:tcW w:w="648" w:type="dxa"/>
            <w:tcMar>
              <w:top w:w="70" w:type="dxa"/>
              <w:left w:w="95" w:type="dxa"/>
              <w:bottom w:w="70" w:type="dxa"/>
              <w:right w:w="95" w:type="dxa"/>
            </w:tcMar>
            <w:vAlign w:val="center"/>
          </w:tcPr>
          <w:p w14:paraId="308EF3A6" w14:textId="77777777" w:rsidR="002E7DCF" w:rsidRPr="00717886" w:rsidRDefault="00A11917">
            <w:pPr>
              <w:spacing w:after="0" w:line="240" w:lineRule="auto"/>
              <w:jc w:val="center"/>
              <w:rPr>
                <w:rFonts w:cs="Times New Roman"/>
              </w:rPr>
            </w:pPr>
            <w:r w:rsidRPr="00717886">
              <w:rPr>
                <w:rFonts w:cs="Times New Roman"/>
                <w:sz w:val="14"/>
              </w:rPr>
              <w:t>AVI007</w:t>
            </w:r>
          </w:p>
        </w:tc>
        <w:tc>
          <w:tcPr>
            <w:tcW w:w="1036" w:type="dxa"/>
            <w:tcMar>
              <w:top w:w="70" w:type="dxa"/>
              <w:left w:w="95" w:type="dxa"/>
              <w:bottom w:w="70" w:type="dxa"/>
              <w:right w:w="95" w:type="dxa"/>
            </w:tcMar>
            <w:vAlign w:val="center"/>
          </w:tcPr>
          <w:p w14:paraId="7725F394" w14:textId="77777777" w:rsidR="002E7DCF" w:rsidRPr="00717886" w:rsidRDefault="00A11917">
            <w:pPr>
              <w:spacing w:after="0" w:line="240" w:lineRule="auto"/>
              <w:jc w:val="center"/>
              <w:rPr>
                <w:rFonts w:cs="Times New Roman"/>
              </w:rPr>
            </w:pPr>
            <w:r w:rsidRPr="00717886">
              <w:rPr>
                <w:rFonts w:cs="Times New Roman"/>
                <w:sz w:val="14"/>
              </w:rPr>
              <w:t>I188538660</w:t>
            </w:r>
          </w:p>
        </w:tc>
        <w:tc>
          <w:tcPr>
            <w:tcW w:w="1007" w:type="dxa"/>
            <w:tcMar>
              <w:top w:w="70" w:type="dxa"/>
              <w:left w:w="95" w:type="dxa"/>
              <w:bottom w:w="70" w:type="dxa"/>
              <w:right w:w="95" w:type="dxa"/>
            </w:tcMar>
            <w:vAlign w:val="center"/>
          </w:tcPr>
          <w:p w14:paraId="05FE7186" w14:textId="77777777" w:rsidR="002E7DCF" w:rsidRPr="00717886" w:rsidRDefault="00A11917">
            <w:pPr>
              <w:spacing w:after="0" w:line="240" w:lineRule="auto"/>
              <w:jc w:val="center"/>
              <w:rPr>
                <w:rFonts w:cs="Times New Roman"/>
              </w:rPr>
            </w:pPr>
            <w:r w:rsidRPr="00717886">
              <w:rPr>
                <w:rFonts w:cs="Times New Roman"/>
                <w:sz w:val="14"/>
              </w:rPr>
              <w:t>02ttsq026</w:t>
            </w:r>
          </w:p>
        </w:tc>
        <w:tc>
          <w:tcPr>
            <w:tcW w:w="1512" w:type="dxa"/>
            <w:tcMar>
              <w:top w:w="70" w:type="dxa"/>
              <w:left w:w="95" w:type="dxa"/>
              <w:bottom w:w="70" w:type="dxa"/>
              <w:right w:w="95" w:type="dxa"/>
            </w:tcMar>
            <w:vAlign w:val="center"/>
          </w:tcPr>
          <w:p w14:paraId="0D55E5CB"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tcMar>
              <w:top w:w="70" w:type="dxa"/>
              <w:left w:w="95" w:type="dxa"/>
              <w:bottom w:w="70" w:type="dxa"/>
              <w:right w:w="95" w:type="dxa"/>
            </w:tcMar>
            <w:vAlign w:val="center"/>
          </w:tcPr>
          <w:p w14:paraId="335D547E"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1E7F4502"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1387326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D506E2E" w14:textId="77777777">
        <w:trPr>
          <w:cantSplit/>
          <w:jc w:val="center"/>
        </w:trPr>
        <w:tc>
          <w:tcPr>
            <w:tcW w:w="648" w:type="dxa"/>
            <w:shd w:val="clear" w:color="auto" w:fill="F5F7F9"/>
            <w:tcMar>
              <w:top w:w="70" w:type="dxa"/>
              <w:left w:w="95" w:type="dxa"/>
              <w:bottom w:w="70" w:type="dxa"/>
              <w:right w:w="95" w:type="dxa"/>
            </w:tcMar>
            <w:vAlign w:val="center"/>
          </w:tcPr>
          <w:p w14:paraId="1039B045" w14:textId="77777777" w:rsidR="002E7DCF" w:rsidRPr="00717886" w:rsidRDefault="00A11917">
            <w:pPr>
              <w:spacing w:after="0" w:line="240" w:lineRule="auto"/>
              <w:jc w:val="center"/>
              <w:rPr>
                <w:rFonts w:cs="Times New Roman"/>
              </w:rPr>
            </w:pPr>
            <w:r w:rsidRPr="00717886">
              <w:rPr>
                <w:rFonts w:cs="Times New Roman"/>
                <w:sz w:val="14"/>
              </w:rPr>
              <w:t>AVI008</w:t>
            </w:r>
          </w:p>
        </w:tc>
        <w:tc>
          <w:tcPr>
            <w:tcW w:w="1036" w:type="dxa"/>
            <w:shd w:val="clear" w:color="auto" w:fill="F5F7F9"/>
            <w:tcMar>
              <w:top w:w="70" w:type="dxa"/>
              <w:left w:w="95" w:type="dxa"/>
              <w:bottom w:w="70" w:type="dxa"/>
              <w:right w:w="95" w:type="dxa"/>
            </w:tcMar>
            <w:vAlign w:val="center"/>
          </w:tcPr>
          <w:p w14:paraId="102BFB72" w14:textId="77777777" w:rsidR="002E7DCF" w:rsidRPr="00717886" w:rsidRDefault="00A11917">
            <w:pPr>
              <w:spacing w:after="0" w:line="240" w:lineRule="auto"/>
              <w:jc w:val="center"/>
              <w:rPr>
                <w:rFonts w:cs="Times New Roman"/>
              </w:rPr>
            </w:pPr>
            <w:r w:rsidRPr="00717886">
              <w:rPr>
                <w:rFonts w:cs="Times New Roman"/>
                <w:sz w:val="14"/>
              </w:rPr>
              <w:t>I859038795</w:t>
            </w:r>
          </w:p>
        </w:tc>
        <w:tc>
          <w:tcPr>
            <w:tcW w:w="1007" w:type="dxa"/>
            <w:shd w:val="clear" w:color="auto" w:fill="F5F7F9"/>
            <w:tcMar>
              <w:top w:w="70" w:type="dxa"/>
              <w:left w:w="95" w:type="dxa"/>
              <w:bottom w:w="70" w:type="dxa"/>
              <w:right w:w="95" w:type="dxa"/>
            </w:tcMar>
            <w:vAlign w:val="center"/>
          </w:tcPr>
          <w:p w14:paraId="0259F69F" w14:textId="77777777" w:rsidR="002E7DCF" w:rsidRPr="00717886" w:rsidRDefault="00A11917">
            <w:pPr>
              <w:spacing w:after="0" w:line="240" w:lineRule="auto"/>
              <w:jc w:val="center"/>
              <w:rPr>
                <w:rFonts w:cs="Times New Roman"/>
              </w:rPr>
            </w:pPr>
            <w:r w:rsidRPr="00717886">
              <w:rPr>
                <w:rFonts w:cs="Times New Roman"/>
                <w:sz w:val="14"/>
              </w:rPr>
              <w:t>02smfhw86</w:t>
            </w:r>
          </w:p>
        </w:tc>
        <w:tc>
          <w:tcPr>
            <w:tcW w:w="1512" w:type="dxa"/>
            <w:shd w:val="clear" w:color="auto" w:fill="F5F7F9"/>
            <w:tcMar>
              <w:top w:w="70" w:type="dxa"/>
              <w:left w:w="95" w:type="dxa"/>
              <w:bottom w:w="70" w:type="dxa"/>
              <w:right w:w="95" w:type="dxa"/>
            </w:tcMar>
            <w:vAlign w:val="center"/>
          </w:tcPr>
          <w:p w14:paraId="5056D9B3"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shd w:val="clear" w:color="auto" w:fill="F5F7F9"/>
            <w:tcMar>
              <w:top w:w="70" w:type="dxa"/>
              <w:left w:w="95" w:type="dxa"/>
              <w:bottom w:w="70" w:type="dxa"/>
              <w:right w:w="95" w:type="dxa"/>
            </w:tcMar>
            <w:vAlign w:val="center"/>
          </w:tcPr>
          <w:p w14:paraId="2EEA7AC0"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7473F69B"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1FC896DD"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BF8E7FA" w14:textId="77777777">
        <w:trPr>
          <w:cantSplit/>
          <w:jc w:val="center"/>
        </w:trPr>
        <w:tc>
          <w:tcPr>
            <w:tcW w:w="648" w:type="dxa"/>
            <w:tcMar>
              <w:top w:w="70" w:type="dxa"/>
              <w:left w:w="95" w:type="dxa"/>
              <w:bottom w:w="70" w:type="dxa"/>
              <w:right w:w="95" w:type="dxa"/>
            </w:tcMar>
            <w:vAlign w:val="center"/>
          </w:tcPr>
          <w:p w14:paraId="419FC901" w14:textId="77777777" w:rsidR="002E7DCF" w:rsidRPr="00717886" w:rsidRDefault="00A11917">
            <w:pPr>
              <w:spacing w:after="0" w:line="240" w:lineRule="auto"/>
              <w:jc w:val="center"/>
              <w:rPr>
                <w:rFonts w:cs="Times New Roman"/>
              </w:rPr>
            </w:pPr>
            <w:r w:rsidRPr="00717886">
              <w:rPr>
                <w:rFonts w:cs="Times New Roman"/>
                <w:sz w:val="14"/>
              </w:rPr>
              <w:t>AVI009</w:t>
            </w:r>
          </w:p>
        </w:tc>
        <w:tc>
          <w:tcPr>
            <w:tcW w:w="1036" w:type="dxa"/>
            <w:tcMar>
              <w:top w:w="70" w:type="dxa"/>
              <w:left w:w="95" w:type="dxa"/>
              <w:bottom w:w="70" w:type="dxa"/>
              <w:right w:w="95" w:type="dxa"/>
            </w:tcMar>
            <w:vAlign w:val="center"/>
          </w:tcPr>
          <w:p w14:paraId="29EF1397" w14:textId="77777777" w:rsidR="002E7DCF" w:rsidRPr="00717886" w:rsidRDefault="00A11917">
            <w:pPr>
              <w:spacing w:after="0" w:line="240" w:lineRule="auto"/>
              <w:jc w:val="center"/>
              <w:rPr>
                <w:rFonts w:cs="Times New Roman"/>
              </w:rPr>
            </w:pPr>
            <w:r w:rsidRPr="00717886">
              <w:rPr>
                <w:rFonts w:cs="Times New Roman"/>
                <w:sz w:val="14"/>
              </w:rPr>
              <w:t>I98358874</w:t>
            </w:r>
          </w:p>
        </w:tc>
        <w:tc>
          <w:tcPr>
            <w:tcW w:w="1007" w:type="dxa"/>
            <w:tcMar>
              <w:top w:w="70" w:type="dxa"/>
              <w:left w:w="95" w:type="dxa"/>
              <w:bottom w:w="70" w:type="dxa"/>
              <w:right w:w="95" w:type="dxa"/>
            </w:tcMar>
            <w:vAlign w:val="center"/>
          </w:tcPr>
          <w:p w14:paraId="53CF54BB" w14:textId="77777777" w:rsidR="002E7DCF" w:rsidRPr="00717886" w:rsidRDefault="00A11917">
            <w:pPr>
              <w:spacing w:after="0" w:line="240" w:lineRule="auto"/>
              <w:jc w:val="center"/>
              <w:rPr>
                <w:rFonts w:cs="Times New Roman"/>
              </w:rPr>
            </w:pPr>
            <w:r w:rsidRPr="00717886">
              <w:rPr>
                <w:rFonts w:cs="Times New Roman"/>
                <w:sz w:val="14"/>
              </w:rPr>
              <w:t>02e2c7k09</w:t>
            </w:r>
          </w:p>
        </w:tc>
        <w:tc>
          <w:tcPr>
            <w:tcW w:w="1512" w:type="dxa"/>
            <w:tcMar>
              <w:top w:w="70" w:type="dxa"/>
              <w:left w:w="95" w:type="dxa"/>
              <w:bottom w:w="70" w:type="dxa"/>
              <w:right w:w="95" w:type="dxa"/>
            </w:tcMar>
            <w:vAlign w:val="center"/>
          </w:tcPr>
          <w:p w14:paraId="53F271B5"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17011C8D"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20B10100"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4180242F"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4FBE147" w14:textId="77777777">
        <w:trPr>
          <w:cantSplit/>
          <w:jc w:val="center"/>
        </w:trPr>
        <w:tc>
          <w:tcPr>
            <w:tcW w:w="648" w:type="dxa"/>
            <w:shd w:val="clear" w:color="auto" w:fill="F5F7F9"/>
            <w:tcMar>
              <w:top w:w="70" w:type="dxa"/>
              <w:left w:w="95" w:type="dxa"/>
              <w:bottom w:w="70" w:type="dxa"/>
              <w:right w:w="95" w:type="dxa"/>
            </w:tcMar>
            <w:vAlign w:val="center"/>
          </w:tcPr>
          <w:p w14:paraId="46E857E8" w14:textId="77777777" w:rsidR="002E7DCF" w:rsidRPr="00717886" w:rsidRDefault="00A11917">
            <w:pPr>
              <w:spacing w:after="0" w:line="240" w:lineRule="auto"/>
              <w:jc w:val="center"/>
              <w:rPr>
                <w:rFonts w:cs="Times New Roman"/>
              </w:rPr>
            </w:pPr>
            <w:r w:rsidRPr="00717886">
              <w:rPr>
                <w:rFonts w:cs="Times New Roman"/>
                <w:sz w:val="14"/>
              </w:rPr>
              <w:t>AVI010</w:t>
            </w:r>
          </w:p>
        </w:tc>
        <w:tc>
          <w:tcPr>
            <w:tcW w:w="1036" w:type="dxa"/>
            <w:shd w:val="clear" w:color="auto" w:fill="F5F7F9"/>
            <w:tcMar>
              <w:top w:w="70" w:type="dxa"/>
              <w:left w:w="95" w:type="dxa"/>
              <w:bottom w:w="70" w:type="dxa"/>
              <w:right w:w="95" w:type="dxa"/>
            </w:tcMar>
            <w:vAlign w:val="center"/>
          </w:tcPr>
          <w:p w14:paraId="5A81434F" w14:textId="77777777" w:rsidR="002E7DCF" w:rsidRPr="00717886" w:rsidRDefault="00A11917">
            <w:pPr>
              <w:spacing w:after="0" w:line="240" w:lineRule="auto"/>
              <w:jc w:val="center"/>
              <w:rPr>
                <w:rFonts w:cs="Times New Roman"/>
              </w:rPr>
            </w:pPr>
            <w:r w:rsidRPr="00717886">
              <w:rPr>
                <w:rFonts w:cs="Times New Roman"/>
                <w:sz w:val="14"/>
              </w:rPr>
              <w:t>I82284825</w:t>
            </w:r>
          </w:p>
        </w:tc>
        <w:tc>
          <w:tcPr>
            <w:tcW w:w="1007" w:type="dxa"/>
            <w:shd w:val="clear" w:color="auto" w:fill="F5F7F9"/>
            <w:tcMar>
              <w:top w:w="70" w:type="dxa"/>
              <w:left w:w="95" w:type="dxa"/>
              <w:bottom w:w="70" w:type="dxa"/>
              <w:right w:w="95" w:type="dxa"/>
            </w:tcMar>
            <w:vAlign w:val="center"/>
          </w:tcPr>
          <w:p w14:paraId="2C001A59" w14:textId="77777777" w:rsidR="002E7DCF" w:rsidRPr="00717886" w:rsidRDefault="00A11917">
            <w:pPr>
              <w:spacing w:after="0" w:line="240" w:lineRule="auto"/>
              <w:jc w:val="center"/>
              <w:rPr>
                <w:rFonts w:cs="Times New Roman"/>
              </w:rPr>
            </w:pPr>
            <w:r w:rsidRPr="00717886">
              <w:rPr>
                <w:rFonts w:cs="Times New Roman"/>
                <w:sz w:val="14"/>
              </w:rPr>
              <w:t>05cncd958</w:t>
            </w:r>
          </w:p>
        </w:tc>
        <w:tc>
          <w:tcPr>
            <w:tcW w:w="1512" w:type="dxa"/>
            <w:shd w:val="clear" w:color="auto" w:fill="F5F7F9"/>
            <w:tcMar>
              <w:top w:w="70" w:type="dxa"/>
              <w:left w:w="95" w:type="dxa"/>
              <w:bottom w:w="70" w:type="dxa"/>
              <w:right w:w="95" w:type="dxa"/>
            </w:tcMar>
            <w:vAlign w:val="center"/>
          </w:tcPr>
          <w:p w14:paraId="1AFF8A59"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586B2CC8"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2A1D431"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355625FB"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3CEE8514" w14:textId="77777777">
        <w:trPr>
          <w:cantSplit/>
          <w:jc w:val="center"/>
        </w:trPr>
        <w:tc>
          <w:tcPr>
            <w:tcW w:w="648" w:type="dxa"/>
            <w:tcMar>
              <w:top w:w="70" w:type="dxa"/>
              <w:left w:w="95" w:type="dxa"/>
              <w:bottom w:w="70" w:type="dxa"/>
              <w:right w:w="95" w:type="dxa"/>
            </w:tcMar>
            <w:vAlign w:val="center"/>
          </w:tcPr>
          <w:p w14:paraId="0DFE4B7F" w14:textId="77777777" w:rsidR="002E7DCF" w:rsidRPr="00717886" w:rsidRDefault="00A11917">
            <w:pPr>
              <w:spacing w:after="0" w:line="240" w:lineRule="auto"/>
              <w:jc w:val="center"/>
              <w:rPr>
                <w:rFonts w:cs="Times New Roman"/>
              </w:rPr>
            </w:pPr>
            <w:r w:rsidRPr="00717886">
              <w:rPr>
                <w:rFonts w:cs="Times New Roman"/>
                <w:sz w:val="14"/>
              </w:rPr>
              <w:t>AVI011</w:t>
            </w:r>
          </w:p>
        </w:tc>
        <w:tc>
          <w:tcPr>
            <w:tcW w:w="1036" w:type="dxa"/>
            <w:tcMar>
              <w:top w:w="70" w:type="dxa"/>
              <w:left w:w="95" w:type="dxa"/>
              <w:bottom w:w="70" w:type="dxa"/>
              <w:right w:w="95" w:type="dxa"/>
            </w:tcMar>
            <w:vAlign w:val="center"/>
          </w:tcPr>
          <w:p w14:paraId="6FA2ED6C" w14:textId="77777777" w:rsidR="002E7DCF" w:rsidRPr="00717886" w:rsidRDefault="00A11917">
            <w:pPr>
              <w:spacing w:after="0" w:line="240" w:lineRule="auto"/>
              <w:jc w:val="center"/>
              <w:rPr>
                <w:rFonts w:cs="Times New Roman"/>
              </w:rPr>
            </w:pPr>
            <w:r w:rsidRPr="00717886">
              <w:rPr>
                <w:rFonts w:cs="Times New Roman"/>
                <w:sz w:val="14"/>
              </w:rPr>
              <w:t>I47508984</w:t>
            </w:r>
          </w:p>
        </w:tc>
        <w:tc>
          <w:tcPr>
            <w:tcW w:w="1007" w:type="dxa"/>
            <w:tcMar>
              <w:top w:w="70" w:type="dxa"/>
              <w:left w:w="95" w:type="dxa"/>
              <w:bottom w:w="70" w:type="dxa"/>
              <w:right w:w="95" w:type="dxa"/>
            </w:tcMar>
            <w:vAlign w:val="center"/>
          </w:tcPr>
          <w:p w14:paraId="587B4178" w14:textId="77777777" w:rsidR="002E7DCF" w:rsidRPr="00717886" w:rsidRDefault="00A11917">
            <w:pPr>
              <w:spacing w:after="0" w:line="240" w:lineRule="auto"/>
              <w:jc w:val="center"/>
              <w:rPr>
                <w:rFonts w:cs="Times New Roman"/>
              </w:rPr>
            </w:pPr>
            <w:r w:rsidRPr="00717886">
              <w:rPr>
                <w:rFonts w:cs="Times New Roman"/>
                <w:sz w:val="14"/>
              </w:rPr>
              <w:t>041kmwe10</w:t>
            </w:r>
          </w:p>
        </w:tc>
        <w:tc>
          <w:tcPr>
            <w:tcW w:w="1512" w:type="dxa"/>
            <w:tcMar>
              <w:top w:w="70" w:type="dxa"/>
              <w:left w:w="95" w:type="dxa"/>
              <w:bottom w:w="70" w:type="dxa"/>
              <w:right w:w="95" w:type="dxa"/>
            </w:tcMar>
            <w:vAlign w:val="center"/>
          </w:tcPr>
          <w:p w14:paraId="0B8B6E8A"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7F1C64B8"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7F50D6B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5B49E54C"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78FDC5C" w14:textId="77777777">
        <w:trPr>
          <w:cantSplit/>
          <w:jc w:val="center"/>
        </w:trPr>
        <w:tc>
          <w:tcPr>
            <w:tcW w:w="648" w:type="dxa"/>
            <w:shd w:val="clear" w:color="auto" w:fill="F5F7F9"/>
            <w:tcMar>
              <w:top w:w="70" w:type="dxa"/>
              <w:left w:w="95" w:type="dxa"/>
              <w:bottom w:w="70" w:type="dxa"/>
              <w:right w:w="95" w:type="dxa"/>
            </w:tcMar>
            <w:vAlign w:val="center"/>
          </w:tcPr>
          <w:p w14:paraId="25741C65" w14:textId="77777777" w:rsidR="002E7DCF" w:rsidRPr="00717886" w:rsidRDefault="00A11917">
            <w:pPr>
              <w:spacing w:after="0" w:line="240" w:lineRule="auto"/>
              <w:jc w:val="center"/>
              <w:rPr>
                <w:rFonts w:cs="Times New Roman"/>
              </w:rPr>
            </w:pPr>
            <w:r w:rsidRPr="00717886">
              <w:rPr>
                <w:rFonts w:cs="Times New Roman"/>
                <w:sz w:val="14"/>
              </w:rPr>
              <w:t>AVI012</w:t>
            </w:r>
          </w:p>
        </w:tc>
        <w:tc>
          <w:tcPr>
            <w:tcW w:w="1036" w:type="dxa"/>
            <w:shd w:val="clear" w:color="auto" w:fill="F5F7F9"/>
            <w:tcMar>
              <w:top w:w="70" w:type="dxa"/>
              <w:left w:w="95" w:type="dxa"/>
              <w:bottom w:w="70" w:type="dxa"/>
              <w:right w:w="95" w:type="dxa"/>
            </w:tcMar>
            <w:vAlign w:val="center"/>
          </w:tcPr>
          <w:p w14:paraId="72721725" w14:textId="77777777" w:rsidR="002E7DCF" w:rsidRPr="00717886" w:rsidRDefault="00A11917">
            <w:pPr>
              <w:spacing w:after="0" w:line="240" w:lineRule="auto"/>
              <w:jc w:val="center"/>
              <w:rPr>
                <w:rFonts w:cs="Times New Roman"/>
              </w:rPr>
            </w:pPr>
            <w:r w:rsidRPr="00717886">
              <w:rPr>
                <w:rFonts w:cs="Times New Roman"/>
                <w:sz w:val="14"/>
              </w:rPr>
              <w:t>I43439940</w:t>
            </w:r>
          </w:p>
        </w:tc>
        <w:tc>
          <w:tcPr>
            <w:tcW w:w="1007" w:type="dxa"/>
            <w:shd w:val="clear" w:color="auto" w:fill="F5F7F9"/>
            <w:tcMar>
              <w:top w:w="70" w:type="dxa"/>
              <w:left w:w="95" w:type="dxa"/>
              <w:bottom w:w="70" w:type="dxa"/>
              <w:right w:w="95" w:type="dxa"/>
            </w:tcMar>
            <w:vAlign w:val="center"/>
          </w:tcPr>
          <w:p w14:paraId="1DEED916" w14:textId="77777777" w:rsidR="002E7DCF" w:rsidRPr="00717886" w:rsidRDefault="00A11917">
            <w:pPr>
              <w:spacing w:after="0" w:line="240" w:lineRule="auto"/>
              <w:jc w:val="center"/>
              <w:rPr>
                <w:rFonts w:cs="Times New Roman"/>
              </w:rPr>
            </w:pPr>
            <w:r w:rsidRPr="00717886">
              <w:rPr>
                <w:rFonts w:cs="Times New Roman"/>
                <w:sz w:val="14"/>
              </w:rPr>
              <w:t>01ryk1543</w:t>
            </w:r>
          </w:p>
        </w:tc>
        <w:tc>
          <w:tcPr>
            <w:tcW w:w="1512" w:type="dxa"/>
            <w:shd w:val="clear" w:color="auto" w:fill="F5F7F9"/>
            <w:tcMar>
              <w:top w:w="70" w:type="dxa"/>
              <w:left w:w="95" w:type="dxa"/>
              <w:bottom w:w="70" w:type="dxa"/>
              <w:right w:w="95" w:type="dxa"/>
            </w:tcMar>
            <w:vAlign w:val="center"/>
          </w:tcPr>
          <w:p w14:paraId="6F0AD12B"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0D0756F6"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6D9FC40D"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253118C4"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3EA3458" w14:textId="77777777">
        <w:trPr>
          <w:cantSplit/>
          <w:jc w:val="center"/>
        </w:trPr>
        <w:tc>
          <w:tcPr>
            <w:tcW w:w="648" w:type="dxa"/>
            <w:tcMar>
              <w:top w:w="70" w:type="dxa"/>
              <w:left w:w="95" w:type="dxa"/>
              <w:bottom w:w="70" w:type="dxa"/>
              <w:right w:w="95" w:type="dxa"/>
            </w:tcMar>
            <w:vAlign w:val="center"/>
          </w:tcPr>
          <w:p w14:paraId="1505A85D" w14:textId="77777777" w:rsidR="002E7DCF" w:rsidRPr="00717886" w:rsidRDefault="00A11917">
            <w:pPr>
              <w:spacing w:after="0" w:line="240" w:lineRule="auto"/>
              <w:jc w:val="center"/>
              <w:rPr>
                <w:rFonts w:cs="Times New Roman"/>
              </w:rPr>
            </w:pPr>
            <w:r w:rsidRPr="00717886">
              <w:rPr>
                <w:rFonts w:cs="Times New Roman"/>
                <w:sz w:val="14"/>
              </w:rPr>
              <w:t>AVI013</w:t>
            </w:r>
          </w:p>
        </w:tc>
        <w:tc>
          <w:tcPr>
            <w:tcW w:w="1036" w:type="dxa"/>
            <w:tcMar>
              <w:top w:w="70" w:type="dxa"/>
              <w:left w:w="95" w:type="dxa"/>
              <w:bottom w:w="70" w:type="dxa"/>
              <w:right w:w="95" w:type="dxa"/>
            </w:tcMar>
            <w:vAlign w:val="center"/>
          </w:tcPr>
          <w:p w14:paraId="1518C3B1" w14:textId="77777777" w:rsidR="002E7DCF" w:rsidRPr="00717886" w:rsidRDefault="00A11917">
            <w:pPr>
              <w:spacing w:after="0" w:line="240" w:lineRule="auto"/>
              <w:jc w:val="center"/>
              <w:rPr>
                <w:rFonts w:cs="Times New Roman"/>
              </w:rPr>
            </w:pPr>
            <w:r w:rsidRPr="00717886">
              <w:rPr>
                <w:rFonts w:cs="Times New Roman"/>
                <w:sz w:val="14"/>
              </w:rPr>
              <w:t>I36234482</w:t>
            </w:r>
          </w:p>
        </w:tc>
        <w:tc>
          <w:tcPr>
            <w:tcW w:w="1007" w:type="dxa"/>
            <w:tcMar>
              <w:top w:w="70" w:type="dxa"/>
              <w:left w:w="95" w:type="dxa"/>
              <w:bottom w:w="70" w:type="dxa"/>
              <w:right w:w="95" w:type="dxa"/>
            </w:tcMar>
            <w:vAlign w:val="center"/>
          </w:tcPr>
          <w:p w14:paraId="721810D9" w14:textId="77777777" w:rsidR="002E7DCF" w:rsidRPr="00717886" w:rsidRDefault="00A11917">
            <w:pPr>
              <w:spacing w:after="0" w:line="240" w:lineRule="auto"/>
              <w:jc w:val="center"/>
              <w:rPr>
                <w:rFonts w:cs="Times New Roman"/>
              </w:rPr>
            </w:pPr>
            <w:r w:rsidRPr="00717886">
              <w:rPr>
                <w:rFonts w:cs="Times New Roman"/>
                <w:sz w:val="14"/>
              </w:rPr>
              <w:t>0524sp257</w:t>
            </w:r>
          </w:p>
        </w:tc>
        <w:tc>
          <w:tcPr>
            <w:tcW w:w="1512" w:type="dxa"/>
            <w:tcMar>
              <w:top w:w="70" w:type="dxa"/>
              <w:left w:w="95" w:type="dxa"/>
              <w:bottom w:w="70" w:type="dxa"/>
              <w:right w:w="95" w:type="dxa"/>
            </w:tcMar>
            <w:vAlign w:val="center"/>
          </w:tcPr>
          <w:p w14:paraId="204B53D6"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04DC0E17"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09153790"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0E01536D"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571A5A6C" w14:textId="77777777">
        <w:trPr>
          <w:cantSplit/>
          <w:jc w:val="center"/>
        </w:trPr>
        <w:tc>
          <w:tcPr>
            <w:tcW w:w="648" w:type="dxa"/>
            <w:shd w:val="clear" w:color="auto" w:fill="F5F7F9"/>
            <w:tcMar>
              <w:top w:w="70" w:type="dxa"/>
              <w:left w:w="95" w:type="dxa"/>
              <w:bottom w:w="70" w:type="dxa"/>
              <w:right w:w="95" w:type="dxa"/>
            </w:tcMar>
            <w:vAlign w:val="center"/>
          </w:tcPr>
          <w:p w14:paraId="2AE6F334" w14:textId="77777777" w:rsidR="002E7DCF" w:rsidRPr="00717886" w:rsidRDefault="00A11917">
            <w:pPr>
              <w:spacing w:after="0" w:line="240" w:lineRule="auto"/>
              <w:jc w:val="center"/>
              <w:rPr>
                <w:rFonts w:cs="Times New Roman"/>
              </w:rPr>
            </w:pPr>
            <w:r w:rsidRPr="00717886">
              <w:rPr>
                <w:rFonts w:cs="Times New Roman"/>
                <w:sz w:val="14"/>
              </w:rPr>
              <w:t>AVI014</w:t>
            </w:r>
          </w:p>
        </w:tc>
        <w:tc>
          <w:tcPr>
            <w:tcW w:w="1036" w:type="dxa"/>
            <w:shd w:val="clear" w:color="auto" w:fill="F5F7F9"/>
            <w:tcMar>
              <w:top w:w="70" w:type="dxa"/>
              <w:left w:w="95" w:type="dxa"/>
              <w:bottom w:w="70" w:type="dxa"/>
              <w:right w:w="95" w:type="dxa"/>
            </w:tcMar>
            <w:vAlign w:val="center"/>
          </w:tcPr>
          <w:p w14:paraId="790CE68E" w14:textId="77777777" w:rsidR="002E7DCF" w:rsidRPr="00717886" w:rsidRDefault="00A11917">
            <w:pPr>
              <w:spacing w:after="0" w:line="240" w:lineRule="auto"/>
              <w:jc w:val="center"/>
              <w:rPr>
                <w:rFonts w:cs="Times New Roman"/>
              </w:rPr>
            </w:pPr>
            <w:r w:rsidRPr="00717886">
              <w:rPr>
                <w:rFonts w:cs="Times New Roman"/>
                <w:sz w:val="14"/>
              </w:rPr>
              <w:t>I193033237</w:t>
            </w:r>
          </w:p>
        </w:tc>
        <w:tc>
          <w:tcPr>
            <w:tcW w:w="1007" w:type="dxa"/>
            <w:shd w:val="clear" w:color="auto" w:fill="F5F7F9"/>
            <w:tcMar>
              <w:top w:w="70" w:type="dxa"/>
              <w:left w:w="95" w:type="dxa"/>
              <w:bottom w:w="70" w:type="dxa"/>
              <w:right w:w="95" w:type="dxa"/>
            </w:tcMar>
            <w:vAlign w:val="center"/>
          </w:tcPr>
          <w:p w14:paraId="7EF5DF87" w14:textId="77777777" w:rsidR="002E7DCF" w:rsidRPr="00717886" w:rsidRDefault="00A11917">
            <w:pPr>
              <w:spacing w:after="0" w:line="240" w:lineRule="auto"/>
              <w:jc w:val="center"/>
              <w:rPr>
                <w:rFonts w:cs="Times New Roman"/>
              </w:rPr>
            </w:pPr>
            <w:r w:rsidRPr="00717886">
              <w:rPr>
                <w:rFonts w:cs="Times New Roman"/>
                <w:sz w:val="14"/>
              </w:rPr>
              <w:t>04gyj6s21</w:t>
            </w:r>
          </w:p>
        </w:tc>
        <w:tc>
          <w:tcPr>
            <w:tcW w:w="1512" w:type="dxa"/>
            <w:shd w:val="clear" w:color="auto" w:fill="F5F7F9"/>
            <w:tcMar>
              <w:top w:w="70" w:type="dxa"/>
              <w:left w:w="95" w:type="dxa"/>
              <w:bottom w:w="70" w:type="dxa"/>
              <w:right w:w="95" w:type="dxa"/>
            </w:tcMar>
            <w:vAlign w:val="center"/>
          </w:tcPr>
          <w:p w14:paraId="398D2751"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shd w:val="clear" w:color="auto" w:fill="F5F7F9"/>
            <w:tcMar>
              <w:top w:w="70" w:type="dxa"/>
              <w:left w:w="95" w:type="dxa"/>
              <w:bottom w:w="70" w:type="dxa"/>
              <w:right w:w="95" w:type="dxa"/>
            </w:tcMar>
            <w:vAlign w:val="center"/>
          </w:tcPr>
          <w:p w14:paraId="772A3034"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8883CAB"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0D8C36AE"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2119CCF" w14:textId="77777777">
        <w:trPr>
          <w:cantSplit/>
          <w:jc w:val="center"/>
        </w:trPr>
        <w:tc>
          <w:tcPr>
            <w:tcW w:w="648" w:type="dxa"/>
            <w:tcMar>
              <w:top w:w="70" w:type="dxa"/>
              <w:left w:w="95" w:type="dxa"/>
              <w:bottom w:w="70" w:type="dxa"/>
              <w:right w:w="95" w:type="dxa"/>
            </w:tcMar>
            <w:vAlign w:val="center"/>
          </w:tcPr>
          <w:p w14:paraId="290BB754" w14:textId="77777777" w:rsidR="002E7DCF" w:rsidRPr="00717886" w:rsidRDefault="00A11917">
            <w:pPr>
              <w:spacing w:after="0" w:line="240" w:lineRule="auto"/>
              <w:jc w:val="center"/>
              <w:rPr>
                <w:rFonts w:cs="Times New Roman"/>
              </w:rPr>
            </w:pPr>
            <w:r w:rsidRPr="00717886">
              <w:rPr>
                <w:rFonts w:cs="Times New Roman"/>
                <w:sz w:val="14"/>
              </w:rPr>
              <w:t>AVI015</w:t>
            </w:r>
          </w:p>
        </w:tc>
        <w:tc>
          <w:tcPr>
            <w:tcW w:w="1036" w:type="dxa"/>
            <w:tcMar>
              <w:top w:w="70" w:type="dxa"/>
              <w:left w:w="95" w:type="dxa"/>
              <w:bottom w:w="70" w:type="dxa"/>
              <w:right w:w="95" w:type="dxa"/>
            </w:tcMar>
            <w:vAlign w:val="center"/>
          </w:tcPr>
          <w:p w14:paraId="4184E00A" w14:textId="77777777" w:rsidR="002E7DCF" w:rsidRPr="00717886" w:rsidRDefault="00A11917">
            <w:pPr>
              <w:spacing w:after="0" w:line="240" w:lineRule="auto"/>
              <w:jc w:val="center"/>
              <w:rPr>
                <w:rFonts w:cs="Times New Roman"/>
              </w:rPr>
            </w:pPr>
            <w:r w:rsidRPr="00717886">
              <w:rPr>
                <w:rFonts w:cs="Times New Roman"/>
                <w:sz w:val="14"/>
              </w:rPr>
              <w:t>I100296615</w:t>
            </w:r>
          </w:p>
        </w:tc>
        <w:tc>
          <w:tcPr>
            <w:tcW w:w="1007" w:type="dxa"/>
            <w:tcMar>
              <w:top w:w="70" w:type="dxa"/>
              <w:left w:w="95" w:type="dxa"/>
              <w:bottom w:w="70" w:type="dxa"/>
              <w:right w:w="95" w:type="dxa"/>
            </w:tcMar>
            <w:vAlign w:val="center"/>
          </w:tcPr>
          <w:p w14:paraId="2193C743" w14:textId="77777777" w:rsidR="002E7DCF" w:rsidRPr="00717886" w:rsidRDefault="00A11917">
            <w:pPr>
              <w:spacing w:after="0" w:line="240" w:lineRule="auto"/>
              <w:jc w:val="center"/>
              <w:rPr>
                <w:rFonts w:cs="Times New Roman"/>
              </w:rPr>
            </w:pPr>
            <w:r w:rsidRPr="00717886">
              <w:rPr>
                <w:rFonts w:cs="Times New Roman"/>
                <w:sz w:val="14"/>
              </w:rPr>
              <w:t>022zdgq74</w:t>
            </w:r>
          </w:p>
        </w:tc>
        <w:tc>
          <w:tcPr>
            <w:tcW w:w="1512" w:type="dxa"/>
            <w:tcMar>
              <w:top w:w="70" w:type="dxa"/>
              <w:left w:w="95" w:type="dxa"/>
              <w:bottom w:w="70" w:type="dxa"/>
              <w:right w:w="95" w:type="dxa"/>
            </w:tcMar>
            <w:vAlign w:val="center"/>
          </w:tcPr>
          <w:p w14:paraId="3D5010D5" w14:textId="77777777" w:rsidR="002E7DCF" w:rsidRPr="00717886" w:rsidRDefault="00A11917">
            <w:pPr>
              <w:spacing w:after="0" w:line="240" w:lineRule="auto"/>
              <w:rPr>
                <w:rFonts w:cs="Times New Roman"/>
              </w:rPr>
            </w:pPr>
            <w:r w:rsidRPr="00717886">
              <w:rPr>
                <w:rFonts w:cs="Times New Roman"/>
                <w:sz w:val="14"/>
              </w:rPr>
              <w:t>Institutional website</w:t>
            </w:r>
          </w:p>
        </w:tc>
        <w:tc>
          <w:tcPr>
            <w:tcW w:w="1036" w:type="dxa"/>
            <w:tcMar>
              <w:top w:w="70" w:type="dxa"/>
              <w:left w:w="95" w:type="dxa"/>
              <w:bottom w:w="70" w:type="dxa"/>
              <w:right w:w="95" w:type="dxa"/>
            </w:tcMar>
            <w:vAlign w:val="center"/>
          </w:tcPr>
          <w:p w14:paraId="43A29DC3"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508B0846"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00C93562"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5486E2E" w14:textId="77777777">
        <w:trPr>
          <w:cantSplit/>
          <w:jc w:val="center"/>
        </w:trPr>
        <w:tc>
          <w:tcPr>
            <w:tcW w:w="648" w:type="dxa"/>
            <w:shd w:val="clear" w:color="auto" w:fill="F5F7F9"/>
            <w:tcMar>
              <w:top w:w="70" w:type="dxa"/>
              <w:left w:w="95" w:type="dxa"/>
              <w:bottom w:w="70" w:type="dxa"/>
              <w:right w:w="95" w:type="dxa"/>
            </w:tcMar>
            <w:vAlign w:val="center"/>
          </w:tcPr>
          <w:p w14:paraId="38B9917C" w14:textId="77777777" w:rsidR="002E7DCF" w:rsidRPr="00717886" w:rsidRDefault="00A11917">
            <w:pPr>
              <w:spacing w:after="0" w:line="240" w:lineRule="auto"/>
              <w:jc w:val="center"/>
              <w:rPr>
                <w:rFonts w:cs="Times New Roman"/>
              </w:rPr>
            </w:pPr>
            <w:r w:rsidRPr="00717886">
              <w:rPr>
                <w:rFonts w:cs="Times New Roman"/>
                <w:sz w:val="14"/>
              </w:rPr>
              <w:t>AVI016</w:t>
            </w:r>
          </w:p>
        </w:tc>
        <w:tc>
          <w:tcPr>
            <w:tcW w:w="1036" w:type="dxa"/>
            <w:shd w:val="clear" w:color="auto" w:fill="F5F7F9"/>
            <w:tcMar>
              <w:top w:w="70" w:type="dxa"/>
              <w:left w:w="95" w:type="dxa"/>
              <w:bottom w:w="70" w:type="dxa"/>
              <w:right w:w="95" w:type="dxa"/>
            </w:tcMar>
            <w:vAlign w:val="center"/>
          </w:tcPr>
          <w:p w14:paraId="420F10A6" w14:textId="77777777" w:rsidR="002E7DCF" w:rsidRPr="00717886" w:rsidRDefault="00A11917">
            <w:pPr>
              <w:spacing w:after="0" w:line="240" w:lineRule="auto"/>
              <w:jc w:val="center"/>
              <w:rPr>
                <w:rFonts w:cs="Times New Roman"/>
              </w:rPr>
            </w:pPr>
            <w:r w:rsidRPr="00717886">
              <w:rPr>
                <w:rFonts w:cs="Times New Roman"/>
                <w:sz w:val="14"/>
              </w:rPr>
              <w:t>I93860229</w:t>
            </w:r>
          </w:p>
        </w:tc>
        <w:tc>
          <w:tcPr>
            <w:tcW w:w="1007" w:type="dxa"/>
            <w:shd w:val="clear" w:color="auto" w:fill="F5F7F9"/>
            <w:tcMar>
              <w:top w:w="70" w:type="dxa"/>
              <w:left w:w="95" w:type="dxa"/>
              <w:bottom w:w="70" w:type="dxa"/>
              <w:right w:w="95" w:type="dxa"/>
            </w:tcMar>
            <w:vAlign w:val="center"/>
          </w:tcPr>
          <w:p w14:paraId="56FE7889" w14:textId="77777777" w:rsidR="002E7DCF" w:rsidRPr="00717886" w:rsidRDefault="00A11917">
            <w:pPr>
              <w:spacing w:after="0" w:line="240" w:lineRule="auto"/>
              <w:jc w:val="center"/>
              <w:rPr>
                <w:rFonts w:cs="Times New Roman"/>
              </w:rPr>
            </w:pPr>
            <w:r w:rsidRPr="00717886">
              <w:rPr>
                <w:rFonts w:cs="Times New Roman"/>
                <w:sz w:val="14"/>
              </w:rPr>
              <w:t>01nffqt88</w:t>
            </w:r>
          </w:p>
        </w:tc>
        <w:tc>
          <w:tcPr>
            <w:tcW w:w="1512" w:type="dxa"/>
            <w:shd w:val="clear" w:color="auto" w:fill="F5F7F9"/>
            <w:tcMar>
              <w:top w:w="70" w:type="dxa"/>
              <w:left w:w="95" w:type="dxa"/>
              <w:bottom w:w="70" w:type="dxa"/>
              <w:right w:w="95" w:type="dxa"/>
            </w:tcMar>
            <w:vAlign w:val="center"/>
          </w:tcPr>
          <w:p w14:paraId="7B62FD80"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shd w:val="clear" w:color="auto" w:fill="F5F7F9"/>
            <w:tcMar>
              <w:top w:w="70" w:type="dxa"/>
              <w:left w:w="95" w:type="dxa"/>
              <w:bottom w:w="70" w:type="dxa"/>
              <w:right w:w="95" w:type="dxa"/>
            </w:tcMar>
            <w:vAlign w:val="center"/>
          </w:tcPr>
          <w:p w14:paraId="1FA4209F"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768436D2"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493805EF"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5BC066BA" w14:textId="77777777">
        <w:trPr>
          <w:cantSplit/>
          <w:jc w:val="center"/>
        </w:trPr>
        <w:tc>
          <w:tcPr>
            <w:tcW w:w="648" w:type="dxa"/>
            <w:tcMar>
              <w:top w:w="70" w:type="dxa"/>
              <w:left w:w="95" w:type="dxa"/>
              <w:bottom w:w="70" w:type="dxa"/>
              <w:right w:w="95" w:type="dxa"/>
            </w:tcMar>
            <w:vAlign w:val="center"/>
          </w:tcPr>
          <w:p w14:paraId="46B791B5" w14:textId="77777777" w:rsidR="002E7DCF" w:rsidRPr="00717886" w:rsidRDefault="00A11917">
            <w:pPr>
              <w:spacing w:after="0" w:line="240" w:lineRule="auto"/>
              <w:jc w:val="center"/>
              <w:rPr>
                <w:rFonts w:cs="Times New Roman"/>
              </w:rPr>
            </w:pPr>
            <w:r w:rsidRPr="00717886">
              <w:rPr>
                <w:rFonts w:cs="Times New Roman"/>
                <w:sz w:val="14"/>
              </w:rPr>
              <w:t>AVI017</w:t>
            </w:r>
          </w:p>
        </w:tc>
        <w:tc>
          <w:tcPr>
            <w:tcW w:w="1036" w:type="dxa"/>
            <w:tcMar>
              <w:top w:w="70" w:type="dxa"/>
              <w:left w:w="95" w:type="dxa"/>
              <w:bottom w:w="70" w:type="dxa"/>
              <w:right w:w="95" w:type="dxa"/>
            </w:tcMar>
            <w:vAlign w:val="center"/>
          </w:tcPr>
          <w:p w14:paraId="0B5DB309" w14:textId="77777777" w:rsidR="002E7DCF" w:rsidRPr="00717886" w:rsidRDefault="00A11917">
            <w:pPr>
              <w:spacing w:after="0" w:line="240" w:lineRule="auto"/>
              <w:jc w:val="center"/>
              <w:rPr>
                <w:rFonts w:cs="Times New Roman"/>
              </w:rPr>
            </w:pPr>
            <w:r w:rsidRPr="00717886">
              <w:rPr>
                <w:rFonts w:cs="Times New Roman"/>
                <w:sz w:val="14"/>
              </w:rPr>
              <w:t>I62916508</w:t>
            </w:r>
          </w:p>
        </w:tc>
        <w:tc>
          <w:tcPr>
            <w:tcW w:w="1007" w:type="dxa"/>
            <w:tcMar>
              <w:top w:w="70" w:type="dxa"/>
              <w:left w:w="95" w:type="dxa"/>
              <w:bottom w:w="70" w:type="dxa"/>
              <w:right w:w="95" w:type="dxa"/>
            </w:tcMar>
            <w:vAlign w:val="center"/>
          </w:tcPr>
          <w:p w14:paraId="24AA116D" w14:textId="77777777" w:rsidR="002E7DCF" w:rsidRPr="00717886" w:rsidRDefault="00A11917">
            <w:pPr>
              <w:spacing w:after="0" w:line="240" w:lineRule="auto"/>
              <w:jc w:val="center"/>
              <w:rPr>
                <w:rFonts w:cs="Times New Roman"/>
              </w:rPr>
            </w:pPr>
            <w:r w:rsidRPr="00717886">
              <w:rPr>
                <w:rFonts w:cs="Times New Roman"/>
                <w:sz w:val="14"/>
              </w:rPr>
              <w:t>02kkvpp62</w:t>
            </w:r>
          </w:p>
        </w:tc>
        <w:tc>
          <w:tcPr>
            <w:tcW w:w="1512" w:type="dxa"/>
            <w:tcMar>
              <w:top w:w="70" w:type="dxa"/>
              <w:left w:w="95" w:type="dxa"/>
              <w:bottom w:w="70" w:type="dxa"/>
              <w:right w:w="95" w:type="dxa"/>
            </w:tcMar>
            <w:vAlign w:val="center"/>
          </w:tcPr>
          <w:p w14:paraId="2B6B3C12"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4BEC3E3A"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411C200C"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6F063231"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DCADDAE" w14:textId="77777777">
        <w:trPr>
          <w:cantSplit/>
          <w:jc w:val="center"/>
        </w:trPr>
        <w:tc>
          <w:tcPr>
            <w:tcW w:w="648" w:type="dxa"/>
            <w:shd w:val="clear" w:color="auto" w:fill="F5F7F9"/>
            <w:tcMar>
              <w:top w:w="70" w:type="dxa"/>
              <w:left w:w="95" w:type="dxa"/>
              <w:bottom w:w="70" w:type="dxa"/>
              <w:right w:w="95" w:type="dxa"/>
            </w:tcMar>
            <w:vAlign w:val="center"/>
          </w:tcPr>
          <w:p w14:paraId="7F31E12E" w14:textId="77777777" w:rsidR="002E7DCF" w:rsidRPr="00717886" w:rsidRDefault="00A11917">
            <w:pPr>
              <w:spacing w:after="0" w:line="240" w:lineRule="auto"/>
              <w:jc w:val="center"/>
              <w:rPr>
                <w:rFonts w:cs="Times New Roman"/>
              </w:rPr>
            </w:pPr>
            <w:r w:rsidRPr="00717886">
              <w:rPr>
                <w:rFonts w:cs="Times New Roman"/>
                <w:sz w:val="14"/>
              </w:rPr>
              <w:t>AVI018</w:t>
            </w:r>
          </w:p>
        </w:tc>
        <w:tc>
          <w:tcPr>
            <w:tcW w:w="1036" w:type="dxa"/>
            <w:shd w:val="clear" w:color="auto" w:fill="F5F7F9"/>
            <w:tcMar>
              <w:top w:w="70" w:type="dxa"/>
              <w:left w:w="95" w:type="dxa"/>
              <w:bottom w:w="70" w:type="dxa"/>
              <w:right w:w="95" w:type="dxa"/>
            </w:tcMar>
            <w:vAlign w:val="center"/>
          </w:tcPr>
          <w:p w14:paraId="3798AC54" w14:textId="77777777" w:rsidR="002E7DCF" w:rsidRPr="00717886" w:rsidRDefault="00A11917">
            <w:pPr>
              <w:spacing w:after="0" w:line="240" w:lineRule="auto"/>
              <w:jc w:val="center"/>
              <w:rPr>
                <w:rFonts w:cs="Times New Roman"/>
              </w:rPr>
            </w:pPr>
            <w:r w:rsidRPr="00717886">
              <w:rPr>
                <w:rFonts w:cs="Times New Roman"/>
                <w:sz w:val="14"/>
              </w:rPr>
              <w:t>I86987016</w:t>
            </w:r>
          </w:p>
        </w:tc>
        <w:tc>
          <w:tcPr>
            <w:tcW w:w="1007" w:type="dxa"/>
            <w:shd w:val="clear" w:color="auto" w:fill="F5F7F9"/>
            <w:tcMar>
              <w:top w:w="70" w:type="dxa"/>
              <w:left w:w="95" w:type="dxa"/>
              <w:bottom w:w="70" w:type="dxa"/>
              <w:right w:w="95" w:type="dxa"/>
            </w:tcMar>
            <w:vAlign w:val="center"/>
          </w:tcPr>
          <w:p w14:paraId="7717EDDA" w14:textId="77777777" w:rsidR="002E7DCF" w:rsidRPr="00717886" w:rsidRDefault="00A11917">
            <w:pPr>
              <w:spacing w:after="0" w:line="240" w:lineRule="auto"/>
              <w:jc w:val="center"/>
              <w:rPr>
                <w:rFonts w:cs="Times New Roman"/>
              </w:rPr>
            </w:pPr>
            <w:r w:rsidRPr="00717886">
              <w:rPr>
                <w:rFonts w:cs="Times New Roman"/>
                <w:sz w:val="14"/>
              </w:rPr>
              <w:t>026vcq606</w:t>
            </w:r>
          </w:p>
        </w:tc>
        <w:tc>
          <w:tcPr>
            <w:tcW w:w="1512" w:type="dxa"/>
            <w:shd w:val="clear" w:color="auto" w:fill="F5F7F9"/>
            <w:tcMar>
              <w:top w:w="70" w:type="dxa"/>
              <w:left w:w="95" w:type="dxa"/>
              <w:bottom w:w="70" w:type="dxa"/>
              <w:right w:w="95" w:type="dxa"/>
            </w:tcMar>
            <w:vAlign w:val="center"/>
          </w:tcPr>
          <w:p w14:paraId="6C0CAE24"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3D819549"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F48F540"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1CF5690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320E0C62" w14:textId="77777777">
        <w:trPr>
          <w:cantSplit/>
          <w:jc w:val="center"/>
        </w:trPr>
        <w:tc>
          <w:tcPr>
            <w:tcW w:w="648" w:type="dxa"/>
            <w:tcMar>
              <w:top w:w="70" w:type="dxa"/>
              <w:left w:w="95" w:type="dxa"/>
              <w:bottom w:w="70" w:type="dxa"/>
              <w:right w:w="95" w:type="dxa"/>
            </w:tcMar>
            <w:vAlign w:val="center"/>
          </w:tcPr>
          <w:p w14:paraId="3AA70F2A" w14:textId="77777777" w:rsidR="002E7DCF" w:rsidRPr="00717886" w:rsidRDefault="00A11917">
            <w:pPr>
              <w:spacing w:after="0" w:line="240" w:lineRule="auto"/>
              <w:jc w:val="center"/>
              <w:rPr>
                <w:rFonts w:cs="Times New Roman"/>
              </w:rPr>
            </w:pPr>
            <w:r w:rsidRPr="00717886">
              <w:rPr>
                <w:rFonts w:cs="Times New Roman"/>
                <w:sz w:val="14"/>
              </w:rPr>
              <w:t>AVI019</w:t>
            </w:r>
          </w:p>
        </w:tc>
        <w:tc>
          <w:tcPr>
            <w:tcW w:w="1036" w:type="dxa"/>
            <w:tcMar>
              <w:top w:w="70" w:type="dxa"/>
              <w:left w:w="95" w:type="dxa"/>
              <w:bottom w:w="70" w:type="dxa"/>
              <w:right w:w="95" w:type="dxa"/>
            </w:tcMar>
            <w:vAlign w:val="center"/>
          </w:tcPr>
          <w:p w14:paraId="35FD8584" w14:textId="77777777" w:rsidR="002E7DCF" w:rsidRPr="00717886" w:rsidRDefault="00A11917">
            <w:pPr>
              <w:spacing w:after="0" w:line="240" w:lineRule="auto"/>
              <w:jc w:val="center"/>
              <w:rPr>
                <w:rFonts w:cs="Times New Roman"/>
              </w:rPr>
            </w:pPr>
            <w:r w:rsidRPr="00717886">
              <w:rPr>
                <w:rFonts w:cs="Times New Roman"/>
                <w:sz w:val="14"/>
              </w:rPr>
              <w:t>I82880672</w:t>
            </w:r>
          </w:p>
        </w:tc>
        <w:tc>
          <w:tcPr>
            <w:tcW w:w="1007" w:type="dxa"/>
            <w:tcMar>
              <w:top w:w="70" w:type="dxa"/>
              <w:left w:w="95" w:type="dxa"/>
              <w:bottom w:w="70" w:type="dxa"/>
              <w:right w:w="95" w:type="dxa"/>
            </w:tcMar>
            <w:vAlign w:val="center"/>
          </w:tcPr>
          <w:p w14:paraId="59F7E8D3" w14:textId="77777777" w:rsidR="002E7DCF" w:rsidRPr="00717886" w:rsidRDefault="00A11917">
            <w:pPr>
              <w:spacing w:after="0" w:line="240" w:lineRule="auto"/>
              <w:jc w:val="center"/>
              <w:rPr>
                <w:rFonts w:cs="Times New Roman"/>
              </w:rPr>
            </w:pPr>
            <w:r w:rsidRPr="00717886">
              <w:rPr>
                <w:rFonts w:cs="Times New Roman"/>
                <w:sz w:val="14"/>
              </w:rPr>
              <w:t>00wk2mp56</w:t>
            </w:r>
          </w:p>
        </w:tc>
        <w:tc>
          <w:tcPr>
            <w:tcW w:w="1512" w:type="dxa"/>
            <w:tcMar>
              <w:top w:w="70" w:type="dxa"/>
              <w:left w:w="95" w:type="dxa"/>
              <w:bottom w:w="70" w:type="dxa"/>
              <w:right w:w="95" w:type="dxa"/>
            </w:tcMar>
            <w:vAlign w:val="center"/>
          </w:tcPr>
          <w:p w14:paraId="16ABD89F"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59A209CD"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85EE699"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2BC14F5A"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65577E7" w14:textId="77777777">
        <w:trPr>
          <w:cantSplit/>
          <w:jc w:val="center"/>
        </w:trPr>
        <w:tc>
          <w:tcPr>
            <w:tcW w:w="648" w:type="dxa"/>
            <w:shd w:val="clear" w:color="auto" w:fill="F5F7F9"/>
            <w:tcMar>
              <w:top w:w="70" w:type="dxa"/>
              <w:left w:w="95" w:type="dxa"/>
              <w:bottom w:w="70" w:type="dxa"/>
              <w:right w:w="95" w:type="dxa"/>
            </w:tcMar>
            <w:vAlign w:val="center"/>
          </w:tcPr>
          <w:p w14:paraId="5FFDD986" w14:textId="77777777" w:rsidR="002E7DCF" w:rsidRPr="00717886" w:rsidRDefault="00A11917">
            <w:pPr>
              <w:spacing w:after="0" w:line="240" w:lineRule="auto"/>
              <w:jc w:val="center"/>
              <w:rPr>
                <w:rFonts w:cs="Times New Roman"/>
              </w:rPr>
            </w:pPr>
            <w:r w:rsidRPr="00717886">
              <w:rPr>
                <w:rFonts w:cs="Times New Roman"/>
                <w:sz w:val="14"/>
              </w:rPr>
              <w:t>AVI020</w:t>
            </w:r>
          </w:p>
        </w:tc>
        <w:tc>
          <w:tcPr>
            <w:tcW w:w="1036" w:type="dxa"/>
            <w:shd w:val="clear" w:color="auto" w:fill="F5F7F9"/>
            <w:tcMar>
              <w:top w:w="70" w:type="dxa"/>
              <w:left w:w="95" w:type="dxa"/>
              <w:bottom w:w="70" w:type="dxa"/>
              <w:right w:w="95" w:type="dxa"/>
            </w:tcMar>
            <w:vAlign w:val="center"/>
          </w:tcPr>
          <w:p w14:paraId="288EE64A" w14:textId="77777777" w:rsidR="002E7DCF" w:rsidRPr="00717886" w:rsidRDefault="00A11917">
            <w:pPr>
              <w:spacing w:after="0" w:line="240" w:lineRule="auto"/>
              <w:jc w:val="center"/>
              <w:rPr>
                <w:rFonts w:cs="Times New Roman"/>
              </w:rPr>
            </w:pPr>
            <w:r w:rsidRPr="00717886">
              <w:rPr>
                <w:rFonts w:cs="Times New Roman"/>
                <w:sz w:val="14"/>
              </w:rPr>
              <w:t>I9842412</w:t>
            </w:r>
          </w:p>
        </w:tc>
        <w:tc>
          <w:tcPr>
            <w:tcW w:w="1007" w:type="dxa"/>
            <w:shd w:val="clear" w:color="auto" w:fill="F5F7F9"/>
            <w:tcMar>
              <w:top w:w="70" w:type="dxa"/>
              <w:left w:w="95" w:type="dxa"/>
              <w:bottom w:w="70" w:type="dxa"/>
              <w:right w:w="95" w:type="dxa"/>
            </w:tcMar>
            <w:vAlign w:val="center"/>
          </w:tcPr>
          <w:p w14:paraId="0D255AFC" w14:textId="77777777" w:rsidR="002E7DCF" w:rsidRPr="00717886" w:rsidRDefault="00A11917">
            <w:pPr>
              <w:spacing w:after="0" w:line="240" w:lineRule="auto"/>
              <w:jc w:val="center"/>
              <w:rPr>
                <w:rFonts w:cs="Times New Roman"/>
              </w:rPr>
            </w:pPr>
            <w:r w:rsidRPr="00717886">
              <w:rPr>
                <w:rFonts w:cs="Times New Roman"/>
                <w:sz w:val="14"/>
              </w:rPr>
              <w:t>01scyh794</w:t>
            </w:r>
          </w:p>
        </w:tc>
        <w:tc>
          <w:tcPr>
            <w:tcW w:w="1512" w:type="dxa"/>
            <w:shd w:val="clear" w:color="auto" w:fill="F5F7F9"/>
            <w:tcMar>
              <w:top w:w="70" w:type="dxa"/>
              <w:left w:w="95" w:type="dxa"/>
              <w:bottom w:w="70" w:type="dxa"/>
              <w:right w:w="95" w:type="dxa"/>
            </w:tcMar>
            <w:vAlign w:val="center"/>
          </w:tcPr>
          <w:p w14:paraId="6D202E91"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06A75349"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5C32CC7E"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23DBE7B9"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bl>
    <w:p w14:paraId="57E5AEA3" w14:textId="77777777" w:rsidR="002E7DCF" w:rsidRPr="00717886" w:rsidRDefault="002E7DCF">
      <w:pPr>
        <w:spacing w:after="0"/>
        <w:rPr>
          <w:rFonts w:cs="Times New Roman"/>
        </w:rPr>
      </w:pPr>
    </w:p>
    <w:p w14:paraId="21697543" w14:textId="77777777" w:rsidR="002E7DCF" w:rsidRPr="00717886" w:rsidRDefault="00A11917">
      <w:pPr>
        <w:keepNext/>
        <w:pageBreakBefore/>
        <w:spacing w:before="100" w:after="80"/>
        <w:rPr>
          <w:rFonts w:cs="Times New Roman"/>
        </w:rPr>
      </w:pPr>
      <w:r w:rsidRPr="00717886">
        <w:rPr>
          <w:rFonts w:cs="Times New Roman"/>
          <w:b/>
          <w:i/>
        </w:rPr>
        <w:lastRenderedPageBreak/>
        <w:t>Panel D. Identifier and lineage provenance for AVI021–AVI040</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648"/>
        <w:gridCol w:w="1036"/>
        <w:gridCol w:w="1007"/>
        <w:gridCol w:w="1512"/>
        <w:gridCol w:w="1036"/>
        <w:gridCol w:w="1728"/>
        <w:gridCol w:w="2808"/>
      </w:tblGrid>
      <w:tr w:rsidR="002E7DCF" w:rsidRPr="00717886" w14:paraId="3906DF41" w14:textId="77777777">
        <w:trPr>
          <w:cantSplit/>
          <w:tblHeader/>
          <w:jc w:val="center"/>
        </w:trPr>
        <w:tc>
          <w:tcPr>
            <w:tcW w:w="648" w:type="dxa"/>
            <w:shd w:val="clear" w:color="auto" w:fill="D9EAF7"/>
            <w:tcMar>
              <w:top w:w="70" w:type="dxa"/>
              <w:left w:w="95" w:type="dxa"/>
              <w:bottom w:w="70" w:type="dxa"/>
              <w:right w:w="95" w:type="dxa"/>
            </w:tcMar>
            <w:vAlign w:val="center"/>
          </w:tcPr>
          <w:p w14:paraId="65C46135" w14:textId="77777777" w:rsidR="002E7DCF" w:rsidRPr="00717886" w:rsidRDefault="00A11917">
            <w:pPr>
              <w:spacing w:after="0" w:line="240" w:lineRule="auto"/>
              <w:jc w:val="center"/>
              <w:rPr>
                <w:rFonts w:cs="Times New Roman"/>
              </w:rPr>
            </w:pPr>
            <w:r w:rsidRPr="00717886">
              <w:rPr>
                <w:rFonts w:cs="Times New Roman"/>
                <w:b/>
                <w:sz w:val="14"/>
              </w:rPr>
              <w:t>ID</w:t>
            </w:r>
          </w:p>
        </w:tc>
        <w:tc>
          <w:tcPr>
            <w:tcW w:w="1036" w:type="dxa"/>
            <w:shd w:val="clear" w:color="auto" w:fill="D9EAF7"/>
            <w:tcMar>
              <w:top w:w="70" w:type="dxa"/>
              <w:left w:w="95" w:type="dxa"/>
              <w:bottom w:w="70" w:type="dxa"/>
              <w:right w:w="95" w:type="dxa"/>
            </w:tcMar>
            <w:vAlign w:val="center"/>
          </w:tcPr>
          <w:p w14:paraId="39D20E3D" w14:textId="77777777" w:rsidR="002E7DCF" w:rsidRPr="00717886" w:rsidRDefault="00A11917">
            <w:pPr>
              <w:spacing w:after="0" w:line="240" w:lineRule="auto"/>
              <w:jc w:val="center"/>
              <w:rPr>
                <w:rFonts w:cs="Times New Roman"/>
              </w:rPr>
            </w:pPr>
            <w:r w:rsidRPr="00717886">
              <w:rPr>
                <w:rFonts w:cs="Times New Roman"/>
                <w:b/>
                <w:sz w:val="14"/>
              </w:rPr>
              <w:t>OpenAlex ID</w:t>
            </w:r>
          </w:p>
        </w:tc>
        <w:tc>
          <w:tcPr>
            <w:tcW w:w="1007" w:type="dxa"/>
            <w:shd w:val="clear" w:color="auto" w:fill="D9EAF7"/>
            <w:tcMar>
              <w:top w:w="70" w:type="dxa"/>
              <w:left w:w="95" w:type="dxa"/>
              <w:bottom w:w="70" w:type="dxa"/>
              <w:right w:w="95" w:type="dxa"/>
            </w:tcMar>
            <w:vAlign w:val="center"/>
          </w:tcPr>
          <w:p w14:paraId="4A7907C9" w14:textId="77777777" w:rsidR="002E7DCF" w:rsidRPr="00717886" w:rsidRDefault="00A11917">
            <w:pPr>
              <w:spacing w:after="0" w:line="240" w:lineRule="auto"/>
              <w:jc w:val="center"/>
              <w:rPr>
                <w:rFonts w:cs="Times New Roman"/>
              </w:rPr>
            </w:pPr>
            <w:r w:rsidRPr="00717886">
              <w:rPr>
                <w:rFonts w:cs="Times New Roman"/>
                <w:b/>
                <w:sz w:val="14"/>
              </w:rPr>
              <w:t>ROR ID</w:t>
            </w:r>
          </w:p>
        </w:tc>
        <w:tc>
          <w:tcPr>
            <w:tcW w:w="1512" w:type="dxa"/>
            <w:shd w:val="clear" w:color="auto" w:fill="D9EAF7"/>
            <w:tcMar>
              <w:top w:w="70" w:type="dxa"/>
              <w:left w:w="95" w:type="dxa"/>
              <w:bottom w:w="70" w:type="dxa"/>
              <w:right w:w="95" w:type="dxa"/>
            </w:tcMar>
            <w:vAlign w:val="center"/>
          </w:tcPr>
          <w:p w14:paraId="202C8AC1" w14:textId="77777777" w:rsidR="002E7DCF" w:rsidRPr="00717886" w:rsidRDefault="00A11917">
            <w:pPr>
              <w:spacing w:after="0" w:line="240" w:lineRule="auto"/>
              <w:rPr>
                <w:rFonts w:cs="Times New Roman"/>
              </w:rPr>
            </w:pPr>
            <w:r w:rsidRPr="00717886">
              <w:rPr>
                <w:rFonts w:cs="Times New Roman"/>
                <w:b/>
                <w:sz w:val="14"/>
              </w:rPr>
              <w:t>Identifier/discovery source</w:t>
            </w:r>
          </w:p>
        </w:tc>
        <w:tc>
          <w:tcPr>
            <w:tcW w:w="1036" w:type="dxa"/>
            <w:shd w:val="clear" w:color="auto" w:fill="D9EAF7"/>
            <w:tcMar>
              <w:top w:w="70" w:type="dxa"/>
              <w:left w:w="95" w:type="dxa"/>
              <w:bottom w:w="70" w:type="dxa"/>
              <w:right w:w="95" w:type="dxa"/>
            </w:tcMar>
            <w:vAlign w:val="center"/>
          </w:tcPr>
          <w:p w14:paraId="67D3D4B2" w14:textId="77777777" w:rsidR="002E7DCF" w:rsidRPr="00717886" w:rsidRDefault="00A11917">
            <w:pPr>
              <w:spacing w:after="0" w:line="240" w:lineRule="auto"/>
              <w:jc w:val="center"/>
              <w:rPr>
                <w:rFonts w:cs="Times New Roman"/>
              </w:rPr>
            </w:pPr>
            <w:r w:rsidRPr="00717886">
              <w:rPr>
                <w:rFonts w:cs="Times New Roman"/>
                <w:b/>
                <w:sz w:val="14"/>
              </w:rPr>
              <w:t>Screened</w:t>
            </w:r>
          </w:p>
        </w:tc>
        <w:tc>
          <w:tcPr>
            <w:tcW w:w="1728" w:type="dxa"/>
            <w:shd w:val="clear" w:color="auto" w:fill="D9EAF7"/>
            <w:tcMar>
              <w:top w:w="70" w:type="dxa"/>
              <w:left w:w="95" w:type="dxa"/>
              <w:bottom w:w="70" w:type="dxa"/>
              <w:right w:w="95" w:type="dxa"/>
            </w:tcMar>
            <w:vAlign w:val="center"/>
          </w:tcPr>
          <w:p w14:paraId="44938E8D" w14:textId="77777777" w:rsidR="002E7DCF" w:rsidRPr="00717886" w:rsidRDefault="00A11917">
            <w:pPr>
              <w:spacing w:after="0" w:line="240" w:lineRule="auto"/>
              <w:rPr>
                <w:rFonts w:cs="Times New Roman"/>
              </w:rPr>
            </w:pPr>
            <w:r w:rsidRPr="00717886">
              <w:rPr>
                <w:rFonts w:cs="Times New Roman"/>
                <w:b/>
                <w:sz w:val="14"/>
              </w:rPr>
              <w:t>Lineage decision</w:t>
            </w:r>
          </w:p>
        </w:tc>
        <w:tc>
          <w:tcPr>
            <w:tcW w:w="2808" w:type="dxa"/>
            <w:shd w:val="clear" w:color="auto" w:fill="D9EAF7"/>
            <w:tcMar>
              <w:top w:w="70" w:type="dxa"/>
              <w:left w:w="95" w:type="dxa"/>
              <w:bottom w:w="70" w:type="dxa"/>
              <w:right w:w="95" w:type="dxa"/>
            </w:tcMar>
            <w:vAlign w:val="center"/>
          </w:tcPr>
          <w:p w14:paraId="6BD0818D" w14:textId="77777777" w:rsidR="002E7DCF" w:rsidRPr="00717886" w:rsidRDefault="00A11917">
            <w:pPr>
              <w:spacing w:after="0" w:line="240" w:lineRule="auto"/>
              <w:rPr>
                <w:rFonts w:cs="Times New Roman"/>
              </w:rPr>
            </w:pPr>
            <w:r w:rsidRPr="00717886">
              <w:rPr>
                <w:rFonts w:cs="Times New Roman"/>
                <w:b/>
                <w:sz w:val="14"/>
              </w:rPr>
              <w:t>Analytical eligibility rationale</w:t>
            </w:r>
          </w:p>
        </w:tc>
      </w:tr>
      <w:tr w:rsidR="002E7DCF" w:rsidRPr="00717886" w14:paraId="7B6269E4" w14:textId="77777777">
        <w:trPr>
          <w:cantSplit/>
          <w:jc w:val="center"/>
        </w:trPr>
        <w:tc>
          <w:tcPr>
            <w:tcW w:w="648" w:type="dxa"/>
            <w:tcMar>
              <w:top w:w="70" w:type="dxa"/>
              <w:left w:w="95" w:type="dxa"/>
              <w:bottom w:w="70" w:type="dxa"/>
              <w:right w:w="95" w:type="dxa"/>
            </w:tcMar>
            <w:vAlign w:val="center"/>
          </w:tcPr>
          <w:p w14:paraId="57AFA325" w14:textId="77777777" w:rsidR="002E7DCF" w:rsidRPr="00717886" w:rsidRDefault="00A11917">
            <w:pPr>
              <w:spacing w:after="0" w:line="240" w:lineRule="auto"/>
              <w:jc w:val="center"/>
              <w:rPr>
                <w:rFonts w:cs="Times New Roman"/>
              </w:rPr>
            </w:pPr>
            <w:r w:rsidRPr="00717886">
              <w:rPr>
                <w:rFonts w:cs="Times New Roman"/>
                <w:sz w:val="14"/>
              </w:rPr>
              <w:t>AVI021</w:t>
            </w:r>
          </w:p>
        </w:tc>
        <w:tc>
          <w:tcPr>
            <w:tcW w:w="1036" w:type="dxa"/>
            <w:tcMar>
              <w:top w:w="70" w:type="dxa"/>
              <w:left w:w="95" w:type="dxa"/>
              <w:bottom w:w="70" w:type="dxa"/>
              <w:right w:w="95" w:type="dxa"/>
            </w:tcMar>
            <w:vAlign w:val="center"/>
          </w:tcPr>
          <w:p w14:paraId="081296D0" w14:textId="77777777" w:rsidR="002E7DCF" w:rsidRPr="00717886" w:rsidRDefault="00A11917">
            <w:pPr>
              <w:spacing w:after="0" w:line="240" w:lineRule="auto"/>
              <w:jc w:val="center"/>
              <w:rPr>
                <w:rFonts w:cs="Times New Roman"/>
              </w:rPr>
            </w:pPr>
            <w:r w:rsidRPr="00717886">
              <w:rPr>
                <w:rFonts w:cs="Times New Roman"/>
                <w:sz w:val="14"/>
              </w:rPr>
              <w:t>I17145004</w:t>
            </w:r>
          </w:p>
        </w:tc>
        <w:tc>
          <w:tcPr>
            <w:tcW w:w="1007" w:type="dxa"/>
            <w:tcMar>
              <w:top w:w="70" w:type="dxa"/>
              <w:left w:w="95" w:type="dxa"/>
              <w:bottom w:w="70" w:type="dxa"/>
              <w:right w:w="95" w:type="dxa"/>
            </w:tcMar>
            <w:vAlign w:val="center"/>
          </w:tcPr>
          <w:p w14:paraId="4C307145" w14:textId="77777777" w:rsidR="002E7DCF" w:rsidRPr="00717886" w:rsidRDefault="00A11917">
            <w:pPr>
              <w:spacing w:after="0" w:line="240" w:lineRule="auto"/>
              <w:jc w:val="center"/>
              <w:rPr>
                <w:rFonts w:cs="Times New Roman"/>
              </w:rPr>
            </w:pPr>
            <w:r w:rsidRPr="00717886">
              <w:rPr>
                <w:rFonts w:cs="Times New Roman"/>
                <w:sz w:val="14"/>
              </w:rPr>
              <w:t>01y0j0j86</w:t>
            </w:r>
          </w:p>
        </w:tc>
        <w:tc>
          <w:tcPr>
            <w:tcW w:w="1512" w:type="dxa"/>
            <w:tcMar>
              <w:top w:w="70" w:type="dxa"/>
              <w:left w:w="95" w:type="dxa"/>
              <w:bottom w:w="70" w:type="dxa"/>
              <w:right w:w="95" w:type="dxa"/>
            </w:tcMar>
            <w:vAlign w:val="center"/>
          </w:tcPr>
          <w:p w14:paraId="79763762"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4737AA34"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D89739E"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5D254F5C"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909BB99" w14:textId="77777777">
        <w:trPr>
          <w:cantSplit/>
          <w:jc w:val="center"/>
        </w:trPr>
        <w:tc>
          <w:tcPr>
            <w:tcW w:w="648" w:type="dxa"/>
            <w:shd w:val="clear" w:color="auto" w:fill="F5F7F9"/>
            <w:tcMar>
              <w:top w:w="70" w:type="dxa"/>
              <w:left w:w="95" w:type="dxa"/>
              <w:bottom w:w="70" w:type="dxa"/>
              <w:right w:w="95" w:type="dxa"/>
            </w:tcMar>
            <w:vAlign w:val="center"/>
          </w:tcPr>
          <w:p w14:paraId="09853822" w14:textId="77777777" w:rsidR="002E7DCF" w:rsidRPr="00717886" w:rsidRDefault="00A11917">
            <w:pPr>
              <w:spacing w:after="0" w:line="240" w:lineRule="auto"/>
              <w:jc w:val="center"/>
              <w:rPr>
                <w:rFonts w:cs="Times New Roman"/>
              </w:rPr>
            </w:pPr>
            <w:r w:rsidRPr="00717886">
              <w:rPr>
                <w:rFonts w:cs="Times New Roman"/>
                <w:sz w:val="14"/>
              </w:rPr>
              <w:t>AVI022</w:t>
            </w:r>
          </w:p>
        </w:tc>
        <w:tc>
          <w:tcPr>
            <w:tcW w:w="1036" w:type="dxa"/>
            <w:shd w:val="clear" w:color="auto" w:fill="F5F7F9"/>
            <w:tcMar>
              <w:top w:w="70" w:type="dxa"/>
              <w:left w:w="95" w:type="dxa"/>
              <w:bottom w:w="70" w:type="dxa"/>
              <w:right w:w="95" w:type="dxa"/>
            </w:tcMar>
            <w:vAlign w:val="center"/>
          </w:tcPr>
          <w:p w14:paraId="56C71DD5" w14:textId="77777777" w:rsidR="002E7DCF" w:rsidRPr="00717886" w:rsidRDefault="00A11917">
            <w:pPr>
              <w:spacing w:after="0" w:line="240" w:lineRule="auto"/>
              <w:jc w:val="center"/>
              <w:rPr>
                <w:rFonts w:cs="Times New Roman"/>
              </w:rPr>
            </w:pPr>
            <w:r w:rsidRPr="00717886">
              <w:rPr>
                <w:rFonts w:cs="Times New Roman"/>
                <w:sz w:val="14"/>
              </w:rPr>
              <w:t>I28813325</w:t>
            </w:r>
          </w:p>
        </w:tc>
        <w:tc>
          <w:tcPr>
            <w:tcW w:w="1007" w:type="dxa"/>
            <w:shd w:val="clear" w:color="auto" w:fill="F5F7F9"/>
            <w:tcMar>
              <w:top w:w="70" w:type="dxa"/>
              <w:left w:w="95" w:type="dxa"/>
              <w:bottom w:w="70" w:type="dxa"/>
              <w:right w:w="95" w:type="dxa"/>
            </w:tcMar>
            <w:vAlign w:val="center"/>
          </w:tcPr>
          <w:p w14:paraId="2FD05809" w14:textId="77777777" w:rsidR="002E7DCF" w:rsidRPr="00717886" w:rsidRDefault="00A11917">
            <w:pPr>
              <w:spacing w:after="0" w:line="240" w:lineRule="auto"/>
              <w:jc w:val="center"/>
              <w:rPr>
                <w:rFonts w:cs="Times New Roman"/>
              </w:rPr>
            </w:pPr>
            <w:r w:rsidRPr="00717886">
              <w:rPr>
                <w:rFonts w:cs="Times New Roman"/>
                <w:sz w:val="14"/>
              </w:rPr>
              <w:t>03je71k37</w:t>
            </w:r>
          </w:p>
        </w:tc>
        <w:tc>
          <w:tcPr>
            <w:tcW w:w="1512" w:type="dxa"/>
            <w:shd w:val="clear" w:color="auto" w:fill="F5F7F9"/>
            <w:tcMar>
              <w:top w:w="70" w:type="dxa"/>
              <w:left w:w="95" w:type="dxa"/>
              <w:bottom w:w="70" w:type="dxa"/>
              <w:right w:w="95" w:type="dxa"/>
            </w:tcMar>
            <w:vAlign w:val="center"/>
          </w:tcPr>
          <w:p w14:paraId="66CE1B12"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0BF17E86"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4A8F8D42"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002AE7C2"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3D391B7" w14:textId="77777777">
        <w:trPr>
          <w:cantSplit/>
          <w:jc w:val="center"/>
        </w:trPr>
        <w:tc>
          <w:tcPr>
            <w:tcW w:w="648" w:type="dxa"/>
            <w:tcMar>
              <w:top w:w="70" w:type="dxa"/>
              <w:left w:w="95" w:type="dxa"/>
              <w:bottom w:w="70" w:type="dxa"/>
              <w:right w:w="95" w:type="dxa"/>
            </w:tcMar>
            <w:vAlign w:val="center"/>
          </w:tcPr>
          <w:p w14:paraId="556E7FF3" w14:textId="77777777" w:rsidR="002E7DCF" w:rsidRPr="00717886" w:rsidRDefault="00A11917">
            <w:pPr>
              <w:spacing w:after="0" w:line="240" w:lineRule="auto"/>
              <w:jc w:val="center"/>
              <w:rPr>
                <w:rFonts w:cs="Times New Roman"/>
              </w:rPr>
            </w:pPr>
            <w:r w:rsidRPr="00717886">
              <w:rPr>
                <w:rFonts w:cs="Times New Roman"/>
                <w:sz w:val="14"/>
              </w:rPr>
              <w:t>AVI023</w:t>
            </w:r>
          </w:p>
        </w:tc>
        <w:tc>
          <w:tcPr>
            <w:tcW w:w="1036" w:type="dxa"/>
            <w:tcMar>
              <w:top w:w="70" w:type="dxa"/>
              <w:left w:w="95" w:type="dxa"/>
              <w:bottom w:w="70" w:type="dxa"/>
              <w:right w:w="95" w:type="dxa"/>
            </w:tcMar>
            <w:vAlign w:val="center"/>
          </w:tcPr>
          <w:p w14:paraId="0B2F6B4E" w14:textId="77777777" w:rsidR="002E7DCF" w:rsidRPr="00717886" w:rsidRDefault="00A11917">
            <w:pPr>
              <w:spacing w:after="0" w:line="240" w:lineRule="auto"/>
              <w:jc w:val="center"/>
              <w:rPr>
                <w:rFonts w:cs="Times New Roman"/>
              </w:rPr>
            </w:pPr>
            <w:r w:rsidRPr="00717886">
              <w:rPr>
                <w:rFonts w:cs="Times New Roman"/>
                <w:sz w:val="14"/>
              </w:rPr>
              <w:t>I14243506</w:t>
            </w:r>
          </w:p>
        </w:tc>
        <w:tc>
          <w:tcPr>
            <w:tcW w:w="1007" w:type="dxa"/>
            <w:tcMar>
              <w:top w:w="70" w:type="dxa"/>
              <w:left w:w="95" w:type="dxa"/>
              <w:bottom w:w="70" w:type="dxa"/>
              <w:right w:w="95" w:type="dxa"/>
            </w:tcMar>
            <w:vAlign w:val="center"/>
          </w:tcPr>
          <w:p w14:paraId="35345851" w14:textId="77777777" w:rsidR="002E7DCF" w:rsidRPr="00717886" w:rsidRDefault="00A11917">
            <w:pPr>
              <w:spacing w:after="0" w:line="240" w:lineRule="auto"/>
              <w:jc w:val="center"/>
              <w:rPr>
                <w:rFonts w:cs="Times New Roman"/>
              </w:rPr>
            </w:pPr>
            <w:r w:rsidRPr="00717886">
              <w:rPr>
                <w:rFonts w:cs="Times New Roman"/>
                <w:sz w:val="14"/>
              </w:rPr>
              <w:t>0030zas98</w:t>
            </w:r>
          </w:p>
        </w:tc>
        <w:tc>
          <w:tcPr>
            <w:tcW w:w="1512" w:type="dxa"/>
            <w:tcMar>
              <w:top w:w="70" w:type="dxa"/>
              <w:left w:w="95" w:type="dxa"/>
              <w:bottom w:w="70" w:type="dxa"/>
              <w:right w:w="95" w:type="dxa"/>
            </w:tcMar>
            <w:vAlign w:val="center"/>
          </w:tcPr>
          <w:p w14:paraId="342CF21E"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3B5148CF"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862F3DB"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4731FD69"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1D86AA5E" w14:textId="77777777">
        <w:trPr>
          <w:cantSplit/>
          <w:jc w:val="center"/>
        </w:trPr>
        <w:tc>
          <w:tcPr>
            <w:tcW w:w="648" w:type="dxa"/>
            <w:shd w:val="clear" w:color="auto" w:fill="F5F7F9"/>
            <w:tcMar>
              <w:top w:w="70" w:type="dxa"/>
              <w:left w:w="95" w:type="dxa"/>
              <w:bottom w:w="70" w:type="dxa"/>
              <w:right w:w="95" w:type="dxa"/>
            </w:tcMar>
            <w:vAlign w:val="center"/>
          </w:tcPr>
          <w:p w14:paraId="4689FAE3" w14:textId="77777777" w:rsidR="002E7DCF" w:rsidRPr="00717886" w:rsidRDefault="00A11917">
            <w:pPr>
              <w:spacing w:after="0" w:line="240" w:lineRule="auto"/>
              <w:jc w:val="center"/>
              <w:rPr>
                <w:rFonts w:cs="Times New Roman"/>
              </w:rPr>
            </w:pPr>
            <w:r w:rsidRPr="00717886">
              <w:rPr>
                <w:rFonts w:cs="Times New Roman"/>
                <w:sz w:val="14"/>
              </w:rPr>
              <w:t>AVI024</w:t>
            </w:r>
          </w:p>
        </w:tc>
        <w:tc>
          <w:tcPr>
            <w:tcW w:w="1036" w:type="dxa"/>
            <w:shd w:val="clear" w:color="auto" w:fill="F5F7F9"/>
            <w:tcMar>
              <w:top w:w="70" w:type="dxa"/>
              <w:left w:w="95" w:type="dxa"/>
              <w:bottom w:w="70" w:type="dxa"/>
              <w:right w:w="95" w:type="dxa"/>
            </w:tcMar>
            <w:vAlign w:val="center"/>
          </w:tcPr>
          <w:p w14:paraId="366AB566" w14:textId="77777777" w:rsidR="002E7DCF" w:rsidRPr="00717886" w:rsidRDefault="00A11917">
            <w:pPr>
              <w:spacing w:after="0" w:line="240" w:lineRule="auto"/>
              <w:jc w:val="center"/>
              <w:rPr>
                <w:rFonts w:cs="Times New Roman"/>
              </w:rPr>
            </w:pPr>
            <w:r w:rsidRPr="00717886">
              <w:rPr>
                <w:rFonts w:cs="Times New Roman"/>
                <w:sz w:val="14"/>
              </w:rPr>
              <w:t>I172675005</w:t>
            </w:r>
          </w:p>
        </w:tc>
        <w:tc>
          <w:tcPr>
            <w:tcW w:w="1007" w:type="dxa"/>
            <w:shd w:val="clear" w:color="auto" w:fill="F5F7F9"/>
            <w:tcMar>
              <w:top w:w="70" w:type="dxa"/>
              <w:left w:w="95" w:type="dxa"/>
              <w:bottom w:w="70" w:type="dxa"/>
              <w:right w:w="95" w:type="dxa"/>
            </w:tcMar>
            <w:vAlign w:val="center"/>
          </w:tcPr>
          <w:p w14:paraId="36BDE937" w14:textId="77777777" w:rsidR="002E7DCF" w:rsidRPr="00717886" w:rsidRDefault="00A11917">
            <w:pPr>
              <w:spacing w:after="0" w:line="240" w:lineRule="auto"/>
              <w:jc w:val="center"/>
              <w:rPr>
                <w:rFonts w:cs="Times New Roman"/>
              </w:rPr>
            </w:pPr>
            <w:r w:rsidRPr="00717886">
              <w:rPr>
                <w:rFonts w:cs="Times New Roman"/>
                <w:sz w:val="14"/>
              </w:rPr>
              <w:t>02e7b5302</w:t>
            </w:r>
          </w:p>
        </w:tc>
        <w:tc>
          <w:tcPr>
            <w:tcW w:w="1512" w:type="dxa"/>
            <w:shd w:val="clear" w:color="auto" w:fill="F5F7F9"/>
            <w:tcMar>
              <w:top w:w="70" w:type="dxa"/>
              <w:left w:w="95" w:type="dxa"/>
              <w:bottom w:w="70" w:type="dxa"/>
              <w:right w:w="95" w:type="dxa"/>
            </w:tcMar>
            <w:vAlign w:val="center"/>
          </w:tcPr>
          <w:p w14:paraId="2EA8B0AF"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188EEAEA"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3DD6D578"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5C83ADA"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0EF9DDA" w14:textId="77777777">
        <w:trPr>
          <w:cantSplit/>
          <w:jc w:val="center"/>
        </w:trPr>
        <w:tc>
          <w:tcPr>
            <w:tcW w:w="648" w:type="dxa"/>
            <w:tcMar>
              <w:top w:w="70" w:type="dxa"/>
              <w:left w:w="95" w:type="dxa"/>
              <w:bottom w:w="70" w:type="dxa"/>
              <w:right w:w="95" w:type="dxa"/>
            </w:tcMar>
            <w:vAlign w:val="center"/>
          </w:tcPr>
          <w:p w14:paraId="5242A4A6" w14:textId="77777777" w:rsidR="002E7DCF" w:rsidRPr="00717886" w:rsidRDefault="00A11917">
            <w:pPr>
              <w:spacing w:after="0" w:line="240" w:lineRule="auto"/>
              <w:jc w:val="center"/>
              <w:rPr>
                <w:rFonts w:cs="Times New Roman"/>
              </w:rPr>
            </w:pPr>
            <w:r w:rsidRPr="00717886">
              <w:rPr>
                <w:rFonts w:cs="Times New Roman"/>
                <w:sz w:val="14"/>
              </w:rPr>
              <w:t>AVI025</w:t>
            </w:r>
          </w:p>
        </w:tc>
        <w:tc>
          <w:tcPr>
            <w:tcW w:w="1036" w:type="dxa"/>
            <w:tcMar>
              <w:top w:w="70" w:type="dxa"/>
              <w:left w:w="95" w:type="dxa"/>
              <w:bottom w:w="70" w:type="dxa"/>
              <w:right w:w="95" w:type="dxa"/>
            </w:tcMar>
            <w:vAlign w:val="center"/>
          </w:tcPr>
          <w:p w14:paraId="61B35F9A" w14:textId="77777777" w:rsidR="002E7DCF" w:rsidRPr="00717886" w:rsidRDefault="00A11917">
            <w:pPr>
              <w:spacing w:after="0" w:line="240" w:lineRule="auto"/>
              <w:jc w:val="center"/>
              <w:rPr>
                <w:rFonts w:cs="Times New Roman"/>
              </w:rPr>
            </w:pPr>
            <w:r w:rsidRPr="00717886">
              <w:rPr>
                <w:rFonts w:cs="Times New Roman"/>
                <w:sz w:val="14"/>
              </w:rPr>
              <w:t>I165932596</w:t>
            </w:r>
          </w:p>
        </w:tc>
        <w:tc>
          <w:tcPr>
            <w:tcW w:w="1007" w:type="dxa"/>
            <w:tcMar>
              <w:top w:w="70" w:type="dxa"/>
              <w:left w:w="95" w:type="dxa"/>
              <w:bottom w:w="70" w:type="dxa"/>
              <w:right w:w="95" w:type="dxa"/>
            </w:tcMar>
            <w:vAlign w:val="center"/>
          </w:tcPr>
          <w:p w14:paraId="396774FB" w14:textId="77777777" w:rsidR="002E7DCF" w:rsidRPr="00717886" w:rsidRDefault="00A11917">
            <w:pPr>
              <w:spacing w:after="0" w:line="240" w:lineRule="auto"/>
              <w:jc w:val="center"/>
              <w:rPr>
                <w:rFonts w:cs="Times New Roman"/>
              </w:rPr>
            </w:pPr>
            <w:r w:rsidRPr="00717886">
              <w:rPr>
                <w:rFonts w:cs="Times New Roman"/>
                <w:sz w:val="14"/>
              </w:rPr>
              <w:t>01tgyzw49</w:t>
            </w:r>
          </w:p>
        </w:tc>
        <w:tc>
          <w:tcPr>
            <w:tcW w:w="1512" w:type="dxa"/>
            <w:tcMar>
              <w:top w:w="70" w:type="dxa"/>
              <w:left w:w="95" w:type="dxa"/>
              <w:bottom w:w="70" w:type="dxa"/>
              <w:right w:w="95" w:type="dxa"/>
            </w:tcMar>
            <w:vAlign w:val="center"/>
          </w:tcPr>
          <w:p w14:paraId="50FF9973"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78AEA990"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5FAC02E1"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64F75E75"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BF53861" w14:textId="77777777">
        <w:trPr>
          <w:cantSplit/>
          <w:jc w:val="center"/>
        </w:trPr>
        <w:tc>
          <w:tcPr>
            <w:tcW w:w="648" w:type="dxa"/>
            <w:shd w:val="clear" w:color="auto" w:fill="F5F7F9"/>
            <w:tcMar>
              <w:top w:w="70" w:type="dxa"/>
              <w:left w:w="95" w:type="dxa"/>
              <w:bottom w:w="70" w:type="dxa"/>
              <w:right w:w="95" w:type="dxa"/>
            </w:tcMar>
            <w:vAlign w:val="center"/>
          </w:tcPr>
          <w:p w14:paraId="03876487" w14:textId="77777777" w:rsidR="002E7DCF" w:rsidRPr="00717886" w:rsidRDefault="00A11917">
            <w:pPr>
              <w:spacing w:after="0" w:line="240" w:lineRule="auto"/>
              <w:jc w:val="center"/>
              <w:rPr>
                <w:rFonts w:cs="Times New Roman"/>
              </w:rPr>
            </w:pPr>
            <w:r w:rsidRPr="00717886">
              <w:rPr>
                <w:rFonts w:cs="Times New Roman"/>
                <w:sz w:val="14"/>
              </w:rPr>
              <w:t>AVI026</w:t>
            </w:r>
          </w:p>
        </w:tc>
        <w:tc>
          <w:tcPr>
            <w:tcW w:w="1036" w:type="dxa"/>
            <w:shd w:val="clear" w:color="auto" w:fill="F5F7F9"/>
            <w:tcMar>
              <w:top w:w="70" w:type="dxa"/>
              <w:left w:w="95" w:type="dxa"/>
              <w:bottom w:w="70" w:type="dxa"/>
              <w:right w:w="95" w:type="dxa"/>
            </w:tcMar>
            <w:vAlign w:val="center"/>
          </w:tcPr>
          <w:p w14:paraId="7C284896" w14:textId="77777777" w:rsidR="002E7DCF" w:rsidRPr="00717886" w:rsidRDefault="00A11917">
            <w:pPr>
              <w:spacing w:after="0" w:line="240" w:lineRule="auto"/>
              <w:jc w:val="center"/>
              <w:rPr>
                <w:rFonts w:cs="Times New Roman"/>
              </w:rPr>
            </w:pPr>
            <w:r w:rsidRPr="00717886">
              <w:rPr>
                <w:rFonts w:cs="Times New Roman"/>
                <w:sz w:val="14"/>
              </w:rPr>
              <w:t>I24456540</w:t>
            </w:r>
          </w:p>
        </w:tc>
        <w:tc>
          <w:tcPr>
            <w:tcW w:w="1007" w:type="dxa"/>
            <w:shd w:val="clear" w:color="auto" w:fill="F5F7F9"/>
            <w:tcMar>
              <w:top w:w="70" w:type="dxa"/>
              <w:left w:w="95" w:type="dxa"/>
              <w:bottom w:w="70" w:type="dxa"/>
              <w:right w:w="95" w:type="dxa"/>
            </w:tcMar>
            <w:vAlign w:val="center"/>
          </w:tcPr>
          <w:p w14:paraId="30759B03" w14:textId="77777777" w:rsidR="002E7DCF" w:rsidRPr="00717886" w:rsidRDefault="00A11917">
            <w:pPr>
              <w:spacing w:after="0" w:line="240" w:lineRule="auto"/>
              <w:jc w:val="center"/>
              <w:rPr>
                <w:rFonts w:cs="Times New Roman"/>
              </w:rPr>
            </w:pPr>
            <w:r w:rsidRPr="00717886">
              <w:rPr>
                <w:rFonts w:cs="Times New Roman"/>
                <w:sz w:val="14"/>
              </w:rPr>
              <w:t>05jmm0651</w:t>
            </w:r>
          </w:p>
        </w:tc>
        <w:tc>
          <w:tcPr>
            <w:tcW w:w="1512" w:type="dxa"/>
            <w:shd w:val="clear" w:color="auto" w:fill="F5F7F9"/>
            <w:tcMar>
              <w:top w:w="70" w:type="dxa"/>
              <w:left w:w="95" w:type="dxa"/>
              <w:bottom w:w="70" w:type="dxa"/>
              <w:right w:w="95" w:type="dxa"/>
            </w:tcMar>
            <w:vAlign w:val="center"/>
          </w:tcPr>
          <w:p w14:paraId="2AC887B3" w14:textId="77777777" w:rsidR="002E7DCF" w:rsidRPr="00717886" w:rsidRDefault="00A11917">
            <w:pPr>
              <w:spacing w:after="0" w:line="240" w:lineRule="auto"/>
              <w:rPr>
                <w:rFonts w:cs="Times New Roman"/>
              </w:rPr>
            </w:pPr>
            <w:r w:rsidRPr="00717886">
              <w:rPr>
                <w:rFonts w:cs="Times New Roman"/>
                <w:sz w:val="14"/>
              </w:rPr>
              <w:t>Institutional website</w:t>
            </w:r>
          </w:p>
        </w:tc>
        <w:tc>
          <w:tcPr>
            <w:tcW w:w="1036" w:type="dxa"/>
            <w:shd w:val="clear" w:color="auto" w:fill="F5F7F9"/>
            <w:tcMar>
              <w:top w:w="70" w:type="dxa"/>
              <w:left w:w="95" w:type="dxa"/>
              <w:bottom w:w="70" w:type="dxa"/>
              <w:right w:w="95" w:type="dxa"/>
            </w:tcMar>
            <w:vAlign w:val="center"/>
          </w:tcPr>
          <w:p w14:paraId="6A0AAE0C"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36C40243"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1897A081"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3A29AF60" w14:textId="77777777">
        <w:trPr>
          <w:cantSplit/>
          <w:jc w:val="center"/>
        </w:trPr>
        <w:tc>
          <w:tcPr>
            <w:tcW w:w="648" w:type="dxa"/>
            <w:tcMar>
              <w:top w:w="70" w:type="dxa"/>
              <w:left w:w="95" w:type="dxa"/>
              <w:bottom w:w="70" w:type="dxa"/>
              <w:right w:w="95" w:type="dxa"/>
            </w:tcMar>
            <w:vAlign w:val="center"/>
          </w:tcPr>
          <w:p w14:paraId="5980879A" w14:textId="77777777" w:rsidR="002E7DCF" w:rsidRPr="00717886" w:rsidRDefault="00A11917">
            <w:pPr>
              <w:spacing w:after="0" w:line="240" w:lineRule="auto"/>
              <w:jc w:val="center"/>
              <w:rPr>
                <w:rFonts w:cs="Times New Roman"/>
              </w:rPr>
            </w:pPr>
            <w:r w:rsidRPr="00717886">
              <w:rPr>
                <w:rFonts w:cs="Times New Roman"/>
                <w:sz w:val="14"/>
              </w:rPr>
              <w:t>AVI027</w:t>
            </w:r>
          </w:p>
        </w:tc>
        <w:tc>
          <w:tcPr>
            <w:tcW w:w="1036" w:type="dxa"/>
            <w:tcMar>
              <w:top w:w="70" w:type="dxa"/>
              <w:left w:w="95" w:type="dxa"/>
              <w:bottom w:w="70" w:type="dxa"/>
              <w:right w:w="95" w:type="dxa"/>
            </w:tcMar>
            <w:vAlign w:val="center"/>
          </w:tcPr>
          <w:p w14:paraId="32DEF8C9" w14:textId="77777777" w:rsidR="002E7DCF" w:rsidRPr="00717886" w:rsidRDefault="00A11917">
            <w:pPr>
              <w:spacing w:after="0" w:line="240" w:lineRule="auto"/>
              <w:jc w:val="center"/>
              <w:rPr>
                <w:rFonts w:cs="Times New Roman"/>
              </w:rPr>
            </w:pPr>
            <w:r w:rsidRPr="00717886">
              <w:rPr>
                <w:rFonts w:cs="Times New Roman"/>
                <w:sz w:val="14"/>
              </w:rPr>
              <w:t>I139264467</w:t>
            </w:r>
          </w:p>
        </w:tc>
        <w:tc>
          <w:tcPr>
            <w:tcW w:w="1007" w:type="dxa"/>
            <w:tcMar>
              <w:top w:w="70" w:type="dxa"/>
              <w:left w:w="95" w:type="dxa"/>
              <w:bottom w:w="70" w:type="dxa"/>
              <w:right w:w="95" w:type="dxa"/>
            </w:tcMar>
            <w:vAlign w:val="center"/>
          </w:tcPr>
          <w:p w14:paraId="2EFB08B1" w14:textId="77777777" w:rsidR="002E7DCF" w:rsidRPr="00717886" w:rsidRDefault="00A11917">
            <w:pPr>
              <w:spacing w:after="0" w:line="240" w:lineRule="auto"/>
              <w:jc w:val="center"/>
              <w:rPr>
                <w:rFonts w:cs="Times New Roman"/>
              </w:rPr>
            </w:pPr>
            <w:r w:rsidRPr="00717886">
              <w:rPr>
                <w:rFonts w:cs="Times New Roman"/>
                <w:sz w:val="14"/>
              </w:rPr>
              <w:t>04h9pn542</w:t>
            </w:r>
          </w:p>
        </w:tc>
        <w:tc>
          <w:tcPr>
            <w:tcW w:w="1512" w:type="dxa"/>
            <w:tcMar>
              <w:top w:w="70" w:type="dxa"/>
              <w:left w:w="95" w:type="dxa"/>
              <w:bottom w:w="70" w:type="dxa"/>
              <w:right w:w="95" w:type="dxa"/>
            </w:tcMar>
            <w:vAlign w:val="center"/>
          </w:tcPr>
          <w:p w14:paraId="6F8947B0" w14:textId="77777777" w:rsidR="002E7DCF" w:rsidRPr="00717886" w:rsidRDefault="00A11917">
            <w:pPr>
              <w:spacing w:after="0" w:line="240" w:lineRule="auto"/>
              <w:rPr>
                <w:rFonts w:cs="Times New Roman"/>
              </w:rPr>
            </w:pPr>
            <w:r w:rsidRPr="00717886">
              <w:rPr>
                <w:rFonts w:cs="Times New Roman"/>
                <w:sz w:val="14"/>
              </w:rPr>
              <w:t>Wikidata record</w:t>
            </w:r>
          </w:p>
        </w:tc>
        <w:tc>
          <w:tcPr>
            <w:tcW w:w="1036" w:type="dxa"/>
            <w:tcMar>
              <w:top w:w="70" w:type="dxa"/>
              <w:left w:w="95" w:type="dxa"/>
              <w:bottom w:w="70" w:type="dxa"/>
              <w:right w:w="95" w:type="dxa"/>
            </w:tcMar>
            <w:vAlign w:val="center"/>
          </w:tcPr>
          <w:p w14:paraId="00901F88"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41649CC"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5619E31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234C0943" w14:textId="77777777">
        <w:trPr>
          <w:cantSplit/>
          <w:jc w:val="center"/>
        </w:trPr>
        <w:tc>
          <w:tcPr>
            <w:tcW w:w="648" w:type="dxa"/>
            <w:shd w:val="clear" w:color="auto" w:fill="F5F7F9"/>
            <w:tcMar>
              <w:top w:w="70" w:type="dxa"/>
              <w:left w:w="95" w:type="dxa"/>
              <w:bottom w:w="70" w:type="dxa"/>
              <w:right w:w="95" w:type="dxa"/>
            </w:tcMar>
            <w:vAlign w:val="center"/>
          </w:tcPr>
          <w:p w14:paraId="6C39D914" w14:textId="77777777" w:rsidR="002E7DCF" w:rsidRPr="00717886" w:rsidRDefault="00A11917">
            <w:pPr>
              <w:spacing w:after="0" w:line="240" w:lineRule="auto"/>
              <w:jc w:val="center"/>
              <w:rPr>
                <w:rFonts w:cs="Times New Roman"/>
              </w:rPr>
            </w:pPr>
            <w:r w:rsidRPr="00717886">
              <w:rPr>
                <w:rFonts w:cs="Times New Roman"/>
                <w:sz w:val="14"/>
              </w:rPr>
              <w:t>AVI028</w:t>
            </w:r>
          </w:p>
        </w:tc>
        <w:tc>
          <w:tcPr>
            <w:tcW w:w="1036" w:type="dxa"/>
            <w:shd w:val="clear" w:color="auto" w:fill="F5F7F9"/>
            <w:tcMar>
              <w:top w:w="70" w:type="dxa"/>
              <w:left w:w="95" w:type="dxa"/>
              <w:bottom w:w="70" w:type="dxa"/>
              <w:right w:w="95" w:type="dxa"/>
            </w:tcMar>
            <w:vAlign w:val="center"/>
          </w:tcPr>
          <w:p w14:paraId="0249C0FE" w14:textId="77777777" w:rsidR="002E7DCF" w:rsidRPr="00717886" w:rsidRDefault="00A11917">
            <w:pPr>
              <w:spacing w:after="0" w:line="240" w:lineRule="auto"/>
              <w:jc w:val="center"/>
              <w:rPr>
                <w:rFonts w:cs="Times New Roman"/>
              </w:rPr>
            </w:pPr>
            <w:r w:rsidRPr="00717886">
              <w:rPr>
                <w:rFonts w:cs="Times New Roman"/>
                <w:sz w:val="14"/>
              </w:rPr>
              <w:t>I74801974</w:t>
            </w:r>
          </w:p>
        </w:tc>
        <w:tc>
          <w:tcPr>
            <w:tcW w:w="1007" w:type="dxa"/>
            <w:shd w:val="clear" w:color="auto" w:fill="F5F7F9"/>
            <w:tcMar>
              <w:top w:w="70" w:type="dxa"/>
              <w:left w:w="95" w:type="dxa"/>
              <w:bottom w:w="70" w:type="dxa"/>
              <w:right w:w="95" w:type="dxa"/>
            </w:tcMar>
            <w:vAlign w:val="center"/>
          </w:tcPr>
          <w:p w14:paraId="627D72F7" w14:textId="77777777" w:rsidR="002E7DCF" w:rsidRPr="00717886" w:rsidRDefault="00A11917">
            <w:pPr>
              <w:spacing w:after="0" w:line="240" w:lineRule="auto"/>
              <w:jc w:val="center"/>
              <w:rPr>
                <w:rFonts w:cs="Times New Roman"/>
              </w:rPr>
            </w:pPr>
            <w:r w:rsidRPr="00717886">
              <w:rPr>
                <w:rFonts w:cs="Times New Roman"/>
                <w:sz w:val="14"/>
              </w:rPr>
              <w:t>057zh3y96</w:t>
            </w:r>
          </w:p>
        </w:tc>
        <w:tc>
          <w:tcPr>
            <w:tcW w:w="1512" w:type="dxa"/>
            <w:shd w:val="clear" w:color="auto" w:fill="F5F7F9"/>
            <w:tcMar>
              <w:top w:w="70" w:type="dxa"/>
              <w:left w:w="95" w:type="dxa"/>
              <w:bottom w:w="70" w:type="dxa"/>
              <w:right w:w="95" w:type="dxa"/>
            </w:tcMar>
            <w:vAlign w:val="center"/>
          </w:tcPr>
          <w:p w14:paraId="01B04B66"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63492E1E"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097B193C"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5283BF3B"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9430A0F" w14:textId="77777777">
        <w:trPr>
          <w:cantSplit/>
          <w:jc w:val="center"/>
        </w:trPr>
        <w:tc>
          <w:tcPr>
            <w:tcW w:w="648" w:type="dxa"/>
            <w:tcMar>
              <w:top w:w="70" w:type="dxa"/>
              <w:left w:w="95" w:type="dxa"/>
              <w:bottom w:w="70" w:type="dxa"/>
              <w:right w:w="95" w:type="dxa"/>
            </w:tcMar>
            <w:vAlign w:val="center"/>
          </w:tcPr>
          <w:p w14:paraId="370C061D" w14:textId="77777777" w:rsidR="002E7DCF" w:rsidRPr="00717886" w:rsidRDefault="00A11917">
            <w:pPr>
              <w:spacing w:after="0" w:line="240" w:lineRule="auto"/>
              <w:jc w:val="center"/>
              <w:rPr>
                <w:rFonts w:cs="Times New Roman"/>
              </w:rPr>
            </w:pPr>
            <w:r w:rsidRPr="00717886">
              <w:rPr>
                <w:rFonts w:cs="Times New Roman"/>
                <w:sz w:val="14"/>
              </w:rPr>
              <w:t>AVI029</w:t>
            </w:r>
          </w:p>
        </w:tc>
        <w:tc>
          <w:tcPr>
            <w:tcW w:w="1036" w:type="dxa"/>
            <w:tcMar>
              <w:top w:w="70" w:type="dxa"/>
              <w:left w:w="95" w:type="dxa"/>
              <w:bottom w:w="70" w:type="dxa"/>
              <w:right w:w="95" w:type="dxa"/>
            </w:tcMar>
            <w:vAlign w:val="center"/>
          </w:tcPr>
          <w:p w14:paraId="635357E8" w14:textId="77777777" w:rsidR="002E7DCF" w:rsidRPr="00717886" w:rsidRDefault="00A11917">
            <w:pPr>
              <w:spacing w:after="0" w:line="240" w:lineRule="auto"/>
              <w:jc w:val="center"/>
              <w:rPr>
                <w:rFonts w:cs="Times New Roman"/>
              </w:rPr>
            </w:pPr>
            <w:r w:rsidRPr="00717886">
              <w:rPr>
                <w:rFonts w:cs="Times New Roman"/>
                <w:sz w:val="14"/>
              </w:rPr>
              <w:t>I94234084</w:t>
            </w:r>
          </w:p>
        </w:tc>
        <w:tc>
          <w:tcPr>
            <w:tcW w:w="1007" w:type="dxa"/>
            <w:tcMar>
              <w:top w:w="70" w:type="dxa"/>
              <w:left w:w="95" w:type="dxa"/>
              <w:bottom w:w="70" w:type="dxa"/>
              <w:right w:w="95" w:type="dxa"/>
            </w:tcMar>
            <w:vAlign w:val="center"/>
          </w:tcPr>
          <w:p w14:paraId="0F60432A" w14:textId="77777777" w:rsidR="002E7DCF" w:rsidRPr="00717886" w:rsidRDefault="00A11917">
            <w:pPr>
              <w:spacing w:after="0" w:line="240" w:lineRule="auto"/>
              <w:jc w:val="center"/>
              <w:rPr>
                <w:rFonts w:cs="Times New Roman"/>
              </w:rPr>
            </w:pPr>
            <w:r w:rsidRPr="00717886">
              <w:rPr>
                <w:rFonts w:cs="Times New Roman"/>
                <w:sz w:val="14"/>
              </w:rPr>
              <w:t>05pjsgx75</w:t>
            </w:r>
          </w:p>
        </w:tc>
        <w:tc>
          <w:tcPr>
            <w:tcW w:w="1512" w:type="dxa"/>
            <w:tcMar>
              <w:top w:w="70" w:type="dxa"/>
              <w:left w:w="95" w:type="dxa"/>
              <w:bottom w:w="70" w:type="dxa"/>
              <w:right w:w="95" w:type="dxa"/>
            </w:tcMar>
            <w:vAlign w:val="center"/>
          </w:tcPr>
          <w:p w14:paraId="7AFD5A9A"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6489B690"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122D8C74"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78720552"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0D5FDCC9" w14:textId="77777777">
        <w:trPr>
          <w:cantSplit/>
          <w:jc w:val="center"/>
        </w:trPr>
        <w:tc>
          <w:tcPr>
            <w:tcW w:w="648" w:type="dxa"/>
            <w:shd w:val="clear" w:color="auto" w:fill="F5F7F9"/>
            <w:tcMar>
              <w:top w:w="70" w:type="dxa"/>
              <w:left w:w="95" w:type="dxa"/>
              <w:bottom w:w="70" w:type="dxa"/>
              <w:right w:w="95" w:type="dxa"/>
            </w:tcMar>
            <w:vAlign w:val="center"/>
          </w:tcPr>
          <w:p w14:paraId="2BE5B140" w14:textId="77777777" w:rsidR="002E7DCF" w:rsidRPr="00717886" w:rsidRDefault="00A11917">
            <w:pPr>
              <w:spacing w:after="0" w:line="240" w:lineRule="auto"/>
              <w:jc w:val="center"/>
              <w:rPr>
                <w:rFonts w:cs="Times New Roman"/>
              </w:rPr>
            </w:pPr>
            <w:r w:rsidRPr="00717886">
              <w:rPr>
                <w:rFonts w:cs="Times New Roman"/>
                <w:sz w:val="14"/>
              </w:rPr>
              <w:t>AVI030</w:t>
            </w:r>
          </w:p>
        </w:tc>
        <w:tc>
          <w:tcPr>
            <w:tcW w:w="1036" w:type="dxa"/>
            <w:shd w:val="clear" w:color="auto" w:fill="F5F7F9"/>
            <w:tcMar>
              <w:top w:w="70" w:type="dxa"/>
              <w:left w:w="95" w:type="dxa"/>
              <w:bottom w:w="70" w:type="dxa"/>
              <w:right w:w="95" w:type="dxa"/>
            </w:tcMar>
            <w:vAlign w:val="center"/>
          </w:tcPr>
          <w:p w14:paraId="25CDA8E3" w14:textId="77777777" w:rsidR="002E7DCF" w:rsidRPr="00717886" w:rsidRDefault="00A11917">
            <w:pPr>
              <w:spacing w:after="0" w:line="240" w:lineRule="auto"/>
              <w:jc w:val="center"/>
              <w:rPr>
                <w:rFonts w:cs="Times New Roman"/>
              </w:rPr>
            </w:pPr>
            <w:r w:rsidRPr="00717886">
              <w:rPr>
                <w:rFonts w:cs="Times New Roman"/>
                <w:sz w:val="14"/>
              </w:rPr>
              <w:t>I59270414</w:t>
            </w:r>
          </w:p>
        </w:tc>
        <w:tc>
          <w:tcPr>
            <w:tcW w:w="1007" w:type="dxa"/>
            <w:shd w:val="clear" w:color="auto" w:fill="F5F7F9"/>
            <w:tcMar>
              <w:top w:w="70" w:type="dxa"/>
              <w:left w:w="95" w:type="dxa"/>
              <w:bottom w:w="70" w:type="dxa"/>
              <w:right w:w="95" w:type="dxa"/>
            </w:tcMar>
            <w:vAlign w:val="center"/>
          </w:tcPr>
          <w:p w14:paraId="5DD4CEA0" w14:textId="77777777" w:rsidR="002E7DCF" w:rsidRPr="00717886" w:rsidRDefault="00A11917">
            <w:pPr>
              <w:spacing w:after="0" w:line="240" w:lineRule="auto"/>
              <w:jc w:val="center"/>
              <w:rPr>
                <w:rFonts w:cs="Times New Roman"/>
              </w:rPr>
            </w:pPr>
            <w:r w:rsidRPr="00717886">
              <w:rPr>
                <w:rFonts w:cs="Times New Roman"/>
                <w:sz w:val="14"/>
              </w:rPr>
              <w:t>04dese585</w:t>
            </w:r>
          </w:p>
        </w:tc>
        <w:tc>
          <w:tcPr>
            <w:tcW w:w="1512" w:type="dxa"/>
            <w:shd w:val="clear" w:color="auto" w:fill="F5F7F9"/>
            <w:tcMar>
              <w:top w:w="70" w:type="dxa"/>
              <w:left w:w="95" w:type="dxa"/>
              <w:bottom w:w="70" w:type="dxa"/>
              <w:right w:w="95" w:type="dxa"/>
            </w:tcMar>
            <w:vAlign w:val="center"/>
          </w:tcPr>
          <w:p w14:paraId="4807B8E0"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6B4C40AA"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6759AB0C"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603DDC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4D3A3C5C" w14:textId="77777777">
        <w:trPr>
          <w:cantSplit/>
          <w:jc w:val="center"/>
        </w:trPr>
        <w:tc>
          <w:tcPr>
            <w:tcW w:w="648" w:type="dxa"/>
            <w:tcMar>
              <w:top w:w="70" w:type="dxa"/>
              <w:left w:w="95" w:type="dxa"/>
              <w:bottom w:w="70" w:type="dxa"/>
              <w:right w:w="95" w:type="dxa"/>
            </w:tcMar>
            <w:vAlign w:val="center"/>
          </w:tcPr>
          <w:p w14:paraId="31A5B535" w14:textId="77777777" w:rsidR="002E7DCF" w:rsidRPr="00717886" w:rsidRDefault="00A11917">
            <w:pPr>
              <w:spacing w:after="0" w:line="240" w:lineRule="auto"/>
              <w:jc w:val="center"/>
              <w:rPr>
                <w:rFonts w:cs="Times New Roman"/>
              </w:rPr>
            </w:pPr>
            <w:r w:rsidRPr="00717886">
              <w:rPr>
                <w:rFonts w:cs="Times New Roman"/>
                <w:sz w:val="14"/>
              </w:rPr>
              <w:t>AVI031</w:t>
            </w:r>
          </w:p>
        </w:tc>
        <w:tc>
          <w:tcPr>
            <w:tcW w:w="1036" w:type="dxa"/>
            <w:tcMar>
              <w:top w:w="70" w:type="dxa"/>
              <w:left w:w="95" w:type="dxa"/>
              <w:bottom w:w="70" w:type="dxa"/>
              <w:right w:w="95" w:type="dxa"/>
            </w:tcMar>
            <w:vAlign w:val="center"/>
          </w:tcPr>
          <w:p w14:paraId="3D256FD8" w14:textId="77777777" w:rsidR="002E7DCF" w:rsidRPr="00717886" w:rsidRDefault="00A11917">
            <w:pPr>
              <w:spacing w:after="0" w:line="240" w:lineRule="auto"/>
              <w:jc w:val="center"/>
              <w:rPr>
                <w:rFonts w:cs="Times New Roman"/>
              </w:rPr>
            </w:pPr>
            <w:r w:rsidRPr="00717886">
              <w:rPr>
                <w:rFonts w:cs="Times New Roman"/>
                <w:sz w:val="14"/>
              </w:rPr>
              <w:t>I82951845</w:t>
            </w:r>
          </w:p>
        </w:tc>
        <w:tc>
          <w:tcPr>
            <w:tcW w:w="1007" w:type="dxa"/>
            <w:tcMar>
              <w:top w:w="70" w:type="dxa"/>
              <w:left w:w="95" w:type="dxa"/>
              <w:bottom w:w="70" w:type="dxa"/>
              <w:right w:w="95" w:type="dxa"/>
            </w:tcMar>
            <w:vAlign w:val="center"/>
          </w:tcPr>
          <w:p w14:paraId="60409725" w14:textId="77777777" w:rsidR="002E7DCF" w:rsidRPr="00717886" w:rsidRDefault="00A11917">
            <w:pPr>
              <w:spacing w:after="0" w:line="240" w:lineRule="auto"/>
              <w:jc w:val="center"/>
              <w:rPr>
                <w:rFonts w:cs="Times New Roman"/>
              </w:rPr>
            </w:pPr>
            <w:r w:rsidRPr="00717886">
              <w:rPr>
                <w:rFonts w:cs="Times New Roman"/>
                <w:sz w:val="14"/>
              </w:rPr>
              <w:t>04ttjf776</w:t>
            </w:r>
          </w:p>
        </w:tc>
        <w:tc>
          <w:tcPr>
            <w:tcW w:w="1512" w:type="dxa"/>
            <w:tcMar>
              <w:top w:w="70" w:type="dxa"/>
              <w:left w:w="95" w:type="dxa"/>
              <w:bottom w:w="70" w:type="dxa"/>
              <w:right w:w="95" w:type="dxa"/>
            </w:tcMar>
            <w:vAlign w:val="center"/>
          </w:tcPr>
          <w:p w14:paraId="28F352F0"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19C19BA1"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37C2C2E"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3DB7BF7F"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79179AA4" w14:textId="77777777">
        <w:trPr>
          <w:cantSplit/>
          <w:jc w:val="center"/>
        </w:trPr>
        <w:tc>
          <w:tcPr>
            <w:tcW w:w="648" w:type="dxa"/>
            <w:shd w:val="clear" w:color="auto" w:fill="F5F7F9"/>
            <w:tcMar>
              <w:top w:w="70" w:type="dxa"/>
              <w:left w:w="95" w:type="dxa"/>
              <w:bottom w:w="70" w:type="dxa"/>
              <w:right w:w="95" w:type="dxa"/>
            </w:tcMar>
            <w:vAlign w:val="center"/>
          </w:tcPr>
          <w:p w14:paraId="4E2A6B5D" w14:textId="77777777" w:rsidR="002E7DCF" w:rsidRPr="00717886" w:rsidRDefault="00A11917">
            <w:pPr>
              <w:spacing w:after="0" w:line="240" w:lineRule="auto"/>
              <w:jc w:val="center"/>
              <w:rPr>
                <w:rFonts w:cs="Times New Roman"/>
              </w:rPr>
            </w:pPr>
            <w:r w:rsidRPr="00717886">
              <w:rPr>
                <w:rFonts w:cs="Times New Roman"/>
                <w:sz w:val="14"/>
              </w:rPr>
              <w:t>AVI032</w:t>
            </w:r>
          </w:p>
        </w:tc>
        <w:tc>
          <w:tcPr>
            <w:tcW w:w="1036" w:type="dxa"/>
            <w:shd w:val="clear" w:color="auto" w:fill="F5F7F9"/>
            <w:tcMar>
              <w:top w:w="70" w:type="dxa"/>
              <w:left w:w="95" w:type="dxa"/>
              <w:bottom w:w="70" w:type="dxa"/>
              <w:right w:w="95" w:type="dxa"/>
            </w:tcMar>
            <w:vAlign w:val="center"/>
          </w:tcPr>
          <w:p w14:paraId="4C65B5BC" w14:textId="77777777" w:rsidR="002E7DCF" w:rsidRPr="00717886" w:rsidRDefault="00A11917">
            <w:pPr>
              <w:spacing w:after="0" w:line="240" w:lineRule="auto"/>
              <w:jc w:val="center"/>
              <w:rPr>
                <w:rFonts w:cs="Times New Roman"/>
              </w:rPr>
            </w:pPr>
            <w:r w:rsidRPr="00717886">
              <w:rPr>
                <w:rFonts w:cs="Times New Roman"/>
                <w:sz w:val="14"/>
              </w:rPr>
              <w:t>I31746571</w:t>
            </w:r>
          </w:p>
        </w:tc>
        <w:tc>
          <w:tcPr>
            <w:tcW w:w="1007" w:type="dxa"/>
            <w:shd w:val="clear" w:color="auto" w:fill="F5F7F9"/>
            <w:tcMar>
              <w:top w:w="70" w:type="dxa"/>
              <w:left w:w="95" w:type="dxa"/>
              <w:bottom w:w="70" w:type="dxa"/>
              <w:right w:w="95" w:type="dxa"/>
            </w:tcMar>
            <w:vAlign w:val="center"/>
          </w:tcPr>
          <w:p w14:paraId="74F9DD29" w14:textId="77777777" w:rsidR="002E7DCF" w:rsidRPr="00717886" w:rsidRDefault="00A11917">
            <w:pPr>
              <w:spacing w:after="0" w:line="240" w:lineRule="auto"/>
              <w:jc w:val="center"/>
              <w:rPr>
                <w:rFonts w:cs="Times New Roman"/>
              </w:rPr>
            </w:pPr>
            <w:r w:rsidRPr="00717886">
              <w:rPr>
                <w:rFonts w:cs="Times New Roman"/>
                <w:sz w:val="14"/>
              </w:rPr>
              <w:t>03r8z3t63</w:t>
            </w:r>
          </w:p>
        </w:tc>
        <w:tc>
          <w:tcPr>
            <w:tcW w:w="1512" w:type="dxa"/>
            <w:shd w:val="clear" w:color="auto" w:fill="F5F7F9"/>
            <w:tcMar>
              <w:top w:w="70" w:type="dxa"/>
              <w:left w:w="95" w:type="dxa"/>
              <w:bottom w:w="70" w:type="dxa"/>
              <w:right w:w="95" w:type="dxa"/>
            </w:tcMar>
            <w:vAlign w:val="center"/>
          </w:tcPr>
          <w:p w14:paraId="30A6755E"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7CF15A35"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521E92E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9F64DE7"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3206887" w14:textId="77777777">
        <w:trPr>
          <w:cantSplit/>
          <w:jc w:val="center"/>
        </w:trPr>
        <w:tc>
          <w:tcPr>
            <w:tcW w:w="648" w:type="dxa"/>
            <w:tcMar>
              <w:top w:w="70" w:type="dxa"/>
              <w:left w:w="95" w:type="dxa"/>
              <w:bottom w:w="70" w:type="dxa"/>
              <w:right w:w="95" w:type="dxa"/>
            </w:tcMar>
            <w:vAlign w:val="center"/>
          </w:tcPr>
          <w:p w14:paraId="19946C02" w14:textId="77777777" w:rsidR="002E7DCF" w:rsidRPr="00717886" w:rsidRDefault="00A11917">
            <w:pPr>
              <w:spacing w:after="0" w:line="240" w:lineRule="auto"/>
              <w:jc w:val="center"/>
              <w:rPr>
                <w:rFonts w:cs="Times New Roman"/>
              </w:rPr>
            </w:pPr>
            <w:r w:rsidRPr="00717886">
              <w:rPr>
                <w:rFonts w:cs="Times New Roman"/>
                <w:sz w:val="14"/>
              </w:rPr>
              <w:t>AVI033</w:t>
            </w:r>
          </w:p>
        </w:tc>
        <w:tc>
          <w:tcPr>
            <w:tcW w:w="1036" w:type="dxa"/>
            <w:tcMar>
              <w:top w:w="70" w:type="dxa"/>
              <w:left w:w="95" w:type="dxa"/>
              <w:bottom w:w="70" w:type="dxa"/>
              <w:right w:w="95" w:type="dxa"/>
            </w:tcMar>
            <w:vAlign w:val="center"/>
          </w:tcPr>
          <w:p w14:paraId="6E0047E3" w14:textId="77777777" w:rsidR="002E7DCF" w:rsidRPr="00717886" w:rsidRDefault="00A11917">
            <w:pPr>
              <w:spacing w:after="0" w:line="240" w:lineRule="auto"/>
              <w:jc w:val="center"/>
              <w:rPr>
                <w:rFonts w:cs="Times New Roman"/>
              </w:rPr>
            </w:pPr>
            <w:r w:rsidRPr="00717886">
              <w:rPr>
                <w:rFonts w:cs="Times New Roman"/>
                <w:sz w:val="14"/>
              </w:rPr>
              <w:t>I129604602</w:t>
            </w:r>
          </w:p>
        </w:tc>
        <w:tc>
          <w:tcPr>
            <w:tcW w:w="1007" w:type="dxa"/>
            <w:tcMar>
              <w:top w:w="70" w:type="dxa"/>
              <w:left w:w="95" w:type="dxa"/>
              <w:bottom w:w="70" w:type="dxa"/>
              <w:right w:w="95" w:type="dxa"/>
            </w:tcMar>
            <w:vAlign w:val="center"/>
          </w:tcPr>
          <w:p w14:paraId="1BD2D464" w14:textId="77777777" w:rsidR="002E7DCF" w:rsidRPr="00717886" w:rsidRDefault="00A11917">
            <w:pPr>
              <w:spacing w:after="0" w:line="240" w:lineRule="auto"/>
              <w:jc w:val="center"/>
              <w:rPr>
                <w:rFonts w:cs="Times New Roman"/>
              </w:rPr>
            </w:pPr>
            <w:r w:rsidRPr="00717886">
              <w:rPr>
                <w:rFonts w:cs="Times New Roman"/>
                <w:sz w:val="14"/>
              </w:rPr>
              <w:t>0384j8v12</w:t>
            </w:r>
          </w:p>
        </w:tc>
        <w:tc>
          <w:tcPr>
            <w:tcW w:w="1512" w:type="dxa"/>
            <w:tcMar>
              <w:top w:w="70" w:type="dxa"/>
              <w:left w:w="95" w:type="dxa"/>
              <w:bottom w:w="70" w:type="dxa"/>
              <w:right w:w="95" w:type="dxa"/>
            </w:tcMar>
            <w:vAlign w:val="center"/>
          </w:tcPr>
          <w:p w14:paraId="022ABCCD"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3C99A7FD"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6DCE727F"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240B5DF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4CFB88C" w14:textId="77777777">
        <w:trPr>
          <w:cantSplit/>
          <w:jc w:val="center"/>
        </w:trPr>
        <w:tc>
          <w:tcPr>
            <w:tcW w:w="648" w:type="dxa"/>
            <w:shd w:val="clear" w:color="auto" w:fill="F5F7F9"/>
            <w:tcMar>
              <w:top w:w="70" w:type="dxa"/>
              <w:left w:w="95" w:type="dxa"/>
              <w:bottom w:w="70" w:type="dxa"/>
              <w:right w:w="95" w:type="dxa"/>
            </w:tcMar>
            <w:vAlign w:val="center"/>
          </w:tcPr>
          <w:p w14:paraId="6D56EBCA" w14:textId="77777777" w:rsidR="002E7DCF" w:rsidRPr="00717886" w:rsidRDefault="00A11917">
            <w:pPr>
              <w:spacing w:after="0" w:line="240" w:lineRule="auto"/>
              <w:jc w:val="center"/>
              <w:rPr>
                <w:rFonts w:cs="Times New Roman"/>
              </w:rPr>
            </w:pPr>
            <w:r w:rsidRPr="00717886">
              <w:rPr>
                <w:rFonts w:cs="Times New Roman"/>
                <w:sz w:val="14"/>
              </w:rPr>
              <w:t>AVI034</w:t>
            </w:r>
          </w:p>
        </w:tc>
        <w:tc>
          <w:tcPr>
            <w:tcW w:w="1036" w:type="dxa"/>
            <w:shd w:val="clear" w:color="auto" w:fill="F5F7F9"/>
            <w:tcMar>
              <w:top w:w="70" w:type="dxa"/>
              <w:left w:w="95" w:type="dxa"/>
              <w:bottom w:w="70" w:type="dxa"/>
              <w:right w:w="95" w:type="dxa"/>
            </w:tcMar>
            <w:vAlign w:val="center"/>
          </w:tcPr>
          <w:p w14:paraId="3AA0A20A" w14:textId="77777777" w:rsidR="002E7DCF" w:rsidRPr="00717886" w:rsidRDefault="00A11917">
            <w:pPr>
              <w:spacing w:after="0" w:line="240" w:lineRule="auto"/>
              <w:jc w:val="center"/>
              <w:rPr>
                <w:rFonts w:cs="Times New Roman"/>
              </w:rPr>
            </w:pPr>
            <w:r w:rsidRPr="00717886">
              <w:rPr>
                <w:rFonts w:cs="Times New Roman"/>
                <w:sz w:val="14"/>
              </w:rPr>
              <w:t>I165143802</w:t>
            </w:r>
          </w:p>
        </w:tc>
        <w:tc>
          <w:tcPr>
            <w:tcW w:w="1007" w:type="dxa"/>
            <w:shd w:val="clear" w:color="auto" w:fill="F5F7F9"/>
            <w:tcMar>
              <w:top w:w="70" w:type="dxa"/>
              <w:left w:w="95" w:type="dxa"/>
              <w:bottom w:w="70" w:type="dxa"/>
              <w:right w:w="95" w:type="dxa"/>
            </w:tcMar>
            <w:vAlign w:val="center"/>
          </w:tcPr>
          <w:p w14:paraId="3F7524A3" w14:textId="77777777" w:rsidR="002E7DCF" w:rsidRPr="00717886" w:rsidRDefault="00A11917">
            <w:pPr>
              <w:spacing w:after="0" w:line="240" w:lineRule="auto"/>
              <w:jc w:val="center"/>
              <w:rPr>
                <w:rFonts w:cs="Times New Roman"/>
              </w:rPr>
            </w:pPr>
            <w:r w:rsidRPr="00717886">
              <w:rPr>
                <w:rFonts w:cs="Times New Roman"/>
                <w:sz w:val="14"/>
              </w:rPr>
              <w:t>00rqy9422</w:t>
            </w:r>
          </w:p>
        </w:tc>
        <w:tc>
          <w:tcPr>
            <w:tcW w:w="1512" w:type="dxa"/>
            <w:shd w:val="clear" w:color="auto" w:fill="F5F7F9"/>
            <w:tcMar>
              <w:top w:w="70" w:type="dxa"/>
              <w:left w:w="95" w:type="dxa"/>
              <w:bottom w:w="70" w:type="dxa"/>
              <w:right w:w="95" w:type="dxa"/>
            </w:tcMar>
            <w:vAlign w:val="center"/>
          </w:tcPr>
          <w:p w14:paraId="0C0B543D"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29AB6587"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F62BCD1"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79F2706B"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12E6E8CB" w14:textId="77777777">
        <w:trPr>
          <w:cantSplit/>
          <w:jc w:val="center"/>
        </w:trPr>
        <w:tc>
          <w:tcPr>
            <w:tcW w:w="648" w:type="dxa"/>
            <w:tcMar>
              <w:top w:w="70" w:type="dxa"/>
              <w:left w:w="95" w:type="dxa"/>
              <w:bottom w:w="70" w:type="dxa"/>
              <w:right w:w="95" w:type="dxa"/>
            </w:tcMar>
            <w:vAlign w:val="center"/>
          </w:tcPr>
          <w:p w14:paraId="0FE7C07C" w14:textId="77777777" w:rsidR="002E7DCF" w:rsidRPr="00717886" w:rsidRDefault="00A11917">
            <w:pPr>
              <w:spacing w:after="0" w:line="240" w:lineRule="auto"/>
              <w:jc w:val="center"/>
              <w:rPr>
                <w:rFonts w:cs="Times New Roman"/>
              </w:rPr>
            </w:pPr>
            <w:r w:rsidRPr="00717886">
              <w:rPr>
                <w:rFonts w:cs="Times New Roman"/>
                <w:sz w:val="14"/>
              </w:rPr>
              <w:t>AVI035</w:t>
            </w:r>
          </w:p>
        </w:tc>
        <w:tc>
          <w:tcPr>
            <w:tcW w:w="1036" w:type="dxa"/>
            <w:tcMar>
              <w:top w:w="70" w:type="dxa"/>
              <w:left w:w="95" w:type="dxa"/>
              <w:bottom w:w="70" w:type="dxa"/>
              <w:right w:w="95" w:type="dxa"/>
            </w:tcMar>
            <w:vAlign w:val="center"/>
          </w:tcPr>
          <w:p w14:paraId="48CFFE8F" w14:textId="77777777" w:rsidR="002E7DCF" w:rsidRPr="00717886" w:rsidRDefault="00A11917">
            <w:pPr>
              <w:spacing w:after="0" w:line="240" w:lineRule="auto"/>
              <w:jc w:val="center"/>
              <w:rPr>
                <w:rFonts w:cs="Times New Roman"/>
              </w:rPr>
            </w:pPr>
            <w:r w:rsidRPr="00717886">
              <w:rPr>
                <w:rFonts w:cs="Times New Roman"/>
                <w:sz w:val="14"/>
              </w:rPr>
              <w:t>I185261750</w:t>
            </w:r>
          </w:p>
        </w:tc>
        <w:tc>
          <w:tcPr>
            <w:tcW w:w="1007" w:type="dxa"/>
            <w:tcMar>
              <w:top w:w="70" w:type="dxa"/>
              <w:left w:w="95" w:type="dxa"/>
              <w:bottom w:w="70" w:type="dxa"/>
              <w:right w:w="95" w:type="dxa"/>
            </w:tcMar>
            <w:vAlign w:val="center"/>
          </w:tcPr>
          <w:p w14:paraId="6E657F8D" w14:textId="77777777" w:rsidR="002E7DCF" w:rsidRPr="00717886" w:rsidRDefault="00A11917">
            <w:pPr>
              <w:spacing w:after="0" w:line="240" w:lineRule="auto"/>
              <w:jc w:val="center"/>
              <w:rPr>
                <w:rFonts w:cs="Times New Roman"/>
              </w:rPr>
            </w:pPr>
            <w:r w:rsidRPr="00717886">
              <w:rPr>
                <w:rFonts w:cs="Times New Roman"/>
                <w:sz w:val="14"/>
              </w:rPr>
              <w:t>03dbr7087</w:t>
            </w:r>
          </w:p>
        </w:tc>
        <w:tc>
          <w:tcPr>
            <w:tcW w:w="1512" w:type="dxa"/>
            <w:tcMar>
              <w:top w:w="70" w:type="dxa"/>
              <w:left w:w="95" w:type="dxa"/>
              <w:bottom w:w="70" w:type="dxa"/>
              <w:right w:w="95" w:type="dxa"/>
            </w:tcMar>
            <w:vAlign w:val="center"/>
          </w:tcPr>
          <w:p w14:paraId="46DB28A0"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60B26B3F"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37C94A05"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40297E81"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CA3CFC5" w14:textId="77777777">
        <w:trPr>
          <w:cantSplit/>
          <w:jc w:val="center"/>
        </w:trPr>
        <w:tc>
          <w:tcPr>
            <w:tcW w:w="648" w:type="dxa"/>
            <w:shd w:val="clear" w:color="auto" w:fill="F5F7F9"/>
            <w:tcMar>
              <w:top w:w="70" w:type="dxa"/>
              <w:left w:w="95" w:type="dxa"/>
              <w:bottom w:w="70" w:type="dxa"/>
              <w:right w:w="95" w:type="dxa"/>
            </w:tcMar>
            <w:vAlign w:val="center"/>
          </w:tcPr>
          <w:p w14:paraId="3F7D63A0" w14:textId="77777777" w:rsidR="002E7DCF" w:rsidRPr="00717886" w:rsidRDefault="00A11917">
            <w:pPr>
              <w:spacing w:after="0" w:line="240" w:lineRule="auto"/>
              <w:jc w:val="center"/>
              <w:rPr>
                <w:rFonts w:cs="Times New Roman"/>
              </w:rPr>
            </w:pPr>
            <w:r w:rsidRPr="00717886">
              <w:rPr>
                <w:rFonts w:cs="Times New Roman"/>
                <w:sz w:val="14"/>
              </w:rPr>
              <w:t>AVI036</w:t>
            </w:r>
          </w:p>
        </w:tc>
        <w:tc>
          <w:tcPr>
            <w:tcW w:w="1036" w:type="dxa"/>
            <w:shd w:val="clear" w:color="auto" w:fill="F5F7F9"/>
            <w:tcMar>
              <w:top w:w="70" w:type="dxa"/>
              <w:left w:w="95" w:type="dxa"/>
              <w:bottom w:w="70" w:type="dxa"/>
              <w:right w:w="95" w:type="dxa"/>
            </w:tcMar>
            <w:vAlign w:val="center"/>
          </w:tcPr>
          <w:p w14:paraId="4863CD96" w14:textId="77777777" w:rsidR="002E7DCF" w:rsidRPr="00717886" w:rsidRDefault="00A11917">
            <w:pPr>
              <w:spacing w:after="0" w:line="240" w:lineRule="auto"/>
              <w:jc w:val="center"/>
              <w:rPr>
                <w:rFonts w:cs="Times New Roman"/>
              </w:rPr>
            </w:pPr>
            <w:r w:rsidRPr="00717886">
              <w:rPr>
                <w:rFonts w:cs="Times New Roman"/>
                <w:sz w:val="14"/>
              </w:rPr>
              <w:t>I5023651</w:t>
            </w:r>
          </w:p>
        </w:tc>
        <w:tc>
          <w:tcPr>
            <w:tcW w:w="1007" w:type="dxa"/>
            <w:shd w:val="clear" w:color="auto" w:fill="F5F7F9"/>
            <w:tcMar>
              <w:top w:w="70" w:type="dxa"/>
              <w:left w:w="95" w:type="dxa"/>
              <w:bottom w:w="70" w:type="dxa"/>
              <w:right w:w="95" w:type="dxa"/>
            </w:tcMar>
            <w:vAlign w:val="center"/>
          </w:tcPr>
          <w:p w14:paraId="37D2D2E0" w14:textId="77777777" w:rsidR="002E7DCF" w:rsidRPr="00717886" w:rsidRDefault="00A11917">
            <w:pPr>
              <w:spacing w:after="0" w:line="240" w:lineRule="auto"/>
              <w:jc w:val="center"/>
              <w:rPr>
                <w:rFonts w:cs="Times New Roman"/>
              </w:rPr>
            </w:pPr>
            <w:r w:rsidRPr="00717886">
              <w:rPr>
                <w:rFonts w:cs="Times New Roman"/>
                <w:sz w:val="14"/>
              </w:rPr>
              <w:t>01pxwe438</w:t>
            </w:r>
          </w:p>
        </w:tc>
        <w:tc>
          <w:tcPr>
            <w:tcW w:w="1512" w:type="dxa"/>
            <w:shd w:val="clear" w:color="auto" w:fill="F5F7F9"/>
            <w:tcMar>
              <w:top w:w="70" w:type="dxa"/>
              <w:left w:w="95" w:type="dxa"/>
              <w:bottom w:w="70" w:type="dxa"/>
              <w:right w:w="95" w:type="dxa"/>
            </w:tcMar>
            <w:vAlign w:val="center"/>
          </w:tcPr>
          <w:p w14:paraId="2DF0BDFB"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shd w:val="clear" w:color="auto" w:fill="F5F7F9"/>
            <w:tcMar>
              <w:top w:w="70" w:type="dxa"/>
              <w:left w:w="95" w:type="dxa"/>
              <w:bottom w:w="70" w:type="dxa"/>
              <w:right w:w="95" w:type="dxa"/>
            </w:tcMar>
            <w:vAlign w:val="center"/>
          </w:tcPr>
          <w:p w14:paraId="07B52186"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4AD3D544"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3BA96566"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2DDA4F75" w14:textId="77777777">
        <w:trPr>
          <w:cantSplit/>
          <w:jc w:val="center"/>
        </w:trPr>
        <w:tc>
          <w:tcPr>
            <w:tcW w:w="648" w:type="dxa"/>
            <w:tcMar>
              <w:top w:w="70" w:type="dxa"/>
              <w:left w:w="95" w:type="dxa"/>
              <w:bottom w:w="70" w:type="dxa"/>
              <w:right w:w="95" w:type="dxa"/>
            </w:tcMar>
            <w:vAlign w:val="center"/>
          </w:tcPr>
          <w:p w14:paraId="6366B0F9" w14:textId="77777777" w:rsidR="002E7DCF" w:rsidRPr="00717886" w:rsidRDefault="00A11917">
            <w:pPr>
              <w:spacing w:after="0" w:line="240" w:lineRule="auto"/>
              <w:jc w:val="center"/>
              <w:rPr>
                <w:rFonts w:cs="Times New Roman"/>
              </w:rPr>
            </w:pPr>
            <w:r w:rsidRPr="00717886">
              <w:rPr>
                <w:rFonts w:cs="Times New Roman"/>
                <w:sz w:val="14"/>
              </w:rPr>
              <w:t>AVI037</w:t>
            </w:r>
          </w:p>
        </w:tc>
        <w:tc>
          <w:tcPr>
            <w:tcW w:w="1036" w:type="dxa"/>
            <w:tcMar>
              <w:top w:w="70" w:type="dxa"/>
              <w:left w:w="95" w:type="dxa"/>
              <w:bottom w:w="70" w:type="dxa"/>
              <w:right w:w="95" w:type="dxa"/>
            </w:tcMar>
            <w:vAlign w:val="center"/>
          </w:tcPr>
          <w:p w14:paraId="75A03CC3" w14:textId="77777777" w:rsidR="002E7DCF" w:rsidRPr="00717886" w:rsidRDefault="00A11917">
            <w:pPr>
              <w:spacing w:after="0" w:line="240" w:lineRule="auto"/>
              <w:jc w:val="center"/>
              <w:rPr>
                <w:rFonts w:cs="Times New Roman"/>
              </w:rPr>
            </w:pPr>
            <w:r w:rsidRPr="00717886">
              <w:rPr>
                <w:rFonts w:cs="Times New Roman"/>
                <w:sz w:val="14"/>
              </w:rPr>
              <w:t>I60158472</w:t>
            </w:r>
          </w:p>
        </w:tc>
        <w:tc>
          <w:tcPr>
            <w:tcW w:w="1007" w:type="dxa"/>
            <w:tcMar>
              <w:top w:w="70" w:type="dxa"/>
              <w:left w:w="95" w:type="dxa"/>
              <w:bottom w:w="70" w:type="dxa"/>
              <w:right w:w="95" w:type="dxa"/>
            </w:tcMar>
            <w:vAlign w:val="center"/>
          </w:tcPr>
          <w:p w14:paraId="1F47EBCB" w14:textId="77777777" w:rsidR="002E7DCF" w:rsidRPr="00717886" w:rsidRDefault="00A11917">
            <w:pPr>
              <w:spacing w:after="0" w:line="240" w:lineRule="auto"/>
              <w:jc w:val="center"/>
              <w:rPr>
                <w:rFonts w:cs="Times New Roman"/>
              </w:rPr>
            </w:pPr>
            <w:r w:rsidRPr="00717886">
              <w:rPr>
                <w:rFonts w:cs="Times New Roman"/>
                <w:sz w:val="14"/>
              </w:rPr>
              <w:t>0420zvk78</w:t>
            </w:r>
          </w:p>
        </w:tc>
        <w:tc>
          <w:tcPr>
            <w:tcW w:w="1512" w:type="dxa"/>
            <w:tcMar>
              <w:top w:w="70" w:type="dxa"/>
              <w:left w:w="95" w:type="dxa"/>
              <w:bottom w:w="70" w:type="dxa"/>
              <w:right w:w="95" w:type="dxa"/>
            </w:tcMar>
            <w:vAlign w:val="center"/>
          </w:tcPr>
          <w:p w14:paraId="252D9467" w14:textId="77777777" w:rsidR="002E7DCF" w:rsidRPr="00717886" w:rsidRDefault="00A11917">
            <w:pPr>
              <w:spacing w:after="0" w:line="240" w:lineRule="auto"/>
              <w:rPr>
                <w:rFonts w:cs="Times New Roman"/>
              </w:rPr>
            </w:pPr>
            <w:r w:rsidRPr="00717886">
              <w:rPr>
                <w:rFonts w:cs="Times New Roman"/>
                <w:sz w:val="14"/>
              </w:rPr>
              <w:t>OpenAlex record</w:t>
            </w:r>
          </w:p>
        </w:tc>
        <w:tc>
          <w:tcPr>
            <w:tcW w:w="1036" w:type="dxa"/>
            <w:tcMar>
              <w:top w:w="70" w:type="dxa"/>
              <w:left w:w="95" w:type="dxa"/>
              <w:bottom w:w="70" w:type="dxa"/>
              <w:right w:w="95" w:type="dxa"/>
            </w:tcMar>
            <w:vAlign w:val="center"/>
          </w:tcPr>
          <w:p w14:paraId="60A2FC19"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67AE2C43"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tcMar>
              <w:top w:w="70" w:type="dxa"/>
              <w:left w:w="95" w:type="dxa"/>
              <w:bottom w:w="70" w:type="dxa"/>
              <w:right w:w="95" w:type="dxa"/>
            </w:tcMar>
            <w:vAlign w:val="center"/>
          </w:tcPr>
          <w:p w14:paraId="1FE4F6BC"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5530D670" w14:textId="77777777">
        <w:trPr>
          <w:cantSplit/>
          <w:jc w:val="center"/>
        </w:trPr>
        <w:tc>
          <w:tcPr>
            <w:tcW w:w="648" w:type="dxa"/>
            <w:shd w:val="clear" w:color="auto" w:fill="F5F7F9"/>
            <w:tcMar>
              <w:top w:w="70" w:type="dxa"/>
              <w:left w:w="95" w:type="dxa"/>
              <w:bottom w:w="70" w:type="dxa"/>
              <w:right w:w="95" w:type="dxa"/>
            </w:tcMar>
            <w:vAlign w:val="center"/>
          </w:tcPr>
          <w:p w14:paraId="2B270815" w14:textId="77777777" w:rsidR="002E7DCF" w:rsidRPr="00717886" w:rsidRDefault="00A11917">
            <w:pPr>
              <w:spacing w:after="0" w:line="240" w:lineRule="auto"/>
              <w:jc w:val="center"/>
              <w:rPr>
                <w:rFonts w:cs="Times New Roman"/>
              </w:rPr>
            </w:pPr>
            <w:r w:rsidRPr="00717886">
              <w:rPr>
                <w:rFonts w:cs="Times New Roman"/>
                <w:sz w:val="14"/>
              </w:rPr>
              <w:t>AVI038</w:t>
            </w:r>
          </w:p>
        </w:tc>
        <w:tc>
          <w:tcPr>
            <w:tcW w:w="1036" w:type="dxa"/>
            <w:shd w:val="clear" w:color="auto" w:fill="F5F7F9"/>
            <w:tcMar>
              <w:top w:w="70" w:type="dxa"/>
              <w:left w:w="95" w:type="dxa"/>
              <w:bottom w:w="70" w:type="dxa"/>
              <w:right w:w="95" w:type="dxa"/>
            </w:tcMar>
            <w:vAlign w:val="center"/>
          </w:tcPr>
          <w:p w14:paraId="136DD989" w14:textId="77777777" w:rsidR="002E7DCF" w:rsidRPr="00717886" w:rsidRDefault="00A11917">
            <w:pPr>
              <w:spacing w:after="0" w:line="240" w:lineRule="auto"/>
              <w:jc w:val="center"/>
              <w:rPr>
                <w:rFonts w:cs="Times New Roman"/>
              </w:rPr>
            </w:pPr>
            <w:r w:rsidRPr="00717886">
              <w:rPr>
                <w:rFonts w:cs="Times New Roman"/>
                <w:sz w:val="14"/>
              </w:rPr>
              <w:t>I107428990</w:t>
            </w:r>
          </w:p>
        </w:tc>
        <w:tc>
          <w:tcPr>
            <w:tcW w:w="1007" w:type="dxa"/>
            <w:shd w:val="clear" w:color="auto" w:fill="F5F7F9"/>
            <w:tcMar>
              <w:top w:w="70" w:type="dxa"/>
              <w:left w:w="95" w:type="dxa"/>
              <w:bottom w:w="70" w:type="dxa"/>
              <w:right w:w="95" w:type="dxa"/>
            </w:tcMar>
            <w:vAlign w:val="center"/>
          </w:tcPr>
          <w:p w14:paraId="783F1051" w14:textId="77777777" w:rsidR="002E7DCF" w:rsidRPr="00717886" w:rsidRDefault="00A11917">
            <w:pPr>
              <w:spacing w:after="0" w:line="240" w:lineRule="auto"/>
              <w:jc w:val="center"/>
              <w:rPr>
                <w:rFonts w:cs="Times New Roman"/>
              </w:rPr>
            </w:pPr>
            <w:r w:rsidRPr="00717886">
              <w:rPr>
                <w:rFonts w:cs="Times New Roman"/>
                <w:sz w:val="14"/>
              </w:rPr>
              <w:t>05vh67662</w:t>
            </w:r>
          </w:p>
        </w:tc>
        <w:tc>
          <w:tcPr>
            <w:tcW w:w="1512" w:type="dxa"/>
            <w:shd w:val="clear" w:color="auto" w:fill="F5F7F9"/>
            <w:tcMar>
              <w:top w:w="70" w:type="dxa"/>
              <w:left w:w="95" w:type="dxa"/>
              <w:bottom w:w="70" w:type="dxa"/>
              <w:right w:w="95" w:type="dxa"/>
            </w:tcMar>
            <w:vAlign w:val="center"/>
          </w:tcPr>
          <w:p w14:paraId="2661F26E" w14:textId="77777777" w:rsidR="002E7DCF" w:rsidRPr="00717886" w:rsidRDefault="00A11917">
            <w:pPr>
              <w:spacing w:after="0" w:line="240" w:lineRule="auto"/>
              <w:rPr>
                <w:rFonts w:cs="Times New Roman"/>
              </w:rPr>
            </w:pPr>
            <w:r w:rsidRPr="00717886">
              <w:rPr>
                <w:rFonts w:cs="Times New Roman"/>
                <w:sz w:val="14"/>
              </w:rPr>
              <w:t>Institutional website</w:t>
            </w:r>
          </w:p>
        </w:tc>
        <w:tc>
          <w:tcPr>
            <w:tcW w:w="1036" w:type="dxa"/>
            <w:shd w:val="clear" w:color="auto" w:fill="F5F7F9"/>
            <w:tcMar>
              <w:top w:w="70" w:type="dxa"/>
              <w:left w:w="95" w:type="dxa"/>
              <w:bottom w:w="70" w:type="dxa"/>
              <w:right w:w="95" w:type="dxa"/>
            </w:tcMar>
            <w:vAlign w:val="center"/>
          </w:tcPr>
          <w:p w14:paraId="169E3B4F"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4F55F4E7" w14:textId="77777777" w:rsidR="002E7DCF" w:rsidRPr="00717886" w:rsidRDefault="00A11917">
            <w:pPr>
              <w:spacing w:after="0" w:line="240" w:lineRule="auto"/>
              <w:rPr>
                <w:rFonts w:cs="Times New Roman"/>
              </w:rPr>
            </w:pPr>
            <w:r w:rsidRPr="00717886">
              <w:rPr>
                <w:rFonts w:cs="Times New Roman"/>
                <w:sz w:val="14"/>
              </w:rPr>
              <w:t>Canonical OpenAlex lineage</w:t>
            </w:r>
          </w:p>
        </w:tc>
        <w:tc>
          <w:tcPr>
            <w:tcW w:w="2808" w:type="dxa"/>
            <w:shd w:val="clear" w:color="auto" w:fill="F5F7F9"/>
            <w:tcMar>
              <w:top w:w="70" w:type="dxa"/>
              <w:left w:w="95" w:type="dxa"/>
              <w:bottom w:w="70" w:type="dxa"/>
              <w:right w:w="95" w:type="dxa"/>
            </w:tcMar>
            <w:vAlign w:val="center"/>
          </w:tcPr>
          <w:p w14:paraId="2FA12C64" w14:textId="77777777" w:rsidR="002E7DCF" w:rsidRPr="00717886" w:rsidRDefault="00A11917">
            <w:pPr>
              <w:spacing w:after="0" w:line="240" w:lineRule="auto"/>
              <w:rPr>
                <w:rFonts w:cs="Times New Roman"/>
              </w:rPr>
            </w:pPr>
            <w:r w:rsidRPr="00717886">
              <w:rPr>
                <w:rFonts w:cs="Times New Roman"/>
                <w:sz w:val="14"/>
              </w:rPr>
              <w:t>Met ≥7 active years and ≥20 strict works</w:t>
            </w:r>
          </w:p>
        </w:tc>
      </w:tr>
      <w:tr w:rsidR="002E7DCF" w:rsidRPr="00717886" w14:paraId="6C591B41" w14:textId="77777777">
        <w:trPr>
          <w:cantSplit/>
          <w:jc w:val="center"/>
        </w:trPr>
        <w:tc>
          <w:tcPr>
            <w:tcW w:w="648" w:type="dxa"/>
            <w:tcMar>
              <w:top w:w="70" w:type="dxa"/>
              <w:left w:w="95" w:type="dxa"/>
              <w:bottom w:w="70" w:type="dxa"/>
              <w:right w:w="95" w:type="dxa"/>
            </w:tcMar>
            <w:vAlign w:val="center"/>
          </w:tcPr>
          <w:p w14:paraId="4D9F65EC" w14:textId="77777777" w:rsidR="002E7DCF" w:rsidRPr="00717886" w:rsidRDefault="00A11917">
            <w:pPr>
              <w:spacing w:after="0" w:line="240" w:lineRule="auto"/>
              <w:jc w:val="center"/>
              <w:rPr>
                <w:rFonts w:cs="Times New Roman"/>
              </w:rPr>
            </w:pPr>
            <w:r w:rsidRPr="00717886">
              <w:rPr>
                <w:rFonts w:cs="Times New Roman"/>
                <w:sz w:val="14"/>
              </w:rPr>
              <w:t>AVI039</w:t>
            </w:r>
          </w:p>
        </w:tc>
        <w:tc>
          <w:tcPr>
            <w:tcW w:w="1036" w:type="dxa"/>
            <w:tcMar>
              <w:top w:w="70" w:type="dxa"/>
              <w:left w:w="95" w:type="dxa"/>
              <w:bottom w:w="70" w:type="dxa"/>
              <w:right w:w="95" w:type="dxa"/>
            </w:tcMar>
            <w:vAlign w:val="center"/>
          </w:tcPr>
          <w:p w14:paraId="7715E366" w14:textId="77777777" w:rsidR="002E7DCF" w:rsidRPr="00717886" w:rsidRDefault="00A11917">
            <w:pPr>
              <w:spacing w:after="0" w:line="240" w:lineRule="auto"/>
              <w:jc w:val="center"/>
              <w:rPr>
                <w:rFonts w:cs="Times New Roman"/>
              </w:rPr>
            </w:pPr>
            <w:r w:rsidRPr="00717886">
              <w:rPr>
                <w:rFonts w:cs="Times New Roman"/>
                <w:sz w:val="14"/>
              </w:rPr>
              <w:t>—</w:t>
            </w:r>
          </w:p>
        </w:tc>
        <w:tc>
          <w:tcPr>
            <w:tcW w:w="1007" w:type="dxa"/>
            <w:tcMar>
              <w:top w:w="70" w:type="dxa"/>
              <w:left w:w="95" w:type="dxa"/>
              <w:bottom w:w="70" w:type="dxa"/>
              <w:right w:w="95" w:type="dxa"/>
            </w:tcMar>
            <w:vAlign w:val="center"/>
          </w:tcPr>
          <w:p w14:paraId="1DC1CA00" w14:textId="77777777" w:rsidR="002E7DCF" w:rsidRPr="00717886" w:rsidRDefault="00A11917">
            <w:pPr>
              <w:spacing w:after="0" w:line="240" w:lineRule="auto"/>
              <w:jc w:val="center"/>
              <w:rPr>
                <w:rFonts w:cs="Times New Roman"/>
              </w:rPr>
            </w:pPr>
            <w:r w:rsidRPr="00717886">
              <w:rPr>
                <w:rFonts w:cs="Times New Roman"/>
                <w:sz w:val="14"/>
              </w:rPr>
              <w:t>—</w:t>
            </w:r>
          </w:p>
        </w:tc>
        <w:tc>
          <w:tcPr>
            <w:tcW w:w="1512" w:type="dxa"/>
            <w:tcMar>
              <w:top w:w="70" w:type="dxa"/>
              <w:left w:w="95" w:type="dxa"/>
              <w:bottom w:w="70" w:type="dxa"/>
              <w:right w:w="95" w:type="dxa"/>
            </w:tcMar>
            <w:vAlign w:val="center"/>
          </w:tcPr>
          <w:p w14:paraId="2E6F24EA" w14:textId="77777777" w:rsidR="002E7DCF" w:rsidRPr="00717886" w:rsidRDefault="00A11917">
            <w:pPr>
              <w:spacing w:after="0" w:line="240" w:lineRule="auto"/>
              <w:rPr>
                <w:rFonts w:cs="Times New Roman"/>
              </w:rPr>
            </w:pPr>
            <w:r w:rsidRPr="00717886">
              <w:rPr>
                <w:rFonts w:cs="Times New Roman"/>
                <w:sz w:val="14"/>
              </w:rPr>
              <w:t>Philippine eLibrary statute</w:t>
            </w:r>
          </w:p>
        </w:tc>
        <w:tc>
          <w:tcPr>
            <w:tcW w:w="1036" w:type="dxa"/>
            <w:tcMar>
              <w:top w:w="70" w:type="dxa"/>
              <w:left w:w="95" w:type="dxa"/>
              <w:bottom w:w="70" w:type="dxa"/>
              <w:right w:w="95" w:type="dxa"/>
            </w:tcMar>
            <w:vAlign w:val="center"/>
          </w:tcPr>
          <w:p w14:paraId="78E7E059"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tcMar>
              <w:top w:w="70" w:type="dxa"/>
              <w:left w:w="95" w:type="dxa"/>
              <w:bottom w:w="70" w:type="dxa"/>
              <w:right w:w="95" w:type="dxa"/>
            </w:tcMar>
            <w:vAlign w:val="center"/>
          </w:tcPr>
          <w:p w14:paraId="7296B123" w14:textId="77777777" w:rsidR="002E7DCF" w:rsidRPr="00717886" w:rsidRDefault="00A11917">
            <w:pPr>
              <w:spacing w:after="0" w:line="240" w:lineRule="auto"/>
              <w:rPr>
                <w:rFonts w:cs="Times New Roman"/>
              </w:rPr>
            </w:pPr>
            <w:r w:rsidRPr="00717886">
              <w:rPr>
                <w:rFonts w:cs="Times New Roman"/>
                <w:sz w:val="14"/>
              </w:rPr>
              <w:t>Raw-affiliation fallback</w:t>
            </w:r>
          </w:p>
        </w:tc>
        <w:tc>
          <w:tcPr>
            <w:tcW w:w="2808" w:type="dxa"/>
            <w:tcMar>
              <w:top w:w="70" w:type="dxa"/>
              <w:left w:w="95" w:type="dxa"/>
              <w:bottom w:w="70" w:type="dxa"/>
              <w:right w:w="95" w:type="dxa"/>
            </w:tcMar>
            <w:vAlign w:val="center"/>
          </w:tcPr>
          <w:p w14:paraId="1A1680D5" w14:textId="77777777" w:rsidR="002E7DCF" w:rsidRPr="00717886" w:rsidRDefault="00A11917">
            <w:pPr>
              <w:spacing w:after="0" w:line="240" w:lineRule="auto"/>
              <w:rPr>
                <w:rFonts w:cs="Times New Roman"/>
              </w:rPr>
            </w:pPr>
            <w:r w:rsidRPr="00717886">
              <w:rPr>
                <w:rFonts w:cs="Times New Roman"/>
                <w:sz w:val="14"/>
              </w:rPr>
              <w:t>Below thresholds; retained in complete frame only</w:t>
            </w:r>
          </w:p>
        </w:tc>
      </w:tr>
      <w:tr w:rsidR="002E7DCF" w:rsidRPr="00717886" w14:paraId="68015E2A" w14:textId="77777777">
        <w:trPr>
          <w:cantSplit/>
          <w:jc w:val="center"/>
        </w:trPr>
        <w:tc>
          <w:tcPr>
            <w:tcW w:w="648" w:type="dxa"/>
            <w:shd w:val="clear" w:color="auto" w:fill="F5F7F9"/>
            <w:tcMar>
              <w:top w:w="70" w:type="dxa"/>
              <w:left w:w="95" w:type="dxa"/>
              <w:bottom w:w="70" w:type="dxa"/>
              <w:right w:w="95" w:type="dxa"/>
            </w:tcMar>
            <w:vAlign w:val="center"/>
          </w:tcPr>
          <w:p w14:paraId="31778F70" w14:textId="77777777" w:rsidR="002E7DCF" w:rsidRPr="00717886" w:rsidRDefault="00A11917">
            <w:pPr>
              <w:spacing w:after="0" w:line="240" w:lineRule="auto"/>
              <w:jc w:val="center"/>
              <w:rPr>
                <w:rFonts w:cs="Times New Roman"/>
              </w:rPr>
            </w:pPr>
            <w:r w:rsidRPr="00717886">
              <w:rPr>
                <w:rFonts w:cs="Times New Roman"/>
                <w:sz w:val="14"/>
              </w:rPr>
              <w:t>AVI040</w:t>
            </w:r>
          </w:p>
        </w:tc>
        <w:tc>
          <w:tcPr>
            <w:tcW w:w="1036" w:type="dxa"/>
            <w:shd w:val="clear" w:color="auto" w:fill="F5F7F9"/>
            <w:tcMar>
              <w:top w:w="70" w:type="dxa"/>
              <w:left w:w="95" w:type="dxa"/>
              <w:bottom w:w="70" w:type="dxa"/>
              <w:right w:w="95" w:type="dxa"/>
            </w:tcMar>
            <w:vAlign w:val="center"/>
          </w:tcPr>
          <w:p w14:paraId="52C69B38" w14:textId="77777777" w:rsidR="002E7DCF" w:rsidRPr="00717886" w:rsidRDefault="00A11917">
            <w:pPr>
              <w:spacing w:after="0" w:line="240" w:lineRule="auto"/>
              <w:jc w:val="center"/>
              <w:rPr>
                <w:rFonts w:cs="Times New Roman"/>
              </w:rPr>
            </w:pPr>
            <w:r w:rsidRPr="00717886">
              <w:rPr>
                <w:rFonts w:cs="Times New Roman"/>
                <w:sz w:val="14"/>
              </w:rPr>
              <w:t>—</w:t>
            </w:r>
          </w:p>
        </w:tc>
        <w:tc>
          <w:tcPr>
            <w:tcW w:w="1007" w:type="dxa"/>
            <w:shd w:val="clear" w:color="auto" w:fill="F5F7F9"/>
            <w:tcMar>
              <w:top w:w="70" w:type="dxa"/>
              <w:left w:w="95" w:type="dxa"/>
              <w:bottom w:w="70" w:type="dxa"/>
              <w:right w:w="95" w:type="dxa"/>
            </w:tcMar>
            <w:vAlign w:val="center"/>
          </w:tcPr>
          <w:p w14:paraId="283DA3E3" w14:textId="77777777" w:rsidR="002E7DCF" w:rsidRPr="00717886" w:rsidRDefault="00A11917">
            <w:pPr>
              <w:spacing w:after="0" w:line="240" w:lineRule="auto"/>
              <w:jc w:val="center"/>
              <w:rPr>
                <w:rFonts w:cs="Times New Roman"/>
              </w:rPr>
            </w:pPr>
            <w:r w:rsidRPr="00717886">
              <w:rPr>
                <w:rFonts w:cs="Times New Roman"/>
                <w:sz w:val="14"/>
              </w:rPr>
              <w:t>—</w:t>
            </w:r>
          </w:p>
        </w:tc>
        <w:tc>
          <w:tcPr>
            <w:tcW w:w="1512" w:type="dxa"/>
            <w:shd w:val="clear" w:color="auto" w:fill="F5F7F9"/>
            <w:tcMar>
              <w:top w:w="70" w:type="dxa"/>
              <w:left w:w="95" w:type="dxa"/>
              <w:bottom w:w="70" w:type="dxa"/>
              <w:right w:w="95" w:type="dxa"/>
            </w:tcMar>
            <w:vAlign w:val="center"/>
          </w:tcPr>
          <w:p w14:paraId="5FC50E8F" w14:textId="77777777" w:rsidR="002E7DCF" w:rsidRPr="00717886" w:rsidRDefault="00A11917">
            <w:pPr>
              <w:spacing w:after="0" w:line="240" w:lineRule="auto"/>
              <w:rPr>
                <w:rFonts w:cs="Times New Roman"/>
              </w:rPr>
            </w:pPr>
            <w:r w:rsidRPr="00717886">
              <w:rPr>
                <w:rFonts w:cs="Times New Roman"/>
                <w:sz w:val="14"/>
              </w:rPr>
              <w:t>Institutional website</w:t>
            </w:r>
          </w:p>
        </w:tc>
        <w:tc>
          <w:tcPr>
            <w:tcW w:w="1036" w:type="dxa"/>
            <w:shd w:val="clear" w:color="auto" w:fill="F5F7F9"/>
            <w:tcMar>
              <w:top w:w="70" w:type="dxa"/>
              <w:left w:w="95" w:type="dxa"/>
              <w:bottom w:w="70" w:type="dxa"/>
              <w:right w:w="95" w:type="dxa"/>
            </w:tcMar>
            <w:vAlign w:val="center"/>
          </w:tcPr>
          <w:p w14:paraId="25CC6EA6" w14:textId="77777777" w:rsidR="002E7DCF" w:rsidRPr="00717886" w:rsidRDefault="00A11917">
            <w:pPr>
              <w:spacing w:after="0" w:line="240" w:lineRule="auto"/>
              <w:jc w:val="center"/>
              <w:rPr>
                <w:rFonts w:cs="Times New Roman"/>
              </w:rPr>
            </w:pPr>
            <w:r w:rsidRPr="00717886">
              <w:rPr>
                <w:rFonts w:cs="Times New Roman"/>
                <w:sz w:val="14"/>
              </w:rPr>
              <w:t>2026-09-16</w:t>
            </w:r>
          </w:p>
        </w:tc>
        <w:tc>
          <w:tcPr>
            <w:tcW w:w="1728" w:type="dxa"/>
            <w:shd w:val="clear" w:color="auto" w:fill="F5F7F9"/>
            <w:tcMar>
              <w:top w:w="70" w:type="dxa"/>
              <w:left w:w="95" w:type="dxa"/>
              <w:bottom w:w="70" w:type="dxa"/>
              <w:right w:w="95" w:type="dxa"/>
            </w:tcMar>
            <w:vAlign w:val="center"/>
          </w:tcPr>
          <w:p w14:paraId="2EBDA2F5" w14:textId="77777777" w:rsidR="002E7DCF" w:rsidRPr="00717886" w:rsidRDefault="00A11917">
            <w:pPr>
              <w:spacing w:after="0" w:line="240" w:lineRule="auto"/>
              <w:rPr>
                <w:rFonts w:cs="Times New Roman"/>
              </w:rPr>
            </w:pPr>
            <w:r w:rsidRPr="00717886">
              <w:rPr>
                <w:rFonts w:cs="Times New Roman"/>
                <w:sz w:val="14"/>
              </w:rPr>
              <w:t>Raw-affiliation fallback</w:t>
            </w:r>
          </w:p>
        </w:tc>
        <w:tc>
          <w:tcPr>
            <w:tcW w:w="2808" w:type="dxa"/>
            <w:shd w:val="clear" w:color="auto" w:fill="F5F7F9"/>
            <w:tcMar>
              <w:top w:w="70" w:type="dxa"/>
              <w:left w:w="95" w:type="dxa"/>
              <w:bottom w:w="70" w:type="dxa"/>
              <w:right w:w="95" w:type="dxa"/>
            </w:tcMar>
            <w:vAlign w:val="center"/>
          </w:tcPr>
          <w:p w14:paraId="3C2163E0" w14:textId="77777777" w:rsidR="002E7DCF" w:rsidRPr="00717886" w:rsidRDefault="00A11917">
            <w:pPr>
              <w:spacing w:after="0" w:line="240" w:lineRule="auto"/>
              <w:rPr>
                <w:rFonts w:cs="Times New Roman"/>
              </w:rPr>
            </w:pPr>
            <w:r w:rsidRPr="00717886">
              <w:rPr>
                <w:rFonts w:cs="Times New Roman"/>
                <w:sz w:val="14"/>
              </w:rPr>
              <w:t>Below thresholds; retained in complete frame only</w:t>
            </w:r>
          </w:p>
        </w:tc>
      </w:tr>
    </w:tbl>
    <w:p w14:paraId="1B9BEEF7"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The frozen frame and identifier evidence were screened on 2026-09-16. Exact discovery and identifier URLs, aliases, scope notes, resolved display names, and country codes are retained in the machine-readable institution registries. The active-year and strict-work columns document observed aviation-research activity during 2015–2025. Primary analytical eligibility required at least seven active aviation-research years and at least 20 strict institution–work records. AVI038 uses the approved OpenAlex lineage I107428990 and remained eligible after the denominator correction.</w:t>
      </w:r>
    </w:p>
    <w:p w14:paraId="482B33BA"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rPr>
        <w:lastRenderedPageBreak/>
        <w:t>Table S3. Construct Formulas and Decision Rules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088"/>
        <w:gridCol w:w="4824"/>
        <w:gridCol w:w="3096"/>
      </w:tblGrid>
      <w:tr w:rsidR="002E7DCF" w:rsidRPr="00717886" w14:paraId="648DBB11" w14:textId="77777777">
        <w:trPr>
          <w:cantSplit/>
          <w:tblHeader/>
          <w:jc w:val="center"/>
        </w:trPr>
        <w:tc>
          <w:tcPr>
            <w:tcW w:w="2088" w:type="dxa"/>
            <w:shd w:val="clear" w:color="auto" w:fill="D9EAF7"/>
            <w:tcMar>
              <w:top w:w="70" w:type="dxa"/>
              <w:left w:w="95" w:type="dxa"/>
              <w:bottom w:w="70" w:type="dxa"/>
              <w:right w:w="95" w:type="dxa"/>
            </w:tcMar>
            <w:vAlign w:val="center"/>
          </w:tcPr>
          <w:p w14:paraId="3C6C30AD" w14:textId="77777777" w:rsidR="00423D2F" w:rsidRPr="00717886" w:rsidRDefault="0047346F">
            <w:pPr>
              <w:spacing w:after="0"/>
              <w:rPr>
                <w:rFonts w:cs="Times New Roman"/>
              </w:rPr>
            </w:pPr>
            <w:r w:rsidRPr="00717886">
              <w:rPr>
                <w:rFonts w:cs="Times New Roman"/>
                <w:b/>
                <w:sz w:val="15"/>
              </w:rPr>
              <w:t>Measure</w:t>
            </w:r>
          </w:p>
        </w:tc>
        <w:tc>
          <w:tcPr>
            <w:tcW w:w="4824" w:type="dxa"/>
            <w:shd w:val="clear" w:color="auto" w:fill="D9EAF7"/>
            <w:tcMar>
              <w:top w:w="70" w:type="dxa"/>
              <w:left w:w="95" w:type="dxa"/>
              <w:bottom w:w="70" w:type="dxa"/>
              <w:right w:w="95" w:type="dxa"/>
            </w:tcMar>
            <w:vAlign w:val="center"/>
          </w:tcPr>
          <w:p w14:paraId="1D9428FA" w14:textId="77777777" w:rsidR="00423D2F" w:rsidRPr="00717886" w:rsidRDefault="0047346F">
            <w:pPr>
              <w:spacing w:after="0"/>
              <w:rPr>
                <w:rFonts w:cs="Times New Roman"/>
              </w:rPr>
            </w:pPr>
            <w:r w:rsidRPr="00717886">
              <w:rPr>
                <w:rFonts w:cs="Times New Roman"/>
                <w:b/>
                <w:sz w:val="15"/>
              </w:rPr>
              <w:t>Formula or construction</w:t>
            </w:r>
          </w:p>
        </w:tc>
        <w:tc>
          <w:tcPr>
            <w:tcW w:w="3096" w:type="dxa"/>
            <w:shd w:val="clear" w:color="auto" w:fill="D9EAF7"/>
            <w:tcMar>
              <w:top w:w="70" w:type="dxa"/>
              <w:left w:w="95" w:type="dxa"/>
              <w:bottom w:w="70" w:type="dxa"/>
              <w:right w:w="95" w:type="dxa"/>
            </w:tcMar>
            <w:vAlign w:val="center"/>
          </w:tcPr>
          <w:p w14:paraId="57F4C746" w14:textId="77777777" w:rsidR="00423D2F" w:rsidRPr="00717886" w:rsidRDefault="0047346F">
            <w:pPr>
              <w:spacing w:after="0"/>
              <w:rPr>
                <w:rFonts w:cs="Times New Roman"/>
              </w:rPr>
            </w:pPr>
            <w:r w:rsidRPr="00717886">
              <w:rPr>
                <w:rFonts w:cs="Times New Roman"/>
                <w:b/>
                <w:sz w:val="15"/>
              </w:rPr>
              <w:t>Missingness and interpretation rule</w:t>
            </w:r>
          </w:p>
        </w:tc>
      </w:tr>
      <w:tr w:rsidR="002E7DCF" w:rsidRPr="00717886" w14:paraId="2956032B" w14:textId="77777777">
        <w:trPr>
          <w:cantSplit/>
          <w:jc w:val="center"/>
        </w:trPr>
        <w:tc>
          <w:tcPr>
            <w:tcW w:w="2088" w:type="dxa"/>
            <w:tcMar>
              <w:top w:w="70" w:type="dxa"/>
              <w:left w:w="95" w:type="dxa"/>
              <w:bottom w:w="70" w:type="dxa"/>
              <w:right w:w="95" w:type="dxa"/>
            </w:tcMar>
            <w:vAlign w:val="center"/>
          </w:tcPr>
          <w:p w14:paraId="2C4E77EF" w14:textId="77777777" w:rsidR="00423D2F" w:rsidRPr="00717886" w:rsidRDefault="0047346F">
            <w:pPr>
              <w:spacing w:after="0"/>
              <w:rPr>
                <w:rFonts w:cs="Times New Roman"/>
              </w:rPr>
            </w:pPr>
            <w:r w:rsidRPr="00717886">
              <w:rPr>
                <w:rFonts w:cs="Times New Roman"/>
                <w:sz w:val="15"/>
              </w:rPr>
              <w:t>Aviation output</w:t>
            </w:r>
          </w:p>
        </w:tc>
        <w:tc>
          <w:tcPr>
            <w:tcW w:w="4824" w:type="dxa"/>
            <w:tcMar>
              <w:top w:w="70" w:type="dxa"/>
              <w:left w:w="95" w:type="dxa"/>
              <w:bottom w:w="70" w:type="dxa"/>
              <w:right w:w="95" w:type="dxa"/>
            </w:tcMar>
            <w:vAlign w:val="center"/>
          </w:tcPr>
          <w:p w14:paraId="595BCFDC" w14:textId="77777777" w:rsidR="00423D2F" w:rsidRPr="00717886" w:rsidRDefault="0047346F">
            <w:pPr>
              <w:spacing w:after="0"/>
              <w:rPr>
                <w:rFonts w:cs="Times New Roman"/>
              </w:rPr>
            </w:pPr>
            <w:r w:rsidRPr="00717886">
              <w:rPr>
                <w:rFonts w:cs="Times New Roman"/>
                <w:sz w:val="15"/>
              </w:rPr>
              <w:t>ln(1 + aviation works in the selected corpus)</w:t>
            </w:r>
          </w:p>
        </w:tc>
        <w:tc>
          <w:tcPr>
            <w:tcW w:w="3096" w:type="dxa"/>
            <w:tcMar>
              <w:top w:w="70" w:type="dxa"/>
              <w:left w:w="95" w:type="dxa"/>
              <w:bottom w:w="70" w:type="dxa"/>
              <w:right w:w="95" w:type="dxa"/>
            </w:tcMar>
            <w:vAlign w:val="center"/>
          </w:tcPr>
          <w:p w14:paraId="32420211" w14:textId="77777777" w:rsidR="00423D2F" w:rsidRPr="00717886" w:rsidRDefault="0047346F">
            <w:pPr>
              <w:spacing w:after="0"/>
              <w:rPr>
                <w:rFonts w:cs="Times New Roman"/>
              </w:rPr>
            </w:pPr>
            <w:r w:rsidRPr="00717886">
              <w:rPr>
                <w:rFonts w:cs="Times New Roman"/>
                <w:sz w:val="15"/>
              </w:rPr>
              <w:t>Zero only after completed extraction; unresolved evidence remains missing</w:t>
            </w:r>
          </w:p>
        </w:tc>
      </w:tr>
      <w:tr w:rsidR="002E7DCF" w:rsidRPr="00717886" w14:paraId="712228F9" w14:textId="77777777">
        <w:trPr>
          <w:cantSplit/>
          <w:jc w:val="center"/>
        </w:trPr>
        <w:tc>
          <w:tcPr>
            <w:tcW w:w="2088" w:type="dxa"/>
            <w:shd w:val="clear" w:color="auto" w:fill="F5F7F9"/>
            <w:tcMar>
              <w:top w:w="70" w:type="dxa"/>
              <w:left w:w="95" w:type="dxa"/>
              <w:bottom w:w="70" w:type="dxa"/>
              <w:right w:w="95" w:type="dxa"/>
            </w:tcMar>
            <w:vAlign w:val="center"/>
          </w:tcPr>
          <w:p w14:paraId="63C45CEA" w14:textId="77777777" w:rsidR="00423D2F" w:rsidRPr="00717886" w:rsidRDefault="0047346F">
            <w:pPr>
              <w:spacing w:after="0"/>
              <w:rPr>
                <w:rFonts w:cs="Times New Roman"/>
              </w:rPr>
            </w:pPr>
            <w:r w:rsidRPr="00717886">
              <w:rPr>
                <w:rFonts w:cs="Times New Roman"/>
                <w:sz w:val="15"/>
              </w:rPr>
              <w:t>Active researchers</w:t>
            </w:r>
          </w:p>
        </w:tc>
        <w:tc>
          <w:tcPr>
            <w:tcW w:w="4824" w:type="dxa"/>
            <w:shd w:val="clear" w:color="auto" w:fill="F5F7F9"/>
            <w:tcMar>
              <w:top w:w="70" w:type="dxa"/>
              <w:left w:w="95" w:type="dxa"/>
              <w:bottom w:w="70" w:type="dxa"/>
              <w:right w:w="95" w:type="dxa"/>
            </w:tcMar>
            <w:vAlign w:val="center"/>
          </w:tcPr>
          <w:p w14:paraId="7F2D641B" w14:textId="77777777" w:rsidR="00423D2F" w:rsidRPr="00717886" w:rsidRDefault="0047346F">
            <w:pPr>
              <w:spacing w:after="0"/>
              <w:rPr>
                <w:rFonts w:cs="Times New Roman"/>
              </w:rPr>
            </w:pPr>
            <w:r w:rsidRPr="00717886">
              <w:rPr>
                <w:rFonts w:cs="Times New Roman"/>
                <w:sz w:val="15"/>
              </w:rPr>
              <w:t>log[1 + unique OpenAlex authors on aviation works]</w:t>
            </w:r>
          </w:p>
        </w:tc>
        <w:tc>
          <w:tcPr>
            <w:tcW w:w="3096" w:type="dxa"/>
            <w:shd w:val="clear" w:color="auto" w:fill="F5F7F9"/>
            <w:tcMar>
              <w:top w:w="70" w:type="dxa"/>
              <w:left w:w="95" w:type="dxa"/>
              <w:bottom w:w="70" w:type="dxa"/>
              <w:right w:w="95" w:type="dxa"/>
            </w:tcMar>
            <w:vAlign w:val="center"/>
          </w:tcPr>
          <w:p w14:paraId="0B665D9E" w14:textId="77777777" w:rsidR="00423D2F" w:rsidRPr="00717886" w:rsidRDefault="0047346F">
            <w:pPr>
              <w:spacing w:after="0"/>
              <w:rPr>
                <w:rFonts w:cs="Times New Roman"/>
              </w:rPr>
            </w:pPr>
            <w:r w:rsidRPr="00717886">
              <w:rPr>
                <w:rFonts w:cs="Times New Roman"/>
                <w:sz w:val="15"/>
              </w:rPr>
              <w:t>Aggregated at institution-year level; no individual scoring</w:t>
            </w:r>
          </w:p>
        </w:tc>
      </w:tr>
      <w:tr w:rsidR="002E7DCF" w:rsidRPr="00717886" w14:paraId="751459EC" w14:textId="77777777">
        <w:trPr>
          <w:cantSplit/>
          <w:jc w:val="center"/>
        </w:trPr>
        <w:tc>
          <w:tcPr>
            <w:tcW w:w="2088" w:type="dxa"/>
            <w:tcMar>
              <w:top w:w="70" w:type="dxa"/>
              <w:left w:w="95" w:type="dxa"/>
              <w:bottom w:w="70" w:type="dxa"/>
              <w:right w:w="95" w:type="dxa"/>
            </w:tcMar>
            <w:vAlign w:val="center"/>
          </w:tcPr>
          <w:p w14:paraId="468AC999" w14:textId="77777777" w:rsidR="00423D2F" w:rsidRPr="00717886" w:rsidRDefault="0047346F">
            <w:pPr>
              <w:spacing w:after="0"/>
              <w:rPr>
                <w:rFonts w:cs="Times New Roman"/>
              </w:rPr>
            </w:pPr>
            <w:r w:rsidRPr="00717886">
              <w:rPr>
                <w:rFonts w:cs="Times New Roman"/>
                <w:sz w:val="15"/>
              </w:rPr>
              <w:t>Researcher continuity</w:t>
            </w:r>
          </w:p>
        </w:tc>
        <w:tc>
          <w:tcPr>
            <w:tcW w:w="4824" w:type="dxa"/>
            <w:tcMar>
              <w:top w:w="70" w:type="dxa"/>
              <w:left w:w="95" w:type="dxa"/>
              <w:bottom w:w="70" w:type="dxa"/>
              <w:right w:w="95" w:type="dxa"/>
            </w:tcMar>
            <w:vAlign w:val="center"/>
          </w:tcPr>
          <w:p w14:paraId="5564D736" w14:textId="77777777" w:rsidR="00423D2F" w:rsidRPr="00717886" w:rsidRDefault="0047346F">
            <w:pPr>
              <w:spacing w:after="0"/>
              <w:rPr>
                <w:rFonts w:cs="Times New Roman"/>
              </w:rPr>
            </w:pPr>
            <w:r w:rsidRPr="00717886">
              <w:rPr>
                <w:rFonts w:cs="Times New Roman"/>
                <w:sz w:val="15"/>
              </w:rPr>
              <w:t>Authors observed in both t and t−1 / authors observed in t</w:t>
            </w:r>
          </w:p>
        </w:tc>
        <w:tc>
          <w:tcPr>
            <w:tcW w:w="3096" w:type="dxa"/>
            <w:tcMar>
              <w:top w:w="70" w:type="dxa"/>
              <w:left w:w="95" w:type="dxa"/>
              <w:bottom w:w="70" w:type="dxa"/>
              <w:right w:w="95" w:type="dxa"/>
            </w:tcMar>
            <w:vAlign w:val="center"/>
          </w:tcPr>
          <w:p w14:paraId="18A10A49" w14:textId="77777777" w:rsidR="00423D2F" w:rsidRPr="00717886" w:rsidRDefault="0047346F">
            <w:pPr>
              <w:spacing w:after="0"/>
              <w:rPr>
                <w:rFonts w:cs="Times New Roman"/>
              </w:rPr>
            </w:pPr>
            <w:r w:rsidRPr="00717886">
              <w:rPr>
                <w:rFonts w:cs="Times New Roman"/>
                <w:sz w:val="15"/>
              </w:rPr>
              <w:t>Blank where prior-year construction is unavailable</w:t>
            </w:r>
          </w:p>
        </w:tc>
      </w:tr>
      <w:tr w:rsidR="002E7DCF" w:rsidRPr="00717886" w14:paraId="688AD508" w14:textId="77777777">
        <w:trPr>
          <w:cantSplit/>
          <w:jc w:val="center"/>
        </w:trPr>
        <w:tc>
          <w:tcPr>
            <w:tcW w:w="2088" w:type="dxa"/>
            <w:shd w:val="clear" w:color="auto" w:fill="F5F7F9"/>
            <w:tcMar>
              <w:top w:w="70" w:type="dxa"/>
              <w:left w:w="95" w:type="dxa"/>
              <w:bottom w:w="70" w:type="dxa"/>
              <w:right w:w="95" w:type="dxa"/>
            </w:tcMar>
            <w:vAlign w:val="center"/>
          </w:tcPr>
          <w:p w14:paraId="28CAB6E9" w14:textId="77777777" w:rsidR="00423D2F" w:rsidRPr="00717886" w:rsidRDefault="0047346F">
            <w:pPr>
              <w:spacing w:after="0"/>
              <w:rPr>
                <w:rFonts w:cs="Times New Roman"/>
              </w:rPr>
            </w:pPr>
            <w:r w:rsidRPr="00717886">
              <w:rPr>
                <w:rFonts w:cs="Times New Roman"/>
                <w:sz w:val="15"/>
              </w:rPr>
              <w:t>Aviation R&amp;D intensity</w:t>
            </w:r>
          </w:p>
        </w:tc>
        <w:tc>
          <w:tcPr>
            <w:tcW w:w="4824" w:type="dxa"/>
            <w:shd w:val="clear" w:color="auto" w:fill="F5F7F9"/>
            <w:tcMar>
              <w:top w:w="70" w:type="dxa"/>
              <w:left w:w="95" w:type="dxa"/>
              <w:bottom w:w="70" w:type="dxa"/>
              <w:right w:w="95" w:type="dxa"/>
            </w:tcMar>
            <w:vAlign w:val="center"/>
          </w:tcPr>
          <w:p w14:paraId="03D7CC02" w14:textId="77777777" w:rsidR="00423D2F" w:rsidRPr="00717886" w:rsidRDefault="0047346F">
            <w:pPr>
              <w:spacing w:after="0"/>
              <w:rPr>
                <w:rFonts w:cs="Times New Roman"/>
              </w:rPr>
            </w:pPr>
            <w:r w:rsidRPr="00717886">
              <w:rPr>
                <w:rFonts w:cs="Times New Roman"/>
                <w:sz w:val="15"/>
              </w:rPr>
              <w:t>Aviation works / all institutional works</w:t>
            </w:r>
          </w:p>
        </w:tc>
        <w:tc>
          <w:tcPr>
            <w:tcW w:w="3096" w:type="dxa"/>
            <w:shd w:val="clear" w:color="auto" w:fill="F5F7F9"/>
            <w:tcMar>
              <w:top w:w="70" w:type="dxa"/>
              <w:left w:w="95" w:type="dxa"/>
              <w:bottom w:w="70" w:type="dxa"/>
              <w:right w:w="95" w:type="dxa"/>
            </w:tcMar>
            <w:vAlign w:val="center"/>
          </w:tcPr>
          <w:p w14:paraId="08BA2785" w14:textId="77777777" w:rsidR="00423D2F" w:rsidRPr="00717886" w:rsidRDefault="0047346F">
            <w:pPr>
              <w:spacing w:after="0"/>
              <w:rPr>
                <w:rFonts w:cs="Times New Roman"/>
              </w:rPr>
            </w:pPr>
            <w:r w:rsidRPr="00717886">
              <w:rPr>
                <w:rFonts w:cs="Times New Roman"/>
                <w:sz w:val="15"/>
              </w:rPr>
              <w:t>Blank if the denominator is unresolved; every observed denominator must satisfy total institutional works ≥ aviation works</w:t>
            </w:r>
          </w:p>
        </w:tc>
      </w:tr>
      <w:tr w:rsidR="002E7DCF" w:rsidRPr="00717886" w14:paraId="3207B805" w14:textId="77777777">
        <w:trPr>
          <w:cantSplit/>
          <w:jc w:val="center"/>
        </w:trPr>
        <w:tc>
          <w:tcPr>
            <w:tcW w:w="2088" w:type="dxa"/>
            <w:tcMar>
              <w:top w:w="70" w:type="dxa"/>
              <w:left w:w="95" w:type="dxa"/>
              <w:bottom w:w="70" w:type="dxa"/>
              <w:right w:w="95" w:type="dxa"/>
            </w:tcMar>
            <w:vAlign w:val="center"/>
          </w:tcPr>
          <w:p w14:paraId="311B8B31" w14:textId="77777777" w:rsidR="00423D2F" w:rsidRPr="00717886" w:rsidRDefault="0047346F">
            <w:pPr>
              <w:spacing w:after="0"/>
              <w:rPr>
                <w:rFonts w:cs="Times New Roman"/>
              </w:rPr>
            </w:pPr>
            <w:r w:rsidRPr="00717886">
              <w:rPr>
                <w:rFonts w:cs="Times New Roman"/>
                <w:sz w:val="15"/>
              </w:rPr>
              <w:t>Topic breadth</w:t>
            </w:r>
          </w:p>
        </w:tc>
        <w:tc>
          <w:tcPr>
            <w:tcW w:w="4824" w:type="dxa"/>
            <w:tcMar>
              <w:top w:w="70" w:type="dxa"/>
              <w:left w:w="95" w:type="dxa"/>
              <w:bottom w:w="70" w:type="dxa"/>
              <w:right w:w="95" w:type="dxa"/>
            </w:tcMar>
            <w:vAlign w:val="center"/>
          </w:tcPr>
          <w:p w14:paraId="08B7B73D" w14:textId="77777777" w:rsidR="00423D2F" w:rsidRPr="00717886" w:rsidRDefault="0047346F">
            <w:pPr>
              <w:spacing w:after="0"/>
              <w:rPr>
                <w:rFonts w:cs="Times New Roman"/>
              </w:rPr>
            </w:pPr>
            <w:r w:rsidRPr="00717886">
              <w:rPr>
                <w:rFonts w:cs="Times New Roman"/>
                <w:sz w:val="15"/>
              </w:rPr>
              <w:t>−Σpₑ ln(pₑ) / ln(D), across D frozen AVI-TAX domains</w:t>
            </w:r>
          </w:p>
        </w:tc>
        <w:tc>
          <w:tcPr>
            <w:tcW w:w="3096" w:type="dxa"/>
            <w:tcMar>
              <w:top w:w="70" w:type="dxa"/>
              <w:left w:w="95" w:type="dxa"/>
              <w:bottom w:w="70" w:type="dxa"/>
              <w:right w:w="95" w:type="dxa"/>
            </w:tcMar>
            <w:vAlign w:val="center"/>
          </w:tcPr>
          <w:p w14:paraId="0AFD49DF" w14:textId="77777777" w:rsidR="00423D2F" w:rsidRPr="00717886" w:rsidRDefault="0047346F">
            <w:pPr>
              <w:spacing w:after="0"/>
              <w:rPr>
                <w:rFonts w:cs="Times New Roman"/>
              </w:rPr>
            </w:pPr>
            <w:r w:rsidRPr="00717886">
              <w:rPr>
                <w:rFonts w:cs="Times New Roman"/>
                <w:sz w:val="15"/>
              </w:rPr>
              <w:t>Range 0–1; requires classified aviation works</w:t>
            </w:r>
          </w:p>
        </w:tc>
      </w:tr>
      <w:tr w:rsidR="002E7DCF" w:rsidRPr="00717886" w14:paraId="09A175BA" w14:textId="77777777">
        <w:trPr>
          <w:cantSplit/>
          <w:jc w:val="center"/>
        </w:trPr>
        <w:tc>
          <w:tcPr>
            <w:tcW w:w="2088" w:type="dxa"/>
            <w:shd w:val="clear" w:color="auto" w:fill="F5F7F9"/>
            <w:tcMar>
              <w:top w:w="70" w:type="dxa"/>
              <w:left w:w="95" w:type="dxa"/>
              <w:bottom w:w="70" w:type="dxa"/>
              <w:right w:w="95" w:type="dxa"/>
            </w:tcMar>
            <w:vAlign w:val="center"/>
          </w:tcPr>
          <w:p w14:paraId="6D2B60A5" w14:textId="77777777" w:rsidR="00423D2F" w:rsidRPr="00717886" w:rsidRDefault="0047346F">
            <w:pPr>
              <w:spacing w:after="0"/>
              <w:rPr>
                <w:rFonts w:cs="Times New Roman"/>
              </w:rPr>
            </w:pPr>
            <w:r w:rsidRPr="00717886">
              <w:rPr>
                <w:rFonts w:cs="Times New Roman"/>
                <w:sz w:val="15"/>
              </w:rPr>
              <w:t>RORC</w:t>
            </w:r>
          </w:p>
        </w:tc>
        <w:tc>
          <w:tcPr>
            <w:tcW w:w="4824" w:type="dxa"/>
            <w:shd w:val="clear" w:color="auto" w:fill="F5F7F9"/>
            <w:tcMar>
              <w:top w:w="70" w:type="dxa"/>
              <w:left w:w="95" w:type="dxa"/>
              <w:bottom w:w="70" w:type="dxa"/>
              <w:right w:w="95" w:type="dxa"/>
            </w:tcMar>
            <w:vAlign w:val="center"/>
          </w:tcPr>
          <w:p w14:paraId="34278910" w14:textId="77777777" w:rsidR="00423D2F" w:rsidRPr="00717886" w:rsidRDefault="0047346F">
            <w:pPr>
              <w:spacing w:after="0"/>
              <w:rPr>
                <w:rFonts w:cs="Times New Roman"/>
              </w:rPr>
            </w:pPr>
            <w:r w:rsidRPr="00717886">
              <w:rPr>
                <w:rFonts w:cs="Times New Roman"/>
                <w:sz w:val="15"/>
              </w:rPr>
              <w:t>[z(output) + z(researchers) + z(continuity) + z(intensity) + z(topic breadth)] / 5</w:t>
            </w:r>
          </w:p>
        </w:tc>
        <w:tc>
          <w:tcPr>
            <w:tcW w:w="3096" w:type="dxa"/>
            <w:shd w:val="clear" w:color="auto" w:fill="F5F7F9"/>
            <w:tcMar>
              <w:top w:w="70" w:type="dxa"/>
              <w:left w:w="95" w:type="dxa"/>
              <w:bottom w:w="70" w:type="dxa"/>
              <w:right w:w="95" w:type="dxa"/>
            </w:tcMar>
            <w:vAlign w:val="center"/>
          </w:tcPr>
          <w:p w14:paraId="6BC1ECAC" w14:textId="77777777" w:rsidR="00423D2F" w:rsidRPr="00717886" w:rsidRDefault="0047346F">
            <w:pPr>
              <w:spacing w:after="0"/>
              <w:rPr>
                <w:rFonts w:cs="Times New Roman"/>
              </w:rPr>
            </w:pPr>
            <w:r w:rsidRPr="00717886">
              <w:rPr>
                <w:rFonts w:cs="Times New Roman"/>
                <w:sz w:val="15"/>
              </w:rPr>
              <w:t>Calculated only when all five components are resolved</w:t>
            </w:r>
          </w:p>
        </w:tc>
      </w:tr>
      <w:tr w:rsidR="002E7DCF" w:rsidRPr="00717886" w14:paraId="32ABE5F5" w14:textId="77777777">
        <w:trPr>
          <w:cantSplit/>
          <w:jc w:val="center"/>
        </w:trPr>
        <w:tc>
          <w:tcPr>
            <w:tcW w:w="2088" w:type="dxa"/>
            <w:tcMar>
              <w:top w:w="70" w:type="dxa"/>
              <w:left w:w="95" w:type="dxa"/>
              <w:bottom w:w="70" w:type="dxa"/>
              <w:right w:w="95" w:type="dxa"/>
            </w:tcMar>
            <w:vAlign w:val="center"/>
          </w:tcPr>
          <w:p w14:paraId="122E2223" w14:textId="77777777" w:rsidR="00423D2F" w:rsidRPr="00717886" w:rsidRDefault="0047346F">
            <w:pPr>
              <w:spacing w:after="0"/>
              <w:rPr>
                <w:rFonts w:cs="Times New Roman"/>
              </w:rPr>
            </w:pPr>
            <w:r w:rsidRPr="00717886">
              <w:rPr>
                <w:rFonts w:cs="Times New Roman"/>
                <w:sz w:val="15"/>
              </w:rPr>
              <w:t>External partner breadth</w:t>
            </w:r>
          </w:p>
        </w:tc>
        <w:tc>
          <w:tcPr>
            <w:tcW w:w="4824" w:type="dxa"/>
            <w:tcMar>
              <w:top w:w="70" w:type="dxa"/>
              <w:left w:w="95" w:type="dxa"/>
              <w:bottom w:w="70" w:type="dxa"/>
              <w:right w:w="95" w:type="dxa"/>
            </w:tcMar>
            <w:vAlign w:val="center"/>
          </w:tcPr>
          <w:p w14:paraId="0EE049B9" w14:textId="77777777" w:rsidR="00423D2F" w:rsidRPr="00717886" w:rsidRDefault="0047346F">
            <w:pPr>
              <w:spacing w:after="0"/>
              <w:rPr>
                <w:rFonts w:cs="Times New Roman"/>
              </w:rPr>
            </w:pPr>
            <w:r w:rsidRPr="00717886">
              <w:rPr>
                <w:rFonts w:cs="Times New Roman"/>
                <w:sz w:val="15"/>
              </w:rPr>
              <w:t>log[1 + unique external higher-education/research institutions]</w:t>
            </w:r>
          </w:p>
        </w:tc>
        <w:tc>
          <w:tcPr>
            <w:tcW w:w="3096" w:type="dxa"/>
            <w:tcMar>
              <w:top w:w="70" w:type="dxa"/>
              <w:left w:w="95" w:type="dxa"/>
              <w:bottom w:w="70" w:type="dxa"/>
              <w:right w:w="95" w:type="dxa"/>
            </w:tcMar>
            <w:vAlign w:val="center"/>
          </w:tcPr>
          <w:p w14:paraId="4D78E9BD" w14:textId="77777777" w:rsidR="00423D2F" w:rsidRPr="00717886" w:rsidRDefault="0047346F">
            <w:pPr>
              <w:spacing w:after="0"/>
              <w:rPr>
                <w:rFonts w:cs="Times New Roman"/>
              </w:rPr>
            </w:pPr>
            <w:r w:rsidRPr="00717886">
              <w:rPr>
                <w:rFonts w:cs="Times New Roman"/>
                <w:sz w:val="15"/>
              </w:rPr>
              <w:t>Target institution excluded</w:t>
            </w:r>
          </w:p>
        </w:tc>
      </w:tr>
      <w:tr w:rsidR="002E7DCF" w:rsidRPr="00717886" w14:paraId="216A83F0" w14:textId="77777777">
        <w:trPr>
          <w:cantSplit/>
          <w:jc w:val="center"/>
        </w:trPr>
        <w:tc>
          <w:tcPr>
            <w:tcW w:w="2088" w:type="dxa"/>
            <w:shd w:val="clear" w:color="auto" w:fill="F5F7F9"/>
            <w:tcMar>
              <w:top w:w="70" w:type="dxa"/>
              <w:left w:w="95" w:type="dxa"/>
              <w:bottom w:w="70" w:type="dxa"/>
              <w:right w:w="95" w:type="dxa"/>
            </w:tcMar>
            <w:vAlign w:val="center"/>
          </w:tcPr>
          <w:p w14:paraId="07A1A9DF" w14:textId="77777777" w:rsidR="00423D2F" w:rsidRPr="00717886" w:rsidRDefault="0047346F">
            <w:pPr>
              <w:spacing w:after="0"/>
              <w:rPr>
                <w:rFonts w:cs="Times New Roman"/>
              </w:rPr>
            </w:pPr>
            <w:r w:rsidRPr="00717886">
              <w:rPr>
                <w:rFonts w:cs="Times New Roman"/>
                <w:sz w:val="15"/>
              </w:rPr>
              <w:t>Partner-country breadth</w:t>
            </w:r>
          </w:p>
        </w:tc>
        <w:tc>
          <w:tcPr>
            <w:tcW w:w="4824" w:type="dxa"/>
            <w:shd w:val="clear" w:color="auto" w:fill="F5F7F9"/>
            <w:tcMar>
              <w:top w:w="70" w:type="dxa"/>
              <w:left w:w="95" w:type="dxa"/>
              <w:bottom w:w="70" w:type="dxa"/>
              <w:right w:w="95" w:type="dxa"/>
            </w:tcMar>
            <w:vAlign w:val="center"/>
          </w:tcPr>
          <w:p w14:paraId="5FFE7686" w14:textId="77777777" w:rsidR="00423D2F" w:rsidRPr="00717886" w:rsidRDefault="0047346F">
            <w:pPr>
              <w:spacing w:after="0"/>
              <w:rPr>
                <w:rFonts w:cs="Times New Roman"/>
              </w:rPr>
            </w:pPr>
            <w:r w:rsidRPr="00717886">
              <w:rPr>
                <w:rFonts w:cs="Times New Roman"/>
                <w:sz w:val="15"/>
              </w:rPr>
              <w:t>log[1 + unique external academic/research countries]</w:t>
            </w:r>
          </w:p>
        </w:tc>
        <w:tc>
          <w:tcPr>
            <w:tcW w:w="3096" w:type="dxa"/>
            <w:shd w:val="clear" w:color="auto" w:fill="F5F7F9"/>
            <w:tcMar>
              <w:top w:w="70" w:type="dxa"/>
              <w:left w:w="95" w:type="dxa"/>
              <w:bottom w:w="70" w:type="dxa"/>
              <w:right w:w="95" w:type="dxa"/>
            </w:tcMar>
            <w:vAlign w:val="center"/>
          </w:tcPr>
          <w:p w14:paraId="4015DA75" w14:textId="77777777" w:rsidR="00423D2F" w:rsidRPr="00717886" w:rsidRDefault="0047346F">
            <w:pPr>
              <w:spacing w:after="0"/>
              <w:rPr>
                <w:rFonts w:cs="Times New Roman"/>
              </w:rPr>
            </w:pPr>
            <w:r w:rsidRPr="00717886">
              <w:rPr>
                <w:rFonts w:cs="Times New Roman"/>
                <w:sz w:val="15"/>
              </w:rPr>
              <w:t>Domestic external partners retained where applicable</w:t>
            </w:r>
          </w:p>
        </w:tc>
      </w:tr>
      <w:tr w:rsidR="002E7DCF" w:rsidRPr="00717886" w14:paraId="156E94BC" w14:textId="77777777">
        <w:trPr>
          <w:cantSplit/>
          <w:jc w:val="center"/>
        </w:trPr>
        <w:tc>
          <w:tcPr>
            <w:tcW w:w="2088" w:type="dxa"/>
            <w:tcMar>
              <w:top w:w="70" w:type="dxa"/>
              <w:left w:w="95" w:type="dxa"/>
              <w:bottom w:w="70" w:type="dxa"/>
              <w:right w:w="95" w:type="dxa"/>
            </w:tcMar>
            <w:vAlign w:val="center"/>
          </w:tcPr>
          <w:p w14:paraId="0E5441F7" w14:textId="77777777" w:rsidR="00423D2F" w:rsidRPr="00717886" w:rsidRDefault="0047346F">
            <w:pPr>
              <w:spacing w:after="0"/>
              <w:rPr>
                <w:rFonts w:cs="Times New Roman"/>
              </w:rPr>
            </w:pPr>
            <w:r w:rsidRPr="00717886">
              <w:rPr>
                <w:rFonts w:cs="Times New Roman"/>
                <w:sz w:val="15"/>
              </w:rPr>
              <w:t>External research rate</w:t>
            </w:r>
          </w:p>
        </w:tc>
        <w:tc>
          <w:tcPr>
            <w:tcW w:w="4824" w:type="dxa"/>
            <w:tcMar>
              <w:top w:w="70" w:type="dxa"/>
              <w:left w:w="95" w:type="dxa"/>
              <w:bottom w:w="70" w:type="dxa"/>
              <w:right w:w="95" w:type="dxa"/>
            </w:tcMar>
            <w:vAlign w:val="center"/>
          </w:tcPr>
          <w:p w14:paraId="517367E9" w14:textId="77777777" w:rsidR="00423D2F" w:rsidRPr="00717886" w:rsidRDefault="0047346F">
            <w:pPr>
              <w:spacing w:after="0"/>
              <w:rPr>
                <w:rFonts w:cs="Times New Roman"/>
              </w:rPr>
            </w:pPr>
            <w:r w:rsidRPr="00717886">
              <w:rPr>
                <w:rFonts w:cs="Times New Roman"/>
                <w:sz w:val="15"/>
              </w:rPr>
              <w:t>Works with an external higher-education/research partner / aviation works</w:t>
            </w:r>
          </w:p>
        </w:tc>
        <w:tc>
          <w:tcPr>
            <w:tcW w:w="3096" w:type="dxa"/>
            <w:tcMar>
              <w:top w:w="70" w:type="dxa"/>
              <w:left w:w="95" w:type="dxa"/>
              <w:bottom w:w="70" w:type="dxa"/>
              <w:right w:w="95" w:type="dxa"/>
            </w:tcMar>
            <w:vAlign w:val="center"/>
          </w:tcPr>
          <w:p w14:paraId="536644EA" w14:textId="77777777" w:rsidR="00423D2F" w:rsidRPr="00717886" w:rsidRDefault="0047346F">
            <w:pPr>
              <w:spacing w:after="0"/>
              <w:rPr>
                <w:rFonts w:cs="Times New Roman"/>
              </w:rPr>
            </w:pPr>
            <w:r w:rsidRPr="00717886">
              <w:rPr>
                <w:rFonts w:cs="Times New Roman"/>
                <w:sz w:val="15"/>
              </w:rPr>
              <w:t>Verified zero only after completed work extraction</w:t>
            </w:r>
          </w:p>
        </w:tc>
      </w:tr>
      <w:tr w:rsidR="002E7DCF" w:rsidRPr="00717886" w14:paraId="425BBA1E" w14:textId="77777777">
        <w:trPr>
          <w:cantSplit/>
          <w:jc w:val="center"/>
        </w:trPr>
        <w:tc>
          <w:tcPr>
            <w:tcW w:w="2088" w:type="dxa"/>
            <w:shd w:val="clear" w:color="auto" w:fill="F5F7F9"/>
            <w:tcMar>
              <w:top w:w="70" w:type="dxa"/>
              <w:left w:w="95" w:type="dxa"/>
              <w:bottom w:w="70" w:type="dxa"/>
              <w:right w:w="95" w:type="dxa"/>
            </w:tcMar>
            <w:vAlign w:val="center"/>
          </w:tcPr>
          <w:p w14:paraId="4E4CADF6" w14:textId="77777777" w:rsidR="00423D2F" w:rsidRPr="00717886" w:rsidRDefault="0047346F">
            <w:pPr>
              <w:spacing w:after="0"/>
              <w:rPr>
                <w:rFonts w:cs="Times New Roman"/>
              </w:rPr>
            </w:pPr>
            <w:r w:rsidRPr="00717886">
              <w:rPr>
                <w:rFonts w:cs="Times New Roman"/>
                <w:sz w:val="15"/>
              </w:rPr>
              <w:t>International research rate</w:t>
            </w:r>
          </w:p>
        </w:tc>
        <w:tc>
          <w:tcPr>
            <w:tcW w:w="4824" w:type="dxa"/>
            <w:shd w:val="clear" w:color="auto" w:fill="F5F7F9"/>
            <w:tcMar>
              <w:top w:w="70" w:type="dxa"/>
              <w:left w:w="95" w:type="dxa"/>
              <w:bottom w:w="70" w:type="dxa"/>
              <w:right w:w="95" w:type="dxa"/>
            </w:tcMar>
            <w:vAlign w:val="center"/>
          </w:tcPr>
          <w:p w14:paraId="6EBAA303" w14:textId="77777777" w:rsidR="00423D2F" w:rsidRPr="00717886" w:rsidRDefault="0047346F">
            <w:pPr>
              <w:spacing w:after="0"/>
              <w:rPr>
                <w:rFonts w:cs="Times New Roman"/>
              </w:rPr>
            </w:pPr>
            <w:r w:rsidRPr="00717886">
              <w:rPr>
                <w:rFonts w:cs="Times New Roman"/>
                <w:sz w:val="15"/>
              </w:rPr>
              <w:t>Works with an international higher-education/research partner / aviation works</w:t>
            </w:r>
          </w:p>
        </w:tc>
        <w:tc>
          <w:tcPr>
            <w:tcW w:w="3096" w:type="dxa"/>
            <w:shd w:val="clear" w:color="auto" w:fill="F5F7F9"/>
            <w:tcMar>
              <w:top w:w="70" w:type="dxa"/>
              <w:left w:w="95" w:type="dxa"/>
              <w:bottom w:w="70" w:type="dxa"/>
              <w:right w:w="95" w:type="dxa"/>
            </w:tcMar>
            <w:vAlign w:val="center"/>
          </w:tcPr>
          <w:p w14:paraId="090C9278" w14:textId="77777777" w:rsidR="00423D2F" w:rsidRPr="00717886" w:rsidRDefault="0047346F">
            <w:pPr>
              <w:spacing w:after="0"/>
              <w:rPr>
                <w:rFonts w:cs="Times New Roman"/>
              </w:rPr>
            </w:pPr>
            <w:r w:rsidRPr="00717886">
              <w:rPr>
                <w:rFonts w:cs="Times New Roman"/>
                <w:sz w:val="15"/>
              </w:rPr>
              <w:t>Verified zero only after completed work extraction</w:t>
            </w:r>
          </w:p>
        </w:tc>
      </w:tr>
      <w:tr w:rsidR="002E7DCF" w:rsidRPr="00717886" w14:paraId="6CB86B8F" w14:textId="77777777">
        <w:trPr>
          <w:cantSplit/>
          <w:jc w:val="center"/>
        </w:trPr>
        <w:tc>
          <w:tcPr>
            <w:tcW w:w="2088" w:type="dxa"/>
            <w:tcMar>
              <w:top w:w="70" w:type="dxa"/>
              <w:left w:w="95" w:type="dxa"/>
              <w:bottom w:w="70" w:type="dxa"/>
              <w:right w:w="95" w:type="dxa"/>
            </w:tcMar>
            <w:vAlign w:val="center"/>
          </w:tcPr>
          <w:p w14:paraId="53FFF766" w14:textId="77777777" w:rsidR="00423D2F" w:rsidRPr="00717886" w:rsidRDefault="0047346F">
            <w:pPr>
              <w:spacing w:after="0"/>
              <w:rPr>
                <w:rFonts w:cs="Times New Roman"/>
              </w:rPr>
            </w:pPr>
            <w:r w:rsidRPr="00717886">
              <w:rPr>
                <w:rFonts w:cs="Times New Roman"/>
                <w:sz w:val="15"/>
              </w:rPr>
              <w:t>EKII</w:t>
            </w:r>
          </w:p>
        </w:tc>
        <w:tc>
          <w:tcPr>
            <w:tcW w:w="4824" w:type="dxa"/>
            <w:tcMar>
              <w:top w:w="70" w:type="dxa"/>
              <w:left w:w="95" w:type="dxa"/>
              <w:bottom w:w="70" w:type="dxa"/>
              <w:right w:w="95" w:type="dxa"/>
            </w:tcMar>
            <w:vAlign w:val="center"/>
          </w:tcPr>
          <w:p w14:paraId="1DC2F07A" w14:textId="77777777" w:rsidR="00423D2F" w:rsidRPr="00717886" w:rsidRDefault="0047346F">
            <w:pPr>
              <w:spacing w:after="0"/>
              <w:rPr>
                <w:rFonts w:cs="Times New Roman"/>
              </w:rPr>
            </w:pPr>
            <w:r w:rsidRPr="00717886">
              <w:rPr>
                <w:rFonts w:cs="Times New Roman"/>
                <w:sz w:val="15"/>
              </w:rPr>
              <w:t>[z(partners) + z(countries) + z(external rate) + z(international rate)] / 4</w:t>
            </w:r>
          </w:p>
        </w:tc>
        <w:tc>
          <w:tcPr>
            <w:tcW w:w="3096" w:type="dxa"/>
            <w:tcMar>
              <w:top w:w="70" w:type="dxa"/>
              <w:left w:w="95" w:type="dxa"/>
              <w:bottom w:w="70" w:type="dxa"/>
              <w:right w:w="95" w:type="dxa"/>
            </w:tcMar>
            <w:vAlign w:val="center"/>
          </w:tcPr>
          <w:p w14:paraId="5A904BCA" w14:textId="77777777" w:rsidR="00423D2F" w:rsidRPr="00717886" w:rsidRDefault="0047346F">
            <w:pPr>
              <w:spacing w:after="0"/>
              <w:rPr>
                <w:rFonts w:cs="Times New Roman"/>
              </w:rPr>
            </w:pPr>
            <w:r w:rsidRPr="00717886">
              <w:rPr>
                <w:rFonts w:cs="Times New Roman"/>
                <w:sz w:val="15"/>
              </w:rPr>
              <w:t>Calculated only when all four components are resolved</w:t>
            </w:r>
          </w:p>
        </w:tc>
      </w:tr>
      <w:tr w:rsidR="002E7DCF" w:rsidRPr="00717886" w14:paraId="683AC9C8" w14:textId="77777777">
        <w:trPr>
          <w:cantSplit/>
          <w:jc w:val="center"/>
        </w:trPr>
        <w:tc>
          <w:tcPr>
            <w:tcW w:w="2088" w:type="dxa"/>
            <w:shd w:val="clear" w:color="auto" w:fill="F5F7F9"/>
            <w:tcMar>
              <w:top w:w="70" w:type="dxa"/>
              <w:left w:w="95" w:type="dxa"/>
              <w:bottom w:w="70" w:type="dxa"/>
              <w:right w:w="95" w:type="dxa"/>
            </w:tcMar>
            <w:vAlign w:val="center"/>
          </w:tcPr>
          <w:p w14:paraId="7A032B5B" w14:textId="77777777" w:rsidR="00423D2F" w:rsidRPr="00717886" w:rsidRDefault="0047346F">
            <w:pPr>
              <w:spacing w:after="0"/>
              <w:rPr>
                <w:rFonts w:cs="Times New Roman"/>
              </w:rPr>
            </w:pPr>
            <w:r w:rsidRPr="00717886">
              <w:rPr>
                <w:rFonts w:cs="Times New Roman"/>
                <w:sz w:val="15"/>
              </w:rPr>
              <w:t>Company coauthorship rate</w:t>
            </w:r>
          </w:p>
        </w:tc>
        <w:tc>
          <w:tcPr>
            <w:tcW w:w="4824" w:type="dxa"/>
            <w:shd w:val="clear" w:color="auto" w:fill="F5F7F9"/>
            <w:tcMar>
              <w:top w:w="70" w:type="dxa"/>
              <w:left w:w="95" w:type="dxa"/>
              <w:bottom w:w="70" w:type="dxa"/>
              <w:right w:w="95" w:type="dxa"/>
            </w:tcMar>
            <w:vAlign w:val="center"/>
          </w:tcPr>
          <w:p w14:paraId="66A33D2A" w14:textId="77777777" w:rsidR="00423D2F" w:rsidRPr="00717886" w:rsidRDefault="0047346F">
            <w:pPr>
              <w:spacing w:after="0"/>
              <w:rPr>
                <w:rFonts w:cs="Times New Roman"/>
              </w:rPr>
            </w:pPr>
            <w:r w:rsidRPr="00717886">
              <w:rPr>
                <w:rFonts w:cs="Times New Roman"/>
                <w:sz w:val="15"/>
              </w:rPr>
              <w:t>Aviation works with ≥1 company affiliation / aviation works</w:t>
            </w:r>
          </w:p>
        </w:tc>
        <w:tc>
          <w:tcPr>
            <w:tcW w:w="3096" w:type="dxa"/>
            <w:shd w:val="clear" w:color="auto" w:fill="F5F7F9"/>
            <w:tcMar>
              <w:top w:w="70" w:type="dxa"/>
              <w:left w:w="95" w:type="dxa"/>
              <w:bottom w:w="70" w:type="dxa"/>
              <w:right w:w="95" w:type="dxa"/>
            </w:tcMar>
            <w:vAlign w:val="center"/>
          </w:tcPr>
          <w:p w14:paraId="1F6E5EE2" w14:textId="77777777" w:rsidR="00423D2F" w:rsidRPr="00717886" w:rsidRDefault="0047346F">
            <w:pPr>
              <w:spacing w:after="0"/>
              <w:rPr>
                <w:rFonts w:cs="Times New Roman"/>
              </w:rPr>
            </w:pPr>
            <w:r w:rsidRPr="00717886">
              <w:rPr>
                <w:rFonts w:cs="Times New Roman"/>
                <w:sz w:val="15"/>
              </w:rPr>
              <w:t>Publication-linkage indicator only</w:t>
            </w:r>
          </w:p>
        </w:tc>
      </w:tr>
      <w:tr w:rsidR="002E7DCF" w:rsidRPr="00717886" w14:paraId="3F4D2931" w14:textId="77777777">
        <w:trPr>
          <w:cantSplit/>
          <w:jc w:val="center"/>
        </w:trPr>
        <w:tc>
          <w:tcPr>
            <w:tcW w:w="2088" w:type="dxa"/>
            <w:tcMar>
              <w:top w:w="70" w:type="dxa"/>
              <w:left w:w="95" w:type="dxa"/>
              <w:bottom w:w="70" w:type="dxa"/>
              <w:right w:w="95" w:type="dxa"/>
            </w:tcMar>
            <w:vAlign w:val="center"/>
          </w:tcPr>
          <w:p w14:paraId="325BFB03" w14:textId="77777777" w:rsidR="00423D2F" w:rsidRPr="00717886" w:rsidRDefault="0047346F">
            <w:pPr>
              <w:spacing w:after="0"/>
              <w:rPr>
                <w:rFonts w:cs="Times New Roman"/>
              </w:rPr>
            </w:pPr>
            <w:r w:rsidRPr="00717886">
              <w:rPr>
                <w:rFonts w:cs="Times New Roman"/>
                <w:sz w:val="15"/>
              </w:rPr>
              <w:t>Government collaboration rate</w:t>
            </w:r>
          </w:p>
        </w:tc>
        <w:tc>
          <w:tcPr>
            <w:tcW w:w="4824" w:type="dxa"/>
            <w:tcMar>
              <w:top w:w="70" w:type="dxa"/>
              <w:left w:w="95" w:type="dxa"/>
              <w:bottom w:w="70" w:type="dxa"/>
              <w:right w:w="95" w:type="dxa"/>
            </w:tcMar>
            <w:vAlign w:val="center"/>
          </w:tcPr>
          <w:p w14:paraId="0DB97783" w14:textId="77777777" w:rsidR="00423D2F" w:rsidRPr="00717886" w:rsidRDefault="0047346F">
            <w:pPr>
              <w:spacing w:after="0"/>
              <w:rPr>
                <w:rFonts w:cs="Times New Roman"/>
              </w:rPr>
            </w:pPr>
            <w:r w:rsidRPr="00717886">
              <w:rPr>
                <w:rFonts w:cs="Times New Roman"/>
                <w:sz w:val="15"/>
              </w:rPr>
              <w:t>Aviation works with ≥1 government affiliation / aviation works</w:t>
            </w:r>
          </w:p>
        </w:tc>
        <w:tc>
          <w:tcPr>
            <w:tcW w:w="3096" w:type="dxa"/>
            <w:tcMar>
              <w:top w:w="70" w:type="dxa"/>
              <w:left w:w="95" w:type="dxa"/>
              <w:bottom w:w="70" w:type="dxa"/>
              <w:right w:w="95" w:type="dxa"/>
            </w:tcMar>
            <w:vAlign w:val="center"/>
          </w:tcPr>
          <w:p w14:paraId="1F2A92C4" w14:textId="77777777" w:rsidR="00423D2F" w:rsidRPr="00717886" w:rsidRDefault="0047346F">
            <w:pPr>
              <w:spacing w:after="0"/>
              <w:rPr>
                <w:rFonts w:cs="Times New Roman"/>
              </w:rPr>
            </w:pPr>
            <w:r w:rsidRPr="00717886">
              <w:rPr>
                <w:rFonts w:cs="Times New Roman"/>
                <w:sz w:val="15"/>
              </w:rPr>
              <w:t>Publication-linkage indicator only</w:t>
            </w:r>
          </w:p>
        </w:tc>
      </w:tr>
      <w:tr w:rsidR="002E7DCF" w:rsidRPr="00717886" w14:paraId="647F395F" w14:textId="77777777">
        <w:trPr>
          <w:cantSplit/>
          <w:jc w:val="center"/>
        </w:trPr>
        <w:tc>
          <w:tcPr>
            <w:tcW w:w="2088" w:type="dxa"/>
            <w:shd w:val="clear" w:color="auto" w:fill="F5F7F9"/>
            <w:tcMar>
              <w:top w:w="70" w:type="dxa"/>
              <w:left w:w="95" w:type="dxa"/>
              <w:bottom w:w="70" w:type="dxa"/>
              <w:right w:w="95" w:type="dxa"/>
            </w:tcMar>
            <w:vAlign w:val="center"/>
          </w:tcPr>
          <w:p w14:paraId="0E321B4A" w14:textId="77777777" w:rsidR="00423D2F" w:rsidRPr="00717886" w:rsidRDefault="0047346F">
            <w:pPr>
              <w:spacing w:after="0"/>
              <w:rPr>
                <w:rFonts w:cs="Times New Roman"/>
              </w:rPr>
            </w:pPr>
            <w:r w:rsidRPr="00717886">
              <w:rPr>
                <w:rFonts w:cs="Times New Roman"/>
                <w:sz w:val="15"/>
              </w:rPr>
              <w:t>CSLI</w:t>
            </w:r>
          </w:p>
        </w:tc>
        <w:tc>
          <w:tcPr>
            <w:tcW w:w="4824" w:type="dxa"/>
            <w:shd w:val="clear" w:color="auto" w:fill="F5F7F9"/>
            <w:tcMar>
              <w:top w:w="70" w:type="dxa"/>
              <w:left w:w="95" w:type="dxa"/>
              <w:bottom w:w="70" w:type="dxa"/>
              <w:right w:w="95" w:type="dxa"/>
            </w:tcMar>
            <w:vAlign w:val="center"/>
          </w:tcPr>
          <w:p w14:paraId="334D9B3C" w14:textId="77777777" w:rsidR="00423D2F" w:rsidRPr="00717886" w:rsidRDefault="0047346F">
            <w:pPr>
              <w:spacing w:after="0"/>
              <w:rPr>
                <w:rFonts w:cs="Times New Roman"/>
              </w:rPr>
            </w:pPr>
            <w:r w:rsidRPr="00717886">
              <w:rPr>
                <w:rFonts w:cs="Times New Roman"/>
                <w:sz w:val="15"/>
              </w:rPr>
              <w:t>[z(company coauthorship rate) + z(government collaboration rate)] / 2</w:t>
            </w:r>
          </w:p>
        </w:tc>
        <w:tc>
          <w:tcPr>
            <w:tcW w:w="3096" w:type="dxa"/>
            <w:shd w:val="clear" w:color="auto" w:fill="F5F7F9"/>
            <w:tcMar>
              <w:top w:w="70" w:type="dxa"/>
              <w:left w:w="95" w:type="dxa"/>
              <w:bottom w:w="70" w:type="dxa"/>
              <w:right w:w="95" w:type="dxa"/>
            </w:tcMar>
            <w:vAlign w:val="center"/>
          </w:tcPr>
          <w:p w14:paraId="43490CDC" w14:textId="77777777" w:rsidR="00423D2F" w:rsidRPr="00717886" w:rsidRDefault="0047346F">
            <w:pPr>
              <w:spacing w:after="0"/>
              <w:rPr>
                <w:rFonts w:cs="Times New Roman"/>
              </w:rPr>
            </w:pPr>
            <w:r w:rsidRPr="00717886">
              <w:rPr>
                <w:rFonts w:cs="Times New Roman"/>
                <w:sz w:val="15"/>
              </w:rPr>
              <w:t>Exploratory cross-sector research-linkage signal; not RTI or downstream impact</w:t>
            </w:r>
          </w:p>
        </w:tc>
      </w:tr>
      <w:tr w:rsidR="002E7DCF" w:rsidRPr="00717886" w14:paraId="3CD48618" w14:textId="77777777">
        <w:trPr>
          <w:cantSplit/>
          <w:jc w:val="center"/>
        </w:trPr>
        <w:tc>
          <w:tcPr>
            <w:tcW w:w="2088" w:type="dxa"/>
            <w:tcMar>
              <w:top w:w="70" w:type="dxa"/>
              <w:left w:w="95" w:type="dxa"/>
              <w:bottom w:w="70" w:type="dxa"/>
              <w:right w:w="95" w:type="dxa"/>
            </w:tcMar>
            <w:vAlign w:val="center"/>
          </w:tcPr>
          <w:p w14:paraId="7FC8EF76" w14:textId="77777777" w:rsidR="00423D2F" w:rsidRPr="00717886" w:rsidRDefault="0047346F">
            <w:pPr>
              <w:spacing w:after="0"/>
              <w:rPr>
                <w:rFonts w:cs="Times New Roman"/>
              </w:rPr>
            </w:pPr>
            <w:r w:rsidRPr="00717886">
              <w:rPr>
                <w:rFonts w:cs="Times New Roman"/>
                <w:sz w:val="15"/>
              </w:rPr>
              <w:t>Institutional-output control</w:t>
            </w:r>
          </w:p>
        </w:tc>
        <w:tc>
          <w:tcPr>
            <w:tcW w:w="4824" w:type="dxa"/>
            <w:tcMar>
              <w:top w:w="70" w:type="dxa"/>
              <w:left w:w="95" w:type="dxa"/>
              <w:bottom w:w="70" w:type="dxa"/>
              <w:right w:w="95" w:type="dxa"/>
            </w:tcMar>
            <w:vAlign w:val="center"/>
          </w:tcPr>
          <w:p w14:paraId="5A978F08" w14:textId="77777777" w:rsidR="00423D2F" w:rsidRPr="00717886" w:rsidRDefault="0047346F">
            <w:pPr>
              <w:spacing w:after="0"/>
              <w:rPr>
                <w:rFonts w:cs="Times New Roman"/>
              </w:rPr>
            </w:pPr>
            <w:r w:rsidRPr="00717886">
              <w:rPr>
                <w:rFonts w:cs="Times New Roman"/>
                <w:sz w:val="15"/>
              </w:rPr>
              <w:t>log[1 + all institutional works] at the RORC exposure year</w:t>
            </w:r>
          </w:p>
        </w:tc>
        <w:tc>
          <w:tcPr>
            <w:tcW w:w="3096" w:type="dxa"/>
            <w:tcMar>
              <w:top w:w="70" w:type="dxa"/>
              <w:left w:w="95" w:type="dxa"/>
              <w:bottom w:w="70" w:type="dxa"/>
              <w:right w:w="95" w:type="dxa"/>
            </w:tcMar>
            <w:vAlign w:val="center"/>
          </w:tcPr>
          <w:p w14:paraId="035707D7" w14:textId="77777777" w:rsidR="00423D2F" w:rsidRPr="00717886" w:rsidRDefault="0047346F">
            <w:pPr>
              <w:spacing w:after="0"/>
              <w:rPr>
                <w:rFonts w:cs="Times New Roman"/>
              </w:rPr>
            </w:pPr>
            <w:r w:rsidRPr="00717886">
              <w:rPr>
                <w:rFonts w:cs="Times New Roman"/>
                <w:sz w:val="15"/>
              </w:rPr>
              <w:t>Time-varying institutional scale control</w:t>
            </w:r>
          </w:p>
        </w:tc>
      </w:tr>
      <w:tr w:rsidR="002E7DCF" w:rsidRPr="00717886" w14:paraId="36AD36BA" w14:textId="77777777">
        <w:trPr>
          <w:cantSplit/>
          <w:jc w:val="center"/>
        </w:trPr>
        <w:tc>
          <w:tcPr>
            <w:tcW w:w="2088" w:type="dxa"/>
            <w:shd w:val="clear" w:color="auto" w:fill="F5F7F9"/>
            <w:tcMar>
              <w:top w:w="70" w:type="dxa"/>
              <w:left w:w="95" w:type="dxa"/>
              <w:bottom w:w="70" w:type="dxa"/>
              <w:right w:w="95" w:type="dxa"/>
            </w:tcMar>
            <w:vAlign w:val="center"/>
          </w:tcPr>
          <w:p w14:paraId="40290908" w14:textId="77777777" w:rsidR="00423D2F" w:rsidRPr="00717886" w:rsidRDefault="0047346F">
            <w:pPr>
              <w:spacing w:after="0"/>
              <w:rPr>
                <w:rFonts w:cs="Times New Roman"/>
              </w:rPr>
            </w:pPr>
            <w:r w:rsidRPr="00717886">
              <w:rPr>
                <w:rFonts w:cs="Times New Roman"/>
                <w:sz w:val="15"/>
              </w:rPr>
              <w:t>National R&amp;D control</w:t>
            </w:r>
          </w:p>
        </w:tc>
        <w:tc>
          <w:tcPr>
            <w:tcW w:w="4824" w:type="dxa"/>
            <w:shd w:val="clear" w:color="auto" w:fill="F5F7F9"/>
            <w:tcMar>
              <w:top w:w="70" w:type="dxa"/>
              <w:left w:w="95" w:type="dxa"/>
              <w:bottom w:w="70" w:type="dxa"/>
              <w:right w:w="95" w:type="dxa"/>
            </w:tcMar>
            <w:vAlign w:val="center"/>
          </w:tcPr>
          <w:p w14:paraId="014C483C" w14:textId="77777777" w:rsidR="00423D2F" w:rsidRPr="00717886" w:rsidRDefault="0047346F">
            <w:pPr>
              <w:spacing w:after="0"/>
              <w:rPr>
                <w:rFonts w:cs="Times New Roman"/>
              </w:rPr>
            </w:pPr>
            <w:r w:rsidRPr="00717886">
              <w:rPr>
                <w:rFonts w:cs="Times New Roman"/>
                <w:sz w:val="15"/>
              </w:rPr>
              <w:t>GERD as percentage of GDP at the EKII observation year (s)</w:t>
            </w:r>
          </w:p>
        </w:tc>
        <w:tc>
          <w:tcPr>
            <w:tcW w:w="3096" w:type="dxa"/>
            <w:shd w:val="clear" w:color="auto" w:fill="F5F7F9"/>
            <w:tcMar>
              <w:top w:w="70" w:type="dxa"/>
              <w:left w:w="95" w:type="dxa"/>
              <w:bottom w:w="70" w:type="dxa"/>
              <w:right w:w="95" w:type="dxa"/>
            </w:tcMar>
            <w:vAlign w:val="center"/>
          </w:tcPr>
          <w:p w14:paraId="667BCE7B" w14:textId="77777777" w:rsidR="00423D2F" w:rsidRPr="00717886" w:rsidRDefault="0047346F">
            <w:pPr>
              <w:spacing w:after="0"/>
              <w:rPr>
                <w:rFonts w:cs="Times New Roman"/>
              </w:rPr>
            </w:pPr>
            <w:r w:rsidRPr="00717886">
              <w:rPr>
                <w:rFonts w:cs="Times New Roman"/>
                <w:sz w:val="15"/>
              </w:rPr>
              <w:t>World Bank WDI indicator GB.XPD.RSDV.GD.ZS; observed, short-gap interpolated, ≤2-year carry-forward, or missing status retained</w:t>
            </w:r>
          </w:p>
        </w:tc>
      </w:tr>
    </w:tbl>
    <w:p w14:paraId="1BD3D8FC"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Component z scores used pooled means and standard deviations across eligible institution-years within the relevant strict or broad corpus. Equal weighting was used for transparency; leave-one-indicator-out analyses assessed dependence on index composition. Missing values were not recoded as zeros. Completed composite scores and continuous controls were re-standardized within each model-specific aligned complete-case sample before estimation.</w:t>
      </w:r>
    </w:p>
    <w:p w14:paraId="2937FEFC"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rPr>
        <w:lastRenderedPageBreak/>
        <w:t>Table S4. Analysis Variable Dictionary and Legacy-Label Mapping</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520"/>
        <w:gridCol w:w="1728"/>
        <w:gridCol w:w="1440"/>
        <w:gridCol w:w="4248"/>
      </w:tblGrid>
      <w:tr w:rsidR="002E7DCF" w:rsidRPr="00717886" w14:paraId="52D650A1" w14:textId="77777777">
        <w:trPr>
          <w:cantSplit/>
          <w:tblHeader/>
          <w:jc w:val="center"/>
        </w:trPr>
        <w:tc>
          <w:tcPr>
            <w:tcW w:w="2520" w:type="dxa"/>
            <w:shd w:val="clear" w:color="auto" w:fill="D9EAF7"/>
            <w:tcMar>
              <w:top w:w="70" w:type="dxa"/>
              <w:left w:w="95" w:type="dxa"/>
              <w:bottom w:w="70" w:type="dxa"/>
              <w:right w:w="95" w:type="dxa"/>
            </w:tcMar>
            <w:vAlign w:val="center"/>
          </w:tcPr>
          <w:p w14:paraId="643DCF4E" w14:textId="77777777" w:rsidR="002E7DCF" w:rsidRPr="00717886" w:rsidRDefault="00A11917">
            <w:pPr>
              <w:spacing w:after="0" w:line="240" w:lineRule="auto"/>
              <w:rPr>
                <w:rFonts w:cs="Times New Roman"/>
              </w:rPr>
            </w:pPr>
            <w:r w:rsidRPr="00717886">
              <w:rPr>
                <w:rFonts w:cs="Times New Roman"/>
                <w:b/>
                <w:sz w:val="16"/>
              </w:rPr>
              <w:t>Variable</w:t>
            </w:r>
          </w:p>
        </w:tc>
        <w:tc>
          <w:tcPr>
            <w:tcW w:w="1728" w:type="dxa"/>
            <w:shd w:val="clear" w:color="auto" w:fill="D9EAF7"/>
            <w:tcMar>
              <w:top w:w="70" w:type="dxa"/>
              <w:left w:w="95" w:type="dxa"/>
              <w:bottom w:w="70" w:type="dxa"/>
              <w:right w:w="95" w:type="dxa"/>
            </w:tcMar>
            <w:vAlign w:val="center"/>
          </w:tcPr>
          <w:p w14:paraId="3246C14C" w14:textId="77777777" w:rsidR="002E7DCF" w:rsidRPr="00717886" w:rsidRDefault="00A11917">
            <w:pPr>
              <w:spacing w:after="0" w:line="240" w:lineRule="auto"/>
              <w:rPr>
                <w:rFonts w:cs="Times New Roman"/>
              </w:rPr>
            </w:pPr>
            <w:r w:rsidRPr="00717886">
              <w:rPr>
                <w:rFonts w:cs="Times New Roman"/>
                <w:b/>
                <w:sz w:val="16"/>
              </w:rPr>
              <w:t>Level</w:t>
            </w:r>
          </w:p>
        </w:tc>
        <w:tc>
          <w:tcPr>
            <w:tcW w:w="1440" w:type="dxa"/>
            <w:shd w:val="clear" w:color="auto" w:fill="D9EAF7"/>
            <w:tcMar>
              <w:top w:w="70" w:type="dxa"/>
              <w:left w:w="95" w:type="dxa"/>
              <w:bottom w:w="70" w:type="dxa"/>
              <w:right w:w="95" w:type="dxa"/>
            </w:tcMar>
            <w:vAlign w:val="center"/>
          </w:tcPr>
          <w:p w14:paraId="5F7251E8" w14:textId="77777777" w:rsidR="002E7DCF" w:rsidRPr="00717886" w:rsidRDefault="00A11917">
            <w:pPr>
              <w:spacing w:after="0" w:line="240" w:lineRule="auto"/>
              <w:rPr>
                <w:rFonts w:cs="Times New Roman"/>
              </w:rPr>
            </w:pPr>
            <w:r w:rsidRPr="00717886">
              <w:rPr>
                <w:rFonts w:cs="Times New Roman"/>
                <w:b/>
                <w:sz w:val="16"/>
              </w:rPr>
              <w:t>Type</w:t>
            </w:r>
          </w:p>
        </w:tc>
        <w:tc>
          <w:tcPr>
            <w:tcW w:w="4248" w:type="dxa"/>
            <w:shd w:val="clear" w:color="auto" w:fill="D9EAF7"/>
            <w:tcMar>
              <w:top w:w="70" w:type="dxa"/>
              <w:left w:w="95" w:type="dxa"/>
              <w:bottom w:w="70" w:type="dxa"/>
              <w:right w:w="95" w:type="dxa"/>
            </w:tcMar>
            <w:vAlign w:val="center"/>
          </w:tcPr>
          <w:p w14:paraId="3FBD0E31" w14:textId="77777777" w:rsidR="002E7DCF" w:rsidRPr="00717886" w:rsidRDefault="00A11917">
            <w:pPr>
              <w:spacing w:after="0" w:line="240" w:lineRule="auto"/>
              <w:rPr>
                <w:rFonts w:cs="Times New Roman"/>
              </w:rPr>
            </w:pPr>
            <w:r w:rsidRPr="00717886">
              <w:rPr>
                <w:rFonts w:cs="Times New Roman"/>
                <w:b/>
                <w:sz w:val="16"/>
              </w:rPr>
              <w:t>Definition and use</w:t>
            </w:r>
          </w:p>
        </w:tc>
      </w:tr>
      <w:tr w:rsidR="002E7DCF" w:rsidRPr="00717886" w14:paraId="33356CC6" w14:textId="77777777">
        <w:trPr>
          <w:cantSplit/>
          <w:jc w:val="center"/>
        </w:trPr>
        <w:tc>
          <w:tcPr>
            <w:tcW w:w="2520" w:type="dxa"/>
            <w:tcMar>
              <w:top w:w="70" w:type="dxa"/>
              <w:left w:w="95" w:type="dxa"/>
              <w:bottom w:w="70" w:type="dxa"/>
              <w:right w:w="95" w:type="dxa"/>
            </w:tcMar>
            <w:vAlign w:val="center"/>
          </w:tcPr>
          <w:p w14:paraId="02E020BC" w14:textId="77777777" w:rsidR="002E7DCF" w:rsidRPr="00717886" w:rsidRDefault="00A11917">
            <w:pPr>
              <w:spacing w:after="0" w:line="240" w:lineRule="auto"/>
              <w:rPr>
                <w:rFonts w:cs="Times New Roman"/>
              </w:rPr>
            </w:pPr>
            <w:r w:rsidRPr="00717886">
              <w:rPr>
                <w:rFonts w:cs="Times New Roman"/>
                <w:sz w:val="16"/>
              </w:rPr>
              <w:t>Inst_Key</w:t>
            </w:r>
          </w:p>
        </w:tc>
        <w:tc>
          <w:tcPr>
            <w:tcW w:w="1728" w:type="dxa"/>
            <w:tcMar>
              <w:top w:w="70" w:type="dxa"/>
              <w:left w:w="95" w:type="dxa"/>
              <w:bottom w:w="70" w:type="dxa"/>
              <w:right w:w="95" w:type="dxa"/>
            </w:tcMar>
            <w:vAlign w:val="center"/>
          </w:tcPr>
          <w:p w14:paraId="6B548384" w14:textId="77777777" w:rsidR="002E7DCF" w:rsidRPr="00717886" w:rsidRDefault="00A11917">
            <w:pPr>
              <w:spacing w:after="0" w:line="240" w:lineRule="auto"/>
              <w:rPr>
                <w:rFonts w:cs="Times New Roman"/>
              </w:rPr>
            </w:pPr>
            <w:r w:rsidRPr="00717886">
              <w:rPr>
                <w:rFonts w:cs="Times New Roman"/>
                <w:sz w:val="16"/>
              </w:rPr>
              <w:t>Institution</w:t>
            </w:r>
          </w:p>
        </w:tc>
        <w:tc>
          <w:tcPr>
            <w:tcW w:w="1440" w:type="dxa"/>
            <w:tcMar>
              <w:top w:w="70" w:type="dxa"/>
              <w:left w:w="95" w:type="dxa"/>
              <w:bottom w:w="70" w:type="dxa"/>
              <w:right w:w="95" w:type="dxa"/>
            </w:tcMar>
            <w:vAlign w:val="center"/>
          </w:tcPr>
          <w:p w14:paraId="24465A24" w14:textId="77777777" w:rsidR="002E7DCF" w:rsidRPr="00717886" w:rsidRDefault="00A11917">
            <w:pPr>
              <w:spacing w:after="0" w:line="240" w:lineRule="auto"/>
              <w:rPr>
                <w:rFonts w:cs="Times New Roman"/>
              </w:rPr>
            </w:pPr>
            <w:r w:rsidRPr="00717886">
              <w:rPr>
                <w:rFonts w:cs="Times New Roman"/>
                <w:sz w:val="16"/>
              </w:rPr>
              <w:t>Identifier</w:t>
            </w:r>
          </w:p>
        </w:tc>
        <w:tc>
          <w:tcPr>
            <w:tcW w:w="4248" w:type="dxa"/>
            <w:tcMar>
              <w:top w:w="70" w:type="dxa"/>
              <w:left w:w="95" w:type="dxa"/>
              <w:bottom w:w="70" w:type="dxa"/>
              <w:right w:w="95" w:type="dxa"/>
            </w:tcMar>
            <w:vAlign w:val="center"/>
          </w:tcPr>
          <w:p w14:paraId="39FCD2F2" w14:textId="77777777" w:rsidR="002E7DCF" w:rsidRPr="00717886" w:rsidRDefault="00A11917">
            <w:pPr>
              <w:spacing w:after="0" w:line="240" w:lineRule="auto"/>
              <w:rPr>
                <w:rFonts w:cs="Times New Roman"/>
              </w:rPr>
            </w:pPr>
            <w:r w:rsidRPr="00717886">
              <w:rPr>
                <w:rFonts w:cs="Times New Roman"/>
                <w:sz w:val="16"/>
              </w:rPr>
              <w:t>Stable study identifier, AVI001–AVI040</w:t>
            </w:r>
          </w:p>
        </w:tc>
      </w:tr>
      <w:tr w:rsidR="002E7DCF" w:rsidRPr="00717886" w14:paraId="76F0587D" w14:textId="77777777">
        <w:trPr>
          <w:cantSplit/>
          <w:jc w:val="center"/>
        </w:trPr>
        <w:tc>
          <w:tcPr>
            <w:tcW w:w="2520" w:type="dxa"/>
            <w:shd w:val="clear" w:color="auto" w:fill="F5F7F9"/>
            <w:tcMar>
              <w:top w:w="70" w:type="dxa"/>
              <w:left w:w="95" w:type="dxa"/>
              <w:bottom w:w="70" w:type="dxa"/>
              <w:right w:w="95" w:type="dxa"/>
            </w:tcMar>
            <w:vAlign w:val="center"/>
          </w:tcPr>
          <w:p w14:paraId="239AC01F" w14:textId="77777777" w:rsidR="002E7DCF" w:rsidRPr="00717886" w:rsidRDefault="00A11917">
            <w:pPr>
              <w:spacing w:after="0" w:line="240" w:lineRule="auto"/>
              <w:rPr>
                <w:rFonts w:cs="Times New Roman"/>
              </w:rPr>
            </w:pPr>
            <w:r w:rsidRPr="00717886">
              <w:rPr>
                <w:rFonts w:cs="Times New Roman"/>
                <w:sz w:val="16"/>
              </w:rPr>
              <w:t>Year</w:t>
            </w:r>
          </w:p>
        </w:tc>
        <w:tc>
          <w:tcPr>
            <w:tcW w:w="1728" w:type="dxa"/>
            <w:shd w:val="clear" w:color="auto" w:fill="F5F7F9"/>
            <w:tcMar>
              <w:top w:w="70" w:type="dxa"/>
              <w:left w:w="95" w:type="dxa"/>
              <w:bottom w:w="70" w:type="dxa"/>
              <w:right w:w="95" w:type="dxa"/>
            </w:tcMar>
            <w:vAlign w:val="center"/>
          </w:tcPr>
          <w:p w14:paraId="02C93716"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shd w:val="clear" w:color="auto" w:fill="F5F7F9"/>
            <w:tcMar>
              <w:top w:w="70" w:type="dxa"/>
              <w:left w:w="95" w:type="dxa"/>
              <w:bottom w:w="70" w:type="dxa"/>
              <w:right w:w="95" w:type="dxa"/>
            </w:tcMar>
            <w:vAlign w:val="center"/>
          </w:tcPr>
          <w:p w14:paraId="7C5307F4" w14:textId="77777777" w:rsidR="002E7DCF" w:rsidRPr="00717886" w:rsidRDefault="00A11917">
            <w:pPr>
              <w:spacing w:after="0" w:line="240" w:lineRule="auto"/>
              <w:rPr>
                <w:rFonts w:cs="Times New Roman"/>
              </w:rPr>
            </w:pPr>
            <w:r w:rsidRPr="00717886">
              <w:rPr>
                <w:rFonts w:cs="Times New Roman"/>
                <w:sz w:val="16"/>
              </w:rPr>
              <w:t>Integer</w:t>
            </w:r>
          </w:p>
        </w:tc>
        <w:tc>
          <w:tcPr>
            <w:tcW w:w="4248" w:type="dxa"/>
            <w:shd w:val="clear" w:color="auto" w:fill="F5F7F9"/>
            <w:tcMar>
              <w:top w:w="70" w:type="dxa"/>
              <w:left w:w="95" w:type="dxa"/>
              <w:bottom w:w="70" w:type="dxa"/>
              <w:right w:w="95" w:type="dxa"/>
            </w:tcMar>
            <w:vAlign w:val="center"/>
          </w:tcPr>
          <w:p w14:paraId="186507FE" w14:textId="77777777" w:rsidR="002E7DCF" w:rsidRPr="00717886" w:rsidRDefault="00A11917">
            <w:pPr>
              <w:spacing w:after="0" w:line="240" w:lineRule="auto"/>
              <w:rPr>
                <w:rFonts w:cs="Times New Roman"/>
              </w:rPr>
            </w:pPr>
            <w:r w:rsidRPr="00717886">
              <w:rPr>
                <w:rFonts w:cs="Times New Roman"/>
                <w:sz w:val="16"/>
              </w:rPr>
              <w:t>Publication year, 2015–2025</w:t>
            </w:r>
          </w:p>
        </w:tc>
      </w:tr>
      <w:tr w:rsidR="002E7DCF" w:rsidRPr="00717886" w14:paraId="6C5E40A1" w14:textId="77777777">
        <w:trPr>
          <w:cantSplit/>
          <w:jc w:val="center"/>
        </w:trPr>
        <w:tc>
          <w:tcPr>
            <w:tcW w:w="2520" w:type="dxa"/>
            <w:tcMar>
              <w:top w:w="70" w:type="dxa"/>
              <w:left w:w="95" w:type="dxa"/>
              <w:bottom w:w="70" w:type="dxa"/>
              <w:right w:w="95" w:type="dxa"/>
            </w:tcMar>
            <w:vAlign w:val="center"/>
          </w:tcPr>
          <w:p w14:paraId="7D7F9C9B" w14:textId="77777777" w:rsidR="002E7DCF" w:rsidRPr="00717886" w:rsidRDefault="00A11917">
            <w:pPr>
              <w:spacing w:after="0" w:line="240" w:lineRule="auto"/>
              <w:rPr>
                <w:rFonts w:cs="Times New Roman"/>
              </w:rPr>
            </w:pPr>
            <w:r w:rsidRPr="00717886">
              <w:rPr>
                <w:rFonts w:cs="Times New Roman"/>
                <w:sz w:val="16"/>
              </w:rPr>
              <w:t>Eligible_Primary</w:t>
            </w:r>
          </w:p>
        </w:tc>
        <w:tc>
          <w:tcPr>
            <w:tcW w:w="1728" w:type="dxa"/>
            <w:tcMar>
              <w:top w:w="70" w:type="dxa"/>
              <w:left w:w="95" w:type="dxa"/>
              <w:bottom w:w="70" w:type="dxa"/>
              <w:right w:w="95" w:type="dxa"/>
            </w:tcMar>
            <w:vAlign w:val="center"/>
          </w:tcPr>
          <w:p w14:paraId="23A7E769" w14:textId="77777777" w:rsidR="002E7DCF" w:rsidRPr="00717886" w:rsidRDefault="00A11917">
            <w:pPr>
              <w:spacing w:after="0" w:line="240" w:lineRule="auto"/>
              <w:rPr>
                <w:rFonts w:cs="Times New Roman"/>
              </w:rPr>
            </w:pPr>
            <w:r w:rsidRPr="00717886">
              <w:rPr>
                <w:rFonts w:cs="Times New Roman"/>
                <w:sz w:val="16"/>
              </w:rPr>
              <w:t>Institution</w:t>
            </w:r>
          </w:p>
        </w:tc>
        <w:tc>
          <w:tcPr>
            <w:tcW w:w="1440" w:type="dxa"/>
            <w:tcMar>
              <w:top w:w="70" w:type="dxa"/>
              <w:left w:w="95" w:type="dxa"/>
              <w:bottom w:w="70" w:type="dxa"/>
              <w:right w:w="95" w:type="dxa"/>
            </w:tcMar>
            <w:vAlign w:val="center"/>
          </w:tcPr>
          <w:p w14:paraId="7B657FC8" w14:textId="77777777" w:rsidR="002E7DCF" w:rsidRPr="00717886" w:rsidRDefault="00A11917">
            <w:pPr>
              <w:spacing w:after="0" w:line="240" w:lineRule="auto"/>
              <w:rPr>
                <w:rFonts w:cs="Times New Roman"/>
              </w:rPr>
            </w:pPr>
            <w:r w:rsidRPr="00717886">
              <w:rPr>
                <w:rFonts w:cs="Times New Roman"/>
                <w:sz w:val="16"/>
              </w:rPr>
              <w:t>Binary</w:t>
            </w:r>
          </w:p>
        </w:tc>
        <w:tc>
          <w:tcPr>
            <w:tcW w:w="4248" w:type="dxa"/>
            <w:tcMar>
              <w:top w:w="70" w:type="dxa"/>
              <w:left w:w="95" w:type="dxa"/>
              <w:bottom w:w="70" w:type="dxa"/>
              <w:right w:w="95" w:type="dxa"/>
            </w:tcMar>
            <w:vAlign w:val="center"/>
          </w:tcPr>
          <w:p w14:paraId="7FE41749" w14:textId="77777777" w:rsidR="002E7DCF" w:rsidRPr="00717886" w:rsidRDefault="00A11917">
            <w:pPr>
              <w:spacing w:after="0" w:line="240" w:lineRule="auto"/>
              <w:rPr>
                <w:rFonts w:cs="Times New Roman"/>
              </w:rPr>
            </w:pPr>
            <w:r w:rsidRPr="00717886">
              <w:rPr>
                <w:rFonts w:cs="Times New Roman"/>
                <w:sz w:val="16"/>
              </w:rPr>
              <w:t>Meets the ≥7-active-year and ≥20-strict-work thresholds</w:t>
            </w:r>
          </w:p>
        </w:tc>
      </w:tr>
      <w:tr w:rsidR="002E7DCF" w:rsidRPr="00717886" w14:paraId="7E16CE94" w14:textId="77777777">
        <w:trPr>
          <w:cantSplit/>
          <w:jc w:val="center"/>
        </w:trPr>
        <w:tc>
          <w:tcPr>
            <w:tcW w:w="2520" w:type="dxa"/>
            <w:shd w:val="clear" w:color="auto" w:fill="F5F7F9"/>
            <w:tcMar>
              <w:top w:w="70" w:type="dxa"/>
              <w:left w:w="95" w:type="dxa"/>
              <w:bottom w:w="70" w:type="dxa"/>
              <w:right w:w="95" w:type="dxa"/>
            </w:tcMar>
            <w:vAlign w:val="center"/>
          </w:tcPr>
          <w:p w14:paraId="76E25D17" w14:textId="77777777" w:rsidR="002E7DCF" w:rsidRPr="00717886" w:rsidRDefault="00A11917">
            <w:pPr>
              <w:spacing w:after="0" w:line="240" w:lineRule="auto"/>
              <w:rPr>
                <w:rFonts w:cs="Times New Roman"/>
              </w:rPr>
            </w:pPr>
            <w:r w:rsidRPr="00717886">
              <w:rPr>
                <w:rFonts w:cs="Times New Roman"/>
                <w:sz w:val="16"/>
              </w:rPr>
              <w:t>Source_Method</w:t>
            </w:r>
          </w:p>
        </w:tc>
        <w:tc>
          <w:tcPr>
            <w:tcW w:w="1728" w:type="dxa"/>
            <w:shd w:val="clear" w:color="auto" w:fill="F5F7F9"/>
            <w:tcMar>
              <w:top w:w="70" w:type="dxa"/>
              <w:left w:w="95" w:type="dxa"/>
              <w:bottom w:w="70" w:type="dxa"/>
              <w:right w:w="95" w:type="dxa"/>
            </w:tcMar>
            <w:vAlign w:val="center"/>
          </w:tcPr>
          <w:p w14:paraId="651A3E41" w14:textId="77777777" w:rsidR="002E7DCF" w:rsidRPr="00717886" w:rsidRDefault="00A11917">
            <w:pPr>
              <w:spacing w:after="0" w:line="240" w:lineRule="auto"/>
              <w:rPr>
                <w:rFonts w:cs="Times New Roman"/>
              </w:rPr>
            </w:pPr>
            <w:r w:rsidRPr="00717886">
              <w:rPr>
                <w:rFonts w:cs="Times New Roman"/>
                <w:sz w:val="16"/>
              </w:rPr>
              <w:t>Institution</w:t>
            </w:r>
          </w:p>
        </w:tc>
        <w:tc>
          <w:tcPr>
            <w:tcW w:w="1440" w:type="dxa"/>
            <w:shd w:val="clear" w:color="auto" w:fill="F5F7F9"/>
            <w:tcMar>
              <w:top w:w="70" w:type="dxa"/>
              <w:left w:w="95" w:type="dxa"/>
              <w:bottom w:w="70" w:type="dxa"/>
              <w:right w:w="95" w:type="dxa"/>
            </w:tcMar>
            <w:vAlign w:val="center"/>
          </w:tcPr>
          <w:p w14:paraId="3AD32A0A" w14:textId="77777777" w:rsidR="002E7DCF" w:rsidRPr="00717886" w:rsidRDefault="00A11917">
            <w:pPr>
              <w:spacing w:after="0" w:line="240" w:lineRule="auto"/>
              <w:rPr>
                <w:rFonts w:cs="Times New Roman"/>
              </w:rPr>
            </w:pPr>
            <w:r w:rsidRPr="00717886">
              <w:rPr>
                <w:rFonts w:cs="Times New Roman"/>
                <w:sz w:val="16"/>
              </w:rPr>
              <w:t>Categorical</w:t>
            </w:r>
          </w:p>
        </w:tc>
        <w:tc>
          <w:tcPr>
            <w:tcW w:w="4248" w:type="dxa"/>
            <w:shd w:val="clear" w:color="auto" w:fill="F5F7F9"/>
            <w:tcMar>
              <w:top w:w="70" w:type="dxa"/>
              <w:left w:w="95" w:type="dxa"/>
              <w:bottom w:w="70" w:type="dxa"/>
              <w:right w:w="95" w:type="dxa"/>
            </w:tcMar>
            <w:vAlign w:val="center"/>
          </w:tcPr>
          <w:p w14:paraId="5200A716" w14:textId="77777777" w:rsidR="002E7DCF" w:rsidRPr="00717886" w:rsidRDefault="00A11917">
            <w:pPr>
              <w:spacing w:after="0" w:line="240" w:lineRule="auto"/>
              <w:rPr>
                <w:rFonts w:cs="Times New Roman"/>
              </w:rPr>
            </w:pPr>
            <w:r w:rsidRPr="00717886">
              <w:rPr>
                <w:rFonts w:cs="Times New Roman"/>
                <w:sz w:val="16"/>
              </w:rPr>
              <w:t>Canonical OpenAlex lineage or documented raw-affiliation fallback</w:t>
            </w:r>
          </w:p>
        </w:tc>
      </w:tr>
      <w:tr w:rsidR="002E7DCF" w:rsidRPr="00717886" w14:paraId="63A1DF00" w14:textId="77777777">
        <w:trPr>
          <w:cantSplit/>
          <w:jc w:val="center"/>
        </w:trPr>
        <w:tc>
          <w:tcPr>
            <w:tcW w:w="2520" w:type="dxa"/>
            <w:tcMar>
              <w:top w:w="70" w:type="dxa"/>
              <w:left w:w="95" w:type="dxa"/>
              <w:bottom w:w="70" w:type="dxa"/>
              <w:right w:w="95" w:type="dxa"/>
            </w:tcMar>
            <w:vAlign w:val="center"/>
          </w:tcPr>
          <w:p w14:paraId="4C0010EE" w14:textId="77777777" w:rsidR="002E7DCF" w:rsidRPr="00717886" w:rsidRDefault="00A11917">
            <w:pPr>
              <w:spacing w:after="0" w:line="240" w:lineRule="auto"/>
              <w:rPr>
                <w:rFonts w:cs="Times New Roman"/>
              </w:rPr>
            </w:pPr>
            <w:r w:rsidRPr="00717886">
              <w:rPr>
                <w:rFonts w:cs="Times New Roman"/>
                <w:sz w:val="16"/>
              </w:rPr>
              <w:t>RORC</w:t>
            </w:r>
          </w:p>
        </w:tc>
        <w:tc>
          <w:tcPr>
            <w:tcW w:w="1728" w:type="dxa"/>
            <w:tcMar>
              <w:top w:w="70" w:type="dxa"/>
              <w:left w:w="95" w:type="dxa"/>
              <w:bottom w:w="70" w:type="dxa"/>
              <w:right w:w="95" w:type="dxa"/>
            </w:tcMar>
            <w:vAlign w:val="center"/>
          </w:tcPr>
          <w:p w14:paraId="39965C65"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tcMar>
              <w:top w:w="70" w:type="dxa"/>
              <w:left w:w="95" w:type="dxa"/>
              <w:bottom w:w="70" w:type="dxa"/>
              <w:right w:w="95" w:type="dxa"/>
            </w:tcMar>
            <w:vAlign w:val="center"/>
          </w:tcPr>
          <w:p w14:paraId="586351AD" w14:textId="77777777" w:rsidR="002E7DCF" w:rsidRPr="00717886" w:rsidRDefault="00A11917">
            <w:pPr>
              <w:spacing w:after="0" w:line="240" w:lineRule="auto"/>
              <w:rPr>
                <w:rFonts w:cs="Times New Roman"/>
              </w:rPr>
            </w:pPr>
            <w:r w:rsidRPr="00717886">
              <w:rPr>
                <w:rFonts w:cs="Times New Roman"/>
                <w:sz w:val="16"/>
              </w:rPr>
              <w:t>Composite</w:t>
            </w:r>
          </w:p>
        </w:tc>
        <w:tc>
          <w:tcPr>
            <w:tcW w:w="4248" w:type="dxa"/>
            <w:tcMar>
              <w:top w:w="70" w:type="dxa"/>
              <w:left w:w="95" w:type="dxa"/>
              <w:bottom w:w="70" w:type="dxa"/>
              <w:right w:w="95" w:type="dxa"/>
            </w:tcMar>
            <w:vAlign w:val="center"/>
          </w:tcPr>
          <w:p w14:paraId="75414285" w14:textId="77777777" w:rsidR="002E7DCF" w:rsidRPr="00717886" w:rsidRDefault="00A11917">
            <w:pPr>
              <w:spacing w:after="0" w:line="240" w:lineRule="auto"/>
              <w:rPr>
                <w:rFonts w:cs="Times New Roman"/>
              </w:rPr>
            </w:pPr>
            <w:r w:rsidRPr="00717886">
              <w:rPr>
                <w:rFonts w:cs="Times New Roman"/>
                <w:sz w:val="16"/>
              </w:rPr>
              <w:t>Five-component Revealed Organizational R&amp;D Capability index</w:t>
            </w:r>
          </w:p>
        </w:tc>
      </w:tr>
      <w:tr w:rsidR="002E7DCF" w:rsidRPr="00717886" w14:paraId="65AF92E2" w14:textId="77777777">
        <w:trPr>
          <w:cantSplit/>
          <w:jc w:val="center"/>
        </w:trPr>
        <w:tc>
          <w:tcPr>
            <w:tcW w:w="2520" w:type="dxa"/>
            <w:shd w:val="clear" w:color="auto" w:fill="F5F7F9"/>
            <w:tcMar>
              <w:top w:w="70" w:type="dxa"/>
              <w:left w:w="95" w:type="dxa"/>
              <w:bottom w:w="70" w:type="dxa"/>
              <w:right w:w="95" w:type="dxa"/>
            </w:tcMar>
            <w:vAlign w:val="center"/>
          </w:tcPr>
          <w:p w14:paraId="53F4F869" w14:textId="77777777" w:rsidR="002E7DCF" w:rsidRPr="00717886" w:rsidRDefault="00A11917">
            <w:pPr>
              <w:spacing w:after="0" w:line="240" w:lineRule="auto"/>
              <w:rPr>
                <w:rFonts w:cs="Times New Roman"/>
              </w:rPr>
            </w:pPr>
            <w:r w:rsidRPr="00717886">
              <w:rPr>
                <w:rFonts w:cs="Times New Roman"/>
                <w:sz w:val="16"/>
              </w:rPr>
              <w:t>EKII</w:t>
            </w:r>
          </w:p>
        </w:tc>
        <w:tc>
          <w:tcPr>
            <w:tcW w:w="1728" w:type="dxa"/>
            <w:shd w:val="clear" w:color="auto" w:fill="F5F7F9"/>
            <w:tcMar>
              <w:top w:w="70" w:type="dxa"/>
              <w:left w:w="95" w:type="dxa"/>
              <w:bottom w:w="70" w:type="dxa"/>
              <w:right w:w="95" w:type="dxa"/>
            </w:tcMar>
            <w:vAlign w:val="center"/>
          </w:tcPr>
          <w:p w14:paraId="77EAC62F"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shd w:val="clear" w:color="auto" w:fill="F5F7F9"/>
            <w:tcMar>
              <w:top w:w="70" w:type="dxa"/>
              <w:left w:w="95" w:type="dxa"/>
              <w:bottom w:w="70" w:type="dxa"/>
              <w:right w:w="95" w:type="dxa"/>
            </w:tcMar>
            <w:vAlign w:val="center"/>
          </w:tcPr>
          <w:p w14:paraId="04C1E473" w14:textId="77777777" w:rsidR="002E7DCF" w:rsidRPr="00717886" w:rsidRDefault="00A11917">
            <w:pPr>
              <w:spacing w:after="0" w:line="240" w:lineRule="auto"/>
              <w:rPr>
                <w:rFonts w:cs="Times New Roman"/>
              </w:rPr>
            </w:pPr>
            <w:r w:rsidRPr="00717886">
              <w:rPr>
                <w:rFonts w:cs="Times New Roman"/>
                <w:sz w:val="16"/>
              </w:rPr>
              <w:t>Composite</w:t>
            </w:r>
          </w:p>
        </w:tc>
        <w:tc>
          <w:tcPr>
            <w:tcW w:w="4248" w:type="dxa"/>
            <w:shd w:val="clear" w:color="auto" w:fill="F5F7F9"/>
            <w:tcMar>
              <w:top w:w="70" w:type="dxa"/>
              <w:left w:w="95" w:type="dxa"/>
              <w:bottom w:w="70" w:type="dxa"/>
              <w:right w:w="95" w:type="dxa"/>
            </w:tcMar>
            <w:vAlign w:val="center"/>
          </w:tcPr>
          <w:p w14:paraId="1D65CE7F" w14:textId="77777777" w:rsidR="002E7DCF" w:rsidRPr="00717886" w:rsidRDefault="00A11917">
            <w:pPr>
              <w:spacing w:after="0" w:line="240" w:lineRule="auto"/>
              <w:rPr>
                <w:rFonts w:cs="Times New Roman"/>
              </w:rPr>
            </w:pPr>
            <w:r w:rsidRPr="00717886">
              <w:rPr>
                <w:rFonts w:cs="Times New Roman"/>
                <w:sz w:val="16"/>
              </w:rPr>
              <w:t>Four-component External Knowledge Integration Index</w:t>
            </w:r>
          </w:p>
        </w:tc>
      </w:tr>
      <w:tr w:rsidR="002E7DCF" w:rsidRPr="00717886" w14:paraId="145580C4" w14:textId="77777777">
        <w:trPr>
          <w:cantSplit/>
          <w:jc w:val="center"/>
        </w:trPr>
        <w:tc>
          <w:tcPr>
            <w:tcW w:w="2520" w:type="dxa"/>
            <w:tcMar>
              <w:top w:w="70" w:type="dxa"/>
              <w:left w:w="95" w:type="dxa"/>
              <w:bottom w:w="70" w:type="dxa"/>
              <w:right w:w="95" w:type="dxa"/>
            </w:tcMar>
            <w:vAlign w:val="center"/>
          </w:tcPr>
          <w:p w14:paraId="1BA2E383" w14:textId="77777777" w:rsidR="002E7DCF" w:rsidRPr="00717886" w:rsidRDefault="00A11917">
            <w:pPr>
              <w:spacing w:after="0" w:line="240" w:lineRule="auto"/>
              <w:rPr>
                <w:rFonts w:cs="Times New Roman"/>
              </w:rPr>
            </w:pPr>
            <w:r w:rsidRPr="00717886">
              <w:rPr>
                <w:rFonts w:cs="Times New Roman"/>
                <w:sz w:val="16"/>
              </w:rPr>
              <w:t>CSLI</w:t>
            </w:r>
          </w:p>
        </w:tc>
        <w:tc>
          <w:tcPr>
            <w:tcW w:w="1728" w:type="dxa"/>
            <w:tcMar>
              <w:top w:w="70" w:type="dxa"/>
              <w:left w:w="95" w:type="dxa"/>
              <w:bottom w:w="70" w:type="dxa"/>
              <w:right w:w="95" w:type="dxa"/>
            </w:tcMar>
            <w:vAlign w:val="center"/>
          </w:tcPr>
          <w:p w14:paraId="52FED249"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tcMar>
              <w:top w:w="70" w:type="dxa"/>
              <w:left w:w="95" w:type="dxa"/>
              <w:bottom w:w="70" w:type="dxa"/>
              <w:right w:w="95" w:type="dxa"/>
            </w:tcMar>
            <w:vAlign w:val="center"/>
          </w:tcPr>
          <w:p w14:paraId="14D60F1E" w14:textId="77777777" w:rsidR="002E7DCF" w:rsidRPr="00717886" w:rsidRDefault="00A11917">
            <w:pPr>
              <w:spacing w:after="0" w:line="240" w:lineRule="auto"/>
              <w:rPr>
                <w:rFonts w:cs="Times New Roman"/>
              </w:rPr>
            </w:pPr>
            <w:r w:rsidRPr="00717886">
              <w:rPr>
                <w:rFonts w:cs="Times New Roman"/>
                <w:sz w:val="16"/>
              </w:rPr>
              <w:t>Composite</w:t>
            </w:r>
          </w:p>
        </w:tc>
        <w:tc>
          <w:tcPr>
            <w:tcW w:w="4248" w:type="dxa"/>
            <w:tcMar>
              <w:top w:w="70" w:type="dxa"/>
              <w:left w:w="95" w:type="dxa"/>
              <w:bottom w:w="70" w:type="dxa"/>
              <w:right w:w="95" w:type="dxa"/>
            </w:tcMar>
            <w:vAlign w:val="center"/>
          </w:tcPr>
          <w:p w14:paraId="730EA825" w14:textId="77777777" w:rsidR="002E7DCF" w:rsidRPr="00717886" w:rsidRDefault="00A11917">
            <w:pPr>
              <w:spacing w:after="0" w:line="240" w:lineRule="auto"/>
              <w:rPr>
                <w:rFonts w:cs="Times New Roman"/>
              </w:rPr>
            </w:pPr>
            <w:r w:rsidRPr="00717886">
              <w:rPr>
                <w:rFonts w:cs="Times New Roman"/>
                <w:sz w:val="16"/>
              </w:rPr>
              <w:t>Two-component Cross-Sector Research Linkage Index; manuscript label</w:t>
            </w:r>
          </w:p>
        </w:tc>
      </w:tr>
      <w:tr w:rsidR="002E7DCF" w:rsidRPr="00717886" w14:paraId="0A1FCBB5" w14:textId="77777777">
        <w:trPr>
          <w:cantSplit/>
          <w:jc w:val="center"/>
        </w:trPr>
        <w:tc>
          <w:tcPr>
            <w:tcW w:w="2520" w:type="dxa"/>
            <w:shd w:val="clear" w:color="auto" w:fill="F5F7F9"/>
            <w:tcMar>
              <w:top w:w="70" w:type="dxa"/>
              <w:left w:w="95" w:type="dxa"/>
              <w:bottom w:w="70" w:type="dxa"/>
              <w:right w:w="95" w:type="dxa"/>
            </w:tcMar>
            <w:vAlign w:val="center"/>
          </w:tcPr>
          <w:p w14:paraId="2F399348" w14:textId="77777777" w:rsidR="002E7DCF" w:rsidRPr="00717886" w:rsidRDefault="00A11917">
            <w:pPr>
              <w:spacing w:after="0" w:line="240" w:lineRule="auto"/>
              <w:rPr>
                <w:rFonts w:cs="Times New Roman"/>
              </w:rPr>
            </w:pPr>
            <w:r w:rsidRPr="00717886">
              <w:rPr>
                <w:rFonts w:cs="Times New Roman"/>
                <w:sz w:val="16"/>
              </w:rPr>
              <w:t>RTI_Open_Linkage_Diagnostic</w:t>
            </w:r>
          </w:p>
        </w:tc>
        <w:tc>
          <w:tcPr>
            <w:tcW w:w="1728" w:type="dxa"/>
            <w:shd w:val="clear" w:color="auto" w:fill="F5F7F9"/>
            <w:tcMar>
              <w:top w:w="70" w:type="dxa"/>
              <w:left w:w="95" w:type="dxa"/>
              <w:bottom w:w="70" w:type="dxa"/>
              <w:right w:w="95" w:type="dxa"/>
            </w:tcMar>
            <w:vAlign w:val="center"/>
          </w:tcPr>
          <w:p w14:paraId="4ED3EDD9"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shd w:val="clear" w:color="auto" w:fill="F5F7F9"/>
            <w:tcMar>
              <w:top w:w="70" w:type="dxa"/>
              <w:left w:w="95" w:type="dxa"/>
              <w:bottom w:w="70" w:type="dxa"/>
              <w:right w:w="95" w:type="dxa"/>
            </w:tcMar>
            <w:vAlign w:val="center"/>
          </w:tcPr>
          <w:p w14:paraId="33587C9E" w14:textId="77777777" w:rsidR="002E7DCF" w:rsidRPr="00717886" w:rsidRDefault="00A11917">
            <w:pPr>
              <w:spacing w:after="0" w:line="240" w:lineRule="auto"/>
              <w:rPr>
                <w:rFonts w:cs="Times New Roman"/>
              </w:rPr>
            </w:pPr>
            <w:r w:rsidRPr="00717886">
              <w:rPr>
                <w:rFonts w:cs="Times New Roman"/>
                <w:sz w:val="16"/>
              </w:rPr>
              <w:t>Legacy alias</w:t>
            </w:r>
          </w:p>
        </w:tc>
        <w:tc>
          <w:tcPr>
            <w:tcW w:w="4248" w:type="dxa"/>
            <w:shd w:val="clear" w:color="auto" w:fill="F5F7F9"/>
            <w:tcMar>
              <w:top w:w="70" w:type="dxa"/>
              <w:left w:w="95" w:type="dxa"/>
              <w:bottom w:w="70" w:type="dxa"/>
              <w:right w:w="95" w:type="dxa"/>
            </w:tcMar>
            <w:vAlign w:val="center"/>
          </w:tcPr>
          <w:p w14:paraId="64B18A9E" w14:textId="77777777" w:rsidR="002E7DCF" w:rsidRPr="00717886" w:rsidRDefault="00A11917">
            <w:pPr>
              <w:spacing w:after="0" w:line="240" w:lineRule="auto"/>
              <w:rPr>
                <w:rFonts w:cs="Times New Roman"/>
              </w:rPr>
            </w:pPr>
            <w:r w:rsidRPr="00717886">
              <w:rPr>
                <w:rFonts w:cs="Times New Roman"/>
                <w:sz w:val="16"/>
              </w:rPr>
              <w:t>Archived machine label mapped to CSLI; it is not a Research Translation Index</w:t>
            </w:r>
          </w:p>
        </w:tc>
      </w:tr>
      <w:tr w:rsidR="002E7DCF" w:rsidRPr="00717886" w14:paraId="1AE273A8" w14:textId="77777777">
        <w:trPr>
          <w:cantSplit/>
          <w:jc w:val="center"/>
        </w:trPr>
        <w:tc>
          <w:tcPr>
            <w:tcW w:w="2520" w:type="dxa"/>
            <w:tcMar>
              <w:top w:w="70" w:type="dxa"/>
              <w:left w:w="95" w:type="dxa"/>
              <w:bottom w:w="70" w:type="dxa"/>
              <w:right w:w="95" w:type="dxa"/>
            </w:tcMar>
            <w:vAlign w:val="center"/>
          </w:tcPr>
          <w:p w14:paraId="00D69F59" w14:textId="77777777" w:rsidR="002E7DCF" w:rsidRPr="00717886" w:rsidRDefault="00A11917">
            <w:pPr>
              <w:spacing w:after="0" w:line="240" w:lineRule="auto"/>
              <w:rPr>
                <w:rFonts w:cs="Times New Roman"/>
              </w:rPr>
            </w:pPr>
            <w:r w:rsidRPr="00717886">
              <w:rPr>
                <w:rFonts w:cs="Times New Roman"/>
                <w:sz w:val="16"/>
              </w:rPr>
              <w:t>Total_Institutional_Works</w:t>
            </w:r>
          </w:p>
        </w:tc>
        <w:tc>
          <w:tcPr>
            <w:tcW w:w="1728" w:type="dxa"/>
            <w:tcMar>
              <w:top w:w="70" w:type="dxa"/>
              <w:left w:w="95" w:type="dxa"/>
              <w:bottom w:w="70" w:type="dxa"/>
              <w:right w:w="95" w:type="dxa"/>
            </w:tcMar>
            <w:vAlign w:val="center"/>
          </w:tcPr>
          <w:p w14:paraId="44ABBC79"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tcMar>
              <w:top w:w="70" w:type="dxa"/>
              <w:left w:w="95" w:type="dxa"/>
              <w:bottom w:w="70" w:type="dxa"/>
              <w:right w:w="95" w:type="dxa"/>
            </w:tcMar>
            <w:vAlign w:val="center"/>
          </w:tcPr>
          <w:p w14:paraId="0B6A4F12" w14:textId="77777777" w:rsidR="002E7DCF" w:rsidRPr="00717886" w:rsidRDefault="00A11917">
            <w:pPr>
              <w:spacing w:after="0" w:line="240" w:lineRule="auto"/>
              <w:rPr>
                <w:rFonts w:cs="Times New Roman"/>
              </w:rPr>
            </w:pPr>
            <w:r w:rsidRPr="00717886">
              <w:rPr>
                <w:rFonts w:cs="Times New Roman"/>
                <w:sz w:val="16"/>
              </w:rPr>
              <w:t>Count</w:t>
            </w:r>
          </w:p>
        </w:tc>
        <w:tc>
          <w:tcPr>
            <w:tcW w:w="4248" w:type="dxa"/>
            <w:tcMar>
              <w:top w:w="70" w:type="dxa"/>
              <w:left w:w="95" w:type="dxa"/>
              <w:bottom w:w="70" w:type="dxa"/>
              <w:right w:w="95" w:type="dxa"/>
            </w:tcMar>
            <w:vAlign w:val="center"/>
          </w:tcPr>
          <w:p w14:paraId="08680DB4" w14:textId="77777777" w:rsidR="002E7DCF" w:rsidRPr="00717886" w:rsidRDefault="00A11917">
            <w:pPr>
              <w:spacing w:after="0" w:line="240" w:lineRule="auto"/>
              <w:rPr>
                <w:rFonts w:cs="Times New Roman"/>
              </w:rPr>
            </w:pPr>
            <w:r w:rsidRPr="00717886">
              <w:rPr>
                <w:rFonts w:cs="Times New Roman"/>
                <w:sz w:val="16"/>
              </w:rPr>
              <w:t>All OpenAlex works used to construct the scale control</w:t>
            </w:r>
          </w:p>
        </w:tc>
      </w:tr>
      <w:tr w:rsidR="002E7DCF" w:rsidRPr="00717886" w14:paraId="166DCC35" w14:textId="77777777">
        <w:trPr>
          <w:cantSplit/>
          <w:jc w:val="center"/>
        </w:trPr>
        <w:tc>
          <w:tcPr>
            <w:tcW w:w="2520" w:type="dxa"/>
            <w:shd w:val="clear" w:color="auto" w:fill="F5F7F9"/>
            <w:tcMar>
              <w:top w:w="70" w:type="dxa"/>
              <w:left w:w="95" w:type="dxa"/>
              <w:bottom w:w="70" w:type="dxa"/>
              <w:right w:w="95" w:type="dxa"/>
            </w:tcMar>
            <w:vAlign w:val="center"/>
          </w:tcPr>
          <w:p w14:paraId="7C7BAF85" w14:textId="77777777" w:rsidR="002E7DCF" w:rsidRPr="00717886" w:rsidRDefault="00A11917">
            <w:pPr>
              <w:spacing w:after="0" w:line="240" w:lineRule="auto"/>
              <w:rPr>
                <w:rFonts w:cs="Times New Roman"/>
              </w:rPr>
            </w:pPr>
            <w:r w:rsidRPr="00717886">
              <w:rPr>
                <w:rFonts w:cs="Times New Roman"/>
                <w:sz w:val="16"/>
              </w:rPr>
              <w:t>National_RD_Condition</w:t>
            </w:r>
          </w:p>
        </w:tc>
        <w:tc>
          <w:tcPr>
            <w:tcW w:w="1728" w:type="dxa"/>
            <w:shd w:val="clear" w:color="auto" w:fill="F5F7F9"/>
            <w:tcMar>
              <w:top w:w="70" w:type="dxa"/>
              <w:left w:w="95" w:type="dxa"/>
              <w:bottom w:w="70" w:type="dxa"/>
              <w:right w:w="95" w:type="dxa"/>
            </w:tcMar>
            <w:vAlign w:val="center"/>
          </w:tcPr>
          <w:p w14:paraId="30098A10" w14:textId="77777777" w:rsidR="002E7DCF" w:rsidRPr="00717886" w:rsidRDefault="00A11917">
            <w:pPr>
              <w:spacing w:after="0" w:line="240" w:lineRule="auto"/>
              <w:rPr>
                <w:rFonts w:cs="Times New Roman"/>
              </w:rPr>
            </w:pPr>
            <w:r w:rsidRPr="00717886">
              <w:rPr>
                <w:rFonts w:cs="Times New Roman"/>
                <w:sz w:val="16"/>
              </w:rPr>
              <w:t>Country-year</w:t>
            </w:r>
          </w:p>
        </w:tc>
        <w:tc>
          <w:tcPr>
            <w:tcW w:w="1440" w:type="dxa"/>
            <w:shd w:val="clear" w:color="auto" w:fill="F5F7F9"/>
            <w:tcMar>
              <w:top w:w="70" w:type="dxa"/>
              <w:left w:w="95" w:type="dxa"/>
              <w:bottom w:w="70" w:type="dxa"/>
              <w:right w:w="95" w:type="dxa"/>
            </w:tcMar>
            <w:vAlign w:val="center"/>
          </w:tcPr>
          <w:p w14:paraId="79024E51" w14:textId="77777777" w:rsidR="002E7DCF" w:rsidRPr="00717886" w:rsidRDefault="00A11917">
            <w:pPr>
              <w:spacing w:after="0" w:line="240" w:lineRule="auto"/>
              <w:rPr>
                <w:rFonts w:cs="Times New Roman"/>
              </w:rPr>
            </w:pPr>
            <w:r w:rsidRPr="00717886">
              <w:rPr>
                <w:rFonts w:cs="Times New Roman"/>
                <w:sz w:val="16"/>
              </w:rPr>
              <w:t>Continuous</w:t>
            </w:r>
          </w:p>
        </w:tc>
        <w:tc>
          <w:tcPr>
            <w:tcW w:w="4248" w:type="dxa"/>
            <w:shd w:val="clear" w:color="auto" w:fill="F5F7F9"/>
            <w:tcMar>
              <w:top w:w="70" w:type="dxa"/>
              <w:left w:w="95" w:type="dxa"/>
              <w:bottom w:w="70" w:type="dxa"/>
              <w:right w:w="95" w:type="dxa"/>
            </w:tcMar>
            <w:vAlign w:val="center"/>
          </w:tcPr>
          <w:p w14:paraId="688376B4" w14:textId="77777777" w:rsidR="00423D2F" w:rsidRPr="00717886" w:rsidRDefault="0047346F">
            <w:pPr>
              <w:spacing w:after="0"/>
              <w:rPr>
                <w:rFonts w:cs="Times New Roman"/>
              </w:rPr>
            </w:pPr>
            <w:r w:rsidRPr="00717886">
              <w:rPr>
                <w:rFonts w:cs="Times New Roman"/>
                <w:sz w:val="16"/>
              </w:rPr>
              <w:t>GERD as percentage of GDP at the EKII observation year in the primary model</w:t>
            </w:r>
          </w:p>
        </w:tc>
      </w:tr>
      <w:tr w:rsidR="002E7DCF" w:rsidRPr="00717886" w14:paraId="6FF87304" w14:textId="77777777">
        <w:trPr>
          <w:cantSplit/>
          <w:jc w:val="center"/>
        </w:trPr>
        <w:tc>
          <w:tcPr>
            <w:tcW w:w="2520" w:type="dxa"/>
            <w:tcMar>
              <w:top w:w="70" w:type="dxa"/>
              <w:left w:w="95" w:type="dxa"/>
              <w:bottom w:w="70" w:type="dxa"/>
              <w:right w:w="95" w:type="dxa"/>
            </w:tcMar>
            <w:vAlign w:val="center"/>
          </w:tcPr>
          <w:p w14:paraId="0D3FC78D" w14:textId="77777777" w:rsidR="002E7DCF" w:rsidRPr="00717886" w:rsidRDefault="00A11917">
            <w:pPr>
              <w:spacing w:after="0" w:line="240" w:lineRule="auto"/>
              <w:rPr>
                <w:rFonts w:cs="Times New Roman"/>
              </w:rPr>
            </w:pPr>
            <w:r w:rsidRPr="00717886">
              <w:rPr>
                <w:rFonts w:cs="Times New Roman"/>
                <w:sz w:val="16"/>
              </w:rPr>
              <w:t>Value_Status</w:t>
            </w:r>
          </w:p>
        </w:tc>
        <w:tc>
          <w:tcPr>
            <w:tcW w:w="1728" w:type="dxa"/>
            <w:tcMar>
              <w:top w:w="70" w:type="dxa"/>
              <w:left w:w="95" w:type="dxa"/>
              <w:bottom w:w="70" w:type="dxa"/>
              <w:right w:w="95" w:type="dxa"/>
            </w:tcMar>
            <w:vAlign w:val="center"/>
          </w:tcPr>
          <w:p w14:paraId="62D72BD6" w14:textId="77777777" w:rsidR="002E7DCF" w:rsidRPr="00717886" w:rsidRDefault="00A11917">
            <w:pPr>
              <w:spacing w:after="0" w:line="240" w:lineRule="auto"/>
              <w:rPr>
                <w:rFonts w:cs="Times New Roman"/>
              </w:rPr>
            </w:pPr>
            <w:r w:rsidRPr="00717886">
              <w:rPr>
                <w:rFonts w:cs="Times New Roman"/>
                <w:sz w:val="16"/>
              </w:rPr>
              <w:t>Country-year</w:t>
            </w:r>
          </w:p>
        </w:tc>
        <w:tc>
          <w:tcPr>
            <w:tcW w:w="1440" w:type="dxa"/>
            <w:tcMar>
              <w:top w:w="70" w:type="dxa"/>
              <w:left w:w="95" w:type="dxa"/>
              <w:bottom w:w="70" w:type="dxa"/>
              <w:right w:w="95" w:type="dxa"/>
            </w:tcMar>
            <w:vAlign w:val="center"/>
          </w:tcPr>
          <w:p w14:paraId="73B992BF" w14:textId="77777777" w:rsidR="002E7DCF" w:rsidRPr="00717886" w:rsidRDefault="00A11917">
            <w:pPr>
              <w:spacing w:after="0" w:line="240" w:lineRule="auto"/>
              <w:rPr>
                <w:rFonts w:cs="Times New Roman"/>
              </w:rPr>
            </w:pPr>
            <w:r w:rsidRPr="00717886">
              <w:rPr>
                <w:rFonts w:cs="Times New Roman"/>
                <w:sz w:val="16"/>
              </w:rPr>
              <w:t>Provenance</w:t>
            </w:r>
          </w:p>
        </w:tc>
        <w:tc>
          <w:tcPr>
            <w:tcW w:w="4248" w:type="dxa"/>
            <w:tcMar>
              <w:top w:w="70" w:type="dxa"/>
              <w:left w:w="95" w:type="dxa"/>
              <w:bottom w:w="70" w:type="dxa"/>
              <w:right w:w="95" w:type="dxa"/>
            </w:tcMar>
            <w:vAlign w:val="center"/>
          </w:tcPr>
          <w:p w14:paraId="313F99B5" w14:textId="77777777" w:rsidR="00423D2F" w:rsidRPr="00717886" w:rsidRDefault="0047346F">
            <w:pPr>
              <w:spacing w:after="0"/>
              <w:rPr>
                <w:rFonts w:cs="Times New Roman"/>
              </w:rPr>
            </w:pPr>
            <w:r w:rsidRPr="00717886">
              <w:rPr>
                <w:rFonts w:cs="Times New Roman"/>
                <w:sz w:val="16"/>
              </w:rPr>
              <w:t>Observed, short-gap interpolation, ≤2-year carry-forward, or missing</w:t>
            </w:r>
          </w:p>
        </w:tc>
      </w:tr>
      <w:tr w:rsidR="002E7DCF" w:rsidRPr="00717886" w14:paraId="06180A90" w14:textId="77777777">
        <w:trPr>
          <w:cantSplit/>
          <w:jc w:val="center"/>
        </w:trPr>
        <w:tc>
          <w:tcPr>
            <w:tcW w:w="2520" w:type="dxa"/>
            <w:shd w:val="clear" w:color="auto" w:fill="F5F7F9"/>
            <w:tcMar>
              <w:top w:w="70" w:type="dxa"/>
              <w:left w:w="95" w:type="dxa"/>
              <w:bottom w:w="70" w:type="dxa"/>
              <w:right w:w="95" w:type="dxa"/>
            </w:tcMar>
            <w:vAlign w:val="center"/>
          </w:tcPr>
          <w:p w14:paraId="29615E7C" w14:textId="77777777" w:rsidR="002E7DCF" w:rsidRPr="00717886" w:rsidRDefault="00A11917">
            <w:pPr>
              <w:spacing w:after="0" w:line="240" w:lineRule="auto"/>
              <w:rPr>
                <w:rFonts w:cs="Times New Roman"/>
              </w:rPr>
            </w:pPr>
            <w:r w:rsidRPr="00717886">
              <w:rPr>
                <w:rFonts w:cs="Times New Roman"/>
                <w:sz w:val="16"/>
              </w:rPr>
              <w:t>Outcome_Year</w:t>
            </w:r>
          </w:p>
        </w:tc>
        <w:tc>
          <w:tcPr>
            <w:tcW w:w="1728" w:type="dxa"/>
            <w:shd w:val="clear" w:color="auto" w:fill="F5F7F9"/>
            <w:tcMar>
              <w:top w:w="70" w:type="dxa"/>
              <w:left w:w="95" w:type="dxa"/>
              <w:bottom w:w="70" w:type="dxa"/>
              <w:right w:w="95" w:type="dxa"/>
            </w:tcMar>
            <w:vAlign w:val="center"/>
          </w:tcPr>
          <w:p w14:paraId="1772829B" w14:textId="77777777" w:rsidR="002E7DCF" w:rsidRPr="00717886" w:rsidRDefault="00A11917">
            <w:pPr>
              <w:spacing w:after="0" w:line="240" w:lineRule="auto"/>
              <w:rPr>
                <w:rFonts w:cs="Times New Roman"/>
              </w:rPr>
            </w:pPr>
            <w:r w:rsidRPr="00717886">
              <w:rPr>
                <w:rFonts w:cs="Times New Roman"/>
                <w:sz w:val="16"/>
              </w:rPr>
              <w:t>Aligned model row</w:t>
            </w:r>
          </w:p>
        </w:tc>
        <w:tc>
          <w:tcPr>
            <w:tcW w:w="1440" w:type="dxa"/>
            <w:shd w:val="clear" w:color="auto" w:fill="F5F7F9"/>
            <w:tcMar>
              <w:top w:w="70" w:type="dxa"/>
              <w:left w:w="95" w:type="dxa"/>
              <w:bottom w:w="70" w:type="dxa"/>
              <w:right w:w="95" w:type="dxa"/>
            </w:tcMar>
            <w:vAlign w:val="center"/>
          </w:tcPr>
          <w:p w14:paraId="1F0939B2" w14:textId="77777777" w:rsidR="002E7DCF" w:rsidRPr="00717886" w:rsidRDefault="00A11917">
            <w:pPr>
              <w:spacing w:after="0" w:line="240" w:lineRule="auto"/>
              <w:rPr>
                <w:rFonts w:cs="Times New Roman"/>
              </w:rPr>
            </w:pPr>
            <w:r w:rsidRPr="00717886">
              <w:rPr>
                <w:rFonts w:cs="Times New Roman"/>
                <w:sz w:val="16"/>
              </w:rPr>
              <w:t>Integer</w:t>
            </w:r>
          </w:p>
        </w:tc>
        <w:tc>
          <w:tcPr>
            <w:tcW w:w="4248" w:type="dxa"/>
            <w:shd w:val="clear" w:color="auto" w:fill="F5F7F9"/>
            <w:tcMar>
              <w:top w:w="70" w:type="dxa"/>
              <w:left w:w="95" w:type="dxa"/>
              <w:bottom w:w="70" w:type="dxa"/>
              <w:right w:w="95" w:type="dxa"/>
            </w:tcMar>
            <w:vAlign w:val="center"/>
          </w:tcPr>
          <w:p w14:paraId="3FF71CC8" w14:textId="77777777" w:rsidR="002E7DCF" w:rsidRPr="00717886" w:rsidRDefault="00A11917">
            <w:pPr>
              <w:spacing w:after="0" w:line="240" w:lineRule="auto"/>
              <w:rPr>
                <w:rFonts w:cs="Times New Roman"/>
              </w:rPr>
            </w:pPr>
            <w:r w:rsidRPr="00717886">
              <w:rPr>
                <w:rFonts w:cs="Times New Roman"/>
                <w:sz w:val="16"/>
              </w:rPr>
              <w:t>Common time index used to align exposure, integration, and CSLI years</w:t>
            </w:r>
          </w:p>
        </w:tc>
      </w:tr>
      <w:tr w:rsidR="002E7DCF" w:rsidRPr="00717886" w14:paraId="6219E884" w14:textId="77777777">
        <w:trPr>
          <w:cantSplit/>
          <w:jc w:val="center"/>
        </w:trPr>
        <w:tc>
          <w:tcPr>
            <w:tcW w:w="2520" w:type="dxa"/>
            <w:tcMar>
              <w:top w:w="70" w:type="dxa"/>
              <w:left w:w="95" w:type="dxa"/>
              <w:bottom w:w="70" w:type="dxa"/>
              <w:right w:w="95" w:type="dxa"/>
            </w:tcMar>
            <w:vAlign w:val="center"/>
          </w:tcPr>
          <w:p w14:paraId="6359EAFC" w14:textId="77777777" w:rsidR="002E7DCF" w:rsidRPr="00717886" w:rsidRDefault="00A11917">
            <w:pPr>
              <w:spacing w:after="0" w:line="240" w:lineRule="auto"/>
              <w:rPr>
                <w:rFonts w:cs="Times New Roman"/>
                <w:lang w:val="pl-PL"/>
              </w:rPr>
            </w:pPr>
            <w:r w:rsidRPr="00717886">
              <w:rPr>
                <w:rFonts w:cs="Times New Roman"/>
                <w:sz w:val="16"/>
                <w:lang w:val="pl-PL"/>
              </w:rPr>
              <w:t>RORC_Z / EKII_Z / CSLI_Z</w:t>
            </w:r>
          </w:p>
        </w:tc>
        <w:tc>
          <w:tcPr>
            <w:tcW w:w="1728" w:type="dxa"/>
            <w:tcMar>
              <w:top w:w="70" w:type="dxa"/>
              <w:left w:w="95" w:type="dxa"/>
              <w:bottom w:w="70" w:type="dxa"/>
              <w:right w:w="95" w:type="dxa"/>
            </w:tcMar>
            <w:vAlign w:val="center"/>
          </w:tcPr>
          <w:p w14:paraId="0B98B9FD" w14:textId="77777777" w:rsidR="002E7DCF" w:rsidRPr="00717886" w:rsidRDefault="00A11917">
            <w:pPr>
              <w:spacing w:after="0" w:line="240" w:lineRule="auto"/>
              <w:rPr>
                <w:rFonts w:cs="Times New Roman"/>
              </w:rPr>
            </w:pPr>
            <w:r w:rsidRPr="00717886">
              <w:rPr>
                <w:rFonts w:cs="Times New Roman"/>
                <w:sz w:val="16"/>
              </w:rPr>
              <w:t>Aligned model row</w:t>
            </w:r>
          </w:p>
        </w:tc>
        <w:tc>
          <w:tcPr>
            <w:tcW w:w="1440" w:type="dxa"/>
            <w:tcMar>
              <w:top w:w="70" w:type="dxa"/>
              <w:left w:w="95" w:type="dxa"/>
              <w:bottom w:w="70" w:type="dxa"/>
              <w:right w:w="95" w:type="dxa"/>
            </w:tcMar>
            <w:vAlign w:val="center"/>
          </w:tcPr>
          <w:p w14:paraId="7D23DCB9" w14:textId="77777777" w:rsidR="002E7DCF" w:rsidRPr="00717886" w:rsidRDefault="00A11917">
            <w:pPr>
              <w:spacing w:after="0" w:line="240" w:lineRule="auto"/>
              <w:rPr>
                <w:rFonts w:cs="Times New Roman"/>
              </w:rPr>
            </w:pPr>
            <w:r w:rsidRPr="00717886">
              <w:rPr>
                <w:rFonts w:cs="Times New Roman"/>
                <w:sz w:val="16"/>
              </w:rPr>
              <w:t>Standardized</w:t>
            </w:r>
          </w:p>
        </w:tc>
        <w:tc>
          <w:tcPr>
            <w:tcW w:w="4248" w:type="dxa"/>
            <w:tcMar>
              <w:top w:w="70" w:type="dxa"/>
              <w:left w:w="95" w:type="dxa"/>
              <w:bottom w:w="70" w:type="dxa"/>
              <w:right w:w="95" w:type="dxa"/>
            </w:tcMar>
            <w:vAlign w:val="center"/>
          </w:tcPr>
          <w:p w14:paraId="63D79FCA" w14:textId="77777777" w:rsidR="002E7DCF" w:rsidRPr="00717886" w:rsidRDefault="00A11917">
            <w:pPr>
              <w:spacing w:after="0" w:line="240" w:lineRule="auto"/>
              <w:rPr>
                <w:rFonts w:cs="Times New Roman"/>
              </w:rPr>
            </w:pPr>
            <w:r w:rsidRPr="00717886">
              <w:rPr>
                <w:rFonts w:cs="Times New Roman"/>
                <w:sz w:val="16"/>
              </w:rPr>
              <w:t>Variables standardized within the aligned complete-case model sample</w:t>
            </w:r>
          </w:p>
        </w:tc>
      </w:tr>
      <w:tr w:rsidR="002E7DCF" w:rsidRPr="00717886" w14:paraId="2EC033EB" w14:textId="77777777">
        <w:trPr>
          <w:cantSplit/>
          <w:jc w:val="center"/>
        </w:trPr>
        <w:tc>
          <w:tcPr>
            <w:tcW w:w="2520" w:type="dxa"/>
            <w:shd w:val="clear" w:color="auto" w:fill="F5F7F9"/>
            <w:tcMar>
              <w:top w:w="70" w:type="dxa"/>
              <w:left w:w="95" w:type="dxa"/>
              <w:bottom w:w="70" w:type="dxa"/>
              <w:right w:w="95" w:type="dxa"/>
            </w:tcMar>
            <w:vAlign w:val="center"/>
          </w:tcPr>
          <w:p w14:paraId="16F9EB85" w14:textId="77777777" w:rsidR="002E7DCF" w:rsidRPr="00717886" w:rsidRDefault="00A11917">
            <w:pPr>
              <w:spacing w:after="0" w:line="240" w:lineRule="auto"/>
              <w:rPr>
                <w:rFonts w:cs="Times New Roman"/>
              </w:rPr>
            </w:pPr>
            <w:r w:rsidRPr="00717886">
              <w:rPr>
                <w:rFonts w:cs="Times New Roman"/>
                <w:sz w:val="16"/>
              </w:rPr>
              <w:t>Outcome_Z</w:t>
            </w:r>
          </w:p>
        </w:tc>
        <w:tc>
          <w:tcPr>
            <w:tcW w:w="1728" w:type="dxa"/>
            <w:shd w:val="clear" w:color="auto" w:fill="F5F7F9"/>
            <w:tcMar>
              <w:top w:w="70" w:type="dxa"/>
              <w:left w:w="95" w:type="dxa"/>
              <w:bottom w:w="70" w:type="dxa"/>
              <w:right w:w="95" w:type="dxa"/>
            </w:tcMar>
            <w:vAlign w:val="center"/>
          </w:tcPr>
          <w:p w14:paraId="0CCCFF72" w14:textId="77777777" w:rsidR="002E7DCF" w:rsidRPr="00717886" w:rsidRDefault="00A11917">
            <w:pPr>
              <w:spacing w:after="0" w:line="240" w:lineRule="auto"/>
              <w:rPr>
                <w:rFonts w:cs="Times New Roman"/>
              </w:rPr>
            </w:pPr>
            <w:r w:rsidRPr="00717886">
              <w:rPr>
                <w:rFonts w:cs="Times New Roman"/>
                <w:sz w:val="16"/>
              </w:rPr>
              <w:t>Aligned model row</w:t>
            </w:r>
          </w:p>
        </w:tc>
        <w:tc>
          <w:tcPr>
            <w:tcW w:w="1440" w:type="dxa"/>
            <w:shd w:val="clear" w:color="auto" w:fill="F5F7F9"/>
            <w:tcMar>
              <w:top w:w="70" w:type="dxa"/>
              <w:left w:w="95" w:type="dxa"/>
              <w:bottom w:w="70" w:type="dxa"/>
              <w:right w:w="95" w:type="dxa"/>
            </w:tcMar>
            <w:vAlign w:val="center"/>
          </w:tcPr>
          <w:p w14:paraId="2F707FBF" w14:textId="77777777" w:rsidR="002E7DCF" w:rsidRPr="00717886" w:rsidRDefault="00A11917">
            <w:pPr>
              <w:spacing w:after="0" w:line="240" w:lineRule="auto"/>
              <w:rPr>
                <w:rFonts w:cs="Times New Roman"/>
              </w:rPr>
            </w:pPr>
            <w:r w:rsidRPr="00717886">
              <w:rPr>
                <w:rFonts w:cs="Times New Roman"/>
                <w:sz w:val="16"/>
              </w:rPr>
              <w:t>Legacy alias</w:t>
            </w:r>
          </w:p>
        </w:tc>
        <w:tc>
          <w:tcPr>
            <w:tcW w:w="4248" w:type="dxa"/>
            <w:shd w:val="clear" w:color="auto" w:fill="F5F7F9"/>
            <w:tcMar>
              <w:top w:w="70" w:type="dxa"/>
              <w:left w:w="95" w:type="dxa"/>
              <w:bottom w:w="70" w:type="dxa"/>
              <w:right w:w="95" w:type="dxa"/>
            </w:tcMar>
            <w:vAlign w:val="center"/>
          </w:tcPr>
          <w:p w14:paraId="09E1993B" w14:textId="77777777" w:rsidR="002E7DCF" w:rsidRPr="00717886" w:rsidRDefault="00A11917">
            <w:pPr>
              <w:spacing w:after="0" w:line="240" w:lineRule="auto"/>
              <w:rPr>
                <w:rFonts w:cs="Times New Roman"/>
              </w:rPr>
            </w:pPr>
            <w:r w:rsidRPr="00717886">
              <w:rPr>
                <w:rFonts w:cs="Times New Roman"/>
                <w:sz w:val="16"/>
              </w:rPr>
              <w:t>Generic archived outcome label; interpreted according to the named model</w:t>
            </w:r>
          </w:p>
        </w:tc>
      </w:tr>
      <w:tr w:rsidR="002E7DCF" w:rsidRPr="00717886" w14:paraId="18AE63BD" w14:textId="77777777">
        <w:trPr>
          <w:cantSplit/>
          <w:jc w:val="center"/>
        </w:trPr>
        <w:tc>
          <w:tcPr>
            <w:tcW w:w="2520" w:type="dxa"/>
            <w:tcMar>
              <w:top w:w="70" w:type="dxa"/>
              <w:left w:w="95" w:type="dxa"/>
              <w:bottom w:w="70" w:type="dxa"/>
              <w:right w:w="95" w:type="dxa"/>
            </w:tcMar>
            <w:vAlign w:val="center"/>
          </w:tcPr>
          <w:p w14:paraId="1E947CCA" w14:textId="77777777" w:rsidR="002E7DCF" w:rsidRPr="00717886" w:rsidRDefault="00A11917">
            <w:pPr>
              <w:spacing w:after="0" w:line="240" w:lineRule="auto"/>
              <w:rPr>
                <w:rFonts w:cs="Times New Roman"/>
              </w:rPr>
            </w:pPr>
            <w:r w:rsidRPr="00717886">
              <w:rPr>
                <w:rFonts w:cs="Times New Roman"/>
                <w:sz w:val="16"/>
              </w:rPr>
              <w:t>Work_Count_Reconciled</w:t>
            </w:r>
          </w:p>
        </w:tc>
        <w:tc>
          <w:tcPr>
            <w:tcW w:w="1728" w:type="dxa"/>
            <w:tcMar>
              <w:top w:w="70" w:type="dxa"/>
              <w:left w:w="95" w:type="dxa"/>
              <w:bottom w:w="70" w:type="dxa"/>
              <w:right w:w="95" w:type="dxa"/>
            </w:tcMar>
            <w:vAlign w:val="center"/>
          </w:tcPr>
          <w:p w14:paraId="4184109F" w14:textId="77777777" w:rsidR="002E7DCF" w:rsidRPr="00717886" w:rsidRDefault="00A11917">
            <w:pPr>
              <w:spacing w:after="0" w:line="240" w:lineRule="auto"/>
              <w:rPr>
                <w:rFonts w:cs="Times New Roman"/>
              </w:rPr>
            </w:pPr>
            <w:r w:rsidRPr="00717886">
              <w:rPr>
                <w:rFonts w:cs="Times New Roman"/>
                <w:sz w:val="16"/>
              </w:rPr>
              <w:t>Institution-year</w:t>
            </w:r>
          </w:p>
        </w:tc>
        <w:tc>
          <w:tcPr>
            <w:tcW w:w="1440" w:type="dxa"/>
            <w:tcMar>
              <w:top w:w="70" w:type="dxa"/>
              <w:left w:w="95" w:type="dxa"/>
              <w:bottom w:w="70" w:type="dxa"/>
              <w:right w:w="95" w:type="dxa"/>
            </w:tcMar>
            <w:vAlign w:val="center"/>
          </w:tcPr>
          <w:p w14:paraId="027E894B" w14:textId="77777777" w:rsidR="002E7DCF" w:rsidRPr="00717886" w:rsidRDefault="00A11917">
            <w:pPr>
              <w:spacing w:after="0" w:line="240" w:lineRule="auto"/>
              <w:rPr>
                <w:rFonts w:cs="Times New Roman"/>
              </w:rPr>
            </w:pPr>
            <w:r w:rsidRPr="00717886">
              <w:rPr>
                <w:rFonts w:cs="Times New Roman"/>
                <w:sz w:val="16"/>
              </w:rPr>
              <w:t>Audit</w:t>
            </w:r>
          </w:p>
        </w:tc>
        <w:tc>
          <w:tcPr>
            <w:tcW w:w="4248" w:type="dxa"/>
            <w:tcMar>
              <w:top w:w="70" w:type="dxa"/>
              <w:left w:w="95" w:type="dxa"/>
              <w:bottom w:w="70" w:type="dxa"/>
              <w:right w:w="95" w:type="dxa"/>
            </w:tcMar>
            <w:vAlign w:val="center"/>
          </w:tcPr>
          <w:p w14:paraId="4B65BA71" w14:textId="77777777" w:rsidR="002E7DCF" w:rsidRPr="00717886" w:rsidRDefault="00A11917">
            <w:pPr>
              <w:spacing w:after="0" w:line="240" w:lineRule="auto"/>
              <w:rPr>
                <w:rFonts w:cs="Times New Roman"/>
              </w:rPr>
            </w:pPr>
            <w:r w:rsidRPr="00717886">
              <w:rPr>
                <w:rFonts w:cs="Times New Roman"/>
                <w:sz w:val="16"/>
              </w:rPr>
              <w:t>Work-level count equals institution-year panel count</w:t>
            </w:r>
          </w:p>
        </w:tc>
      </w:tr>
    </w:tbl>
    <w:p w14:paraId="7534F63D" w14:textId="77777777" w:rsidR="002E7DCF" w:rsidRPr="00717886" w:rsidRDefault="002E7DCF">
      <w:pPr>
        <w:spacing w:after="0"/>
        <w:rPr>
          <w:rFonts w:cs="Times New Roman"/>
        </w:rPr>
      </w:pPr>
    </w:p>
    <w:p w14:paraId="0BD7854A"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rPr>
        <w:lastRenderedPageBreak/>
        <w:t>Table S5. Expanded Protocol-Deviation and Claim-Alignment Register</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1800"/>
        <w:gridCol w:w="2880"/>
        <w:gridCol w:w="2520"/>
        <w:gridCol w:w="2808"/>
      </w:tblGrid>
      <w:tr w:rsidR="002E7DCF" w:rsidRPr="00717886" w14:paraId="64A7D131" w14:textId="77777777">
        <w:trPr>
          <w:cantSplit/>
          <w:tblHeader/>
          <w:jc w:val="center"/>
        </w:trPr>
        <w:tc>
          <w:tcPr>
            <w:tcW w:w="1800" w:type="dxa"/>
            <w:shd w:val="clear" w:color="auto" w:fill="D9EAF7"/>
            <w:tcMar>
              <w:top w:w="70" w:type="dxa"/>
              <w:left w:w="95" w:type="dxa"/>
              <w:bottom w:w="70" w:type="dxa"/>
              <w:right w:w="95" w:type="dxa"/>
            </w:tcMar>
            <w:vAlign w:val="center"/>
          </w:tcPr>
          <w:p w14:paraId="66211690" w14:textId="77777777" w:rsidR="00423D2F" w:rsidRPr="00717886" w:rsidRDefault="0047346F">
            <w:pPr>
              <w:spacing w:after="0"/>
              <w:rPr>
                <w:rFonts w:cs="Times New Roman"/>
              </w:rPr>
            </w:pPr>
            <w:r w:rsidRPr="00717886">
              <w:rPr>
                <w:rFonts w:cs="Times New Roman"/>
                <w:b/>
                <w:sz w:val="14"/>
              </w:rPr>
              <w:t>Protocol item</w:t>
            </w:r>
          </w:p>
        </w:tc>
        <w:tc>
          <w:tcPr>
            <w:tcW w:w="2880" w:type="dxa"/>
            <w:shd w:val="clear" w:color="auto" w:fill="D9EAF7"/>
            <w:tcMar>
              <w:top w:w="70" w:type="dxa"/>
              <w:left w:w="95" w:type="dxa"/>
              <w:bottom w:w="70" w:type="dxa"/>
              <w:right w:w="95" w:type="dxa"/>
            </w:tcMar>
            <w:vAlign w:val="center"/>
          </w:tcPr>
          <w:p w14:paraId="1E6B725F" w14:textId="77777777" w:rsidR="00423D2F" w:rsidRPr="00717886" w:rsidRDefault="0047346F">
            <w:pPr>
              <w:spacing w:after="0"/>
              <w:rPr>
                <w:rFonts w:cs="Times New Roman"/>
              </w:rPr>
            </w:pPr>
            <w:r w:rsidRPr="00717886">
              <w:rPr>
                <w:rFonts w:cs="Times New Roman"/>
                <w:b/>
                <w:sz w:val="14"/>
              </w:rPr>
              <w:t>Earlier intention</w:t>
            </w:r>
          </w:p>
        </w:tc>
        <w:tc>
          <w:tcPr>
            <w:tcW w:w="2520" w:type="dxa"/>
            <w:shd w:val="clear" w:color="auto" w:fill="D9EAF7"/>
            <w:tcMar>
              <w:top w:w="70" w:type="dxa"/>
              <w:left w:w="95" w:type="dxa"/>
              <w:bottom w:w="70" w:type="dxa"/>
              <w:right w:w="95" w:type="dxa"/>
            </w:tcMar>
            <w:vAlign w:val="center"/>
          </w:tcPr>
          <w:p w14:paraId="1B0F7B1C" w14:textId="77777777" w:rsidR="00423D2F" w:rsidRPr="00717886" w:rsidRDefault="0047346F">
            <w:pPr>
              <w:spacing w:after="0"/>
              <w:rPr>
                <w:rFonts w:cs="Times New Roman"/>
              </w:rPr>
            </w:pPr>
            <w:r w:rsidRPr="00717886">
              <w:rPr>
                <w:rFonts w:cs="Times New Roman"/>
                <w:b/>
                <w:sz w:val="14"/>
              </w:rPr>
              <w:t>Completed status</w:t>
            </w:r>
          </w:p>
        </w:tc>
        <w:tc>
          <w:tcPr>
            <w:tcW w:w="2808" w:type="dxa"/>
            <w:shd w:val="clear" w:color="auto" w:fill="D9EAF7"/>
            <w:tcMar>
              <w:top w:w="70" w:type="dxa"/>
              <w:left w:w="95" w:type="dxa"/>
              <w:bottom w:w="70" w:type="dxa"/>
              <w:right w:w="95" w:type="dxa"/>
            </w:tcMar>
            <w:vAlign w:val="center"/>
          </w:tcPr>
          <w:p w14:paraId="3BF2976C" w14:textId="77777777" w:rsidR="00423D2F" w:rsidRPr="00717886" w:rsidRDefault="0047346F">
            <w:pPr>
              <w:spacing w:after="0"/>
              <w:rPr>
                <w:rFonts w:cs="Times New Roman"/>
              </w:rPr>
            </w:pPr>
            <w:r w:rsidRPr="00717886">
              <w:rPr>
                <w:rFonts w:cs="Times New Roman"/>
                <w:b/>
                <w:sz w:val="14"/>
              </w:rPr>
              <w:t>Treatment in the revised study</w:t>
            </w:r>
          </w:p>
        </w:tc>
      </w:tr>
      <w:tr w:rsidR="002E7DCF" w:rsidRPr="00717886" w14:paraId="6B88322B" w14:textId="77777777">
        <w:trPr>
          <w:cantSplit/>
          <w:jc w:val="center"/>
        </w:trPr>
        <w:tc>
          <w:tcPr>
            <w:tcW w:w="1800" w:type="dxa"/>
            <w:tcMar>
              <w:top w:w="70" w:type="dxa"/>
              <w:left w:w="95" w:type="dxa"/>
              <w:bottom w:w="70" w:type="dxa"/>
              <w:right w:w="95" w:type="dxa"/>
            </w:tcMar>
            <w:vAlign w:val="center"/>
          </w:tcPr>
          <w:p w14:paraId="15111F2B" w14:textId="77777777" w:rsidR="00423D2F" w:rsidRPr="00717886" w:rsidRDefault="0047346F">
            <w:pPr>
              <w:spacing w:after="0"/>
              <w:rPr>
                <w:rFonts w:cs="Times New Roman"/>
              </w:rPr>
            </w:pPr>
            <w:r w:rsidRPr="00717886">
              <w:rPr>
                <w:rFonts w:cs="Times New Roman"/>
                <w:sz w:val="14"/>
              </w:rPr>
              <w:t>Independent human validation</w:t>
            </w:r>
          </w:p>
        </w:tc>
        <w:tc>
          <w:tcPr>
            <w:tcW w:w="2880" w:type="dxa"/>
            <w:tcMar>
              <w:top w:w="70" w:type="dxa"/>
              <w:left w:w="95" w:type="dxa"/>
              <w:bottom w:w="70" w:type="dxa"/>
              <w:right w:w="95" w:type="dxa"/>
            </w:tcMar>
            <w:vAlign w:val="center"/>
          </w:tcPr>
          <w:p w14:paraId="4CE56A58" w14:textId="77777777" w:rsidR="00423D2F" w:rsidRPr="00717886" w:rsidRDefault="0047346F">
            <w:pPr>
              <w:spacing w:after="0"/>
              <w:rPr>
                <w:rFonts w:cs="Times New Roman"/>
              </w:rPr>
            </w:pPr>
            <w:r w:rsidRPr="00717886">
              <w:rPr>
                <w:rFonts w:cs="Times New Roman"/>
                <w:sz w:val="14"/>
              </w:rPr>
              <w:t>Two independent coders, reliability, and adjudication</w:t>
            </w:r>
          </w:p>
        </w:tc>
        <w:tc>
          <w:tcPr>
            <w:tcW w:w="2520" w:type="dxa"/>
            <w:tcMar>
              <w:top w:w="70" w:type="dxa"/>
              <w:left w:w="95" w:type="dxa"/>
              <w:bottom w:w="70" w:type="dxa"/>
              <w:right w:w="95" w:type="dxa"/>
            </w:tcMar>
            <w:vAlign w:val="center"/>
          </w:tcPr>
          <w:p w14:paraId="182D94E0" w14:textId="77777777" w:rsidR="00423D2F" w:rsidRPr="00717886" w:rsidRDefault="0047346F">
            <w:pPr>
              <w:spacing w:after="0"/>
              <w:rPr>
                <w:rFonts w:cs="Times New Roman"/>
              </w:rPr>
            </w:pPr>
            <w:r w:rsidRPr="00717886">
              <w:rPr>
                <w:rFonts w:cs="Times New Roman"/>
                <w:sz w:val="14"/>
              </w:rPr>
              <w:t>No completed human-coded file or independence declaration</w:t>
            </w:r>
          </w:p>
        </w:tc>
        <w:tc>
          <w:tcPr>
            <w:tcW w:w="2808" w:type="dxa"/>
            <w:tcMar>
              <w:top w:w="70" w:type="dxa"/>
              <w:left w:w="95" w:type="dxa"/>
              <w:bottom w:w="70" w:type="dxa"/>
              <w:right w:w="95" w:type="dxa"/>
            </w:tcMar>
            <w:vAlign w:val="center"/>
          </w:tcPr>
          <w:p w14:paraId="27B52639" w14:textId="77777777" w:rsidR="00423D2F" w:rsidRPr="00717886" w:rsidRDefault="0047346F">
            <w:pPr>
              <w:spacing w:after="0"/>
              <w:rPr>
                <w:rFonts w:cs="Times New Roman"/>
              </w:rPr>
            </w:pPr>
            <w:r w:rsidRPr="00717886">
              <w:rPr>
                <w:rFonts w:cs="Times New Roman"/>
                <w:sz w:val="14"/>
              </w:rPr>
              <w:t>Removed all independent-validation, inter-human reliability, and adjudication claims</w:t>
            </w:r>
          </w:p>
        </w:tc>
      </w:tr>
      <w:tr w:rsidR="002E7DCF" w:rsidRPr="00717886" w14:paraId="70069249" w14:textId="77777777">
        <w:trPr>
          <w:cantSplit/>
          <w:jc w:val="center"/>
        </w:trPr>
        <w:tc>
          <w:tcPr>
            <w:tcW w:w="1800" w:type="dxa"/>
            <w:shd w:val="clear" w:color="auto" w:fill="F5F7F9"/>
            <w:tcMar>
              <w:top w:w="70" w:type="dxa"/>
              <w:left w:w="95" w:type="dxa"/>
              <w:bottom w:w="70" w:type="dxa"/>
              <w:right w:w="95" w:type="dxa"/>
            </w:tcMar>
            <w:vAlign w:val="center"/>
          </w:tcPr>
          <w:p w14:paraId="62F9972D" w14:textId="77777777" w:rsidR="00423D2F" w:rsidRPr="00717886" w:rsidRDefault="0047346F">
            <w:pPr>
              <w:spacing w:after="0"/>
              <w:rPr>
                <w:rFonts w:cs="Times New Roman"/>
              </w:rPr>
            </w:pPr>
            <w:r w:rsidRPr="00717886">
              <w:rPr>
                <w:rFonts w:cs="Times New Roman"/>
                <w:sz w:val="14"/>
              </w:rPr>
              <w:t>AI-assisted audit</w:t>
            </w:r>
          </w:p>
        </w:tc>
        <w:tc>
          <w:tcPr>
            <w:tcW w:w="2880" w:type="dxa"/>
            <w:shd w:val="clear" w:color="auto" w:fill="F5F7F9"/>
            <w:tcMar>
              <w:top w:w="70" w:type="dxa"/>
              <w:left w:w="95" w:type="dxa"/>
              <w:bottom w:w="70" w:type="dxa"/>
              <w:right w:w="95" w:type="dxa"/>
            </w:tcMar>
            <w:vAlign w:val="center"/>
          </w:tcPr>
          <w:p w14:paraId="1C29876B" w14:textId="77777777" w:rsidR="00423D2F" w:rsidRPr="00717886" w:rsidRDefault="0047346F">
            <w:pPr>
              <w:spacing w:after="0"/>
              <w:rPr>
                <w:rFonts w:cs="Times New Roman"/>
              </w:rPr>
            </w:pPr>
            <w:r w:rsidRPr="00717886">
              <w:rPr>
                <w:rFonts w:cs="Times New Roman"/>
                <w:sz w:val="14"/>
              </w:rPr>
              <w:t>Computational assistance, not a substitute for expert coding</w:t>
            </w:r>
          </w:p>
        </w:tc>
        <w:tc>
          <w:tcPr>
            <w:tcW w:w="2520" w:type="dxa"/>
            <w:shd w:val="clear" w:color="auto" w:fill="F5F7F9"/>
            <w:tcMar>
              <w:top w:w="70" w:type="dxa"/>
              <w:left w:w="95" w:type="dxa"/>
              <w:bottom w:w="70" w:type="dxa"/>
              <w:right w:w="95" w:type="dxa"/>
            </w:tcMar>
            <w:vAlign w:val="center"/>
          </w:tcPr>
          <w:p w14:paraId="003CE732" w14:textId="77777777" w:rsidR="00423D2F" w:rsidRPr="00717886" w:rsidRDefault="0047346F">
            <w:pPr>
              <w:spacing w:after="0"/>
              <w:rPr>
                <w:rFonts w:cs="Times New Roman"/>
              </w:rPr>
            </w:pPr>
            <w:r w:rsidRPr="00717886">
              <w:rPr>
                <w:rFonts w:cs="Times New Roman"/>
                <w:sz w:val="14"/>
              </w:rPr>
              <w:t>No provenance-complete AI-coded audit file was available in the current reproducibility package</w:t>
            </w:r>
          </w:p>
        </w:tc>
        <w:tc>
          <w:tcPr>
            <w:tcW w:w="2808" w:type="dxa"/>
            <w:shd w:val="clear" w:color="auto" w:fill="F5F7F9"/>
            <w:tcMar>
              <w:top w:w="70" w:type="dxa"/>
              <w:left w:w="95" w:type="dxa"/>
              <w:bottom w:w="70" w:type="dxa"/>
              <w:right w:w="95" w:type="dxa"/>
            </w:tcMar>
            <w:vAlign w:val="center"/>
          </w:tcPr>
          <w:p w14:paraId="3B7E1C0A" w14:textId="77777777" w:rsidR="00423D2F" w:rsidRPr="00717886" w:rsidRDefault="0047346F">
            <w:pPr>
              <w:spacing w:after="0"/>
              <w:rPr>
                <w:rFonts w:cs="Times New Roman"/>
              </w:rPr>
            </w:pPr>
            <w:r w:rsidRPr="00717886">
              <w:rPr>
                <w:rFonts w:cs="Times New Roman"/>
                <w:sz w:val="14"/>
              </w:rPr>
              <w:t>No AI concordance, κ, sensitivity, specificity, or criterion-validity statistic is reported; the blinded sample and codebook are retained only for future validation</w:t>
            </w:r>
          </w:p>
        </w:tc>
      </w:tr>
      <w:tr w:rsidR="002E7DCF" w:rsidRPr="00717886" w14:paraId="26E4EA14" w14:textId="77777777">
        <w:trPr>
          <w:cantSplit/>
          <w:jc w:val="center"/>
        </w:trPr>
        <w:tc>
          <w:tcPr>
            <w:tcW w:w="1800" w:type="dxa"/>
            <w:tcMar>
              <w:top w:w="70" w:type="dxa"/>
              <w:left w:w="95" w:type="dxa"/>
              <w:bottom w:w="70" w:type="dxa"/>
              <w:right w:w="95" w:type="dxa"/>
            </w:tcMar>
            <w:vAlign w:val="center"/>
          </w:tcPr>
          <w:p w14:paraId="4726DCE6" w14:textId="77777777" w:rsidR="00423D2F" w:rsidRPr="00717886" w:rsidRDefault="0047346F">
            <w:pPr>
              <w:spacing w:after="0"/>
              <w:rPr>
                <w:rFonts w:cs="Times New Roman"/>
              </w:rPr>
            </w:pPr>
            <w:r w:rsidRPr="00717886">
              <w:rPr>
                <w:rFonts w:cs="Times New Roman"/>
                <w:sz w:val="14"/>
              </w:rPr>
              <w:t>Patent coverage</w:t>
            </w:r>
          </w:p>
        </w:tc>
        <w:tc>
          <w:tcPr>
            <w:tcW w:w="2880" w:type="dxa"/>
            <w:tcMar>
              <w:top w:w="70" w:type="dxa"/>
              <w:left w:w="95" w:type="dxa"/>
              <w:bottom w:w="70" w:type="dxa"/>
              <w:right w:w="95" w:type="dxa"/>
            </w:tcMar>
            <w:vAlign w:val="center"/>
          </w:tcPr>
          <w:p w14:paraId="38F5506D" w14:textId="77777777" w:rsidR="00423D2F" w:rsidRPr="00717886" w:rsidRDefault="0047346F">
            <w:pPr>
              <w:spacing w:after="0"/>
              <w:rPr>
                <w:rFonts w:cs="Times New Roman"/>
              </w:rPr>
            </w:pPr>
            <w:r w:rsidRPr="00717886">
              <w:rPr>
                <w:rFonts w:cs="Times New Roman"/>
                <w:sz w:val="14"/>
              </w:rPr>
              <w:t>Authenticated global aviation patent-family searches for all institution-years</w:t>
            </w:r>
          </w:p>
        </w:tc>
        <w:tc>
          <w:tcPr>
            <w:tcW w:w="2520" w:type="dxa"/>
            <w:tcMar>
              <w:top w:w="70" w:type="dxa"/>
              <w:left w:w="95" w:type="dxa"/>
              <w:bottom w:w="70" w:type="dxa"/>
              <w:right w:w="95" w:type="dxa"/>
            </w:tcMar>
            <w:vAlign w:val="center"/>
          </w:tcPr>
          <w:p w14:paraId="361B3C84" w14:textId="77777777" w:rsidR="00423D2F" w:rsidRPr="00717886" w:rsidRDefault="0047346F">
            <w:pPr>
              <w:spacing w:after="0"/>
              <w:rPr>
                <w:rFonts w:cs="Times New Roman"/>
              </w:rPr>
            </w:pPr>
            <w:r w:rsidRPr="00717886">
              <w:rPr>
                <w:rFonts w:cs="Times New Roman"/>
                <w:sz w:val="14"/>
              </w:rPr>
              <w:t>0/440 institution-year searches met the completed-search criterion</w:t>
            </w:r>
          </w:p>
        </w:tc>
        <w:tc>
          <w:tcPr>
            <w:tcW w:w="2808" w:type="dxa"/>
            <w:tcMar>
              <w:top w:w="70" w:type="dxa"/>
              <w:left w:w="95" w:type="dxa"/>
              <w:bottom w:w="70" w:type="dxa"/>
              <w:right w:w="95" w:type="dxa"/>
            </w:tcMar>
            <w:vAlign w:val="center"/>
          </w:tcPr>
          <w:p w14:paraId="4DED6267" w14:textId="77777777" w:rsidR="00423D2F" w:rsidRPr="00717886" w:rsidRDefault="0047346F">
            <w:pPr>
              <w:spacing w:after="0"/>
              <w:rPr>
                <w:rFonts w:cs="Times New Roman"/>
              </w:rPr>
            </w:pPr>
            <w:r w:rsidRPr="00717886">
              <w:rPr>
                <w:rFonts w:cs="Times New Roman"/>
                <w:sz w:val="14"/>
              </w:rPr>
              <w:t>Patent fields remained missing and were excluded from constructs and models</w:t>
            </w:r>
          </w:p>
        </w:tc>
      </w:tr>
      <w:tr w:rsidR="002E7DCF" w:rsidRPr="00717886" w14:paraId="6B5C99BD" w14:textId="77777777">
        <w:trPr>
          <w:cantSplit/>
          <w:jc w:val="center"/>
        </w:trPr>
        <w:tc>
          <w:tcPr>
            <w:tcW w:w="1800" w:type="dxa"/>
            <w:shd w:val="clear" w:color="auto" w:fill="F5F7F9"/>
            <w:tcMar>
              <w:top w:w="70" w:type="dxa"/>
              <w:left w:w="95" w:type="dxa"/>
              <w:bottom w:w="70" w:type="dxa"/>
              <w:right w:w="95" w:type="dxa"/>
            </w:tcMar>
            <w:vAlign w:val="center"/>
          </w:tcPr>
          <w:p w14:paraId="36F4C0E1" w14:textId="77777777" w:rsidR="00423D2F" w:rsidRPr="00717886" w:rsidRDefault="0047346F">
            <w:pPr>
              <w:spacing w:after="0"/>
              <w:rPr>
                <w:rFonts w:cs="Times New Roman"/>
              </w:rPr>
            </w:pPr>
            <w:r w:rsidRPr="00717886">
              <w:rPr>
                <w:rFonts w:cs="Times New Roman"/>
                <w:sz w:val="14"/>
              </w:rPr>
              <w:t>Institutional-report events</w:t>
            </w:r>
          </w:p>
        </w:tc>
        <w:tc>
          <w:tcPr>
            <w:tcW w:w="2880" w:type="dxa"/>
            <w:shd w:val="clear" w:color="auto" w:fill="F5F7F9"/>
            <w:tcMar>
              <w:top w:w="70" w:type="dxa"/>
              <w:left w:w="95" w:type="dxa"/>
              <w:bottom w:w="70" w:type="dxa"/>
              <w:right w:w="95" w:type="dxa"/>
            </w:tcMar>
            <w:vAlign w:val="center"/>
          </w:tcPr>
          <w:p w14:paraId="669859BE" w14:textId="77777777" w:rsidR="00423D2F" w:rsidRPr="00717886" w:rsidRDefault="0047346F">
            <w:pPr>
              <w:spacing w:after="0"/>
              <w:rPr>
                <w:rFonts w:cs="Times New Roman"/>
              </w:rPr>
            </w:pPr>
            <w:r w:rsidRPr="00717886">
              <w:rPr>
                <w:rFonts w:cs="Times New Roman"/>
                <w:sz w:val="14"/>
              </w:rPr>
              <w:t>Page-located evidence of licensing, prototypes, standards, policy, curriculum, or implementation</w:t>
            </w:r>
          </w:p>
        </w:tc>
        <w:tc>
          <w:tcPr>
            <w:tcW w:w="2520" w:type="dxa"/>
            <w:shd w:val="clear" w:color="auto" w:fill="F5F7F9"/>
            <w:tcMar>
              <w:top w:w="70" w:type="dxa"/>
              <w:left w:w="95" w:type="dxa"/>
              <w:bottom w:w="70" w:type="dxa"/>
              <w:right w:w="95" w:type="dxa"/>
            </w:tcMar>
            <w:vAlign w:val="center"/>
          </w:tcPr>
          <w:p w14:paraId="7DB7BE56" w14:textId="77777777" w:rsidR="00423D2F" w:rsidRPr="00717886" w:rsidRDefault="0047346F">
            <w:pPr>
              <w:spacing w:after="0"/>
              <w:rPr>
                <w:rFonts w:cs="Times New Roman"/>
              </w:rPr>
            </w:pPr>
            <w:r w:rsidRPr="00717886">
              <w:rPr>
                <w:rFonts w:cs="Times New Roman"/>
                <w:sz w:val="14"/>
              </w:rPr>
              <w:t>Ledger schema prepared; events not systematically coded</w:t>
            </w:r>
          </w:p>
        </w:tc>
        <w:tc>
          <w:tcPr>
            <w:tcW w:w="2808" w:type="dxa"/>
            <w:shd w:val="clear" w:color="auto" w:fill="F5F7F9"/>
            <w:tcMar>
              <w:top w:w="70" w:type="dxa"/>
              <w:left w:w="95" w:type="dxa"/>
              <w:bottom w:w="70" w:type="dxa"/>
              <w:right w:w="95" w:type="dxa"/>
            </w:tcMar>
            <w:vAlign w:val="center"/>
          </w:tcPr>
          <w:p w14:paraId="0D0DF42A" w14:textId="77777777" w:rsidR="00423D2F" w:rsidRPr="00717886" w:rsidRDefault="0047346F">
            <w:pPr>
              <w:spacing w:after="0"/>
              <w:rPr>
                <w:rFonts w:cs="Times New Roman"/>
              </w:rPr>
            </w:pPr>
            <w:r w:rsidRPr="00717886">
              <w:rPr>
                <w:rFonts w:cs="Times New Roman"/>
                <w:sz w:val="14"/>
              </w:rPr>
              <w:t>Report evidence excluded from constructs, results, and conclusions</w:t>
            </w:r>
          </w:p>
        </w:tc>
      </w:tr>
      <w:tr w:rsidR="002E7DCF" w:rsidRPr="00717886" w14:paraId="3817B06D" w14:textId="77777777">
        <w:trPr>
          <w:cantSplit/>
          <w:jc w:val="center"/>
        </w:trPr>
        <w:tc>
          <w:tcPr>
            <w:tcW w:w="1800" w:type="dxa"/>
            <w:tcMar>
              <w:top w:w="70" w:type="dxa"/>
              <w:left w:w="95" w:type="dxa"/>
              <w:bottom w:w="70" w:type="dxa"/>
              <w:right w:w="95" w:type="dxa"/>
            </w:tcMar>
            <w:vAlign w:val="center"/>
          </w:tcPr>
          <w:p w14:paraId="5A82E77D" w14:textId="77777777" w:rsidR="00423D2F" w:rsidRPr="00717886" w:rsidRDefault="0047346F">
            <w:pPr>
              <w:spacing w:after="0"/>
              <w:rPr>
                <w:rFonts w:cs="Times New Roman"/>
              </w:rPr>
            </w:pPr>
            <w:r w:rsidRPr="00717886">
              <w:rPr>
                <w:rFonts w:cs="Times New Roman"/>
                <w:sz w:val="14"/>
              </w:rPr>
              <w:t>Research Translation Index</w:t>
            </w:r>
          </w:p>
        </w:tc>
        <w:tc>
          <w:tcPr>
            <w:tcW w:w="2880" w:type="dxa"/>
            <w:tcMar>
              <w:top w:w="70" w:type="dxa"/>
              <w:left w:w="95" w:type="dxa"/>
              <w:bottom w:w="70" w:type="dxa"/>
              <w:right w:w="95" w:type="dxa"/>
            </w:tcMar>
            <w:vAlign w:val="center"/>
          </w:tcPr>
          <w:p w14:paraId="6AF77BC0" w14:textId="77777777" w:rsidR="00423D2F" w:rsidRPr="00717886" w:rsidRDefault="0047346F">
            <w:pPr>
              <w:spacing w:after="0"/>
              <w:rPr>
                <w:rFonts w:cs="Times New Roman"/>
              </w:rPr>
            </w:pPr>
            <w:r w:rsidRPr="00717886">
              <w:rPr>
                <w:rFonts w:cs="Times New Roman"/>
                <w:sz w:val="14"/>
              </w:rPr>
              <w:t>Patent, company, government, and report evidence</w:t>
            </w:r>
          </w:p>
        </w:tc>
        <w:tc>
          <w:tcPr>
            <w:tcW w:w="2520" w:type="dxa"/>
            <w:tcMar>
              <w:top w:w="70" w:type="dxa"/>
              <w:left w:w="95" w:type="dxa"/>
              <w:bottom w:w="70" w:type="dxa"/>
              <w:right w:w="95" w:type="dxa"/>
            </w:tcMar>
            <w:vAlign w:val="center"/>
          </w:tcPr>
          <w:p w14:paraId="335370AF" w14:textId="77777777" w:rsidR="00423D2F" w:rsidRPr="00717886" w:rsidRDefault="0047346F">
            <w:pPr>
              <w:spacing w:after="0"/>
              <w:rPr>
                <w:rFonts w:cs="Times New Roman"/>
              </w:rPr>
            </w:pPr>
            <w:r w:rsidRPr="00717886">
              <w:rPr>
                <w:rFonts w:cs="Times New Roman"/>
                <w:sz w:val="14"/>
              </w:rPr>
              <w:t>Required external-evidence components were incomplete</w:t>
            </w:r>
          </w:p>
        </w:tc>
        <w:tc>
          <w:tcPr>
            <w:tcW w:w="2808" w:type="dxa"/>
            <w:tcMar>
              <w:top w:w="70" w:type="dxa"/>
              <w:left w:w="95" w:type="dxa"/>
              <w:bottom w:w="70" w:type="dxa"/>
              <w:right w:w="95" w:type="dxa"/>
            </w:tcMar>
            <w:vAlign w:val="center"/>
          </w:tcPr>
          <w:p w14:paraId="2316ADD6" w14:textId="77777777" w:rsidR="00423D2F" w:rsidRPr="00717886" w:rsidRDefault="0047346F">
            <w:pPr>
              <w:spacing w:after="0"/>
              <w:rPr>
                <w:rFonts w:cs="Times New Roman"/>
              </w:rPr>
            </w:pPr>
            <w:r w:rsidRPr="00717886">
              <w:rPr>
                <w:rFonts w:cs="Times New Roman"/>
                <w:sz w:val="14"/>
              </w:rPr>
              <w:t>RTI was not constructed and was removed from empirical claims</w:t>
            </w:r>
          </w:p>
        </w:tc>
      </w:tr>
      <w:tr w:rsidR="002E7DCF" w:rsidRPr="00717886" w14:paraId="1E8C111E" w14:textId="77777777">
        <w:trPr>
          <w:cantSplit/>
          <w:jc w:val="center"/>
        </w:trPr>
        <w:tc>
          <w:tcPr>
            <w:tcW w:w="1800" w:type="dxa"/>
            <w:shd w:val="clear" w:color="auto" w:fill="F5F7F9"/>
            <w:tcMar>
              <w:top w:w="70" w:type="dxa"/>
              <w:left w:w="95" w:type="dxa"/>
              <w:bottom w:w="70" w:type="dxa"/>
              <w:right w:w="95" w:type="dxa"/>
            </w:tcMar>
            <w:vAlign w:val="center"/>
          </w:tcPr>
          <w:p w14:paraId="7FD81C96" w14:textId="77777777" w:rsidR="00423D2F" w:rsidRPr="00717886" w:rsidRDefault="0047346F">
            <w:pPr>
              <w:spacing w:after="0"/>
              <w:rPr>
                <w:rFonts w:cs="Times New Roman"/>
              </w:rPr>
            </w:pPr>
            <w:r w:rsidRPr="00717886">
              <w:rPr>
                <w:rFonts w:cs="Times New Roman"/>
                <w:sz w:val="14"/>
              </w:rPr>
              <w:t>Mediation sequence</w:t>
            </w:r>
          </w:p>
        </w:tc>
        <w:tc>
          <w:tcPr>
            <w:tcW w:w="2880" w:type="dxa"/>
            <w:shd w:val="clear" w:color="auto" w:fill="F5F7F9"/>
            <w:tcMar>
              <w:top w:w="70" w:type="dxa"/>
              <w:left w:w="95" w:type="dxa"/>
              <w:bottom w:w="70" w:type="dxa"/>
              <w:right w:w="95" w:type="dxa"/>
            </w:tcMar>
            <w:vAlign w:val="center"/>
          </w:tcPr>
          <w:p w14:paraId="20CDA247" w14:textId="77777777" w:rsidR="00423D2F" w:rsidRPr="00717886" w:rsidRDefault="0047346F">
            <w:pPr>
              <w:spacing w:after="0"/>
              <w:rPr>
                <w:rFonts w:cs="Times New Roman"/>
              </w:rPr>
            </w:pPr>
            <w:r w:rsidRPr="00717886">
              <w:rPr>
                <w:rFonts w:cs="Times New Roman"/>
                <w:sz w:val="14"/>
              </w:rPr>
              <w:t>RORC → EKII → RTI</w:t>
            </w:r>
          </w:p>
        </w:tc>
        <w:tc>
          <w:tcPr>
            <w:tcW w:w="2520" w:type="dxa"/>
            <w:shd w:val="clear" w:color="auto" w:fill="F5F7F9"/>
            <w:tcMar>
              <w:top w:w="70" w:type="dxa"/>
              <w:left w:w="95" w:type="dxa"/>
              <w:bottom w:w="70" w:type="dxa"/>
              <w:right w:w="95" w:type="dxa"/>
            </w:tcMar>
            <w:vAlign w:val="center"/>
          </w:tcPr>
          <w:p w14:paraId="0BD733F8" w14:textId="77777777" w:rsidR="00423D2F" w:rsidRPr="00717886" w:rsidRDefault="0047346F">
            <w:pPr>
              <w:spacing w:after="0"/>
              <w:rPr>
                <w:rFonts w:cs="Times New Roman"/>
              </w:rPr>
            </w:pPr>
            <w:r w:rsidRPr="00717886">
              <w:rPr>
                <w:rFonts w:cs="Times New Roman"/>
                <w:sz w:val="14"/>
              </w:rPr>
              <w:t>Outcome unavailable and causal-identification assumptions unmet</w:t>
            </w:r>
          </w:p>
        </w:tc>
        <w:tc>
          <w:tcPr>
            <w:tcW w:w="2808" w:type="dxa"/>
            <w:shd w:val="clear" w:color="auto" w:fill="F5F7F9"/>
            <w:tcMar>
              <w:top w:w="70" w:type="dxa"/>
              <w:left w:w="95" w:type="dxa"/>
              <w:bottom w:w="70" w:type="dxa"/>
              <w:right w:w="95" w:type="dxa"/>
            </w:tcMar>
            <w:vAlign w:val="center"/>
          </w:tcPr>
          <w:p w14:paraId="59F17115" w14:textId="77777777" w:rsidR="00423D2F" w:rsidRPr="00717886" w:rsidRDefault="0047346F">
            <w:pPr>
              <w:spacing w:after="0"/>
              <w:rPr>
                <w:rFonts w:cs="Times New Roman"/>
              </w:rPr>
            </w:pPr>
            <w:r w:rsidRPr="00717886">
              <w:rPr>
                <w:rFonts w:cs="Times New Roman"/>
                <w:sz w:val="14"/>
              </w:rPr>
              <w:t>Replaced by exploratory sequential-association diagnostics using CSLI; coefficient products are descriptive only</w:t>
            </w:r>
          </w:p>
        </w:tc>
      </w:tr>
      <w:tr w:rsidR="002E7DCF" w:rsidRPr="00717886" w14:paraId="66C63E30" w14:textId="77777777">
        <w:trPr>
          <w:cantSplit/>
          <w:jc w:val="center"/>
        </w:trPr>
        <w:tc>
          <w:tcPr>
            <w:tcW w:w="1800" w:type="dxa"/>
            <w:tcMar>
              <w:top w:w="70" w:type="dxa"/>
              <w:left w:w="95" w:type="dxa"/>
              <w:bottom w:w="70" w:type="dxa"/>
              <w:right w:w="95" w:type="dxa"/>
            </w:tcMar>
            <w:vAlign w:val="center"/>
          </w:tcPr>
          <w:p w14:paraId="7E79613E" w14:textId="77777777" w:rsidR="00423D2F" w:rsidRPr="00717886" w:rsidRDefault="0047346F">
            <w:pPr>
              <w:spacing w:after="0"/>
              <w:rPr>
                <w:rFonts w:cs="Times New Roman"/>
              </w:rPr>
            </w:pPr>
            <w:r w:rsidRPr="00717886">
              <w:rPr>
                <w:rFonts w:cs="Times New Roman"/>
                <w:sz w:val="14"/>
              </w:rPr>
              <w:t>Hypothesis label</w:t>
            </w:r>
          </w:p>
        </w:tc>
        <w:tc>
          <w:tcPr>
            <w:tcW w:w="2880" w:type="dxa"/>
            <w:tcMar>
              <w:top w:w="70" w:type="dxa"/>
              <w:left w:w="95" w:type="dxa"/>
              <w:bottom w:w="70" w:type="dxa"/>
              <w:right w:w="95" w:type="dxa"/>
            </w:tcMar>
            <w:vAlign w:val="center"/>
          </w:tcPr>
          <w:p w14:paraId="11949451" w14:textId="77777777" w:rsidR="00423D2F" w:rsidRPr="00717886" w:rsidRDefault="0047346F">
            <w:pPr>
              <w:spacing w:after="0"/>
              <w:rPr>
                <w:rFonts w:cs="Times New Roman"/>
              </w:rPr>
            </w:pPr>
            <w:r w:rsidRPr="00717886">
              <w:rPr>
                <w:rFonts w:cs="Times New Roman"/>
                <w:sz w:val="14"/>
              </w:rPr>
              <w:t>RORC → EKII appeared as H2 inside the earlier RTI sequence</w:t>
            </w:r>
          </w:p>
        </w:tc>
        <w:tc>
          <w:tcPr>
            <w:tcW w:w="2520" w:type="dxa"/>
            <w:tcMar>
              <w:top w:w="70" w:type="dxa"/>
              <w:left w:w="95" w:type="dxa"/>
              <w:bottom w:w="70" w:type="dxa"/>
              <w:right w:w="95" w:type="dxa"/>
            </w:tcMar>
            <w:vAlign w:val="center"/>
          </w:tcPr>
          <w:p w14:paraId="0C0AA698" w14:textId="77777777" w:rsidR="00423D2F" w:rsidRPr="00717886" w:rsidRDefault="0047346F">
            <w:pPr>
              <w:spacing w:after="0"/>
              <w:rPr>
                <w:rFonts w:cs="Times New Roman"/>
              </w:rPr>
            </w:pPr>
            <w:r w:rsidRPr="00717886">
              <w:rPr>
                <w:rFonts w:cs="Times New Roman"/>
                <w:sz w:val="14"/>
              </w:rPr>
              <w:t>The RTI sequence was removed, but the completed capability–integration path remained</w:t>
            </w:r>
          </w:p>
        </w:tc>
        <w:tc>
          <w:tcPr>
            <w:tcW w:w="2808" w:type="dxa"/>
            <w:tcMar>
              <w:top w:w="70" w:type="dxa"/>
              <w:left w:w="95" w:type="dxa"/>
              <w:bottom w:w="70" w:type="dxa"/>
              <w:right w:w="95" w:type="dxa"/>
            </w:tcMar>
            <w:vAlign w:val="center"/>
          </w:tcPr>
          <w:p w14:paraId="0FA5CD6B" w14:textId="77777777" w:rsidR="00423D2F" w:rsidRPr="00717886" w:rsidRDefault="0047346F">
            <w:pPr>
              <w:spacing w:after="0"/>
              <w:rPr>
                <w:rFonts w:cs="Times New Roman"/>
              </w:rPr>
            </w:pPr>
            <w:r w:rsidRPr="00717886">
              <w:rPr>
                <w:rFonts w:cs="Times New Roman"/>
                <w:sz w:val="14"/>
              </w:rPr>
              <w:t>Renumbered as the sole theory-guided primary hypothesis, H1; legacy H2 retained only for provenance</w:t>
            </w:r>
          </w:p>
        </w:tc>
      </w:tr>
      <w:tr w:rsidR="002E7DCF" w:rsidRPr="00717886" w14:paraId="4CA98B5C" w14:textId="77777777">
        <w:trPr>
          <w:cantSplit/>
          <w:jc w:val="center"/>
        </w:trPr>
        <w:tc>
          <w:tcPr>
            <w:tcW w:w="1800" w:type="dxa"/>
            <w:shd w:val="clear" w:color="auto" w:fill="F5F7F9"/>
            <w:tcMar>
              <w:top w:w="70" w:type="dxa"/>
              <w:left w:w="95" w:type="dxa"/>
              <w:bottom w:w="70" w:type="dxa"/>
              <w:right w:w="95" w:type="dxa"/>
            </w:tcMar>
            <w:vAlign w:val="center"/>
          </w:tcPr>
          <w:p w14:paraId="5E4C99BE" w14:textId="77777777" w:rsidR="00423D2F" w:rsidRPr="00717886" w:rsidRDefault="0047346F">
            <w:pPr>
              <w:spacing w:after="0"/>
              <w:rPr>
                <w:rFonts w:cs="Times New Roman"/>
              </w:rPr>
            </w:pPr>
            <w:r w:rsidRPr="00717886">
              <w:rPr>
                <w:rFonts w:cs="Times New Roman"/>
                <w:sz w:val="14"/>
              </w:rPr>
              <w:t>Legacy script and multiplicity fields</w:t>
            </w:r>
          </w:p>
        </w:tc>
        <w:tc>
          <w:tcPr>
            <w:tcW w:w="2880" w:type="dxa"/>
            <w:shd w:val="clear" w:color="auto" w:fill="F5F7F9"/>
            <w:tcMar>
              <w:top w:w="70" w:type="dxa"/>
              <w:left w:w="95" w:type="dxa"/>
              <w:bottom w:w="70" w:type="dxa"/>
              <w:right w:w="95" w:type="dxa"/>
            </w:tcMar>
            <w:vAlign w:val="center"/>
          </w:tcPr>
          <w:p w14:paraId="3BB2F3DA" w14:textId="77777777" w:rsidR="00423D2F" w:rsidRPr="00717886" w:rsidRDefault="0047346F">
            <w:pPr>
              <w:spacing w:after="0"/>
              <w:rPr>
                <w:rFonts w:cs="Times New Roman"/>
              </w:rPr>
            </w:pPr>
            <w:r w:rsidRPr="00717886">
              <w:rPr>
                <w:rFonts w:cs="Times New Roman"/>
                <w:sz w:val="14"/>
              </w:rPr>
              <w:t>Confirmatory RTI paths and Holm-adjustment fields</w:t>
            </w:r>
          </w:p>
        </w:tc>
        <w:tc>
          <w:tcPr>
            <w:tcW w:w="2520" w:type="dxa"/>
            <w:shd w:val="clear" w:color="auto" w:fill="F5F7F9"/>
            <w:tcMar>
              <w:top w:w="70" w:type="dxa"/>
              <w:left w:w="95" w:type="dxa"/>
              <w:bottom w:w="70" w:type="dxa"/>
              <w:right w:w="95" w:type="dxa"/>
            </w:tcMar>
            <w:vAlign w:val="center"/>
          </w:tcPr>
          <w:p w14:paraId="5B41C643" w14:textId="77777777" w:rsidR="00423D2F" w:rsidRPr="00717886" w:rsidRDefault="0047346F">
            <w:pPr>
              <w:spacing w:after="0"/>
              <w:rPr>
                <w:rFonts w:cs="Times New Roman"/>
              </w:rPr>
            </w:pPr>
            <w:r w:rsidRPr="00717886">
              <w:rPr>
                <w:rFonts w:cs="Times New Roman"/>
                <w:sz w:val="14"/>
              </w:rPr>
              <w:t>Legacy RTI script retained only as a historical protocol artifact; manuscript-aligned analysis script used for reported results</w:t>
            </w:r>
          </w:p>
        </w:tc>
        <w:tc>
          <w:tcPr>
            <w:tcW w:w="2808" w:type="dxa"/>
            <w:shd w:val="clear" w:color="auto" w:fill="F5F7F9"/>
            <w:tcMar>
              <w:top w:w="70" w:type="dxa"/>
              <w:left w:w="95" w:type="dxa"/>
              <w:bottom w:w="70" w:type="dxa"/>
              <w:right w:w="95" w:type="dxa"/>
            </w:tcMar>
            <w:vAlign w:val="center"/>
          </w:tcPr>
          <w:p w14:paraId="055FF0E7" w14:textId="77777777" w:rsidR="00423D2F" w:rsidRPr="00717886" w:rsidRDefault="0047346F">
            <w:pPr>
              <w:spacing w:after="0"/>
              <w:rPr>
                <w:rFonts w:cs="Times New Roman"/>
              </w:rPr>
            </w:pPr>
            <w:r w:rsidRPr="00717886">
              <w:rPr>
                <w:rFonts w:cs="Times New Roman"/>
                <w:sz w:val="14"/>
              </w:rPr>
              <w:t>Reported outputs use the corrected manuscript-aligned H1/CSLI workflow; legacy fields are not interpreted as confirmatory evidence</w:t>
            </w:r>
          </w:p>
        </w:tc>
      </w:tr>
      <w:tr w:rsidR="002E7DCF" w:rsidRPr="00717886" w14:paraId="06188DF1" w14:textId="77777777">
        <w:trPr>
          <w:cantSplit/>
          <w:jc w:val="center"/>
        </w:trPr>
        <w:tc>
          <w:tcPr>
            <w:tcW w:w="1800" w:type="dxa"/>
            <w:tcMar>
              <w:top w:w="70" w:type="dxa"/>
              <w:left w:w="95" w:type="dxa"/>
              <w:bottom w:w="70" w:type="dxa"/>
              <w:right w:w="95" w:type="dxa"/>
            </w:tcMar>
            <w:vAlign w:val="center"/>
          </w:tcPr>
          <w:p w14:paraId="1F54202A" w14:textId="77777777" w:rsidR="00423D2F" w:rsidRPr="00717886" w:rsidRDefault="0047346F">
            <w:pPr>
              <w:spacing w:after="0"/>
              <w:rPr>
                <w:rFonts w:cs="Times New Roman"/>
              </w:rPr>
            </w:pPr>
            <w:r w:rsidRPr="00717886">
              <w:rPr>
                <w:rFonts w:cs="Times New Roman"/>
                <w:sz w:val="14"/>
              </w:rPr>
              <w:t>CSLI</w:t>
            </w:r>
          </w:p>
        </w:tc>
        <w:tc>
          <w:tcPr>
            <w:tcW w:w="2880" w:type="dxa"/>
            <w:tcMar>
              <w:top w:w="70" w:type="dxa"/>
              <w:left w:w="95" w:type="dxa"/>
              <w:bottom w:w="70" w:type="dxa"/>
              <w:right w:w="95" w:type="dxa"/>
            </w:tcMar>
            <w:vAlign w:val="center"/>
          </w:tcPr>
          <w:p w14:paraId="7962B9A1" w14:textId="77777777" w:rsidR="00423D2F" w:rsidRPr="00717886" w:rsidRDefault="0047346F">
            <w:pPr>
              <w:spacing w:after="0"/>
              <w:rPr>
                <w:rFonts w:cs="Times New Roman"/>
              </w:rPr>
            </w:pPr>
            <w:r w:rsidRPr="00717886">
              <w:rPr>
                <w:rFonts w:cs="Times New Roman"/>
                <w:sz w:val="14"/>
              </w:rPr>
              <w:t>Reduced open-linkage diagnostic</w:t>
            </w:r>
          </w:p>
        </w:tc>
        <w:tc>
          <w:tcPr>
            <w:tcW w:w="2520" w:type="dxa"/>
            <w:tcMar>
              <w:top w:w="70" w:type="dxa"/>
              <w:left w:w="95" w:type="dxa"/>
              <w:bottom w:w="70" w:type="dxa"/>
              <w:right w:w="95" w:type="dxa"/>
            </w:tcMar>
            <w:vAlign w:val="center"/>
          </w:tcPr>
          <w:p w14:paraId="5B78558A" w14:textId="77777777" w:rsidR="00423D2F" w:rsidRPr="00717886" w:rsidRDefault="0047346F">
            <w:pPr>
              <w:spacing w:after="0"/>
              <w:rPr>
                <w:rFonts w:cs="Times New Roman"/>
              </w:rPr>
            </w:pPr>
            <w:r w:rsidRPr="00717886">
              <w:rPr>
                <w:rFonts w:cs="Times New Roman"/>
                <w:sz w:val="14"/>
              </w:rPr>
              <w:t>Company and government coauthorship indicators were complete</w:t>
            </w:r>
          </w:p>
        </w:tc>
        <w:tc>
          <w:tcPr>
            <w:tcW w:w="2808" w:type="dxa"/>
            <w:tcMar>
              <w:top w:w="70" w:type="dxa"/>
              <w:left w:w="95" w:type="dxa"/>
              <w:bottom w:w="70" w:type="dxa"/>
              <w:right w:w="95" w:type="dxa"/>
            </w:tcMar>
            <w:vAlign w:val="center"/>
          </w:tcPr>
          <w:p w14:paraId="3276794F" w14:textId="77777777" w:rsidR="00423D2F" w:rsidRPr="00717886" w:rsidRDefault="0047346F">
            <w:pPr>
              <w:spacing w:after="0"/>
              <w:rPr>
                <w:rFonts w:cs="Times New Roman"/>
              </w:rPr>
            </w:pPr>
            <w:r w:rsidRPr="00717886">
              <w:rPr>
                <w:rFonts w:cs="Times New Roman"/>
                <w:sz w:val="14"/>
              </w:rPr>
              <w:t>Defined narrowly and analyzed only as exploratory cross-sector publication linkage</w:t>
            </w:r>
          </w:p>
        </w:tc>
      </w:tr>
      <w:tr w:rsidR="002E7DCF" w:rsidRPr="00717886" w14:paraId="70430E03" w14:textId="77777777">
        <w:trPr>
          <w:cantSplit/>
          <w:jc w:val="center"/>
        </w:trPr>
        <w:tc>
          <w:tcPr>
            <w:tcW w:w="1800" w:type="dxa"/>
            <w:shd w:val="clear" w:color="auto" w:fill="F5F7F9"/>
            <w:tcMar>
              <w:top w:w="70" w:type="dxa"/>
              <w:left w:w="95" w:type="dxa"/>
              <w:bottom w:w="70" w:type="dxa"/>
              <w:right w:w="95" w:type="dxa"/>
            </w:tcMar>
            <w:vAlign w:val="center"/>
          </w:tcPr>
          <w:p w14:paraId="7709F98A" w14:textId="77777777" w:rsidR="00423D2F" w:rsidRPr="00717886" w:rsidRDefault="0047346F">
            <w:pPr>
              <w:spacing w:after="0"/>
              <w:rPr>
                <w:rFonts w:cs="Times New Roman"/>
              </w:rPr>
            </w:pPr>
            <w:r w:rsidRPr="00717886">
              <w:rPr>
                <w:rFonts w:cs="Times New Roman"/>
                <w:sz w:val="14"/>
              </w:rPr>
              <w:t>Eligibility sensitivity</w:t>
            </w:r>
          </w:p>
        </w:tc>
        <w:tc>
          <w:tcPr>
            <w:tcW w:w="2880" w:type="dxa"/>
            <w:shd w:val="clear" w:color="auto" w:fill="F5F7F9"/>
            <w:tcMar>
              <w:top w:w="70" w:type="dxa"/>
              <w:left w:w="95" w:type="dxa"/>
              <w:bottom w:w="70" w:type="dxa"/>
              <w:right w:w="95" w:type="dxa"/>
            </w:tcMar>
            <w:vAlign w:val="center"/>
          </w:tcPr>
          <w:p w14:paraId="54B71CAA" w14:textId="77777777" w:rsidR="00423D2F" w:rsidRPr="00717886" w:rsidRDefault="0047346F">
            <w:pPr>
              <w:spacing w:after="0"/>
              <w:rPr>
                <w:rFonts w:cs="Times New Roman"/>
              </w:rPr>
            </w:pPr>
            <w:r w:rsidRPr="00717886">
              <w:rPr>
                <w:rFonts w:cs="Times New Roman"/>
                <w:sz w:val="14"/>
              </w:rPr>
              <w:t>Complete-frame and alternative-threshold estimates</w:t>
            </w:r>
          </w:p>
        </w:tc>
        <w:tc>
          <w:tcPr>
            <w:tcW w:w="2520" w:type="dxa"/>
            <w:shd w:val="clear" w:color="auto" w:fill="F5F7F9"/>
            <w:tcMar>
              <w:top w:w="70" w:type="dxa"/>
              <w:left w:w="95" w:type="dxa"/>
              <w:bottom w:w="70" w:type="dxa"/>
              <w:right w:w="95" w:type="dxa"/>
            </w:tcMar>
            <w:vAlign w:val="center"/>
          </w:tcPr>
          <w:p w14:paraId="0FD39794" w14:textId="77777777" w:rsidR="00423D2F" w:rsidRPr="00717886" w:rsidRDefault="0047346F">
            <w:pPr>
              <w:spacing w:after="0"/>
              <w:rPr>
                <w:rFonts w:cs="Times New Roman"/>
              </w:rPr>
            </w:pPr>
            <w:r w:rsidRPr="00717886">
              <w:rPr>
                <w:rFonts w:cs="Times New Roman"/>
                <w:sz w:val="14"/>
              </w:rPr>
              <w:t>Not included among the reported model outputs</w:t>
            </w:r>
          </w:p>
        </w:tc>
        <w:tc>
          <w:tcPr>
            <w:tcW w:w="2808" w:type="dxa"/>
            <w:shd w:val="clear" w:color="auto" w:fill="F5F7F9"/>
            <w:tcMar>
              <w:top w:w="70" w:type="dxa"/>
              <w:left w:w="95" w:type="dxa"/>
              <w:bottom w:w="70" w:type="dxa"/>
              <w:right w:w="95" w:type="dxa"/>
            </w:tcMar>
            <w:vAlign w:val="center"/>
          </w:tcPr>
          <w:p w14:paraId="436AB8DF" w14:textId="77777777" w:rsidR="00423D2F" w:rsidRPr="00717886" w:rsidRDefault="0047346F">
            <w:pPr>
              <w:spacing w:after="0"/>
              <w:rPr>
                <w:rFonts w:cs="Times New Roman"/>
              </w:rPr>
            </w:pPr>
            <w:r w:rsidRPr="00717886">
              <w:rPr>
                <w:rFonts w:cs="Times New Roman"/>
                <w:sz w:val="14"/>
              </w:rPr>
              <w:t>No threshold-invariance claim; primary analyses use the frozen 38-institution eligibility rule</w:t>
            </w:r>
          </w:p>
        </w:tc>
      </w:tr>
      <w:tr w:rsidR="002E7DCF" w:rsidRPr="00717886" w14:paraId="0BC2035A" w14:textId="77777777">
        <w:trPr>
          <w:cantSplit/>
          <w:jc w:val="center"/>
        </w:trPr>
        <w:tc>
          <w:tcPr>
            <w:tcW w:w="1800" w:type="dxa"/>
            <w:tcMar>
              <w:top w:w="70" w:type="dxa"/>
              <w:left w:w="95" w:type="dxa"/>
              <w:bottom w:w="70" w:type="dxa"/>
              <w:right w:w="95" w:type="dxa"/>
            </w:tcMar>
            <w:vAlign w:val="center"/>
          </w:tcPr>
          <w:p w14:paraId="577D8279" w14:textId="77777777" w:rsidR="00423D2F" w:rsidRPr="00717886" w:rsidRDefault="0047346F">
            <w:pPr>
              <w:spacing w:after="0"/>
              <w:rPr>
                <w:rFonts w:cs="Times New Roman"/>
              </w:rPr>
            </w:pPr>
            <w:r w:rsidRPr="00717886">
              <w:rPr>
                <w:rFonts w:cs="Times New Roman"/>
                <w:sz w:val="14"/>
              </w:rPr>
              <w:t>Preregistration</w:t>
            </w:r>
          </w:p>
        </w:tc>
        <w:tc>
          <w:tcPr>
            <w:tcW w:w="2880" w:type="dxa"/>
            <w:tcMar>
              <w:top w:w="70" w:type="dxa"/>
              <w:left w:w="95" w:type="dxa"/>
              <w:bottom w:w="70" w:type="dxa"/>
              <w:right w:w="95" w:type="dxa"/>
            </w:tcMar>
            <w:vAlign w:val="center"/>
          </w:tcPr>
          <w:p w14:paraId="05033FB1" w14:textId="77777777" w:rsidR="00423D2F" w:rsidRPr="00717886" w:rsidRDefault="0047346F">
            <w:pPr>
              <w:spacing w:after="0"/>
              <w:rPr>
                <w:rFonts w:cs="Times New Roman"/>
              </w:rPr>
            </w:pPr>
            <w:r w:rsidRPr="00717886">
              <w:rPr>
                <w:rFonts w:cs="Times New Roman"/>
                <w:sz w:val="14"/>
              </w:rPr>
              <w:t>Dated control files and planned analytical sequence</w:t>
            </w:r>
          </w:p>
        </w:tc>
        <w:tc>
          <w:tcPr>
            <w:tcW w:w="2520" w:type="dxa"/>
            <w:tcMar>
              <w:top w:w="70" w:type="dxa"/>
              <w:left w:w="95" w:type="dxa"/>
              <w:bottom w:w="70" w:type="dxa"/>
              <w:right w:w="95" w:type="dxa"/>
            </w:tcMar>
            <w:vAlign w:val="center"/>
          </w:tcPr>
          <w:p w14:paraId="68AF13B5" w14:textId="77777777" w:rsidR="00423D2F" w:rsidRPr="00717886" w:rsidRDefault="0047346F">
            <w:pPr>
              <w:spacing w:after="0"/>
              <w:rPr>
                <w:rFonts w:cs="Times New Roman"/>
              </w:rPr>
            </w:pPr>
            <w:r w:rsidRPr="00717886">
              <w:rPr>
                <w:rFonts w:cs="Times New Roman"/>
                <w:sz w:val="14"/>
              </w:rPr>
              <w:t>No public preregistration record</w:t>
            </w:r>
          </w:p>
        </w:tc>
        <w:tc>
          <w:tcPr>
            <w:tcW w:w="2808" w:type="dxa"/>
            <w:tcMar>
              <w:top w:w="70" w:type="dxa"/>
              <w:left w:w="95" w:type="dxa"/>
              <w:bottom w:w="70" w:type="dxa"/>
              <w:right w:w="95" w:type="dxa"/>
            </w:tcMar>
            <w:vAlign w:val="center"/>
          </w:tcPr>
          <w:p w14:paraId="1F93FF9E" w14:textId="77777777" w:rsidR="00423D2F" w:rsidRPr="00717886" w:rsidRDefault="0047346F">
            <w:pPr>
              <w:spacing w:after="0"/>
              <w:rPr>
                <w:rFonts w:cs="Times New Roman"/>
              </w:rPr>
            </w:pPr>
            <w:r w:rsidRPr="00717886">
              <w:rPr>
                <w:rFonts w:cs="Times New Roman"/>
                <w:sz w:val="14"/>
              </w:rPr>
              <w:t>Described as a frozen computational workflow, not a preregistered confirmatory study</w:t>
            </w:r>
          </w:p>
        </w:tc>
      </w:tr>
      <w:tr w:rsidR="002E7DCF" w:rsidRPr="00717886" w14:paraId="42463709" w14:textId="77777777">
        <w:trPr>
          <w:cantSplit/>
          <w:jc w:val="center"/>
        </w:trPr>
        <w:tc>
          <w:tcPr>
            <w:tcW w:w="1800" w:type="dxa"/>
            <w:shd w:val="clear" w:color="auto" w:fill="F5F7F9"/>
            <w:tcMar>
              <w:top w:w="70" w:type="dxa"/>
              <w:left w:w="95" w:type="dxa"/>
              <w:bottom w:w="70" w:type="dxa"/>
              <w:right w:w="95" w:type="dxa"/>
            </w:tcMar>
            <w:vAlign w:val="center"/>
          </w:tcPr>
          <w:p w14:paraId="2D075AF4" w14:textId="77777777" w:rsidR="00423D2F" w:rsidRPr="00717886" w:rsidRDefault="0047346F">
            <w:pPr>
              <w:spacing w:after="0"/>
              <w:rPr>
                <w:rFonts w:cs="Times New Roman"/>
              </w:rPr>
            </w:pPr>
            <w:r w:rsidRPr="00717886">
              <w:rPr>
                <w:rFonts w:cs="Times New Roman"/>
                <w:sz w:val="14"/>
              </w:rPr>
              <w:t>Formal ethics determination</w:t>
            </w:r>
          </w:p>
        </w:tc>
        <w:tc>
          <w:tcPr>
            <w:tcW w:w="2880" w:type="dxa"/>
            <w:shd w:val="clear" w:color="auto" w:fill="F5F7F9"/>
            <w:tcMar>
              <w:top w:w="70" w:type="dxa"/>
              <w:left w:w="95" w:type="dxa"/>
              <w:bottom w:w="70" w:type="dxa"/>
              <w:right w:w="95" w:type="dxa"/>
            </w:tcMar>
            <w:vAlign w:val="center"/>
          </w:tcPr>
          <w:p w14:paraId="0E391284" w14:textId="77777777" w:rsidR="00423D2F" w:rsidRPr="00717886" w:rsidRDefault="0047346F">
            <w:pPr>
              <w:spacing w:after="0"/>
              <w:rPr>
                <w:rFonts w:cs="Times New Roman"/>
              </w:rPr>
            </w:pPr>
            <w:r w:rsidRPr="00717886">
              <w:rPr>
                <w:rFonts w:cs="Times New Roman"/>
                <w:sz w:val="14"/>
              </w:rPr>
              <w:t>Archived approval, exemption, or non-human-participant determination</w:t>
            </w:r>
          </w:p>
        </w:tc>
        <w:tc>
          <w:tcPr>
            <w:tcW w:w="2520" w:type="dxa"/>
            <w:shd w:val="clear" w:color="auto" w:fill="F5F7F9"/>
            <w:tcMar>
              <w:top w:w="70" w:type="dxa"/>
              <w:left w:w="95" w:type="dxa"/>
              <w:bottom w:w="70" w:type="dxa"/>
              <w:right w:w="95" w:type="dxa"/>
            </w:tcMar>
            <w:vAlign w:val="center"/>
          </w:tcPr>
          <w:p w14:paraId="3E881D8E" w14:textId="77777777" w:rsidR="00423D2F" w:rsidRPr="00717886" w:rsidRDefault="0047346F">
            <w:pPr>
              <w:spacing w:after="0"/>
              <w:rPr>
                <w:rFonts w:cs="Times New Roman"/>
              </w:rPr>
            </w:pPr>
            <w:r w:rsidRPr="00717886">
              <w:rPr>
                <w:rFonts w:cs="Times New Roman"/>
                <w:sz w:val="14"/>
              </w:rPr>
              <w:t>No institutional determination was archived</w:t>
            </w:r>
          </w:p>
        </w:tc>
        <w:tc>
          <w:tcPr>
            <w:tcW w:w="2808" w:type="dxa"/>
            <w:shd w:val="clear" w:color="auto" w:fill="F5F7F9"/>
            <w:tcMar>
              <w:top w:w="70" w:type="dxa"/>
              <w:left w:w="95" w:type="dxa"/>
              <w:bottom w:w="70" w:type="dxa"/>
              <w:right w:w="95" w:type="dxa"/>
            </w:tcMar>
            <w:vAlign w:val="center"/>
          </w:tcPr>
          <w:p w14:paraId="06E2B4FE" w14:textId="77777777" w:rsidR="00423D2F" w:rsidRPr="00717886" w:rsidRDefault="0047346F">
            <w:pPr>
              <w:spacing w:after="0"/>
              <w:rPr>
                <w:rFonts w:cs="Times New Roman"/>
              </w:rPr>
            </w:pPr>
            <w:r w:rsidRPr="00717886">
              <w:rPr>
                <w:rFonts w:cs="Times New Roman"/>
                <w:sz w:val="14"/>
              </w:rPr>
              <w:t>No formal determination claimed; public bibliographic and aggregate-data scope disclosed</w:t>
            </w:r>
          </w:p>
        </w:tc>
      </w:tr>
      <w:tr w:rsidR="002E7DCF" w:rsidRPr="00717886" w14:paraId="337D12AB" w14:textId="77777777">
        <w:trPr>
          <w:cantSplit/>
          <w:jc w:val="center"/>
        </w:trPr>
        <w:tc>
          <w:tcPr>
            <w:tcW w:w="1800" w:type="dxa"/>
            <w:tcMar>
              <w:top w:w="70" w:type="dxa"/>
              <w:left w:w="95" w:type="dxa"/>
              <w:bottom w:w="70" w:type="dxa"/>
              <w:right w:w="95" w:type="dxa"/>
            </w:tcMar>
            <w:vAlign w:val="center"/>
          </w:tcPr>
          <w:p w14:paraId="1ABA280B" w14:textId="77777777" w:rsidR="00423D2F" w:rsidRPr="00717886" w:rsidRDefault="0047346F">
            <w:pPr>
              <w:spacing w:after="0"/>
              <w:rPr>
                <w:rFonts w:cs="Times New Roman"/>
              </w:rPr>
            </w:pPr>
            <w:r w:rsidRPr="00717886">
              <w:rPr>
                <w:rFonts w:cs="Times New Roman"/>
                <w:sz w:val="14"/>
              </w:rPr>
              <w:t>Completed evidence base</w:t>
            </w:r>
          </w:p>
        </w:tc>
        <w:tc>
          <w:tcPr>
            <w:tcW w:w="2880" w:type="dxa"/>
            <w:tcMar>
              <w:top w:w="70" w:type="dxa"/>
              <w:left w:w="95" w:type="dxa"/>
              <w:bottom w:w="70" w:type="dxa"/>
              <w:right w:w="95" w:type="dxa"/>
            </w:tcMar>
            <w:vAlign w:val="center"/>
          </w:tcPr>
          <w:p w14:paraId="729EE451" w14:textId="77777777" w:rsidR="00423D2F" w:rsidRPr="00717886" w:rsidRDefault="0047346F">
            <w:pPr>
              <w:spacing w:after="0"/>
              <w:rPr>
                <w:rFonts w:cs="Times New Roman"/>
              </w:rPr>
            </w:pPr>
            <w:r w:rsidRPr="00717886">
              <w:rPr>
                <w:rFonts w:cs="Times New Roman"/>
                <w:sz w:val="14"/>
              </w:rPr>
              <w:t>OpenAlex panel plus RORC, EKII, CSLI, and national R&amp;D controls</w:t>
            </w:r>
          </w:p>
        </w:tc>
        <w:tc>
          <w:tcPr>
            <w:tcW w:w="2520" w:type="dxa"/>
            <w:tcMar>
              <w:top w:w="70" w:type="dxa"/>
              <w:left w:w="95" w:type="dxa"/>
              <w:bottom w:w="70" w:type="dxa"/>
              <w:right w:w="95" w:type="dxa"/>
            </w:tcMar>
            <w:vAlign w:val="center"/>
          </w:tcPr>
          <w:p w14:paraId="54A9EBB7" w14:textId="77777777" w:rsidR="00423D2F" w:rsidRPr="00717886" w:rsidRDefault="0047346F">
            <w:pPr>
              <w:spacing w:after="0"/>
              <w:rPr>
                <w:rFonts w:cs="Times New Roman"/>
              </w:rPr>
            </w:pPr>
            <w:r w:rsidRPr="00717886">
              <w:rPr>
                <w:rFonts w:cs="Times New Roman"/>
                <w:sz w:val="14"/>
              </w:rPr>
              <w:t>Corrected construct/model workflow completed after the AVI038 denominator repair</w:t>
            </w:r>
          </w:p>
        </w:tc>
        <w:tc>
          <w:tcPr>
            <w:tcW w:w="2808" w:type="dxa"/>
            <w:tcMar>
              <w:top w:w="70" w:type="dxa"/>
              <w:left w:w="95" w:type="dxa"/>
              <w:bottom w:w="70" w:type="dxa"/>
              <w:right w:w="95" w:type="dxa"/>
            </w:tcMar>
            <w:vAlign w:val="center"/>
          </w:tcPr>
          <w:p w14:paraId="15C4A1BA" w14:textId="77777777" w:rsidR="00423D2F" w:rsidRPr="00717886" w:rsidRDefault="0047346F">
            <w:pPr>
              <w:spacing w:after="0"/>
              <w:rPr>
                <w:rFonts w:cs="Times New Roman"/>
              </w:rPr>
            </w:pPr>
            <w:r w:rsidRPr="00717886">
              <w:rPr>
                <w:rFonts w:cs="Times New Roman"/>
                <w:sz w:val="14"/>
              </w:rPr>
              <w:t>Retained as the empirical basis of the primary capability–integration analysis and exploratory linkage diagnostics</w:t>
            </w:r>
          </w:p>
        </w:tc>
      </w:tr>
    </w:tbl>
    <w:p w14:paraId="60420981" w14:textId="77777777" w:rsidR="002E7DCF" w:rsidRPr="00717886" w:rsidRDefault="002E7DCF">
      <w:pPr>
        <w:spacing w:after="0"/>
        <w:rPr>
          <w:rFonts w:cs="Times New Roman"/>
        </w:rPr>
      </w:pPr>
    </w:p>
    <w:p w14:paraId="60737C78"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rPr>
        <w:lastRenderedPageBreak/>
        <w:t>Table S6. Annual Strict Eligible-Panel Descriptive Trends</w:t>
      </w:r>
    </w:p>
    <w:p w14:paraId="497AE2EE" w14:textId="77777777" w:rsidR="002E7DCF" w:rsidRPr="00717886" w:rsidRDefault="00A11917">
      <w:pPr>
        <w:keepNext/>
        <w:spacing w:before="100" w:after="80"/>
        <w:rPr>
          <w:rFonts w:cs="Times New Roman"/>
        </w:rPr>
      </w:pPr>
      <w:r w:rsidRPr="00717886">
        <w:rPr>
          <w:rFonts w:cs="Times New Roman"/>
          <w:b/>
          <w:i/>
        </w:rPr>
        <w:t>Panel A. Annual output and construct means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936"/>
        <w:gridCol w:w="1584"/>
        <w:gridCol w:w="1152"/>
        <w:gridCol w:w="1800"/>
        <w:gridCol w:w="1152"/>
        <w:gridCol w:w="1800"/>
      </w:tblGrid>
      <w:tr w:rsidR="002E7DCF" w:rsidRPr="00717886" w14:paraId="284F6EFA" w14:textId="77777777">
        <w:trPr>
          <w:cantSplit/>
          <w:tblHeader/>
          <w:jc w:val="center"/>
        </w:trPr>
        <w:tc>
          <w:tcPr>
            <w:tcW w:w="936" w:type="dxa"/>
            <w:shd w:val="clear" w:color="auto" w:fill="D9EAF7"/>
            <w:tcMar>
              <w:top w:w="70" w:type="dxa"/>
              <w:left w:w="95" w:type="dxa"/>
              <w:bottom w:w="70" w:type="dxa"/>
              <w:right w:w="95" w:type="dxa"/>
            </w:tcMar>
            <w:vAlign w:val="center"/>
          </w:tcPr>
          <w:p w14:paraId="0A60AE6A" w14:textId="77777777" w:rsidR="00423D2F" w:rsidRPr="00717886" w:rsidRDefault="0047346F">
            <w:pPr>
              <w:spacing w:after="0"/>
              <w:jc w:val="center"/>
              <w:rPr>
                <w:rFonts w:cs="Times New Roman"/>
              </w:rPr>
            </w:pPr>
            <w:r w:rsidRPr="00717886">
              <w:rPr>
                <w:rFonts w:cs="Times New Roman"/>
                <w:b/>
                <w:sz w:val="17"/>
              </w:rPr>
              <w:t>Year</w:t>
            </w:r>
          </w:p>
        </w:tc>
        <w:tc>
          <w:tcPr>
            <w:tcW w:w="1584" w:type="dxa"/>
            <w:shd w:val="clear" w:color="auto" w:fill="D9EAF7"/>
            <w:tcMar>
              <w:top w:w="70" w:type="dxa"/>
              <w:left w:w="95" w:type="dxa"/>
              <w:bottom w:w="70" w:type="dxa"/>
              <w:right w:w="95" w:type="dxa"/>
            </w:tcMar>
            <w:vAlign w:val="center"/>
          </w:tcPr>
          <w:p w14:paraId="3A0FC5D7" w14:textId="77777777" w:rsidR="00423D2F" w:rsidRPr="00717886" w:rsidRDefault="0047346F">
            <w:pPr>
              <w:spacing w:after="0"/>
              <w:jc w:val="right"/>
              <w:rPr>
                <w:rFonts w:cs="Times New Roman"/>
              </w:rPr>
            </w:pPr>
            <w:r w:rsidRPr="00717886">
              <w:rPr>
                <w:rFonts w:cs="Times New Roman"/>
                <w:b/>
                <w:sz w:val="17"/>
              </w:rPr>
              <w:t>Strict works</w:t>
            </w:r>
          </w:p>
        </w:tc>
        <w:tc>
          <w:tcPr>
            <w:tcW w:w="1152" w:type="dxa"/>
            <w:shd w:val="clear" w:color="auto" w:fill="D9EAF7"/>
            <w:tcMar>
              <w:top w:w="70" w:type="dxa"/>
              <w:left w:w="95" w:type="dxa"/>
              <w:bottom w:w="70" w:type="dxa"/>
              <w:right w:w="95" w:type="dxa"/>
            </w:tcMar>
            <w:vAlign w:val="center"/>
          </w:tcPr>
          <w:p w14:paraId="0A259ED4" w14:textId="77777777" w:rsidR="00423D2F" w:rsidRPr="00717886" w:rsidRDefault="0047346F">
            <w:pPr>
              <w:spacing w:after="0"/>
              <w:jc w:val="right"/>
              <w:rPr>
                <w:rFonts w:cs="Times New Roman"/>
              </w:rPr>
            </w:pPr>
            <w:r w:rsidRPr="00717886">
              <w:rPr>
                <w:rFonts w:cs="Times New Roman"/>
                <w:b/>
                <w:sz w:val="17"/>
              </w:rPr>
              <w:t>RORC n</w:t>
            </w:r>
          </w:p>
        </w:tc>
        <w:tc>
          <w:tcPr>
            <w:tcW w:w="1800" w:type="dxa"/>
            <w:shd w:val="clear" w:color="auto" w:fill="D9EAF7"/>
            <w:tcMar>
              <w:top w:w="70" w:type="dxa"/>
              <w:left w:w="95" w:type="dxa"/>
              <w:bottom w:w="70" w:type="dxa"/>
              <w:right w:w="95" w:type="dxa"/>
            </w:tcMar>
            <w:vAlign w:val="center"/>
          </w:tcPr>
          <w:p w14:paraId="604AD6B2" w14:textId="77777777" w:rsidR="00423D2F" w:rsidRPr="00717886" w:rsidRDefault="0047346F">
            <w:pPr>
              <w:spacing w:after="0"/>
              <w:jc w:val="right"/>
              <w:rPr>
                <w:rFonts w:cs="Times New Roman"/>
              </w:rPr>
            </w:pPr>
            <w:r w:rsidRPr="00717886">
              <w:rPr>
                <w:rFonts w:cs="Times New Roman"/>
                <w:b/>
                <w:sz w:val="17"/>
              </w:rPr>
              <w:t>Mean RORC</w:t>
            </w:r>
          </w:p>
        </w:tc>
        <w:tc>
          <w:tcPr>
            <w:tcW w:w="1152" w:type="dxa"/>
            <w:shd w:val="clear" w:color="auto" w:fill="D9EAF7"/>
            <w:tcMar>
              <w:top w:w="70" w:type="dxa"/>
              <w:left w:w="95" w:type="dxa"/>
              <w:bottom w:w="70" w:type="dxa"/>
              <w:right w:w="95" w:type="dxa"/>
            </w:tcMar>
            <w:vAlign w:val="center"/>
          </w:tcPr>
          <w:p w14:paraId="321B66E5" w14:textId="77777777" w:rsidR="00423D2F" w:rsidRPr="00717886" w:rsidRDefault="0047346F">
            <w:pPr>
              <w:spacing w:after="0"/>
              <w:jc w:val="right"/>
              <w:rPr>
                <w:rFonts w:cs="Times New Roman"/>
              </w:rPr>
            </w:pPr>
            <w:r w:rsidRPr="00717886">
              <w:rPr>
                <w:rFonts w:cs="Times New Roman"/>
                <w:b/>
                <w:sz w:val="17"/>
              </w:rPr>
              <w:t>EKII n</w:t>
            </w:r>
          </w:p>
        </w:tc>
        <w:tc>
          <w:tcPr>
            <w:tcW w:w="1800" w:type="dxa"/>
            <w:shd w:val="clear" w:color="auto" w:fill="D9EAF7"/>
            <w:tcMar>
              <w:top w:w="70" w:type="dxa"/>
              <w:left w:w="95" w:type="dxa"/>
              <w:bottom w:w="70" w:type="dxa"/>
              <w:right w:w="95" w:type="dxa"/>
            </w:tcMar>
            <w:vAlign w:val="center"/>
          </w:tcPr>
          <w:p w14:paraId="60473F2C" w14:textId="77777777" w:rsidR="00423D2F" w:rsidRPr="00717886" w:rsidRDefault="0047346F">
            <w:pPr>
              <w:spacing w:after="0"/>
              <w:jc w:val="right"/>
              <w:rPr>
                <w:rFonts w:cs="Times New Roman"/>
              </w:rPr>
            </w:pPr>
            <w:r w:rsidRPr="00717886">
              <w:rPr>
                <w:rFonts w:cs="Times New Roman"/>
                <w:b/>
                <w:sz w:val="17"/>
              </w:rPr>
              <w:t>Mean EKII</w:t>
            </w:r>
          </w:p>
        </w:tc>
      </w:tr>
      <w:tr w:rsidR="002E7DCF" w:rsidRPr="00717886" w14:paraId="2C7DFDE1" w14:textId="77777777">
        <w:trPr>
          <w:cantSplit/>
          <w:jc w:val="center"/>
        </w:trPr>
        <w:tc>
          <w:tcPr>
            <w:tcW w:w="936" w:type="dxa"/>
            <w:tcMar>
              <w:top w:w="70" w:type="dxa"/>
              <w:left w:w="95" w:type="dxa"/>
              <w:bottom w:w="70" w:type="dxa"/>
              <w:right w:w="95" w:type="dxa"/>
            </w:tcMar>
            <w:vAlign w:val="center"/>
          </w:tcPr>
          <w:p w14:paraId="0A612731" w14:textId="77777777" w:rsidR="00423D2F" w:rsidRPr="00717886" w:rsidRDefault="0047346F">
            <w:pPr>
              <w:spacing w:after="0"/>
              <w:jc w:val="center"/>
              <w:rPr>
                <w:rFonts w:cs="Times New Roman"/>
              </w:rPr>
            </w:pPr>
            <w:r w:rsidRPr="00717886">
              <w:rPr>
                <w:rFonts w:cs="Times New Roman"/>
                <w:sz w:val="17"/>
              </w:rPr>
              <w:t>2015</w:t>
            </w:r>
          </w:p>
        </w:tc>
        <w:tc>
          <w:tcPr>
            <w:tcW w:w="1584" w:type="dxa"/>
            <w:tcMar>
              <w:top w:w="70" w:type="dxa"/>
              <w:left w:w="95" w:type="dxa"/>
              <w:bottom w:w="70" w:type="dxa"/>
              <w:right w:w="95" w:type="dxa"/>
            </w:tcMar>
            <w:vAlign w:val="center"/>
          </w:tcPr>
          <w:p w14:paraId="4C294962" w14:textId="77777777" w:rsidR="00423D2F" w:rsidRPr="00717886" w:rsidRDefault="0047346F">
            <w:pPr>
              <w:spacing w:after="0"/>
              <w:jc w:val="right"/>
              <w:rPr>
                <w:rFonts w:cs="Times New Roman"/>
              </w:rPr>
            </w:pPr>
            <w:r w:rsidRPr="00717886">
              <w:rPr>
                <w:rFonts w:cs="Times New Roman"/>
                <w:sz w:val="17"/>
              </w:rPr>
              <w:t>2,914</w:t>
            </w:r>
          </w:p>
        </w:tc>
        <w:tc>
          <w:tcPr>
            <w:tcW w:w="1152" w:type="dxa"/>
            <w:tcMar>
              <w:top w:w="70" w:type="dxa"/>
              <w:left w:w="95" w:type="dxa"/>
              <w:bottom w:w="70" w:type="dxa"/>
              <w:right w:w="95" w:type="dxa"/>
            </w:tcMar>
            <w:vAlign w:val="center"/>
          </w:tcPr>
          <w:p w14:paraId="66F1127C" w14:textId="77777777" w:rsidR="00423D2F" w:rsidRPr="00717886" w:rsidRDefault="0047346F">
            <w:pPr>
              <w:spacing w:after="0"/>
              <w:jc w:val="right"/>
              <w:rPr>
                <w:rFonts w:cs="Times New Roman"/>
              </w:rPr>
            </w:pPr>
            <w:r w:rsidRPr="00717886">
              <w:rPr>
                <w:rFonts w:cs="Times New Roman"/>
                <w:sz w:val="17"/>
              </w:rPr>
              <w:t>10</w:t>
            </w:r>
          </w:p>
        </w:tc>
        <w:tc>
          <w:tcPr>
            <w:tcW w:w="1800" w:type="dxa"/>
            <w:tcMar>
              <w:top w:w="70" w:type="dxa"/>
              <w:left w:w="95" w:type="dxa"/>
              <w:bottom w:w="70" w:type="dxa"/>
              <w:right w:w="95" w:type="dxa"/>
            </w:tcMar>
            <w:vAlign w:val="center"/>
          </w:tcPr>
          <w:p w14:paraId="495F0FBD" w14:textId="77777777" w:rsidR="00423D2F" w:rsidRPr="00717886" w:rsidRDefault="0047346F">
            <w:pPr>
              <w:spacing w:after="0"/>
              <w:jc w:val="right"/>
              <w:rPr>
                <w:rFonts w:cs="Times New Roman"/>
              </w:rPr>
            </w:pPr>
            <w:r w:rsidRPr="00717886">
              <w:rPr>
                <w:rFonts w:cs="Times New Roman"/>
                <w:sz w:val="17"/>
              </w:rPr>
              <w:t>−.029</w:t>
            </w:r>
          </w:p>
        </w:tc>
        <w:tc>
          <w:tcPr>
            <w:tcW w:w="1152" w:type="dxa"/>
            <w:tcMar>
              <w:top w:w="70" w:type="dxa"/>
              <w:left w:w="95" w:type="dxa"/>
              <w:bottom w:w="70" w:type="dxa"/>
              <w:right w:w="95" w:type="dxa"/>
            </w:tcMar>
            <w:vAlign w:val="center"/>
          </w:tcPr>
          <w:p w14:paraId="5EEBA6B1"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1166B6C2" w14:textId="77777777" w:rsidR="00423D2F" w:rsidRPr="00717886" w:rsidRDefault="0047346F">
            <w:pPr>
              <w:spacing w:after="0"/>
              <w:jc w:val="right"/>
              <w:rPr>
                <w:rFonts w:cs="Times New Roman"/>
              </w:rPr>
            </w:pPr>
            <w:r w:rsidRPr="00717886">
              <w:rPr>
                <w:rFonts w:cs="Times New Roman"/>
                <w:sz w:val="17"/>
              </w:rPr>
              <w:t>−.518</w:t>
            </w:r>
          </w:p>
        </w:tc>
      </w:tr>
      <w:tr w:rsidR="002E7DCF" w:rsidRPr="00717886" w14:paraId="616CBB2F" w14:textId="77777777">
        <w:trPr>
          <w:cantSplit/>
          <w:jc w:val="center"/>
        </w:trPr>
        <w:tc>
          <w:tcPr>
            <w:tcW w:w="936" w:type="dxa"/>
            <w:shd w:val="clear" w:color="auto" w:fill="F5F7F9"/>
            <w:tcMar>
              <w:top w:w="70" w:type="dxa"/>
              <w:left w:w="95" w:type="dxa"/>
              <w:bottom w:w="70" w:type="dxa"/>
              <w:right w:w="95" w:type="dxa"/>
            </w:tcMar>
            <w:vAlign w:val="center"/>
          </w:tcPr>
          <w:p w14:paraId="78816C90" w14:textId="77777777" w:rsidR="00423D2F" w:rsidRPr="00717886" w:rsidRDefault="0047346F">
            <w:pPr>
              <w:spacing w:after="0"/>
              <w:jc w:val="center"/>
              <w:rPr>
                <w:rFonts w:cs="Times New Roman"/>
              </w:rPr>
            </w:pPr>
            <w:r w:rsidRPr="00717886">
              <w:rPr>
                <w:rFonts w:cs="Times New Roman"/>
                <w:sz w:val="17"/>
              </w:rPr>
              <w:t>2016</w:t>
            </w:r>
          </w:p>
        </w:tc>
        <w:tc>
          <w:tcPr>
            <w:tcW w:w="1584" w:type="dxa"/>
            <w:shd w:val="clear" w:color="auto" w:fill="F5F7F9"/>
            <w:tcMar>
              <w:top w:w="70" w:type="dxa"/>
              <w:left w:w="95" w:type="dxa"/>
              <w:bottom w:w="70" w:type="dxa"/>
              <w:right w:w="95" w:type="dxa"/>
            </w:tcMar>
            <w:vAlign w:val="center"/>
          </w:tcPr>
          <w:p w14:paraId="182EC9A0" w14:textId="77777777" w:rsidR="00423D2F" w:rsidRPr="00717886" w:rsidRDefault="0047346F">
            <w:pPr>
              <w:spacing w:after="0"/>
              <w:jc w:val="right"/>
              <w:rPr>
                <w:rFonts w:cs="Times New Roman"/>
              </w:rPr>
            </w:pPr>
            <w:r w:rsidRPr="00717886">
              <w:rPr>
                <w:rFonts w:cs="Times New Roman"/>
                <w:sz w:val="17"/>
              </w:rPr>
              <w:t>3,041</w:t>
            </w:r>
          </w:p>
        </w:tc>
        <w:tc>
          <w:tcPr>
            <w:tcW w:w="1152" w:type="dxa"/>
            <w:shd w:val="clear" w:color="auto" w:fill="F5F7F9"/>
            <w:tcMar>
              <w:top w:w="70" w:type="dxa"/>
              <w:left w:w="95" w:type="dxa"/>
              <w:bottom w:w="70" w:type="dxa"/>
              <w:right w:w="95" w:type="dxa"/>
            </w:tcMar>
            <w:vAlign w:val="center"/>
          </w:tcPr>
          <w:p w14:paraId="55F9B599"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67B88A71" w14:textId="77777777" w:rsidR="00423D2F" w:rsidRPr="00717886" w:rsidRDefault="0047346F">
            <w:pPr>
              <w:spacing w:after="0"/>
              <w:jc w:val="right"/>
              <w:rPr>
                <w:rFonts w:cs="Times New Roman"/>
              </w:rPr>
            </w:pPr>
            <w:r w:rsidRPr="00717886">
              <w:rPr>
                <w:rFonts w:cs="Times New Roman"/>
                <w:sz w:val="17"/>
              </w:rPr>
              <w:t>−.089</w:t>
            </w:r>
          </w:p>
        </w:tc>
        <w:tc>
          <w:tcPr>
            <w:tcW w:w="1152" w:type="dxa"/>
            <w:shd w:val="clear" w:color="auto" w:fill="F5F7F9"/>
            <w:tcMar>
              <w:top w:w="70" w:type="dxa"/>
              <w:left w:w="95" w:type="dxa"/>
              <w:bottom w:w="70" w:type="dxa"/>
              <w:right w:w="95" w:type="dxa"/>
            </w:tcMar>
            <w:vAlign w:val="center"/>
          </w:tcPr>
          <w:p w14:paraId="2DA4056A"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087090B9" w14:textId="77777777" w:rsidR="00423D2F" w:rsidRPr="00717886" w:rsidRDefault="0047346F">
            <w:pPr>
              <w:spacing w:after="0"/>
              <w:jc w:val="right"/>
              <w:rPr>
                <w:rFonts w:cs="Times New Roman"/>
              </w:rPr>
            </w:pPr>
            <w:r w:rsidRPr="00717886">
              <w:rPr>
                <w:rFonts w:cs="Times New Roman"/>
                <w:sz w:val="17"/>
              </w:rPr>
              <w:t>−.480</w:t>
            </w:r>
          </w:p>
        </w:tc>
      </w:tr>
      <w:tr w:rsidR="002E7DCF" w:rsidRPr="00717886" w14:paraId="675C265F" w14:textId="77777777">
        <w:trPr>
          <w:cantSplit/>
          <w:jc w:val="center"/>
        </w:trPr>
        <w:tc>
          <w:tcPr>
            <w:tcW w:w="936" w:type="dxa"/>
            <w:tcMar>
              <w:top w:w="70" w:type="dxa"/>
              <w:left w:w="95" w:type="dxa"/>
              <w:bottom w:w="70" w:type="dxa"/>
              <w:right w:w="95" w:type="dxa"/>
            </w:tcMar>
            <w:vAlign w:val="center"/>
          </w:tcPr>
          <w:p w14:paraId="2355D9D6" w14:textId="77777777" w:rsidR="00423D2F" w:rsidRPr="00717886" w:rsidRDefault="0047346F">
            <w:pPr>
              <w:spacing w:after="0"/>
              <w:jc w:val="center"/>
              <w:rPr>
                <w:rFonts w:cs="Times New Roman"/>
              </w:rPr>
            </w:pPr>
            <w:r w:rsidRPr="00717886">
              <w:rPr>
                <w:rFonts w:cs="Times New Roman"/>
                <w:sz w:val="17"/>
              </w:rPr>
              <w:t>2017</w:t>
            </w:r>
          </w:p>
        </w:tc>
        <w:tc>
          <w:tcPr>
            <w:tcW w:w="1584" w:type="dxa"/>
            <w:tcMar>
              <w:top w:w="70" w:type="dxa"/>
              <w:left w:w="95" w:type="dxa"/>
              <w:bottom w:w="70" w:type="dxa"/>
              <w:right w:w="95" w:type="dxa"/>
            </w:tcMar>
            <w:vAlign w:val="center"/>
          </w:tcPr>
          <w:p w14:paraId="2F929F77" w14:textId="77777777" w:rsidR="00423D2F" w:rsidRPr="00717886" w:rsidRDefault="0047346F">
            <w:pPr>
              <w:spacing w:after="0"/>
              <w:jc w:val="right"/>
              <w:rPr>
                <w:rFonts w:cs="Times New Roman"/>
              </w:rPr>
            </w:pPr>
            <w:r w:rsidRPr="00717886">
              <w:rPr>
                <w:rFonts w:cs="Times New Roman"/>
                <w:sz w:val="17"/>
              </w:rPr>
              <w:t>3,205</w:t>
            </w:r>
          </w:p>
        </w:tc>
        <w:tc>
          <w:tcPr>
            <w:tcW w:w="1152" w:type="dxa"/>
            <w:tcMar>
              <w:top w:w="70" w:type="dxa"/>
              <w:left w:w="95" w:type="dxa"/>
              <w:bottom w:w="70" w:type="dxa"/>
              <w:right w:w="95" w:type="dxa"/>
            </w:tcMar>
            <w:vAlign w:val="center"/>
          </w:tcPr>
          <w:p w14:paraId="26FC5EF7"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3AD3EF31" w14:textId="77777777" w:rsidR="00423D2F" w:rsidRPr="00717886" w:rsidRDefault="0047346F">
            <w:pPr>
              <w:spacing w:after="0"/>
              <w:jc w:val="right"/>
              <w:rPr>
                <w:rFonts w:cs="Times New Roman"/>
              </w:rPr>
            </w:pPr>
            <w:r w:rsidRPr="00717886">
              <w:rPr>
                <w:rFonts w:cs="Times New Roman"/>
                <w:sz w:val="17"/>
              </w:rPr>
              <w:t>−.075</w:t>
            </w:r>
          </w:p>
        </w:tc>
        <w:tc>
          <w:tcPr>
            <w:tcW w:w="1152" w:type="dxa"/>
            <w:tcMar>
              <w:top w:w="70" w:type="dxa"/>
              <w:left w:w="95" w:type="dxa"/>
              <w:bottom w:w="70" w:type="dxa"/>
              <w:right w:w="95" w:type="dxa"/>
            </w:tcMar>
            <w:vAlign w:val="center"/>
          </w:tcPr>
          <w:p w14:paraId="6F8BECE3"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660BA23F" w14:textId="77777777" w:rsidR="00423D2F" w:rsidRPr="00717886" w:rsidRDefault="0047346F">
            <w:pPr>
              <w:spacing w:after="0"/>
              <w:jc w:val="right"/>
              <w:rPr>
                <w:rFonts w:cs="Times New Roman"/>
              </w:rPr>
            </w:pPr>
            <w:r w:rsidRPr="00717886">
              <w:rPr>
                <w:rFonts w:cs="Times New Roman"/>
                <w:sz w:val="17"/>
              </w:rPr>
              <w:t>−.356</w:t>
            </w:r>
          </w:p>
        </w:tc>
      </w:tr>
      <w:tr w:rsidR="002E7DCF" w:rsidRPr="00717886" w14:paraId="5E2D72F8" w14:textId="77777777">
        <w:trPr>
          <w:cantSplit/>
          <w:jc w:val="center"/>
        </w:trPr>
        <w:tc>
          <w:tcPr>
            <w:tcW w:w="936" w:type="dxa"/>
            <w:shd w:val="clear" w:color="auto" w:fill="F5F7F9"/>
            <w:tcMar>
              <w:top w:w="70" w:type="dxa"/>
              <w:left w:w="95" w:type="dxa"/>
              <w:bottom w:w="70" w:type="dxa"/>
              <w:right w:w="95" w:type="dxa"/>
            </w:tcMar>
            <w:vAlign w:val="center"/>
          </w:tcPr>
          <w:p w14:paraId="55390265" w14:textId="77777777" w:rsidR="00423D2F" w:rsidRPr="00717886" w:rsidRDefault="0047346F">
            <w:pPr>
              <w:spacing w:after="0"/>
              <w:jc w:val="center"/>
              <w:rPr>
                <w:rFonts w:cs="Times New Roman"/>
              </w:rPr>
            </w:pPr>
            <w:r w:rsidRPr="00717886">
              <w:rPr>
                <w:rFonts w:cs="Times New Roman"/>
                <w:sz w:val="17"/>
              </w:rPr>
              <w:t>2018</w:t>
            </w:r>
          </w:p>
        </w:tc>
        <w:tc>
          <w:tcPr>
            <w:tcW w:w="1584" w:type="dxa"/>
            <w:shd w:val="clear" w:color="auto" w:fill="F5F7F9"/>
            <w:tcMar>
              <w:top w:w="70" w:type="dxa"/>
              <w:left w:w="95" w:type="dxa"/>
              <w:bottom w:w="70" w:type="dxa"/>
              <w:right w:w="95" w:type="dxa"/>
            </w:tcMar>
            <w:vAlign w:val="center"/>
          </w:tcPr>
          <w:p w14:paraId="071DCE83" w14:textId="77777777" w:rsidR="00423D2F" w:rsidRPr="00717886" w:rsidRDefault="0047346F">
            <w:pPr>
              <w:spacing w:after="0"/>
              <w:jc w:val="right"/>
              <w:rPr>
                <w:rFonts w:cs="Times New Roman"/>
              </w:rPr>
            </w:pPr>
            <w:r w:rsidRPr="00717886">
              <w:rPr>
                <w:rFonts w:cs="Times New Roman"/>
                <w:sz w:val="17"/>
              </w:rPr>
              <w:t>3,720</w:t>
            </w:r>
          </w:p>
        </w:tc>
        <w:tc>
          <w:tcPr>
            <w:tcW w:w="1152" w:type="dxa"/>
            <w:shd w:val="clear" w:color="auto" w:fill="F5F7F9"/>
            <w:tcMar>
              <w:top w:w="70" w:type="dxa"/>
              <w:left w:w="95" w:type="dxa"/>
              <w:bottom w:w="70" w:type="dxa"/>
              <w:right w:w="95" w:type="dxa"/>
            </w:tcMar>
            <w:vAlign w:val="center"/>
          </w:tcPr>
          <w:p w14:paraId="1D8827B2"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0B67A2AC" w14:textId="77777777" w:rsidR="00423D2F" w:rsidRPr="00717886" w:rsidRDefault="0047346F">
            <w:pPr>
              <w:spacing w:after="0"/>
              <w:jc w:val="right"/>
              <w:rPr>
                <w:rFonts w:cs="Times New Roman"/>
              </w:rPr>
            </w:pPr>
            <w:r w:rsidRPr="00717886">
              <w:rPr>
                <w:rFonts w:cs="Times New Roman"/>
                <w:sz w:val="17"/>
              </w:rPr>
              <w:t>−.018</w:t>
            </w:r>
          </w:p>
        </w:tc>
        <w:tc>
          <w:tcPr>
            <w:tcW w:w="1152" w:type="dxa"/>
            <w:shd w:val="clear" w:color="auto" w:fill="F5F7F9"/>
            <w:tcMar>
              <w:top w:w="70" w:type="dxa"/>
              <w:left w:w="95" w:type="dxa"/>
              <w:bottom w:w="70" w:type="dxa"/>
              <w:right w:w="95" w:type="dxa"/>
            </w:tcMar>
            <w:vAlign w:val="center"/>
          </w:tcPr>
          <w:p w14:paraId="21D84D25"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021441D0" w14:textId="77777777" w:rsidR="00423D2F" w:rsidRPr="00717886" w:rsidRDefault="0047346F">
            <w:pPr>
              <w:spacing w:after="0"/>
              <w:jc w:val="right"/>
              <w:rPr>
                <w:rFonts w:cs="Times New Roman"/>
              </w:rPr>
            </w:pPr>
            <w:r w:rsidRPr="00717886">
              <w:rPr>
                <w:rFonts w:cs="Times New Roman"/>
                <w:sz w:val="17"/>
              </w:rPr>
              <w:t>−.093</w:t>
            </w:r>
          </w:p>
        </w:tc>
      </w:tr>
      <w:tr w:rsidR="002E7DCF" w:rsidRPr="00717886" w14:paraId="1AC49137" w14:textId="77777777">
        <w:trPr>
          <w:cantSplit/>
          <w:jc w:val="center"/>
        </w:trPr>
        <w:tc>
          <w:tcPr>
            <w:tcW w:w="936" w:type="dxa"/>
            <w:tcMar>
              <w:top w:w="70" w:type="dxa"/>
              <w:left w:w="95" w:type="dxa"/>
              <w:bottom w:w="70" w:type="dxa"/>
              <w:right w:w="95" w:type="dxa"/>
            </w:tcMar>
            <w:vAlign w:val="center"/>
          </w:tcPr>
          <w:p w14:paraId="10A08CF5" w14:textId="77777777" w:rsidR="00423D2F" w:rsidRPr="00717886" w:rsidRDefault="0047346F">
            <w:pPr>
              <w:spacing w:after="0"/>
              <w:jc w:val="center"/>
              <w:rPr>
                <w:rFonts w:cs="Times New Roman"/>
              </w:rPr>
            </w:pPr>
            <w:r w:rsidRPr="00717886">
              <w:rPr>
                <w:rFonts w:cs="Times New Roman"/>
                <w:sz w:val="17"/>
              </w:rPr>
              <w:t>2019</w:t>
            </w:r>
          </w:p>
        </w:tc>
        <w:tc>
          <w:tcPr>
            <w:tcW w:w="1584" w:type="dxa"/>
            <w:tcMar>
              <w:top w:w="70" w:type="dxa"/>
              <w:left w:w="95" w:type="dxa"/>
              <w:bottom w:w="70" w:type="dxa"/>
              <w:right w:w="95" w:type="dxa"/>
            </w:tcMar>
            <w:vAlign w:val="center"/>
          </w:tcPr>
          <w:p w14:paraId="7A4C5CF4" w14:textId="77777777" w:rsidR="00423D2F" w:rsidRPr="00717886" w:rsidRDefault="0047346F">
            <w:pPr>
              <w:spacing w:after="0"/>
              <w:jc w:val="right"/>
              <w:rPr>
                <w:rFonts w:cs="Times New Roman"/>
              </w:rPr>
            </w:pPr>
            <w:r w:rsidRPr="00717886">
              <w:rPr>
                <w:rFonts w:cs="Times New Roman"/>
                <w:sz w:val="17"/>
              </w:rPr>
              <w:t>3,900</w:t>
            </w:r>
          </w:p>
        </w:tc>
        <w:tc>
          <w:tcPr>
            <w:tcW w:w="1152" w:type="dxa"/>
            <w:tcMar>
              <w:top w:w="70" w:type="dxa"/>
              <w:left w:w="95" w:type="dxa"/>
              <w:bottom w:w="70" w:type="dxa"/>
              <w:right w:w="95" w:type="dxa"/>
            </w:tcMar>
            <w:vAlign w:val="center"/>
          </w:tcPr>
          <w:p w14:paraId="5E97078E"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6309C9CC" w14:textId="77777777" w:rsidR="00423D2F" w:rsidRPr="00717886" w:rsidRDefault="0047346F">
            <w:pPr>
              <w:spacing w:after="0"/>
              <w:jc w:val="right"/>
              <w:rPr>
                <w:rFonts w:cs="Times New Roman"/>
              </w:rPr>
            </w:pPr>
            <w:r w:rsidRPr="00717886">
              <w:rPr>
                <w:rFonts w:cs="Times New Roman"/>
                <w:sz w:val="17"/>
              </w:rPr>
              <w:t>−.074</w:t>
            </w:r>
          </w:p>
        </w:tc>
        <w:tc>
          <w:tcPr>
            <w:tcW w:w="1152" w:type="dxa"/>
            <w:tcMar>
              <w:top w:w="70" w:type="dxa"/>
              <w:left w:w="95" w:type="dxa"/>
              <w:bottom w:w="70" w:type="dxa"/>
              <w:right w:w="95" w:type="dxa"/>
            </w:tcMar>
            <w:vAlign w:val="center"/>
          </w:tcPr>
          <w:p w14:paraId="098F7094"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5EDE8C98" w14:textId="77777777" w:rsidR="00423D2F" w:rsidRPr="00717886" w:rsidRDefault="0047346F">
            <w:pPr>
              <w:spacing w:after="0"/>
              <w:jc w:val="right"/>
              <w:rPr>
                <w:rFonts w:cs="Times New Roman"/>
              </w:rPr>
            </w:pPr>
            <w:r w:rsidRPr="00717886">
              <w:rPr>
                <w:rFonts w:cs="Times New Roman"/>
                <w:sz w:val="17"/>
              </w:rPr>
              <w:t>−.035</w:t>
            </w:r>
          </w:p>
        </w:tc>
      </w:tr>
      <w:tr w:rsidR="002E7DCF" w:rsidRPr="00717886" w14:paraId="7122F333" w14:textId="77777777">
        <w:trPr>
          <w:cantSplit/>
          <w:jc w:val="center"/>
        </w:trPr>
        <w:tc>
          <w:tcPr>
            <w:tcW w:w="936" w:type="dxa"/>
            <w:shd w:val="clear" w:color="auto" w:fill="F5F7F9"/>
            <w:tcMar>
              <w:top w:w="70" w:type="dxa"/>
              <w:left w:w="95" w:type="dxa"/>
              <w:bottom w:w="70" w:type="dxa"/>
              <w:right w:w="95" w:type="dxa"/>
            </w:tcMar>
            <w:vAlign w:val="center"/>
          </w:tcPr>
          <w:p w14:paraId="0203B756" w14:textId="77777777" w:rsidR="00423D2F" w:rsidRPr="00717886" w:rsidRDefault="0047346F">
            <w:pPr>
              <w:spacing w:after="0"/>
              <w:jc w:val="center"/>
              <w:rPr>
                <w:rFonts w:cs="Times New Roman"/>
              </w:rPr>
            </w:pPr>
            <w:r w:rsidRPr="00717886">
              <w:rPr>
                <w:rFonts w:cs="Times New Roman"/>
                <w:sz w:val="17"/>
              </w:rPr>
              <w:t>2020</w:t>
            </w:r>
          </w:p>
        </w:tc>
        <w:tc>
          <w:tcPr>
            <w:tcW w:w="1584" w:type="dxa"/>
            <w:shd w:val="clear" w:color="auto" w:fill="F5F7F9"/>
            <w:tcMar>
              <w:top w:w="70" w:type="dxa"/>
              <w:left w:w="95" w:type="dxa"/>
              <w:bottom w:w="70" w:type="dxa"/>
              <w:right w:w="95" w:type="dxa"/>
            </w:tcMar>
            <w:vAlign w:val="center"/>
          </w:tcPr>
          <w:p w14:paraId="639D153D" w14:textId="77777777" w:rsidR="00423D2F" w:rsidRPr="00717886" w:rsidRDefault="0047346F">
            <w:pPr>
              <w:spacing w:after="0"/>
              <w:jc w:val="right"/>
              <w:rPr>
                <w:rFonts w:cs="Times New Roman"/>
              </w:rPr>
            </w:pPr>
            <w:r w:rsidRPr="00717886">
              <w:rPr>
                <w:rFonts w:cs="Times New Roman"/>
                <w:sz w:val="17"/>
              </w:rPr>
              <w:t>4,705</w:t>
            </w:r>
          </w:p>
        </w:tc>
        <w:tc>
          <w:tcPr>
            <w:tcW w:w="1152" w:type="dxa"/>
            <w:shd w:val="clear" w:color="auto" w:fill="F5F7F9"/>
            <w:tcMar>
              <w:top w:w="70" w:type="dxa"/>
              <w:left w:w="95" w:type="dxa"/>
              <w:bottom w:w="70" w:type="dxa"/>
              <w:right w:w="95" w:type="dxa"/>
            </w:tcMar>
            <w:vAlign w:val="center"/>
          </w:tcPr>
          <w:p w14:paraId="1C44AB71"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1171D636" w14:textId="77777777" w:rsidR="00423D2F" w:rsidRPr="00717886" w:rsidRDefault="0047346F">
            <w:pPr>
              <w:spacing w:after="0"/>
              <w:jc w:val="right"/>
              <w:rPr>
                <w:rFonts w:cs="Times New Roman"/>
              </w:rPr>
            </w:pPr>
            <w:r w:rsidRPr="00717886">
              <w:rPr>
                <w:rFonts w:cs="Times New Roman"/>
                <w:sz w:val="17"/>
              </w:rPr>
              <w:t>.006</w:t>
            </w:r>
          </w:p>
        </w:tc>
        <w:tc>
          <w:tcPr>
            <w:tcW w:w="1152" w:type="dxa"/>
            <w:shd w:val="clear" w:color="auto" w:fill="F5F7F9"/>
            <w:tcMar>
              <w:top w:w="70" w:type="dxa"/>
              <w:left w:w="95" w:type="dxa"/>
              <w:bottom w:w="70" w:type="dxa"/>
              <w:right w:w="95" w:type="dxa"/>
            </w:tcMar>
            <w:vAlign w:val="center"/>
          </w:tcPr>
          <w:p w14:paraId="57338605"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6EA954B1" w14:textId="77777777" w:rsidR="00423D2F" w:rsidRPr="00717886" w:rsidRDefault="0047346F">
            <w:pPr>
              <w:spacing w:after="0"/>
              <w:jc w:val="right"/>
              <w:rPr>
                <w:rFonts w:cs="Times New Roman"/>
              </w:rPr>
            </w:pPr>
            <w:r w:rsidRPr="00717886">
              <w:rPr>
                <w:rFonts w:cs="Times New Roman"/>
                <w:sz w:val="17"/>
              </w:rPr>
              <w:t>.092</w:t>
            </w:r>
          </w:p>
        </w:tc>
      </w:tr>
      <w:tr w:rsidR="002E7DCF" w:rsidRPr="00717886" w14:paraId="7A81A936" w14:textId="77777777">
        <w:trPr>
          <w:cantSplit/>
          <w:jc w:val="center"/>
        </w:trPr>
        <w:tc>
          <w:tcPr>
            <w:tcW w:w="936" w:type="dxa"/>
            <w:tcMar>
              <w:top w:w="70" w:type="dxa"/>
              <w:left w:w="95" w:type="dxa"/>
              <w:bottom w:w="70" w:type="dxa"/>
              <w:right w:w="95" w:type="dxa"/>
            </w:tcMar>
            <w:vAlign w:val="center"/>
          </w:tcPr>
          <w:p w14:paraId="64D8D0C1" w14:textId="77777777" w:rsidR="00423D2F" w:rsidRPr="00717886" w:rsidRDefault="0047346F">
            <w:pPr>
              <w:spacing w:after="0"/>
              <w:jc w:val="center"/>
              <w:rPr>
                <w:rFonts w:cs="Times New Roman"/>
              </w:rPr>
            </w:pPr>
            <w:r w:rsidRPr="00717886">
              <w:rPr>
                <w:rFonts w:cs="Times New Roman"/>
                <w:sz w:val="17"/>
              </w:rPr>
              <w:t>2021</w:t>
            </w:r>
          </w:p>
        </w:tc>
        <w:tc>
          <w:tcPr>
            <w:tcW w:w="1584" w:type="dxa"/>
            <w:tcMar>
              <w:top w:w="70" w:type="dxa"/>
              <w:left w:w="95" w:type="dxa"/>
              <w:bottom w:w="70" w:type="dxa"/>
              <w:right w:w="95" w:type="dxa"/>
            </w:tcMar>
            <w:vAlign w:val="center"/>
          </w:tcPr>
          <w:p w14:paraId="6CCD653C" w14:textId="77777777" w:rsidR="00423D2F" w:rsidRPr="00717886" w:rsidRDefault="0047346F">
            <w:pPr>
              <w:spacing w:after="0"/>
              <w:jc w:val="right"/>
              <w:rPr>
                <w:rFonts w:cs="Times New Roman"/>
              </w:rPr>
            </w:pPr>
            <w:r w:rsidRPr="00717886">
              <w:rPr>
                <w:rFonts w:cs="Times New Roman"/>
                <w:sz w:val="17"/>
              </w:rPr>
              <w:t>4,450</w:t>
            </w:r>
          </w:p>
        </w:tc>
        <w:tc>
          <w:tcPr>
            <w:tcW w:w="1152" w:type="dxa"/>
            <w:tcMar>
              <w:top w:w="70" w:type="dxa"/>
              <w:left w:w="95" w:type="dxa"/>
              <w:bottom w:w="70" w:type="dxa"/>
              <w:right w:w="95" w:type="dxa"/>
            </w:tcMar>
            <w:vAlign w:val="center"/>
          </w:tcPr>
          <w:p w14:paraId="1EB1A8EF"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20AA8F4D" w14:textId="77777777" w:rsidR="00423D2F" w:rsidRPr="00717886" w:rsidRDefault="0047346F">
            <w:pPr>
              <w:spacing w:after="0"/>
              <w:jc w:val="right"/>
              <w:rPr>
                <w:rFonts w:cs="Times New Roman"/>
              </w:rPr>
            </w:pPr>
            <w:r w:rsidRPr="00717886">
              <w:rPr>
                <w:rFonts w:cs="Times New Roman"/>
                <w:sz w:val="17"/>
              </w:rPr>
              <w:t>−.012</w:t>
            </w:r>
          </w:p>
        </w:tc>
        <w:tc>
          <w:tcPr>
            <w:tcW w:w="1152" w:type="dxa"/>
            <w:tcMar>
              <w:top w:w="70" w:type="dxa"/>
              <w:left w:w="95" w:type="dxa"/>
              <w:bottom w:w="70" w:type="dxa"/>
              <w:right w:w="95" w:type="dxa"/>
            </w:tcMar>
            <w:vAlign w:val="center"/>
          </w:tcPr>
          <w:p w14:paraId="4A483279"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4EC519F5" w14:textId="77777777" w:rsidR="00423D2F" w:rsidRPr="00717886" w:rsidRDefault="0047346F">
            <w:pPr>
              <w:spacing w:after="0"/>
              <w:jc w:val="right"/>
              <w:rPr>
                <w:rFonts w:cs="Times New Roman"/>
              </w:rPr>
            </w:pPr>
            <w:r w:rsidRPr="00717886">
              <w:rPr>
                <w:rFonts w:cs="Times New Roman"/>
                <w:sz w:val="17"/>
              </w:rPr>
              <w:t>.099</w:t>
            </w:r>
          </w:p>
        </w:tc>
      </w:tr>
      <w:tr w:rsidR="002E7DCF" w:rsidRPr="00717886" w14:paraId="66E81892" w14:textId="77777777">
        <w:trPr>
          <w:cantSplit/>
          <w:jc w:val="center"/>
        </w:trPr>
        <w:tc>
          <w:tcPr>
            <w:tcW w:w="936" w:type="dxa"/>
            <w:shd w:val="clear" w:color="auto" w:fill="F5F7F9"/>
            <w:tcMar>
              <w:top w:w="70" w:type="dxa"/>
              <w:left w:w="95" w:type="dxa"/>
              <w:bottom w:w="70" w:type="dxa"/>
              <w:right w:w="95" w:type="dxa"/>
            </w:tcMar>
            <w:vAlign w:val="center"/>
          </w:tcPr>
          <w:p w14:paraId="5B457B52" w14:textId="77777777" w:rsidR="00423D2F" w:rsidRPr="00717886" w:rsidRDefault="0047346F">
            <w:pPr>
              <w:spacing w:after="0"/>
              <w:jc w:val="center"/>
              <w:rPr>
                <w:rFonts w:cs="Times New Roman"/>
              </w:rPr>
            </w:pPr>
            <w:r w:rsidRPr="00717886">
              <w:rPr>
                <w:rFonts w:cs="Times New Roman"/>
                <w:sz w:val="17"/>
              </w:rPr>
              <w:t>2022</w:t>
            </w:r>
          </w:p>
        </w:tc>
        <w:tc>
          <w:tcPr>
            <w:tcW w:w="1584" w:type="dxa"/>
            <w:shd w:val="clear" w:color="auto" w:fill="F5F7F9"/>
            <w:tcMar>
              <w:top w:w="70" w:type="dxa"/>
              <w:left w:w="95" w:type="dxa"/>
              <w:bottom w:w="70" w:type="dxa"/>
              <w:right w:w="95" w:type="dxa"/>
            </w:tcMar>
            <w:vAlign w:val="center"/>
          </w:tcPr>
          <w:p w14:paraId="1398D8A0" w14:textId="77777777" w:rsidR="00423D2F" w:rsidRPr="00717886" w:rsidRDefault="0047346F">
            <w:pPr>
              <w:spacing w:after="0"/>
              <w:jc w:val="right"/>
              <w:rPr>
                <w:rFonts w:cs="Times New Roman"/>
              </w:rPr>
            </w:pPr>
            <w:r w:rsidRPr="00717886">
              <w:rPr>
                <w:rFonts w:cs="Times New Roman"/>
                <w:sz w:val="17"/>
              </w:rPr>
              <w:t>5,027</w:t>
            </w:r>
          </w:p>
        </w:tc>
        <w:tc>
          <w:tcPr>
            <w:tcW w:w="1152" w:type="dxa"/>
            <w:shd w:val="clear" w:color="auto" w:fill="F5F7F9"/>
            <w:tcMar>
              <w:top w:w="70" w:type="dxa"/>
              <w:left w:w="95" w:type="dxa"/>
              <w:bottom w:w="70" w:type="dxa"/>
              <w:right w:w="95" w:type="dxa"/>
            </w:tcMar>
            <w:vAlign w:val="center"/>
          </w:tcPr>
          <w:p w14:paraId="69BB31D0"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4D72E189" w14:textId="77777777" w:rsidR="00423D2F" w:rsidRPr="00717886" w:rsidRDefault="0047346F">
            <w:pPr>
              <w:spacing w:after="0"/>
              <w:jc w:val="right"/>
              <w:rPr>
                <w:rFonts w:cs="Times New Roman"/>
              </w:rPr>
            </w:pPr>
            <w:r w:rsidRPr="00717886">
              <w:rPr>
                <w:rFonts w:cs="Times New Roman"/>
                <w:sz w:val="17"/>
              </w:rPr>
              <w:t>.073</w:t>
            </w:r>
          </w:p>
        </w:tc>
        <w:tc>
          <w:tcPr>
            <w:tcW w:w="1152" w:type="dxa"/>
            <w:shd w:val="clear" w:color="auto" w:fill="F5F7F9"/>
            <w:tcMar>
              <w:top w:w="70" w:type="dxa"/>
              <w:left w:w="95" w:type="dxa"/>
              <w:bottom w:w="70" w:type="dxa"/>
              <w:right w:w="95" w:type="dxa"/>
            </w:tcMar>
            <w:vAlign w:val="center"/>
          </w:tcPr>
          <w:p w14:paraId="4B4330F7"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6BBA58A8" w14:textId="77777777" w:rsidR="00423D2F" w:rsidRPr="00717886" w:rsidRDefault="0047346F">
            <w:pPr>
              <w:spacing w:after="0"/>
              <w:jc w:val="right"/>
              <w:rPr>
                <w:rFonts w:cs="Times New Roman"/>
              </w:rPr>
            </w:pPr>
            <w:r w:rsidRPr="00717886">
              <w:rPr>
                <w:rFonts w:cs="Times New Roman"/>
                <w:sz w:val="17"/>
              </w:rPr>
              <w:t>.223</w:t>
            </w:r>
          </w:p>
        </w:tc>
      </w:tr>
      <w:tr w:rsidR="002E7DCF" w:rsidRPr="00717886" w14:paraId="1E8AC65F" w14:textId="77777777">
        <w:trPr>
          <w:cantSplit/>
          <w:jc w:val="center"/>
        </w:trPr>
        <w:tc>
          <w:tcPr>
            <w:tcW w:w="936" w:type="dxa"/>
            <w:tcMar>
              <w:top w:w="70" w:type="dxa"/>
              <w:left w:w="95" w:type="dxa"/>
              <w:bottom w:w="70" w:type="dxa"/>
              <w:right w:w="95" w:type="dxa"/>
            </w:tcMar>
            <w:vAlign w:val="center"/>
          </w:tcPr>
          <w:p w14:paraId="71037679" w14:textId="77777777" w:rsidR="00423D2F" w:rsidRPr="00717886" w:rsidRDefault="0047346F">
            <w:pPr>
              <w:spacing w:after="0"/>
              <w:jc w:val="center"/>
              <w:rPr>
                <w:rFonts w:cs="Times New Roman"/>
              </w:rPr>
            </w:pPr>
            <w:r w:rsidRPr="00717886">
              <w:rPr>
                <w:rFonts w:cs="Times New Roman"/>
                <w:sz w:val="17"/>
              </w:rPr>
              <w:t>2023</w:t>
            </w:r>
          </w:p>
        </w:tc>
        <w:tc>
          <w:tcPr>
            <w:tcW w:w="1584" w:type="dxa"/>
            <w:tcMar>
              <w:top w:w="70" w:type="dxa"/>
              <w:left w:w="95" w:type="dxa"/>
              <w:bottom w:w="70" w:type="dxa"/>
              <w:right w:w="95" w:type="dxa"/>
            </w:tcMar>
            <w:vAlign w:val="center"/>
          </w:tcPr>
          <w:p w14:paraId="2CE4ED34" w14:textId="77777777" w:rsidR="00423D2F" w:rsidRPr="00717886" w:rsidRDefault="0047346F">
            <w:pPr>
              <w:spacing w:after="0"/>
              <w:jc w:val="right"/>
              <w:rPr>
                <w:rFonts w:cs="Times New Roman"/>
              </w:rPr>
            </w:pPr>
            <w:r w:rsidRPr="00717886">
              <w:rPr>
                <w:rFonts w:cs="Times New Roman"/>
                <w:sz w:val="17"/>
              </w:rPr>
              <w:t>5,616</w:t>
            </w:r>
          </w:p>
        </w:tc>
        <w:tc>
          <w:tcPr>
            <w:tcW w:w="1152" w:type="dxa"/>
            <w:tcMar>
              <w:top w:w="70" w:type="dxa"/>
              <w:left w:w="95" w:type="dxa"/>
              <w:bottom w:w="70" w:type="dxa"/>
              <w:right w:w="95" w:type="dxa"/>
            </w:tcMar>
            <w:vAlign w:val="center"/>
          </w:tcPr>
          <w:p w14:paraId="656CB76F"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16C60B79" w14:textId="77777777" w:rsidR="00423D2F" w:rsidRPr="00717886" w:rsidRDefault="0047346F">
            <w:pPr>
              <w:spacing w:after="0"/>
              <w:jc w:val="right"/>
              <w:rPr>
                <w:rFonts w:cs="Times New Roman"/>
              </w:rPr>
            </w:pPr>
            <w:r w:rsidRPr="00717886">
              <w:rPr>
                <w:rFonts w:cs="Times New Roman"/>
                <w:sz w:val="17"/>
              </w:rPr>
              <w:t>.162</w:t>
            </w:r>
          </w:p>
        </w:tc>
        <w:tc>
          <w:tcPr>
            <w:tcW w:w="1152" w:type="dxa"/>
            <w:tcMar>
              <w:top w:w="70" w:type="dxa"/>
              <w:left w:w="95" w:type="dxa"/>
              <w:bottom w:w="70" w:type="dxa"/>
              <w:right w:w="95" w:type="dxa"/>
            </w:tcMar>
            <w:vAlign w:val="center"/>
          </w:tcPr>
          <w:p w14:paraId="46B2D4E2"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559DB738" w14:textId="77777777" w:rsidR="00423D2F" w:rsidRPr="00717886" w:rsidRDefault="0047346F">
            <w:pPr>
              <w:spacing w:after="0"/>
              <w:jc w:val="right"/>
              <w:rPr>
                <w:rFonts w:cs="Times New Roman"/>
              </w:rPr>
            </w:pPr>
            <w:r w:rsidRPr="00717886">
              <w:rPr>
                <w:rFonts w:cs="Times New Roman"/>
                <w:sz w:val="17"/>
              </w:rPr>
              <w:t>.282</w:t>
            </w:r>
          </w:p>
        </w:tc>
      </w:tr>
      <w:tr w:rsidR="002E7DCF" w:rsidRPr="00717886" w14:paraId="63BDC1BA" w14:textId="77777777">
        <w:trPr>
          <w:cantSplit/>
          <w:jc w:val="center"/>
        </w:trPr>
        <w:tc>
          <w:tcPr>
            <w:tcW w:w="936" w:type="dxa"/>
            <w:shd w:val="clear" w:color="auto" w:fill="F5F7F9"/>
            <w:tcMar>
              <w:top w:w="70" w:type="dxa"/>
              <w:left w:w="95" w:type="dxa"/>
              <w:bottom w:w="70" w:type="dxa"/>
              <w:right w:w="95" w:type="dxa"/>
            </w:tcMar>
            <w:vAlign w:val="center"/>
          </w:tcPr>
          <w:p w14:paraId="4CE8FAFC" w14:textId="77777777" w:rsidR="00423D2F" w:rsidRPr="00717886" w:rsidRDefault="0047346F">
            <w:pPr>
              <w:spacing w:after="0"/>
              <w:jc w:val="center"/>
              <w:rPr>
                <w:rFonts w:cs="Times New Roman"/>
              </w:rPr>
            </w:pPr>
            <w:r w:rsidRPr="00717886">
              <w:rPr>
                <w:rFonts w:cs="Times New Roman"/>
                <w:sz w:val="17"/>
              </w:rPr>
              <w:t>2024</w:t>
            </w:r>
          </w:p>
        </w:tc>
        <w:tc>
          <w:tcPr>
            <w:tcW w:w="1584" w:type="dxa"/>
            <w:shd w:val="clear" w:color="auto" w:fill="F5F7F9"/>
            <w:tcMar>
              <w:top w:w="70" w:type="dxa"/>
              <w:left w:w="95" w:type="dxa"/>
              <w:bottom w:w="70" w:type="dxa"/>
              <w:right w:w="95" w:type="dxa"/>
            </w:tcMar>
            <w:vAlign w:val="center"/>
          </w:tcPr>
          <w:p w14:paraId="20F17289" w14:textId="77777777" w:rsidR="00423D2F" w:rsidRPr="00717886" w:rsidRDefault="0047346F">
            <w:pPr>
              <w:spacing w:after="0"/>
              <w:jc w:val="right"/>
              <w:rPr>
                <w:rFonts w:cs="Times New Roman"/>
              </w:rPr>
            </w:pPr>
            <w:r w:rsidRPr="00717886">
              <w:rPr>
                <w:rFonts w:cs="Times New Roman"/>
                <w:sz w:val="17"/>
              </w:rPr>
              <w:t>5,725</w:t>
            </w:r>
          </w:p>
        </w:tc>
        <w:tc>
          <w:tcPr>
            <w:tcW w:w="1152" w:type="dxa"/>
            <w:shd w:val="clear" w:color="auto" w:fill="F5F7F9"/>
            <w:tcMar>
              <w:top w:w="70" w:type="dxa"/>
              <w:left w:w="95" w:type="dxa"/>
              <w:bottom w:w="70" w:type="dxa"/>
              <w:right w:w="95" w:type="dxa"/>
            </w:tcMar>
            <w:vAlign w:val="center"/>
          </w:tcPr>
          <w:p w14:paraId="69C3B534"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140B7804" w14:textId="77777777" w:rsidR="00423D2F" w:rsidRPr="00717886" w:rsidRDefault="0047346F">
            <w:pPr>
              <w:spacing w:after="0"/>
              <w:jc w:val="right"/>
              <w:rPr>
                <w:rFonts w:cs="Times New Roman"/>
              </w:rPr>
            </w:pPr>
            <w:r w:rsidRPr="00717886">
              <w:rPr>
                <w:rFonts w:cs="Times New Roman"/>
                <w:sz w:val="17"/>
              </w:rPr>
              <w:t>.061</w:t>
            </w:r>
          </w:p>
        </w:tc>
        <w:tc>
          <w:tcPr>
            <w:tcW w:w="1152" w:type="dxa"/>
            <w:shd w:val="clear" w:color="auto" w:fill="F5F7F9"/>
            <w:tcMar>
              <w:top w:w="70" w:type="dxa"/>
              <w:left w:w="95" w:type="dxa"/>
              <w:bottom w:w="70" w:type="dxa"/>
              <w:right w:w="95" w:type="dxa"/>
            </w:tcMar>
            <w:vAlign w:val="center"/>
          </w:tcPr>
          <w:p w14:paraId="1707E90E" w14:textId="77777777" w:rsidR="00423D2F" w:rsidRPr="00717886" w:rsidRDefault="0047346F">
            <w:pPr>
              <w:spacing w:after="0"/>
              <w:jc w:val="right"/>
              <w:rPr>
                <w:rFonts w:cs="Times New Roman"/>
              </w:rPr>
            </w:pPr>
            <w:r w:rsidRPr="00717886">
              <w:rPr>
                <w:rFonts w:cs="Times New Roman"/>
                <w:sz w:val="17"/>
              </w:rPr>
              <w:t>38</w:t>
            </w:r>
          </w:p>
        </w:tc>
        <w:tc>
          <w:tcPr>
            <w:tcW w:w="1800" w:type="dxa"/>
            <w:shd w:val="clear" w:color="auto" w:fill="F5F7F9"/>
            <w:tcMar>
              <w:top w:w="70" w:type="dxa"/>
              <w:left w:w="95" w:type="dxa"/>
              <w:bottom w:w="70" w:type="dxa"/>
              <w:right w:w="95" w:type="dxa"/>
            </w:tcMar>
            <w:vAlign w:val="center"/>
          </w:tcPr>
          <w:p w14:paraId="25846906" w14:textId="77777777" w:rsidR="00423D2F" w:rsidRPr="00717886" w:rsidRDefault="0047346F">
            <w:pPr>
              <w:spacing w:after="0"/>
              <w:jc w:val="right"/>
              <w:rPr>
                <w:rFonts w:cs="Times New Roman"/>
              </w:rPr>
            </w:pPr>
            <w:r w:rsidRPr="00717886">
              <w:rPr>
                <w:rFonts w:cs="Times New Roman"/>
                <w:sz w:val="17"/>
              </w:rPr>
              <w:t>.325</w:t>
            </w:r>
          </w:p>
        </w:tc>
      </w:tr>
      <w:tr w:rsidR="002E7DCF" w:rsidRPr="00717886" w14:paraId="4C5D8948" w14:textId="77777777">
        <w:trPr>
          <w:cantSplit/>
          <w:jc w:val="center"/>
        </w:trPr>
        <w:tc>
          <w:tcPr>
            <w:tcW w:w="936" w:type="dxa"/>
            <w:tcMar>
              <w:top w:w="70" w:type="dxa"/>
              <w:left w:w="95" w:type="dxa"/>
              <w:bottom w:w="70" w:type="dxa"/>
              <w:right w:w="95" w:type="dxa"/>
            </w:tcMar>
            <w:vAlign w:val="center"/>
          </w:tcPr>
          <w:p w14:paraId="01BDDF68" w14:textId="77777777" w:rsidR="00423D2F" w:rsidRPr="00717886" w:rsidRDefault="0047346F">
            <w:pPr>
              <w:spacing w:after="0"/>
              <w:jc w:val="center"/>
              <w:rPr>
                <w:rFonts w:cs="Times New Roman"/>
              </w:rPr>
            </w:pPr>
            <w:r w:rsidRPr="00717886">
              <w:rPr>
                <w:rFonts w:cs="Times New Roman"/>
                <w:sz w:val="17"/>
              </w:rPr>
              <w:t>2025</w:t>
            </w:r>
          </w:p>
        </w:tc>
        <w:tc>
          <w:tcPr>
            <w:tcW w:w="1584" w:type="dxa"/>
            <w:tcMar>
              <w:top w:w="70" w:type="dxa"/>
              <w:left w:w="95" w:type="dxa"/>
              <w:bottom w:w="70" w:type="dxa"/>
              <w:right w:w="95" w:type="dxa"/>
            </w:tcMar>
            <w:vAlign w:val="center"/>
          </w:tcPr>
          <w:p w14:paraId="6C303C4B" w14:textId="77777777" w:rsidR="00423D2F" w:rsidRPr="00717886" w:rsidRDefault="0047346F">
            <w:pPr>
              <w:spacing w:after="0"/>
              <w:jc w:val="right"/>
              <w:rPr>
                <w:rFonts w:cs="Times New Roman"/>
              </w:rPr>
            </w:pPr>
            <w:r w:rsidRPr="00717886">
              <w:rPr>
                <w:rFonts w:cs="Times New Roman"/>
                <w:sz w:val="17"/>
              </w:rPr>
              <w:t>6,912</w:t>
            </w:r>
          </w:p>
        </w:tc>
        <w:tc>
          <w:tcPr>
            <w:tcW w:w="1152" w:type="dxa"/>
            <w:tcMar>
              <w:top w:w="70" w:type="dxa"/>
              <w:left w:w="95" w:type="dxa"/>
              <w:bottom w:w="70" w:type="dxa"/>
              <w:right w:w="95" w:type="dxa"/>
            </w:tcMar>
            <w:vAlign w:val="center"/>
          </w:tcPr>
          <w:p w14:paraId="11860D33"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5EB522FC" w14:textId="77777777" w:rsidR="00423D2F" w:rsidRPr="00717886" w:rsidRDefault="0047346F">
            <w:pPr>
              <w:spacing w:after="0"/>
              <w:jc w:val="right"/>
              <w:rPr>
                <w:rFonts w:cs="Times New Roman"/>
              </w:rPr>
            </w:pPr>
            <w:r w:rsidRPr="00717886">
              <w:rPr>
                <w:rFonts w:cs="Times New Roman"/>
                <w:sz w:val="17"/>
              </w:rPr>
              <w:t>.144</w:t>
            </w:r>
          </w:p>
        </w:tc>
        <w:tc>
          <w:tcPr>
            <w:tcW w:w="1152" w:type="dxa"/>
            <w:tcMar>
              <w:top w:w="70" w:type="dxa"/>
              <w:left w:w="95" w:type="dxa"/>
              <w:bottom w:w="70" w:type="dxa"/>
              <w:right w:w="95" w:type="dxa"/>
            </w:tcMar>
            <w:vAlign w:val="center"/>
          </w:tcPr>
          <w:p w14:paraId="660C05FF" w14:textId="77777777" w:rsidR="00423D2F" w:rsidRPr="00717886" w:rsidRDefault="0047346F">
            <w:pPr>
              <w:spacing w:after="0"/>
              <w:jc w:val="right"/>
              <w:rPr>
                <w:rFonts w:cs="Times New Roman"/>
              </w:rPr>
            </w:pPr>
            <w:r w:rsidRPr="00717886">
              <w:rPr>
                <w:rFonts w:cs="Times New Roman"/>
                <w:sz w:val="17"/>
              </w:rPr>
              <w:t>38</w:t>
            </w:r>
          </w:p>
        </w:tc>
        <w:tc>
          <w:tcPr>
            <w:tcW w:w="1800" w:type="dxa"/>
            <w:tcMar>
              <w:top w:w="70" w:type="dxa"/>
              <w:left w:w="95" w:type="dxa"/>
              <w:bottom w:w="70" w:type="dxa"/>
              <w:right w:w="95" w:type="dxa"/>
            </w:tcMar>
            <w:vAlign w:val="center"/>
          </w:tcPr>
          <w:p w14:paraId="764EE96A" w14:textId="77777777" w:rsidR="00423D2F" w:rsidRPr="00717886" w:rsidRDefault="0047346F">
            <w:pPr>
              <w:spacing w:after="0"/>
              <w:jc w:val="right"/>
              <w:rPr>
                <w:rFonts w:cs="Times New Roman"/>
              </w:rPr>
            </w:pPr>
            <w:r w:rsidRPr="00717886">
              <w:rPr>
                <w:rFonts w:cs="Times New Roman"/>
                <w:sz w:val="17"/>
              </w:rPr>
              <w:t>.462</w:t>
            </w:r>
          </w:p>
        </w:tc>
      </w:tr>
    </w:tbl>
    <w:p w14:paraId="3B688013" w14:textId="77777777" w:rsidR="002E7DCF" w:rsidRPr="00717886" w:rsidRDefault="002E7DCF">
      <w:pPr>
        <w:spacing w:after="0"/>
        <w:rPr>
          <w:rFonts w:cs="Times New Roman"/>
        </w:rPr>
      </w:pPr>
    </w:p>
    <w:p w14:paraId="3306287A" w14:textId="77777777" w:rsidR="002E7DCF" w:rsidRPr="00717886" w:rsidRDefault="00A11917">
      <w:pPr>
        <w:keepNext/>
        <w:spacing w:before="100" w:after="80"/>
        <w:rPr>
          <w:rFonts w:cs="Times New Roman"/>
        </w:rPr>
      </w:pPr>
      <w:r w:rsidRPr="00717886">
        <w:rPr>
          <w:rFonts w:cs="Times New Roman"/>
          <w:b/>
          <w:i/>
        </w:rPr>
        <w:t>Panel B. Annual collaboration-rate means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936"/>
        <w:gridCol w:w="2520"/>
        <w:gridCol w:w="2736"/>
        <w:gridCol w:w="2088"/>
        <w:gridCol w:w="2088"/>
      </w:tblGrid>
      <w:tr w:rsidR="002E7DCF" w:rsidRPr="00717886" w14:paraId="174387A4" w14:textId="77777777">
        <w:trPr>
          <w:cantSplit/>
          <w:tblHeader/>
          <w:jc w:val="center"/>
        </w:trPr>
        <w:tc>
          <w:tcPr>
            <w:tcW w:w="936" w:type="dxa"/>
            <w:shd w:val="clear" w:color="auto" w:fill="D9EAF7"/>
            <w:tcMar>
              <w:top w:w="70" w:type="dxa"/>
              <w:left w:w="95" w:type="dxa"/>
              <w:bottom w:w="70" w:type="dxa"/>
              <w:right w:w="95" w:type="dxa"/>
            </w:tcMar>
            <w:vAlign w:val="center"/>
          </w:tcPr>
          <w:p w14:paraId="0E4BA66B" w14:textId="77777777" w:rsidR="00423D2F" w:rsidRPr="00717886" w:rsidRDefault="0047346F">
            <w:pPr>
              <w:spacing w:after="0"/>
              <w:jc w:val="center"/>
              <w:rPr>
                <w:rFonts w:cs="Times New Roman"/>
              </w:rPr>
            </w:pPr>
            <w:r w:rsidRPr="00717886">
              <w:rPr>
                <w:rFonts w:cs="Times New Roman"/>
                <w:b/>
                <w:sz w:val="16"/>
              </w:rPr>
              <w:t>Year</w:t>
            </w:r>
          </w:p>
        </w:tc>
        <w:tc>
          <w:tcPr>
            <w:tcW w:w="2520" w:type="dxa"/>
            <w:shd w:val="clear" w:color="auto" w:fill="D9EAF7"/>
            <w:tcMar>
              <w:top w:w="70" w:type="dxa"/>
              <w:left w:w="95" w:type="dxa"/>
              <w:bottom w:w="70" w:type="dxa"/>
              <w:right w:w="95" w:type="dxa"/>
            </w:tcMar>
            <w:vAlign w:val="center"/>
          </w:tcPr>
          <w:p w14:paraId="073BFF09" w14:textId="77777777" w:rsidR="00423D2F" w:rsidRPr="00717886" w:rsidRDefault="0047346F">
            <w:pPr>
              <w:spacing w:after="0"/>
              <w:jc w:val="right"/>
              <w:rPr>
                <w:rFonts w:cs="Times New Roman"/>
              </w:rPr>
            </w:pPr>
            <w:r w:rsidRPr="00717886">
              <w:rPr>
                <w:rFonts w:cs="Times New Roman"/>
                <w:b/>
                <w:sz w:val="16"/>
              </w:rPr>
              <w:t>External academic/research rate</w:t>
            </w:r>
          </w:p>
        </w:tc>
        <w:tc>
          <w:tcPr>
            <w:tcW w:w="2736" w:type="dxa"/>
            <w:shd w:val="clear" w:color="auto" w:fill="D9EAF7"/>
            <w:tcMar>
              <w:top w:w="70" w:type="dxa"/>
              <w:left w:w="95" w:type="dxa"/>
              <w:bottom w:w="70" w:type="dxa"/>
              <w:right w:w="95" w:type="dxa"/>
            </w:tcMar>
            <w:vAlign w:val="center"/>
          </w:tcPr>
          <w:p w14:paraId="23B3BD89" w14:textId="77777777" w:rsidR="00423D2F" w:rsidRPr="00717886" w:rsidRDefault="0047346F">
            <w:pPr>
              <w:spacing w:after="0"/>
              <w:jc w:val="right"/>
              <w:rPr>
                <w:rFonts w:cs="Times New Roman"/>
              </w:rPr>
            </w:pPr>
            <w:r w:rsidRPr="00717886">
              <w:rPr>
                <w:rFonts w:cs="Times New Roman"/>
                <w:b/>
                <w:sz w:val="16"/>
              </w:rPr>
              <w:t>International academic/research rate</w:t>
            </w:r>
          </w:p>
        </w:tc>
        <w:tc>
          <w:tcPr>
            <w:tcW w:w="2088" w:type="dxa"/>
            <w:shd w:val="clear" w:color="auto" w:fill="D9EAF7"/>
            <w:tcMar>
              <w:top w:w="70" w:type="dxa"/>
              <w:left w:w="95" w:type="dxa"/>
              <w:bottom w:w="70" w:type="dxa"/>
              <w:right w:w="95" w:type="dxa"/>
            </w:tcMar>
            <w:vAlign w:val="center"/>
          </w:tcPr>
          <w:p w14:paraId="417AEC43" w14:textId="77777777" w:rsidR="00423D2F" w:rsidRPr="00717886" w:rsidRDefault="0047346F">
            <w:pPr>
              <w:spacing w:after="0"/>
              <w:jc w:val="right"/>
              <w:rPr>
                <w:rFonts w:cs="Times New Roman"/>
              </w:rPr>
            </w:pPr>
            <w:r w:rsidRPr="00717886">
              <w:rPr>
                <w:rFonts w:cs="Times New Roman"/>
                <w:b/>
                <w:sz w:val="16"/>
              </w:rPr>
              <w:t>Company coauthorship rate</w:t>
            </w:r>
          </w:p>
        </w:tc>
        <w:tc>
          <w:tcPr>
            <w:tcW w:w="2088" w:type="dxa"/>
            <w:shd w:val="clear" w:color="auto" w:fill="D9EAF7"/>
            <w:tcMar>
              <w:top w:w="70" w:type="dxa"/>
              <w:left w:w="95" w:type="dxa"/>
              <w:bottom w:w="70" w:type="dxa"/>
              <w:right w:w="95" w:type="dxa"/>
            </w:tcMar>
            <w:vAlign w:val="center"/>
          </w:tcPr>
          <w:p w14:paraId="23C6A8B9" w14:textId="77777777" w:rsidR="00423D2F" w:rsidRPr="00717886" w:rsidRDefault="0047346F">
            <w:pPr>
              <w:spacing w:after="0"/>
              <w:jc w:val="right"/>
              <w:rPr>
                <w:rFonts w:cs="Times New Roman"/>
              </w:rPr>
            </w:pPr>
            <w:r w:rsidRPr="00717886">
              <w:rPr>
                <w:rFonts w:cs="Times New Roman"/>
                <w:b/>
                <w:sz w:val="16"/>
              </w:rPr>
              <w:t>Government collaboration rate</w:t>
            </w:r>
          </w:p>
        </w:tc>
      </w:tr>
      <w:tr w:rsidR="002E7DCF" w:rsidRPr="00717886" w14:paraId="76A48469" w14:textId="77777777">
        <w:trPr>
          <w:cantSplit/>
          <w:jc w:val="center"/>
        </w:trPr>
        <w:tc>
          <w:tcPr>
            <w:tcW w:w="936" w:type="dxa"/>
            <w:tcMar>
              <w:top w:w="70" w:type="dxa"/>
              <w:left w:w="95" w:type="dxa"/>
              <w:bottom w:w="70" w:type="dxa"/>
              <w:right w:w="95" w:type="dxa"/>
            </w:tcMar>
            <w:vAlign w:val="center"/>
          </w:tcPr>
          <w:p w14:paraId="14B76E88" w14:textId="77777777" w:rsidR="00423D2F" w:rsidRPr="00717886" w:rsidRDefault="0047346F">
            <w:pPr>
              <w:spacing w:after="0"/>
              <w:jc w:val="center"/>
              <w:rPr>
                <w:rFonts w:cs="Times New Roman"/>
              </w:rPr>
            </w:pPr>
            <w:r w:rsidRPr="00717886">
              <w:rPr>
                <w:rFonts w:cs="Times New Roman"/>
                <w:sz w:val="16"/>
              </w:rPr>
              <w:t>2015</w:t>
            </w:r>
          </w:p>
        </w:tc>
        <w:tc>
          <w:tcPr>
            <w:tcW w:w="2520" w:type="dxa"/>
            <w:tcMar>
              <w:top w:w="70" w:type="dxa"/>
              <w:left w:w="95" w:type="dxa"/>
              <w:bottom w:w="70" w:type="dxa"/>
              <w:right w:w="95" w:type="dxa"/>
            </w:tcMar>
            <w:vAlign w:val="center"/>
          </w:tcPr>
          <w:p w14:paraId="5C18039D" w14:textId="77777777" w:rsidR="00423D2F" w:rsidRPr="00717886" w:rsidRDefault="0047346F">
            <w:pPr>
              <w:spacing w:after="0"/>
              <w:jc w:val="right"/>
              <w:rPr>
                <w:rFonts w:cs="Times New Roman"/>
              </w:rPr>
            </w:pPr>
            <w:r w:rsidRPr="00717886">
              <w:rPr>
                <w:rFonts w:cs="Times New Roman"/>
                <w:sz w:val="16"/>
              </w:rPr>
              <w:t>.477</w:t>
            </w:r>
          </w:p>
        </w:tc>
        <w:tc>
          <w:tcPr>
            <w:tcW w:w="2736" w:type="dxa"/>
            <w:tcMar>
              <w:top w:w="70" w:type="dxa"/>
              <w:left w:w="95" w:type="dxa"/>
              <w:bottom w:w="70" w:type="dxa"/>
              <w:right w:w="95" w:type="dxa"/>
            </w:tcMar>
            <w:vAlign w:val="center"/>
          </w:tcPr>
          <w:p w14:paraId="204F7E52" w14:textId="77777777" w:rsidR="00423D2F" w:rsidRPr="00717886" w:rsidRDefault="0047346F">
            <w:pPr>
              <w:spacing w:after="0"/>
              <w:jc w:val="right"/>
              <w:rPr>
                <w:rFonts w:cs="Times New Roman"/>
              </w:rPr>
            </w:pPr>
            <w:r w:rsidRPr="00717886">
              <w:rPr>
                <w:rFonts w:cs="Times New Roman"/>
                <w:sz w:val="16"/>
              </w:rPr>
              <w:t>.268</w:t>
            </w:r>
          </w:p>
        </w:tc>
        <w:tc>
          <w:tcPr>
            <w:tcW w:w="2088" w:type="dxa"/>
            <w:tcMar>
              <w:top w:w="70" w:type="dxa"/>
              <w:left w:w="95" w:type="dxa"/>
              <w:bottom w:w="70" w:type="dxa"/>
              <w:right w:w="95" w:type="dxa"/>
            </w:tcMar>
            <w:vAlign w:val="center"/>
          </w:tcPr>
          <w:p w14:paraId="24ADD2ED" w14:textId="77777777" w:rsidR="00423D2F" w:rsidRPr="00717886" w:rsidRDefault="0047346F">
            <w:pPr>
              <w:spacing w:after="0"/>
              <w:jc w:val="right"/>
              <w:rPr>
                <w:rFonts w:cs="Times New Roman"/>
              </w:rPr>
            </w:pPr>
            <w:r w:rsidRPr="00717886">
              <w:rPr>
                <w:rFonts w:cs="Times New Roman"/>
                <w:sz w:val="16"/>
              </w:rPr>
              <w:t>.078</w:t>
            </w:r>
          </w:p>
        </w:tc>
        <w:tc>
          <w:tcPr>
            <w:tcW w:w="2088" w:type="dxa"/>
            <w:tcMar>
              <w:top w:w="70" w:type="dxa"/>
              <w:left w:w="95" w:type="dxa"/>
              <w:bottom w:w="70" w:type="dxa"/>
              <w:right w:w="95" w:type="dxa"/>
            </w:tcMar>
            <w:vAlign w:val="center"/>
          </w:tcPr>
          <w:p w14:paraId="3B819E59" w14:textId="77777777" w:rsidR="00423D2F" w:rsidRPr="00717886" w:rsidRDefault="0047346F">
            <w:pPr>
              <w:spacing w:after="0"/>
              <w:jc w:val="right"/>
              <w:rPr>
                <w:rFonts w:cs="Times New Roman"/>
              </w:rPr>
            </w:pPr>
            <w:r w:rsidRPr="00717886">
              <w:rPr>
                <w:rFonts w:cs="Times New Roman"/>
                <w:sz w:val="16"/>
              </w:rPr>
              <w:t>.050</w:t>
            </w:r>
          </w:p>
        </w:tc>
      </w:tr>
      <w:tr w:rsidR="002E7DCF" w:rsidRPr="00717886" w14:paraId="25306575" w14:textId="77777777">
        <w:trPr>
          <w:cantSplit/>
          <w:jc w:val="center"/>
        </w:trPr>
        <w:tc>
          <w:tcPr>
            <w:tcW w:w="936" w:type="dxa"/>
            <w:shd w:val="clear" w:color="auto" w:fill="F5F7F9"/>
            <w:tcMar>
              <w:top w:w="70" w:type="dxa"/>
              <w:left w:w="95" w:type="dxa"/>
              <w:bottom w:w="70" w:type="dxa"/>
              <w:right w:w="95" w:type="dxa"/>
            </w:tcMar>
            <w:vAlign w:val="center"/>
          </w:tcPr>
          <w:p w14:paraId="2078A64F" w14:textId="77777777" w:rsidR="00423D2F" w:rsidRPr="00717886" w:rsidRDefault="0047346F">
            <w:pPr>
              <w:spacing w:after="0"/>
              <w:jc w:val="center"/>
              <w:rPr>
                <w:rFonts w:cs="Times New Roman"/>
              </w:rPr>
            </w:pPr>
            <w:r w:rsidRPr="00717886">
              <w:rPr>
                <w:rFonts w:cs="Times New Roman"/>
                <w:sz w:val="16"/>
              </w:rPr>
              <w:t>2016</w:t>
            </w:r>
          </w:p>
        </w:tc>
        <w:tc>
          <w:tcPr>
            <w:tcW w:w="2520" w:type="dxa"/>
            <w:shd w:val="clear" w:color="auto" w:fill="F5F7F9"/>
            <w:tcMar>
              <w:top w:w="70" w:type="dxa"/>
              <w:left w:w="95" w:type="dxa"/>
              <w:bottom w:w="70" w:type="dxa"/>
              <w:right w:w="95" w:type="dxa"/>
            </w:tcMar>
            <w:vAlign w:val="center"/>
          </w:tcPr>
          <w:p w14:paraId="4F90E968" w14:textId="77777777" w:rsidR="00423D2F" w:rsidRPr="00717886" w:rsidRDefault="0047346F">
            <w:pPr>
              <w:spacing w:after="0"/>
              <w:jc w:val="right"/>
              <w:rPr>
                <w:rFonts w:cs="Times New Roman"/>
              </w:rPr>
            </w:pPr>
            <w:r w:rsidRPr="00717886">
              <w:rPr>
                <w:rFonts w:cs="Times New Roman"/>
                <w:sz w:val="16"/>
              </w:rPr>
              <w:t>.470</w:t>
            </w:r>
          </w:p>
        </w:tc>
        <w:tc>
          <w:tcPr>
            <w:tcW w:w="2736" w:type="dxa"/>
            <w:shd w:val="clear" w:color="auto" w:fill="F5F7F9"/>
            <w:tcMar>
              <w:top w:w="70" w:type="dxa"/>
              <w:left w:w="95" w:type="dxa"/>
              <w:bottom w:w="70" w:type="dxa"/>
              <w:right w:w="95" w:type="dxa"/>
            </w:tcMar>
            <w:vAlign w:val="center"/>
          </w:tcPr>
          <w:p w14:paraId="05572A47" w14:textId="77777777" w:rsidR="00423D2F" w:rsidRPr="00717886" w:rsidRDefault="0047346F">
            <w:pPr>
              <w:spacing w:after="0"/>
              <w:jc w:val="right"/>
              <w:rPr>
                <w:rFonts w:cs="Times New Roman"/>
              </w:rPr>
            </w:pPr>
            <w:r w:rsidRPr="00717886">
              <w:rPr>
                <w:rFonts w:cs="Times New Roman"/>
                <w:sz w:val="16"/>
              </w:rPr>
              <w:t>.294</w:t>
            </w:r>
          </w:p>
        </w:tc>
        <w:tc>
          <w:tcPr>
            <w:tcW w:w="2088" w:type="dxa"/>
            <w:shd w:val="clear" w:color="auto" w:fill="F5F7F9"/>
            <w:tcMar>
              <w:top w:w="70" w:type="dxa"/>
              <w:left w:w="95" w:type="dxa"/>
              <w:bottom w:w="70" w:type="dxa"/>
              <w:right w:w="95" w:type="dxa"/>
            </w:tcMar>
            <w:vAlign w:val="center"/>
          </w:tcPr>
          <w:p w14:paraId="7BFDA40E" w14:textId="77777777" w:rsidR="00423D2F" w:rsidRPr="00717886" w:rsidRDefault="0047346F">
            <w:pPr>
              <w:spacing w:after="0"/>
              <w:jc w:val="right"/>
              <w:rPr>
                <w:rFonts w:cs="Times New Roman"/>
              </w:rPr>
            </w:pPr>
            <w:r w:rsidRPr="00717886">
              <w:rPr>
                <w:rFonts w:cs="Times New Roman"/>
                <w:sz w:val="16"/>
              </w:rPr>
              <w:t>.098</w:t>
            </w:r>
          </w:p>
        </w:tc>
        <w:tc>
          <w:tcPr>
            <w:tcW w:w="2088" w:type="dxa"/>
            <w:shd w:val="clear" w:color="auto" w:fill="F5F7F9"/>
            <w:tcMar>
              <w:top w:w="70" w:type="dxa"/>
              <w:left w:w="95" w:type="dxa"/>
              <w:bottom w:w="70" w:type="dxa"/>
              <w:right w:w="95" w:type="dxa"/>
            </w:tcMar>
            <w:vAlign w:val="center"/>
          </w:tcPr>
          <w:p w14:paraId="4C8BAB1D" w14:textId="77777777" w:rsidR="00423D2F" w:rsidRPr="00717886" w:rsidRDefault="0047346F">
            <w:pPr>
              <w:spacing w:after="0"/>
              <w:jc w:val="right"/>
              <w:rPr>
                <w:rFonts w:cs="Times New Roman"/>
              </w:rPr>
            </w:pPr>
            <w:r w:rsidRPr="00717886">
              <w:rPr>
                <w:rFonts w:cs="Times New Roman"/>
                <w:sz w:val="16"/>
              </w:rPr>
              <w:t>.062</w:t>
            </w:r>
          </w:p>
        </w:tc>
      </w:tr>
      <w:tr w:rsidR="002E7DCF" w:rsidRPr="00717886" w14:paraId="30422404" w14:textId="77777777">
        <w:trPr>
          <w:cantSplit/>
          <w:jc w:val="center"/>
        </w:trPr>
        <w:tc>
          <w:tcPr>
            <w:tcW w:w="936" w:type="dxa"/>
            <w:tcMar>
              <w:top w:w="70" w:type="dxa"/>
              <w:left w:w="95" w:type="dxa"/>
              <w:bottom w:w="70" w:type="dxa"/>
              <w:right w:w="95" w:type="dxa"/>
            </w:tcMar>
            <w:vAlign w:val="center"/>
          </w:tcPr>
          <w:p w14:paraId="4CB0FEE3" w14:textId="77777777" w:rsidR="00423D2F" w:rsidRPr="00717886" w:rsidRDefault="0047346F">
            <w:pPr>
              <w:spacing w:after="0"/>
              <w:jc w:val="center"/>
              <w:rPr>
                <w:rFonts w:cs="Times New Roman"/>
              </w:rPr>
            </w:pPr>
            <w:r w:rsidRPr="00717886">
              <w:rPr>
                <w:rFonts w:cs="Times New Roman"/>
                <w:sz w:val="16"/>
              </w:rPr>
              <w:t>2017</w:t>
            </w:r>
          </w:p>
        </w:tc>
        <w:tc>
          <w:tcPr>
            <w:tcW w:w="2520" w:type="dxa"/>
            <w:tcMar>
              <w:top w:w="70" w:type="dxa"/>
              <w:left w:w="95" w:type="dxa"/>
              <w:bottom w:w="70" w:type="dxa"/>
              <w:right w:w="95" w:type="dxa"/>
            </w:tcMar>
            <w:vAlign w:val="center"/>
          </w:tcPr>
          <w:p w14:paraId="3D2F2BF2" w14:textId="77777777" w:rsidR="00423D2F" w:rsidRPr="00717886" w:rsidRDefault="0047346F">
            <w:pPr>
              <w:spacing w:after="0"/>
              <w:jc w:val="right"/>
              <w:rPr>
                <w:rFonts w:cs="Times New Roman"/>
              </w:rPr>
            </w:pPr>
            <w:r w:rsidRPr="00717886">
              <w:rPr>
                <w:rFonts w:cs="Times New Roman"/>
                <w:sz w:val="16"/>
              </w:rPr>
              <w:t>.496</w:t>
            </w:r>
          </w:p>
        </w:tc>
        <w:tc>
          <w:tcPr>
            <w:tcW w:w="2736" w:type="dxa"/>
            <w:tcMar>
              <w:top w:w="70" w:type="dxa"/>
              <w:left w:w="95" w:type="dxa"/>
              <w:bottom w:w="70" w:type="dxa"/>
              <w:right w:w="95" w:type="dxa"/>
            </w:tcMar>
            <w:vAlign w:val="center"/>
          </w:tcPr>
          <w:p w14:paraId="55B5C8D1" w14:textId="77777777" w:rsidR="00423D2F" w:rsidRPr="00717886" w:rsidRDefault="0047346F">
            <w:pPr>
              <w:spacing w:after="0"/>
              <w:jc w:val="right"/>
              <w:rPr>
                <w:rFonts w:cs="Times New Roman"/>
              </w:rPr>
            </w:pPr>
            <w:r w:rsidRPr="00717886">
              <w:rPr>
                <w:rFonts w:cs="Times New Roman"/>
                <w:sz w:val="16"/>
              </w:rPr>
              <w:t>.302</w:t>
            </w:r>
          </w:p>
        </w:tc>
        <w:tc>
          <w:tcPr>
            <w:tcW w:w="2088" w:type="dxa"/>
            <w:tcMar>
              <w:top w:w="70" w:type="dxa"/>
              <w:left w:w="95" w:type="dxa"/>
              <w:bottom w:w="70" w:type="dxa"/>
              <w:right w:w="95" w:type="dxa"/>
            </w:tcMar>
            <w:vAlign w:val="center"/>
          </w:tcPr>
          <w:p w14:paraId="39E5D4F7" w14:textId="77777777" w:rsidR="00423D2F" w:rsidRPr="00717886" w:rsidRDefault="0047346F">
            <w:pPr>
              <w:spacing w:after="0"/>
              <w:jc w:val="right"/>
              <w:rPr>
                <w:rFonts w:cs="Times New Roman"/>
              </w:rPr>
            </w:pPr>
            <w:r w:rsidRPr="00717886">
              <w:rPr>
                <w:rFonts w:cs="Times New Roman"/>
                <w:sz w:val="16"/>
              </w:rPr>
              <w:t>.089</w:t>
            </w:r>
          </w:p>
        </w:tc>
        <w:tc>
          <w:tcPr>
            <w:tcW w:w="2088" w:type="dxa"/>
            <w:tcMar>
              <w:top w:w="70" w:type="dxa"/>
              <w:left w:w="95" w:type="dxa"/>
              <w:bottom w:w="70" w:type="dxa"/>
              <w:right w:w="95" w:type="dxa"/>
            </w:tcMar>
            <w:vAlign w:val="center"/>
          </w:tcPr>
          <w:p w14:paraId="4127D5CE" w14:textId="77777777" w:rsidR="00423D2F" w:rsidRPr="00717886" w:rsidRDefault="0047346F">
            <w:pPr>
              <w:spacing w:after="0"/>
              <w:jc w:val="right"/>
              <w:rPr>
                <w:rFonts w:cs="Times New Roman"/>
              </w:rPr>
            </w:pPr>
            <w:r w:rsidRPr="00717886">
              <w:rPr>
                <w:rFonts w:cs="Times New Roman"/>
                <w:sz w:val="16"/>
              </w:rPr>
              <w:t>.066</w:t>
            </w:r>
          </w:p>
        </w:tc>
      </w:tr>
      <w:tr w:rsidR="002E7DCF" w:rsidRPr="00717886" w14:paraId="29F657E7" w14:textId="77777777">
        <w:trPr>
          <w:cantSplit/>
          <w:jc w:val="center"/>
        </w:trPr>
        <w:tc>
          <w:tcPr>
            <w:tcW w:w="936" w:type="dxa"/>
            <w:shd w:val="clear" w:color="auto" w:fill="F5F7F9"/>
            <w:tcMar>
              <w:top w:w="70" w:type="dxa"/>
              <w:left w:w="95" w:type="dxa"/>
              <w:bottom w:w="70" w:type="dxa"/>
              <w:right w:w="95" w:type="dxa"/>
            </w:tcMar>
            <w:vAlign w:val="center"/>
          </w:tcPr>
          <w:p w14:paraId="746C81AB" w14:textId="77777777" w:rsidR="00423D2F" w:rsidRPr="00717886" w:rsidRDefault="0047346F">
            <w:pPr>
              <w:spacing w:after="0"/>
              <w:jc w:val="center"/>
              <w:rPr>
                <w:rFonts w:cs="Times New Roman"/>
              </w:rPr>
            </w:pPr>
            <w:r w:rsidRPr="00717886">
              <w:rPr>
                <w:rFonts w:cs="Times New Roman"/>
                <w:sz w:val="16"/>
              </w:rPr>
              <w:t>2018</w:t>
            </w:r>
          </w:p>
        </w:tc>
        <w:tc>
          <w:tcPr>
            <w:tcW w:w="2520" w:type="dxa"/>
            <w:shd w:val="clear" w:color="auto" w:fill="F5F7F9"/>
            <w:tcMar>
              <w:top w:w="70" w:type="dxa"/>
              <w:left w:w="95" w:type="dxa"/>
              <w:bottom w:w="70" w:type="dxa"/>
              <w:right w:w="95" w:type="dxa"/>
            </w:tcMar>
            <w:vAlign w:val="center"/>
          </w:tcPr>
          <w:p w14:paraId="01B7839F" w14:textId="77777777" w:rsidR="00423D2F" w:rsidRPr="00717886" w:rsidRDefault="0047346F">
            <w:pPr>
              <w:spacing w:after="0"/>
              <w:jc w:val="right"/>
              <w:rPr>
                <w:rFonts w:cs="Times New Roman"/>
              </w:rPr>
            </w:pPr>
            <w:r w:rsidRPr="00717886">
              <w:rPr>
                <w:rFonts w:cs="Times New Roman"/>
                <w:sz w:val="16"/>
              </w:rPr>
              <w:t>.520</w:t>
            </w:r>
          </w:p>
        </w:tc>
        <w:tc>
          <w:tcPr>
            <w:tcW w:w="2736" w:type="dxa"/>
            <w:shd w:val="clear" w:color="auto" w:fill="F5F7F9"/>
            <w:tcMar>
              <w:top w:w="70" w:type="dxa"/>
              <w:left w:w="95" w:type="dxa"/>
              <w:bottom w:w="70" w:type="dxa"/>
              <w:right w:w="95" w:type="dxa"/>
            </w:tcMar>
            <w:vAlign w:val="center"/>
          </w:tcPr>
          <w:p w14:paraId="78412008" w14:textId="77777777" w:rsidR="00423D2F" w:rsidRPr="00717886" w:rsidRDefault="0047346F">
            <w:pPr>
              <w:spacing w:after="0"/>
              <w:jc w:val="right"/>
              <w:rPr>
                <w:rFonts w:cs="Times New Roman"/>
              </w:rPr>
            </w:pPr>
            <w:r w:rsidRPr="00717886">
              <w:rPr>
                <w:rFonts w:cs="Times New Roman"/>
                <w:sz w:val="16"/>
              </w:rPr>
              <w:t>.347</w:t>
            </w:r>
          </w:p>
        </w:tc>
        <w:tc>
          <w:tcPr>
            <w:tcW w:w="2088" w:type="dxa"/>
            <w:shd w:val="clear" w:color="auto" w:fill="F5F7F9"/>
            <w:tcMar>
              <w:top w:w="70" w:type="dxa"/>
              <w:left w:w="95" w:type="dxa"/>
              <w:bottom w:w="70" w:type="dxa"/>
              <w:right w:w="95" w:type="dxa"/>
            </w:tcMar>
            <w:vAlign w:val="center"/>
          </w:tcPr>
          <w:p w14:paraId="7576D8BA" w14:textId="77777777" w:rsidR="00423D2F" w:rsidRPr="00717886" w:rsidRDefault="0047346F">
            <w:pPr>
              <w:spacing w:after="0"/>
              <w:jc w:val="right"/>
              <w:rPr>
                <w:rFonts w:cs="Times New Roman"/>
              </w:rPr>
            </w:pPr>
            <w:r w:rsidRPr="00717886">
              <w:rPr>
                <w:rFonts w:cs="Times New Roman"/>
                <w:sz w:val="16"/>
              </w:rPr>
              <w:t>.088</w:t>
            </w:r>
          </w:p>
        </w:tc>
        <w:tc>
          <w:tcPr>
            <w:tcW w:w="2088" w:type="dxa"/>
            <w:shd w:val="clear" w:color="auto" w:fill="F5F7F9"/>
            <w:tcMar>
              <w:top w:w="70" w:type="dxa"/>
              <w:left w:w="95" w:type="dxa"/>
              <w:bottom w:w="70" w:type="dxa"/>
              <w:right w:w="95" w:type="dxa"/>
            </w:tcMar>
            <w:vAlign w:val="center"/>
          </w:tcPr>
          <w:p w14:paraId="6B655838" w14:textId="77777777" w:rsidR="00423D2F" w:rsidRPr="00717886" w:rsidRDefault="0047346F">
            <w:pPr>
              <w:spacing w:after="0"/>
              <w:jc w:val="right"/>
              <w:rPr>
                <w:rFonts w:cs="Times New Roman"/>
              </w:rPr>
            </w:pPr>
            <w:r w:rsidRPr="00717886">
              <w:rPr>
                <w:rFonts w:cs="Times New Roman"/>
                <w:sz w:val="16"/>
              </w:rPr>
              <w:t>.079</w:t>
            </w:r>
          </w:p>
        </w:tc>
      </w:tr>
      <w:tr w:rsidR="002E7DCF" w:rsidRPr="00717886" w14:paraId="0E2F8B40" w14:textId="77777777">
        <w:trPr>
          <w:cantSplit/>
          <w:jc w:val="center"/>
        </w:trPr>
        <w:tc>
          <w:tcPr>
            <w:tcW w:w="936" w:type="dxa"/>
            <w:tcMar>
              <w:top w:w="70" w:type="dxa"/>
              <w:left w:w="95" w:type="dxa"/>
              <w:bottom w:w="70" w:type="dxa"/>
              <w:right w:w="95" w:type="dxa"/>
            </w:tcMar>
            <w:vAlign w:val="center"/>
          </w:tcPr>
          <w:p w14:paraId="6A97009F" w14:textId="77777777" w:rsidR="00423D2F" w:rsidRPr="00717886" w:rsidRDefault="0047346F">
            <w:pPr>
              <w:spacing w:after="0"/>
              <w:jc w:val="center"/>
              <w:rPr>
                <w:rFonts w:cs="Times New Roman"/>
              </w:rPr>
            </w:pPr>
            <w:r w:rsidRPr="00717886">
              <w:rPr>
                <w:rFonts w:cs="Times New Roman"/>
                <w:sz w:val="16"/>
              </w:rPr>
              <w:t>2019</w:t>
            </w:r>
          </w:p>
        </w:tc>
        <w:tc>
          <w:tcPr>
            <w:tcW w:w="2520" w:type="dxa"/>
            <w:tcMar>
              <w:top w:w="70" w:type="dxa"/>
              <w:left w:w="95" w:type="dxa"/>
              <w:bottom w:w="70" w:type="dxa"/>
              <w:right w:w="95" w:type="dxa"/>
            </w:tcMar>
            <w:vAlign w:val="center"/>
          </w:tcPr>
          <w:p w14:paraId="3DFFCD72" w14:textId="77777777" w:rsidR="00423D2F" w:rsidRPr="00717886" w:rsidRDefault="0047346F">
            <w:pPr>
              <w:spacing w:after="0"/>
              <w:jc w:val="right"/>
              <w:rPr>
                <w:rFonts w:cs="Times New Roman"/>
              </w:rPr>
            </w:pPr>
            <w:r w:rsidRPr="00717886">
              <w:rPr>
                <w:rFonts w:cs="Times New Roman"/>
                <w:sz w:val="16"/>
              </w:rPr>
              <w:t>.534</w:t>
            </w:r>
          </w:p>
        </w:tc>
        <w:tc>
          <w:tcPr>
            <w:tcW w:w="2736" w:type="dxa"/>
            <w:tcMar>
              <w:top w:w="70" w:type="dxa"/>
              <w:left w:w="95" w:type="dxa"/>
              <w:bottom w:w="70" w:type="dxa"/>
              <w:right w:w="95" w:type="dxa"/>
            </w:tcMar>
            <w:vAlign w:val="center"/>
          </w:tcPr>
          <w:p w14:paraId="197967A8" w14:textId="77777777" w:rsidR="00423D2F" w:rsidRPr="00717886" w:rsidRDefault="0047346F">
            <w:pPr>
              <w:spacing w:after="0"/>
              <w:jc w:val="right"/>
              <w:rPr>
                <w:rFonts w:cs="Times New Roman"/>
              </w:rPr>
            </w:pPr>
            <w:r w:rsidRPr="00717886">
              <w:rPr>
                <w:rFonts w:cs="Times New Roman"/>
                <w:sz w:val="16"/>
              </w:rPr>
              <w:t>.345</w:t>
            </w:r>
          </w:p>
        </w:tc>
        <w:tc>
          <w:tcPr>
            <w:tcW w:w="2088" w:type="dxa"/>
            <w:tcMar>
              <w:top w:w="70" w:type="dxa"/>
              <w:left w:w="95" w:type="dxa"/>
              <w:bottom w:w="70" w:type="dxa"/>
              <w:right w:w="95" w:type="dxa"/>
            </w:tcMar>
            <w:vAlign w:val="center"/>
          </w:tcPr>
          <w:p w14:paraId="618A5851" w14:textId="77777777" w:rsidR="00423D2F" w:rsidRPr="00717886" w:rsidRDefault="0047346F">
            <w:pPr>
              <w:spacing w:after="0"/>
              <w:jc w:val="right"/>
              <w:rPr>
                <w:rFonts w:cs="Times New Roman"/>
              </w:rPr>
            </w:pPr>
            <w:r w:rsidRPr="00717886">
              <w:rPr>
                <w:rFonts w:cs="Times New Roman"/>
                <w:sz w:val="16"/>
              </w:rPr>
              <w:t>.102</w:t>
            </w:r>
          </w:p>
        </w:tc>
        <w:tc>
          <w:tcPr>
            <w:tcW w:w="2088" w:type="dxa"/>
            <w:tcMar>
              <w:top w:w="70" w:type="dxa"/>
              <w:left w:w="95" w:type="dxa"/>
              <w:bottom w:w="70" w:type="dxa"/>
              <w:right w:w="95" w:type="dxa"/>
            </w:tcMar>
            <w:vAlign w:val="center"/>
          </w:tcPr>
          <w:p w14:paraId="136B15C9" w14:textId="77777777" w:rsidR="00423D2F" w:rsidRPr="00717886" w:rsidRDefault="0047346F">
            <w:pPr>
              <w:spacing w:after="0"/>
              <w:jc w:val="right"/>
              <w:rPr>
                <w:rFonts w:cs="Times New Roman"/>
              </w:rPr>
            </w:pPr>
            <w:r w:rsidRPr="00717886">
              <w:rPr>
                <w:rFonts w:cs="Times New Roman"/>
                <w:sz w:val="16"/>
              </w:rPr>
              <w:t>.096</w:t>
            </w:r>
          </w:p>
        </w:tc>
      </w:tr>
      <w:tr w:rsidR="002E7DCF" w:rsidRPr="00717886" w14:paraId="39F9709D" w14:textId="77777777">
        <w:trPr>
          <w:cantSplit/>
          <w:jc w:val="center"/>
        </w:trPr>
        <w:tc>
          <w:tcPr>
            <w:tcW w:w="936" w:type="dxa"/>
            <w:shd w:val="clear" w:color="auto" w:fill="F5F7F9"/>
            <w:tcMar>
              <w:top w:w="70" w:type="dxa"/>
              <w:left w:w="95" w:type="dxa"/>
              <w:bottom w:w="70" w:type="dxa"/>
              <w:right w:w="95" w:type="dxa"/>
            </w:tcMar>
            <w:vAlign w:val="center"/>
          </w:tcPr>
          <w:p w14:paraId="50FDD7D0" w14:textId="77777777" w:rsidR="00423D2F" w:rsidRPr="00717886" w:rsidRDefault="0047346F">
            <w:pPr>
              <w:spacing w:after="0"/>
              <w:jc w:val="center"/>
              <w:rPr>
                <w:rFonts w:cs="Times New Roman"/>
              </w:rPr>
            </w:pPr>
            <w:r w:rsidRPr="00717886">
              <w:rPr>
                <w:rFonts w:cs="Times New Roman"/>
                <w:sz w:val="16"/>
              </w:rPr>
              <w:t>2020</w:t>
            </w:r>
          </w:p>
        </w:tc>
        <w:tc>
          <w:tcPr>
            <w:tcW w:w="2520" w:type="dxa"/>
            <w:shd w:val="clear" w:color="auto" w:fill="F5F7F9"/>
            <w:tcMar>
              <w:top w:w="70" w:type="dxa"/>
              <w:left w:w="95" w:type="dxa"/>
              <w:bottom w:w="70" w:type="dxa"/>
              <w:right w:w="95" w:type="dxa"/>
            </w:tcMar>
            <w:vAlign w:val="center"/>
          </w:tcPr>
          <w:p w14:paraId="354D1DEE" w14:textId="77777777" w:rsidR="00423D2F" w:rsidRPr="00717886" w:rsidRDefault="0047346F">
            <w:pPr>
              <w:spacing w:after="0"/>
              <w:jc w:val="right"/>
              <w:rPr>
                <w:rFonts w:cs="Times New Roman"/>
              </w:rPr>
            </w:pPr>
            <w:r w:rsidRPr="00717886">
              <w:rPr>
                <w:rFonts w:cs="Times New Roman"/>
                <w:sz w:val="16"/>
              </w:rPr>
              <w:t>.569</w:t>
            </w:r>
          </w:p>
        </w:tc>
        <w:tc>
          <w:tcPr>
            <w:tcW w:w="2736" w:type="dxa"/>
            <w:shd w:val="clear" w:color="auto" w:fill="F5F7F9"/>
            <w:tcMar>
              <w:top w:w="70" w:type="dxa"/>
              <w:left w:w="95" w:type="dxa"/>
              <w:bottom w:w="70" w:type="dxa"/>
              <w:right w:w="95" w:type="dxa"/>
            </w:tcMar>
            <w:vAlign w:val="center"/>
          </w:tcPr>
          <w:p w14:paraId="6A82055B" w14:textId="77777777" w:rsidR="00423D2F" w:rsidRPr="00717886" w:rsidRDefault="0047346F">
            <w:pPr>
              <w:spacing w:after="0"/>
              <w:jc w:val="right"/>
              <w:rPr>
                <w:rFonts w:cs="Times New Roman"/>
              </w:rPr>
            </w:pPr>
            <w:r w:rsidRPr="00717886">
              <w:rPr>
                <w:rFonts w:cs="Times New Roman"/>
                <w:sz w:val="16"/>
              </w:rPr>
              <w:t>.363</w:t>
            </w:r>
          </w:p>
        </w:tc>
        <w:tc>
          <w:tcPr>
            <w:tcW w:w="2088" w:type="dxa"/>
            <w:shd w:val="clear" w:color="auto" w:fill="F5F7F9"/>
            <w:tcMar>
              <w:top w:w="70" w:type="dxa"/>
              <w:left w:w="95" w:type="dxa"/>
              <w:bottom w:w="70" w:type="dxa"/>
              <w:right w:w="95" w:type="dxa"/>
            </w:tcMar>
            <w:vAlign w:val="center"/>
          </w:tcPr>
          <w:p w14:paraId="1914625B" w14:textId="77777777" w:rsidR="00423D2F" w:rsidRPr="00717886" w:rsidRDefault="0047346F">
            <w:pPr>
              <w:spacing w:after="0"/>
              <w:jc w:val="right"/>
              <w:rPr>
                <w:rFonts w:cs="Times New Roman"/>
              </w:rPr>
            </w:pPr>
            <w:r w:rsidRPr="00717886">
              <w:rPr>
                <w:rFonts w:cs="Times New Roman"/>
                <w:sz w:val="16"/>
              </w:rPr>
              <w:t>.078</w:t>
            </w:r>
          </w:p>
        </w:tc>
        <w:tc>
          <w:tcPr>
            <w:tcW w:w="2088" w:type="dxa"/>
            <w:shd w:val="clear" w:color="auto" w:fill="F5F7F9"/>
            <w:tcMar>
              <w:top w:w="70" w:type="dxa"/>
              <w:left w:w="95" w:type="dxa"/>
              <w:bottom w:w="70" w:type="dxa"/>
              <w:right w:w="95" w:type="dxa"/>
            </w:tcMar>
            <w:vAlign w:val="center"/>
          </w:tcPr>
          <w:p w14:paraId="3E0DFEEC" w14:textId="77777777" w:rsidR="00423D2F" w:rsidRPr="00717886" w:rsidRDefault="0047346F">
            <w:pPr>
              <w:spacing w:after="0"/>
              <w:jc w:val="right"/>
              <w:rPr>
                <w:rFonts w:cs="Times New Roman"/>
              </w:rPr>
            </w:pPr>
            <w:r w:rsidRPr="00717886">
              <w:rPr>
                <w:rFonts w:cs="Times New Roman"/>
                <w:sz w:val="16"/>
              </w:rPr>
              <w:t>.074</w:t>
            </w:r>
          </w:p>
        </w:tc>
      </w:tr>
      <w:tr w:rsidR="002E7DCF" w:rsidRPr="00717886" w14:paraId="3F90E0E1" w14:textId="77777777">
        <w:trPr>
          <w:cantSplit/>
          <w:jc w:val="center"/>
        </w:trPr>
        <w:tc>
          <w:tcPr>
            <w:tcW w:w="936" w:type="dxa"/>
            <w:tcMar>
              <w:top w:w="70" w:type="dxa"/>
              <w:left w:w="95" w:type="dxa"/>
              <w:bottom w:w="70" w:type="dxa"/>
              <w:right w:w="95" w:type="dxa"/>
            </w:tcMar>
            <w:vAlign w:val="center"/>
          </w:tcPr>
          <w:p w14:paraId="3161F873" w14:textId="77777777" w:rsidR="00423D2F" w:rsidRPr="00717886" w:rsidRDefault="0047346F">
            <w:pPr>
              <w:spacing w:after="0"/>
              <w:jc w:val="center"/>
              <w:rPr>
                <w:rFonts w:cs="Times New Roman"/>
              </w:rPr>
            </w:pPr>
            <w:r w:rsidRPr="00717886">
              <w:rPr>
                <w:rFonts w:cs="Times New Roman"/>
                <w:sz w:val="16"/>
              </w:rPr>
              <w:t>2021</w:t>
            </w:r>
          </w:p>
        </w:tc>
        <w:tc>
          <w:tcPr>
            <w:tcW w:w="2520" w:type="dxa"/>
            <w:tcMar>
              <w:top w:w="70" w:type="dxa"/>
              <w:left w:w="95" w:type="dxa"/>
              <w:bottom w:w="70" w:type="dxa"/>
              <w:right w:w="95" w:type="dxa"/>
            </w:tcMar>
            <w:vAlign w:val="center"/>
          </w:tcPr>
          <w:p w14:paraId="16851D36" w14:textId="77777777" w:rsidR="00423D2F" w:rsidRPr="00717886" w:rsidRDefault="0047346F">
            <w:pPr>
              <w:spacing w:after="0"/>
              <w:jc w:val="right"/>
              <w:rPr>
                <w:rFonts w:cs="Times New Roman"/>
              </w:rPr>
            </w:pPr>
            <w:r w:rsidRPr="00717886">
              <w:rPr>
                <w:rFonts w:cs="Times New Roman"/>
                <w:sz w:val="16"/>
              </w:rPr>
              <w:t>.551</w:t>
            </w:r>
          </w:p>
        </w:tc>
        <w:tc>
          <w:tcPr>
            <w:tcW w:w="2736" w:type="dxa"/>
            <w:tcMar>
              <w:top w:w="70" w:type="dxa"/>
              <w:left w:w="95" w:type="dxa"/>
              <w:bottom w:w="70" w:type="dxa"/>
              <w:right w:w="95" w:type="dxa"/>
            </w:tcMar>
            <w:vAlign w:val="center"/>
          </w:tcPr>
          <w:p w14:paraId="0BBE5465" w14:textId="77777777" w:rsidR="00423D2F" w:rsidRPr="00717886" w:rsidRDefault="0047346F">
            <w:pPr>
              <w:spacing w:after="0"/>
              <w:jc w:val="right"/>
              <w:rPr>
                <w:rFonts w:cs="Times New Roman"/>
              </w:rPr>
            </w:pPr>
            <w:r w:rsidRPr="00717886">
              <w:rPr>
                <w:rFonts w:cs="Times New Roman"/>
                <w:sz w:val="16"/>
              </w:rPr>
              <w:t>.361</w:t>
            </w:r>
          </w:p>
        </w:tc>
        <w:tc>
          <w:tcPr>
            <w:tcW w:w="2088" w:type="dxa"/>
            <w:tcMar>
              <w:top w:w="70" w:type="dxa"/>
              <w:left w:w="95" w:type="dxa"/>
              <w:bottom w:w="70" w:type="dxa"/>
              <w:right w:w="95" w:type="dxa"/>
            </w:tcMar>
            <w:vAlign w:val="center"/>
          </w:tcPr>
          <w:p w14:paraId="1FB86DE0" w14:textId="77777777" w:rsidR="00423D2F" w:rsidRPr="00717886" w:rsidRDefault="0047346F">
            <w:pPr>
              <w:spacing w:after="0"/>
              <w:jc w:val="right"/>
              <w:rPr>
                <w:rFonts w:cs="Times New Roman"/>
              </w:rPr>
            </w:pPr>
            <w:r w:rsidRPr="00717886">
              <w:rPr>
                <w:rFonts w:cs="Times New Roman"/>
                <w:sz w:val="16"/>
              </w:rPr>
              <w:t>.081</w:t>
            </w:r>
          </w:p>
        </w:tc>
        <w:tc>
          <w:tcPr>
            <w:tcW w:w="2088" w:type="dxa"/>
            <w:tcMar>
              <w:top w:w="70" w:type="dxa"/>
              <w:left w:w="95" w:type="dxa"/>
              <w:bottom w:w="70" w:type="dxa"/>
              <w:right w:w="95" w:type="dxa"/>
            </w:tcMar>
            <w:vAlign w:val="center"/>
          </w:tcPr>
          <w:p w14:paraId="015BF349" w14:textId="77777777" w:rsidR="00423D2F" w:rsidRPr="00717886" w:rsidRDefault="0047346F">
            <w:pPr>
              <w:spacing w:after="0"/>
              <w:jc w:val="right"/>
              <w:rPr>
                <w:rFonts w:cs="Times New Roman"/>
              </w:rPr>
            </w:pPr>
            <w:r w:rsidRPr="00717886">
              <w:rPr>
                <w:rFonts w:cs="Times New Roman"/>
                <w:sz w:val="16"/>
              </w:rPr>
              <w:t>.077</w:t>
            </w:r>
          </w:p>
        </w:tc>
      </w:tr>
      <w:tr w:rsidR="002E7DCF" w:rsidRPr="00717886" w14:paraId="78938DC0" w14:textId="77777777">
        <w:trPr>
          <w:cantSplit/>
          <w:jc w:val="center"/>
        </w:trPr>
        <w:tc>
          <w:tcPr>
            <w:tcW w:w="936" w:type="dxa"/>
            <w:shd w:val="clear" w:color="auto" w:fill="F5F7F9"/>
            <w:tcMar>
              <w:top w:w="70" w:type="dxa"/>
              <w:left w:w="95" w:type="dxa"/>
              <w:bottom w:w="70" w:type="dxa"/>
              <w:right w:w="95" w:type="dxa"/>
            </w:tcMar>
            <w:vAlign w:val="center"/>
          </w:tcPr>
          <w:p w14:paraId="340FFBC5" w14:textId="77777777" w:rsidR="00423D2F" w:rsidRPr="00717886" w:rsidRDefault="0047346F">
            <w:pPr>
              <w:spacing w:after="0"/>
              <w:jc w:val="center"/>
              <w:rPr>
                <w:rFonts w:cs="Times New Roman"/>
              </w:rPr>
            </w:pPr>
            <w:r w:rsidRPr="00717886">
              <w:rPr>
                <w:rFonts w:cs="Times New Roman"/>
                <w:sz w:val="16"/>
              </w:rPr>
              <w:t>2022</w:t>
            </w:r>
          </w:p>
        </w:tc>
        <w:tc>
          <w:tcPr>
            <w:tcW w:w="2520" w:type="dxa"/>
            <w:shd w:val="clear" w:color="auto" w:fill="F5F7F9"/>
            <w:tcMar>
              <w:top w:w="70" w:type="dxa"/>
              <w:left w:w="95" w:type="dxa"/>
              <w:bottom w:w="70" w:type="dxa"/>
              <w:right w:w="95" w:type="dxa"/>
            </w:tcMar>
            <w:vAlign w:val="center"/>
          </w:tcPr>
          <w:p w14:paraId="643A8650" w14:textId="77777777" w:rsidR="00423D2F" w:rsidRPr="00717886" w:rsidRDefault="0047346F">
            <w:pPr>
              <w:spacing w:after="0"/>
              <w:jc w:val="right"/>
              <w:rPr>
                <w:rFonts w:cs="Times New Roman"/>
              </w:rPr>
            </w:pPr>
            <w:r w:rsidRPr="00717886">
              <w:rPr>
                <w:rFonts w:cs="Times New Roman"/>
                <w:sz w:val="16"/>
              </w:rPr>
              <w:t>.561</w:t>
            </w:r>
          </w:p>
        </w:tc>
        <w:tc>
          <w:tcPr>
            <w:tcW w:w="2736" w:type="dxa"/>
            <w:shd w:val="clear" w:color="auto" w:fill="F5F7F9"/>
            <w:tcMar>
              <w:top w:w="70" w:type="dxa"/>
              <w:left w:w="95" w:type="dxa"/>
              <w:bottom w:w="70" w:type="dxa"/>
              <w:right w:w="95" w:type="dxa"/>
            </w:tcMar>
            <w:vAlign w:val="center"/>
          </w:tcPr>
          <w:p w14:paraId="343F8B6C" w14:textId="77777777" w:rsidR="00423D2F" w:rsidRPr="00717886" w:rsidRDefault="0047346F">
            <w:pPr>
              <w:spacing w:after="0"/>
              <w:jc w:val="right"/>
              <w:rPr>
                <w:rFonts w:cs="Times New Roman"/>
              </w:rPr>
            </w:pPr>
            <w:r w:rsidRPr="00717886">
              <w:rPr>
                <w:rFonts w:cs="Times New Roman"/>
                <w:sz w:val="16"/>
              </w:rPr>
              <w:t>.374</w:t>
            </w:r>
          </w:p>
        </w:tc>
        <w:tc>
          <w:tcPr>
            <w:tcW w:w="2088" w:type="dxa"/>
            <w:shd w:val="clear" w:color="auto" w:fill="F5F7F9"/>
            <w:tcMar>
              <w:top w:w="70" w:type="dxa"/>
              <w:left w:w="95" w:type="dxa"/>
              <w:bottom w:w="70" w:type="dxa"/>
              <w:right w:w="95" w:type="dxa"/>
            </w:tcMar>
            <w:vAlign w:val="center"/>
          </w:tcPr>
          <w:p w14:paraId="04D47858" w14:textId="77777777" w:rsidR="00423D2F" w:rsidRPr="00717886" w:rsidRDefault="0047346F">
            <w:pPr>
              <w:spacing w:after="0"/>
              <w:jc w:val="right"/>
              <w:rPr>
                <w:rFonts w:cs="Times New Roman"/>
              </w:rPr>
            </w:pPr>
            <w:r w:rsidRPr="00717886">
              <w:rPr>
                <w:rFonts w:cs="Times New Roman"/>
                <w:sz w:val="16"/>
              </w:rPr>
              <w:t>.102</w:t>
            </w:r>
          </w:p>
        </w:tc>
        <w:tc>
          <w:tcPr>
            <w:tcW w:w="2088" w:type="dxa"/>
            <w:shd w:val="clear" w:color="auto" w:fill="F5F7F9"/>
            <w:tcMar>
              <w:top w:w="70" w:type="dxa"/>
              <w:left w:w="95" w:type="dxa"/>
              <w:bottom w:w="70" w:type="dxa"/>
              <w:right w:w="95" w:type="dxa"/>
            </w:tcMar>
            <w:vAlign w:val="center"/>
          </w:tcPr>
          <w:p w14:paraId="66196DBB" w14:textId="77777777" w:rsidR="00423D2F" w:rsidRPr="00717886" w:rsidRDefault="0047346F">
            <w:pPr>
              <w:spacing w:after="0"/>
              <w:jc w:val="right"/>
              <w:rPr>
                <w:rFonts w:cs="Times New Roman"/>
              </w:rPr>
            </w:pPr>
            <w:r w:rsidRPr="00717886">
              <w:rPr>
                <w:rFonts w:cs="Times New Roman"/>
                <w:sz w:val="16"/>
              </w:rPr>
              <w:t>.085</w:t>
            </w:r>
          </w:p>
        </w:tc>
      </w:tr>
      <w:tr w:rsidR="002E7DCF" w:rsidRPr="00717886" w14:paraId="53B96159" w14:textId="77777777">
        <w:trPr>
          <w:cantSplit/>
          <w:jc w:val="center"/>
        </w:trPr>
        <w:tc>
          <w:tcPr>
            <w:tcW w:w="936" w:type="dxa"/>
            <w:tcMar>
              <w:top w:w="70" w:type="dxa"/>
              <w:left w:w="95" w:type="dxa"/>
              <w:bottom w:w="70" w:type="dxa"/>
              <w:right w:w="95" w:type="dxa"/>
            </w:tcMar>
            <w:vAlign w:val="center"/>
          </w:tcPr>
          <w:p w14:paraId="4FB1F164" w14:textId="77777777" w:rsidR="00423D2F" w:rsidRPr="00717886" w:rsidRDefault="0047346F">
            <w:pPr>
              <w:spacing w:after="0"/>
              <w:jc w:val="center"/>
              <w:rPr>
                <w:rFonts w:cs="Times New Roman"/>
              </w:rPr>
            </w:pPr>
            <w:r w:rsidRPr="00717886">
              <w:rPr>
                <w:rFonts w:cs="Times New Roman"/>
                <w:sz w:val="16"/>
              </w:rPr>
              <w:t>2023</w:t>
            </w:r>
          </w:p>
        </w:tc>
        <w:tc>
          <w:tcPr>
            <w:tcW w:w="2520" w:type="dxa"/>
            <w:tcMar>
              <w:top w:w="70" w:type="dxa"/>
              <w:left w:w="95" w:type="dxa"/>
              <w:bottom w:w="70" w:type="dxa"/>
              <w:right w:w="95" w:type="dxa"/>
            </w:tcMar>
            <w:vAlign w:val="center"/>
          </w:tcPr>
          <w:p w14:paraId="78865FDE" w14:textId="77777777" w:rsidR="00423D2F" w:rsidRPr="00717886" w:rsidRDefault="0047346F">
            <w:pPr>
              <w:spacing w:after="0"/>
              <w:jc w:val="right"/>
              <w:rPr>
                <w:rFonts w:cs="Times New Roman"/>
              </w:rPr>
            </w:pPr>
            <w:r w:rsidRPr="00717886">
              <w:rPr>
                <w:rFonts w:cs="Times New Roman"/>
                <w:sz w:val="16"/>
              </w:rPr>
              <w:t>.581</w:t>
            </w:r>
          </w:p>
        </w:tc>
        <w:tc>
          <w:tcPr>
            <w:tcW w:w="2736" w:type="dxa"/>
            <w:tcMar>
              <w:top w:w="70" w:type="dxa"/>
              <w:left w:w="95" w:type="dxa"/>
              <w:bottom w:w="70" w:type="dxa"/>
              <w:right w:w="95" w:type="dxa"/>
            </w:tcMar>
            <w:vAlign w:val="center"/>
          </w:tcPr>
          <w:p w14:paraId="5618BFFB" w14:textId="77777777" w:rsidR="00423D2F" w:rsidRPr="00717886" w:rsidRDefault="0047346F">
            <w:pPr>
              <w:spacing w:after="0"/>
              <w:jc w:val="right"/>
              <w:rPr>
                <w:rFonts w:cs="Times New Roman"/>
              </w:rPr>
            </w:pPr>
            <w:r w:rsidRPr="00717886">
              <w:rPr>
                <w:rFonts w:cs="Times New Roman"/>
                <w:sz w:val="16"/>
              </w:rPr>
              <w:t>.355</w:t>
            </w:r>
          </w:p>
        </w:tc>
        <w:tc>
          <w:tcPr>
            <w:tcW w:w="2088" w:type="dxa"/>
            <w:tcMar>
              <w:top w:w="70" w:type="dxa"/>
              <w:left w:w="95" w:type="dxa"/>
              <w:bottom w:w="70" w:type="dxa"/>
              <w:right w:w="95" w:type="dxa"/>
            </w:tcMar>
            <w:vAlign w:val="center"/>
          </w:tcPr>
          <w:p w14:paraId="0E89F599" w14:textId="77777777" w:rsidR="00423D2F" w:rsidRPr="00717886" w:rsidRDefault="0047346F">
            <w:pPr>
              <w:spacing w:after="0"/>
              <w:jc w:val="right"/>
              <w:rPr>
                <w:rFonts w:cs="Times New Roman"/>
              </w:rPr>
            </w:pPr>
            <w:r w:rsidRPr="00717886">
              <w:rPr>
                <w:rFonts w:cs="Times New Roman"/>
                <w:sz w:val="16"/>
              </w:rPr>
              <w:t>.097</w:t>
            </w:r>
          </w:p>
        </w:tc>
        <w:tc>
          <w:tcPr>
            <w:tcW w:w="2088" w:type="dxa"/>
            <w:tcMar>
              <w:top w:w="70" w:type="dxa"/>
              <w:left w:w="95" w:type="dxa"/>
              <w:bottom w:w="70" w:type="dxa"/>
              <w:right w:w="95" w:type="dxa"/>
            </w:tcMar>
            <w:vAlign w:val="center"/>
          </w:tcPr>
          <w:p w14:paraId="5D9FBA42" w14:textId="77777777" w:rsidR="00423D2F" w:rsidRPr="00717886" w:rsidRDefault="0047346F">
            <w:pPr>
              <w:spacing w:after="0"/>
              <w:jc w:val="right"/>
              <w:rPr>
                <w:rFonts w:cs="Times New Roman"/>
              </w:rPr>
            </w:pPr>
            <w:r w:rsidRPr="00717886">
              <w:rPr>
                <w:rFonts w:cs="Times New Roman"/>
                <w:sz w:val="16"/>
              </w:rPr>
              <w:t>.069</w:t>
            </w:r>
          </w:p>
        </w:tc>
      </w:tr>
      <w:tr w:rsidR="002E7DCF" w:rsidRPr="00717886" w14:paraId="6E5247CC" w14:textId="77777777">
        <w:trPr>
          <w:cantSplit/>
          <w:jc w:val="center"/>
        </w:trPr>
        <w:tc>
          <w:tcPr>
            <w:tcW w:w="936" w:type="dxa"/>
            <w:shd w:val="clear" w:color="auto" w:fill="F5F7F9"/>
            <w:tcMar>
              <w:top w:w="70" w:type="dxa"/>
              <w:left w:w="95" w:type="dxa"/>
              <w:bottom w:w="70" w:type="dxa"/>
              <w:right w:w="95" w:type="dxa"/>
            </w:tcMar>
            <w:vAlign w:val="center"/>
          </w:tcPr>
          <w:p w14:paraId="09D87857" w14:textId="77777777" w:rsidR="00423D2F" w:rsidRPr="00717886" w:rsidRDefault="0047346F">
            <w:pPr>
              <w:spacing w:after="0"/>
              <w:jc w:val="center"/>
              <w:rPr>
                <w:rFonts w:cs="Times New Roman"/>
              </w:rPr>
            </w:pPr>
            <w:r w:rsidRPr="00717886">
              <w:rPr>
                <w:rFonts w:cs="Times New Roman"/>
                <w:sz w:val="16"/>
              </w:rPr>
              <w:t>2024</w:t>
            </w:r>
          </w:p>
        </w:tc>
        <w:tc>
          <w:tcPr>
            <w:tcW w:w="2520" w:type="dxa"/>
            <w:shd w:val="clear" w:color="auto" w:fill="F5F7F9"/>
            <w:tcMar>
              <w:top w:w="70" w:type="dxa"/>
              <w:left w:w="95" w:type="dxa"/>
              <w:bottom w:w="70" w:type="dxa"/>
              <w:right w:w="95" w:type="dxa"/>
            </w:tcMar>
            <w:vAlign w:val="center"/>
          </w:tcPr>
          <w:p w14:paraId="508D4F63" w14:textId="77777777" w:rsidR="00423D2F" w:rsidRPr="00717886" w:rsidRDefault="0047346F">
            <w:pPr>
              <w:spacing w:after="0"/>
              <w:jc w:val="right"/>
              <w:rPr>
                <w:rFonts w:cs="Times New Roman"/>
              </w:rPr>
            </w:pPr>
            <w:r w:rsidRPr="00717886">
              <w:rPr>
                <w:rFonts w:cs="Times New Roman"/>
                <w:sz w:val="16"/>
              </w:rPr>
              <w:t>.587</w:t>
            </w:r>
          </w:p>
        </w:tc>
        <w:tc>
          <w:tcPr>
            <w:tcW w:w="2736" w:type="dxa"/>
            <w:shd w:val="clear" w:color="auto" w:fill="F5F7F9"/>
            <w:tcMar>
              <w:top w:w="70" w:type="dxa"/>
              <w:left w:w="95" w:type="dxa"/>
              <w:bottom w:w="70" w:type="dxa"/>
              <w:right w:w="95" w:type="dxa"/>
            </w:tcMar>
            <w:vAlign w:val="center"/>
          </w:tcPr>
          <w:p w14:paraId="582B6221" w14:textId="77777777" w:rsidR="00423D2F" w:rsidRPr="00717886" w:rsidRDefault="0047346F">
            <w:pPr>
              <w:spacing w:after="0"/>
              <w:jc w:val="right"/>
              <w:rPr>
                <w:rFonts w:cs="Times New Roman"/>
              </w:rPr>
            </w:pPr>
            <w:r w:rsidRPr="00717886">
              <w:rPr>
                <w:rFonts w:cs="Times New Roman"/>
                <w:sz w:val="16"/>
              </w:rPr>
              <w:t>.374</w:t>
            </w:r>
          </w:p>
        </w:tc>
        <w:tc>
          <w:tcPr>
            <w:tcW w:w="2088" w:type="dxa"/>
            <w:shd w:val="clear" w:color="auto" w:fill="F5F7F9"/>
            <w:tcMar>
              <w:top w:w="70" w:type="dxa"/>
              <w:left w:w="95" w:type="dxa"/>
              <w:bottom w:w="70" w:type="dxa"/>
              <w:right w:w="95" w:type="dxa"/>
            </w:tcMar>
            <w:vAlign w:val="center"/>
          </w:tcPr>
          <w:p w14:paraId="13606BAD" w14:textId="77777777" w:rsidR="00423D2F" w:rsidRPr="00717886" w:rsidRDefault="0047346F">
            <w:pPr>
              <w:spacing w:after="0"/>
              <w:jc w:val="right"/>
              <w:rPr>
                <w:rFonts w:cs="Times New Roman"/>
              </w:rPr>
            </w:pPr>
            <w:r w:rsidRPr="00717886">
              <w:rPr>
                <w:rFonts w:cs="Times New Roman"/>
                <w:sz w:val="16"/>
              </w:rPr>
              <w:t>.096</w:t>
            </w:r>
          </w:p>
        </w:tc>
        <w:tc>
          <w:tcPr>
            <w:tcW w:w="2088" w:type="dxa"/>
            <w:shd w:val="clear" w:color="auto" w:fill="F5F7F9"/>
            <w:tcMar>
              <w:top w:w="70" w:type="dxa"/>
              <w:left w:w="95" w:type="dxa"/>
              <w:bottom w:w="70" w:type="dxa"/>
              <w:right w:w="95" w:type="dxa"/>
            </w:tcMar>
            <w:vAlign w:val="center"/>
          </w:tcPr>
          <w:p w14:paraId="750F7D99" w14:textId="77777777" w:rsidR="00423D2F" w:rsidRPr="00717886" w:rsidRDefault="0047346F">
            <w:pPr>
              <w:spacing w:after="0"/>
              <w:jc w:val="right"/>
              <w:rPr>
                <w:rFonts w:cs="Times New Roman"/>
              </w:rPr>
            </w:pPr>
            <w:r w:rsidRPr="00717886">
              <w:rPr>
                <w:rFonts w:cs="Times New Roman"/>
                <w:sz w:val="16"/>
              </w:rPr>
              <w:t>.084</w:t>
            </w:r>
          </w:p>
        </w:tc>
      </w:tr>
      <w:tr w:rsidR="002E7DCF" w:rsidRPr="00717886" w14:paraId="419ECD42" w14:textId="77777777">
        <w:trPr>
          <w:cantSplit/>
          <w:jc w:val="center"/>
        </w:trPr>
        <w:tc>
          <w:tcPr>
            <w:tcW w:w="936" w:type="dxa"/>
            <w:tcMar>
              <w:top w:w="70" w:type="dxa"/>
              <w:left w:w="95" w:type="dxa"/>
              <w:bottom w:w="70" w:type="dxa"/>
              <w:right w:w="95" w:type="dxa"/>
            </w:tcMar>
            <w:vAlign w:val="center"/>
          </w:tcPr>
          <w:p w14:paraId="659948A1" w14:textId="77777777" w:rsidR="00423D2F" w:rsidRPr="00717886" w:rsidRDefault="0047346F">
            <w:pPr>
              <w:spacing w:after="0"/>
              <w:jc w:val="center"/>
              <w:rPr>
                <w:rFonts w:cs="Times New Roman"/>
              </w:rPr>
            </w:pPr>
            <w:r w:rsidRPr="00717886">
              <w:rPr>
                <w:rFonts w:cs="Times New Roman"/>
                <w:sz w:val="16"/>
              </w:rPr>
              <w:t>2025</w:t>
            </w:r>
          </w:p>
        </w:tc>
        <w:tc>
          <w:tcPr>
            <w:tcW w:w="2520" w:type="dxa"/>
            <w:tcMar>
              <w:top w:w="70" w:type="dxa"/>
              <w:left w:w="95" w:type="dxa"/>
              <w:bottom w:w="70" w:type="dxa"/>
              <w:right w:w="95" w:type="dxa"/>
            </w:tcMar>
            <w:vAlign w:val="center"/>
          </w:tcPr>
          <w:p w14:paraId="44843B81" w14:textId="77777777" w:rsidR="00423D2F" w:rsidRPr="00717886" w:rsidRDefault="0047346F">
            <w:pPr>
              <w:spacing w:after="0"/>
              <w:jc w:val="right"/>
              <w:rPr>
                <w:rFonts w:cs="Times New Roman"/>
              </w:rPr>
            </w:pPr>
            <w:r w:rsidRPr="00717886">
              <w:rPr>
                <w:rFonts w:cs="Times New Roman"/>
                <w:sz w:val="16"/>
              </w:rPr>
              <w:t>.603</w:t>
            </w:r>
          </w:p>
        </w:tc>
        <w:tc>
          <w:tcPr>
            <w:tcW w:w="2736" w:type="dxa"/>
            <w:tcMar>
              <w:top w:w="70" w:type="dxa"/>
              <w:left w:w="95" w:type="dxa"/>
              <w:bottom w:w="70" w:type="dxa"/>
              <w:right w:w="95" w:type="dxa"/>
            </w:tcMar>
            <w:vAlign w:val="center"/>
          </w:tcPr>
          <w:p w14:paraId="1FEB96BC" w14:textId="77777777" w:rsidR="00423D2F" w:rsidRPr="00717886" w:rsidRDefault="0047346F">
            <w:pPr>
              <w:spacing w:after="0"/>
              <w:jc w:val="right"/>
              <w:rPr>
                <w:rFonts w:cs="Times New Roman"/>
              </w:rPr>
            </w:pPr>
            <w:r w:rsidRPr="00717886">
              <w:rPr>
                <w:rFonts w:cs="Times New Roman"/>
                <w:sz w:val="16"/>
              </w:rPr>
              <w:t>.383</w:t>
            </w:r>
          </w:p>
        </w:tc>
        <w:tc>
          <w:tcPr>
            <w:tcW w:w="2088" w:type="dxa"/>
            <w:tcMar>
              <w:top w:w="70" w:type="dxa"/>
              <w:left w:w="95" w:type="dxa"/>
              <w:bottom w:w="70" w:type="dxa"/>
              <w:right w:w="95" w:type="dxa"/>
            </w:tcMar>
            <w:vAlign w:val="center"/>
          </w:tcPr>
          <w:p w14:paraId="2C028017" w14:textId="77777777" w:rsidR="00423D2F" w:rsidRPr="00717886" w:rsidRDefault="0047346F">
            <w:pPr>
              <w:spacing w:after="0"/>
              <w:jc w:val="right"/>
              <w:rPr>
                <w:rFonts w:cs="Times New Roman"/>
              </w:rPr>
            </w:pPr>
            <w:r w:rsidRPr="00717886">
              <w:rPr>
                <w:rFonts w:cs="Times New Roman"/>
                <w:sz w:val="16"/>
              </w:rPr>
              <w:t>.102</w:t>
            </w:r>
          </w:p>
        </w:tc>
        <w:tc>
          <w:tcPr>
            <w:tcW w:w="2088" w:type="dxa"/>
            <w:tcMar>
              <w:top w:w="70" w:type="dxa"/>
              <w:left w:w="95" w:type="dxa"/>
              <w:bottom w:w="70" w:type="dxa"/>
              <w:right w:w="95" w:type="dxa"/>
            </w:tcMar>
            <w:vAlign w:val="center"/>
          </w:tcPr>
          <w:p w14:paraId="76F8CB5E" w14:textId="77777777" w:rsidR="00423D2F" w:rsidRPr="00717886" w:rsidRDefault="0047346F">
            <w:pPr>
              <w:spacing w:after="0"/>
              <w:jc w:val="right"/>
              <w:rPr>
                <w:rFonts w:cs="Times New Roman"/>
              </w:rPr>
            </w:pPr>
            <w:r w:rsidRPr="00717886">
              <w:rPr>
                <w:rFonts w:cs="Times New Roman"/>
                <w:sz w:val="16"/>
              </w:rPr>
              <w:t>.088</w:t>
            </w:r>
          </w:p>
        </w:tc>
      </w:tr>
    </w:tbl>
    <w:p w14:paraId="0981B638"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Statistics are based on the 38 institutions meeting the frozen primary eligibility rule. EKII was available for all 38 institutions in every year. Strict RORC was available for 10 institutions in 2015 because of construction requirements and for all 38 eligible institutions in each year from 2016 through 2025 after the AVI038 denominator correction. Missing construct values were not treated as zeros. Annual means correspond to Figure 3 in the manuscript.</w:t>
      </w:r>
    </w:p>
    <w:p w14:paraId="50384A59"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rPr>
        <w:lastRenderedPageBreak/>
        <w:t>Table S7. Primary, Exploratory, and Robustness Results</w:t>
      </w:r>
    </w:p>
    <w:p w14:paraId="1A892787" w14:textId="77777777" w:rsidR="002E7DCF" w:rsidRPr="00717886" w:rsidRDefault="00A11917">
      <w:pPr>
        <w:keepNext/>
        <w:spacing w:before="100" w:after="80"/>
        <w:rPr>
          <w:rFonts w:cs="Times New Roman"/>
        </w:rPr>
      </w:pPr>
      <w:r w:rsidRPr="00717886">
        <w:rPr>
          <w:rFonts w:cs="Times New Roman"/>
          <w:b/>
          <w:i/>
        </w:rPr>
        <w:t>Panel A. Fixed-effects estimates and descriptive coefficient products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92"/>
        <w:gridCol w:w="3240"/>
        <w:gridCol w:w="864"/>
        <w:gridCol w:w="979"/>
        <w:gridCol w:w="1512"/>
        <w:gridCol w:w="792"/>
        <w:gridCol w:w="691"/>
        <w:gridCol w:w="936"/>
        <w:gridCol w:w="892"/>
      </w:tblGrid>
      <w:tr w:rsidR="002E7DCF" w:rsidRPr="00717886" w14:paraId="3D6599A2" w14:textId="77777777">
        <w:trPr>
          <w:cantSplit/>
          <w:tblHeader/>
          <w:jc w:val="center"/>
        </w:trPr>
        <w:tc>
          <w:tcPr>
            <w:tcW w:w="792" w:type="dxa"/>
            <w:shd w:val="clear" w:color="auto" w:fill="D9EAF7"/>
            <w:tcMar>
              <w:top w:w="70" w:type="dxa"/>
              <w:left w:w="95" w:type="dxa"/>
              <w:bottom w:w="70" w:type="dxa"/>
              <w:right w:w="95" w:type="dxa"/>
            </w:tcMar>
            <w:vAlign w:val="center"/>
          </w:tcPr>
          <w:p w14:paraId="1ABE2ECD" w14:textId="77777777" w:rsidR="00423D2F" w:rsidRPr="00717886" w:rsidRDefault="0047346F">
            <w:pPr>
              <w:spacing w:after="0"/>
              <w:rPr>
                <w:rFonts w:cs="Times New Roman"/>
              </w:rPr>
            </w:pPr>
            <w:r w:rsidRPr="00717886">
              <w:rPr>
                <w:rFonts w:cs="Times New Roman"/>
                <w:b/>
                <w:sz w:val="13"/>
              </w:rPr>
              <w:t>Corpus</w:t>
            </w:r>
          </w:p>
        </w:tc>
        <w:tc>
          <w:tcPr>
            <w:tcW w:w="3240" w:type="dxa"/>
            <w:shd w:val="clear" w:color="auto" w:fill="D9EAF7"/>
            <w:tcMar>
              <w:top w:w="70" w:type="dxa"/>
              <w:left w:w="95" w:type="dxa"/>
              <w:bottom w:w="70" w:type="dxa"/>
              <w:right w:w="95" w:type="dxa"/>
            </w:tcMar>
            <w:vAlign w:val="center"/>
          </w:tcPr>
          <w:p w14:paraId="0D163043" w14:textId="77777777" w:rsidR="00423D2F" w:rsidRPr="00717886" w:rsidRDefault="0047346F">
            <w:pPr>
              <w:spacing w:after="0"/>
              <w:rPr>
                <w:rFonts w:cs="Times New Roman"/>
              </w:rPr>
            </w:pPr>
            <w:r w:rsidRPr="00717886">
              <w:rPr>
                <w:rFonts w:cs="Times New Roman"/>
                <w:b/>
                <w:sz w:val="13"/>
              </w:rPr>
              <w:t>Analysis</w:t>
            </w:r>
          </w:p>
        </w:tc>
        <w:tc>
          <w:tcPr>
            <w:tcW w:w="864" w:type="dxa"/>
            <w:shd w:val="clear" w:color="auto" w:fill="D9EAF7"/>
            <w:tcMar>
              <w:top w:w="70" w:type="dxa"/>
              <w:left w:w="95" w:type="dxa"/>
              <w:bottom w:w="70" w:type="dxa"/>
              <w:right w:w="95" w:type="dxa"/>
            </w:tcMar>
            <w:vAlign w:val="center"/>
          </w:tcPr>
          <w:p w14:paraId="27464040" w14:textId="77777777" w:rsidR="00423D2F" w:rsidRPr="00717886" w:rsidRDefault="0047346F">
            <w:pPr>
              <w:spacing w:after="0"/>
              <w:jc w:val="right"/>
              <w:rPr>
                <w:rFonts w:cs="Times New Roman"/>
              </w:rPr>
            </w:pPr>
            <w:r w:rsidRPr="00717886">
              <w:rPr>
                <w:rFonts w:cs="Times New Roman"/>
                <w:b/>
                <w:sz w:val="13"/>
              </w:rPr>
              <w:t>β/product</w:t>
            </w:r>
          </w:p>
        </w:tc>
        <w:tc>
          <w:tcPr>
            <w:tcW w:w="979" w:type="dxa"/>
            <w:shd w:val="clear" w:color="auto" w:fill="D9EAF7"/>
            <w:tcMar>
              <w:top w:w="70" w:type="dxa"/>
              <w:left w:w="95" w:type="dxa"/>
              <w:bottom w:w="70" w:type="dxa"/>
              <w:right w:w="95" w:type="dxa"/>
            </w:tcMar>
            <w:vAlign w:val="center"/>
          </w:tcPr>
          <w:p w14:paraId="4D1B9CC8" w14:textId="77777777" w:rsidR="00423D2F" w:rsidRPr="00717886" w:rsidRDefault="0047346F">
            <w:pPr>
              <w:spacing w:after="0"/>
              <w:jc w:val="right"/>
              <w:rPr>
                <w:rFonts w:cs="Times New Roman"/>
              </w:rPr>
            </w:pPr>
            <w:r w:rsidRPr="00717886">
              <w:rPr>
                <w:rFonts w:cs="Times New Roman"/>
                <w:b/>
                <w:sz w:val="13"/>
              </w:rPr>
              <w:t>Cluster SE</w:t>
            </w:r>
          </w:p>
        </w:tc>
        <w:tc>
          <w:tcPr>
            <w:tcW w:w="1512" w:type="dxa"/>
            <w:shd w:val="clear" w:color="auto" w:fill="D9EAF7"/>
            <w:tcMar>
              <w:top w:w="70" w:type="dxa"/>
              <w:left w:w="95" w:type="dxa"/>
              <w:bottom w:w="70" w:type="dxa"/>
              <w:right w:w="95" w:type="dxa"/>
            </w:tcMar>
            <w:vAlign w:val="center"/>
          </w:tcPr>
          <w:p w14:paraId="375A9413" w14:textId="77777777" w:rsidR="00423D2F" w:rsidRPr="00717886" w:rsidRDefault="0047346F">
            <w:pPr>
              <w:spacing w:after="0"/>
              <w:jc w:val="center"/>
              <w:rPr>
                <w:rFonts w:cs="Times New Roman"/>
              </w:rPr>
            </w:pPr>
            <w:r w:rsidRPr="00717886">
              <w:rPr>
                <w:rFonts w:cs="Times New Roman"/>
                <w:b/>
                <w:sz w:val="13"/>
              </w:rPr>
              <w:t>95% interval</w:t>
            </w:r>
          </w:p>
        </w:tc>
        <w:tc>
          <w:tcPr>
            <w:tcW w:w="792" w:type="dxa"/>
            <w:shd w:val="clear" w:color="auto" w:fill="D9EAF7"/>
            <w:tcMar>
              <w:top w:w="70" w:type="dxa"/>
              <w:left w:w="95" w:type="dxa"/>
              <w:bottom w:w="70" w:type="dxa"/>
              <w:right w:w="95" w:type="dxa"/>
            </w:tcMar>
            <w:vAlign w:val="center"/>
          </w:tcPr>
          <w:p w14:paraId="28EF7A90" w14:textId="77777777" w:rsidR="00423D2F" w:rsidRPr="00717886" w:rsidRDefault="0047346F">
            <w:pPr>
              <w:spacing w:after="0"/>
              <w:jc w:val="right"/>
              <w:rPr>
                <w:rFonts w:cs="Times New Roman"/>
              </w:rPr>
            </w:pPr>
            <w:r w:rsidRPr="00717886">
              <w:rPr>
                <w:rFonts w:cs="Times New Roman"/>
                <w:b/>
                <w:sz w:val="13"/>
              </w:rPr>
              <w:t>p</w:t>
            </w:r>
          </w:p>
        </w:tc>
        <w:tc>
          <w:tcPr>
            <w:tcW w:w="691" w:type="dxa"/>
            <w:shd w:val="clear" w:color="auto" w:fill="D9EAF7"/>
            <w:tcMar>
              <w:top w:w="70" w:type="dxa"/>
              <w:left w:w="95" w:type="dxa"/>
              <w:bottom w:w="70" w:type="dxa"/>
              <w:right w:w="95" w:type="dxa"/>
            </w:tcMar>
            <w:vAlign w:val="center"/>
          </w:tcPr>
          <w:p w14:paraId="063DC21A" w14:textId="77777777" w:rsidR="00423D2F" w:rsidRPr="00717886" w:rsidRDefault="0047346F">
            <w:pPr>
              <w:spacing w:after="0"/>
              <w:jc w:val="right"/>
              <w:rPr>
                <w:rFonts w:cs="Times New Roman"/>
              </w:rPr>
            </w:pPr>
            <w:r w:rsidRPr="00717886">
              <w:rPr>
                <w:rFonts w:cs="Times New Roman"/>
                <w:b/>
                <w:sz w:val="13"/>
              </w:rPr>
              <w:t>N</w:t>
            </w:r>
          </w:p>
        </w:tc>
        <w:tc>
          <w:tcPr>
            <w:tcW w:w="936" w:type="dxa"/>
            <w:shd w:val="clear" w:color="auto" w:fill="D9EAF7"/>
            <w:tcMar>
              <w:top w:w="70" w:type="dxa"/>
              <w:left w:w="95" w:type="dxa"/>
              <w:bottom w:w="70" w:type="dxa"/>
              <w:right w:w="95" w:type="dxa"/>
            </w:tcMar>
            <w:vAlign w:val="center"/>
          </w:tcPr>
          <w:p w14:paraId="0A4C267B" w14:textId="77777777" w:rsidR="00423D2F" w:rsidRPr="00717886" w:rsidRDefault="0047346F">
            <w:pPr>
              <w:spacing w:after="0"/>
              <w:jc w:val="right"/>
              <w:rPr>
                <w:rFonts w:cs="Times New Roman"/>
              </w:rPr>
            </w:pPr>
            <w:r w:rsidRPr="00717886">
              <w:rPr>
                <w:rFonts w:cs="Times New Roman"/>
                <w:b/>
                <w:sz w:val="13"/>
              </w:rPr>
              <w:t>Institutions</w:t>
            </w:r>
          </w:p>
        </w:tc>
        <w:tc>
          <w:tcPr>
            <w:tcW w:w="892" w:type="dxa"/>
            <w:shd w:val="clear" w:color="auto" w:fill="D9EAF7"/>
            <w:tcMar>
              <w:top w:w="70" w:type="dxa"/>
              <w:left w:w="95" w:type="dxa"/>
              <w:bottom w:w="70" w:type="dxa"/>
              <w:right w:w="95" w:type="dxa"/>
            </w:tcMar>
            <w:vAlign w:val="center"/>
          </w:tcPr>
          <w:p w14:paraId="266CF7A7" w14:textId="77777777" w:rsidR="00423D2F" w:rsidRPr="00717886" w:rsidRDefault="0047346F">
            <w:pPr>
              <w:spacing w:after="0"/>
              <w:jc w:val="right"/>
              <w:rPr>
                <w:rFonts w:cs="Times New Roman"/>
              </w:rPr>
            </w:pPr>
            <w:r w:rsidRPr="00717886">
              <w:rPr>
                <w:rFonts w:cs="Times New Roman"/>
                <w:b/>
                <w:sz w:val="13"/>
              </w:rPr>
              <w:t>Within R²</w:t>
            </w:r>
          </w:p>
        </w:tc>
      </w:tr>
      <w:tr w:rsidR="002E7DCF" w:rsidRPr="00717886" w14:paraId="6D1E87BE" w14:textId="77777777">
        <w:trPr>
          <w:cantSplit/>
          <w:jc w:val="center"/>
        </w:trPr>
        <w:tc>
          <w:tcPr>
            <w:tcW w:w="792" w:type="dxa"/>
            <w:tcMar>
              <w:top w:w="70" w:type="dxa"/>
              <w:left w:w="95" w:type="dxa"/>
              <w:bottom w:w="70" w:type="dxa"/>
              <w:right w:w="95" w:type="dxa"/>
            </w:tcMar>
            <w:vAlign w:val="center"/>
          </w:tcPr>
          <w:p w14:paraId="7DC3BF21" w14:textId="77777777" w:rsidR="00423D2F" w:rsidRPr="00717886" w:rsidRDefault="0047346F">
            <w:pPr>
              <w:spacing w:after="0"/>
              <w:rPr>
                <w:rFonts w:cs="Times New Roman"/>
              </w:rPr>
            </w:pPr>
            <w:r w:rsidRPr="00717886">
              <w:rPr>
                <w:rFonts w:cs="Times New Roman"/>
                <w:sz w:val="13"/>
              </w:rPr>
              <w:t>Strict</w:t>
            </w:r>
          </w:p>
        </w:tc>
        <w:tc>
          <w:tcPr>
            <w:tcW w:w="3240" w:type="dxa"/>
            <w:tcMar>
              <w:top w:w="70" w:type="dxa"/>
              <w:left w:w="95" w:type="dxa"/>
              <w:bottom w:w="70" w:type="dxa"/>
              <w:right w:w="95" w:type="dxa"/>
            </w:tcMar>
            <w:vAlign w:val="center"/>
          </w:tcPr>
          <w:p w14:paraId="598848AD" w14:textId="77777777" w:rsidR="00423D2F" w:rsidRPr="00717886" w:rsidRDefault="0047346F">
            <w:pPr>
              <w:spacing w:after="0"/>
              <w:rPr>
                <w:rFonts w:cs="Times New Roman"/>
              </w:rPr>
            </w:pPr>
            <w:r w:rsidRPr="00717886">
              <w:rPr>
                <w:rFonts w:cs="Times New Roman"/>
                <w:sz w:val="13"/>
              </w:rPr>
              <w:t>Primary H1: RORC → EKII</w:t>
            </w:r>
          </w:p>
        </w:tc>
        <w:tc>
          <w:tcPr>
            <w:tcW w:w="864" w:type="dxa"/>
            <w:tcMar>
              <w:top w:w="70" w:type="dxa"/>
              <w:left w:w="95" w:type="dxa"/>
              <w:bottom w:w="70" w:type="dxa"/>
              <w:right w:w="95" w:type="dxa"/>
            </w:tcMar>
            <w:vAlign w:val="center"/>
          </w:tcPr>
          <w:p w14:paraId="5C590012" w14:textId="77777777" w:rsidR="00423D2F" w:rsidRPr="00717886" w:rsidRDefault="0047346F">
            <w:pPr>
              <w:spacing w:after="0"/>
              <w:jc w:val="right"/>
              <w:rPr>
                <w:rFonts w:cs="Times New Roman"/>
              </w:rPr>
            </w:pPr>
            <w:r w:rsidRPr="00717886">
              <w:rPr>
                <w:rFonts w:cs="Times New Roman"/>
                <w:sz w:val="13"/>
              </w:rPr>
              <w:t>.0982</w:t>
            </w:r>
          </w:p>
        </w:tc>
        <w:tc>
          <w:tcPr>
            <w:tcW w:w="979" w:type="dxa"/>
            <w:tcMar>
              <w:top w:w="70" w:type="dxa"/>
              <w:left w:w="95" w:type="dxa"/>
              <w:bottom w:w="70" w:type="dxa"/>
              <w:right w:w="95" w:type="dxa"/>
            </w:tcMar>
            <w:vAlign w:val="center"/>
          </w:tcPr>
          <w:p w14:paraId="5D64899B" w14:textId="77777777" w:rsidR="00423D2F" w:rsidRPr="00717886" w:rsidRDefault="0047346F">
            <w:pPr>
              <w:spacing w:after="0"/>
              <w:jc w:val="right"/>
              <w:rPr>
                <w:rFonts w:cs="Times New Roman"/>
              </w:rPr>
            </w:pPr>
            <w:r w:rsidRPr="00717886">
              <w:rPr>
                <w:rFonts w:cs="Times New Roman"/>
                <w:sz w:val="13"/>
              </w:rPr>
              <w:t>.0848</w:t>
            </w:r>
          </w:p>
        </w:tc>
        <w:tc>
          <w:tcPr>
            <w:tcW w:w="1512" w:type="dxa"/>
            <w:tcMar>
              <w:top w:w="70" w:type="dxa"/>
              <w:left w:w="95" w:type="dxa"/>
              <w:bottom w:w="70" w:type="dxa"/>
              <w:right w:w="95" w:type="dxa"/>
            </w:tcMar>
            <w:vAlign w:val="center"/>
          </w:tcPr>
          <w:p w14:paraId="74FFDBB1" w14:textId="77777777" w:rsidR="00423D2F" w:rsidRPr="00717886" w:rsidRDefault="0047346F">
            <w:pPr>
              <w:spacing w:after="0"/>
              <w:jc w:val="center"/>
              <w:rPr>
                <w:rFonts w:cs="Times New Roman"/>
              </w:rPr>
            </w:pPr>
            <w:r w:rsidRPr="00717886">
              <w:rPr>
                <w:rFonts w:cs="Times New Roman"/>
                <w:sz w:val="13"/>
              </w:rPr>
              <w:t>[−.0737, .2701]</w:t>
            </w:r>
          </w:p>
        </w:tc>
        <w:tc>
          <w:tcPr>
            <w:tcW w:w="792" w:type="dxa"/>
            <w:tcMar>
              <w:top w:w="70" w:type="dxa"/>
              <w:left w:w="95" w:type="dxa"/>
              <w:bottom w:w="70" w:type="dxa"/>
              <w:right w:w="95" w:type="dxa"/>
            </w:tcMar>
            <w:vAlign w:val="center"/>
          </w:tcPr>
          <w:p w14:paraId="169C1415" w14:textId="77777777" w:rsidR="00423D2F" w:rsidRPr="00717886" w:rsidRDefault="0047346F">
            <w:pPr>
              <w:spacing w:after="0"/>
              <w:jc w:val="right"/>
              <w:rPr>
                <w:rFonts w:cs="Times New Roman"/>
              </w:rPr>
            </w:pPr>
            <w:r w:rsidRPr="00717886">
              <w:rPr>
                <w:rFonts w:cs="Times New Roman"/>
                <w:sz w:val="13"/>
              </w:rPr>
              <w:t>.230</w:t>
            </w:r>
          </w:p>
        </w:tc>
        <w:tc>
          <w:tcPr>
            <w:tcW w:w="691" w:type="dxa"/>
            <w:tcMar>
              <w:top w:w="70" w:type="dxa"/>
              <w:left w:w="95" w:type="dxa"/>
              <w:bottom w:w="70" w:type="dxa"/>
              <w:right w:w="95" w:type="dxa"/>
            </w:tcMar>
            <w:vAlign w:val="center"/>
          </w:tcPr>
          <w:p w14:paraId="7CBB29FD" w14:textId="77777777" w:rsidR="00423D2F" w:rsidRPr="00717886" w:rsidRDefault="0047346F">
            <w:pPr>
              <w:spacing w:after="0"/>
              <w:jc w:val="right"/>
              <w:rPr>
                <w:rFonts w:cs="Times New Roman"/>
              </w:rPr>
            </w:pPr>
            <w:r w:rsidRPr="00717886">
              <w:rPr>
                <w:rFonts w:cs="Times New Roman"/>
                <w:sz w:val="13"/>
              </w:rPr>
              <w:t>320</w:t>
            </w:r>
          </w:p>
        </w:tc>
        <w:tc>
          <w:tcPr>
            <w:tcW w:w="936" w:type="dxa"/>
            <w:tcMar>
              <w:top w:w="70" w:type="dxa"/>
              <w:left w:w="95" w:type="dxa"/>
              <w:bottom w:w="70" w:type="dxa"/>
              <w:right w:w="95" w:type="dxa"/>
            </w:tcMar>
            <w:vAlign w:val="center"/>
          </w:tcPr>
          <w:p w14:paraId="3346D03D" w14:textId="77777777" w:rsidR="00423D2F" w:rsidRPr="00717886" w:rsidRDefault="0047346F">
            <w:pPr>
              <w:spacing w:after="0"/>
              <w:jc w:val="right"/>
              <w:rPr>
                <w:rFonts w:cs="Times New Roman"/>
              </w:rPr>
            </w:pPr>
            <w:r w:rsidRPr="00717886">
              <w:rPr>
                <w:rFonts w:cs="Times New Roman"/>
                <w:sz w:val="13"/>
              </w:rPr>
              <w:t>38</w:t>
            </w:r>
          </w:p>
        </w:tc>
        <w:tc>
          <w:tcPr>
            <w:tcW w:w="892" w:type="dxa"/>
            <w:tcMar>
              <w:top w:w="70" w:type="dxa"/>
              <w:left w:w="95" w:type="dxa"/>
              <w:bottom w:w="70" w:type="dxa"/>
              <w:right w:w="95" w:type="dxa"/>
            </w:tcMar>
            <w:vAlign w:val="center"/>
          </w:tcPr>
          <w:p w14:paraId="3EAF7B6B" w14:textId="77777777" w:rsidR="00423D2F" w:rsidRPr="00717886" w:rsidRDefault="0047346F">
            <w:pPr>
              <w:spacing w:after="0"/>
              <w:jc w:val="right"/>
              <w:rPr>
                <w:rFonts w:cs="Times New Roman"/>
              </w:rPr>
            </w:pPr>
            <w:r w:rsidRPr="00717886">
              <w:rPr>
                <w:rFonts w:cs="Times New Roman"/>
                <w:sz w:val="13"/>
              </w:rPr>
              <w:t>.363</w:t>
            </w:r>
          </w:p>
        </w:tc>
      </w:tr>
      <w:tr w:rsidR="002E7DCF" w:rsidRPr="00717886" w14:paraId="6CCF328F" w14:textId="77777777">
        <w:trPr>
          <w:cantSplit/>
          <w:jc w:val="center"/>
        </w:trPr>
        <w:tc>
          <w:tcPr>
            <w:tcW w:w="792" w:type="dxa"/>
            <w:shd w:val="clear" w:color="auto" w:fill="F5F7F9"/>
            <w:tcMar>
              <w:top w:w="70" w:type="dxa"/>
              <w:left w:w="95" w:type="dxa"/>
              <w:bottom w:w="70" w:type="dxa"/>
              <w:right w:w="95" w:type="dxa"/>
            </w:tcMar>
            <w:vAlign w:val="center"/>
          </w:tcPr>
          <w:p w14:paraId="474A75FD" w14:textId="77777777" w:rsidR="00423D2F" w:rsidRPr="00717886" w:rsidRDefault="0047346F">
            <w:pPr>
              <w:spacing w:after="0"/>
              <w:rPr>
                <w:rFonts w:cs="Times New Roman"/>
              </w:rPr>
            </w:pPr>
            <w:r w:rsidRPr="00717886">
              <w:rPr>
                <w:rFonts w:cs="Times New Roman"/>
                <w:sz w:val="13"/>
              </w:rPr>
              <w:t>Strict</w:t>
            </w:r>
          </w:p>
        </w:tc>
        <w:tc>
          <w:tcPr>
            <w:tcW w:w="3240" w:type="dxa"/>
            <w:shd w:val="clear" w:color="auto" w:fill="F5F7F9"/>
            <w:tcMar>
              <w:top w:w="70" w:type="dxa"/>
              <w:left w:w="95" w:type="dxa"/>
              <w:bottom w:w="70" w:type="dxa"/>
              <w:right w:w="95" w:type="dxa"/>
            </w:tcMar>
            <w:vAlign w:val="center"/>
          </w:tcPr>
          <w:p w14:paraId="0E9D4F64" w14:textId="77777777" w:rsidR="00423D2F" w:rsidRPr="00717886" w:rsidRDefault="0047346F">
            <w:pPr>
              <w:spacing w:after="0"/>
              <w:rPr>
                <w:rFonts w:cs="Times New Roman"/>
              </w:rPr>
            </w:pPr>
            <w:r w:rsidRPr="00717886">
              <w:rPr>
                <w:rFonts w:cs="Times New Roman"/>
                <w:sz w:val="13"/>
              </w:rPr>
              <w:t>Exploratory: RORC → CSLI</w:t>
            </w:r>
          </w:p>
        </w:tc>
        <w:tc>
          <w:tcPr>
            <w:tcW w:w="864" w:type="dxa"/>
            <w:shd w:val="clear" w:color="auto" w:fill="F5F7F9"/>
            <w:tcMar>
              <w:top w:w="70" w:type="dxa"/>
              <w:left w:w="95" w:type="dxa"/>
              <w:bottom w:w="70" w:type="dxa"/>
              <w:right w:w="95" w:type="dxa"/>
            </w:tcMar>
            <w:vAlign w:val="center"/>
          </w:tcPr>
          <w:p w14:paraId="43FB790F" w14:textId="77777777" w:rsidR="00423D2F" w:rsidRPr="00717886" w:rsidRDefault="0047346F">
            <w:pPr>
              <w:spacing w:after="0"/>
              <w:jc w:val="right"/>
              <w:rPr>
                <w:rFonts w:cs="Times New Roman"/>
              </w:rPr>
            </w:pPr>
            <w:r w:rsidRPr="00717886">
              <w:rPr>
                <w:rFonts w:cs="Times New Roman"/>
                <w:sz w:val="13"/>
              </w:rPr>
              <w:t>−.0526</w:t>
            </w:r>
          </w:p>
        </w:tc>
        <w:tc>
          <w:tcPr>
            <w:tcW w:w="979" w:type="dxa"/>
            <w:shd w:val="clear" w:color="auto" w:fill="F5F7F9"/>
            <w:tcMar>
              <w:top w:w="70" w:type="dxa"/>
              <w:left w:w="95" w:type="dxa"/>
              <w:bottom w:w="70" w:type="dxa"/>
              <w:right w:w="95" w:type="dxa"/>
            </w:tcMar>
            <w:vAlign w:val="center"/>
          </w:tcPr>
          <w:p w14:paraId="2160041A" w14:textId="77777777" w:rsidR="00423D2F" w:rsidRPr="00717886" w:rsidRDefault="0047346F">
            <w:pPr>
              <w:spacing w:after="0"/>
              <w:jc w:val="right"/>
              <w:rPr>
                <w:rFonts w:cs="Times New Roman"/>
              </w:rPr>
            </w:pPr>
            <w:r w:rsidRPr="00717886">
              <w:rPr>
                <w:rFonts w:cs="Times New Roman"/>
                <w:sz w:val="13"/>
              </w:rPr>
              <w:t>.1177</w:t>
            </w:r>
          </w:p>
        </w:tc>
        <w:tc>
          <w:tcPr>
            <w:tcW w:w="1512" w:type="dxa"/>
            <w:shd w:val="clear" w:color="auto" w:fill="F5F7F9"/>
            <w:tcMar>
              <w:top w:w="70" w:type="dxa"/>
              <w:left w:w="95" w:type="dxa"/>
              <w:bottom w:w="70" w:type="dxa"/>
              <w:right w:w="95" w:type="dxa"/>
            </w:tcMar>
            <w:vAlign w:val="center"/>
          </w:tcPr>
          <w:p w14:paraId="7B8A1024" w14:textId="77777777" w:rsidR="00423D2F" w:rsidRPr="00717886" w:rsidRDefault="0047346F">
            <w:pPr>
              <w:spacing w:after="0"/>
              <w:jc w:val="center"/>
              <w:rPr>
                <w:rFonts w:cs="Times New Roman"/>
              </w:rPr>
            </w:pPr>
            <w:r w:rsidRPr="00717886">
              <w:rPr>
                <w:rFonts w:cs="Times New Roman"/>
                <w:sz w:val="13"/>
              </w:rPr>
              <w:t>[−.2911, .1859]</w:t>
            </w:r>
          </w:p>
        </w:tc>
        <w:tc>
          <w:tcPr>
            <w:tcW w:w="792" w:type="dxa"/>
            <w:shd w:val="clear" w:color="auto" w:fill="F5F7F9"/>
            <w:tcMar>
              <w:top w:w="70" w:type="dxa"/>
              <w:left w:w="95" w:type="dxa"/>
              <w:bottom w:w="70" w:type="dxa"/>
              <w:right w:w="95" w:type="dxa"/>
            </w:tcMar>
            <w:vAlign w:val="center"/>
          </w:tcPr>
          <w:p w14:paraId="7A9A25D8" w14:textId="77777777" w:rsidR="00423D2F" w:rsidRPr="00717886" w:rsidRDefault="0047346F">
            <w:pPr>
              <w:spacing w:after="0"/>
              <w:jc w:val="right"/>
              <w:rPr>
                <w:rFonts w:cs="Times New Roman"/>
              </w:rPr>
            </w:pPr>
            <w:r w:rsidRPr="00717886">
              <w:rPr>
                <w:rFonts w:cs="Times New Roman"/>
                <w:sz w:val="13"/>
              </w:rPr>
              <w:t>.647</w:t>
            </w:r>
          </w:p>
        </w:tc>
        <w:tc>
          <w:tcPr>
            <w:tcW w:w="691" w:type="dxa"/>
            <w:shd w:val="clear" w:color="auto" w:fill="F5F7F9"/>
            <w:tcMar>
              <w:top w:w="70" w:type="dxa"/>
              <w:left w:w="95" w:type="dxa"/>
              <w:bottom w:w="70" w:type="dxa"/>
              <w:right w:w="95" w:type="dxa"/>
            </w:tcMar>
            <w:vAlign w:val="center"/>
          </w:tcPr>
          <w:p w14:paraId="06AAB78C" w14:textId="77777777" w:rsidR="00423D2F" w:rsidRPr="00717886" w:rsidRDefault="0047346F">
            <w:pPr>
              <w:spacing w:after="0"/>
              <w:jc w:val="right"/>
              <w:rPr>
                <w:rFonts w:cs="Times New Roman"/>
              </w:rPr>
            </w:pPr>
            <w:r w:rsidRPr="00717886">
              <w:rPr>
                <w:rFonts w:cs="Times New Roman"/>
                <w:sz w:val="13"/>
              </w:rPr>
              <w:t>290</w:t>
            </w:r>
          </w:p>
        </w:tc>
        <w:tc>
          <w:tcPr>
            <w:tcW w:w="936" w:type="dxa"/>
            <w:shd w:val="clear" w:color="auto" w:fill="F5F7F9"/>
            <w:tcMar>
              <w:top w:w="70" w:type="dxa"/>
              <w:left w:w="95" w:type="dxa"/>
              <w:bottom w:w="70" w:type="dxa"/>
              <w:right w:w="95" w:type="dxa"/>
            </w:tcMar>
            <w:vAlign w:val="center"/>
          </w:tcPr>
          <w:p w14:paraId="5E5034DF" w14:textId="77777777" w:rsidR="00423D2F" w:rsidRPr="00717886" w:rsidRDefault="0047346F">
            <w:pPr>
              <w:spacing w:after="0"/>
              <w:jc w:val="right"/>
              <w:rPr>
                <w:rFonts w:cs="Times New Roman"/>
              </w:rPr>
            </w:pPr>
            <w:r w:rsidRPr="00717886">
              <w:rPr>
                <w:rFonts w:cs="Times New Roman"/>
                <w:sz w:val="13"/>
              </w:rPr>
              <w:t>38</w:t>
            </w:r>
          </w:p>
        </w:tc>
        <w:tc>
          <w:tcPr>
            <w:tcW w:w="892" w:type="dxa"/>
            <w:shd w:val="clear" w:color="auto" w:fill="F5F7F9"/>
            <w:tcMar>
              <w:top w:w="70" w:type="dxa"/>
              <w:left w:w="95" w:type="dxa"/>
              <w:bottom w:w="70" w:type="dxa"/>
              <w:right w:w="95" w:type="dxa"/>
            </w:tcMar>
            <w:vAlign w:val="center"/>
          </w:tcPr>
          <w:p w14:paraId="460945FF" w14:textId="77777777" w:rsidR="00423D2F" w:rsidRPr="00717886" w:rsidRDefault="0047346F">
            <w:pPr>
              <w:spacing w:after="0"/>
              <w:jc w:val="right"/>
              <w:rPr>
                <w:rFonts w:cs="Times New Roman"/>
              </w:rPr>
            </w:pPr>
            <w:r w:rsidRPr="00717886">
              <w:rPr>
                <w:rFonts w:cs="Times New Roman"/>
                <w:sz w:val="13"/>
              </w:rPr>
              <w:t>.074</w:t>
            </w:r>
          </w:p>
        </w:tc>
      </w:tr>
      <w:tr w:rsidR="002E7DCF" w:rsidRPr="00717886" w14:paraId="4E903513" w14:textId="77777777">
        <w:trPr>
          <w:cantSplit/>
          <w:jc w:val="center"/>
        </w:trPr>
        <w:tc>
          <w:tcPr>
            <w:tcW w:w="792" w:type="dxa"/>
            <w:tcMar>
              <w:top w:w="70" w:type="dxa"/>
              <w:left w:w="95" w:type="dxa"/>
              <w:bottom w:w="70" w:type="dxa"/>
              <w:right w:w="95" w:type="dxa"/>
            </w:tcMar>
            <w:vAlign w:val="center"/>
          </w:tcPr>
          <w:p w14:paraId="63D37981" w14:textId="77777777" w:rsidR="00423D2F" w:rsidRPr="00717886" w:rsidRDefault="0047346F">
            <w:pPr>
              <w:spacing w:after="0"/>
              <w:rPr>
                <w:rFonts w:cs="Times New Roman"/>
              </w:rPr>
            </w:pPr>
            <w:r w:rsidRPr="00717886">
              <w:rPr>
                <w:rFonts w:cs="Times New Roman"/>
                <w:sz w:val="13"/>
              </w:rPr>
              <w:t>Strict</w:t>
            </w:r>
          </w:p>
        </w:tc>
        <w:tc>
          <w:tcPr>
            <w:tcW w:w="3240" w:type="dxa"/>
            <w:tcMar>
              <w:top w:w="70" w:type="dxa"/>
              <w:left w:w="95" w:type="dxa"/>
              <w:bottom w:w="70" w:type="dxa"/>
              <w:right w:w="95" w:type="dxa"/>
            </w:tcMar>
            <w:vAlign w:val="center"/>
          </w:tcPr>
          <w:p w14:paraId="42E936E2" w14:textId="77777777" w:rsidR="00423D2F" w:rsidRPr="00717886" w:rsidRDefault="0047346F">
            <w:pPr>
              <w:spacing w:after="0"/>
              <w:rPr>
                <w:rFonts w:cs="Times New Roman"/>
              </w:rPr>
            </w:pPr>
            <w:r w:rsidRPr="00717886">
              <w:rPr>
                <w:rFonts w:cs="Times New Roman"/>
                <w:sz w:val="13"/>
              </w:rPr>
              <w:t>Exploratory: EKII → CSLI | RORC</w:t>
            </w:r>
          </w:p>
        </w:tc>
        <w:tc>
          <w:tcPr>
            <w:tcW w:w="864" w:type="dxa"/>
            <w:tcMar>
              <w:top w:w="70" w:type="dxa"/>
              <w:left w:w="95" w:type="dxa"/>
              <w:bottom w:w="70" w:type="dxa"/>
              <w:right w:w="95" w:type="dxa"/>
            </w:tcMar>
            <w:vAlign w:val="center"/>
          </w:tcPr>
          <w:p w14:paraId="07EB60F5" w14:textId="77777777" w:rsidR="00423D2F" w:rsidRPr="00717886" w:rsidRDefault="0047346F">
            <w:pPr>
              <w:spacing w:after="0"/>
              <w:jc w:val="right"/>
              <w:rPr>
                <w:rFonts w:cs="Times New Roman"/>
              </w:rPr>
            </w:pPr>
            <w:r w:rsidRPr="00717886">
              <w:rPr>
                <w:rFonts w:cs="Times New Roman"/>
                <w:sz w:val="13"/>
              </w:rPr>
              <w:t>.0784</w:t>
            </w:r>
          </w:p>
        </w:tc>
        <w:tc>
          <w:tcPr>
            <w:tcW w:w="979" w:type="dxa"/>
            <w:tcMar>
              <w:top w:w="70" w:type="dxa"/>
              <w:left w:w="95" w:type="dxa"/>
              <w:bottom w:w="70" w:type="dxa"/>
              <w:right w:w="95" w:type="dxa"/>
            </w:tcMar>
            <w:vAlign w:val="center"/>
          </w:tcPr>
          <w:p w14:paraId="6BF35D36" w14:textId="77777777" w:rsidR="00423D2F" w:rsidRPr="00717886" w:rsidRDefault="0047346F">
            <w:pPr>
              <w:spacing w:after="0"/>
              <w:jc w:val="right"/>
              <w:rPr>
                <w:rFonts w:cs="Times New Roman"/>
              </w:rPr>
            </w:pPr>
            <w:r w:rsidRPr="00717886">
              <w:rPr>
                <w:rFonts w:cs="Times New Roman"/>
                <w:sz w:val="13"/>
              </w:rPr>
              <w:t>.1291</w:t>
            </w:r>
          </w:p>
        </w:tc>
        <w:tc>
          <w:tcPr>
            <w:tcW w:w="1512" w:type="dxa"/>
            <w:tcMar>
              <w:top w:w="70" w:type="dxa"/>
              <w:left w:w="95" w:type="dxa"/>
              <w:bottom w:w="70" w:type="dxa"/>
              <w:right w:w="95" w:type="dxa"/>
            </w:tcMar>
            <w:vAlign w:val="center"/>
          </w:tcPr>
          <w:p w14:paraId="724BC205" w14:textId="77777777" w:rsidR="00423D2F" w:rsidRPr="00717886" w:rsidRDefault="0047346F">
            <w:pPr>
              <w:spacing w:after="0"/>
              <w:jc w:val="center"/>
              <w:rPr>
                <w:rFonts w:cs="Times New Roman"/>
              </w:rPr>
            </w:pPr>
            <w:r w:rsidRPr="00717886">
              <w:rPr>
                <w:rFonts w:cs="Times New Roman"/>
                <w:sz w:val="13"/>
              </w:rPr>
              <w:t>[−.1832, .3400]</w:t>
            </w:r>
          </w:p>
        </w:tc>
        <w:tc>
          <w:tcPr>
            <w:tcW w:w="792" w:type="dxa"/>
            <w:tcMar>
              <w:top w:w="70" w:type="dxa"/>
              <w:left w:w="95" w:type="dxa"/>
              <w:bottom w:w="70" w:type="dxa"/>
              <w:right w:w="95" w:type="dxa"/>
            </w:tcMar>
            <w:vAlign w:val="center"/>
          </w:tcPr>
          <w:p w14:paraId="5F5F3F1D" w14:textId="77777777" w:rsidR="00423D2F" w:rsidRPr="00717886" w:rsidRDefault="0047346F">
            <w:pPr>
              <w:spacing w:after="0"/>
              <w:jc w:val="right"/>
              <w:rPr>
                <w:rFonts w:cs="Times New Roman"/>
              </w:rPr>
            </w:pPr>
            <w:r w:rsidRPr="00717886">
              <w:rPr>
                <w:rFonts w:cs="Times New Roman"/>
                <w:sz w:val="13"/>
              </w:rPr>
              <w:t>.500</w:t>
            </w:r>
          </w:p>
        </w:tc>
        <w:tc>
          <w:tcPr>
            <w:tcW w:w="691" w:type="dxa"/>
            <w:tcMar>
              <w:top w:w="70" w:type="dxa"/>
              <w:left w:w="95" w:type="dxa"/>
              <w:bottom w:w="70" w:type="dxa"/>
              <w:right w:w="95" w:type="dxa"/>
            </w:tcMar>
            <w:vAlign w:val="center"/>
          </w:tcPr>
          <w:p w14:paraId="64051AC4" w14:textId="77777777" w:rsidR="00423D2F" w:rsidRPr="00717886" w:rsidRDefault="0047346F">
            <w:pPr>
              <w:spacing w:after="0"/>
              <w:jc w:val="right"/>
              <w:rPr>
                <w:rFonts w:cs="Times New Roman"/>
              </w:rPr>
            </w:pPr>
            <w:r w:rsidRPr="00717886">
              <w:rPr>
                <w:rFonts w:cs="Times New Roman"/>
                <w:sz w:val="13"/>
              </w:rPr>
              <w:t>290</w:t>
            </w:r>
          </w:p>
        </w:tc>
        <w:tc>
          <w:tcPr>
            <w:tcW w:w="936" w:type="dxa"/>
            <w:tcMar>
              <w:top w:w="70" w:type="dxa"/>
              <w:left w:w="95" w:type="dxa"/>
              <w:bottom w:w="70" w:type="dxa"/>
              <w:right w:w="95" w:type="dxa"/>
            </w:tcMar>
            <w:vAlign w:val="center"/>
          </w:tcPr>
          <w:p w14:paraId="32E0CC3D" w14:textId="77777777" w:rsidR="00423D2F" w:rsidRPr="00717886" w:rsidRDefault="0047346F">
            <w:pPr>
              <w:spacing w:after="0"/>
              <w:jc w:val="right"/>
              <w:rPr>
                <w:rFonts w:cs="Times New Roman"/>
              </w:rPr>
            </w:pPr>
            <w:r w:rsidRPr="00717886">
              <w:rPr>
                <w:rFonts w:cs="Times New Roman"/>
                <w:sz w:val="13"/>
              </w:rPr>
              <w:t>38</w:t>
            </w:r>
          </w:p>
        </w:tc>
        <w:tc>
          <w:tcPr>
            <w:tcW w:w="892" w:type="dxa"/>
            <w:tcMar>
              <w:top w:w="70" w:type="dxa"/>
              <w:left w:w="95" w:type="dxa"/>
              <w:bottom w:w="70" w:type="dxa"/>
              <w:right w:w="95" w:type="dxa"/>
            </w:tcMar>
            <w:vAlign w:val="center"/>
          </w:tcPr>
          <w:p w14:paraId="7507FD60" w14:textId="77777777" w:rsidR="00423D2F" w:rsidRPr="00717886" w:rsidRDefault="0047346F">
            <w:pPr>
              <w:spacing w:after="0"/>
              <w:jc w:val="right"/>
              <w:rPr>
                <w:rFonts w:cs="Times New Roman"/>
              </w:rPr>
            </w:pPr>
            <w:r w:rsidRPr="00717886">
              <w:rPr>
                <w:rFonts w:cs="Times New Roman"/>
                <w:sz w:val="13"/>
              </w:rPr>
              <w:t>.076</w:t>
            </w:r>
          </w:p>
        </w:tc>
      </w:tr>
      <w:tr w:rsidR="002E7DCF" w:rsidRPr="00717886" w14:paraId="7E6A7E4E" w14:textId="77777777">
        <w:trPr>
          <w:cantSplit/>
          <w:jc w:val="center"/>
        </w:trPr>
        <w:tc>
          <w:tcPr>
            <w:tcW w:w="792" w:type="dxa"/>
            <w:shd w:val="clear" w:color="auto" w:fill="F5F7F9"/>
            <w:tcMar>
              <w:top w:w="70" w:type="dxa"/>
              <w:left w:w="95" w:type="dxa"/>
              <w:bottom w:w="70" w:type="dxa"/>
              <w:right w:w="95" w:type="dxa"/>
            </w:tcMar>
            <w:vAlign w:val="center"/>
          </w:tcPr>
          <w:p w14:paraId="0D50F4A5" w14:textId="77777777" w:rsidR="00423D2F" w:rsidRPr="00717886" w:rsidRDefault="0047346F">
            <w:pPr>
              <w:spacing w:after="0"/>
              <w:rPr>
                <w:rFonts w:cs="Times New Roman"/>
              </w:rPr>
            </w:pPr>
            <w:r w:rsidRPr="00717886">
              <w:rPr>
                <w:rFonts w:cs="Times New Roman"/>
                <w:sz w:val="13"/>
              </w:rPr>
              <w:t>Strict</w:t>
            </w:r>
          </w:p>
        </w:tc>
        <w:tc>
          <w:tcPr>
            <w:tcW w:w="3240" w:type="dxa"/>
            <w:shd w:val="clear" w:color="auto" w:fill="F5F7F9"/>
            <w:tcMar>
              <w:top w:w="70" w:type="dxa"/>
              <w:left w:w="95" w:type="dxa"/>
              <w:bottom w:w="70" w:type="dxa"/>
              <w:right w:w="95" w:type="dxa"/>
            </w:tcMar>
            <w:vAlign w:val="center"/>
          </w:tcPr>
          <w:p w14:paraId="75C61024" w14:textId="77777777" w:rsidR="00423D2F" w:rsidRPr="00717886" w:rsidRDefault="0047346F">
            <w:pPr>
              <w:spacing w:after="0"/>
              <w:rPr>
                <w:rFonts w:cs="Times New Roman"/>
              </w:rPr>
            </w:pPr>
            <w:r w:rsidRPr="00717886">
              <w:rPr>
                <w:rFonts w:cs="Times New Roman"/>
                <w:sz w:val="13"/>
              </w:rPr>
              <w:t>Conditional RORC → CSLI | EKII</w:t>
            </w:r>
          </w:p>
        </w:tc>
        <w:tc>
          <w:tcPr>
            <w:tcW w:w="864" w:type="dxa"/>
            <w:shd w:val="clear" w:color="auto" w:fill="F5F7F9"/>
            <w:tcMar>
              <w:top w:w="70" w:type="dxa"/>
              <w:left w:w="95" w:type="dxa"/>
              <w:bottom w:w="70" w:type="dxa"/>
              <w:right w:w="95" w:type="dxa"/>
            </w:tcMar>
            <w:vAlign w:val="center"/>
          </w:tcPr>
          <w:p w14:paraId="4A6629BE" w14:textId="77777777" w:rsidR="00423D2F" w:rsidRPr="00717886" w:rsidRDefault="0047346F">
            <w:pPr>
              <w:spacing w:after="0"/>
              <w:jc w:val="right"/>
              <w:rPr>
                <w:rFonts w:cs="Times New Roman"/>
              </w:rPr>
            </w:pPr>
            <w:r w:rsidRPr="00717886">
              <w:rPr>
                <w:rFonts w:cs="Times New Roman"/>
                <w:sz w:val="13"/>
              </w:rPr>
              <w:t>−.0606</w:t>
            </w:r>
          </w:p>
        </w:tc>
        <w:tc>
          <w:tcPr>
            <w:tcW w:w="979" w:type="dxa"/>
            <w:shd w:val="clear" w:color="auto" w:fill="F5F7F9"/>
            <w:tcMar>
              <w:top w:w="70" w:type="dxa"/>
              <w:left w:w="95" w:type="dxa"/>
              <w:bottom w:w="70" w:type="dxa"/>
              <w:right w:w="95" w:type="dxa"/>
            </w:tcMar>
            <w:vAlign w:val="center"/>
          </w:tcPr>
          <w:p w14:paraId="4C5C30D2" w14:textId="77777777" w:rsidR="00423D2F" w:rsidRPr="00717886" w:rsidRDefault="0047346F">
            <w:pPr>
              <w:spacing w:after="0"/>
              <w:jc w:val="right"/>
              <w:rPr>
                <w:rFonts w:cs="Times New Roman"/>
              </w:rPr>
            </w:pPr>
            <w:r w:rsidRPr="00717886">
              <w:rPr>
                <w:rFonts w:cs="Times New Roman"/>
                <w:sz w:val="13"/>
              </w:rPr>
              <w:t>.1172</w:t>
            </w:r>
          </w:p>
        </w:tc>
        <w:tc>
          <w:tcPr>
            <w:tcW w:w="1512" w:type="dxa"/>
            <w:shd w:val="clear" w:color="auto" w:fill="F5F7F9"/>
            <w:tcMar>
              <w:top w:w="70" w:type="dxa"/>
              <w:left w:w="95" w:type="dxa"/>
              <w:bottom w:w="70" w:type="dxa"/>
              <w:right w:w="95" w:type="dxa"/>
            </w:tcMar>
            <w:vAlign w:val="center"/>
          </w:tcPr>
          <w:p w14:paraId="07C9B71E" w14:textId="77777777" w:rsidR="00423D2F" w:rsidRPr="00717886" w:rsidRDefault="0047346F">
            <w:pPr>
              <w:spacing w:after="0"/>
              <w:jc w:val="center"/>
              <w:rPr>
                <w:rFonts w:cs="Times New Roman"/>
              </w:rPr>
            </w:pPr>
            <w:r w:rsidRPr="00717886">
              <w:rPr>
                <w:rFonts w:cs="Times New Roman"/>
                <w:sz w:val="13"/>
              </w:rPr>
              <w:t>[−.2980, .1769]</w:t>
            </w:r>
          </w:p>
        </w:tc>
        <w:tc>
          <w:tcPr>
            <w:tcW w:w="792" w:type="dxa"/>
            <w:shd w:val="clear" w:color="auto" w:fill="F5F7F9"/>
            <w:tcMar>
              <w:top w:w="70" w:type="dxa"/>
              <w:left w:w="95" w:type="dxa"/>
              <w:bottom w:w="70" w:type="dxa"/>
              <w:right w:w="95" w:type="dxa"/>
            </w:tcMar>
            <w:vAlign w:val="center"/>
          </w:tcPr>
          <w:p w14:paraId="6082B0AB" w14:textId="77777777" w:rsidR="00423D2F" w:rsidRPr="00717886" w:rsidRDefault="0047346F">
            <w:pPr>
              <w:spacing w:after="0"/>
              <w:jc w:val="right"/>
              <w:rPr>
                <w:rFonts w:cs="Times New Roman"/>
              </w:rPr>
            </w:pPr>
            <w:r w:rsidRPr="00717886">
              <w:rPr>
                <w:rFonts w:cs="Times New Roman"/>
                <w:sz w:val="13"/>
              </w:rPr>
              <w:t>.589</w:t>
            </w:r>
          </w:p>
        </w:tc>
        <w:tc>
          <w:tcPr>
            <w:tcW w:w="691" w:type="dxa"/>
            <w:shd w:val="clear" w:color="auto" w:fill="F5F7F9"/>
            <w:tcMar>
              <w:top w:w="70" w:type="dxa"/>
              <w:left w:w="95" w:type="dxa"/>
              <w:bottom w:w="70" w:type="dxa"/>
              <w:right w:w="95" w:type="dxa"/>
            </w:tcMar>
            <w:vAlign w:val="center"/>
          </w:tcPr>
          <w:p w14:paraId="10C087DC" w14:textId="77777777" w:rsidR="00423D2F" w:rsidRPr="00717886" w:rsidRDefault="0047346F">
            <w:pPr>
              <w:spacing w:after="0"/>
              <w:jc w:val="right"/>
              <w:rPr>
                <w:rFonts w:cs="Times New Roman"/>
              </w:rPr>
            </w:pPr>
            <w:r w:rsidRPr="00717886">
              <w:rPr>
                <w:rFonts w:cs="Times New Roman"/>
                <w:sz w:val="13"/>
              </w:rPr>
              <w:t>290</w:t>
            </w:r>
          </w:p>
        </w:tc>
        <w:tc>
          <w:tcPr>
            <w:tcW w:w="936" w:type="dxa"/>
            <w:shd w:val="clear" w:color="auto" w:fill="F5F7F9"/>
            <w:tcMar>
              <w:top w:w="70" w:type="dxa"/>
              <w:left w:w="95" w:type="dxa"/>
              <w:bottom w:w="70" w:type="dxa"/>
              <w:right w:w="95" w:type="dxa"/>
            </w:tcMar>
            <w:vAlign w:val="center"/>
          </w:tcPr>
          <w:p w14:paraId="4528C070" w14:textId="77777777" w:rsidR="00423D2F" w:rsidRPr="00717886" w:rsidRDefault="0047346F">
            <w:pPr>
              <w:spacing w:after="0"/>
              <w:jc w:val="right"/>
              <w:rPr>
                <w:rFonts w:cs="Times New Roman"/>
              </w:rPr>
            </w:pPr>
            <w:r w:rsidRPr="00717886">
              <w:rPr>
                <w:rFonts w:cs="Times New Roman"/>
                <w:sz w:val="13"/>
              </w:rPr>
              <w:t>38</w:t>
            </w:r>
          </w:p>
        </w:tc>
        <w:tc>
          <w:tcPr>
            <w:tcW w:w="892" w:type="dxa"/>
            <w:shd w:val="clear" w:color="auto" w:fill="F5F7F9"/>
            <w:tcMar>
              <w:top w:w="70" w:type="dxa"/>
              <w:left w:w="95" w:type="dxa"/>
              <w:bottom w:w="70" w:type="dxa"/>
              <w:right w:w="95" w:type="dxa"/>
            </w:tcMar>
            <w:vAlign w:val="center"/>
          </w:tcPr>
          <w:p w14:paraId="476B6766" w14:textId="77777777" w:rsidR="00423D2F" w:rsidRPr="00717886" w:rsidRDefault="0047346F">
            <w:pPr>
              <w:spacing w:after="0"/>
              <w:jc w:val="right"/>
              <w:rPr>
                <w:rFonts w:cs="Times New Roman"/>
              </w:rPr>
            </w:pPr>
            <w:r w:rsidRPr="00717886">
              <w:rPr>
                <w:rFonts w:cs="Times New Roman"/>
                <w:sz w:val="13"/>
              </w:rPr>
              <w:t>.076</w:t>
            </w:r>
          </w:p>
        </w:tc>
      </w:tr>
      <w:tr w:rsidR="002E7DCF" w:rsidRPr="00717886" w14:paraId="1E772798" w14:textId="77777777">
        <w:trPr>
          <w:cantSplit/>
          <w:jc w:val="center"/>
        </w:trPr>
        <w:tc>
          <w:tcPr>
            <w:tcW w:w="792" w:type="dxa"/>
            <w:tcMar>
              <w:top w:w="70" w:type="dxa"/>
              <w:left w:w="95" w:type="dxa"/>
              <w:bottom w:w="70" w:type="dxa"/>
              <w:right w:w="95" w:type="dxa"/>
            </w:tcMar>
            <w:vAlign w:val="center"/>
          </w:tcPr>
          <w:p w14:paraId="567C76C3" w14:textId="77777777" w:rsidR="00423D2F" w:rsidRPr="00717886" w:rsidRDefault="0047346F">
            <w:pPr>
              <w:spacing w:after="0"/>
              <w:rPr>
                <w:rFonts w:cs="Times New Roman"/>
              </w:rPr>
            </w:pPr>
            <w:r w:rsidRPr="00717886">
              <w:rPr>
                <w:rFonts w:cs="Times New Roman"/>
                <w:sz w:val="13"/>
              </w:rPr>
              <w:t>Strict</w:t>
            </w:r>
          </w:p>
        </w:tc>
        <w:tc>
          <w:tcPr>
            <w:tcW w:w="3240" w:type="dxa"/>
            <w:tcMar>
              <w:top w:w="70" w:type="dxa"/>
              <w:left w:w="95" w:type="dxa"/>
              <w:bottom w:w="70" w:type="dxa"/>
              <w:right w:w="95" w:type="dxa"/>
            </w:tcMar>
            <w:vAlign w:val="center"/>
          </w:tcPr>
          <w:p w14:paraId="7FE4FD90" w14:textId="77777777" w:rsidR="00423D2F" w:rsidRPr="00717886" w:rsidRDefault="0047346F">
            <w:pPr>
              <w:spacing w:after="0"/>
              <w:rPr>
                <w:rFonts w:cs="Times New Roman"/>
              </w:rPr>
            </w:pPr>
            <w:r w:rsidRPr="00717886">
              <w:rPr>
                <w:rFonts w:cs="Times New Roman"/>
                <w:sz w:val="13"/>
              </w:rPr>
              <w:t>Descriptive coefficient product</w:t>
            </w:r>
          </w:p>
        </w:tc>
        <w:tc>
          <w:tcPr>
            <w:tcW w:w="864" w:type="dxa"/>
            <w:tcMar>
              <w:top w:w="70" w:type="dxa"/>
              <w:left w:w="95" w:type="dxa"/>
              <w:bottom w:w="70" w:type="dxa"/>
              <w:right w:w="95" w:type="dxa"/>
            </w:tcMar>
            <w:vAlign w:val="center"/>
          </w:tcPr>
          <w:p w14:paraId="0EE07EA4" w14:textId="77777777" w:rsidR="00423D2F" w:rsidRPr="00717886" w:rsidRDefault="0047346F">
            <w:pPr>
              <w:spacing w:after="0"/>
              <w:jc w:val="right"/>
              <w:rPr>
                <w:rFonts w:cs="Times New Roman"/>
              </w:rPr>
            </w:pPr>
            <w:r w:rsidRPr="00717886">
              <w:rPr>
                <w:rFonts w:cs="Times New Roman"/>
                <w:sz w:val="13"/>
              </w:rPr>
              <w:t>.0080</w:t>
            </w:r>
          </w:p>
        </w:tc>
        <w:tc>
          <w:tcPr>
            <w:tcW w:w="979" w:type="dxa"/>
            <w:tcMar>
              <w:top w:w="70" w:type="dxa"/>
              <w:left w:w="95" w:type="dxa"/>
              <w:bottom w:w="70" w:type="dxa"/>
              <w:right w:w="95" w:type="dxa"/>
            </w:tcMar>
            <w:vAlign w:val="center"/>
          </w:tcPr>
          <w:p w14:paraId="556720D5" w14:textId="77777777" w:rsidR="00423D2F" w:rsidRPr="00717886" w:rsidRDefault="0047346F">
            <w:pPr>
              <w:spacing w:after="0"/>
              <w:jc w:val="right"/>
              <w:rPr>
                <w:rFonts w:cs="Times New Roman"/>
              </w:rPr>
            </w:pPr>
            <w:r w:rsidRPr="00717886">
              <w:rPr>
                <w:rFonts w:cs="Times New Roman"/>
                <w:sz w:val="13"/>
              </w:rPr>
              <w:t>—</w:t>
            </w:r>
          </w:p>
        </w:tc>
        <w:tc>
          <w:tcPr>
            <w:tcW w:w="1512" w:type="dxa"/>
            <w:tcMar>
              <w:top w:w="70" w:type="dxa"/>
              <w:left w:w="95" w:type="dxa"/>
              <w:bottom w:w="70" w:type="dxa"/>
              <w:right w:w="95" w:type="dxa"/>
            </w:tcMar>
            <w:vAlign w:val="center"/>
          </w:tcPr>
          <w:p w14:paraId="7063819D" w14:textId="77777777" w:rsidR="00423D2F" w:rsidRPr="00717886" w:rsidRDefault="0047346F">
            <w:pPr>
              <w:spacing w:after="0"/>
              <w:jc w:val="center"/>
              <w:rPr>
                <w:rFonts w:cs="Times New Roman"/>
              </w:rPr>
            </w:pPr>
            <w:r w:rsidRPr="00717886">
              <w:rPr>
                <w:rFonts w:cs="Times New Roman"/>
                <w:sz w:val="13"/>
              </w:rPr>
              <w:t>[−.0263, .0339]</w:t>
            </w:r>
          </w:p>
        </w:tc>
        <w:tc>
          <w:tcPr>
            <w:tcW w:w="792" w:type="dxa"/>
            <w:tcMar>
              <w:top w:w="70" w:type="dxa"/>
              <w:left w:w="95" w:type="dxa"/>
              <w:bottom w:w="70" w:type="dxa"/>
              <w:right w:w="95" w:type="dxa"/>
            </w:tcMar>
            <w:vAlign w:val="center"/>
          </w:tcPr>
          <w:p w14:paraId="34705601" w14:textId="77777777" w:rsidR="00423D2F" w:rsidRPr="00717886" w:rsidRDefault="0047346F">
            <w:pPr>
              <w:spacing w:after="0"/>
              <w:jc w:val="right"/>
              <w:rPr>
                <w:rFonts w:cs="Times New Roman"/>
              </w:rPr>
            </w:pPr>
            <w:r w:rsidRPr="00717886">
              <w:rPr>
                <w:rFonts w:cs="Times New Roman"/>
                <w:sz w:val="13"/>
              </w:rPr>
              <w:t>.676</w:t>
            </w:r>
          </w:p>
        </w:tc>
        <w:tc>
          <w:tcPr>
            <w:tcW w:w="691" w:type="dxa"/>
            <w:tcMar>
              <w:top w:w="70" w:type="dxa"/>
              <w:left w:w="95" w:type="dxa"/>
              <w:bottom w:w="70" w:type="dxa"/>
              <w:right w:w="95" w:type="dxa"/>
            </w:tcMar>
            <w:vAlign w:val="center"/>
          </w:tcPr>
          <w:p w14:paraId="54A0227A" w14:textId="77777777" w:rsidR="00423D2F" w:rsidRPr="00717886" w:rsidRDefault="0047346F">
            <w:pPr>
              <w:spacing w:after="0"/>
              <w:jc w:val="right"/>
              <w:rPr>
                <w:rFonts w:cs="Times New Roman"/>
              </w:rPr>
            </w:pPr>
            <w:r w:rsidRPr="00717886">
              <w:rPr>
                <w:rFonts w:cs="Times New Roman"/>
                <w:sz w:val="13"/>
              </w:rPr>
              <w:t>290</w:t>
            </w:r>
          </w:p>
        </w:tc>
        <w:tc>
          <w:tcPr>
            <w:tcW w:w="936" w:type="dxa"/>
            <w:tcMar>
              <w:top w:w="70" w:type="dxa"/>
              <w:left w:w="95" w:type="dxa"/>
              <w:bottom w:w="70" w:type="dxa"/>
              <w:right w:w="95" w:type="dxa"/>
            </w:tcMar>
            <w:vAlign w:val="center"/>
          </w:tcPr>
          <w:p w14:paraId="1E57926A" w14:textId="77777777" w:rsidR="00423D2F" w:rsidRPr="00717886" w:rsidRDefault="0047346F">
            <w:pPr>
              <w:spacing w:after="0"/>
              <w:jc w:val="right"/>
              <w:rPr>
                <w:rFonts w:cs="Times New Roman"/>
              </w:rPr>
            </w:pPr>
            <w:r w:rsidRPr="00717886">
              <w:rPr>
                <w:rFonts w:cs="Times New Roman"/>
                <w:sz w:val="13"/>
              </w:rPr>
              <w:t>38</w:t>
            </w:r>
          </w:p>
        </w:tc>
        <w:tc>
          <w:tcPr>
            <w:tcW w:w="892" w:type="dxa"/>
            <w:tcMar>
              <w:top w:w="70" w:type="dxa"/>
              <w:left w:w="95" w:type="dxa"/>
              <w:bottom w:w="70" w:type="dxa"/>
              <w:right w:w="95" w:type="dxa"/>
            </w:tcMar>
            <w:vAlign w:val="center"/>
          </w:tcPr>
          <w:p w14:paraId="2098BC29" w14:textId="77777777" w:rsidR="00423D2F" w:rsidRPr="00717886" w:rsidRDefault="0047346F">
            <w:pPr>
              <w:spacing w:after="0"/>
              <w:jc w:val="right"/>
              <w:rPr>
                <w:rFonts w:cs="Times New Roman"/>
              </w:rPr>
            </w:pPr>
            <w:r w:rsidRPr="00717886">
              <w:rPr>
                <w:rFonts w:cs="Times New Roman"/>
                <w:sz w:val="13"/>
              </w:rPr>
              <w:t>—</w:t>
            </w:r>
          </w:p>
        </w:tc>
      </w:tr>
      <w:tr w:rsidR="002E7DCF" w:rsidRPr="00717886" w14:paraId="1ADBDBE2" w14:textId="77777777">
        <w:trPr>
          <w:cantSplit/>
          <w:jc w:val="center"/>
        </w:trPr>
        <w:tc>
          <w:tcPr>
            <w:tcW w:w="792" w:type="dxa"/>
            <w:shd w:val="clear" w:color="auto" w:fill="F5F7F9"/>
            <w:tcMar>
              <w:top w:w="70" w:type="dxa"/>
              <w:left w:w="95" w:type="dxa"/>
              <w:bottom w:w="70" w:type="dxa"/>
              <w:right w:w="95" w:type="dxa"/>
            </w:tcMar>
            <w:vAlign w:val="center"/>
          </w:tcPr>
          <w:p w14:paraId="5C36BC9F" w14:textId="77777777" w:rsidR="00423D2F" w:rsidRPr="00717886" w:rsidRDefault="0047346F">
            <w:pPr>
              <w:spacing w:after="0"/>
              <w:rPr>
                <w:rFonts w:cs="Times New Roman"/>
              </w:rPr>
            </w:pPr>
            <w:r w:rsidRPr="00717886">
              <w:rPr>
                <w:rFonts w:cs="Times New Roman"/>
                <w:sz w:val="13"/>
              </w:rPr>
              <w:t>Broad</w:t>
            </w:r>
          </w:p>
        </w:tc>
        <w:tc>
          <w:tcPr>
            <w:tcW w:w="3240" w:type="dxa"/>
            <w:shd w:val="clear" w:color="auto" w:fill="F5F7F9"/>
            <w:tcMar>
              <w:top w:w="70" w:type="dxa"/>
              <w:left w:w="95" w:type="dxa"/>
              <w:bottom w:w="70" w:type="dxa"/>
              <w:right w:w="95" w:type="dxa"/>
            </w:tcMar>
            <w:vAlign w:val="center"/>
          </w:tcPr>
          <w:p w14:paraId="3AEF07C3" w14:textId="77777777" w:rsidR="00423D2F" w:rsidRPr="00717886" w:rsidRDefault="0047346F">
            <w:pPr>
              <w:spacing w:after="0"/>
              <w:rPr>
                <w:rFonts w:cs="Times New Roman"/>
              </w:rPr>
            </w:pPr>
            <w:r w:rsidRPr="00717886">
              <w:rPr>
                <w:rFonts w:cs="Times New Roman"/>
                <w:sz w:val="13"/>
              </w:rPr>
              <w:t>Primary H1: RORC → EKII</w:t>
            </w:r>
          </w:p>
        </w:tc>
        <w:tc>
          <w:tcPr>
            <w:tcW w:w="864" w:type="dxa"/>
            <w:shd w:val="clear" w:color="auto" w:fill="F5F7F9"/>
            <w:tcMar>
              <w:top w:w="70" w:type="dxa"/>
              <w:left w:w="95" w:type="dxa"/>
              <w:bottom w:w="70" w:type="dxa"/>
              <w:right w:w="95" w:type="dxa"/>
            </w:tcMar>
            <w:vAlign w:val="center"/>
          </w:tcPr>
          <w:p w14:paraId="7F09A22C" w14:textId="77777777" w:rsidR="00423D2F" w:rsidRPr="00717886" w:rsidRDefault="0047346F">
            <w:pPr>
              <w:spacing w:after="0"/>
              <w:jc w:val="right"/>
              <w:rPr>
                <w:rFonts w:cs="Times New Roman"/>
              </w:rPr>
            </w:pPr>
            <w:r w:rsidRPr="00717886">
              <w:rPr>
                <w:rFonts w:cs="Times New Roman"/>
                <w:sz w:val="13"/>
              </w:rPr>
              <w:t>.0411</w:t>
            </w:r>
          </w:p>
        </w:tc>
        <w:tc>
          <w:tcPr>
            <w:tcW w:w="979" w:type="dxa"/>
            <w:shd w:val="clear" w:color="auto" w:fill="F5F7F9"/>
            <w:tcMar>
              <w:top w:w="70" w:type="dxa"/>
              <w:left w:w="95" w:type="dxa"/>
              <w:bottom w:w="70" w:type="dxa"/>
              <w:right w:w="95" w:type="dxa"/>
            </w:tcMar>
            <w:vAlign w:val="center"/>
          </w:tcPr>
          <w:p w14:paraId="2F9F6620" w14:textId="77777777" w:rsidR="00423D2F" w:rsidRPr="00717886" w:rsidRDefault="0047346F">
            <w:pPr>
              <w:spacing w:after="0"/>
              <w:jc w:val="right"/>
              <w:rPr>
                <w:rFonts w:cs="Times New Roman"/>
              </w:rPr>
            </w:pPr>
            <w:r w:rsidRPr="00717886">
              <w:rPr>
                <w:rFonts w:cs="Times New Roman"/>
                <w:sz w:val="13"/>
              </w:rPr>
              <w:t>.0649</w:t>
            </w:r>
          </w:p>
        </w:tc>
        <w:tc>
          <w:tcPr>
            <w:tcW w:w="1512" w:type="dxa"/>
            <w:shd w:val="clear" w:color="auto" w:fill="F5F7F9"/>
            <w:tcMar>
              <w:top w:w="70" w:type="dxa"/>
              <w:left w:w="95" w:type="dxa"/>
              <w:bottom w:w="70" w:type="dxa"/>
              <w:right w:w="95" w:type="dxa"/>
            </w:tcMar>
            <w:vAlign w:val="center"/>
          </w:tcPr>
          <w:p w14:paraId="111DA215" w14:textId="77777777" w:rsidR="00423D2F" w:rsidRPr="00717886" w:rsidRDefault="0047346F">
            <w:pPr>
              <w:spacing w:after="0"/>
              <w:jc w:val="center"/>
              <w:rPr>
                <w:rFonts w:cs="Times New Roman"/>
              </w:rPr>
            </w:pPr>
            <w:r w:rsidRPr="00717886">
              <w:rPr>
                <w:rFonts w:cs="Times New Roman"/>
                <w:sz w:val="13"/>
              </w:rPr>
              <w:t>[−.0903, .1726]</w:t>
            </w:r>
          </w:p>
        </w:tc>
        <w:tc>
          <w:tcPr>
            <w:tcW w:w="792" w:type="dxa"/>
            <w:shd w:val="clear" w:color="auto" w:fill="F5F7F9"/>
            <w:tcMar>
              <w:top w:w="70" w:type="dxa"/>
              <w:left w:w="95" w:type="dxa"/>
              <w:bottom w:w="70" w:type="dxa"/>
              <w:right w:w="95" w:type="dxa"/>
            </w:tcMar>
            <w:vAlign w:val="center"/>
          </w:tcPr>
          <w:p w14:paraId="38DFCBE8" w14:textId="77777777" w:rsidR="00423D2F" w:rsidRPr="00717886" w:rsidRDefault="0047346F">
            <w:pPr>
              <w:spacing w:after="0"/>
              <w:jc w:val="right"/>
              <w:rPr>
                <w:rFonts w:cs="Times New Roman"/>
              </w:rPr>
            </w:pPr>
            <w:r w:rsidRPr="00717886">
              <w:rPr>
                <w:rFonts w:cs="Times New Roman"/>
                <w:sz w:val="13"/>
              </w:rPr>
              <w:t>.510</w:t>
            </w:r>
          </w:p>
        </w:tc>
        <w:tc>
          <w:tcPr>
            <w:tcW w:w="691" w:type="dxa"/>
            <w:shd w:val="clear" w:color="auto" w:fill="F5F7F9"/>
            <w:tcMar>
              <w:top w:w="70" w:type="dxa"/>
              <w:left w:w="95" w:type="dxa"/>
              <w:bottom w:w="70" w:type="dxa"/>
              <w:right w:w="95" w:type="dxa"/>
            </w:tcMar>
            <w:vAlign w:val="center"/>
          </w:tcPr>
          <w:p w14:paraId="7C9E59AC"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61E305E1" w14:textId="77777777" w:rsidR="00423D2F" w:rsidRPr="00717886" w:rsidRDefault="0047346F">
            <w:pPr>
              <w:spacing w:after="0"/>
              <w:jc w:val="right"/>
              <w:rPr>
                <w:rFonts w:cs="Times New Roman"/>
              </w:rPr>
            </w:pPr>
            <w:r w:rsidRPr="00717886">
              <w:rPr>
                <w:rFonts w:cs="Times New Roman"/>
                <w:sz w:val="13"/>
              </w:rPr>
              <w:t>38</w:t>
            </w:r>
          </w:p>
        </w:tc>
        <w:tc>
          <w:tcPr>
            <w:tcW w:w="892" w:type="dxa"/>
            <w:shd w:val="clear" w:color="auto" w:fill="F5F7F9"/>
            <w:tcMar>
              <w:top w:w="70" w:type="dxa"/>
              <w:left w:w="95" w:type="dxa"/>
              <w:bottom w:w="70" w:type="dxa"/>
              <w:right w:w="95" w:type="dxa"/>
            </w:tcMar>
            <w:vAlign w:val="center"/>
          </w:tcPr>
          <w:p w14:paraId="5D65863E" w14:textId="77777777" w:rsidR="00423D2F" w:rsidRPr="00717886" w:rsidRDefault="0047346F">
            <w:pPr>
              <w:spacing w:after="0"/>
              <w:jc w:val="right"/>
              <w:rPr>
                <w:rFonts w:cs="Times New Roman"/>
              </w:rPr>
            </w:pPr>
            <w:r w:rsidRPr="00717886">
              <w:rPr>
                <w:rFonts w:cs="Times New Roman"/>
                <w:sz w:val="13"/>
              </w:rPr>
              <w:t>.335</w:t>
            </w:r>
          </w:p>
        </w:tc>
      </w:tr>
      <w:tr w:rsidR="002E7DCF" w:rsidRPr="00717886" w14:paraId="75995EF1" w14:textId="77777777">
        <w:trPr>
          <w:cantSplit/>
          <w:jc w:val="center"/>
        </w:trPr>
        <w:tc>
          <w:tcPr>
            <w:tcW w:w="792" w:type="dxa"/>
            <w:tcMar>
              <w:top w:w="70" w:type="dxa"/>
              <w:left w:w="95" w:type="dxa"/>
              <w:bottom w:w="70" w:type="dxa"/>
              <w:right w:w="95" w:type="dxa"/>
            </w:tcMar>
            <w:vAlign w:val="center"/>
          </w:tcPr>
          <w:p w14:paraId="7F8F1B07" w14:textId="77777777" w:rsidR="00423D2F" w:rsidRPr="00717886" w:rsidRDefault="0047346F">
            <w:pPr>
              <w:spacing w:after="0"/>
              <w:rPr>
                <w:rFonts w:cs="Times New Roman"/>
              </w:rPr>
            </w:pPr>
            <w:r w:rsidRPr="00717886">
              <w:rPr>
                <w:rFonts w:cs="Times New Roman"/>
                <w:sz w:val="13"/>
              </w:rPr>
              <w:t>Broad</w:t>
            </w:r>
          </w:p>
        </w:tc>
        <w:tc>
          <w:tcPr>
            <w:tcW w:w="3240" w:type="dxa"/>
            <w:tcMar>
              <w:top w:w="70" w:type="dxa"/>
              <w:left w:w="95" w:type="dxa"/>
              <w:bottom w:w="70" w:type="dxa"/>
              <w:right w:w="95" w:type="dxa"/>
            </w:tcMar>
            <w:vAlign w:val="center"/>
          </w:tcPr>
          <w:p w14:paraId="300CE902" w14:textId="77777777" w:rsidR="00423D2F" w:rsidRPr="00717886" w:rsidRDefault="0047346F">
            <w:pPr>
              <w:spacing w:after="0"/>
              <w:rPr>
                <w:rFonts w:cs="Times New Roman"/>
              </w:rPr>
            </w:pPr>
            <w:r w:rsidRPr="00717886">
              <w:rPr>
                <w:rFonts w:cs="Times New Roman"/>
                <w:sz w:val="13"/>
              </w:rPr>
              <w:t>Exploratory: RORC → CSLI</w:t>
            </w:r>
          </w:p>
        </w:tc>
        <w:tc>
          <w:tcPr>
            <w:tcW w:w="864" w:type="dxa"/>
            <w:tcMar>
              <w:top w:w="70" w:type="dxa"/>
              <w:left w:w="95" w:type="dxa"/>
              <w:bottom w:w="70" w:type="dxa"/>
              <w:right w:w="95" w:type="dxa"/>
            </w:tcMar>
            <w:vAlign w:val="center"/>
          </w:tcPr>
          <w:p w14:paraId="7A53C92A" w14:textId="77777777" w:rsidR="00423D2F" w:rsidRPr="00717886" w:rsidRDefault="0047346F">
            <w:pPr>
              <w:spacing w:after="0"/>
              <w:jc w:val="right"/>
              <w:rPr>
                <w:rFonts w:cs="Times New Roman"/>
              </w:rPr>
            </w:pPr>
            <w:r w:rsidRPr="00717886">
              <w:rPr>
                <w:rFonts w:cs="Times New Roman"/>
                <w:sz w:val="13"/>
              </w:rPr>
              <w:t>−.1035</w:t>
            </w:r>
          </w:p>
        </w:tc>
        <w:tc>
          <w:tcPr>
            <w:tcW w:w="979" w:type="dxa"/>
            <w:tcMar>
              <w:top w:w="70" w:type="dxa"/>
              <w:left w:w="95" w:type="dxa"/>
              <w:bottom w:w="70" w:type="dxa"/>
              <w:right w:w="95" w:type="dxa"/>
            </w:tcMar>
            <w:vAlign w:val="center"/>
          </w:tcPr>
          <w:p w14:paraId="7B594F7C" w14:textId="77777777" w:rsidR="00423D2F" w:rsidRPr="00717886" w:rsidRDefault="0047346F">
            <w:pPr>
              <w:spacing w:after="0"/>
              <w:jc w:val="right"/>
              <w:rPr>
                <w:rFonts w:cs="Times New Roman"/>
              </w:rPr>
            </w:pPr>
            <w:r w:rsidRPr="00717886">
              <w:rPr>
                <w:rFonts w:cs="Times New Roman"/>
                <w:sz w:val="13"/>
              </w:rPr>
              <w:t>.1159</w:t>
            </w:r>
          </w:p>
        </w:tc>
        <w:tc>
          <w:tcPr>
            <w:tcW w:w="1512" w:type="dxa"/>
            <w:tcMar>
              <w:top w:w="70" w:type="dxa"/>
              <w:left w:w="95" w:type="dxa"/>
              <w:bottom w:w="70" w:type="dxa"/>
              <w:right w:w="95" w:type="dxa"/>
            </w:tcMar>
            <w:vAlign w:val="center"/>
          </w:tcPr>
          <w:p w14:paraId="2C4B325F" w14:textId="77777777" w:rsidR="00423D2F" w:rsidRPr="00717886" w:rsidRDefault="0047346F">
            <w:pPr>
              <w:spacing w:after="0"/>
              <w:jc w:val="center"/>
              <w:rPr>
                <w:rFonts w:cs="Times New Roman"/>
              </w:rPr>
            </w:pPr>
            <w:r w:rsidRPr="00717886">
              <w:rPr>
                <w:rFonts w:cs="Times New Roman"/>
                <w:sz w:val="13"/>
              </w:rPr>
              <w:t>[−.3382, .1313]</w:t>
            </w:r>
          </w:p>
        </w:tc>
        <w:tc>
          <w:tcPr>
            <w:tcW w:w="792" w:type="dxa"/>
            <w:tcMar>
              <w:top w:w="70" w:type="dxa"/>
              <w:left w:w="95" w:type="dxa"/>
              <w:bottom w:w="70" w:type="dxa"/>
              <w:right w:w="95" w:type="dxa"/>
            </w:tcMar>
            <w:vAlign w:val="center"/>
          </w:tcPr>
          <w:p w14:paraId="5BD836C2" w14:textId="77777777" w:rsidR="00423D2F" w:rsidRPr="00717886" w:rsidRDefault="0047346F">
            <w:pPr>
              <w:spacing w:after="0"/>
              <w:jc w:val="right"/>
              <w:rPr>
                <w:rFonts w:cs="Times New Roman"/>
              </w:rPr>
            </w:pPr>
            <w:r w:rsidRPr="00717886">
              <w:rPr>
                <w:rFonts w:cs="Times New Roman"/>
                <w:sz w:val="13"/>
              </w:rPr>
              <w:t>.369</w:t>
            </w:r>
          </w:p>
        </w:tc>
        <w:tc>
          <w:tcPr>
            <w:tcW w:w="691" w:type="dxa"/>
            <w:tcMar>
              <w:top w:w="70" w:type="dxa"/>
              <w:left w:w="95" w:type="dxa"/>
              <w:bottom w:w="70" w:type="dxa"/>
              <w:right w:w="95" w:type="dxa"/>
            </w:tcMar>
            <w:vAlign w:val="center"/>
          </w:tcPr>
          <w:p w14:paraId="10B99EED" w14:textId="77777777" w:rsidR="00423D2F" w:rsidRPr="00717886" w:rsidRDefault="0047346F">
            <w:pPr>
              <w:spacing w:after="0"/>
              <w:jc w:val="right"/>
              <w:rPr>
                <w:rFonts w:cs="Times New Roman"/>
              </w:rPr>
            </w:pPr>
            <w:r w:rsidRPr="00717886">
              <w:rPr>
                <w:rFonts w:cs="Times New Roman"/>
                <w:sz w:val="13"/>
              </w:rPr>
              <w:t>318</w:t>
            </w:r>
          </w:p>
        </w:tc>
        <w:tc>
          <w:tcPr>
            <w:tcW w:w="936" w:type="dxa"/>
            <w:tcMar>
              <w:top w:w="70" w:type="dxa"/>
              <w:left w:w="95" w:type="dxa"/>
              <w:bottom w:w="70" w:type="dxa"/>
              <w:right w:w="95" w:type="dxa"/>
            </w:tcMar>
            <w:vAlign w:val="center"/>
          </w:tcPr>
          <w:p w14:paraId="3C129389" w14:textId="77777777" w:rsidR="00423D2F" w:rsidRPr="00717886" w:rsidRDefault="0047346F">
            <w:pPr>
              <w:spacing w:after="0"/>
              <w:jc w:val="right"/>
              <w:rPr>
                <w:rFonts w:cs="Times New Roman"/>
              </w:rPr>
            </w:pPr>
            <w:r w:rsidRPr="00717886">
              <w:rPr>
                <w:rFonts w:cs="Times New Roman"/>
                <w:sz w:val="13"/>
              </w:rPr>
              <w:t>38</w:t>
            </w:r>
          </w:p>
        </w:tc>
        <w:tc>
          <w:tcPr>
            <w:tcW w:w="892" w:type="dxa"/>
            <w:tcMar>
              <w:top w:w="70" w:type="dxa"/>
              <w:left w:w="95" w:type="dxa"/>
              <w:bottom w:w="70" w:type="dxa"/>
              <w:right w:w="95" w:type="dxa"/>
            </w:tcMar>
            <w:vAlign w:val="center"/>
          </w:tcPr>
          <w:p w14:paraId="2FB2B368" w14:textId="77777777" w:rsidR="00423D2F" w:rsidRPr="00717886" w:rsidRDefault="0047346F">
            <w:pPr>
              <w:spacing w:after="0"/>
              <w:jc w:val="right"/>
              <w:rPr>
                <w:rFonts w:cs="Times New Roman"/>
              </w:rPr>
            </w:pPr>
            <w:r w:rsidRPr="00717886">
              <w:rPr>
                <w:rFonts w:cs="Times New Roman"/>
                <w:sz w:val="13"/>
              </w:rPr>
              <w:t>.080</w:t>
            </w:r>
          </w:p>
        </w:tc>
      </w:tr>
      <w:tr w:rsidR="002E7DCF" w:rsidRPr="00717886" w14:paraId="1F174D04" w14:textId="77777777">
        <w:trPr>
          <w:cantSplit/>
          <w:jc w:val="center"/>
        </w:trPr>
        <w:tc>
          <w:tcPr>
            <w:tcW w:w="792" w:type="dxa"/>
            <w:shd w:val="clear" w:color="auto" w:fill="F5F7F9"/>
            <w:tcMar>
              <w:top w:w="70" w:type="dxa"/>
              <w:left w:w="95" w:type="dxa"/>
              <w:bottom w:w="70" w:type="dxa"/>
              <w:right w:w="95" w:type="dxa"/>
            </w:tcMar>
            <w:vAlign w:val="center"/>
          </w:tcPr>
          <w:p w14:paraId="17DC2C4E" w14:textId="77777777" w:rsidR="00423D2F" w:rsidRPr="00717886" w:rsidRDefault="0047346F">
            <w:pPr>
              <w:spacing w:after="0"/>
              <w:rPr>
                <w:rFonts w:cs="Times New Roman"/>
              </w:rPr>
            </w:pPr>
            <w:r w:rsidRPr="00717886">
              <w:rPr>
                <w:rFonts w:cs="Times New Roman"/>
                <w:sz w:val="13"/>
              </w:rPr>
              <w:t>Broad</w:t>
            </w:r>
          </w:p>
        </w:tc>
        <w:tc>
          <w:tcPr>
            <w:tcW w:w="3240" w:type="dxa"/>
            <w:shd w:val="clear" w:color="auto" w:fill="F5F7F9"/>
            <w:tcMar>
              <w:top w:w="70" w:type="dxa"/>
              <w:left w:w="95" w:type="dxa"/>
              <w:bottom w:w="70" w:type="dxa"/>
              <w:right w:w="95" w:type="dxa"/>
            </w:tcMar>
            <w:vAlign w:val="center"/>
          </w:tcPr>
          <w:p w14:paraId="749C5D69" w14:textId="77777777" w:rsidR="00423D2F" w:rsidRPr="00717886" w:rsidRDefault="0047346F">
            <w:pPr>
              <w:spacing w:after="0"/>
              <w:rPr>
                <w:rFonts w:cs="Times New Roman"/>
              </w:rPr>
            </w:pPr>
            <w:r w:rsidRPr="00717886">
              <w:rPr>
                <w:rFonts w:cs="Times New Roman"/>
                <w:sz w:val="13"/>
              </w:rPr>
              <w:t>Exploratory: EKII → CSLI | RORC</w:t>
            </w:r>
          </w:p>
        </w:tc>
        <w:tc>
          <w:tcPr>
            <w:tcW w:w="864" w:type="dxa"/>
            <w:shd w:val="clear" w:color="auto" w:fill="F5F7F9"/>
            <w:tcMar>
              <w:top w:w="70" w:type="dxa"/>
              <w:left w:w="95" w:type="dxa"/>
              <w:bottom w:w="70" w:type="dxa"/>
              <w:right w:w="95" w:type="dxa"/>
            </w:tcMar>
            <w:vAlign w:val="center"/>
          </w:tcPr>
          <w:p w14:paraId="2DB88460" w14:textId="77777777" w:rsidR="00423D2F" w:rsidRPr="00717886" w:rsidRDefault="0047346F">
            <w:pPr>
              <w:spacing w:after="0"/>
              <w:jc w:val="right"/>
              <w:rPr>
                <w:rFonts w:cs="Times New Roman"/>
              </w:rPr>
            </w:pPr>
            <w:r w:rsidRPr="00717886">
              <w:rPr>
                <w:rFonts w:cs="Times New Roman"/>
                <w:sz w:val="13"/>
              </w:rPr>
              <w:t>.0808</w:t>
            </w:r>
          </w:p>
        </w:tc>
        <w:tc>
          <w:tcPr>
            <w:tcW w:w="979" w:type="dxa"/>
            <w:shd w:val="clear" w:color="auto" w:fill="F5F7F9"/>
            <w:tcMar>
              <w:top w:w="70" w:type="dxa"/>
              <w:left w:w="95" w:type="dxa"/>
              <w:bottom w:w="70" w:type="dxa"/>
              <w:right w:w="95" w:type="dxa"/>
            </w:tcMar>
            <w:vAlign w:val="center"/>
          </w:tcPr>
          <w:p w14:paraId="1ABB1AD6" w14:textId="77777777" w:rsidR="00423D2F" w:rsidRPr="00717886" w:rsidRDefault="0047346F">
            <w:pPr>
              <w:spacing w:after="0"/>
              <w:jc w:val="right"/>
              <w:rPr>
                <w:rFonts w:cs="Times New Roman"/>
              </w:rPr>
            </w:pPr>
            <w:r w:rsidRPr="00717886">
              <w:rPr>
                <w:rFonts w:cs="Times New Roman"/>
                <w:sz w:val="13"/>
              </w:rPr>
              <w:t>.1117</w:t>
            </w:r>
          </w:p>
        </w:tc>
        <w:tc>
          <w:tcPr>
            <w:tcW w:w="1512" w:type="dxa"/>
            <w:shd w:val="clear" w:color="auto" w:fill="F5F7F9"/>
            <w:tcMar>
              <w:top w:w="70" w:type="dxa"/>
              <w:left w:w="95" w:type="dxa"/>
              <w:bottom w:w="70" w:type="dxa"/>
              <w:right w:w="95" w:type="dxa"/>
            </w:tcMar>
            <w:vAlign w:val="center"/>
          </w:tcPr>
          <w:p w14:paraId="170153EB" w14:textId="77777777" w:rsidR="00423D2F" w:rsidRPr="00717886" w:rsidRDefault="0047346F">
            <w:pPr>
              <w:spacing w:after="0"/>
              <w:jc w:val="center"/>
              <w:rPr>
                <w:rFonts w:cs="Times New Roman"/>
              </w:rPr>
            </w:pPr>
            <w:r w:rsidRPr="00717886">
              <w:rPr>
                <w:rFonts w:cs="Times New Roman"/>
                <w:sz w:val="13"/>
              </w:rPr>
              <w:t>[−.1456, .3071]</w:t>
            </w:r>
          </w:p>
        </w:tc>
        <w:tc>
          <w:tcPr>
            <w:tcW w:w="792" w:type="dxa"/>
            <w:shd w:val="clear" w:color="auto" w:fill="F5F7F9"/>
            <w:tcMar>
              <w:top w:w="70" w:type="dxa"/>
              <w:left w:w="95" w:type="dxa"/>
              <w:bottom w:w="70" w:type="dxa"/>
              <w:right w:w="95" w:type="dxa"/>
            </w:tcMar>
            <w:vAlign w:val="center"/>
          </w:tcPr>
          <w:p w14:paraId="28FD1F7C" w14:textId="77777777" w:rsidR="00423D2F" w:rsidRPr="00717886" w:rsidRDefault="0047346F">
            <w:pPr>
              <w:spacing w:after="0"/>
              <w:jc w:val="right"/>
              <w:rPr>
                <w:rFonts w:cs="Times New Roman"/>
              </w:rPr>
            </w:pPr>
            <w:r w:rsidRPr="00717886">
              <w:rPr>
                <w:rFonts w:cs="Times New Roman"/>
                <w:sz w:val="13"/>
              </w:rPr>
              <w:t>.450</w:t>
            </w:r>
          </w:p>
        </w:tc>
        <w:tc>
          <w:tcPr>
            <w:tcW w:w="691" w:type="dxa"/>
            <w:shd w:val="clear" w:color="auto" w:fill="F5F7F9"/>
            <w:tcMar>
              <w:top w:w="70" w:type="dxa"/>
              <w:left w:w="95" w:type="dxa"/>
              <w:bottom w:w="70" w:type="dxa"/>
              <w:right w:w="95" w:type="dxa"/>
            </w:tcMar>
            <w:vAlign w:val="center"/>
          </w:tcPr>
          <w:p w14:paraId="11ADABF8" w14:textId="77777777" w:rsidR="00423D2F" w:rsidRPr="00717886" w:rsidRDefault="0047346F">
            <w:pPr>
              <w:spacing w:after="0"/>
              <w:jc w:val="right"/>
              <w:rPr>
                <w:rFonts w:cs="Times New Roman"/>
              </w:rPr>
            </w:pPr>
            <w:r w:rsidRPr="00717886">
              <w:rPr>
                <w:rFonts w:cs="Times New Roman"/>
                <w:sz w:val="13"/>
              </w:rPr>
              <w:t>318</w:t>
            </w:r>
          </w:p>
        </w:tc>
        <w:tc>
          <w:tcPr>
            <w:tcW w:w="936" w:type="dxa"/>
            <w:shd w:val="clear" w:color="auto" w:fill="F5F7F9"/>
            <w:tcMar>
              <w:top w:w="70" w:type="dxa"/>
              <w:left w:w="95" w:type="dxa"/>
              <w:bottom w:w="70" w:type="dxa"/>
              <w:right w:w="95" w:type="dxa"/>
            </w:tcMar>
            <w:vAlign w:val="center"/>
          </w:tcPr>
          <w:p w14:paraId="4EAB0D5A" w14:textId="77777777" w:rsidR="00423D2F" w:rsidRPr="00717886" w:rsidRDefault="0047346F">
            <w:pPr>
              <w:spacing w:after="0"/>
              <w:jc w:val="right"/>
              <w:rPr>
                <w:rFonts w:cs="Times New Roman"/>
              </w:rPr>
            </w:pPr>
            <w:r w:rsidRPr="00717886">
              <w:rPr>
                <w:rFonts w:cs="Times New Roman"/>
                <w:sz w:val="13"/>
              </w:rPr>
              <w:t>38</w:t>
            </w:r>
          </w:p>
        </w:tc>
        <w:tc>
          <w:tcPr>
            <w:tcW w:w="892" w:type="dxa"/>
            <w:shd w:val="clear" w:color="auto" w:fill="F5F7F9"/>
            <w:tcMar>
              <w:top w:w="70" w:type="dxa"/>
              <w:left w:w="95" w:type="dxa"/>
              <w:bottom w:w="70" w:type="dxa"/>
              <w:right w:w="95" w:type="dxa"/>
            </w:tcMar>
            <w:vAlign w:val="center"/>
          </w:tcPr>
          <w:p w14:paraId="132C21BF" w14:textId="77777777" w:rsidR="00423D2F" w:rsidRPr="00717886" w:rsidRDefault="0047346F">
            <w:pPr>
              <w:spacing w:after="0"/>
              <w:jc w:val="right"/>
              <w:rPr>
                <w:rFonts w:cs="Times New Roman"/>
              </w:rPr>
            </w:pPr>
            <w:r w:rsidRPr="00717886">
              <w:rPr>
                <w:rFonts w:cs="Times New Roman"/>
                <w:sz w:val="13"/>
              </w:rPr>
              <w:t>.087</w:t>
            </w:r>
          </w:p>
        </w:tc>
      </w:tr>
      <w:tr w:rsidR="002E7DCF" w:rsidRPr="00717886" w14:paraId="48C41D8E" w14:textId="77777777">
        <w:trPr>
          <w:cantSplit/>
          <w:jc w:val="center"/>
        </w:trPr>
        <w:tc>
          <w:tcPr>
            <w:tcW w:w="792" w:type="dxa"/>
            <w:tcMar>
              <w:top w:w="70" w:type="dxa"/>
              <w:left w:w="95" w:type="dxa"/>
              <w:bottom w:w="70" w:type="dxa"/>
              <w:right w:w="95" w:type="dxa"/>
            </w:tcMar>
            <w:vAlign w:val="center"/>
          </w:tcPr>
          <w:p w14:paraId="5BF267DF" w14:textId="77777777" w:rsidR="00423D2F" w:rsidRPr="00717886" w:rsidRDefault="0047346F">
            <w:pPr>
              <w:spacing w:after="0"/>
              <w:rPr>
                <w:rFonts w:cs="Times New Roman"/>
              </w:rPr>
            </w:pPr>
            <w:r w:rsidRPr="00717886">
              <w:rPr>
                <w:rFonts w:cs="Times New Roman"/>
                <w:sz w:val="13"/>
              </w:rPr>
              <w:t>Broad</w:t>
            </w:r>
          </w:p>
        </w:tc>
        <w:tc>
          <w:tcPr>
            <w:tcW w:w="3240" w:type="dxa"/>
            <w:tcMar>
              <w:top w:w="70" w:type="dxa"/>
              <w:left w:w="95" w:type="dxa"/>
              <w:bottom w:w="70" w:type="dxa"/>
              <w:right w:w="95" w:type="dxa"/>
            </w:tcMar>
            <w:vAlign w:val="center"/>
          </w:tcPr>
          <w:p w14:paraId="7D87B28B" w14:textId="77777777" w:rsidR="00423D2F" w:rsidRPr="00717886" w:rsidRDefault="0047346F">
            <w:pPr>
              <w:spacing w:after="0"/>
              <w:rPr>
                <w:rFonts w:cs="Times New Roman"/>
              </w:rPr>
            </w:pPr>
            <w:r w:rsidRPr="00717886">
              <w:rPr>
                <w:rFonts w:cs="Times New Roman"/>
                <w:sz w:val="13"/>
              </w:rPr>
              <w:t>Conditional RORC → CSLI | EKII</w:t>
            </w:r>
          </w:p>
        </w:tc>
        <w:tc>
          <w:tcPr>
            <w:tcW w:w="864" w:type="dxa"/>
            <w:tcMar>
              <w:top w:w="70" w:type="dxa"/>
              <w:left w:w="95" w:type="dxa"/>
              <w:bottom w:w="70" w:type="dxa"/>
              <w:right w:w="95" w:type="dxa"/>
            </w:tcMar>
            <w:vAlign w:val="center"/>
          </w:tcPr>
          <w:p w14:paraId="59D98B36" w14:textId="77777777" w:rsidR="00423D2F" w:rsidRPr="00717886" w:rsidRDefault="0047346F">
            <w:pPr>
              <w:spacing w:after="0"/>
              <w:jc w:val="right"/>
              <w:rPr>
                <w:rFonts w:cs="Times New Roman"/>
              </w:rPr>
            </w:pPr>
            <w:r w:rsidRPr="00717886">
              <w:rPr>
                <w:rFonts w:cs="Times New Roman"/>
                <w:sz w:val="13"/>
              </w:rPr>
              <w:t>−.1061</w:t>
            </w:r>
          </w:p>
        </w:tc>
        <w:tc>
          <w:tcPr>
            <w:tcW w:w="979" w:type="dxa"/>
            <w:tcMar>
              <w:top w:w="70" w:type="dxa"/>
              <w:left w:w="95" w:type="dxa"/>
              <w:bottom w:w="70" w:type="dxa"/>
              <w:right w:w="95" w:type="dxa"/>
            </w:tcMar>
            <w:vAlign w:val="center"/>
          </w:tcPr>
          <w:p w14:paraId="09BE7541" w14:textId="77777777" w:rsidR="00423D2F" w:rsidRPr="00717886" w:rsidRDefault="0047346F">
            <w:pPr>
              <w:spacing w:after="0"/>
              <w:jc w:val="right"/>
              <w:rPr>
                <w:rFonts w:cs="Times New Roman"/>
              </w:rPr>
            </w:pPr>
            <w:r w:rsidRPr="00717886">
              <w:rPr>
                <w:rFonts w:cs="Times New Roman"/>
                <w:sz w:val="13"/>
              </w:rPr>
              <w:t>.1150</w:t>
            </w:r>
          </w:p>
        </w:tc>
        <w:tc>
          <w:tcPr>
            <w:tcW w:w="1512" w:type="dxa"/>
            <w:tcMar>
              <w:top w:w="70" w:type="dxa"/>
              <w:left w:w="95" w:type="dxa"/>
              <w:bottom w:w="70" w:type="dxa"/>
              <w:right w:w="95" w:type="dxa"/>
            </w:tcMar>
            <w:vAlign w:val="center"/>
          </w:tcPr>
          <w:p w14:paraId="6AA501E6" w14:textId="77777777" w:rsidR="00423D2F" w:rsidRPr="00717886" w:rsidRDefault="0047346F">
            <w:pPr>
              <w:spacing w:after="0"/>
              <w:jc w:val="center"/>
              <w:rPr>
                <w:rFonts w:cs="Times New Roman"/>
              </w:rPr>
            </w:pPr>
            <w:r w:rsidRPr="00717886">
              <w:rPr>
                <w:rFonts w:cs="Times New Roman"/>
                <w:sz w:val="13"/>
              </w:rPr>
              <w:t>[−.3392, .1270]</w:t>
            </w:r>
          </w:p>
        </w:tc>
        <w:tc>
          <w:tcPr>
            <w:tcW w:w="792" w:type="dxa"/>
            <w:tcMar>
              <w:top w:w="70" w:type="dxa"/>
              <w:left w:w="95" w:type="dxa"/>
              <w:bottom w:w="70" w:type="dxa"/>
              <w:right w:w="95" w:type="dxa"/>
            </w:tcMar>
            <w:vAlign w:val="center"/>
          </w:tcPr>
          <w:p w14:paraId="5746B2BD" w14:textId="77777777" w:rsidR="00423D2F" w:rsidRPr="00717886" w:rsidRDefault="0047346F">
            <w:pPr>
              <w:spacing w:after="0"/>
              <w:jc w:val="right"/>
              <w:rPr>
                <w:rFonts w:cs="Times New Roman"/>
              </w:rPr>
            </w:pPr>
            <w:r w:rsidRPr="00717886">
              <w:rPr>
                <w:rFonts w:cs="Times New Roman"/>
                <w:sz w:val="13"/>
              </w:rPr>
              <w:t>.327</w:t>
            </w:r>
          </w:p>
        </w:tc>
        <w:tc>
          <w:tcPr>
            <w:tcW w:w="691" w:type="dxa"/>
            <w:tcMar>
              <w:top w:w="70" w:type="dxa"/>
              <w:left w:w="95" w:type="dxa"/>
              <w:bottom w:w="70" w:type="dxa"/>
              <w:right w:w="95" w:type="dxa"/>
            </w:tcMar>
            <w:vAlign w:val="center"/>
          </w:tcPr>
          <w:p w14:paraId="4E43E2DD" w14:textId="77777777" w:rsidR="00423D2F" w:rsidRPr="00717886" w:rsidRDefault="0047346F">
            <w:pPr>
              <w:spacing w:after="0"/>
              <w:jc w:val="right"/>
              <w:rPr>
                <w:rFonts w:cs="Times New Roman"/>
              </w:rPr>
            </w:pPr>
            <w:r w:rsidRPr="00717886">
              <w:rPr>
                <w:rFonts w:cs="Times New Roman"/>
                <w:sz w:val="13"/>
              </w:rPr>
              <w:t>318</w:t>
            </w:r>
          </w:p>
        </w:tc>
        <w:tc>
          <w:tcPr>
            <w:tcW w:w="936" w:type="dxa"/>
            <w:tcMar>
              <w:top w:w="70" w:type="dxa"/>
              <w:left w:w="95" w:type="dxa"/>
              <w:bottom w:w="70" w:type="dxa"/>
              <w:right w:w="95" w:type="dxa"/>
            </w:tcMar>
            <w:vAlign w:val="center"/>
          </w:tcPr>
          <w:p w14:paraId="1D6308D6" w14:textId="77777777" w:rsidR="00423D2F" w:rsidRPr="00717886" w:rsidRDefault="0047346F">
            <w:pPr>
              <w:spacing w:after="0"/>
              <w:jc w:val="right"/>
              <w:rPr>
                <w:rFonts w:cs="Times New Roman"/>
              </w:rPr>
            </w:pPr>
            <w:r w:rsidRPr="00717886">
              <w:rPr>
                <w:rFonts w:cs="Times New Roman"/>
                <w:sz w:val="13"/>
              </w:rPr>
              <w:t>38</w:t>
            </w:r>
          </w:p>
        </w:tc>
        <w:tc>
          <w:tcPr>
            <w:tcW w:w="892" w:type="dxa"/>
            <w:tcMar>
              <w:top w:w="70" w:type="dxa"/>
              <w:left w:w="95" w:type="dxa"/>
              <w:bottom w:w="70" w:type="dxa"/>
              <w:right w:w="95" w:type="dxa"/>
            </w:tcMar>
            <w:vAlign w:val="center"/>
          </w:tcPr>
          <w:p w14:paraId="7B56B754" w14:textId="77777777" w:rsidR="00423D2F" w:rsidRPr="00717886" w:rsidRDefault="0047346F">
            <w:pPr>
              <w:spacing w:after="0"/>
              <w:jc w:val="right"/>
              <w:rPr>
                <w:rFonts w:cs="Times New Roman"/>
              </w:rPr>
            </w:pPr>
            <w:r w:rsidRPr="00717886">
              <w:rPr>
                <w:rFonts w:cs="Times New Roman"/>
                <w:sz w:val="13"/>
              </w:rPr>
              <w:t>.087</w:t>
            </w:r>
          </w:p>
        </w:tc>
      </w:tr>
      <w:tr w:rsidR="002E7DCF" w:rsidRPr="00717886" w14:paraId="34B2B27E" w14:textId="77777777">
        <w:trPr>
          <w:cantSplit/>
          <w:jc w:val="center"/>
        </w:trPr>
        <w:tc>
          <w:tcPr>
            <w:tcW w:w="792" w:type="dxa"/>
            <w:shd w:val="clear" w:color="auto" w:fill="F5F7F9"/>
            <w:tcMar>
              <w:top w:w="70" w:type="dxa"/>
              <w:left w:w="95" w:type="dxa"/>
              <w:bottom w:w="70" w:type="dxa"/>
              <w:right w:w="95" w:type="dxa"/>
            </w:tcMar>
            <w:vAlign w:val="center"/>
          </w:tcPr>
          <w:p w14:paraId="26AEBD29" w14:textId="77777777" w:rsidR="00423D2F" w:rsidRPr="00717886" w:rsidRDefault="0047346F">
            <w:pPr>
              <w:spacing w:after="0"/>
              <w:rPr>
                <w:rFonts w:cs="Times New Roman"/>
              </w:rPr>
            </w:pPr>
            <w:r w:rsidRPr="00717886">
              <w:rPr>
                <w:rFonts w:cs="Times New Roman"/>
                <w:sz w:val="13"/>
              </w:rPr>
              <w:t>Broad</w:t>
            </w:r>
          </w:p>
        </w:tc>
        <w:tc>
          <w:tcPr>
            <w:tcW w:w="3240" w:type="dxa"/>
            <w:shd w:val="clear" w:color="auto" w:fill="F5F7F9"/>
            <w:tcMar>
              <w:top w:w="70" w:type="dxa"/>
              <w:left w:w="95" w:type="dxa"/>
              <w:bottom w:w="70" w:type="dxa"/>
              <w:right w:w="95" w:type="dxa"/>
            </w:tcMar>
            <w:vAlign w:val="center"/>
          </w:tcPr>
          <w:p w14:paraId="189B88F1" w14:textId="77777777" w:rsidR="00423D2F" w:rsidRPr="00717886" w:rsidRDefault="0047346F">
            <w:pPr>
              <w:spacing w:after="0"/>
              <w:rPr>
                <w:rFonts w:cs="Times New Roman"/>
              </w:rPr>
            </w:pPr>
            <w:r w:rsidRPr="00717886">
              <w:rPr>
                <w:rFonts w:cs="Times New Roman"/>
                <w:sz w:val="13"/>
              </w:rPr>
              <w:t>Descriptive coefficient product</w:t>
            </w:r>
          </w:p>
        </w:tc>
        <w:tc>
          <w:tcPr>
            <w:tcW w:w="864" w:type="dxa"/>
            <w:shd w:val="clear" w:color="auto" w:fill="F5F7F9"/>
            <w:tcMar>
              <w:top w:w="70" w:type="dxa"/>
              <w:left w:w="95" w:type="dxa"/>
              <w:bottom w:w="70" w:type="dxa"/>
              <w:right w:w="95" w:type="dxa"/>
            </w:tcMar>
            <w:vAlign w:val="center"/>
          </w:tcPr>
          <w:p w14:paraId="21E13E20" w14:textId="77777777" w:rsidR="00423D2F" w:rsidRPr="00717886" w:rsidRDefault="0047346F">
            <w:pPr>
              <w:spacing w:after="0"/>
              <w:jc w:val="right"/>
              <w:rPr>
                <w:rFonts w:cs="Times New Roman"/>
              </w:rPr>
            </w:pPr>
            <w:r w:rsidRPr="00717886">
              <w:rPr>
                <w:rFonts w:cs="Times New Roman"/>
                <w:sz w:val="13"/>
              </w:rPr>
              <w:t>.0026</w:t>
            </w:r>
          </w:p>
        </w:tc>
        <w:tc>
          <w:tcPr>
            <w:tcW w:w="979" w:type="dxa"/>
            <w:shd w:val="clear" w:color="auto" w:fill="F5F7F9"/>
            <w:tcMar>
              <w:top w:w="70" w:type="dxa"/>
              <w:left w:w="95" w:type="dxa"/>
              <w:bottom w:w="70" w:type="dxa"/>
              <w:right w:w="95" w:type="dxa"/>
            </w:tcMar>
            <w:vAlign w:val="center"/>
          </w:tcPr>
          <w:p w14:paraId="59190A6B" w14:textId="77777777" w:rsidR="00423D2F" w:rsidRPr="00717886" w:rsidRDefault="0047346F">
            <w:pPr>
              <w:spacing w:after="0"/>
              <w:jc w:val="right"/>
              <w:rPr>
                <w:rFonts w:cs="Times New Roman"/>
              </w:rPr>
            </w:pPr>
            <w:r w:rsidRPr="00717886">
              <w:rPr>
                <w:rFonts w:cs="Times New Roman"/>
                <w:sz w:val="13"/>
              </w:rPr>
              <w:t>—</w:t>
            </w:r>
          </w:p>
        </w:tc>
        <w:tc>
          <w:tcPr>
            <w:tcW w:w="1512" w:type="dxa"/>
            <w:shd w:val="clear" w:color="auto" w:fill="F5F7F9"/>
            <w:tcMar>
              <w:top w:w="70" w:type="dxa"/>
              <w:left w:w="95" w:type="dxa"/>
              <w:bottom w:w="70" w:type="dxa"/>
              <w:right w:w="95" w:type="dxa"/>
            </w:tcMar>
            <w:vAlign w:val="center"/>
          </w:tcPr>
          <w:p w14:paraId="30B19EF0" w14:textId="77777777" w:rsidR="00423D2F" w:rsidRPr="00717886" w:rsidRDefault="0047346F">
            <w:pPr>
              <w:spacing w:after="0"/>
              <w:jc w:val="center"/>
              <w:rPr>
                <w:rFonts w:cs="Times New Roman"/>
              </w:rPr>
            </w:pPr>
            <w:r w:rsidRPr="00717886">
              <w:rPr>
                <w:rFonts w:cs="Times New Roman"/>
                <w:sz w:val="13"/>
              </w:rPr>
              <w:t>[−.0138, .0234]</w:t>
            </w:r>
          </w:p>
        </w:tc>
        <w:tc>
          <w:tcPr>
            <w:tcW w:w="792" w:type="dxa"/>
            <w:shd w:val="clear" w:color="auto" w:fill="F5F7F9"/>
            <w:tcMar>
              <w:top w:w="70" w:type="dxa"/>
              <w:left w:w="95" w:type="dxa"/>
              <w:bottom w:w="70" w:type="dxa"/>
              <w:right w:w="95" w:type="dxa"/>
            </w:tcMar>
            <w:vAlign w:val="center"/>
          </w:tcPr>
          <w:p w14:paraId="292B1E87" w14:textId="77777777" w:rsidR="00423D2F" w:rsidRPr="00717886" w:rsidRDefault="0047346F">
            <w:pPr>
              <w:spacing w:after="0"/>
              <w:jc w:val="right"/>
              <w:rPr>
                <w:rFonts w:cs="Times New Roman"/>
              </w:rPr>
            </w:pPr>
            <w:r w:rsidRPr="00717886">
              <w:rPr>
                <w:rFonts w:cs="Times New Roman"/>
                <w:sz w:val="13"/>
              </w:rPr>
              <w:t>.813</w:t>
            </w:r>
          </w:p>
        </w:tc>
        <w:tc>
          <w:tcPr>
            <w:tcW w:w="691" w:type="dxa"/>
            <w:shd w:val="clear" w:color="auto" w:fill="F5F7F9"/>
            <w:tcMar>
              <w:top w:w="70" w:type="dxa"/>
              <w:left w:w="95" w:type="dxa"/>
              <w:bottom w:w="70" w:type="dxa"/>
              <w:right w:w="95" w:type="dxa"/>
            </w:tcMar>
            <w:vAlign w:val="center"/>
          </w:tcPr>
          <w:p w14:paraId="763EE380" w14:textId="77777777" w:rsidR="00423D2F" w:rsidRPr="00717886" w:rsidRDefault="0047346F">
            <w:pPr>
              <w:spacing w:after="0"/>
              <w:jc w:val="right"/>
              <w:rPr>
                <w:rFonts w:cs="Times New Roman"/>
              </w:rPr>
            </w:pPr>
            <w:r w:rsidRPr="00717886">
              <w:rPr>
                <w:rFonts w:cs="Times New Roman"/>
                <w:sz w:val="13"/>
              </w:rPr>
              <w:t>318</w:t>
            </w:r>
          </w:p>
        </w:tc>
        <w:tc>
          <w:tcPr>
            <w:tcW w:w="936" w:type="dxa"/>
            <w:shd w:val="clear" w:color="auto" w:fill="F5F7F9"/>
            <w:tcMar>
              <w:top w:w="70" w:type="dxa"/>
              <w:left w:w="95" w:type="dxa"/>
              <w:bottom w:w="70" w:type="dxa"/>
              <w:right w:w="95" w:type="dxa"/>
            </w:tcMar>
            <w:vAlign w:val="center"/>
          </w:tcPr>
          <w:p w14:paraId="65AAAA1F" w14:textId="77777777" w:rsidR="00423D2F" w:rsidRPr="00717886" w:rsidRDefault="0047346F">
            <w:pPr>
              <w:spacing w:after="0"/>
              <w:jc w:val="right"/>
              <w:rPr>
                <w:rFonts w:cs="Times New Roman"/>
              </w:rPr>
            </w:pPr>
            <w:r w:rsidRPr="00717886">
              <w:rPr>
                <w:rFonts w:cs="Times New Roman"/>
                <w:sz w:val="13"/>
              </w:rPr>
              <w:t>38</w:t>
            </w:r>
          </w:p>
        </w:tc>
        <w:tc>
          <w:tcPr>
            <w:tcW w:w="892" w:type="dxa"/>
            <w:shd w:val="clear" w:color="auto" w:fill="F5F7F9"/>
            <w:tcMar>
              <w:top w:w="70" w:type="dxa"/>
              <w:left w:w="95" w:type="dxa"/>
              <w:bottom w:w="70" w:type="dxa"/>
              <w:right w:w="95" w:type="dxa"/>
            </w:tcMar>
            <w:vAlign w:val="center"/>
          </w:tcPr>
          <w:p w14:paraId="5F4D5495" w14:textId="77777777" w:rsidR="00423D2F" w:rsidRPr="00717886" w:rsidRDefault="0047346F">
            <w:pPr>
              <w:spacing w:after="0"/>
              <w:jc w:val="right"/>
              <w:rPr>
                <w:rFonts w:cs="Times New Roman"/>
              </w:rPr>
            </w:pPr>
            <w:r w:rsidRPr="00717886">
              <w:rPr>
                <w:rFonts w:cs="Times New Roman"/>
                <w:sz w:val="13"/>
              </w:rPr>
              <w:t>—</w:t>
            </w:r>
          </w:p>
        </w:tc>
      </w:tr>
    </w:tbl>
    <w:p w14:paraId="3A51604F" w14:textId="77777777" w:rsidR="00717886" w:rsidRPr="00717886" w:rsidRDefault="00A11917" w:rsidP="00717886">
      <w:pPr>
        <w:spacing w:before="60" w:after="80"/>
        <w:rPr>
          <w:rFonts w:cs="Times New Roman"/>
          <w:i/>
          <w:sz w:val="18"/>
        </w:rPr>
      </w:pPr>
      <w:r w:rsidRPr="00717886">
        <w:rPr>
          <w:rFonts w:cs="Times New Roman"/>
          <w:b/>
          <w:i/>
          <w:sz w:val="18"/>
        </w:rPr>
        <w:t xml:space="preserve">Note. </w:t>
      </w:r>
      <w:r w:rsidRPr="00717886">
        <w:rPr>
          <w:rFonts w:cs="Times New Roman"/>
          <w:i/>
          <w:sz w:val="18"/>
        </w:rPr>
        <w:t>Coefficient-row confidence intervals use institution-clustered CR1 standard errors; the p column reports 999-replication null-imposed wild-cluster p values with Rademacher weights. Product rows report 2,000-replication institution-history bootstrap intervals and p values. Product N corresponds to the aligned sequential sample. Coefficient products summarize sequential associations and are not indirect causal effects or mediation estimates.</w:t>
      </w:r>
    </w:p>
    <w:p w14:paraId="179F769B" w14:textId="77777777" w:rsidR="00717886" w:rsidRPr="00717886" w:rsidRDefault="00717886" w:rsidP="00717886">
      <w:pPr>
        <w:spacing w:before="60" w:after="80"/>
        <w:rPr>
          <w:rFonts w:cs="Times New Roman"/>
          <w:i/>
          <w:sz w:val="18"/>
        </w:rPr>
      </w:pPr>
    </w:p>
    <w:p w14:paraId="5F32A6DD" w14:textId="5EE87A0F" w:rsidR="002E7DCF" w:rsidRPr="00717886" w:rsidRDefault="00A11917" w:rsidP="00717886">
      <w:pPr>
        <w:spacing w:before="60" w:after="80"/>
        <w:rPr>
          <w:rFonts w:cs="Times New Roman"/>
        </w:rPr>
      </w:pPr>
      <w:r w:rsidRPr="00717886">
        <w:rPr>
          <w:rFonts w:cs="Times New Roman"/>
          <w:b/>
          <w:i/>
        </w:rPr>
        <w:t>Panel B. Robustness and sensitivity ranges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3168"/>
        <w:gridCol w:w="1872"/>
        <w:gridCol w:w="1872"/>
        <w:gridCol w:w="3024"/>
      </w:tblGrid>
      <w:tr w:rsidR="002E7DCF" w:rsidRPr="00717886" w14:paraId="6A583A0D" w14:textId="77777777">
        <w:trPr>
          <w:cantSplit/>
          <w:tblHeader/>
          <w:jc w:val="center"/>
        </w:trPr>
        <w:tc>
          <w:tcPr>
            <w:tcW w:w="3168" w:type="dxa"/>
            <w:shd w:val="clear" w:color="auto" w:fill="D9EAF7"/>
            <w:tcMar>
              <w:top w:w="70" w:type="dxa"/>
              <w:left w:w="95" w:type="dxa"/>
              <w:bottom w:w="70" w:type="dxa"/>
              <w:right w:w="95" w:type="dxa"/>
            </w:tcMar>
            <w:vAlign w:val="center"/>
          </w:tcPr>
          <w:p w14:paraId="353845C0" w14:textId="77777777" w:rsidR="00423D2F" w:rsidRPr="00717886" w:rsidRDefault="0047346F">
            <w:pPr>
              <w:spacing w:after="0"/>
              <w:rPr>
                <w:rFonts w:cs="Times New Roman"/>
              </w:rPr>
            </w:pPr>
            <w:r w:rsidRPr="00717886">
              <w:rPr>
                <w:rFonts w:cs="Times New Roman"/>
                <w:b/>
                <w:sz w:val="14"/>
              </w:rPr>
              <w:t>Sensitivity family</w:t>
            </w:r>
          </w:p>
        </w:tc>
        <w:tc>
          <w:tcPr>
            <w:tcW w:w="1872" w:type="dxa"/>
            <w:shd w:val="clear" w:color="auto" w:fill="D9EAF7"/>
            <w:tcMar>
              <w:top w:w="70" w:type="dxa"/>
              <w:left w:w="95" w:type="dxa"/>
              <w:bottom w:w="70" w:type="dxa"/>
              <w:right w:w="95" w:type="dxa"/>
            </w:tcMar>
            <w:vAlign w:val="center"/>
          </w:tcPr>
          <w:p w14:paraId="4AD8ABF1" w14:textId="77777777" w:rsidR="00423D2F" w:rsidRPr="00717886" w:rsidRDefault="0047346F">
            <w:pPr>
              <w:spacing w:after="0"/>
              <w:rPr>
                <w:rFonts w:cs="Times New Roman"/>
              </w:rPr>
            </w:pPr>
            <w:r w:rsidRPr="00717886">
              <w:rPr>
                <w:rFonts w:cs="Times New Roman"/>
                <w:b/>
                <w:sz w:val="14"/>
              </w:rPr>
              <w:t>Strict result</w:t>
            </w:r>
          </w:p>
        </w:tc>
        <w:tc>
          <w:tcPr>
            <w:tcW w:w="1872" w:type="dxa"/>
            <w:shd w:val="clear" w:color="auto" w:fill="D9EAF7"/>
            <w:tcMar>
              <w:top w:w="70" w:type="dxa"/>
              <w:left w:w="95" w:type="dxa"/>
              <w:bottom w:w="70" w:type="dxa"/>
              <w:right w:w="95" w:type="dxa"/>
            </w:tcMar>
            <w:vAlign w:val="center"/>
          </w:tcPr>
          <w:p w14:paraId="75492A8B" w14:textId="77777777" w:rsidR="00423D2F" w:rsidRPr="00717886" w:rsidRDefault="0047346F">
            <w:pPr>
              <w:spacing w:after="0"/>
              <w:rPr>
                <w:rFonts w:cs="Times New Roman"/>
              </w:rPr>
            </w:pPr>
            <w:r w:rsidRPr="00717886">
              <w:rPr>
                <w:rFonts w:cs="Times New Roman"/>
                <w:b/>
                <w:sz w:val="14"/>
              </w:rPr>
              <w:t>Broad result</w:t>
            </w:r>
          </w:p>
        </w:tc>
        <w:tc>
          <w:tcPr>
            <w:tcW w:w="3024" w:type="dxa"/>
            <w:shd w:val="clear" w:color="auto" w:fill="D9EAF7"/>
            <w:tcMar>
              <w:top w:w="70" w:type="dxa"/>
              <w:left w:w="95" w:type="dxa"/>
              <w:bottom w:w="70" w:type="dxa"/>
              <w:right w:w="95" w:type="dxa"/>
            </w:tcMar>
            <w:vAlign w:val="center"/>
          </w:tcPr>
          <w:p w14:paraId="12F20937" w14:textId="77777777" w:rsidR="00423D2F" w:rsidRPr="00717886" w:rsidRDefault="0047346F">
            <w:pPr>
              <w:spacing w:after="0"/>
              <w:rPr>
                <w:rFonts w:cs="Times New Roman"/>
              </w:rPr>
            </w:pPr>
            <w:r w:rsidRPr="00717886">
              <w:rPr>
                <w:rFonts w:cs="Times New Roman"/>
                <w:b/>
                <w:sz w:val="14"/>
              </w:rPr>
              <w:t>Interpretation</w:t>
            </w:r>
          </w:p>
        </w:tc>
      </w:tr>
      <w:tr w:rsidR="002E7DCF" w:rsidRPr="00717886" w14:paraId="64B6D6D4" w14:textId="77777777">
        <w:trPr>
          <w:cantSplit/>
          <w:jc w:val="center"/>
        </w:trPr>
        <w:tc>
          <w:tcPr>
            <w:tcW w:w="3168" w:type="dxa"/>
            <w:tcMar>
              <w:top w:w="70" w:type="dxa"/>
              <w:left w:w="95" w:type="dxa"/>
              <w:bottom w:w="70" w:type="dxa"/>
              <w:right w:w="95" w:type="dxa"/>
            </w:tcMar>
            <w:vAlign w:val="center"/>
          </w:tcPr>
          <w:p w14:paraId="55B7F1F8" w14:textId="77777777" w:rsidR="00423D2F" w:rsidRPr="00717886" w:rsidRDefault="0047346F">
            <w:pPr>
              <w:spacing w:after="0"/>
              <w:rPr>
                <w:rFonts w:cs="Times New Roman"/>
              </w:rPr>
            </w:pPr>
            <w:r w:rsidRPr="00717886">
              <w:rPr>
                <w:rFonts w:cs="Times New Roman"/>
                <w:sz w:val="14"/>
              </w:rPr>
              <w:t>RORC → EKII, 0–2-year RORC–EKII gaps</w:t>
            </w:r>
          </w:p>
        </w:tc>
        <w:tc>
          <w:tcPr>
            <w:tcW w:w="1872" w:type="dxa"/>
            <w:tcMar>
              <w:top w:w="70" w:type="dxa"/>
              <w:left w:w="95" w:type="dxa"/>
              <w:bottom w:w="70" w:type="dxa"/>
              <w:right w:w="95" w:type="dxa"/>
            </w:tcMar>
            <w:vAlign w:val="center"/>
          </w:tcPr>
          <w:p w14:paraId="0CCA8A7E" w14:textId="77777777" w:rsidR="00423D2F" w:rsidRPr="00717886" w:rsidRDefault="0047346F">
            <w:pPr>
              <w:spacing w:after="0"/>
              <w:rPr>
                <w:rFonts w:cs="Times New Roman"/>
              </w:rPr>
            </w:pPr>
            <w:r w:rsidRPr="00717886">
              <w:rPr>
                <w:rFonts w:cs="Times New Roman"/>
                <w:sz w:val="14"/>
              </w:rPr>
              <w:t>β = .043 to .099</w:t>
            </w:r>
          </w:p>
        </w:tc>
        <w:tc>
          <w:tcPr>
            <w:tcW w:w="1872" w:type="dxa"/>
            <w:tcMar>
              <w:top w:w="70" w:type="dxa"/>
              <w:left w:w="95" w:type="dxa"/>
              <w:bottom w:w="70" w:type="dxa"/>
              <w:right w:w="95" w:type="dxa"/>
            </w:tcMar>
            <w:vAlign w:val="center"/>
          </w:tcPr>
          <w:p w14:paraId="512FBD9E" w14:textId="77777777" w:rsidR="00423D2F" w:rsidRPr="00717886" w:rsidRDefault="0047346F">
            <w:pPr>
              <w:spacing w:after="0"/>
              <w:rPr>
                <w:rFonts w:cs="Times New Roman"/>
              </w:rPr>
            </w:pPr>
            <w:r w:rsidRPr="00717886">
              <w:rPr>
                <w:rFonts w:cs="Times New Roman"/>
                <w:sz w:val="14"/>
              </w:rPr>
              <w:t>β = −.003 to .142</w:t>
            </w:r>
          </w:p>
        </w:tc>
        <w:tc>
          <w:tcPr>
            <w:tcW w:w="3024" w:type="dxa"/>
            <w:tcMar>
              <w:top w:w="70" w:type="dxa"/>
              <w:left w:w="95" w:type="dxa"/>
              <w:bottom w:w="70" w:type="dxa"/>
              <w:right w:w="95" w:type="dxa"/>
            </w:tcMar>
            <w:vAlign w:val="center"/>
          </w:tcPr>
          <w:p w14:paraId="2F8A38EE" w14:textId="77777777" w:rsidR="00423D2F" w:rsidRPr="00717886" w:rsidRDefault="0047346F">
            <w:pPr>
              <w:spacing w:after="0"/>
              <w:rPr>
                <w:rFonts w:cs="Times New Roman"/>
              </w:rPr>
            </w:pPr>
            <w:r w:rsidRPr="00717886">
              <w:rPr>
                <w:rFonts w:cs="Times New Roman"/>
                <w:sz w:val="14"/>
              </w:rPr>
              <w:t>Magnitude and precision were not stable across temporal alignments</w:t>
            </w:r>
          </w:p>
        </w:tc>
      </w:tr>
      <w:tr w:rsidR="002E7DCF" w:rsidRPr="00717886" w14:paraId="089B6020" w14:textId="77777777">
        <w:trPr>
          <w:cantSplit/>
          <w:jc w:val="center"/>
        </w:trPr>
        <w:tc>
          <w:tcPr>
            <w:tcW w:w="3168" w:type="dxa"/>
            <w:shd w:val="clear" w:color="auto" w:fill="F5F7F9"/>
            <w:tcMar>
              <w:top w:w="70" w:type="dxa"/>
              <w:left w:w="95" w:type="dxa"/>
              <w:bottom w:w="70" w:type="dxa"/>
              <w:right w:w="95" w:type="dxa"/>
            </w:tcMar>
            <w:vAlign w:val="center"/>
          </w:tcPr>
          <w:p w14:paraId="555C7116" w14:textId="77777777" w:rsidR="00423D2F" w:rsidRPr="00717886" w:rsidRDefault="0047346F">
            <w:pPr>
              <w:spacing w:after="0"/>
              <w:rPr>
                <w:rFonts w:cs="Times New Roman"/>
              </w:rPr>
            </w:pPr>
            <w:r w:rsidRPr="00717886">
              <w:rPr>
                <w:rFonts w:cs="Times New Roman"/>
                <w:sz w:val="14"/>
              </w:rPr>
              <w:t>RORC → EKII, leave-one-indicator-out</w:t>
            </w:r>
          </w:p>
        </w:tc>
        <w:tc>
          <w:tcPr>
            <w:tcW w:w="1872" w:type="dxa"/>
            <w:shd w:val="clear" w:color="auto" w:fill="F5F7F9"/>
            <w:tcMar>
              <w:top w:w="70" w:type="dxa"/>
              <w:left w:w="95" w:type="dxa"/>
              <w:bottom w:w="70" w:type="dxa"/>
              <w:right w:w="95" w:type="dxa"/>
            </w:tcMar>
            <w:vAlign w:val="center"/>
          </w:tcPr>
          <w:p w14:paraId="566B2C50" w14:textId="77777777" w:rsidR="00423D2F" w:rsidRPr="00717886" w:rsidRDefault="0047346F">
            <w:pPr>
              <w:spacing w:after="0"/>
              <w:rPr>
                <w:rFonts w:cs="Times New Roman"/>
              </w:rPr>
            </w:pPr>
            <w:r w:rsidRPr="00717886">
              <w:rPr>
                <w:rFonts w:cs="Times New Roman"/>
                <w:sz w:val="14"/>
              </w:rPr>
              <w:t>β = .049 to .195</w:t>
            </w:r>
          </w:p>
        </w:tc>
        <w:tc>
          <w:tcPr>
            <w:tcW w:w="1872" w:type="dxa"/>
            <w:shd w:val="clear" w:color="auto" w:fill="F5F7F9"/>
            <w:tcMar>
              <w:top w:w="70" w:type="dxa"/>
              <w:left w:w="95" w:type="dxa"/>
              <w:bottom w:w="70" w:type="dxa"/>
              <w:right w:w="95" w:type="dxa"/>
            </w:tcMar>
            <w:vAlign w:val="center"/>
          </w:tcPr>
          <w:p w14:paraId="688FD24D" w14:textId="77777777" w:rsidR="00423D2F" w:rsidRPr="00717886" w:rsidRDefault="0047346F">
            <w:pPr>
              <w:spacing w:after="0"/>
              <w:rPr>
                <w:rFonts w:cs="Times New Roman"/>
              </w:rPr>
            </w:pPr>
            <w:r w:rsidRPr="00717886">
              <w:rPr>
                <w:rFonts w:cs="Times New Roman"/>
                <w:sz w:val="14"/>
              </w:rPr>
              <w:t>β = −.013 to .099</w:t>
            </w:r>
          </w:p>
        </w:tc>
        <w:tc>
          <w:tcPr>
            <w:tcW w:w="3024" w:type="dxa"/>
            <w:shd w:val="clear" w:color="auto" w:fill="F5F7F9"/>
            <w:tcMar>
              <w:top w:w="70" w:type="dxa"/>
              <w:left w:w="95" w:type="dxa"/>
              <w:bottom w:w="70" w:type="dxa"/>
              <w:right w:w="95" w:type="dxa"/>
            </w:tcMar>
            <w:vAlign w:val="center"/>
          </w:tcPr>
          <w:p w14:paraId="7083BA9F" w14:textId="77777777" w:rsidR="00423D2F" w:rsidRPr="00717886" w:rsidRDefault="0047346F">
            <w:pPr>
              <w:spacing w:after="0"/>
              <w:rPr>
                <w:rFonts w:cs="Times New Roman"/>
              </w:rPr>
            </w:pPr>
            <w:r w:rsidRPr="00717886">
              <w:rPr>
                <w:rFonts w:cs="Times New Roman"/>
                <w:sz w:val="14"/>
              </w:rPr>
              <w:t>Sensitive to component omission</w:t>
            </w:r>
          </w:p>
        </w:tc>
      </w:tr>
      <w:tr w:rsidR="002E7DCF" w:rsidRPr="00717886" w14:paraId="7075337D" w14:textId="77777777">
        <w:trPr>
          <w:cantSplit/>
          <w:jc w:val="center"/>
        </w:trPr>
        <w:tc>
          <w:tcPr>
            <w:tcW w:w="3168" w:type="dxa"/>
            <w:tcMar>
              <w:top w:w="70" w:type="dxa"/>
              <w:left w:w="95" w:type="dxa"/>
              <w:bottom w:w="70" w:type="dxa"/>
              <w:right w:w="95" w:type="dxa"/>
            </w:tcMar>
            <w:vAlign w:val="center"/>
          </w:tcPr>
          <w:p w14:paraId="4BC35090" w14:textId="77777777" w:rsidR="00423D2F" w:rsidRPr="00717886" w:rsidRDefault="0047346F">
            <w:pPr>
              <w:spacing w:after="0"/>
              <w:rPr>
                <w:rFonts w:cs="Times New Roman"/>
              </w:rPr>
            </w:pPr>
            <w:r w:rsidRPr="00717886">
              <w:rPr>
                <w:rFonts w:cs="Times New Roman"/>
                <w:sz w:val="14"/>
              </w:rPr>
              <w:t>Primary H1, classification boundary</w:t>
            </w:r>
          </w:p>
        </w:tc>
        <w:tc>
          <w:tcPr>
            <w:tcW w:w="1872" w:type="dxa"/>
            <w:tcMar>
              <w:top w:w="70" w:type="dxa"/>
              <w:left w:w="95" w:type="dxa"/>
              <w:bottom w:w="70" w:type="dxa"/>
              <w:right w:w="95" w:type="dxa"/>
            </w:tcMar>
            <w:vAlign w:val="center"/>
          </w:tcPr>
          <w:p w14:paraId="1EF69335" w14:textId="77777777" w:rsidR="00423D2F" w:rsidRPr="00717886" w:rsidRDefault="0047346F">
            <w:pPr>
              <w:spacing w:after="0"/>
              <w:rPr>
                <w:rFonts w:cs="Times New Roman"/>
              </w:rPr>
            </w:pPr>
            <w:r w:rsidRPr="00717886">
              <w:rPr>
                <w:rFonts w:cs="Times New Roman"/>
                <w:sz w:val="14"/>
              </w:rPr>
              <w:t>β = .098</w:t>
            </w:r>
          </w:p>
        </w:tc>
        <w:tc>
          <w:tcPr>
            <w:tcW w:w="1872" w:type="dxa"/>
            <w:tcMar>
              <w:top w:w="70" w:type="dxa"/>
              <w:left w:w="95" w:type="dxa"/>
              <w:bottom w:w="70" w:type="dxa"/>
              <w:right w:w="95" w:type="dxa"/>
            </w:tcMar>
            <w:vAlign w:val="center"/>
          </w:tcPr>
          <w:p w14:paraId="747A2B7F" w14:textId="77777777" w:rsidR="00423D2F" w:rsidRPr="00717886" w:rsidRDefault="0047346F">
            <w:pPr>
              <w:spacing w:after="0"/>
              <w:rPr>
                <w:rFonts w:cs="Times New Roman"/>
              </w:rPr>
            </w:pPr>
            <w:r w:rsidRPr="00717886">
              <w:rPr>
                <w:rFonts w:cs="Times New Roman"/>
                <w:sz w:val="14"/>
              </w:rPr>
              <w:t>β = .041</w:t>
            </w:r>
          </w:p>
        </w:tc>
        <w:tc>
          <w:tcPr>
            <w:tcW w:w="3024" w:type="dxa"/>
            <w:tcMar>
              <w:top w:w="70" w:type="dxa"/>
              <w:left w:w="95" w:type="dxa"/>
              <w:bottom w:w="70" w:type="dxa"/>
              <w:right w:w="95" w:type="dxa"/>
            </w:tcMar>
            <w:vAlign w:val="center"/>
          </w:tcPr>
          <w:p w14:paraId="0DE39FC6" w14:textId="77777777" w:rsidR="00423D2F" w:rsidRPr="00717886" w:rsidRDefault="0047346F">
            <w:pPr>
              <w:spacing w:after="0"/>
              <w:rPr>
                <w:rFonts w:cs="Times New Roman"/>
              </w:rPr>
            </w:pPr>
            <w:r w:rsidRPr="00717886">
              <w:rPr>
                <w:rFonts w:cs="Times New Roman"/>
                <w:sz w:val="14"/>
              </w:rPr>
              <w:t>Positive but imprecise in both corpora</w:t>
            </w:r>
          </w:p>
        </w:tc>
      </w:tr>
      <w:tr w:rsidR="002E7DCF" w:rsidRPr="00717886" w14:paraId="4B6D665C" w14:textId="77777777">
        <w:trPr>
          <w:cantSplit/>
          <w:jc w:val="center"/>
        </w:trPr>
        <w:tc>
          <w:tcPr>
            <w:tcW w:w="3168" w:type="dxa"/>
            <w:shd w:val="clear" w:color="auto" w:fill="F5F7F9"/>
            <w:tcMar>
              <w:top w:w="70" w:type="dxa"/>
              <w:left w:w="95" w:type="dxa"/>
              <w:bottom w:w="70" w:type="dxa"/>
              <w:right w:w="95" w:type="dxa"/>
            </w:tcMar>
            <w:vAlign w:val="center"/>
          </w:tcPr>
          <w:p w14:paraId="5B4523F7" w14:textId="77777777" w:rsidR="00423D2F" w:rsidRPr="00717886" w:rsidRDefault="0047346F">
            <w:pPr>
              <w:spacing w:after="0"/>
              <w:rPr>
                <w:rFonts w:cs="Times New Roman"/>
              </w:rPr>
            </w:pPr>
            <w:r w:rsidRPr="00717886">
              <w:rPr>
                <w:rFonts w:cs="Times New Roman"/>
                <w:sz w:val="14"/>
              </w:rPr>
              <w:t>EKII → CSLI | RORC, leave-one-institution-out</w:t>
            </w:r>
          </w:p>
        </w:tc>
        <w:tc>
          <w:tcPr>
            <w:tcW w:w="1872" w:type="dxa"/>
            <w:shd w:val="clear" w:color="auto" w:fill="F5F7F9"/>
            <w:tcMar>
              <w:top w:w="70" w:type="dxa"/>
              <w:left w:w="95" w:type="dxa"/>
              <w:bottom w:w="70" w:type="dxa"/>
              <w:right w:w="95" w:type="dxa"/>
            </w:tcMar>
            <w:vAlign w:val="center"/>
          </w:tcPr>
          <w:p w14:paraId="0681A7C1" w14:textId="77777777" w:rsidR="00423D2F" w:rsidRPr="00717886" w:rsidRDefault="0047346F">
            <w:pPr>
              <w:spacing w:after="0"/>
              <w:rPr>
                <w:rFonts w:cs="Times New Roman"/>
              </w:rPr>
            </w:pPr>
            <w:r w:rsidRPr="00717886">
              <w:rPr>
                <w:rFonts w:cs="Times New Roman"/>
                <w:sz w:val="14"/>
              </w:rPr>
              <w:t>β = .027 to .145</w:t>
            </w:r>
          </w:p>
        </w:tc>
        <w:tc>
          <w:tcPr>
            <w:tcW w:w="1872" w:type="dxa"/>
            <w:shd w:val="clear" w:color="auto" w:fill="F5F7F9"/>
            <w:tcMar>
              <w:top w:w="70" w:type="dxa"/>
              <w:left w:w="95" w:type="dxa"/>
              <w:bottom w:w="70" w:type="dxa"/>
              <w:right w:w="95" w:type="dxa"/>
            </w:tcMar>
            <w:vAlign w:val="center"/>
          </w:tcPr>
          <w:p w14:paraId="370D559B" w14:textId="77777777" w:rsidR="00423D2F" w:rsidRPr="00717886" w:rsidRDefault="0047346F">
            <w:pPr>
              <w:spacing w:after="0"/>
              <w:rPr>
                <w:rFonts w:cs="Times New Roman"/>
              </w:rPr>
            </w:pPr>
            <w:r w:rsidRPr="00717886">
              <w:rPr>
                <w:rFonts w:cs="Times New Roman"/>
                <w:sz w:val="14"/>
              </w:rPr>
              <w:t>β = .046 to .135</w:t>
            </w:r>
          </w:p>
        </w:tc>
        <w:tc>
          <w:tcPr>
            <w:tcW w:w="3024" w:type="dxa"/>
            <w:shd w:val="clear" w:color="auto" w:fill="F5F7F9"/>
            <w:tcMar>
              <w:top w:w="70" w:type="dxa"/>
              <w:left w:w="95" w:type="dxa"/>
              <w:bottom w:w="70" w:type="dxa"/>
              <w:right w:w="95" w:type="dxa"/>
            </w:tcMar>
            <w:vAlign w:val="center"/>
          </w:tcPr>
          <w:p w14:paraId="1599E185" w14:textId="77777777" w:rsidR="00423D2F" w:rsidRPr="00717886" w:rsidRDefault="0047346F">
            <w:pPr>
              <w:spacing w:after="0"/>
              <w:rPr>
                <w:rFonts w:cs="Times New Roman"/>
              </w:rPr>
            </w:pPr>
            <w:r w:rsidRPr="00717886">
              <w:rPr>
                <w:rFonts w:cs="Times New Roman"/>
                <w:sz w:val="14"/>
              </w:rPr>
              <w:t>Direction remained positive; estimates were imprecise</w:t>
            </w:r>
          </w:p>
        </w:tc>
      </w:tr>
    </w:tbl>
    <w:p w14:paraId="395A1763" w14:textId="77777777" w:rsidR="00717886" w:rsidRPr="00717886" w:rsidRDefault="00A11917" w:rsidP="00717886">
      <w:pPr>
        <w:spacing w:before="60" w:after="80"/>
        <w:rPr>
          <w:rFonts w:cs="Times New Roman"/>
          <w:i/>
          <w:sz w:val="18"/>
        </w:rPr>
      </w:pPr>
      <w:r w:rsidRPr="00717886">
        <w:rPr>
          <w:rFonts w:cs="Times New Roman"/>
          <w:b/>
          <w:i/>
          <w:sz w:val="18"/>
        </w:rPr>
        <w:t xml:space="preserve">Note. </w:t>
      </w:r>
      <w:r w:rsidRPr="00717886">
        <w:rPr>
          <w:rFonts w:cs="Times New Roman"/>
          <w:i/>
          <w:sz w:val="18"/>
        </w:rPr>
        <w:t>A zero-year RORC–EKII gap denotes contemporaneity. The broad contemporaneous specification produced the largest estimate (β = .142, 95% CR1 CI [.004, .279]; CR1 p = .044; manuscript wild-cluster p = .043), but it did not persist under the primary one-year or two-year gaps. Data-integrity checks summarized in manuscript Table 6 are documented in Table S9.</w:t>
      </w:r>
    </w:p>
    <w:p w14:paraId="4161AFBC" w14:textId="77777777" w:rsidR="00717886" w:rsidRPr="00717886" w:rsidRDefault="00717886" w:rsidP="00717886">
      <w:pPr>
        <w:spacing w:before="60" w:after="80"/>
        <w:rPr>
          <w:rFonts w:cs="Times New Roman"/>
          <w:i/>
          <w:sz w:val="18"/>
        </w:rPr>
      </w:pPr>
    </w:p>
    <w:p w14:paraId="164993CD" w14:textId="77777777" w:rsidR="00717886" w:rsidRPr="00717886" w:rsidRDefault="00717886" w:rsidP="00717886">
      <w:pPr>
        <w:spacing w:before="60" w:after="80"/>
        <w:rPr>
          <w:rFonts w:cs="Times New Roman"/>
          <w:i/>
          <w:sz w:val="18"/>
        </w:rPr>
      </w:pPr>
    </w:p>
    <w:p w14:paraId="33CB520C" w14:textId="5B9FA353" w:rsidR="002E7DCF" w:rsidRPr="00717886" w:rsidRDefault="00A11917" w:rsidP="00717886">
      <w:pPr>
        <w:spacing w:before="60" w:after="80"/>
        <w:rPr>
          <w:rFonts w:cs="Times New Roman"/>
        </w:rPr>
      </w:pPr>
      <w:r w:rsidRPr="00717886">
        <w:rPr>
          <w:rFonts w:cs="Times New Roman"/>
          <w:b/>
          <w:i/>
        </w:rPr>
        <w:t>Panel C. Complete coefficient-level temporal-alignment results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92"/>
        <w:gridCol w:w="2880"/>
        <w:gridCol w:w="936"/>
        <w:gridCol w:w="835"/>
        <w:gridCol w:w="979"/>
        <w:gridCol w:w="1440"/>
        <w:gridCol w:w="921"/>
        <w:gridCol w:w="648"/>
        <w:gridCol w:w="936"/>
      </w:tblGrid>
      <w:tr w:rsidR="002E7DCF" w:rsidRPr="00717886" w14:paraId="7FBEC255" w14:textId="77777777">
        <w:trPr>
          <w:cantSplit/>
          <w:tblHeader/>
          <w:jc w:val="center"/>
        </w:trPr>
        <w:tc>
          <w:tcPr>
            <w:tcW w:w="792" w:type="dxa"/>
            <w:shd w:val="clear" w:color="auto" w:fill="D9EAF7"/>
            <w:tcMar>
              <w:top w:w="70" w:type="dxa"/>
              <w:left w:w="95" w:type="dxa"/>
              <w:bottom w:w="70" w:type="dxa"/>
              <w:right w:w="95" w:type="dxa"/>
            </w:tcMar>
            <w:vAlign w:val="center"/>
          </w:tcPr>
          <w:p w14:paraId="1A1757C6" w14:textId="77777777" w:rsidR="00423D2F" w:rsidRPr="00717886" w:rsidRDefault="0047346F">
            <w:pPr>
              <w:spacing w:after="0"/>
              <w:rPr>
                <w:rFonts w:cs="Times New Roman"/>
              </w:rPr>
            </w:pPr>
            <w:r w:rsidRPr="00717886">
              <w:rPr>
                <w:rFonts w:cs="Times New Roman"/>
                <w:b/>
                <w:sz w:val="14"/>
              </w:rPr>
              <w:t>Corpus</w:t>
            </w:r>
          </w:p>
        </w:tc>
        <w:tc>
          <w:tcPr>
            <w:tcW w:w="2880" w:type="dxa"/>
            <w:shd w:val="clear" w:color="auto" w:fill="D9EAF7"/>
            <w:tcMar>
              <w:top w:w="70" w:type="dxa"/>
              <w:left w:w="95" w:type="dxa"/>
              <w:bottom w:w="70" w:type="dxa"/>
              <w:right w:w="95" w:type="dxa"/>
            </w:tcMar>
            <w:vAlign w:val="center"/>
          </w:tcPr>
          <w:p w14:paraId="0C8F105D" w14:textId="77777777" w:rsidR="00423D2F" w:rsidRPr="00717886" w:rsidRDefault="0047346F">
            <w:pPr>
              <w:spacing w:after="0"/>
              <w:rPr>
                <w:rFonts w:cs="Times New Roman"/>
              </w:rPr>
            </w:pPr>
            <w:r w:rsidRPr="00717886">
              <w:rPr>
                <w:rFonts w:cs="Times New Roman"/>
                <w:b/>
                <w:sz w:val="14"/>
              </w:rPr>
              <w:t>RORC–EKII gap</w:t>
            </w:r>
          </w:p>
        </w:tc>
        <w:tc>
          <w:tcPr>
            <w:tcW w:w="936" w:type="dxa"/>
            <w:shd w:val="clear" w:color="auto" w:fill="D9EAF7"/>
            <w:tcMar>
              <w:top w:w="70" w:type="dxa"/>
              <w:left w:w="95" w:type="dxa"/>
              <w:bottom w:w="70" w:type="dxa"/>
              <w:right w:w="95" w:type="dxa"/>
            </w:tcMar>
            <w:vAlign w:val="center"/>
          </w:tcPr>
          <w:p w14:paraId="6773738F" w14:textId="77777777" w:rsidR="00423D2F" w:rsidRPr="00717886" w:rsidRDefault="0047346F">
            <w:pPr>
              <w:spacing w:after="0"/>
              <w:jc w:val="right"/>
              <w:rPr>
                <w:rFonts w:cs="Times New Roman"/>
              </w:rPr>
            </w:pPr>
            <w:r w:rsidRPr="00717886">
              <w:rPr>
                <w:rFonts w:cs="Times New Roman"/>
                <w:b/>
                <w:sz w:val="14"/>
              </w:rPr>
              <w:t>β</w:t>
            </w:r>
          </w:p>
        </w:tc>
        <w:tc>
          <w:tcPr>
            <w:tcW w:w="835" w:type="dxa"/>
            <w:shd w:val="clear" w:color="auto" w:fill="D9EAF7"/>
            <w:tcMar>
              <w:top w:w="70" w:type="dxa"/>
              <w:left w:w="95" w:type="dxa"/>
              <w:bottom w:w="70" w:type="dxa"/>
              <w:right w:w="95" w:type="dxa"/>
            </w:tcMar>
            <w:vAlign w:val="center"/>
          </w:tcPr>
          <w:p w14:paraId="5325227E" w14:textId="77777777" w:rsidR="00423D2F" w:rsidRPr="00717886" w:rsidRDefault="0047346F">
            <w:pPr>
              <w:spacing w:after="0"/>
              <w:jc w:val="right"/>
              <w:rPr>
                <w:rFonts w:cs="Times New Roman"/>
              </w:rPr>
            </w:pPr>
            <w:r w:rsidRPr="00717886">
              <w:rPr>
                <w:rFonts w:cs="Times New Roman"/>
                <w:b/>
                <w:sz w:val="14"/>
              </w:rPr>
              <w:t>Cluster SE</w:t>
            </w:r>
          </w:p>
        </w:tc>
        <w:tc>
          <w:tcPr>
            <w:tcW w:w="979" w:type="dxa"/>
            <w:shd w:val="clear" w:color="auto" w:fill="D9EAF7"/>
            <w:tcMar>
              <w:top w:w="70" w:type="dxa"/>
              <w:left w:w="95" w:type="dxa"/>
              <w:bottom w:w="70" w:type="dxa"/>
              <w:right w:w="95" w:type="dxa"/>
            </w:tcMar>
            <w:vAlign w:val="center"/>
          </w:tcPr>
          <w:p w14:paraId="52A92B0B" w14:textId="77777777" w:rsidR="00423D2F" w:rsidRPr="00717886" w:rsidRDefault="0047346F">
            <w:pPr>
              <w:spacing w:after="0"/>
              <w:jc w:val="center"/>
              <w:rPr>
                <w:rFonts w:cs="Times New Roman"/>
              </w:rPr>
            </w:pPr>
            <w:r w:rsidRPr="00717886">
              <w:rPr>
                <w:rFonts w:cs="Times New Roman"/>
                <w:b/>
                <w:sz w:val="14"/>
              </w:rPr>
              <w:t>95% CR1 CI</w:t>
            </w:r>
          </w:p>
        </w:tc>
        <w:tc>
          <w:tcPr>
            <w:tcW w:w="1440" w:type="dxa"/>
            <w:shd w:val="clear" w:color="auto" w:fill="D9EAF7"/>
            <w:tcMar>
              <w:top w:w="70" w:type="dxa"/>
              <w:left w:w="95" w:type="dxa"/>
              <w:bottom w:w="70" w:type="dxa"/>
              <w:right w:w="95" w:type="dxa"/>
            </w:tcMar>
            <w:vAlign w:val="center"/>
          </w:tcPr>
          <w:p w14:paraId="3EE514B8" w14:textId="77777777" w:rsidR="00423D2F" w:rsidRPr="00717886" w:rsidRDefault="0047346F">
            <w:pPr>
              <w:spacing w:after="0"/>
              <w:jc w:val="right"/>
              <w:rPr>
                <w:rFonts w:cs="Times New Roman"/>
              </w:rPr>
            </w:pPr>
            <w:r w:rsidRPr="00717886">
              <w:rPr>
                <w:rFonts w:cs="Times New Roman"/>
                <w:b/>
                <w:sz w:val="14"/>
              </w:rPr>
              <w:t>CR1 p</w:t>
            </w:r>
          </w:p>
        </w:tc>
        <w:tc>
          <w:tcPr>
            <w:tcW w:w="921" w:type="dxa"/>
            <w:shd w:val="clear" w:color="auto" w:fill="D9EAF7"/>
            <w:tcMar>
              <w:top w:w="70" w:type="dxa"/>
              <w:left w:w="95" w:type="dxa"/>
              <w:bottom w:w="70" w:type="dxa"/>
              <w:right w:w="95" w:type="dxa"/>
            </w:tcMar>
            <w:vAlign w:val="center"/>
          </w:tcPr>
          <w:p w14:paraId="7558BADF" w14:textId="77777777" w:rsidR="00423D2F" w:rsidRPr="00717886" w:rsidRDefault="0047346F">
            <w:pPr>
              <w:spacing w:after="0"/>
              <w:jc w:val="right"/>
              <w:rPr>
                <w:rFonts w:cs="Times New Roman"/>
              </w:rPr>
            </w:pPr>
            <w:r w:rsidRPr="00717886">
              <w:rPr>
                <w:rFonts w:cs="Times New Roman"/>
                <w:b/>
                <w:sz w:val="14"/>
              </w:rPr>
              <w:t>N</w:t>
            </w:r>
          </w:p>
        </w:tc>
        <w:tc>
          <w:tcPr>
            <w:tcW w:w="648" w:type="dxa"/>
            <w:shd w:val="clear" w:color="auto" w:fill="D9EAF7"/>
            <w:tcMar>
              <w:top w:w="70" w:type="dxa"/>
              <w:left w:w="95" w:type="dxa"/>
              <w:bottom w:w="70" w:type="dxa"/>
              <w:right w:w="95" w:type="dxa"/>
            </w:tcMar>
            <w:vAlign w:val="center"/>
          </w:tcPr>
          <w:p w14:paraId="6805E9A8" w14:textId="77777777" w:rsidR="00423D2F" w:rsidRPr="00717886" w:rsidRDefault="0047346F">
            <w:pPr>
              <w:spacing w:after="0"/>
              <w:jc w:val="right"/>
              <w:rPr>
                <w:rFonts w:cs="Times New Roman"/>
              </w:rPr>
            </w:pPr>
            <w:r w:rsidRPr="00717886">
              <w:rPr>
                <w:rFonts w:cs="Times New Roman"/>
                <w:b/>
                <w:sz w:val="14"/>
              </w:rPr>
              <w:t>Institutions</w:t>
            </w:r>
          </w:p>
        </w:tc>
        <w:tc>
          <w:tcPr>
            <w:tcW w:w="936" w:type="dxa"/>
            <w:shd w:val="clear" w:color="auto" w:fill="D9EAF7"/>
            <w:tcMar>
              <w:top w:w="70" w:type="dxa"/>
              <w:left w:w="95" w:type="dxa"/>
              <w:bottom w:w="70" w:type="dxa"/>
              <w:right w:w="95" w:type="dxa"/>
            </w:tcMar>
            <w:vAlign w:val="center"/>
          </w:tcPr>
          <w:p w14:paraId="45E1BA8E" w14:textId="77777777" w:rsidR="00423D2F" w:rsidRPr="00717886" w:rsidRDefault="0047346F">
            <w:pPr>
              <w:spacing w:after="0"/>
              <w:jc w:val="right"/>
              <w:rPr>
                <w:rFonts w:cs="Times New Roman"/>
              </w:rPr>
            </w:pPr>
            <w:r w:rsidRPr="00717886">
              <w:rPr>
                <w:rFonts w:cs="Times New Roman"/>
                <w:b/>
                <w:sz w:val="14"/>
              </w:rPr>
              <w:t>Within R²</w:t>
            </w:r>
          </w:p>
        </w:tc>
      </w:tr>
      <w:tr w:rsidR="002E7DCF" w:rsidRPr="00717886" w14:paraId="4B2D4F6F" w14:textId="77777777">
        <w:trPr>
          <w:cantSplit/>
          <w:jc w:val="center"/>
        </w:trPr>
        <w:tc>
          <w:tcPr>
            <w:tcW w:w="792" w:type="dxa"/>
            <w:tcMar>
              <w:top w:w="70" w:type="dxa"/>
              <w:left w:w="95" w:type="dxa"/>
              <w:bottom w:w="70" w:type="dxa"/>
              <w:right w:w="95" w:type="dxa"/>
            </w:tcMar>
            <w:vAlign w:val="center"/>
          </w:tcPr>
          <w:p w14:paraId="54323488" w14:textId="77777777" w:rsidR="00423D2F" w:rsidRPr="00717886" w:rsidRDefault="0047346F">
            <w:pPr>
              <w:spacing w:after="0"/>
              <w:rPr>
                <w:rFonts w:cs="Times New Roman"/>
              </w:rPr>
            </w:pPr>
            <w:r w:rsidRPr="00717886">
              <w:rPr>
                <w:rFonts w:cs="Times New Roman"/>
                <w:sz w:val="14"/>
              </w:rPr>
              <w:t>Strict</w:t>
            </w:r>
          </w:p>
        </w:tc>
        <w:tc>
          <w:tcPr>
            <w:tcW w:w="2880" w:type="dxa"/>
            <w:tcMar>
              <w:top w:w="70" w:type="dxa"/>
              <w:left w:w="95" w:type="dxa"/>
              <w:bottom w:w="70" w:type="dxa"/>
              <w:right w:w="95" w:type="dxa"/>
            </w:tcMar>
            <w:vAlign w:val="center"/>
          </w:tcPr>
          <w:p w14:paraId="251636C6" w14:textId="77777777" w:rsidR="00423D2F" w:rsidRPr="00717886" w:rsidRDefault="0047346F">
            <w:pPr>
              <w:spacing w:after="0"/>
              <w:rPr>
                <w:rFonts w:cs="Times New Roman"/>
              </w:rPr>
            </w:pPr>
            <w:r w:rsidRPr="00717886">
              <w:rPr>
                <w:rFonts w:cs="Times New Roman"/>
                <w:sz w:val="14"/>
              </w:rPr>
              <w:t>0-year (contemporaneous)</w:t>
            </w:r>
          </w:p>
        </w:tc>
        <w:tc>
          <w:tcPr>
            <w:tcW w:w="936" w:type="dxa"/>
            <w:tcMar>
              <w:top w:w="70" w:type="dxa"/>
              <w:left w:w="95" w:type="dxa"/>
              <w:bottom w:w="70" w:type="dxa"/>
              <w:right w:w="95" w:type="dxa"/>
            </w:tcMar>
            <w:vAlign w:val="center"/>
          </w:tcPr>
          <w:p w14:paraId="60401CF3" w14:textId="77777777" w:rsidR="00423D2F" w:rsidRPr="00717886" w:rsidRDefault="0047346F">
            <w:pPr>
              <w:spacing w:after="0"/>
              <w:jc w:val="right"/>
              <w:rPr>
                <w:rFonts w:cs="Times New Roman"/>
              </w:rPr>
            </w:pPr>
            <w:r w:rsidRPr="00717886">
              <w:rPr>
                <w:rFonts w:cs="Times New Roman"/>
                <w:sz w:val="14"/>
              </w:rPr>
              <w:t>.0987</w:t>
            </w:r>
          </w:p>
        </w:tc>
        <w:tc>
          <w:tcPr>
            <w:tcW w:w="835" w:type="dxa"/>
            <w:tcMar>
              <w:top w:w="70" w:type="dxa"/>
              <w:left w:w="95" w:type="dxa"/>
              <w:bottom w:w="70" w:type="dxa"/>
              <w:right w:w="95" w:type="dxa"/>
            </w:tcMar>
            <w:vAlign w:val="center"/>
          </w:tcPr>
          <w:p w14:paraId="16A37A02" w14:textId="77777777" w:rsidR="00423D2F" w:rsidRPr="00717886" w:rsidRDefault="0047346F">
            <w:pPr>
              <w:spacing w:after="0"/>
              <w:jc w:val="right"/>
              <w:rPr>
                <w:rFonts w:cs="Times New Roman"/>
              </w:rPr>
            </w:pPr>
            <w:r w:rsidRPr="00717886">
              <w:rPr>
                <w:rFonts w:cs="Times New Roman"/>
                <w:sz w:val="14"/>
              </w:rPr>
              <w:t>.1103</w:t>
            </w:r>
          </w:p>
        </w:tc>
        <w:tc>
          <w:tcPr>
            <w:tcW w:w="979" w:type="dxa"/>
            <w:tcMar>
              <w:top w:w="70" w:type="dxa"/>
              <w:left w:w="95" w:type="dxa"/>
              <w:bottom w:w="70" w:type="dxa"/>
              <w:right w:w="95" w:type="dxa"/>
            </w:tcMar>
            <w:vAlign w:val="center"/>
          </w:tcPr>
          <w:p w14:paraId="188C6F81" w14:textId="77777777" w:rsidR="00423D2F" w:rsidRPr="00717886" w:rsidRDefault="0047346F">
            <w:pPr>
              <w:spacing w:after="0"/>
              <w:jc w:val="center"/>
              <w:rPr>
                <w:rFonts w:cs="Times New Roman"/>
              </w:rPr>
            </w:pPr>
            <w:r w:rsidRPr="00717886">
              <w:rPr>
                <w:rFonts w:cs="Times New Roman"/>
                <w:sz w:val="14"/>
              </w:rPr>
              <w:t>[−.1248, .3222]</w:t>
            </w:r>
          </w:p>
        </w:tc>
        <w:tc>
          <w:tcPr>
            <w:tcW w:w="1440" w:type="dxa"/>
            <w:tcMar>
              <w:top w:w="70" w:type="dxa"/>
              <w:left w:w="95" w:type="dxa"/>
              <w:bottom w:w="70" w:type="dxa"/>
              <w:right w:w="95" w:type="dxa"/>
            </w:tcMar>
            <w:vAlign w:val="center"/>
          </w:tcPr>
          <w:p w14:paraId="5E9E53FF" w14:textId="77777777" w:rsidR="00423D2F" w:rsidRPr="00717886" w:rsidRDefault="0047346F">
            <w:pPr>
              <w:spacing w:after="0"/>
              <w:jc w:val="right"/>
              <w:rPr>
                <w:rFonts w:cs="Times New Roman"/>
              </w:rPr>
            </w:pPr>
            <w:r w:rsidRPr="00717886">
              <w:rPr>
                <w:rFonts w:cs="Times New Roman"/>
                <w:sz w:val="14"/>
              </w:rPr>
              <w:t>.377</w:t>
            </w:r>
          </w:p>
        </w:tc>
        <w:tc>
          <w:tcPr>
            <w:tcW w:w="921" w:type="dxa"/>
            <w:tcMar>
              <w:top w:w="70" w:type="dxa"/>
              <w:left w:w="95" w:type="dxa"/>
              <w:bottom w:w="70" w:type="dxa"/>
              <w:right w:w="95" w:type="dxa"/>
            </w:tcMar>
            <w:vAlign w:val="center"/>
          </w:tcPr>
          <w:p w14:paraId="7B0936F3" w14:textId="77777777" w:rsidR="00423D2F" w:rsidRPr="00717886" w:rsidRDefault="0047346F">
            <w:pPr>
              <w:spacing w:after="0"/>
              <w:jc w:val="right"/>
              <w:rPr>
                <w:rFonts w:cs="Times New Roman"/>
              </w:rPr>
            </w:pPr>
            <w:r w:rsidRPr="00717886">
              <w:rPr>
                <w:rFonts w:cs="Times New Roman"/>
                <w:sz w:val="14"/>
              </w:rPr>
              <w:t>358</w:t>
            </w:r>
          </w:p>
        </w:tc>
        <w:tc>
          <w:tcPr>
            <w:tcW w:w="648" w:type="dxa"/>
            <w:tcMar>
              <w:top w:w="70" w:type="dxa"/>
              <w:left w:w="95" w:type="dxa"/>
              <w:bottom w:w="70" w:type="dxa"/>
              <w:right w:w="95" w:type="dxa"/>
            </w:tcMar>
            <w:vAlign w:val="center"/>
          </w:tcPr>
          <w:p w14:paraId="2B8DF5E6" w14:textId="77777777" w:rsidR="00423D2F" w:rsidRPr="00717886" w:rsidRDefault="0047346F">
            <w:pPr>
              <w:spacing w:after="0"/>
              <w:jc w:val="right"/>
              <w:rPr>
                <w:rFonts w:cs="Times New Roman"/>
              </w:rPr>
            </w:pPr>
            <w:r w:rsidRPr="00717886">
              <w:rPr>
                <w:rFonts w:cs="Times New Roman"/>
                <w:sz w:val="14"/>
              </w:rPr>
              <w:t>38</w:t>
            </w:r>
          </w:p>
        </w:tc>
        <w:tc>
          <w:tcPr>
            <w:tcW w:w="936" w:type="dxa"/>
            <w:tcMar>
              <w:top w:w="70" w:type="dxa"/>
              <w:left w:w="95" w:type="dxa"/>
              <w:bottom w:w="70" w:type="dxa"/>
              <w:right w:w="95" w:type="dxa"/>
            </w:tcMar>
            <w:vAlign w:val="center"/>
          </w:tcPr>
          <w:p w14:paraId="001F4882" w14:textId="77777777" w:rsidR="00423D2F" w:rsidRPr="00717886" w:rsidRDefault="0047346F">
            <w:pPr>
              <w:spacing w:after="0"/>
              <w:jc w:val="right"/>
              <w:rPr>
                <w:rFonts w:cs="Times New Roman"/>
              </w:rPr>
            </w:pPr>
            <w:r w:rsidRPr="00717886">
              <w:rPr>
                <w:rFonts w:cs="Times New Roman"/>
                <w:sz w:val="14"/>
              </w:rPr>
              <w:t>.425</w:t>
            </w:r>
          </w:p>
        </w:tc>
      </w:tr>
      <w:tr w:rsidR="002E7DCF" w:rsidRPr="00717886" w14:paraId="4988958D" w14:textId="77777777">
        <w:trPr>
          <w:cantSplit/>
          <w:jc w:val="center"/>
        </w:trPr>
        <w:tc>
          <w:tcPr>
            <w:tcW w:w="792" w:type="dxa"/>
            <w:shd w:val="clear" w:color="auto" w:fill="F5F7F9"/>
            <w:tcMar>
              <w:top w:w="70" w:type="dxa"/>
              <w:left w:w="95" w:type="dxa"/>
              <w:bottom w:w="70" w:type="dxa"/>
              <w:right w:w="95" w:type="dxa"/>
            </w:tcMar>
            <w:vAlign w:val="center"/>
          </w:tcPr>
          <w:p w14:paraId="244D359C" w14:textId="77777777" w:rsidR="00423D2F" w:rsidRPr="00717886" w:rsidRDefault="0047346F">
            <w:pPr>
              <w:spacing w:after="0"/>
              <w:rPr>
                <w:rFonts w:cs="Times New Roman"/>
              </w:rPr>
            </w:pPr>
            <w:r w:rsidRPr="00717886">
              <w:rPr>
                <w:rFonts w:cs="Times New Roman"/>
                <w:sz w:val="14"/>
              </w:rPr>
              <w:t>Strict</w:t>
            </w:r>
          </w:p>
        </w:tc>
        <w:tc>
          <w:tcPr>
            <w:tcW w:w="2880" w:type="dxa"/>
            <w:shd w:val="clear" w:color="auto" w:fill="F5F7F9"/>
            <w:tcMar>
              <w:top w:w="70" w:type="dxa"/>
              <w:left w:w="95" w:type="dxa"/>
              <w:bottom w:w="70" w:type="dxa"/>
              <w:right w:w="95" w:type="dxa"/>
            </w:tcMar>
            <w:vAlign w:val="center"/>
          </w:tcPr>
          <w:p w14:paraId="410E7332" w14:textId="77777777" w:rsidR="00423D2F" w:rsidRPr="00717886" w:rsidRDefault="0047346F">
            <w:pPr>
              <w:spacing w:after="0"/>
              <w:rPr>
                <w:rFonts w:cs="Times New Roman"/>
              </w:rPr>
            </w:pPr>
            <w:r w:rsidRPr="00717886">
              <w:rPr>
                <w:rFonts w:cs="Times New Roman"/>
                <w:sz w:val="14"/>
              </w:rPr>
              <w:t>1-year (primary H1)</w:t>
            </w:r>
          </w:p>
        </w:tc>
        <w:tc>
          <w:tcPr>
            <w:tcW w:w="936" w:type="dxa"/>
            <w:shd w:val="clear" w:color="auto" w:fill="F5F7F9"/>
            <w:tcMar>
              <w:top w:w="70" w:type="dxa"/>
              <w:left w:w="95" w:type="dxa"/>
              <w:bottom w:w="70" w:type="dxa"/>
              <w:right w:w="95" w:type="dxa"/>
            </w:tcMar>
            <w:vAlign w:val="center"/>
          </w:tcPr>
          <w:p w14:paraId="6266109D" w14:textId="77777777" w:rsidR="00423D2F" w:rsidRPr="00717886" w:rsidRDefault="0047346F">
            <w:pPr>
              <w:spacing w:after="0"/>
              <w:jc w:val="right"/>
              <w:rPr>
                <w:rFonts w:cs="Times New Roman"/>
              </w:rPr>
            </w:pPr>
            <w:r w:rsidRPr="00717886">
              <w:rPr>
                <w:rFonts w:cs="Times New Roman"/>
                <w:sz w:val="14"/>
              </w:rPr>
              <w:t>.0982</w:t>
            </w:r>
          </w:p>
        </w:tc>
        <w:tc>
          <w:tcPr>
            <w:tcW w:w="835" w:type="dxa"/>
            <w:shd w:val="clear" w:color="auto" w:fill="F5F7F9"/>
            <w:tcMar>
              <w:top w:w="70" w:type="dxa"/>
              <w:left w:w="95" w:type="dxa"/>
              <w:bottom w:w="70" w:type="dxa"/>
              <w:right w:w="95" w:type="dxa"/>
            </w:tcMar>
            <w:vAlign w:val="center"/>
          </w:tcPr>
          <w:p w14:paraId="009853DF" w14:textId="77777777" w:rsidR="00423D2F" w:rsidRPr="00717886" w:rsidRDefault="0047346F">
            <w:pPr>
              <w:spacing w:after="0"/>
              <w:jc w:val="right"/>
              <w:rPr>
                <w:rFonts w:cs="Times New Roman"/>
              </w:rPr>
            </w:pPr>
            <w:r w:rsidRPr="00717886">
              <w:rPr>
                <w:rFonts w:cs="Times New Roman"/>
                <w:sz w:val="14"/>
              </w:rPr>
              <w:t>.0848</w:t>
            </w:r>
          </w:p>
        </w:tc>
        <w:tc>
          <w:tcPr>
            <w:tcW w:w="979" w:type="dxa"/>
            <w:shd w:val="clear" w:color="auto" w:fill="F5F7F9"/>
            <w:tcMar>
              <w:top w:w="70" w:type="dxa"/>
              <w:left w:w="95" w:type="dxa"/>
              <w:bottom w:w="70" w:type="dxa"/>
              <w:right w:w="95" w:type="dxa"/>
            </w:tcMar>
            <w:vAlign w:val="center"/>
          </w:tcPr>
          <w:p w14:paraId="6ED636A6" w14:textId="77777777" w:rsidR="00423D2F" w:rsidRPr="00717886" w:rsidRDefault="0047346F">
            <w:pPr>
              <w:spacing w:after="0"/>
              <w:jc w:val="center"/>
              <w:rPr>
                <w:rFonts w:cs="Times New Roman"/>
              </w:rPr>
            </w:pPr>
            <w:r w:rsidRPr="00717886">
              <w:rPr>
                <w:rFonts w:cs="Times New Roman"/>
                <w:sz w:val="14"/>
              </w:rPr>
              <w:t>[−.0737, .2701]</w:t>
            </w:r>
          </w:p>
        </w:tc>
        <w:tc>
          <w:tcPr>
            <w:tcW w:w="1440" w:type="dxa"/>
            <w:shd w:val="clear" w:color="auto" w:fill="F5F7F9"/>
            <w:tcMar>
              <w:top w:w="70" w:type="dxa"/>
              <w:left w:w="95" w:type="dxa"/>
              <w:bottom w:w="70" w:type="dxa"/>
              <w:right w:w="95" w:type="dxa"/>
            </w:tcMar>
            <w:vAlign w:val="center"/>
          </w:tcPr>
          <w:p w14:paraId="2AFB77B1" w14:textId="77777777" w:rsidR="00423D2F" w:rsidRPr="00717886" w:rsidRDefault="0047346F">
            <w:pPr>
              <w:spacing w:after="0"/>
              <w:jc w:val="right"/>
              <w:rPr>
                <w:rFonts w:cs="Times New Roman"/>
              </w:rPr>
            </w:pPr>
            <w:r w:rsidRPr="00717886">
              <w:rPr>
                <w:rFonts w:cs="Times New Roman"/>
                <w:sz w:val="14"/>
              </w:rPr>
              <w:t>.255</w:t>
            </w:r>
          </w:p>
        </w:tc>
        <w:tc>
          <w:tcPr>
            <w:tcW w:w="921" w:type="dxa"/>
            <w:shd w:val="clear" w:color="auto" w:fill="F5F7F9"/>
            <w:tcMar>
              <w:top w:w="70" w:type="dxa"/>
              <w:left w:w="95" w:type="dxa"/>
              <w:bottom w:w="70" w:type="dxa"/>
              <w:right w:w="95" w:type="dxa"/>
            </w:tcMar>
            <w:vAlign w:val="center"/>
          </w:tcPr>
          <w:p w14:paraId="0C2B8A36" w14:textId="77777777" w:rsidR="00423D2F" w:rsidRPr="00717886" w:rsidRDefault="0047346F">
            <w:pPr>
              <w:spacing w:after="0"/>
              <w:jc w:val="right"/>
              <w:rPr>
                <w:rFonts w:cs="Times New Roman"/>
              </w:rPr>
            </w:pPr>
            <w:r w:rsidRPr="00717886">
              <w:rPr>
                <w:rFonts w:cs="Times New Roman"/>
                <w:sz w:val="14"/>
              </w:rPr>
              <w:t>320</w:t>
            </w:r>
          </w:p>
        </w:tc>
        <w:tc>
          <w:tcPr>
            <w:tcW w:w="648" w:type="dxa"/>
            <w:shd w:val="clear" w:color="auto" w:fill="F5F7F9"/>
            <w:tcMar>
              <w:top w:w="70" w:type="dxa"/>
              <w:left w:w="95" w:type="dxa"/>
              <w:bottom w:w="70" w:type="dxa"/>
              <w:right w:w="95" w:type="dxa"/>
            </w:tcMar>
            <w:vAlign w:val="center"/>
          </w:tcPr>
          <w:p w14:paraId="7D61E2F9" w14:textId="77777777" w:rsidR="00423D2F" w:rsidRPr="00717886" w:rsidRDefault="0047346F">
            <w:pPr>
              <w:spacing w:after="0"/>
              <w:jc w:val="right"/>
              <w:rPr>
                <w:rFonts w:cs="Times New Roman"/>
              </w:rPr>
            </w:pPr>
            <w:r w:rsidRPr="00717886">
              <w:rPr>
                <w:rFonts w:cs="Times New Roman"/>
                <w:sz w:val="14"/>
              </w:rPr>
              <w:t>38</w:t>
            </w:r>
          </w:p>
        </w:tc>
        <w:tc>
          <w:tcPr>
            <w:tcW w:w="936" w:type="dxa"/>
            <w:shd w:val="clear" w:color="auto" w:fill="F5F7F9"/>
            <w:tcMar>
              <w:top w:w="70" w:type="dxa"/>
              <w:left w:w="95" w:type="dxa"/>
              <w:bottom w:w="70" w:type="dxa"/>
              <w:right w:w="95" w:type="dxa"/>
            </w:tcMar>
            <w:vAlign w:val="center"/>
          </w:tcPr>
          <w:p w14:paraId="2F4D74DA" w14:textId="77777777" w:rsidR="00423D2F" w:rsidRPr="00717886" w:rsidRDefault="0047346F">
            <w:pPr>
              <w:spacing w:after="0"/>
              <w:jc w:val="right"/>
              <w:rPr>
                <w:rFonts w:cs="Times New Roman"/>
              </w:rPr>
            </w:pPr>
            <w:r w:rsidRPr="00717886">
              <w:rPr>
                <w:rFonts w:cs="Times New Roman"/>
                <w:sz w:val="14"/>
              </w:rPr>
              <w:t>.363</w:t>
            </w:r>
          </w:p>
        </w:tc>
      </w:tr>
      <w:tr w:rsidR="002E7DCF" w:rsidRPr="00717886" w14:paraId="0954A83F" w14:textId="77777777">
        <w:trPr>
          <w:cantSplit/>
          <w:jc w:val="center"/>
        </w:trPr>
        <w:tc>
          <w:tcPr>
            <w:tcW w:w="792" w:type="dxa"/>
            <w:tcMar>
              <w:top w:w="70" w:type="dxa"/>
              <w:left w:w="95" w:type="dxa"/>
              <w:bottom w:w="70" w:type="dxa"/>
              <w:right w:w="95" w:type="dxa"/>
            </w:tcMar>
            <w:vAlign w:val="center"/>
          </w:tcPr>
          <w:p w14:paraId="17DE3192" w14:textId="77777777" w:rsidR="00423D2F" w:rsidRPr="00717886" w:rsidRDefault="0047346F">
            <w:pPr>
              <w:spacing w:after="0"/>
              <w:rPr>
                <w:rFonts w:cs="Times New Roman"/>
              </w:rPr>
            </w:pPr>
            <w:r w:rsidRPr="00717886">
              <w:rPr>
                <w:rFonts w:cs="Times New Roman"/>
                <w:sz w:val="14"/>
              </w:rPr>
              <w:t>Strict</w:t>
            </w:r>
          </w:p>
        </w:tc>
        <w:tc>
          <w:tcPr>
            <w:tcW w:w="2880" w:type="dxa"/>
            <w:tcMar>
              <w:top w:w="70" w:type="dxa"/>
              <w:left w:w="95" w:type="dxa"/>
              <w:bottom w:w="70" w:type="dxa"/>
              <w:right w:w="95" w:type="dxa"/>
            </w:tcMar>
            <w:vAlign w:val="center"/>
          </w:tcPr>
          <w:p w14:paraId="42205E5E" w14:textId="77777777" w:rsidR="00423D2F" w:rsidRPr="00717886" w:rsidRDefault="0047346F">
            <w:pPr>
              <w:spacing w:after="0"/>
              <w:rPr>
                <w:rFonts w:cs="Times New Roman"/>
              </w:rPr>
            </w:pPr>
            <w:r w:rsidRPr="00717886">
              <w:rPr>
                <w:rFonts w:cs="Times New Roman"/>
                <w:sz w:val="14"/>
              </w:rPr>
              <w:t>2-year</w:t>
            </w:r>
          </w:p>
        </w:tc>
        <w:tc>
          <w:tcPr>
            <w:tcW w:w="936" w:type="dxa"/>
            <w:tcMar>
              <w:top w:w="70" w:type="dxa"/>
              <w:left w:w="95" w:type="dxa"/>
              <w:bottom w:w="70" w:type="dxa"/>
              <w:right w:w="95" w:type="dxa"/>
            </w:tcMar>
            <w:vAlign w:val="center"/>
          </w:tcPr>
          <w:p w14:paraId="6ED11C0E" w14:textId="77777777" w:rsidR="00423D2F" w:rsidRPr="00717886" w:rsidRDefault="0047346F">
            <w:pPr>
              <w:spacing w:after="0"/>
              <w:jc w:val="right"/>
              <w:rPr>
                <w:rFonts w:cs="Times New Roman"/>
              </w:rPr>
            </w:pPr>
            <w:r w:rsidRPr="00717886">
              <w:rPr>
                <w:rFonts w:cs="Times New Roman"/>
                <w:sz w:val="14"/>
              </w:rPr>
              <w:t>.0426</w:t>
            </w:r>
          </w:p>
        </w:tc>
        <w:tc>
          <w:tcPr>
            <w:tcW w:w="835" w:type="dxa"/>
            <w:tcMar>
              <w:top w:w="70" w:type="dxa"/>
              <w:left w:w="95" w:type="dxa"/>
              <w:bottom w:w="70" w:type="dxa"/>
              <w:right w:w="95" w:type="dxa"/>
            </w:tcMar>
            <w:vAlign w:val="center"/>
          </w:tcPr>
          <w:p w14:paraId="672E321B" w14:textId="77777777" w:rsidR="00423D2F" w:rsidRPr="00717886" w:rsidRDefault="0047346F">
            <w:pPr>
              <w:spacing w:after="0"/>
              <w:jc w:val="right"/>
              <w:rPr>
                <w:rFonts w:cs="Times New Roman"/>
              </w:rPr>
            </w:pPr>
            <w:r w:rsidRPr="00717886">
              <w:rPr>
                <w:rFonts w:cs="Times New Roman"/>
                <w:sz w:val="14"/>
              </w:rPr>
              <w:t>.0849</w:t>
            </w:r>
          </w:p>
        </w:tc>
        <w:tc>
          <w:tcPr>
            <w:tcW w:w="979" w:type="dxa"/>
            <w:tcMar>
              <w:top w:w="70" w:type="dxa"/>
              <w:left w:w="95" w:type="dxa"/>
              <w:bottom w:w="70" w:type="dxa"/>
              <w:right w:w="95" w:type="dxa"/>
            </w:tcMar>
            <w:vAlign w:val="center"/>
          </w:tcPr>
          <w:p w14:paraId="72451ABC" w14:textId="77777777" w:rsidR="00423D2F" w:rsidRPr="00717886" w:rsidRDefault="0047346F">
            <w:pPr>
              <w:spacing w:after="0"/>
              <w:jc w:val="center"/>
              <w:rPr>
                <w:rFonts w:cs="Times New Roman"/>
              </w:rPr>
            </w:pPr>
            <w:r w:rsidRPr="00717886">
              <w:rPr>
                <w:rFonts w:cs="Times New Roman"/>
                <w:sz w:val="14"/>
              </w:rPr>
              <w:t>[−.1295, .2146]</w:t>
            </w:r>
          </w:p>
        </w:tc>
        <w:tc>
          <w:tcPr>
            <w:tcW w:w="1440" w:type="dxa"/>
            <w:tcMar>
              <w:top w:w="70" w:type="dxa"/>
              <w:left w:w="95" w:type="dxa"/>
              <w:bottom w:w="70" w:type="dxa"/>
              <w:right w:w="95" w:type="dxa"/>
            </w:tcMar>
            <w:vAlign w:val="center"/>
          </w:tcPr>
          <w:p w14:paraId="601F91D6" w14:textId="77777777" w:rsidR="00423D2F" w:rsidRPr="00717886" w:rsidRDefault="0047346F">
            <w:pPr>
              <w:spacing w:after="0"/>
              <w:jc w:val="right"/>
              <w:rPr>
                <w:rFonts w:cs="Times New Roman"/>
              </w:rPr>
            </w:pPr>
            <w:r w:rsidRPr="00717886">
              <w:rPr>
                <w:rFonts w:cs="Times New Roman"/>
                <w:sz w:val="14"/>
              </w:rPr>
              <w:t>.619</w:t>
            </w:r>
          </w:p>
        </w:tc>
        <w:tc>
          <w:tcPr>
            <w:tcW w:w="921" w:type="dxa"/>
            <w:tcMar>
              <w:top w:w="70" w:type="dxa"/>
              <w:left w:w="95" w:type="dxa"/>
              <w:bottom w:w="70" w:type="dxa"/>
              <w:right w:w="95" w:type="dxa"/>
            </w:tcMar>
            <w:vAlign w:val="center"/>
          </w:tcPr>
          <w:p w14:paraId="362A9C2E" w14:textId="77777777" w:rsidR="00423D2F" w:rsidRPr="00717886" w:rsidRDefault="0047346F">
            <w:pPr>
              <w:spacing w:after="0"/>
              <w:jc w:val="right"/>
              <w:rPr>
                <w:rFonts w:cs="Times New Roman"/>
              </w:rPr>
            </w:pPr>
            <w:r w:rsidRPr="00717886">
              <w:rPr>
                <w:rFonts w:cs="Times New Roman"/>
                <w:sz w:val="14"/>
              </w:rPr>
              <w:t>282</w:t>
            </w:r>
          </w:p>
        </w:tc>
        <w:tc>
          <w:tcPr>
            <w:tcW w:w="648" w:type="dxa"/>
            <w:tcMar>
              <w:top w:w="70" w:type="dxa"/>
              <w:left w:w="95" w:type="dxa"/>
              <w:bottom w:w="70" w:type="dxa"/>
              <w:right w:w="95" w:type="dxa"/>
            </w:tcMar>
            <w:vAlign w:val="center"/>
          </w:tcPr>
          <w:p w14:paraId="1BB65798" w14:textId="77777777" w:rsidR="00423D2F" w:rsidRPr="00717886" w:rsidRDefault="0047346F">
            <w:pPr>
              <w:spacing w:after="0"/>
              <w:jc w:val="right"/>
              <w:rPr>
                <w:rFonts w:cs="Times New Roman"/>
              </w:rPr>
            </w:pPr>
            <w:r w:rsidRPr="00717886">
              <w:rPr>
                <w:rFonts w:cs="Times New Roman"/>
                <w:sz w:val="14"/>
              </w:rPr>
              <w:t>38</w:t>
            </w:r>
          </w:p>
        </w:tc>
        <w:tc>
          <w:tcPr>
            <w:tcW w:w="936" w:type="dxa"/>
            <w:tcMar>
              <w:top w:w="70" w:type="dxa"/>
              <w:left w:w="95" w:type="dxa"/>
              <w:bottom w:w="70" w:type="dxa"/>
              <w:right w:w="95" w:type="dxa"/>
            </w:tcMar>
            <w:vAlign w:val="center"/>
          </w:tcPr>
          <w:p w14:paraId="3D4B359D" w14:textId="77777777" w:rsidR="00423D2F" w:rsidRPr="00717886" w:rsidRDefault="0047346F">
            <w:pPr>
              <w:spacing w:after="0"/>
              <w:jc w:val="right"/>
              <w:rPr>
                <w:rFonts w:cs="Times New Roman"/>
              </w:rPr>
            </w:pPr>
            <w:r w:rsidRPr="00717886">
              <w:rPr>
                <w:rFonts w:cs="Times New Roman"/>
                <w:sz w:val="14"/>
              </w:rPr>
              <w:t>.262</w:t>
            </w:r>
          </w:p>
        </w:tc>
      </w:tr>
      <w:tr w:rsidR="002E7DCF" w:rsidRPr="00717886" w14:paraId="470DDD3C" w14:textId="77777777">
        <w:trPr>
          <w:cantSplit/>
          <w:jc w:val="center"/>
        </w:trPr>
        <w:tc>
          <w:tcPr>
            <w:tcW w:w="792" w:type="dxa"/>
            <w:shd w:val="clear" w:color="auto" w:fill="F5F7F9"/>
            <w:tcMar>
              <w:top w:w="70" w:type="dxa"/>
              <w:left w:w="95" w:type="dxa"/>
              <w:bottom w:w="70" w:type="dxa"/>
              <w:right w:w="95" w:type="dxa"/>
            </w:tcMar>
            <w:vAlign w:val="center"/>
          </w:tcPr>
          <w:p w14:paraId="0FC7350F" w14:textId="77777777" w:rsidR="00423D2F" w:rsidRPr="00717886" w:rsidRDefault="0047346F">
            <w:pPr>
              <w:spacing w:after="0"/>
              <w:rPr>
                <w:rFonts w:cs="Times New Roman"/>
              </w:rPr>
            </w:pPr>
            <w:r w:rsidRPr="00717886">
              <w:rPr>
                <w:rFonts w:cs="Times New Roman"/>
                <w:sz w:val="14"/>
              </w:rPr>
              <w:t>Broad</w:t>
            </w:r>
          </w:p>
        </w:tc>
        <w:tc>
          <w:tcPr>
            <w:tcW w:w="2880" w:type="dxa"/>
            <w:shd w:val="clear" w:color="auto" w:fill="F5F7F9"/>
            <w:tcMar>
              <w:top w:w="70" w:type="dxa"/>
              <w:left w:w="95" w:type="dxa"/>
              <w:bottom w:w="70" w:type="dxa"/>
              <w:right w:w="95" w:type="dxa"/>
            </w:tcMar>
            <w:vAlign w:val="center"/>
          </w:tcPr>
          <w:p w14:paraId="684B2E74" w14:textId="77777777" w:rsidR="00423D2F" w:rsidRPr="00717886" w:rsidRDefault="0047346F">
            <w:pPr>
              <w:spacing w:after="0"/>
              <w:rPr>
                <w:rFonts w:cs="Times New Roman"/>
              </w:rPr>
            </w:pPr>
            <w:r w:rsidRPr="00717886">
              <w:rPr>
                <w:rFonts w:cs="Times New Roman"/>
                <w:sz w:val="14"/>
              </w:rPr>
              <w:t>0-year (contemporaneous)</w:t>
            </w:r>
          </w:p>
        </w:tc>
        <w:tc>
          <w:tcPr>
            <w:tcW w:w="936" w:type="dxa"/>
            <w:shd w:val="clear" w:color="auto" w:fill="F5F7F9"/>
            <w:tcMar>
              <w:top w:w="70" w:type="dxa"/>
              <w:left w:w="95" w:type="dxa"/>
              <w:bottom w:w="70" w:type="dxa"/>
              <w:right w:w="95" w:type="dxa"/>
            </w:tcMar>
            <w:vAlign w:val="center"/>
          </w:tcPr>
          <w:p w14:paraId="27420636" w14:textId="77777777" w:rsidR="00423D2F" w:rsidRPr="00717886" w:rsidRDefault="0047346F">
            <w:pPr>
              <w:spacing w:after="0"/>
              <w:jc w:val="right"/>
              <w:rPr>
                <w:rFonts w:cs="Times New Roman"/>
              </w:rPr>
            </w:pPr>
            <w:r w:rsidRPr="00717886">
              <w:rPr>
                <w:rFonts w:cs="Times New Roman"/>
                <w:sz w:val="14"/>
              </w:rPr>
              <w:t>.1415</w:t>
            </w:r>
          </w:p>
        </w:tc>
        <w:tc>
          <w:tcPr>
            <w:tcW w:w="835" w:type="dxa"/>
            <w:shd w:val="clear" w:color="auto" w:fill="F5F7F9"/>
            <w:tcMar>
              <w:top w:w="70" w:type="dxa"/>
              <w:left w:w="95" w:type="dxa"/>
              <w:bottom w:w="70" w:type="dxa"/>
              <w:right w:w="95" w:type="dxa"/>
            </w:tcMar>
            <w:vAlign w:val="center"/>
          </w:tcPr>
          <w:p w14:paraId="2AF518F0" w14:textId="77777777" w:rsidR="00423D2F" w:rsidRPr="00717886" w:rsidRDefault="0047346F">
            <w:pPr>
              <w:spacing w:after="0"/>
              <w:jc w:val="right"/>
              <w:rPr>
                <w:rFonts w:cs="Times New Roman"/>
              </w:rPr>
            </w:pPr>
            <w:r w:rsidRPr="00717886">
              <w:rPr>
                <w:rFonts w:cs="Times New Roman"/>
                <w:sz w:val="14"/>
              </w:rPr>
              <w:t>.0679</w:t>
            </w:r>
          </w:p>
        </w:tc>
        <w:tc>
          <w:tcPr>
            <w:tcW w:w="979" w:type="dxa"/>
            <w:shd w:val="clear" w:color="auto" w:fill="F5F7F9"/>
            <w:tcMar>
              <w:top w:w="70" w:type="dxa"/>
              <w:left w:w="95" w:type="dxa"/>
              <w:bottom w:w="70" w:type="dxa"/>
              <w:right w:w="95" w:type="dxa"/>
            </w:tcMar>
            <w:vAlign w:val="center"/>
          </w:tcPr>
          <w:p w14:paraId="17CA886E" w14:textId="77777777" w:rsidR="00423D2F" w:rsidRPr="00717886" w:rsidRDefault="0047346F">
            <w:pPr>
              <w:spacing w:after="0"/>
              <w:jc w:val="center"/>
              <w:rPr>
                <w:rFonts w:cs="Times New Roman"/>
              </w:rPr>
            </w:pPr>
            <w:r w:rsidRPr="00717886">
              <w:rPr>
                <w:rFonts w:cs="Times New Roman"/>
                <w:sz w:val="14"/>
              </w:rPr>
              <w:t>[.0038, .2792]</w:t>
            </w:r>
          </w:p>
        </w:tc>
        <w:tc>
          <w:tcPr>
            <w:tcW w:w="1440" w:type="dxa"/>
            <w:shd w:val="clear" w:color="auto" w:fill="F5F7F9"/>
            <w:tcMar>
              <w:top w:w="70" w:type="dxa"/>
              <w:left w:w="95" w:type="dxa"/>
              <w:bottom w:w="70" w:type="dxa"/>
              <w:right w:w="95" w:type="dxa"/>
            </w:tcMar>
            <w:vAlign w:val="center"/>
          </w:tcPr>
          <w:p w14:paraId="4FE0A440" w14:textId="77777777" w:rsidR="00423D2F" w:rsidRPr="00717886" w:rsidRDefault="0047346F">
            <w:pPr>
              <w:spacing w:after="0"/>
              <w:jc w:val="right"/>
              <w:rPr>
                <w:rFonts w:cs="Times New Roman"/>
              </w:rPr>
            </w:pPr>
            <w:r w:rsidRPr="00717886">
              <w:rPr>
                <w:rFonts w:cs="Times New Roman"/>
                <w:sz w:val="14"/>
              </w:rPr>
              <w:t>.044</w:t>
            </w:r>
          </w:p>
        </w:tc>
        <w:tc>
          <w:tcPr>
            <w:tcW w:w="921" w:type="dxa"/>
            <w:shd w:val="clear" w:color="auto" w:fill="F5F7F9"/>
            <w:tcMar>
              <w:top w:w="70" w:type="dxa"/>
              <w:left w:w="95" w:type="dxa"/>
              <w:bottom w:w="70" w:type="dxa"/>
              <w:right w:w="95" w:type="dxa"/>
            </w:tcMar>
            <w:vAlign w:val="center"/>
          </w:tcPr>
          <w:p w14:paraId="7809FF3E" w14:textId="77777777" w:rsidR="00423D2F" w:rsidRPr="00717886" w:rsidRDefault="0047346F">
            <w:pPr>
              <w:spacing w:after="0"/>
              <w:jc w:val="right"/>
              <w:rPr>
                <w:rFonts w:cs="Times New Roman"/>
              </w:rPr>
            </w:pPr>
            <w:r w:rsidRPr="00717886">
              <w:rPr>
                <w:rFonts w:cs="Times New Roman"/>
                <w:sz w:val="14"/>
              </w:rPr>
              <w:t>386</w:t>
            </w:r>
          </w:p>
        </w:tc>
        <w:tc>
          <w:tcPr>
            <w:tcW w:w="648" w:type="dxa"/>
            <w:shd w:val="clear" w:color="auto" w:fill="F5F7F9"/>
            <w:tcMar>
              <w:top w:w="70" w:type="dxa"/>
              <w:left w:w="95" w:type="dxa"/>
              <w:bottom w:w="70" w:type="dxa"/>
              <w:right w:w="95" w:type="dxa"/>
            </w:tcMar>
            <w:vAlign w:val="center"/>
          </w:tcPr>
          <w:p w14:paraId="3291DF1E" w14:textId="77777777" w:rsidR="00423D2F" w:rsidRPr="00717886" w:rsidRDefault="0047346F">
            <w:pPr>
              <w:spacing w:after="0"/>
              <w:jc w:val="right"/>
              <w:rPr>
                <w:rFonts w:cs="Times New Roman"/>
              </w:rPr>
            </w:pPr>
            <w:r w:rsidRPr="00717886">
              <w:rPr>
                <w:rFonts w:cs="Times New Roman"/>
                <w:sz w:val="14"/>
              </w:rPr>
              <w:t>38</w:t>
            </w:r>
          </w:p>
        </w:tc>
        <w:tc>
          <w:tcPr>
            <w:tcW w:w="936" w:type="dxa"/>
            <w:shd w:val="clear" w:color="auto" w:fill="F5F7F9"/>
            <w:tcMar>
              <w:top w:w="70" w:type="dxa"/>
              <w:left w:w="95" w:type="dxa"/>
              <w:bottom w:w="70" w:type="dxa"/>
              <w:right w:w="95" w:type="dxa"/>
            </w:tcMar>
            <w:vAlign w:val="center"/>
          </w:tcPr>
          <w:p w14:paraId="21294377" w14:textId="77777777" w:rsidR="00423D2F" w:rsidRPr="00717886" w:rsidRDefault="0047346F">
            <w:pPr>
              <w:spacing w:after="0"/>
              <w:jc w:val="right"/>
              <w:rPr>
                <w:rFonts w:cs="Times New Roman"/>
              </w:rPr>
            </w:pPr>
            <w:r w:rsidRPr="00717886">
              <w:rPr>
                <w:rFonts w:cs="Times New Roman"/>
                <w:sz w:val="14"/>
              </w:rPr>
              <w:t>.387</w:t>
            </w:r>
          </w:p>
        </w:tc>
      </w:tr>
      <w:tr w:rsidR="002E7DCF" w:rsidRPr="00717886" w14:paraId="448BB68B" w14:textId="77777777">
        <w:trPr>
          <w:cantSplit/>
          <w:jc w:val="center"/>
        </w:trPr>
        <w:tc>
          <w:tcPr>
            <w:tcW w:w="792" w:type="dxa"/>
            <w:tcMar>
              <w:top w:w="70" w:type="dxa"/>
              <w:left w:w="95" w:type="dxa"/>
              <w:bottom w:w="70" w:type="dxa"/>
              <w:right w:w="95" w:type="dxa"/>
            </w:tcMar>
            <w:vAlign w:val="center"/>
          </w:tcPr>
          <w:p w14:paraId="79ED18B1" w14:textId="77777777" w:rsidR="00423D2F" w:rsidRPr="00717886" w:rsidRDefault="0047346F">
            <w:pPr>
              <w:spacing w:after="0"/>
              <w:rPr>
                <w:rFonts w:cs="Times New Roman"/>
              </w:rPr>
            </w:pPr>
            <w:r w:rsidRPr="00717886">
              <w:rPr>
                <w:rFonts w:cs="Times New Roman"/>
                <w:sz w:val="14"/>
              </w:rPr>
              <w:t>Broad</w:t>
            </w:r>
          </w:p>
        </w:tc>
        <w:tc>
          <w:tcPr>
            <w:tcW w:w="2880" w:type="dxa"/>
            <w:tcMar>
              <w:top w:w="70" w:type="dxa"/>
              <w:left w:w="95" w:type="dxa"/>
              <w:bottom w:w="70" w:type="dxa"/>
              <w:right w:w="95" w:type="dxa"/>
            </w:tcMar>
            <w:vAlign w:val="center"/>
          </w:tcPr>
          <w:p w14:paraId="17D92C99" w14:textId="77777777" w:rsidR="00423D2F" w:rsidRPr="00717886" w:rsidRDefault="0047346F">
            <w:pPr>
              <w:spacing w:after="0"/>
              <w:rPr>
                <w:rFonts w:cs="Times New Roman"/>
              </w:rPr>
            </w:pPr>
            <w:r w:rsidRPr="00717886">
              <w:rPr>
                <w:rFonts w:cs="Times New Roman"/>
                <w:sz w:val="14"/>
              </w:rPr>
              <w:t>1-year (primary H1)</w:t>
            </w:r>
          </w:p>
        </w:tc>
        <w:tc>
          <w:tcPr>
            <w:tcW w:w="936" w:type="dxa"/>
            <w:tcMar>
              <w:top w:w="70" w:type="dxa"/>
              <w:left w:w="95" w:type="dxa"/>
              <w:bottom w:w="70" w:type="dxa"/>
              <w:right w:w="95" w:type="dxa"/>
            </w:tcMar>
            <w:vAlign w:val="center"/>
          </w:tcPr>
          <w:p w14:paraId="0190AB73" w14:textId="77777777" w:rsidR="00423D2F" w:rsidRPr="00717886" w:rsidRDefault="0047346F">
            <w:pPr>
              <w:spacing w:after="0"/>
              <w:jc w:val="right"/>
              <w:rPr>
                <w:rFonts w:cs="Times New Roman"/>
              </w:rPr>
            </w:pPr>
            <w:r w:rsidRPr="00717886">
              <w:rPr>
                <w:rFonts w:cs="Times New Roman"/>
                <w:sz w:val="14"/>
              </w:rPr>
              <w:t>.0411</w:t>
            </w:r>
          </w:p>
        </w:tc>
        <w:tc>
          <w:tcPr>
            <w:tcW w:w="835" w:type="dxa"/>
            <w:tcMar>
              <w:top w:w="70" w:type="dxa"/>
              <w:left w:w="95" w:type="dxa"/>
              <w:bottom w:w="70" w:type="dxa"/>
              <w:right w:w="95" w:type="dxa"/>
            </w:tcMar>
            <w:vAlign w:val="center"/>
          </w:tcPr>
          <w:p w14:paraId="260E014B" w14:textId="77777777" w:rsidR="00423D2F" w:rsidRPr="00717886" w:rsidRDefault="0047346F">
            <w:pPr>
              <w:spacing w:after="0"/>
              <w:jc w:val="right"/>
              <w:rPr>
                <w:rFonts w:cs="Times New Roman"/>
              </w:rPr>
            </w:pPr>
            <w:r w:rsidRPr="00717886">
              <w:rPr>
                <w:rFonts w:cs="Times New Roman"/>
                <w:sz w:val="14"/>
              </w:rPr>
              <w:t>.0649</w:t>
            </w:r>
          </w:p>
        </w:tc>
        <w:tc>
          <w:tcPr>
            <w:tcW w:w="979" w:type="dxa"/>
            <w:tcMar>
              <w:top w:w="70" w:type="dxa"/>
              <w:left w:w="95" w:type="dxa"/>
              <w:bottom w:w="70" w:type="dxa"/>
              <w:right w:w="95" w:type="dxa"/>
            </w:tcMar>
            <w:vAlign w:val="center"/>
          </w:tcPr>
          <w:p w14:paraId="02545BAA" w14:textId="77777777" w:rsidR="00423D2F" w:rsidRPr="00717886" w:rsidRDefault="0047346F">
            <w:pPr>
              <w:spacing w:after="0"/>
              <w:jc w:val="center"/>
              <w:rPr>
                <w:rFonts w:cs="Times New Roman"/>
              </w:rPr>
            </w:pPr>
            <w:r w:rsidRPr="00717886">
              <w:rPr>
                <w:rFonts w:cs="Times New Roman"/>
                <w:sz w:val="14"/>
              </w:rPr>
              <w:t>[−.0903, .1726]</w:t>
            </w:r>
          </w:p>
        </w:tc>
        <w:tc>
          <w:tcPr>
            <w:tcW w:w="1440" w:type="dxa"/>
            <w:tcMar>
              <w:top w:w="70" w:type="dxa"/>
              <w:left w:w="95" w:type="dxa"/>
              <w:bottom w:w="70" w:type="dxa"/>
              <w:right w:w="95" w:type="dxa"/>
            </w:tcMar>
            <w:vAlign w:val="center"/>
          </w:tcPr>
          <w:p w14:paraId="794D3753" w14:textId="77777777" w:rsidR="00423D2F" w:rsidRPr="00717886" w:rsidRDefault="0047346F">
            <w:pPr>
              <w:spacing w:after="0"/>
              <w:jc w:val="right"/>
              <w:rPr>
                <w:rFonts w:cs="Times New Roman"/>
              </w:rPr>
            </w:pPr>
            <w:r w:rsidRPr="00717886">
              <w:rPr>
                <w:rFonts w:cs="Times New Roman"/>
                <w:sz w:val="14"/>
              </w:rPr>
              <w:t>.530</w:t>
            </w:r>
          </w:p>
        </w:tc>
        <w:tc>
          <w:tcPr>
            <w:tcW w:w="921" w:type="dxa"/>
            <w:tcMar>
              <w:top w:w="70" w:type="dxa"/>
              <w:left w:w="95" w:type="dxa"/>
              <w:bottom w:w="70" w:type="dxa"/>
              <w:right w:w="95" w:type="dxa"/>
            </w:tcMar>
            <w:vAlign w:val="center"/>
          </w:tcPr>
          <w:p w14:paraId="225053F2" w14:textId="77777777" w:rsidR="00423D2F" w:rsidRPr="00717886" w:rsidRDefault="0047346F">
            <w:pPr>
              <w:spacing w:after="0"/>
              <w:jc w:val="right"/>
              <w:rPr>
                <w:rFonts w:cs="Times New Roman"/>
              </w:rPr>
            </w:pPr>
            <w:r w:rsidRPr="00717886">
              <w:rPr>
                <w:rFonts w:cs="Times New Roman"/>
                <w:sz w:val="14"/>
              </w:rPr>
              <w:t>348</w:t>
            </w:r>
          </w:p>
        </w:tc>
        <w:tc>
          <w:tcPr>
            <w:tcW w:w="648" w:type="dxa"/>
            <w:tcMar>
              <w:top w:w="70" w:type="dxa"/>
              <w:left w:w="95" w:type="dxa"/>
              <w:bottom w:w="70" w:type="dxa"/>
              <w:right w:w="95" w:type="dxa"/>
            </w:tcMar>
            <w:vAlign w:val="center"/>
          </w:tcPr>
          <w:p w14:paraId="7EB1232F" w14:textId="77777777" w:rsidR="00423D2F" w:rsidRPr="00717886" w:rsidRDefault="0047346F">
            <w:pPr>
              <w:spacing w:after="0"/>
              <w:jc w:val="right"/>
              <w:rPr>
                <w:rFonts w:cs="Times New Roman"/>
              </w:rPr>
            </w:pPr>
            <w:r w:rsidRPr="00717886">
              <w:rPr>
                <w:rFonts w:cs="Times New Roman"/>
                <w:sz w:val="14"/>
              </w:rPr>
              <w:t>38</w:t>
            </w:r>
          </w:p>
        </w:tc>
        <w:tc>
          <w:tcPr>
            <w:tcW w:w="936" w:type="dxa"/>
            <w:tcMar>
              <w:top w:w="70" w:type="dxa"/>
              <w:left w:w="95" w:type="dxa"/>
              <w:bottom w:w="70" w:type="dxa"/>
              <w:right w:w="95" w:type="dxa"/>
            </w:tcMar>
            <w:vAlign w:val="center"/>
          </w:tcPr>
          <w:p w14:paraId="6C9FABB9" w14:textId="77777777" w:rsidR="00423D2F" w:rsidRPr="00717886" w:rsidRDefault="0047346F">
            <w:pPr>
              <w:spacing w:after="0"/>
              <w:jc w:val="right"/>
              <w:rPr>
                <w:rFonts w:cs="Times New Roman"/>
              </w:rPr>
            </w:pPr>
            <w:r w:rsidRPr="00717886">
              <w:rPr>
                <w:rFonts w:cs="Times New Roman"/>
                <w:sz w:val="14"/>
              </w:rPr>
              <w:t>.335</w:t>
            </w:r>
          </w:p>
        </w:tc>
      </w:tr>
      <w:tr w:rsidR="002E7DCF" w:rsidRPr="00717886" w14:paraId="398DFF02" w14:textId="77777777">
        <w:trPr>
          <w:cantSplit/>
          <w:jc w:val="center"/>
        </w:trPr>
        <w:tc>
          <w:tcPr>
            <w:tcW w:w="792" w:type="dxa"/>
            <w:shd w:val="clear" w:color="auto" w:fill="F5F7F9"/>
            <w:tcMar>
              <w:top w:w="70" w:type="dxa"/>
              <w:left w:w="95" w:type="dxa"/>
              <w:bottom w:w="70" w:type="dxa"/>
              <w:right w:w="95" w:type="dxa"/>
            </w:tcMar>
            <w:vAlign w:val="center"/>
          </w:tcPr>
          <w:p w14:paraId="3EE6C059" w14:textId="77777777" w:rsidR="00423D2F" w:rsidRPr="00717886" w:rsidRDefault="0047346F">
            <w:pPr>
              <w:spacing w:after="0"/>
              <w:rPr>
                <w:rFonts w:cs="Times New Roman"/>
              </w:rPr>
            </w:pPr>
            <w:r w:rsidRPr="00717886">
              <w:rPr>
                <w:rFonts w:cs="Times New Roman"/>
                <w:sz w:val="14"/>
              </w:rPr>
              <w:t>Broad</w:t>
            </w:r>
          </w:p>
        </w:tc>
        <w:tc>
          <w:tcPr>
            <w:tcW w:w="2880" w:type="dxa"/>
            <w:shd w:val="clear" w:color="auto" w:fill="F5F7F9"/>
            <w:tcMar>
              <w:top w:w="70" w:type="dxa"/>
              <w:left w:w="95" w:type="dxa"/>
              <w:bottom w:w="70" w:type="dxa"/>
              <w:right w:w="95" w:type="dxa"/>
            </w:tcMar>
            <w:vAlign w:val="center"/>
          </w:tcPr>
          <w:p w14:paraId="356DE59B" w14:textId="77777777" w:rsidR="00423D2F" w:rsidRPr="00717886" w:rsidRDefault="0047346F">
            <w:pPr>
              <w:spacing w:after="0"/>
              <w:rPr>
                <w:rFonts w:cs="Times New Roman"/>
              </w:rPr>
            </w:pPr>
            <w:r w:rsidRPr="00717886">
              <w:rPr>
                <w:rFonts w:cs="Times New Roman"/>
                <w:sz w:val="14"/>
              </w:rPr>
              <w:t>2-year</w:t>
            </w:r>
          </w:p>
        </w:tc>
        <w:tc>
          <w:tcPr>
            <w:tcW w:w="936" w:type="dxa"/>
            <w:shd w:val="clear" w:color="auto" w:fill="F5F7F9"/>
            <w:tcMar>
              <w:top w:w="70" w:type="dxa"/>
              <w:left w:w="95" w:type="dxa"/>
              <w:bottom w:w="70" w:type="dxa"/>
              <w:right w:w="95" w:type="dxa"/>
            </w:tcMar>
            <w:vAlign w:val="center"/>
          </w:tcPr>
          <w:p w14:paraId="540E4BE4" w14:textId="77777777" w:rsidR="00423D2F" w:rsidRPr="00717886" w:rsidRDefault="0047346F">
            <w:pPr>
              <w:spacing w:after="0"/>
              <w:jc w:val="right"/>
              <w:rPr>
                <w:rFonts w:cs="Times New Roman"/>
              </w:rPr>
            </w:pPr>
            <w:r w:rsidRPr="00717886">
              <w:rPr>
                <w:rFonts w:cs="Times New Roman"/>
                <w:sz w:val="14"/>
              </w:rPr>
              <w:t>−.0026</w:t>
            </w:r>
          </w:p>
        </w:tc>
        <w:tc>
          <w:tcPr>
            <w:tcW w:w="835" w:type="dxa"/>
            <w:shd w:val="clear" w:color="auto" w:fill="F5F7F9"/>
            <w:tcMar>
              <w:top w:w="70" w:type="dxa"/>
              <w:left w:w="95" w:type="dxa"/>
              <w:bottom w:w="70" w:type="dxa"/>
              <w:right w:w="95" w:type="dxa"/>
            </w:tcMar>
            <w:vAlign w:val="center"/>
          </w:tcPr>
          <w:p w14:paraId="438248D6" w14:textId="77777777" w:rsidR="00423D2F" w:rsidRPr="00717886" w:rsidRDefault="0047346F">
            <w:pPr>
              <w:spacing w:after="0"/>
              <w:jc w:val="right"/>
              <w:rPr>
                <w:rFonts w:cs="Times New Roman"/>
              </w:rPr>
            </w:pPr>
            <w:r w:rsidRPr="00717886">
              <w:rPr>
                <w:rFonts w:cs="Times New Roman"/>
                <w:sz w:val="14"/>
              </w:rPr>
              <w:t>.0664</w:t>
            </w:r>
          </w:p>
        </w:tc>
        <w:tc>
          <w:tcPr>
            <w:tcW w:w="979" w:type="dxa"/>
            <w:shd w:val="clear" w:color="auto" w:fill="F5F7F9"/>
            <w:tcMar>
              <w:top w:w="70" w:type="dxa"/>
              <w:left w:w="95" w:type="dxa"/>
              <w:bottom w:w="70" w:type="dxa"/>
              <w:right w:w="95" w:type="dxa"/>
            </w:tcMar>
            <w:vAlign w:val="center"/>
          </w:tcPr>
          <w:p w14:paraId="78311FDE" w14:textId="77777777" w:rsidR="00423D2F" w:rsidRPr="00717886" w:rsidRDefault="0047346F">
            <w:pPr>
              <w:spacing w:after="0"/>
              <w:jc w:val="center"/>
              <w:rPr>
                <w:rFonts w:cs="Times New Roman"/>
              </w:rPr>
            </w:pPr>
            <w:r w:rsidRPr="00717886">
              <w:rPr>
                <w:rFonts w:cs="Times New Roman"/>
                <w:sz w:val="14"/>
              </w:rPr>
              <w:t>[−.1372, .1320]</w:t>
            </w:r>
          </w:p>
        </w:tc>
        <w:tc>
          <w:tcPr>
            <w:tcW w:w="1440" w:type="dxa"/>
            <w:shd w:val="clear" w:color="auto" w:fill="F5F7F9"/>
            <w:tcMar>
              <w:top w:w="70" w:type="dxa"/>
              <w:left w:w="95" w:type="dxa"/>
              <w:bottom w:w="70" w:type="dxa"/>
              <w:right w:w="95" w:type="dxa"/>
            </w:tcMar>
            <w:vAlign w:val="center"/>
          </w:tcPr>
          <w:p w14:paraId="0FA07798" w14:textId="77777777" w:rsidR="00423D2F" w:rsidRPr="00717886" w:rsidRDefault="0047346F">
            <w:pPr>
              <w:spacing w:after="0"/>
              <w:jc w:val="right"/>
              <w:rPr>
                <w:rFonts w:cs="Times New Roman"/>
              </w:rPr>
            </w:pPr>
            <w:r w:rsidRPr="00717886">
              <w:rPr>
                <w:rFonts w:cs="Times New Roman"/>
                <w:sz w:val="14"/>
              </w:rPr>
              <w:t>.969</w:t>
            </w:r>
          </w:p>
        </w:tc>
        <w:tc>
          <w:tcPr>
            <w:tcW w:w="921" w:type="dxa"/>
            <w:shd w:val="clear" w:color="auto" w:fill="F5F7F9"/>
            <w:tcMar>
              <w:top w:w="70" w:type="dxa"/>
              <w:left w:w="95" w:type="dxa"/>
              <w:bottom w:w="70" w:type="dxa"/>
              <w:right w:w="95" w:type="dxa"/>
            </w:tcMar>
            <w:vAlign w:val="center"/>
          </w:tcPr>
          <w:p w14:paraId="1A18C415" w14:textId="77777777" w:rsidR="00423D2F" w:rsidRPr="00717886" w:rsidRDefault="0047346F">
            <w:pPr>
              <w:spacing w:after="0"/>
              <w:jc w:val="right"/>
              <w:rPr>
                <w:rFonts w:cs="Times New Roman"/>
              </w:rPr>
            </w:pPr>
            <w:r w:rsidRPr="00717886">
              <w:rPr>
                <w:rFonts w:cs="Times New Roman"/>
                <w:sz w:val="14"/>
              </w:rPr>
              <w:t>310</w:t>
            </w:r>
          </w:p>
        </w:tc>
        <w:tc>
          <w:tcPr>
            <w:tcW w:w="648" w:type="dxa"/>
            <w:shd w:val="clear" w:color="auto" w:fill="F5F7F9"/>
            <w:tcMar>
              <w:top w:w="70" w:type="dxa"/>
              <w:left w:w="95" w:type="dxa"/>
              <w:bottom w:w="70" w:type="dxa"/>
              <w:right w:w="95" w:type="dxa"/>
            </w:tcMar>
            <w:vAlign w:val="center"/>
          </w:tcPr>
          <w:p w14:paraId="43272681" w14:textId="77777777" w:rsidR="00423D2F" w:rsidRPr="00717886" w:rsidRDefault="0047346F">
            <w:pPr>
              <w:spacing w:after="0"/>
              <w:jc w:val="right"/>
              <w:rPr>
                <w:rFonts w:cs="Times New Roman"/>
              </w:rPr>
            </w:pPr>
            <w:r w:rsidRPr="00717886">
              <w:rPr>
                <w:rFonts w:cs="Times New Roman"/>
                <w:sz w:val="14"/>
              </w:rPr>
              <w:t>38</w:t>
            </w:r>
          </w:p>
        </w:tc>
        <w:tc>
          <w:tcPr>
            <w:tcW w:w="936" w:type="dxa"/>
            <w:shd w:val="clear" w:color="auto" w:fill="F5F7F9"/>
            <w:tcMar>
              <w:top w:w="70" w:type="dxa"/>
              <w:left w:w="95" w:type="dxa"/>
              <w:bottom w:w="70" w:type="dxa"/>
              <w:right w:w="95" w:type="dxa"/>
            </w:tcMar>
            <w:vAlign w:val="center"/>
          </w:tcPr>
          <w:p w14:paraId="4FFD0AA3" w14:textId="77777777" w:rsidR="00423D2F" w:rsidRPr="00717886" w:rsidRDefault="0047346F">
            <w:pPr>
              <w:spacing w:after="0"/>
              <w:jc w:val="right"/>
              <w:rPr>
                <w:rFonts w:cs="Times New Roman"/>
              </w:rPr>
            </w:pPr>
            <w:r w:rsidRPr="00717886">
              <w:rPr>
                <w:rFonts w:cs="Times New Roman"/>
                <w:sz w:val="14"/>
              </w:rPr>
              <w:t>.276</w:t>
            </w:r>
          </w:p>
        </w:tc>
      </w:tr>
    </w:tbl>
    <w:p w14:paraId="295910D5"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This panel reports the manuscript-facing RORC–EKII separation directly: 0, 1, or 2 years. Confidence intervals and p values in this panel use conventional institution-clustered CR1 inference from the archived timing files. The primary H1 row is the one-year gap; the manuscript additionally reports its null-imposed wild-cluster p value.</w:t>
      </w:r>
    </w:p>
    <w:p w14:paraId="58E78448" w14:textId="77777777" w:rsidR="002E7DCF" w:rsidRPr="00717886" w:rsidRDefault="00A11917">
      <w:pPr>
        <w:keepNext/>
        <w:spacing w:before="100" w:after="80"/>
        <w:rPr>
          <w:rFonts w:cs="Times New Roman"/>
        </w:rPr>
      </w:pPr>
      <w:r w:rsidRPr="00717886">
        <w:rPr>
          <w:rFonts w:cs="Times New Roman"/>
          <w:b/>
          <w:i/>
        </w:rPr>
        <w:t>Panel D. Complete coefficient-level leave-one-indicator-out results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20"/>
        <w:gridCol w:w="2376"/>
        <w:gridCol w:w="1800"/>
        <w:gridCol w:w="792"/>
        <w:gridCol w:w="936"/>
        <w:gridCol w:w="1368"/>
        <w:gridCol w:w="892"/>
        <w:gridCol w:w="648"/>
        <w:gridCol w:w="936"/>
      </w:tblGrid>
      <w:tr w:rsidR="002E7DCF" w:rsidRPr="00717886" w14:paraId="31360FB5" w14:textId="77777777">
        <w:trPr>
          <w:cantSplit/>
          <w:tblHeader/>
          <w:jc w:val="center"/>
        </w:trPr>
        <w:tc>
          <w:tcPr>
            <w:tcW w:w="720" w:type="dxa"/>
            <w:shd w:val="clear" w:color="auto" w:fill="D9EAF7"/>
            <w:tcMar>
              <w:top w:w="70" w:type="dxa"/>
              <w:left w:w="95" w:type="dxa"/>
              <w:bottom w:w="70" w:type="dxa"/>
              <w:right w:w="95" w:type="dxa"/>
            </w:tcMar>
            <w:vAlign w:val="center"/>
          </w:tcPr>
          <w:p w14:paraId="44CAB43E" w14:textId="77777777" w:rsidR="00423D2F" w:rsidRPr="00717886" w:rsidRDefault="0047346F">
            <w:pPr>
              <w:spacing w:after="0"/>
              <w:rPr>
                <w:rFonts w:cs="Times New Roman"/>
              </w:rPr>
            </w:pPr>
            <w:r w:rsidRPr="00717886">
              <w:rPr>
                <w:rFonts w:cs="Times New Roman"/>
                <w:b/>
                <w:sz w:val="13"/>
              </w:rPr>
              <w:t>Corpus</w:t>
            </w:r>
          </w:p>
        </w:tc>
        <w:tc>
          <w:tcPr>
            <w:tcW w:w="2376" w:type="dxa"/>
            <w:shd w:val="clear" w:color="auto" w:fill="D9EAF7"/>
            <w:tcMar>
              <w:top w:w="70" w:type="dxa"/>
              <w:left w:w="95" w:type="dxa"/>
              <w:bottom w:w="70" w:type="dxa"/>
              <w:right w:w="95" w:type="dxa"/>
            </w:tcMar>
            <w:vAlign w:val="center"/>
          </w:tcPr>
          <w:p w14:paraId="2F71928E" w14:textId="77777777" w:rsidR="00423D2F" w:rsidRPr="00717886" w:rsidRDefault="0047346F">
            <w:pPr>
              <w:spacing w:after="0"/>
              <w:rPr>
                <w:rFonts w:cs="Times New Roman"/>
              </w:rPr>
            </w:pPr>
            <w:r w:rsidRPr="00717886">
              <w:rPr>
                <w:rFonts w:cs="Times New Roman"/>
                <w:b/>
                <w:sz w:val="13"/>
              </w:rPr>
              <w:t>Index</w:t>
            </w:r>
          </w:p>
        </w:tc>
        <w:tc>
          <w:tcPr>
            <w:tcW w:w="1800" w:type="dxa"/>
            <w:shd w:val="clear" w:color="auto" w:fill="D9EAF7"/>
            <w:tcMar>
              <w:top w:w="70" w:type="dxa"/>
              <w:left w:w="95" w:type="dxa"/>
              <w:bottom w:w="70" w:type="dxa"/>
              <w:right w:w="95" w:type="dxa"/>
            </w:tcMar>
            <w:vAlign w:val="center"/>
          </w:tcPr>
          <w:p w14:paraId="331017DF" w14:textId="77777777" w:rsidR="00423D2F" w:rsidRPr="00717886" w:rsidRDefault="0047346F">
            <w:pPr>
              <w:spacing w:after="0"/>
              <w:rPr>
                <w:rFonts w:cs="Times New Roman"/>
              </w:rPr>
            </w:pPr>
            <w:r w:rsidRPr="00717886">
              <w:rPr>
                <w:rFonts w:cs="Times New Roman"/>
                <w:b/>
                <w:sz w:val="13"/>
              </w:rPr>
              <w:t>Omitted component</w:t>
            </w:r>
          </w:p>
        </w:tc>
        <w:tc>
          <w:tcPr>
            <w:tcW w:w="792" w:type="dxa"/>
            <w:shd w:val="clear" w:color="auto" w:fill="D9EAF7"/>
            <w:tcMar>
              <w:top w:w="70" w:type="dxa"/>
              <w:left w:w="95" w:type="dxa"/>
              <w:bottom w:w="70" w:type="dxa"/>
              <w:right w:w="95" w:type="dxa"/>
            </w:tcMar>
            <w:vAlign w:val="center"/>
          </w:tcPr>
          <w:p w14:paraId="0B708807" w14:textId="77777777" w:rsidR="00423D2F" w:rsidRPr="00717886" w:rsidRDefault="0047346F">
            <w:pPr>
              <w:spacing w:after="0"/>
              <w:jc w:val="right"/>
              <w:rPr>
                <w:rFonts w:cs="Times New Roman"/>
              </w:rPr>
            </w:pPr>
            <w:r w:rsidRPr="00717886">
              <w:rPr>
                <w:rFonts w:cs="Times New Roman"/>
                <w:b/>
                <w:sz w:val="13"/>
              </w:rPr>
              <w:t>β</w:t>
            </w:r>
          </w:p>
        </w:tc>
        <w:tc>
          <w:tcPr>
            <w:tcW w:w="936" w:type="dxa"/>
            <w:shd w:val="clear" w:color="auto" w:fill="D9EAF7"/>
            <w:tcMar>
              <w:top w:w="70" w:type="dxa"/>
              <w:left w:w="95" w:type="dxa"/>
              <w:bottom w:w="70" w:type="dxa"/>
              <w:right w:w="95" w:type="dxa"/>
            </w:tcMar>
            <w:vAlign w:val="center"/>
          </w:tcPr>
          <w:p w14:paraId="771F28FD" w14:textId="77777777" w:rsidR="00423D2F" w:rsidRPr="00717886" w:rsidRDefault="0047346F">
            <w:pPr>
              <w:spacing w:after="0"/>
              <w:jc w:val="right"/>
              <w:rPr>
                <w:rFonts w:cs="Times New Roman"/>
              </w:rPr>
            </w:pPr>
            <w:r w:rsidRPr="00717886">
              <w:rPr>
                <w:rFonts w:cs="Times New Roman"/>
                <w:b/>
                <w:sz w:val="13"/>
              </w:rPr>
              <w:t>Cluster SE</w:t>
            </w:r>
          </w:p>
        </w:tc>
        <w:tc>
          <w:tcPr>
            <w:tcW w:w="1368" w:type="dxa"/>
            <w:shd w:val="clear" w:color="auto" w:fill="D9EAF7"/>
            <w:tcMar>
              <w:top w:w="70" w:type="dxa"/>
              <w:left w:w="95" w:type="dxa"/>
              <w:bottom w:w="70" w:type="dxa"/>
              <w:right w:w="95" w:type="dxa"/>
            </w:tcMar>
            <w:vAlign w:val="center"/>
          </w:tcPr>
          <w:p w14:paraId="017477D0" w14:textId="77777777" w:rsidR="00423D2F" w:rsidRPr="00717886" w:rsidRDefault="0047346F">
            <w:pPr>
              <w:spacing w:after="0"/>
              <w:jc w:val="center"/>
              <w:rPr>
                <w:rFonts w:cs="Times New Roman"/>
              </w:rPr>
            </w:pPr>
            <w:r w:rsidRPr="00717886">
              <w:rPr>
                <w:rFonts w:cs="Times New Roman"/>
                <w:b/>
                <w:sz w:val="13"/>
              </w:rPr>
              <w:t>95% CR1 CI</w:t>
            </w:r>
          </w:p>
        </w:tc>
        <w:tc>
          <w:tcPr>
            <w:tcW w:w="892" w:type="dxa"/>
            <w:shd w:val="clear" w:color="auto" w:fill="D9EAF7"/>
            <w:tcMar>
              <w:top w:w="70" w:type="dxa"/>
              <w:left w:w="95" w:type="dxa"/>
              <w:bottom w:w="70" w:type="dxa"/>
              <w:right w:w="95" w:type="dxa"/>
            </w:tcMar>
            <w:vAlign w:val="center"/>
          </w:tcPr>
          <w:p w14:paraId="6C250A73" w14:textId="77777777" w:rsidR="00423D2F" w:rsidRPr="00717886" w:rsidRDefault="0047346F">
            <w:pPr>
              <w:spacing w:after="0"/>
              <w:jc w:val="right"/>
              <w:rPr>
                <w:rFonts w:cs="Times New Roman"/>
              </w:rPr>
            </w:pPr>
            <w:r w:rsidRPr="00717886">
              <w:rPr>
                <w:rFonts w:cs="Times New Roman"/>
                <w:b/>
                <w:sz w:val="13"/>
              </w:rPr>
              <w:t>CR1 p</w:t>
            </w:r>
          </w:p>
        </w:tc>
        <w:tc>
          <w:tcPr>
            <w:tcW w:w="648" w:type="dxa"/>
            <w:shd w:val="clear" w:color="auto" w:fill="D9EAF7"/>
            <w:tcMar>
              <w:top w:w="70" w:type="dxa"/>
              <w:left w:w="95" w:type="dxa"/>
              <w:bottom w:w="70" w:type="dxa"/>
              <w:right w:w="95" w:type="dxa"/>
            </w:tcMar>
            <w:vAlign w:val="center"/>
          </w:tcPr>
          <w:p w14:paraId="640EDE34" w14:textId="77777777" w:rsidR="00423D2F" w:rsidRPr="00717886" w:rsidRDefault="0047346F">
            <w:pPr>
              <w:spacing w:after="0"/>
              <w:jc w:val="right"/>
              <w:rPr>
                <w:rFonts w:cs="Times New Roman"/>
              </w:rPr>
            </w:pPr>
            <w:r w:rsidRPr="00717886">
              <w:rPr>
                <w:rFonts w:cs="Times New Roman"/>
                <w:b/>
                <w:sz w:val="13"/>
              </w:rPr>
              <w:t>N</w:t>
            </w:r>
          </w:p>
        </w:tc>
        <w:tc>
          <w:tcPr>
            <w:tcW w:w="936" w:type="dxa"/>
            <w:shd w:val="clear" w:color="auto" w:fill="D9EAF7"/>
            <w:tcMar>
              <w:top w:w="70" w:type="dxa"/>
              <w:left w:w="95" w:type="dxa"/>
              <w:bottom w:w="70" w:type="dxa"/>
              <w:right w:w="95" w:type="dxa"/>
            </w:tcMar>
            <w:vAlign w:val="center"/>
          </w:tcPr>
          <w:p w14:paraId="296F6302" w14:textId="77777777" w:rsidR="00423D2F" w:rsidRPr="00717886" w:rsidRDefault="0047346F">
            <w:pPr>
              <w:spacing w:after="0"/>
              <w:jc w:val="right"/>
              <w:rPr>
                <w:rFonts w:cs="Times New Roman"/>
              </w:rPr>
            </w:pPr>
            <w:r w:rsidRPr="00717886">
              <w:rPr>
                <w:rFonts w:cs="Times New Roman"/>
                <w:b/>
                <w:sz w:val="13"/>
              </w:rPr>
              <w:t>Institutions</w:t>
            </w:r>
          </w:p>
        </w:tc>
      </w:tr>
      <w:tr w:rsidR="002E7DCF" w:rsidRPr="00717886" w14:paraId="64C52B97" w14:textId="77777777">
        <w:trPr>
          <w:cantSplit/>
          <w:jc w:val="center"/>
        </w:trPr>
        <w:tc>
          <w:tcPr>
            <w:tcW w:w="720" w:type="dxa"/>
            <w:tcMar>
              <w:top w:w="70" w:type="dxa"/>
              <w:left w:w="95" w:type="dxa"/>
              <w:bottom w:w="70" w:type="dxa"/>
              <w:right w:w="95" w:type="dxa"/>
            </w:tcMar>
            <w:vAlign w:val="center"/>
          </w:tcPr>
          <w:p w14:paraId="02054D47" w14:textId="77777777" w:rsidR="00423D2F" w:rsidRPr="00717886" w:rsidRDefault="0047346F">
            <w:pPr>
              <w:spacing w:after="0"/>
              <w:rPr>
                <w:rFonts w:cs="Times New Roman"/>
              </w:rPr>
            </w:pPr>
            <w:r w:rsidRPr="00717886">
              <w:rPr>
                <w:rFonts w:cs="Times New Roman"/>
                <w:sz w:val="13"/>
              </w:rPr>
              <w:t>Strict</w:t>
            </w:r>
          </w:p>
        </w:tc>
        <w:tc>
          <w:tcPr>
            <w:tcW w:w="2376" w:type="dxa"/>
            <w:tcMar>
              <w:top w:w="70" w:type="dxa"/>
              <w:left w:w="95" w:type="dxa"/>
              <w:bottom w:w="70" w:type="dxa"/>
              <w:right w:w="95" w:type="dxa"/>
            </w:tcMar>
            <w:vAlign w:val="center"/>
          </w:tcPr>
          <w:p w14:paraId="20724AF3" w14:textId="77777777" w:rsidR="00423D2F" w:rsidRPr="00717886" w:rsidRDefault="0047346F">
            <w:pPr>
              <w:spacing w:after="0"/>
              <w:rPr>
                <w:rFonts w:cs="Times New Roman"/>
              </w:rPr>
            </w:pPr>
            <w:r w:rsidRPr="00717886">
              <w:rPr>
                <w:rFonts w:cs="Times New Roman"/>
                <w:sz w:val="13"/>
              </w:rPr>
              <w:t>RORC</w:t>
            </w:r>
          </w:p>
        </w:tc>
        <w:tc>
          <w:tcPr>
            <w:tcW w:w="1800" w:type="dxa"/>
            <w:tcMar>
              <w:top w:w="70" w:type="dxa"/>
              <w:left w:w="95" w:type="dxa"/>
              <w:bottom w:w="70" w:type="dxa"/>
              <w:right w:w="95" w:type="dxa"/>
            </w:tcMar>
            <w:vAlign w:val="center"/>
          </w:tcPr>
          <w:p w14:paraId="5BB221EC" w14:textId="77777777" w:rsidR="00423D2F" w:rsidRPr="00717886" w:rsidRDefault="0047346F">
            <w:pPr>
              <w:spacing w:after="0"/>
              <w:rPr>
                <w:rFonts w:cs="Times New Roman"/>
              </w:rPr>
            </w:pPr>
            <w:r w:rsidRPr="00717886">
              <w:rPr>
                <w:rFonts w:cs="Times New Roman"/>
                <w:sz w:val="13"/>
              </w:rPr>
              <w:t>Output</w:t>
            </w:r>
          </w:p>
        </w:tc>
        <w:tc>
          <w:tcPr>
            <w:tcW w:w="792" w:type="dxa"/>
            <w:tcMar>
              <w:top w:w="70" w:type="dxa"/>
              <w:left w:w="95" w:type="dxa"/>
              <w:bottom w:w="70" w:type="dxa"/>
              <w:right w:w="95" w:type="dxa"/>
            </w:tcMar>
            <w:vAlign w:val="center"/>
          </w:tcPr>
          <w:p w14:paraId="5BCC3CD0" w14:textId="77777777" w:rsidR="00423D2F" w:rsidRPr="00717886" w:rsidRDefault="0047346F">
            <w:pPr>
              <w:spacing w:after="0"/>
              <w:jc w:val="right"/>
              <w:rPr>
                <w:rFonts w:cs="Times New Roman"/>
              </w:rPr>
            </w:pPr>
            <w:r w:rsidRPr="00717886">
              <w:rPr>
                <w:rFonts w:cs="Times New Roman"/>
                <w:sz w:val="13"/>
              </w:rPr>
              <w:t>.0583</w:t>
            </w:r>
          </w:p>
        </w:tc>
        <w:tc>
          <w:tcPr>
            <w:tcW w:w="936" w:type="dxa"/>
            <w:tcMar>
              <w:top w:w="70" w:type="dxa"/>
              <w:left w:w="95" w:type="dxa"/>
              <w:bottom w:w="70" w:type="dxa"/>
              <w:right w:w="95" w:type="dxa"/>
            </w:tcMar>
            <w:vAlign w:val="center"/>
          </w:tcPr>
          <w:p w14:paraId="4545EED9" w14:textId="77777777" w:rsidR="00423D2F" w:rsidRPr="00717886" w:rsidRDefault="0047346F">
            <w:pPr>
              <w:spacing w:after="0"/>
              <w:jc w:val="right"/>
              <w:rPr>
                <w:rFonts w:cs="Times New Roman"/>
              </w:rPr>
            </w:pPr>
            <w:r w:rsidRPr="00717886">
              <w:rPr>
                <w:rFonts w:cs="Times New Roman"/>
                <w:sz w:val="13"/>
              </w:rPr>
              <w:t>.0694</w:t>
            </w:r>
          </w:p>
        </w:tc>
        <w:tc>
          <w:tcPr>
            <w:tcW w:w="1368" w:type="dxa"/>
            <w:tcMar>
              <w:top w:w="70" w:type="dxa"/>
              <w:left w:w="95" w:type="dxa"/>
              <w:bottom w:w="70" w:type="dxa"/>
              <w:right w:w="95" w:type="dxa"/>
            </w:tcMar>
            <w:vAlign w:val="center"/>
          </w:tcPr>
          <w:p w14:paraId="26E8DB44" w14:textId="77777777" w:rsidR="00423D2F" w:rsidRPr="00717886" w:rsidRDefault="0047346F">
            <w:pPr>
              <w:spacing w:after="0"/>
              <w:jc w:val="center"/>
              <w:rPr>
                <w:rFonts w:cs="Times New Roman"/>
              </w:rPr>
            </w:pPr>
            <w:r w:rsidRPr="00717886">
              <w:rPr>
                <w:rFonts w:cs="Times New Roman"/>
                <w:sz w:val="13"/>
              </w:rPr>
              <w:t>[−.0823, .1990]</w:t>
            </w:r>
          </w:p>
        </w:tc>
        <w:tc>
          <w:tcPr>
            <w:tcW w:w="892" w:type="dxa"/>
            <w:tcMar>
              <w:top w:w="70" w:type="dxa"/>
              <w:left w:w="95" w:type="dxa"/>
              <w:bottom w:w="70" w:type="dxa"/>
              <w:right w:w="95" w:type="dxa"/>
            </w:tcMar>
            <w:vAlign w:val="center"/>
          </w:tcPr>
          <w:p w14:paraId="4E3090C6" w14:textId="77777777" w:rsidR="00423D2F" w:rsidRPr="00717886" w:rsidRDefault="0047346F">
            <w:pPr>
              <w:spacing w:after="0"/>
              <w:jc w:val="right"/>
              <w:rPr>
                <w:rFonts w:cs="Times New Roman"/>
              </w:rPr>
            </w:pPr>
            <w:r w:rsidRPr="00717886">
              <w:rPr>
                <w:rFonts w:cs="Times New Roman"/>
                <w:sz w:val="13"/>
              </w:rPr>
              <w:t>.406</w:t>
            </w:r>
          </w:p>
        </w:tc>
        <w:tc>
          <w:tcPr>
            <w:tcW w:w="648" w:type="dxa"/>
            <w:tcMar>
              <w:top w:w="70" w:type="dxa"/>
              <w:left w:w="95" w:type="dxa"/>
              <w:bottom w:w="70" w:type="dxa"/>
              <w:right w:w="95" w:type="dxa"/>
            </w:tcMar>
            <w:vAlign w:val="center"/>
          </w:tcPr>
          <w:p w14:paraId="382EEA4D" w14:textId="77777777" w:rsidR="00423D2F" w:rsidRPr="00717886" w:rsidRDefault="0047346F">
            <w:pPr>
              <w:spacing w:after="0"/>
              <w:jc w:val="right"/>
              <w:rPr>
                <w:rFonts w:cs="Times New Roman"/>
              </w:rPr>
            </w:pPr>
            <w:r w:rsidRPr="00717886">
              <w:rPr>
                <w:rFonts w:cs="Times New Roman"/>
                <w:sz w:val="13"/>
              </w:rPr>
              <w:t>320</w:t>
            </w:r>
          </w:p>
        </w:tc>
        <w:tc>
          <w:tcPr>
            <w:tcW w:w="936" w:type="dxa"/>
            <w:tcMar>
              <w:top w:w="70" w:type="dxa"/>
              <w:left w:w="95" w:type="dxa"/>
              <w:bottom w:w="70" w:type="dxa"/>
              <w:right w:w="95" w:type="dxa"/>
            </w:tcMar>
            <w:vAlign w:val="center"/>
          </w:tcPr>
          <w:p w14:paraId="7ADF54CD"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0CB1B9C5" w14:textId="77777777">
        <w:trPr>
          <w:cantSplit/>
          <w:jc w:val="center"/>
        </w:trPr>
        <w:tc>
          <w:tcPr>
            <w:tcW w:w="720" w:type="dxa"/>
            <w:shd w:val="clear" w:color="auto" w:fill="F5F7F9"/>
            <w:tcMar>
              <w:top w:w="70" w:type="dxa"/>
              <w:left w:w="95" w:type="dxa"/>
              <w:bottom w:w="70" w:type="dxa"/>
              <w:right w:w="95" w:type="dxa"/>
            </w:tcMar>
            <w:vAlign w:val="center"/>
          </w:tcPr>
          <w:p w14:paraId="7B262814" w14:textId="77777777" w:rsidR="00423D2F" w:rsidRPr="00717886" w:rsidRDefault="0047346F">
            <w:pPr>
              <w:spacing w:after="0"/>
              <w:rPr>
                <w:rFonts w:cs="Times New Roman"/>
              </w:rPr>
            </w:pPr>
            <w:r w:rsidRPr="00717886">
              <w:rPr>
                <w:rFonts w:cs="Times New Roman"/>
                <w:sz w:val="13"/>
              </w:rPr>
              <w:lastRenderedPageBreak/>
              <w:t>Strict</w:t>
            </w:r>
          </w:p>
        </w:tc>
        <w:tc>
          <w:tcPr>
            <w:tcW w:w="2376" w:type="dxa"/>
            <w:shd w:val="clear" w:color="auto" w:fill="F5F7F9"/>
            <w:tcMar>
              <w:top w:w="70" w:type="dxa"/>
              <w:left w:w="95" w:type="dxa"/>
              <w:bottom w:w="70" w:type="dxa"/>
              <w:right w:w="95" w:type="dxa"/>
            </w:tcMar>
            <w:vAlign w:val="center"/>
          </w:tcPr>
          <w:p w14:paraId="01DC7A82" w14:textId="77777777" w:rsidR="00423D2F" w:rsidRPr="00717886" w:rsidRDefault="0047346F">
            <w:pPr>
              <w:spacing w:after="0"/>
              <w:rPr>
                <w:rFonts w:cs="Times New Roman"/>
              </w:rPr>
            </w:pPr>
            <w:r w:rsidRPr="00717886">
              <w:rPr>
                <w:rFonts w:cs="Times New Roman"/>
                <w:sz w:val="13"/>
              </w:rPr>
              <w:t>RORC</w:t>
            </w:r>
          </w:p>
        </w:tc>
        <w:tc>
          <w:tcPr>
            <w:tcW w:w="1800" w:type="dxa"/>
            <w:shd w:val="clear" w:color="auto" w:fill="F5F7F9"/>
            <w:tcMar>
              <w:top w:w="70" w:type="dxa"/>
              <w:left w:w="95" w:type="dxa"/>
              <w:bottom w:w="70" w:type="dxa"/>
              <w:right w:w="95" w:type="dxa"/>
            </w:tcMar>
            <w:vAlign w:val="center"/>
          </w:tcPr>
          <w:p w14:paraId="02548ECB" w14:textId="77777777" w:rsidR="00423D2F" w:rsidRPr="00717886" w:rsidRDefault="0047346F">
            <w:pPr>
              <w:spacing w:after="0"/>
              <w:rPr>
                <w:rFonts w:cs="Times New Roman"/>
              </w:rPr>
            </w:pPr>
            <w:r w:rsidRPr="00717886">
              <w:rPr>
                <w:rFonts w:cs="Times New Roman"/>
                <w:sz w:val="13"/>
              </w:rPr>
              <w:t>Researchers</w:t>
            </w:r>
          </w:p>
        </w:tc>
        <w:tc>
          <w:tcPr>
            <w:tcW w:w="792" w:type="dxa"/>
            <w:shd w:val="clear" w:color="auto" w:fill="F5F7F9"/>
            <w:tcMar>
              <w:top w:w="70" w:type="dxa"/>
              <w:left w:w="95" w:type="dxa"/>
              <w:bottom w:w="70" w:type="dxa"/>
              <w:right w:w="95" w:type="dxa"/>
            </w:tcMar>
            <w:vAlign w:val="center"/>
          </w:tcPr>
          <w:p w14:paraId="00F6B2C1" w14:textId="77777777" w:rsidR="00423D2F" w:rsidRPr="00717886" w:rsidRDefault="0047346F">
            <w:pPr>
              <w:spacing w:after="0"/>
              <w:jc w:val="right"/>
              <w:rPr>
                <w:rFonts w:cs="Times New Roman"/>
              </w:rPr>
            </w:pPr>
            <w:r w:rsidRPr="00717886">
              <w:rPr>
                <w:rFonts w:cs="Times New Roman"/>
                <w:sz w:val="13"/>
              </w:rPr>
              <w:t>.0571</w:t>
            </w:r>
          </w:p>
        </w:tc>
        <w:tc>
          <w:tcPr>
            <w:tcW w:w="936" w:type="dxa"/>
            <w:shd w:val="clear" w:color="auto" w:fill="F5F7F9"/>
            <w:tcMar>
              <w:top w:w="70" w:type="dxa"/>
              <w:left w:w="95" w:type="dxa"/>
              <w:bottom w:w="70" w:type="dxa"/>
              <w:right w:w="95" w:type="dxa"/>
            </w:tcMar>
            <w:vAlign w:val="center"/>
          </w:tcPr>
          <w:p w14:paraId="133458A6" w14:textId="77777777" w:rsidR="00423D2F" w:rsidRPr="00717886" w:rsidRDefault="0047346F">
            <w:pPr>
              <w:spacing w:after="0"/>
              <w:jc w:val="right"/>
              <w:rPr>
                <w:rFonts w:cs="Times New Roman"/>
              </w:rPr>
            </w:pPr>
            <w:r w:rsidRPr="00717886">
              <w:rPr>
                <w:rFonts w:cs="Times New Roman"/>
                <w:sz w:val="13"/>
              </w:rPr>
              <w:t>.0732</w:t>
            </w:r>
          </w:p>
        </w:tc>
        <w:tc>
          <w:tcPr>
            <w:tcW w:w="1368" w:type="dxa"/>
            <w:shd w:val="clear" w:color="auto" w:fill="F5F7F9"/>
            <w:tcMar>
              <w:top w:w="70" w:type="dxa"/>
              <w:left w:w="95" w:type="dxa"/>
              <w:bottom w:w="70" w:type="dxa"/>
              <w:right w:w="95" w:type="dxa"/>
            </w:tcMar>
            <w:vAlign w:val="center"/>
          </w:tcPr>
          <w:p w14:paraId="5A398F8A" w14:textId="77777777" w:rsidR="00423D2F" w:rsidRPr="00717886" w:rsidRDefault="0047346F">
            <w:pPr>
              <w:spacing w:after="0"/>
              <w:jc w:val="center"/>
              <w:rPr>
                <w:rFonts w:cs="Times New Roman"/>
              </w:rPr>
            </w:pPr>
            <w:r w:rsidRPr="00717886">
              <w:rPr>
                <w:rFonts w:cs="Times New Roman"/>
                <w:sz w:val="13"/>
              </w:rPr>
              <w:t>[−.0913, .2055]</w:t>
            </w:r>
          </w:p>
        </w:tc>
        <w:tc>
          <w:tcPr>
            <w:tcW w:w="892" w:type="dxa"/>
            <w:shd w:val="clear" w:color="auto" w:fill="F5F7F9"/>
            <w:tcMar>
              <w:top w:w="70" w:type="dxa"/>
              <w:left w:w="95" w:type="dxa"/>
              <w:bottom w:w="70" w:type="dxa"/>
              <w:right w:w="95" w:type="dxa"/>
            </w:tcMar>
            <w:vAlign w:val="center"/>
          </w:tcPr>
          <w:p w14:paraId="6D449857" w14:textId="77777777" w:rsidR="00423D2F" w:rsidRPr="00717886" w:rsidRDefault="0047346F">
            <w:pPr>
              <w:spacing w:after="0"/>
              <w:jc w:val="right"/>
              <w:rPr>
                <w:rFonts w:cs="Times New Roman"/>
              </w:rPr>
            </w:pPr>
            <w:r w:rsidRPr="00717886">
              <w:rPr>
                <w:rFonts w:cs="Times New Roman"/>
                <w:sz w:val="13"/>
              </w:rPr>
              <w:t>.440</w:t>
            </w:r>
          </w:p>
        </w:tc>
        <w:tc>
          <w:tcPr>
            <w:tcW w:w="648" w:type="dxa"/>
            <w:shd w:val="clear" w:color="auto" w:fill="F5F7F9"/>
            <w:tcMar>
              <w:top w:w="70" w:type="dxa"/>
              <w:left w:w="95" w:type="dxa"/>
              <w:bottom w:w="70" w:type="dxa"/>
              <w:right w:w="95" w:type="dxa"/>
            </w:tcMar>
            <w:vAlign w:val="center"/>
          </w:tcPr>
          <w:p w14:paraId="7B95416E" w14:textId="77777777" w:rsidR="00423D2F" w:rsidRPr="00717886" w:rsidRDefault="0047346F">
            <w:pPr>
              <w:spacing w:after="0"/>
              <w:jc w:val="right"/>
              <w:rPr>
                <w:rFonts w:cs="Times New Roman"/>
              </w:rPr>
            </w:pPr>
            <w:r w:rsidRPr="00717886">
              <w:rPr>
                <w:rFonts w:cs="Times New Roman"/>
                <w:sz w:val="13"/>
              </w:rPr>
              <w:t>320</w:t>
            </w:r>
          </w:p>
        </w:tc>
        <w:tc>
          <w:tcPr>
            <w:tcW w:w="936" w:type="dxa"/>
            <w:shd w:val="clear" w:color="auto" w:fill="F5F7F9"/>
            <w:tcMar>
              <w:top w:w="70" w:type="dxa"/>
              <w:left w:w="95" w:type="dxa"/>
              <w:bottom w:w="70" w:type="dxa"/>
              <w:right w:w="95" w:type="dxa"/>
            </w:tcMar>
            <w:vAlign w:val="center"/>
          </w:tcPr>
          <w:p w14:paraId="27FC14AB"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59AF3E64" w14:textId="77777777">
        <w:trPr>
          <w:cantSplit/>
          <w:jc w:val="center"/>
        </w:trPr>
        <w:tc>
          <w:tcPr>
            <w:tcW w:w="720" w:type="dxa"/>
            <w:tcMar>
              <w:top w:w="70" w:type="dxa"/>
              <w:left w:w="95" w:type="dxa"/>
              <w:bottom w:w="70" w:type="dxa"/>
              <w:right w:w="95" w:type="dxa"/>
            </w:tcMar>
            <w:vAlign w:val="center"/>
          </w:tcPr>
          <w:p w14:paraId="19305F49" w14:textId="77777777" w:rsidR="00423D2F" w:rsidRPr="00717886" w:rsidRDefault="0047346F">
            <w:pPr>
              <w:spacing w:after="0"/>
              <w:rPr>
                <w:rFonts w:cs="Times New Roman"/>
              </w:rPr>
            </w:pPr>
            <w:r w:rsidRPr="00717886">
              <w:rPr>
                <w:rFonts w:cs="Times New Roman"/>
                <w:sz w:val="13"/>
              </w:rPr>
              <w:t>Strict</w:t>
            </w:r>
          </w:p>
        </w:tc>
        <w:tc>
          <w:tcPr>
            <w:tcW w:w="2376" w:type="dxa"/>
            <w:tcMar>
              <w:top w:w="70" w:type="dxa"/>
              <w:left w:w="95" w:type="dxa"/>
              <w:bottom w:w="70" w:type="dxa"/>
              <w:right w:w="95" w:type="dxa"/>
            </w:tcMar>
            <w:vAlign w:val="center"/>
          </w:tcPr>
          <w:p w14:paraId="6FC42724" w14:textId="77777777" w:rsidR="00423D2F" w:rsidRPr="00717886" w:rsidRDefault="0047346F">
            <w:pPr>
              <w:spacing w:after="0"/>
              <w:rPr>
                <w:rFonts w:cs="Times New Roman"/>
              </w:rPr>
            </w:pPr>
            <w:r w:rsidRPr="00717886">
              <w:rPr>
                <w:rFonts w:cs="Times New Roman"/>
                <w:sz w:val="13"/>
              </w:rPr>
              <w:t>RORC</w:t>
            </w:r>
          </w:p>
        </w:tc>
        <w:tc>
          <w:tcPr>
            <w:tcW w:w="1800" w:type="dxa"/>
            <w:tcMar>
              <w:top w:w="70" w:type="dxa"/>
              <w:left w:w="95" w:type="dxa"/>
              <w:bottom w:w="70" w:type="dxa"/>
              <w:right w:w="95" w:type="dxa"/>
            </w:tcMar>
            <w:vAlign w:val="center"/>
          </w:tcPr>
          <w:p w14:paraId="531E960D" w14:textId="77777777" w:rsidR="00423D2F" w:rsidRPr="00717886" w:rsidRDefault="0047346F">
            <w:pPr>
              <w:spacing w:after="0"/>
              <w:rPr>
                <w:rFonts w:cs="Times New Roman"/>
              </w:rPr>
            </w:pPr>
            <w:r w:rsidRPr="00717886">
              <w:rPr>
                <w:rFonts w:cs="Times New Roman"/>
                <w:sz w:val="13"/>
              </w:rPr>
              <w:t>Continuity</w:t>
            </w:r>
          </w:p>
        </w:tc>
        <w:tc>
          <w:tcPr>
            <w:tcW w:w="792" w:type="dxa"/>
            <w:tcMar>
              <w:top w:w="70" w:type="dxa"/>
              <w:left w:w="95" w:type="dxa"/>
              <w:bottom w:w="70" w:type="dxa"/>
              <w:right w:w="95" w:type="dxa"/>
            </w:tcMar>
            <w:vAlign w:val="center"/>
          </w:tcPr>
          <w:p w14:paraId="576F41DE" w14:textId="77777777" w:rsidR="00423D2F" w:rsidRPr="00717886" w:rsidRDefault="0047346F">
            <w:pPr>
              <w:spacing w:after="0"/>
              <w:jc w:val="right"/>
              <w:rPr>
                <w:rFonts w:cs="Times New Roman"/>
              </w:rPr>
            </w:pPr>
            <w:r w:rsidRPr="00717886">
              <w:rPr>
                <w:rFonts w:cs="Times New Roman"/>
                <w:sz w:val="13"/>
              </w:rPr>
              <w:t>.1949</w:t>
            </w:r>
          </w:p>
        </w:tc>
        <w:tc>
          <w:tcPr>
            <w:tcW w:w="936" w:type="dxa"/>
            <w:tcMar>
              <w:top w:w="70" w:type="dxa"/>
              <w:left w:w="95" w:type="dxa"/>
              <w:bottom w:w="70" w:type="dxa"/>
              <w:right w:w="95" w:type="dxa"/>
            </w:tcMar>
            <w:vAlign w:val="center"/>
          </w:tcPr>
          <w:p w14:paraId="623ED6FC" w14:textId="77777777" w:rsidR="00423D2F" w:rsidRPr="00717886" w:rsidRDefault="0047346F">
            <w:pPr>
              <w:spacing w:after="0"/>
              <w:jc w:val="right"/>
              <w:rPr>
                <w:rFonts w:cs="Times New Roman"/>
              </w:rPr>
            </w:pPr>
            <w:r w:rsidRPr="00717886">
              <w:rPr>
                <w:rFonts w:cs="Times New Roman"/>
                <w:sz w:val="13"/>
              </w:rPr>
              <w:t>.1046</w:t>
            </w:r>
          </w:p>
        </w:tc>
        <w:tc>
          <w:tcPr>
            <w:tcW w:w="1368" w:type="dxa"/>
            <w:tcMar>
              <w:top w:w="70" w:type="dxa"/>
              <w:left w:w="95" w:type="dxa"/>
              <w:bottom w:w="70" w:type="dxa"/>
              <w:right w:w="95" w:type="dxa"/>
            </w:tcMar>
            <w:vAlign w:val="center"/>
          </w:tcPr>
          <w:p w14:paraId="1FCA6C9F" w14:textId="77777777" w:rsidR="00423D2F" w:rsidRPr="00717886" w:rsidRDefault="0047346F">
            <w:pPr>
              <w:spacing w:after="0"/>
              <w:jc w:val="center"/>
              <w:rPr>
                <w:rFonts w:cs="Times New Roman"/>
              </w:rPr>
            </w:pPr>
            <w:r w:rsidRPr="00717886">
              <w:rPr>
                <w:rFonts w:cs="Times New Roman"/>
                <w:sz w:val="13"/>
              </w:rPr>
              <w:t>[−.0171, .4069]</w:t>
            </w:r>
          </w:p>
        </w:tc>
        <w:tc>
          <w:tcPr>
            <w:tcW w:w="892" w:type="dxa"/>
            <w:tcMar>
              <w:top w:w="70" w:type="dxa"/>
              <w:left w:w="95" w:type="dxa"/>
              <w:bottom w:w="70" w:type="dxa"/>
              <w:right w:w="95" w:type="dxa"/>
            </w:tcMar>
            <w:vAlign w:val="center"/>
          </w:tcPr>
          <w:p w14:paraId="33B5D8E5" w14:textId="77777777" w:rsidR="00423D2F" w:rsidRPr="00717886" w:rsidRDefault="0047346F">
            <w:pPr>
              <w:spacing w:after="0"/>
              <w:jc w:val="right"/>
              <w:rPr>
                <w:rFonts w:cs="Times New Roman"/>
              </w:rPr>
            </w:pPr>
            <w:r w:rsidRPr="00717886">
              <w:rPr>
                <w:rFonts w:cs="Times New Roman"/>
                <w:sz w:val="13"/>
              </w:rPr>
              <w:t>.070</w:t>
            </w:r>
          </w:p>
        </w:tc>
        <w:tc>
          <w:tcPr>
            <w:tcW w:w="648" w:type="dxa"/>
            <w:tcMar>
              <w:top w:w="70" w:type="dxa"/>
              <w:left w:w="95" w:type="dxa"/>
              <w:bottom w:w="70" w:type="dxa"/>
              <w:right w:w="95" w:type="dxa"/>
            </w:tcMar>
            <w:vAlign w:val="center"/>
          </w:tcPr>
          <w:p w14:paraId="624E8774" w14:textId="77777777" w:rsidR="00423D2F" w:rsidRPr="00717886" w:rsidRDefault="0047346F">
            <w:pPr>
              <w:spacing w:after="0"/>
              <w:jc w:val="right"/>
              <w:rPr>
                <w:rFonts w:cs="Times New Roman"/>
              </w:rPr>
            </w:pPr>
            <w:r w:rsidRPr="00717886">
              <w:rPr>
                <w:rFonts w:cs="Times New Roman"/>
                <w:sz w:val="13"/>
              </w:rPr>
              <w:t>348</w:t>
            </w:r>
          </w:p>
        </w:tc>
        <w:tc>
          <w:tcPr>
            <w:tcW w:w="936" w:type="dxa"/>
            <w:tcMar>
              <w:top w:w="70" w:type="dxa"/>
              <w:left w:w="95" w:type="dxa"/>
              <w:bottom w:w="70" w:type="dxa"/>
              <w:right w:w="95" w:type="dxa"/>
            </w:tcMar>
            <w:vAlign w:val="center"/>
          </w:tcPr>
          <w:p w14:paraId="79AF6B2B"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5A0FFF58" w14:textId="77777777">
        <w:trPr>
          <w:cantSplit/>
          <w:jc w:val="center"/>
        </w:trPr>
        <w:tc>
          <w:tcPr>
            <w:tcW w:w="720" w:type="dxa"/>
            <w:shd w:val="clear" w:color="auto" w:fill="F5F7F9"/>
            <w:tcMar>
              <w:top w:w="70" w:type="dxa"/>
              <w:left w:w="95" w:type="dxa"/>
              <w:bottom w:w="70" w:type="dxa"/>
              <w:right w:w="95" w:type="dxa"/>
            </w:tcMar>
            <w:vAlign w:val="center"/>
          </w:tcPr>
          <w:p w14:paraId="32F96037" w14:textId="77777777" w:rsidR="00423D2F" w:rsidRPr="00717886" w:rsidRDefault="0047346F">
            <w:pPr>
              <w:spacing w:after="0"/>
              <w:rPr>
                <w:rFonts w:cs="Times New Roman"/>
              </w:rPr>
            </w:pPr>
            <w:r w:rsidRPr="00717886">
              <w:rPr>
                <w:rFonts w:cs="Times New Roman"/>
                <w:sz w:val="13"/>
              </w:rPr>
              <w:t>Strict</w:t>
            </w:r>
          </w:p>
        </w:tc>
        <w:tc>
          <w:tcPr>
            <w:tcW w:w="2376" w:type="dxa"/>
            <w:shd w:val="clear" w:color="auto" w:fill="F5F7F9"/>
            <w:tcMar>
              <w:top w:w="70" w:type="dxa"/>
              <w:left w:w="95" w:type="dxa"/>
              <w:bottom w:w="70" w:type="dxa"/>
              <w:right w:w="95" w:type="dxa"/>
            </w:tcMar>
            <w:vAlign w:val="center"/>
          </w:tcPr>
          <w:p w14:paraId="23ECE850" w14:textId="77777777" w:rsidR="00423D2F" w:rsidRPr="00717886" w:rsidRDefault="0047346F">
            <w:pPr>
              <w:spacing w:after="0"/>
              <w:rPr>
                <w:rFonts w:cs="Times New Roman"/>
              </w:rPr>
            </w:pPr>
            <w:r w:rsidRPr="00717886">
              <w:rPr>
                <w:rFonts w:cs="Times New Roman"/>
                <w:sz w:val="13"/>
              </w:rPr>
              <w:t>RORC</w:t>
            </w:r>
          </w:p>
        </w:tc>
        <w:tc>
          <w:tcPr>
            <w:tcW w:w="1800" w:type="dxa"/>
            <w:shd w:val="clear" w:color="auto" w:fill="F5F7F9"/>
            <w:tcMar>
              <w:top w:w="70" w:type="dxa"/>
              <w:left w:w="95" w:type="dxa"/>
              <w:bottom w:w="70" w:type="dxa"/>
              <w:right w:w="95" w:type="dxa"/>
            </w:tcMar>
            <w:vAlign w:val="center"/>
          </w:tcPr>
          <w:p w14:paraId="5298FFBB" w14:textId="77777777" w:rsidR="00423D2F" w:rsidRPr="00717886" w:rsidRDefault="0047346F">
            <w:pPr>
              <w:spacing w:after="0"/>
              <w:rPr>
                <w:rFonts w:cs="Times New Roman"/>
              </w:rPr>
            </w:pPr>
            <w:r w:rsidRPr="00717886">
              <w:rPr>
                <w:rFonts w:cs="Times New Roman"/>
                <w:sz w:val="13"/>
              </w:rPr>
              <w:t>Aviation R&amp;D intensity</w:t>
            </w:r>
          </w:p>
        </w:tc>
        <w:tc>
          <w:tcPr>
            <w:tcW w:w="792" w:type="dxa"/>
            <w:shd w:val="clear" w:color="auto" w:fill="F5F7F9"/>
            <w:tcMar>
              <w:top w:w="70" w:type="dxa"/>
              <w:left w:w="95" w:type="dxa"/>
              <w:bottom w:w="70" w:type="dxa"/>
              <w:right w:w="95" w:type="dxa"/>
            </w:tcMar>
            <w:vAlign w:val="center"/>
          </w:tcPr>
          <w:p w14:paraId="52978B63" w14:textId="77777777" w:rsidR="00423D2F" w:rsidRPr="00717886" w:rsidRDefault="0047346F">
            <w:pPr>
              <w:spacing w:after="0"/>
              <w:jc w:val="right"/>
              <w:rPr>
                <w:rFonts w:cs="Times New Roman"/>
              </w:rPr>
            </w:pPr>
            <w:r w:rsidRPr="00717886">
              <w:rPr>
                <w:rFonts w:cs="Times New Roman"/>
                <w:sz w:val="13"/>
              </w:rPr>
              <w:t>.0974</w:t>
            </w:r>
          </w:p>
        </w:tc>
        <w:tc>
          <w:tcPr>
            <w:tcW w:w="936" w:type="dxa"/>
            <w:shd w:val="clear" w:color="auto" w:fill="F5F7F9"/>
            <w:tcMar>
              <w:top w:w="70" w:type="dxa"/>
              <w:left w:w="95" w:type="dxa"/>
              <w:bottom w:w="70" w:type="dxa"/>
              <w:right w:w="95" w:type="dxa"/>
            </w:tcMar>
            <w:vAlign w:val="center"/>
          </w:tcPr>
          <w:p w14:paraId="1ACB48BB" w14:textId="77777777" w:rsidR="00423D2F" w:rsidRPr="00717886" w:rsidRDefault="0047346F">
            <w:pPr>
              <w:spacing w:after="0"/>
              <w:jc w:val="right"/>
              <w:rPr>
                <w:rFonts w:cs="Times New Roman"/>
              </w:rPr>
            </w:pPr>
            <w:r w:rsidRPr="00717886">
              <w:rPr>
                <w:rFonts w:cs="Times New Roman"/>
                <w:sz w:val="13"/>
              </w:rPr>
              <w:t>.0882</w:t>
            </w:r>
          </w:p>
        </w:tc>
        <w:tc>
          <w:tcPr>
            <w:tcW w:w="1368" w:type="dxa"/>
            <w:shd w:val="clear" w:color="auto" w:fill="F5F7F9"/>
            <w:tcMar>
              <w:top w:w="70" w:type="dxa"/>
              <w:left w:w="95" w:type="dxa"/>
              <w:bottom w:w="70" w:type="dxa"/>
              <w:right w:w="95" w:type="dxa"/>
            </w:tcMar>
            <w:vAlign w:val="center"/>
          </w:tcPr>
          <w:p w14:paraId="03B1F9C4" w14:textId="77777777" w:rsidR="00423D2F" w:rsidRPr="00717886" w:rsidRDefault="0047346F">
            <w:pPr>
              <w:spacing w:after="0"/>
              <w:jc w:val="center"/>
              <w:rPr>
                <w:rFonts w:cs="Times New Roman"/>
              </w:rPr>
            </w:pPr>
            <w:r w:rsidRPr="00717886">
              <w:rPr>
                <w:rFonts w:cs="Times New Roman"/>
                <w:sz w:val="13"/>
              </w:rPr>
              <w:t>[−.0813, .2761]</w:t>
            </w:r>
          </w:p>
        </w:tc>
        <w:tc>
          <w:tcPr>
            <w:tcW w:w="892" w:type="dxa"/>
            <w:shd w:val="clear" w:color="auto" w:fill="F5F7F9"/>
            <w:tcMar>
              <w:top w:w="70" w:type="dxa"/>
              <w:left w:w="95" w:type="dxa"/>
              <w:bottom w:w="70" w:type="dxa"/>
              <w:right w:w="95" w:type="dxa"/>
            </w:tcMar>
            <w:vAlign w:val="center"/>
          </w:tcPr>
          <w:p w14:paraId="5DC780C9" w14:textId="77777777" w:rsidR="00423D2F" w:rsidRPr="00717886" w:rsidRDefault="0047346F">
            <w:pPr>
              <w:spacing w:after="0"/>
              <w:jc w:val="right"/>
              <w:rPr>
                <w:rFonts w:cs="Times New Roman"/>
              </w:rPr>
            </w:pPr>
            <w:r w:rsidRPr="00717886">
              <w:rPr>
                <w:rFonts w:cs="Times New Roman"/>
                <w:sz w:val="13"/>
              </w:rPr>
              <w:t>.277</w:t>
            </w:r>
          </w:p>
        </w:tc>
        <w:tc>
          <w:tcPr>
            <w:tcW w:w="648" w:type="dxa"/>
            <w:shd w:val="clear" w:color="auto" w:fill="F5F7F9"/>
            <w:tcMar>
              <w:top w:w="70" w:type="dxa"/>
              <w:left w:w="95" w:type="dxa"/>
              <w:bottom w:w="70" w:type="dxa"/>
              <w:right w:w="95" w:type="dxa"/>
            </w:tcMar>
            <w:vAlign w:val="center"/>
          </w:tcPr>
          <w:p w14:paraId="49A47BC8" w14:textId="77777777" w:rsidR="00423D2F" w:rsidRPr="00717886" w:rsidRDefault="0047346F">
            <w:pPr>
              <w:spacing w:after="0"/>
              <w:jc w:val="right"/>
              <w:rPr>
                <w:rFonts w:cs="Times New Roman"/>
              </w:rPr>
            </w:pPr>
            <w:r w:rsidRPr="00717886">
              <w:rPr>
                <w:rFonts w:cs="Times New Roman"/>
                <w:sz w:val="13"/>
              </w:rPr>
              <w:t>320</w:t>
            </w:r>
          </w:p>
        </w:tc>
        <w:tc>
          <w:tcPr>
            <w:tcW w:w="936" w:type="dxa"/>
            <w:shd w:val="clear" w:color="auto" w:fill="F5F7F9"/>
            <w:tcMar>
              <w:top w:w="70" w:type="dxa"/>
              <w:left w:w="95" w:type="dxa"/>
              <w:bottom w:w="70" w:type="dxa"/>
              <w:right w:w="95" w:type="dxa"/>
            </w:tcMar>
            <w:vAlign w:val="center"/>
          </w:tcPr>
          <w:p w14:paraId="462D7C8D"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5FC190C4" w14:textId="77777777">
        <w:trPr>
          <w:cantSplit/>
          <w:jc w:val="center"/>
        </w:trPr>
        <w:tc>
          <w:tcPr>
            <w:tcW w:w="720" w:type="dxa"/>
            <w:tcMar>
              <w:top w:w="70" w:type="dxa"/>
              <w:left w:w="95" w:type="dxa"/>
              <w:bottom w:w="70" w:type="dxa"/>
              <w:right w:w="95" w:type="dxa"/>
            </w:tcMar>
            <w:vAlign w:val="center"/>
          </w:tcPr>
          <w:p w14:paraId="32C3AFCE" w14:textId="77777777" w:rsidR="00423D2F" w:rsidRPr="00717886" w:rsidRDefault="0047346F">
            <w:pPr>
              <w:spacing w:after="0"/>
              <w:rPr>
                <w:rFonts w:cs="Times New Roman"/>
              </w:rPr>
            </w:pPr>
            <w:r w:rsidRPr="00717886">
              <w:rPr>
                <w:rFonts w:cs="Times New Roman"/>
                <w:sz w:val="13"/>
              </w:rPr>
              <w:t>Strict</w:t>
            </w:r>
          </w:p>
        </w:tc>
        <w:tc>
          <w:tcPr>
            <w:tcW w:w="2376" w:type="dxa"/>
            <w:tcMar>
              <w:top w:w="70" w:type="dxa"/>
              <w:left w:w="95" w:type="dxa"/>
              <w:bottom w:w="70" w:type="dxa"/>
              <w:right w:w="95" w:type="dxa"/>
            </w:tcMar>
            <w:vAlign w:val="center"/>
          </w:tcPr>
          <w:p w14:paraId="183C4DB3" w14:textId="77777777" w:rsidR="00423D2F" w:rsidRPr="00717886" w:rsidRDefault="0047346F">
            <w:pPr>
              <w:spacing w:after="0"/>
              <w:rPr>
                <w:rFonts w:cs="Times New Roman"/>
              </w:rPr>
            </w:pPr>
            <w:r w:rsidRPr="00717886">
              <w:rPr>
                <w:rFonts w:cs="Times New Roman"/>
                <w:sz w:val="13"/>
              </w:rPr>
              <w:t>RORC</w:t>
            </w:r>
          </w:p>
        </w:tc>
        <w:tc>
          <w:tcPr>
            <w:tcW w:w="1800" w:type="dxa"/>
            <w:tcMar>
              <w:top w:w="70" w:type="dxa"/>
              <w:left w:w="95" w:type="dxa"/>
              <w:bottom w:w="70" w:type="dxa"/>
              <w:right w:w="95" w:type="dxa"/>
            </w:tcMar>
            <w:vAlign w:val="center"/>
          </w:tcPr>
          <w:p w14:paraId="5C7D9A07" w14:textId="77777777" w:rsidR="00423D2F" w:rsidRPr="00717886" w:rsidRDefault="0047346F">
            <w:pPr>
              <w:spacing w:after="0"/>
              <w:rPr>
                <w:rFonts w:cs="Times New Roman"/>
              </w:rPr>
            </w:pPr>
            <w:r w:rsidRPr="00717886">
              <w:rPr>
                <w:rFonts w:cs="Times New Roman"/>
                <w:sz w:val="13"/>
              </w:rPr>
              <w:t>Topic breadth</w:t>
            </w:r>
          </w:p>
        </w:tc>
        <w:tc>
          <w:tcPr>
            <w:tcW w:w="792" w:type="dxa"/>
            <w:tcMar>
              <w:top w:w="70" w:type="dxa"/>
              <w:left w:w="95" w:type="dxa"/>
              <w:bottom w:w="70" w:type="dxa"/>
              <w:right w:w="95" w:type="dxa"/>
            </w:tcMar>
            <w:vAlign w:val="center"/>
          </w:tcPr>
          <w:p w14:paraId="598ADBC1" w14:textId="77777777" w:rsidR="00423D2F" w:rsidRPr="00717886" w:rsidRDefault="0047346F">
            <w:pPr>
              <w:spacing w:after="0"/>
              <w:jc w:val="right"/>
              <w:rPr>
                <w:rFonts w:cs="Times New Roman"/>
              </w:rPr>
            </w:pPr>
            <w:r w:rsidRPr="00717886">
              <w:rPr>
                <w:rFonts w:cs="Times New Roman"/>
                <w:sz w:val="13"/>
              </w:rPr>
              <w:t>.0973</w:t>
            </w:r>
          </w:p>
        </w:tc>
        <w:tc>
          <w:tcPr>
            <w:tcW w:w="936" w:type="dxa"/>
            <w:tcMar>
              <w:top w:w="70" w:type="dxa"/>
              <w:left w:w="95" w:type="dxa"/>
              <w:bottom w:w="70" w:type="dxa"/>
              <w:right w:w="95" w:type="dxa"/>
            </w:tcMar>
            <w:vAlign w:val="center"/>
          </w:tcPr>
          <w:p w14:paraId="3F1D5374" w14:textId="77777777" w:rsidR="00423D2F" w:rsidRPr="00717886" w:rsidRDefault="0047346F">
            <w:pPr>
              <w:spacing w:after="0"/>
              <w:jc w:val="right"/>
              <w:rPr>
                <w:rFonts w:cs="Times New Roman"/>
              </w:rPr>
            </w:pPr>
            <w:r w:rsidRPr="00717886">
              <w:rPr>
                <w:rFonts w:cs="Times New Roman"/>
                <w:sz w:val="13"/>
              </w:rPr>
              <w:t>.0779</w:t>
            </w:r>
          </w:p>
        </w:tc>
        <w:tc>
          <w:tcPr>
            <w:tcW w:w="1368" w:type="dxa"/>
            <w:tcMar>
              <w:top w:w="70" w:type="dxa"/>
              <w:left w:w="95" w:type="dxa"/>
              <w:bottom w:w="70" w:type="dxa"/>
              <w:right w:w="95" w:type="dxa"/>
            </w:tcMar>
            <w:vAlign w:val="center"/>
          </w:tcPr>
          <w:p w14:paraId="631768E6" w14:textId="77777777" w:rsidR="00423D2F" w:rsidRPr="00717886" w:rsidRDefault="0047346F">
            <w:pPr>
              <w:spacing w:after="0"/>
              <w:jc w:val="center"/>
              <w:rPr>
                <w:rFonts w:cs="Times New Roman"/>
              </w:rPr>
            </w:pPr>
            <w:r w:rsidRPr="00717886">
              <w:rPr>
                <w:rFonts w:cs="Times New Roman"/>
                <w:sz w:val="13"/>
              </w:rPr>
              <w:t>[−.0606, .2553]</w:t>
            </w:r>
          </w:p>
        </w:tc>
        <w:tc>
          <w:tcPr>
            <w:tcW w:w="892" w:type="dxa"/>
            <w:tcMar>
              <w:top w:w="70" w:type="dxa"/>
              <w:left w:w="95" w:type="dxa"/>
              <w:bottom w:w="70" w:type="dxa"/>
              <w:right w:w="95" w:type="dxa"/>
            </w:tcMar>
            <w:vAlign w:val="center"/>
          </w:tcPr>
          <w:p w14:paraId="14201EA4" w14:textId="77777777" w:rsidR="00423D2F" w:rsidRPr="00717886" w:rsidRDefault="0047346F">
            <w:pPr>
              <w:spacing w:after="0"/>
              <w:jc w:val="right"/>
              <w:rPr>
                <w:rFonts w:cs="Times New Roman"/>
              </w:rPr>
            </w:pPr>
            <w:r w:rsidRPr="00717886">
              <w:rPr>
                <w:rFonts w:cs="Times New Roman"/>
                <w:sz w:val="13"/>
              </w:rPr>
              <w:t>.220</w:t>
            </w:r>
          </w:p>
        </w:tc>
        <w:tc>
          <w:tcPr>
            <w:tcW w:w="648" w:type="dxa"/>
            <w:tcMar>
              <w:top w:w="70" w:type="dxa"/>
              <w:left w:w="95" w:type="dxa"/>
              <w:bottom w:w="70" w:type="dxa"/>
              <w:right w:w="95" w:type="dxa"/>
            </w:tcMar>
            <w:vAlign w:val="center"/>
          </w:tcPr>
          <w:p w14:paraId="2F444050" w14:textId="77777777" w:rsidR="00423D2F" w:rsidRPr="00717886" w:rsidRDefault="0047346F">
            <w:pPr>
              <w:spacing w:after="0"/>
              <w:jc w:val="right"/>
              <w:rPr>
                <w:rFonts w:cs="Times New Roman"/>
              </w:rPr>
            </w:pPr>
            <w:r w:rsidRPr="00717886">
              <w:rPr>
                <w:rFonts w:cs="Times New Roman"/>
                <w:sz w:val="13"/>
              </w:rPr>
              <w:t>320</w:t>
            </w:r>
          </w:p>
        </w:tc>
        <w:tc>
          <w:tcPr>
            <w:tcW w:w="936" w:type="dxa"/>
            <w:tcMar>
              <w:top w:w="70" w:type="dxa"/>
              <w:left w:w="95" w:type="dxa"/>
              <w:bottom w:w="70" w:type="dxa"/>
              <w:right w:w="95" w:type="dxa"/>
            </w:tcMar>
            <w:vAlign w:val="center"/>
          </w:tcPr>
          <w:p w14:paraId="68640285"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7BB0DB54" w14:textId="77777777">
        <w:trPr>
          <w:cantSplit/>
          <w:jc w:val="center"/>
        </w:trPr>
        <w:tc>
          <w:tcPr>
            <w:tcW w:w="720" w:type="dxa"/>
            <w:shd w:val="clear" w:color="auto" w:fill="F5F7F9"/>
            <w:tcMar>
              <w:top w:w="70" w:type="dxa"/>
              <w:left w:w="95" w:type="dxa"/>
              <w:bottom w:w="70" w:type="dxa"/>
              <w:right w:w="95" w:type="dxa"/>
            </w:tcMar>
            <w:vAlign w:val="center"/>
          </w:tcPr>
          <w:p w14:paraId="1FDB90FD" w14:textId="77777777" w:rsidR="00423D2F" w:rsidRPr="00717886" w:rsidRDefault="0047346F">
            <w:pPr>
              <w:spacing w:after="0"/>
              <w:rPr>
                <w:rFonts w:cs="Times New Roman"/>
              </w:rPr>
            </w:pPr>
            <w:r w:rsidRPr="00717886">
              <w:rPr>
                <w:rFonts w:cs="Times New Roman"/>
                <w:sz w:val="13"/>
              </w:rPr>
              <w:t>Strict</w:t>
            </w:r>
          </w:p>
        </w:tc>
        <w:tc>
          <w:tcPr>
            <w:tcW w:w="2376" w:type="dxa"/>
            <w:shd w:val="clear" w:color="auto" w:fill="F5F7F9"/>
            <w:tcMar>
              <w:top w:w="70" w:type="dxa"/>
              <w:left w:w="95" w:type="dxa"/>
              <w:bottom w:w="70" w:type="dxa"/>
              <w:right w:w="95" w:type="dxa"/>
            </w:tcMar>
            <w:vAlign w:val="center"/>
          </w:tcPr>
          <w:p w14:paraId="4555EEF6" w14:textId="77777777" w:rsidR="00423D2F" w:rsidRPr="00717886" w:rsidRDefault="0047346F">
            <w:pPr>
              <w:spacing w:after="0"/>
              <w:rPr>
                <w:rFonts w:cs="Times New Roman"/>
              </w:rPr>
            </w:pPr>
            <w:r w:rsidRPr="00717886">
              <w:rPr>
                <w:rFonts w:cs="Times New Roman"/>
                <w:sz w:val="13"/>
              </w:rPr>
              <w:t>EKII</w:t>
            </w:r>
          </w:p>
        </w:tc>
        <w:tc>
          <w:tcPr>
            <w:tcW w:w="1800" w:type="dxa"/>
            <w:shd w:val="clear" w:color="auto" w:fill="F5F7F9"/>
            <w:tcMar>
              <w:top w:w="70" w:type="dxa"/>
              <w:left w:w="95" w:type="dxa"/>
              <w:bottom w:w="70" w:type="dxa"/>
              <w:right w:w="95" w:type="dxa"/>
            </w:tcMar>
            <w:vAlign w:val="center"/>
          </w:tcPr>
          <w:p w14:paraId="0CBD1DED" w14:textId="77777777" w:rsidR="00423D2F" w:rsidRPr="00717886" w:rsidRDefault="0047346F">
            <w:pPr>
              <w:spacing w:after="0"/>
              <w:rPr>
                <w:rFonts w:cs="Times New Roman"/>
              </w:rPr>
            </w:pPr>
            <w:r w:rsidRPr="00717886">
              <w:rPr>
                <w:rFonts w:cs="Times New Roman"/>
                <w:sz w:val="13"/>
              </w:rPr>
              <w:t>External partners</w:t>
            </w:r>
          </w:p>
        </w:tc>
        <w:tc>
          <w:tcPr>
            <w:tcW w:w="792" w:type="dxa"/>
            <w:shd w:val="clear" w:color="auto" w:fill="F5F7F9"/>
            <w:tcMar>
              <w:top w:w="70" w:type="dxa"/>
              <w:left w:w="95" w:type="dxa"/>
              <w:bottom w:w="70" w:type="dxa"/>
              <w:right w:w="95" w:type="dxa"/>
            </w:tcMar>
            <w:vAlign w:val="center"/>
          </w:tcPr>
          <w:p w14:paraId="4E31B64F" w14:textId="77777777" w:rsidR="00423D2F" w:rsidRPr="00717886" w:rsidRDefault="0047346F">
            <w:pPr>
              <w:spacing w:after="0"/>
              <w:jc w:val="right"/>
              <w:rPr>
                <w:rFonts w:cs="Times New Roman"/>
              </w:rPr>
            </w:pPr>
            <w:r w:rsidRPr="00717886">
              <w:rPr>
                <w:rFonts w:cs="Times New Roman"/>
                <w:sz w:val="13"/>
              </w:rPr>
              <w:t>.0491</w:t>
            </w:r>
          </w:p>
        </w:tc>
        <w:tc>
          <w:tcPr>
            <w:tcW w:w="936" w:type="dxa"/>
            <w:shd w:val="clear" w:color="auto" w:fill="F5F7F9"/>
            <w:tcMar>
              <w:top w:w="70" w:type="dxa"/>
              <w:left w:w="95" w:type="dxa"/>
              <w:bottom w:w="70" w:type="dxa"/>
              <w:right w:w="95" w:type="dxa"/>
            </w:tcMar>
            <w:vAlign w:val="center"/>
          </w:tcPr>
          <w:p w14:paraId="642BCACA" w14:textId="77777777" w:rsidR="00423D2F" w:rsidRPr="00717886" w:rsidRDefault="0047346F">
            <w:pPr>
              <w:spacing w:after="0"/>
              <w:jc w:val="right"/>
              <w:rPr>
                <w:rFonts w:cs="Times New Roman"/>
              </w:rPr>
            </w:pPr>
            <w:r w:rsidRPr="00717886">
              <w:rPr>
                <w:rFonts w:cs="Times New Roman"/>
                <w:sz w:val="13"/>
              </w:rPr>
              <w:t>.0827</w:t>
            </w:r>
          </w:p>
        </w:tc>
        <w:tc>
          <w:tcPr>
            <w:tcW w:w="1368" w:type="dxa"/>
            <w:shd w:val="clear" w:color="auto" w:fill="F5F7F9"/>
            <w:tcMar>
              <w:top w:w="70" w:type="dxa"/>
              <w:left w:w="95" w:type="dxa"/>
              <w:bottom w:w="70" w:type="dxa"/>
              <w:right w:w="95" w:type="dxa"/>
            </w:tcMar>
            <w:vAlign w:val="center"/>
          </w:tcPr>
          <w:p w14:paraId="7F0F9C44" w14:textId="77777777" w:rsidR="00423D2F" w:rsidRPr="00717886" w:rsidRDefault="0047346F">
            <w:pPr>
              <w:spacing w:after="0"/>
              <w:jc w:val="center"/>
              <w:rPr>
                <w:rFonts w:cs="Times New Roman"/>
              </w:rPr>
            </w:pPr>
            <w:r w:rsidRPr="00717886">
              <w:rPr>
                <w:rFonts w:cs="Times New Roman"/>
                <w:sz w:val="13"/>
              </w:rPr>
              <w:t>[−.1185, .2167]</w:t>
            </w:r>
          </w:p>
        </w:tc>
        <w:tc>
          <w:tcPr>
            <w:tcW w:w="892" w:type="dxa"/>
            <w:shd w:val="clear" w:color="auto" w:fill="F5F7F9"/>
            <w:tcMar>
              <w:top w:w="70" w:type="dxa"/>
              <w:left w:w="95" w:type="dxa"/>
              <w:bottom w:w="70" w:type="dxa"/>
              <w:right w:w="95" w:type="dxa"/>
            </w:tcMar>
            <w:vAlign w:val="center"/>
          </w:tcPr>
          <w:p w14:paraId="14EAEAB2" w14:textId="77777777" w:rsidR="00423D2F" w:rsidRPr="00717886" w:rsidRDefault="0047346F">
            <w:pPr>
              <w:spacing w:after="0"/>
              <w:jc w:val="right"/>
              <w:rPr>
                <w:rFonts w:cs="Times New Roman"/>
              </w:rPr>
            </w:pPr>
            <w:r w:rsidRPr="00717886">
              <w:rPr>
                <w:rFonts w:cs="Times New Roman"/>
                <w:sz w:val="13"/>
              </w:rPr>
              <w:t>.557</w:t>
            </w:r>
          </w:p>
        </w:tc>
        <w:tc>
          <w:tcPr>
            <w:tcW w:w="648" w:type="dxa"/>
            <w:shd w:val="clear" w:color="auto" w:fill="F5F7F9"/>
            <w:tcMar>
              <w:top w:w="70" w:type="dxa"/>
              <w:left w:w="95" w:type="dxa"/>
              <w:bottom w:w="70" w:type="dxa"/>
              <w:right w:w="95" w:type="dxa"/>
            </w:tcMar>
            <w:vAlign w:val="center"/>
          </w:tcPr>
          <w:p w14:paraId="133A6A3C" w14:textId="77777777" w:rsidR="00423D2F" w:rsidRPr="00717886" w:rsidRDefault="0047346F">
            <w:pPr>
              <w:spacing w:after="0"/>
              <w:jc w:val="right"/>
              <w:rPr>
                <w:rFonts w:cs="Times New Roman"/>
              </w:rPr>
            </w:pPr>
            <w:r w:rsidRPr="00717886">
              <w:rPr>
                <w:rFonts w:cs="Times New Roman"/>
                <w:sz w:val="13"/>
              </w:rPr>
              <w:t>320</w:t>
            </w:r>
          </w:p>
        </w:tc>
        <w:tc>
          <w:tcPr>
            <w:tcW w:w="936" w:type="dxa"/>
            <w:shd w:val="clear" w:color="auto" w:fill="F5F7F9"/>
            <w:tcMar>
              <w:top w:w="70" w:type="dxa"/>
              <w:left w:w="95" w:type="dxa"/>
              <w:bottom w:w="70" w:type="dxa"/>
              <w:right w:w="95" w:type="dxa"/>
            </w:tcMar>
            <w:vAlign w:val="center"/>
          </w:tcPr>
          <w:p w14:paraId="430A42C8"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38C8D20D" w14:textId="77777777">
        <w:trPr>
          <w:cantSplit/>
          <w:jc w:val="center"/>
        </w:trPr>
        <w:tc>
          <w:tcPr>
            <w:tcW w:w="720" w:type="dxa"/>
            <w:tcMar>
              <w:top w:w="70" w:type="dxa"/>
              <w:left w:w="95" w:type="dxa"/>
              <w:bottom w:w="70" w:type="dxa"/>
              <w:right w:w="95" w:type="dxa"/>
            </w:tcMar>
            <w:vAlign w:val="center"/>
          </w:tcPr>
          <w:p w14:paraId="4ADB1C34" w14:textId="77777777" w:rsidR="00423D2F" w:rsidRPr="00717886" w:rsidRDefault="0047346F">
            <w:pPr>
              <w:spacing w:after="0"/>
              <w:rPr>
                <w:rFonts w:cs="Times New Roman"/>
              </w:rPr>
            </w:pPr>
            <w:r w:rsidRPr="00717886">
              <w:rPr>
                <w:rFonts w:cs="Times New Roman"/>
                <w:sz w:val="13"/>
              </w:rPr>
              <w:t>Strict</w:t>
            </w:r>
          </w:p>
        </w:tc>
        <w:tc>
          <w:tcPr>
            <w:tcW w:w="2376" w:type="dxa"/>
            <w:tcMar>
              <w:top w:w="70" w:type="dxa"/>
              <w:left w:w="95" w:type="dxa"/>
              <w:bottom w:w="70" w:type="dxa"/>
              <w:right w:w="95" w:type="dxa"/>
            </w:tcMar>
            <w:vAlign w:val="center"/>
          </w:tcPr>
          <w:p w14:paraId="52D5C5F0" w14:textId="77777777" w:rsidR="00423D2F" w:rsidRPr="00717886" w:rsidRDefault="0047346F">
            <w:pPr>
              <w:spacing w:after="0"/>
              <w:rPr>
                <w:rFonts w:cs="Times New Roman"/>
              </w:rPr>
            </w:pPr>
            <w:r w:rsidRPr="00717886">
              <w:rPr>
                <w:rFonts w:cs="Times New Roman"/>
                <w:sz w:val="13"/>
              </w:rPr>
              <w:t>EKII</w:t>
            </w:r>
          </w:p>
        </w:tc>
        <w:tc>
          <w:tcPr>
            <w:tcW w:w="1800" w:type="dxa"/>
            <w:tcMar>
              <w:top w:w="70" w:type="dxa"/>
              <w:left w:w="95" w:type="dxa"/>
              <w:bottom w:w="70" w:type="dxa"/>
              <w:right w:w="95" w:type="dxa"/>
            </w:tcMar>
            <w:vAlign w:val="center"/>
          </w:tcPr>
          <w:p w14:paraId="6E177A3A" w14:textId="77777777" w:rsidR="00423D2F" w:rsidRPr="00717886" w:rsidRDefault="0047346F">
            <w:pPr>
              <w:spacing w:after="0"/>
              <w:rPr>
                <w:rFonts w:cs="Times New Roman"/>
              </w:rPr>
            </w:pPr>
            <w:r w:rsidRPr="00717886">
              <w:rPr>
                <w:rFonts w:cs="Times New Roman"/>
                <w:sz w:val="13"/>
              </w:rPr>
              <w:t>Partner countries</w:t>
            </w:r>
          </w:p>
        </w:tc>
        <w:tc>
          <w:tcPr>
            <w:tcW w:w="792" w:type="dxa"/>
            <w:tcMar>
              <w:top w:w="70" w:type="dxa"/>
              <w:left w:w="95" w:type="dxa"/>
              <w:bottom w:w="70" w:type="dxa"/>
              <w:right w:w="95" w:type="dxa"/>
            </w:tcMar>
            <w:vAlign w:val="center"/>
          </w:tcPr>
          <w:p w14:paraId="15B8EE72" w14:textId="77777777" w:rsidR="00423D2F" w:rsidRPr="00717886" w:rsidRDefault="0047346F">
            <w:pPr>
              <w:spacing w:after="0"/>
              <w:jc w:val="right"/>
              <w:rPr>
                <w:rFonts w:cs="Times New Roman"/>
              </w:rPr>
            </w:pPr>
            <w:r w:rsidRPr="00717886">
              <w:rPr>
                <w:rFonts w:cs="Times New Roman"/>
                <w:sz w:val="13"/>
              </w:rPr>
              <w:t>.0701</w:t>
            </w:r>
          </w:p>
        </w:tc>
        <w:tc>
          <w:tcPr>
            <w:tcW w:w="936" w:type="dxa"/>
            <w:tcMar>
              <w:top w:w="70" w:type="dxa"/>
              <w:left w:w="95" w:type="dxa"/>
              <w:bottom w:w="70" w:type="dxa"/>
              <w:right w:w="95" w:type="dxa"/>
            </w:tcMar>
            <w:vAlign w:val="center"/>
          </w:tcPr>
          <w:p w14:paraId="72A04A20" w14:textId="77777777" w:rsidR="00423D2F" w:rsidRPr="00717886" w:rsidRDefault="0047346F">
            <w:pPr>
              <w:spacing w:after="0"/>
              <w:jc w:val="right"/>
              <w:rPr>
                <w:rFonts w:cs="Times New Roman"/>
              </w:rPr>
            </w:pPr>
            <w:r w:rsidRPr="00717886">
              <w:rPr>
                <w:rFonts w:cs="Times New Roman"/>
                <w:sz w:val="13"/>
              </w:rPr>
              <w:t>.0852</w:t>
            </w:r>
          </w:p>
        </w:tc>
        <w:tc>
          <w:tcPr>
            <w:tcW w:w="1368" w:type="dxa"/>
            <w:tcMar>
              <w:top w:w="70" w:type="dxa"/>
              <w:left w:w="95" w:type="dxa"/>
              <w:bottom w:w="70" w:type="dxa"/>
              <w:right w:w="95" w:type="dxa"/>
            </w:tcMar>
            <w:vAlign w:val="center"/>
          </w:tcPr>
          <w:p w14:paraId="0A48AF1B" w14:textId="77777777" w:rsidR="00423D2F" w:rsidRPr="00717886" w:rsidRDefault="0047346F">
            <w:pPr>
              <w:spacing w:after="0"/>
              <w:jc w:val="center"/>
              <w:rPr>
                <w:rFonts w:cs="Times New Roman"/>
              </w:rPr>
            </w:pPr>
            <w:r w:rsidRPr="00717886">
              <w:rPr>
                <w:rFonts w:cs="Times New Roman"/>
                <w:sz w:val="13"/>
              </w:rPr>
              <w:t>[−.1026, .2429]</w:t>
            </w:r>
          </w:p>
        </w:tc>
        <w:tc>
          <w:tcPr>
            <w:tcW w:w="892" w:type="dxa"/>
            <w:tcMar>
              <w:top w:w="70" w:type="dxa"/>
              <w:left w:w="95" w:type="dxa"/>
              <w:bottom w:w="70" w:type="dxa"/>
              <w:right w:w="95" w:type="dxa"/>
            </w:tcMar>
            <w:vAlign w:val="center"/>
          </w:tcPr>
          <w:p w14:paraId="21724D7E" w14:textId="77777777" w:rsidR="00423D2F" w:rsidRPr="00717886" w:rsidRDefault="0047346F">
            <w:pPr>
              <w:spacing w:after="0"/>
              <w:jc w:val="right"/>
              <w:rPr>
                <w:rFonts w:cs="Times New Roman"/>
              </w:rPr>
            </w:pPr>
            <w:r w:rsidRPr="00717886">
              <w:rPr>
                <w:rFonts w:cs="Times New Roman"/>
                <w:sz w:val="13"/>
              </w:rPr>
              <w:t>.416</w:t>
            </w:r>
          </w:p>
        </w:tc>
        <w:tc>
          <w:tcPr>
            <w:tcW w:w="648" w:type="dxa"/>
            <w:tcMar>
              <w:top w:w="70" w:type="dxa"/>
              <w:left w:w="95" w:type="dxa"/>
              <w:bottom w:w="70" w:type="dxa"/>
              <w:right w:w="95" w:type="dxa"/>
            </w:tcMar>
            <w:vAlign w:val="center"/>
          </w:tcPr>
          <w:p w14:paraId="39139478" w14:textId="77777777" w:rsidR="00423D2F" w:rsidRPr="00717886" w:rsidRDefault="0047346F">
            <w:pPr>
              <w:spacing w:after="0"/>
              <w:jc w:val="right"/>
              <w:rPr>
                <w:rFonts w:cs="Times New Roman"/>
              </w:rPr>
            </w:pPr>
            <w:r w:rsidRPr="00717886">
              <w:rPr>
                <w:rFonts w:cs="Times New Roman"/>
                <w:sz w:val="13"/>
              </w:rPr>
              <w:t>320</w:t>
            </w:r>
          </w:p>
        </w:tc>
        <w:tc>
          <w:tcPr>
            <w:tcW w:w="936" w:type="dxa"/>
            <w:tcMar>
              <w:top w:w="70" w:type="dxa"/>
              <w:left w:w="95" w:type="dxa"/>
              <w:bottom w:w="70" w:type="dxa"/>
              <w:right w:w="95" w:type="dxa"/>
            </w:tcMar>
            <w:vAlign w:val="center"/>
          </w:tcPr>
          <w:p w14:paraId="3F339430"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24823C56" w14:textId="77777777">
        <w:trPr>
          <w:cantSplit/>
          <w:jc w:val="center"/>
        </w:trPr>
        <w:tc>
          <w:tcPr>
            <w:tcW w:w="720" w:type="dxa"/>
            <w:shd w:val="clear" w:color="auto" w:fill="F5F7F9"/>
            <w:tcMar>
              <w:top w:w="70" w:type="dxa"/>
              <w:left w:w="95" w:type="dxa"/>
              <w:bottom w:w="70" w:type="dxa"/>
              <w:right w:w="95" w:type="dxa"/>
            </w:tcMar>
            <w:vAlign w:val="center"/>
          </w:tcPr>
          <w:p w14:paraId="0B2F03AF" w14:textId="77777777" w:rsidR="00423D2F" w:rsidRPr="00717886" w:rsidRDefault="0047346F">
            <w:pPr>
              <w:spacing w:after="0"/>
              <w:rPr>
                <w:rFonts w:cs="Times New Roman"/>
              </w:rPr>
            </w:pPr>
            <w:r w:rsidRPr="00717886">
              <w:rPr>
                <w:rFonts w:cs="Times New Roman"/>
                <w:sz w:val="13"/>
              </w:rPr>
              <w:t>Strict</w:t>
            </w:r>
          </w:p>
        </w:tc>
        <w:tc>
          <w:tcPr>
            <w:tcW w:w="2376" w:type="dxa"/>
            <w:shd w:val="clear" w:color="auto" w:fill="F5F7F9"/>
            <w:tcMar>
              <w:top w:w="70" w:type="dxa"/>
              <w:left w:w="95" w:type="dxa"/>
              <w:bottom w:w="70" w:type="dxa"/>
              <w:right w:w="95" w:type="dxa"/>
            </w:tcMar>
            <w:vAlign w:val="center"/>
          </w:tcPr>
          <w:p w14:paraId="25AD0494" w14:textId="77777777" w:rsidR="00423D2F" w:rsidRPr="00717886" w:rsidRDefault="0047346F">
            <w:pPr>
              <w:spacing w:after="0"/>
              <w:rPr>
                <w:rFonts w:cs="Times New Roman"/>
              </w:rPr>
            </w:pPr>
            <w:r w:rsidRPr="00717886">
              <w:rPr>
                <w:rFonts w:cs="Times New Roman"/>
                <w:sz w:val="13"/>
              </w:rPr>
              <w:t>EKII</w:t>
            </w:r>
          </w:p>
        </w:tc>
        <w:tc>
          <w:tcPr>
            <w:tcW w:w="1800" w:type="dxa"/>
            <w:shd w:val="clear" w:color="auto" w:fill="F5F7F9"/>
            <w:tcMar>
              <w:top w:w="70" w:type="dxa"/>
              <w:left w:w="95" w:type="dxa"/>
              <w:bottom w:w="70" w:type="dxa"/>
              <w:right w:w="95" w:type="dxa"/>
            </w:tcMar>
            <w:vAlign w:val="center"/>
          </w:tcPr>
          <w:p w14:paraId="7995577C" w14:textId="77777777" w:rsidR="00423D2F" w:rsidRPr="00717886" w:rsidRDefault="0047346F">
            <w:pPr>
              <w:spacing w:after="0"/>
              <w:rPr>
                <w:rFonts w:cs="Times New Roman"/>
              </w:rPr>
            </w:pPr>
            <w:r w:rsidRPr="00717886">
              <w:rPr>
                <w:rFonts w:cs="Times New Roman"/>
                <w:sz w:val="13"/>
              </w:rPr>
              <w:t>External research rate</w:t>
            </w:r>
          </w:p>
        </w:tc>
        <w:tc>
          <w:tcPr>
            <w:tcW w:w="792" w:type="dxa"/>
            <w:shd w:val="clear" w:color="auto" w:fill="F5F7F9"/>
            <w:tcMar>
              <w:top w:w="70" w:type="dxa"/>
              <w:left w:w="95" w:type="dxa"/>
              <w:bottom w:w="70" w:type="dxa"/>
              <w:right w:w="95" w:type="dxa"/>
            </w:tcMar>
            <w:vAlign w:val="center"/>
          </w:tcPr>
          <w:p w14:paraId="714A3950" w14:textId="77777777" w:rsidR="00423D2F" w:rsidRPr="00717886" w:rsidRDefault="0047346F">
            <w:pPr>
              <w:spacing w:after="0"/>
              <w:jc w:val="right"/>
              <w:rPr>
                <w:rFonts w:cs="Times New Roman"/>
              </w:rPr>
            </w:pPr>
            <w:r w:rsidRPr="00717886">
              <w:rPr>
                <w:rFonts w:cs="Times New Roman"/>
                <w:sz w:val="13"/>
              </w:rPr>
              <w:t>.1029</w:t>
            </w:r>
          </w:p>
        </w:tc>
        <w:tc>
          <w:tcPr>
            <w:tcW w:w="936" w:type="dxa"/>
            <w:shd w:val="clear" w:color="auto" w:fill="F5F7F9"/>
            <w:tcMar>
              <w:top w:w="70" w:type="dxa"/>
              <w:left w:w="95" w:type="dxa"/>
              <w:bottom w:w="70" w:type="dxa"/>
              <w:right w:w="95" w:type="dxa"/>
            </w:tcMar>
            <w:vAlign w:val="center"/>
          </w:tcPr>
          <w:p w14:paraId="4785A946" w14:textId="77777777" w:rsidR="00423D2F" w:rsidRPr="00717886" w:rsidRDefault="0047346F">
            <w:pPr>
              <w:spacing w:after="0"/>
              <w:jc w:val="right"/>
              <w:rPr>
                <w:rFonts w:cs="Times New Roman"/>
              </w:rPr>
            </w:pPr>
            <w:r w:rsidRPr="00717886">
              <w:rPr>
                <w:rFonts w:cs="Times New Roman"/>
                <w:sz w:val="13"/>
              </w:rPr>
              <w:t>.0808</w:t>
            </w:r>
          </w:p>
        </w:tc>
        <w:tc>
          <w:tcPr>
            <w:tcW w:w="1368" w:type="dxa"/>
            <w:shd w:val="clear" w:color="auto" w:fill="F5F7F9"/>
            <w:tcMar>
              <w:top w:w="70" w:type="dxa"/>
              <w:left w:w="95" w:type="dxa"/>
              <w:bottom w:w="70" w:type="dxa"/>
              <w:right w:w="95" w:type="dxa"/>
            </w:tcMar>
            <w:vAlign w:val="center"/>
          </w:tcPr>
          <w:p w14:paraId="6DBBBBF7" w14:textId="77777777" w:rsidR="00423D2F" w:rsidRPr="00717886" w:rsidRDefault="0047346F">
            <w:pPr>
              <w:spacing w:after="0"/>
              <w:jc w:val="center"/>
              <w:rPr>
                <w:rFonts w:cs="Times New Roman"/>
              </w:rPr>
            </w:pPr>
            <w:r w:rsidRPr="00717886">
              <w:rPr>
                <w:rFonts w:cs="Times New Roman"/>
                <w:sz w:val="13"/>
              </w:rPr>
              <w:t>[−.0609, .2666]</w:t>
            </w:r>
          </w:p>
        </w:tc>
        <w:tc>
          <w:tcPr>
            <w:tcW w:w="892" w:type="dxa"/>
            <w:shd w:val="clear" w:color="auto" w:fill="F5F7F9"/>
            <w:tcMar>
              <w:top w:w="70" w:type="dxa"/>
              <w:left w:w="95" w:type="dxa"/>
              <w:bottom w:w="70" w:type="dxa"/>
              <w:right w:w="95" w:type="dxa"/>
            </w:tcMar>
            <w:vAlign w:val="center"/>
          </w:tcPr>
          <w:p w14:paraId="5626F541" w14:textId="77777777" w:rsidR="00423D2F" w:rsidRPr="00717886" w:rsidRDefault="0047346F">
            <w:pPr>
              <w:spacing w:after="0"/>
              <w:jc w:val="right"/>
              <w:rPr>
                <w:rFonts w:cs="Times New Roman"/>
              </w:rPr>
            </w:pPr>
            <w:r w:rsidRPr="00717886">
              <w:rPr>
                <w:rFonts w:cs="Times New Roman"/>
                <w:sz w:val="13"/>
              </w:rPr>
              <w:t>.211</w:t>
            </w:r>
          </w:p>
        </w:tc>
        <w:tc>
          <w:tcPr>
            <w:tcW w:w="648" w:type="dxa"/>
            <w:shd w:val="clear" w:color="auto" w:fill="F5F7F9"/>
            <w:tcMar>
              <w:top w:w="70" w:type="dxa"/>
              <w:left w:w="95" w:type="dxa"/>
              <w:bottom w:w="70" w:type="dxa"/>
              <w:right w:w="95" w:type="dxa"/>
            </w:tcMar>
            <w:vAlign w:val="center"/>
          </w:tcPr>
          <w:p w14:paraId="2F9BA8A3" w14:textId="77777777" w:rsidR="00423D2F" w:rsidRPr="00717886" w:rsidRDefault="0047346F">
            <w:pPr>
              <w:spacing w:after="0"/>
              <w:jc w:val="right"/>
              <w:rPr>
                <w:rFonts w:cs="Times New Roman"/>
              </w:rPr>
            </w:pPr>
            <w:r w:rsidRPr="00717886">
              <w:rPr>
                <w:rFonts w:cs="Times New Roman"/>
                <w:sz w:val="13"/>
              </w:rPr>
              <w:t>320</w:t>
            </w:r>
          </w:p>
        </w:tc>
        <w:tc>
          <w:tcPr>
            <w:tcW w:w="936" w:type="dxa"/>
            <w:shd w:val="clear" w:color="auto" w:fill="F5F7F9"/>
            <w:tcMar>
              <w:top w:w="70" w:type="dxa"/>
              <w:left w:w="95" w:type="dxa"/>
              <w:bottom w:w="70" w:type="dxa"/>
              <w:right w:w="95" w:type="dxa"/>
            </w:tcMar>
            <w:vAlign w:val="center"/>
          </w:tcPr>
          <w:p w14:paraId="01A14FE2"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0728D280" w14:textId="77777777">
        <w:trPr>
          <w:cantSplit/>
          <w:jc w:val="center"/>
        </w:trPr>
        <w:tc>
          <w:tcPr>
            <w:tcW w:w="720" w:type="dxa"/>
            <w:tcMar>
              <w:top w:w="70" w:type="dxa"/>
              <w:left w:w="95" w:type="dxa"/>
              <w:bottom w:w="70" w:type="dxa"/>
              <w:right w:w="95" w:type="dxa"/>
            </w:tcMar>
            <w:vAlign w:val="center"/>
          </w:tcPr>
          <w:p w14:paraId="335181AA" w14:textId="77777777" w:rsidR="00423D2F" w:rsidRPr="00717886" w:rsidRDefault="0047346F">
            <w:pPr>
              <w:spacing w:after="0"/>
              <w:rPr>
                <w:rFonts w:cs="Times New Roman"/>
              </w:rPr>
            </w:pPr>
            <w:r w:rsidRPr="00717886">
              <w:rPr>
                <w:rFonts w:cs="Times New Roman"/>
                <w:sz w:val="13"/>
              </w:rPr>
              <w:t>Strict</w:t>
            </w:r>
          </w:p>
        </w:tc>
        <w:tc>
          <w:tcPr>
            <w:tcW w:w="2376" w:type="dxa"/>
            <w:tcMar>
              <w:top w:w="70" w:type="dxa"/>
              <w:left w:w="95" w:type="dxa"/>
              <w:bottom w:w="70" w:type="dxa"/>
              <w:right w:w="95" w:type="dxa"/>
            </w:tcMar>
            <w:vAlign w:val="center"/>
          </w:tcPr>
          <w:p w14:paraId="58E8349B" w14:textId="77777777" w:rsidR="00423D2F" w:rsidRPr="00717886" w:rsidRDefault="0047346F">
            <w:pPr>
              <w:spacing w:after="0"/>
              <w:rPr>
                <w:rFonts w:cs="Times New Roman"/>
              </w:rPr>
            </w:pPr>
            <w:r w:rsidRPr="00717886">
              <w:rPr>
                <w:rFonts w:cs="Times New Roman"/>
                <w:sz w:val="13"/>
              </w:rPr>
              <w:t>EKII</w:t>
            </w:r>
          </w:p>
        </w:tc>
        <w:tc>
          <w:tcPr>
            <w:tcW w:w="1800" w:type="dxa"/>
            <w:tcMar>
              <w:top w:w="70" w:type="dxa"/>
              <w:left w:w="95" w:type="dxa"/>
              <w:bottom w:w="70" w:type="dxa"/>
              <w:right w:w="95" w:type="dxa"/>
            </w:tcMar>
            <w:vAlign w:val="center"/>
          </w:tcPr>
          <w:p w14:paraId="5F36F855" w14:textId="77777777" w:rsidR="00423D2F" w:rsidRPr="00717886" w:rsidRDefault="0047346F">
            <w:pPr>
              <w:spacing w:after="0"/>
              <w:rPr>
                <w:rFonts w:cs="Times New Roman"/>
              </w:rPr>
            </w:pPr>
            <w:r w:rsidRPr="00717886">
              <w:rPr>
                <w:rFonts w:cs="Times New Roman"/>
                <w:sz w:val="13"/>
              </w:rPr>
              <w:t>International research rate</w:t>
            </w:r>
          </w:p>
        </w:tc>
        <w:tc>
          <w:tcPr>
            <w:tcW w:w="792" w:type="dxa"/>
            <w:tcMar>
              <w:top w:w="70" w:type="dxa"/>
              <w:left w:w="95" w:type="dxa"/>
              <w:bottom w:w="70" w:type="dxa"/>
              <w:right w:w="95" w:type="dxa"/>
            </w:tcMar>
            <w:vAlign w:val="center"/>
          </w:tcPr>
          <w:p w14:paraId="5AE1CB1D" w14:textId="77777777" w:rsidR="00423D2F" w:rsidRPr="00717886" w:rsidRDefault="0047346F">
            <w:pPr>
              <w:spacing w:after="0"/>
              <w:jc w:val="right"/>
              <w:rPr>
                <w:rFonts w:cs="Times New Roman"/>
              </w:rPr>
            </w:pPr>
            <w:r w:rsidRPr="00717886">
              <w:rPr>
                <w:rFonts w:cs="Times New Roman"/>
                <w:sz w:val="13"/>
              </w:rPr>
              <w:t>.1531</w:t>
            </w:r>
          </w:p>
        </w:tc>
        <w:tc>
          <w:tcPr>
            <w:tcW w:w="936" w:type="dxa"/>
            <w:tcMar>
              <w:top w:w="70" w:type="dxa"/>
              <w:left w:w="95" w:type="dxa"/>
              <w:bottom w:w="70" w:type="dxa"/>
              <w:right w:w="95" w:type="dxa"/>
            </w:tcMar>
            <w:vAlign w:val="center"/>
          </w:tcPr>
          <w:p w14:paraId="233A0981" w14:textId="77777777" w:rsidR="00423D2F" w:rsidRPr="00717886" w:rsidRDefault="0047346F">
            <w:pPr>
              <w:spacing w:after="0"/>
              <w:jc w:val="right"/>
              <w:rPr>
                <w:rFonts w:cs="Times New Roman"/>
              </w:rPr>
            </w:pPr>
            <w:r w:rsidRPr="00717886">
              <w:rPr>
                <w:rFonts w:cs="Times New Roman"/>
                <w:sz w:val="13"/>
              </w:rPr>
              <w:t>.0892</w:t>
            </w:r>
          </w:p>
        </w:tc>
        <w:tc>
          <w:tcPr>
            <w:tcW w:w="1368" w:type="dxa"/>
            <w:tcMar>
              <w:top w:w="70" w:type="dxa"/>
              <w:left w:w="95" w:type="dxa"/>
              <w:bottom w:w="70" w:type="dxa"/>
              <w:right w:w="95" w:type="dxa"/>
            </w:tcMar>
            <w:vAlign w:val="center"/>
          </w:tcPr>
          <w:p w14:paraId="048B57E8" w14:textId="77777777" w:rsidR="00423D2F" w:rsidRPr="00717886" w:rsidRDefault="0047346F">
            <w:pPr>
              <w:spacing w:after="0"/>
              <w:jc w:val="center"/>
              <w:rPr>
                <w:rFonts w:cs="Times New Roman"/>
              </w:rPr>
            </w:pPr>
            <w:r w:rsidRPr="00717886">
              <w:rPr>
                <w:rFonts w:cs="Times New Roman"/>
                <w:sz w:val="13"/>
              </w:rPr>
              <w:t>[−.0275, .3338]</w:t>
            </w:r>
          </w:p>
        </w:tc>
        <w:tc>
          <w:tcPr>
            <w:tcW w:w="892" w:type="dxa"/>
            <w:tcMar>
              <w:top w:w="70" w:type="dxa"/>
              <w:left w:w="95" w:type="dxa"/>
              <w:bottom w:w="70" w:type="dxa"/>
              <w:right w:w="95" w:type="dxa"/>
            </w:tcMar>
            <w:vAlign w:val="center"/>
          </w:tcPr>
          <w:p w14:paraId="70B8220A" w14:textId="77777777" w:rsidR="00423D2F" w:rsidRPr="00717886" w:rsidRDefault="0047346F">
            <w:pPr>
              <w:spacing w:after="0"/>
              <w:jc w:val="right"/>
              <w:rPr>
                <w:rFonts w:cs="Times New Roman"/>
              </w:rPr>
            </w:pPr>
            <w:r w:rsidRPr="00717886">
              <w:rPr>
                <w:rFonts w:cs="Times New Roman"/>
                <w:sz w:val="13"/>
              </w:rPr>
              <w:t>.094</w:t>
            </w:r>
          </w:p>
        </w:tc>
        <w:tc>
          <w:tcPr>
            <w:tcW w:w="648" w:type="dxa"/>
            <w:tcMar>
              <w:top w:w="70" w:type="dxa"/>
              <w:left w:w="95" w:type="dxa"/>
              <w:bottom w:w="70" w:type="dxa"/>
              <w:right w:w="95" w:type="dxa"/>
            </w:tcMar>
            <w:vAlign w:val="center"/>
          </w:tcPr>
          <w:p w14:paraId="62FED3C4" w14:textId="77777777" w:rsidR="00423D2F" w:rsidRPr="00717886" w:rsidRDefault="0047346F">
            <w:pPr>
              <w:spacing w:after="0"/>
              <w:jc w:val="right"/>
              <w:rPr>
                <w:rFonts w:cs="Times New Roman"/>
              </w:rPr>
            </w:pPr>
            <w:r w:rsidRPr="00717886">
              <w:rPr>
                <w:rFonts w:cs="Times New Roman"/>
                <w:sz w:val="13"/>
              </w:rPr>
              <w:t>320</w:t>
            </w:r>
          </w:p>
        </w:tc>
        <w:tc>
          <w:tcPr>
            <w:tcW w:w="936" w:type="dxa"/>
            <w:tcMar>
              <w:top w:w="70" w:type="dxa"/>
              <w:left w:w="95" w:type="dxa"/>
              <w:bottom w:w="70" w:type="dxa"/>
              <w:right w:w="95" w:type="dxa"/>
            </w:tcMar>
            <w:vAlign w:val="center"/>
          </w:tcPr>
          <w:p w14:paraId="650EE30A"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73860AA1" w14:textId="77777777">
        <w:trPr>
          <w:cantSplit/>
          <w:jc w:val="center"/>
        </w:trPr>
        <w:tc>
          <w:tcPr>
            <w:tcW w:w="720" w:type="dxa"/>
            <w:shd w:val="clear" w:color="auto" w:fill="F5F7F9"/>
            <w:tcMar>
              <w:top w:w="70" w:type="dxa"/>
              <w:left w:w="95" w:type="dxa"/>
              <w:bottom w:w="70" w:type="dxa"/>
              <w:right w:w="95" w:type="dxa"/>
            </w:tcMar>
            <w:vAlign w:val="center"/>
          </w:tcPr>
          <w:p w14:paraId="44202023" w14:textId="77777777" w:rsidR="00423D2F" w:rsidRPr="00717886" w:rsidRDefault="0047346F">
            <w:pPr>
              <w:spacing w:after="0"/>
              <w:rPr>
                <w:rFonts w:cs="Times New Roman"/>
              </w:rPr>
            </w:pPr>
            <w:r w:rsidRPr="00717886">
              <w:rPr>
                <w:rFonts w:cs="Times New Roman"/>
                <w:sz w:val="13"/>
              </w:rPr>
              <w:t>Broad</w:t>
            </w:r>
          </w:p>
        </w:tc>
        <w:tc>
          <w:tcPr>
            <w:tcW w:w="2376" w:type="dxa"/>
            <w:shd w:val="clear" w:color="auto" w:fill="F5F7F9"/>
            <w:tcMar>
              <w:top w:w="70" w:type="dxa"/>
              <w:left w:w="95" w:type="dxa"/>
              <w:bottom w:w="70" w:type="dxa"/>
              <w:right w:w="95" w:type="dxa"/>
            </w:tcMar>
            <w:vAlign w:val="center"/>
          </w:tcPr>
          <w:p w14:paraId="1F7DBBEE" w14:textId="77777777" w:rsidR="00423D2F" w:rsidRPr="00717886" w:rsidRDefault="0047346F">
            <w:pPr>
              <w:spacing w:after="0"/>
              <w:rPr>
                <w:rFonts w:cs="Times New Roman"/>
              </w:rPr>
            </w:pPr>
            <w:r w:rsidRPr="00717886">
              <w:rPr>
                <w:rFonts w:cs="Times New Roman"/>
                <w:sz w:val="13"/>
              </w:rPr>
              <w:t>RORC</w:t>
            </w:r>
          </w:p>
        </w:tc>
        <w:tc>
          <w:tcPr>
            <w:tcW w:w="1800" w:type="dxa"/>
            <w:shd w:val="clear" w:color="auto" w:fill="F5F7F9"/>
            <w:tcMar>
              <w:top w:w="70" w:type="dxa"/>
              <w:left w:w="95" w:type="dxa"/>
              <w:bottom w:w="70" w:type="dxa"/>
              <w:right w:w="95" w:type="dxa"/>
            </w:tcMar>
            <w:vAlign w:val="center"/>
          </w:tcPr>
          <w:p w14:paraId="359F4B70" w14:textId="77777777" w:rsidR="00423D2F" w:rsidRPr="00717886" w:rsidRDefault="0047346F">
            <w:pPr>
              <w:spacing w:after="0"/>
              <w:rPr>
                <w:rFonts w:cs="Times New Roman"/>
              </w:rPr>
            </w:pPr>
            <w:r w:rsidRPr="00717886">
              <w:rPr>
                <w:rFonts w:cs="Times New Roman"/>
                <w:sz w:val="13"/>
              </w:rPr>
              <w:t>Output</w:t>
            </w:r>
          </w:p>
        </w:tc>
        <w:tc>
          <w:tcPr>
            <w:tcW w:w="792" w:type="dxa"/>
            <w:shd w:val="clear" w:color="auto" w:fill="F5F7F9"/>
            <w:tcMar>
              <w:top w:w="70" w:type="dxa"/>
              <w:left w:w="95" w:type="dxa"/>
              <w:bottom w:w="70" w:type="dxa"/>
              <w:right w:w="95" w:type="dxa"/>
            </w:tcMar>
            <w:vAlign w:val="center"/>
          </w:tcPr>
          <w:p w14:paraId="3B1DE772" w14:textId="77777777" w:rsidR="00423D2F" w:rsidRPr="00717886" w:rsidRDefault="0047346F">
            <w:pPr>
              <w:spacing w:after="0"/>
              <w:jc w:val="right"/>
              <w:rPr>
                <w:rFonts w:cs="Times New Roman"/>
              </w:rPr>
            </w:pPr>
            <w:r w:rsidRPr="00717886">
              <w:rPr>
                <w:rFonts w:cs="Times New Roman"/>
                <w:sz w:val="13"/>
              </w:rPr>
              <w:t>.0080</w:t>
            </w:r>
          </w:p>
        </w:tc>
        <w:tc>
          <w:tcPr>
            <w:tcW w:w="936" w:type="dxa"/>
            <w:shd w:val="clear" w:color="auto" w:fill="F5F7F9"/>
            <w:tcMar>
              <w:top w:w="70" w:type="dxa"/>
              <w:left w:w="95" w:type="dxa"/>
              <w:bottom w:w="70" w:type="dxa"/>
              <w:right w:w="95" w:type="dxa"/>
            </w:tcMar>
            <w:vAlign w:val="center"/>
          </w:tcPr>
          <w:p w14:paraId="0544DF81" w14:textId="77777777" w:rsidR="00423D2F" w:rsidRPr="00717886" w:rsidRDefault="0047346F">
            <w:pPr>
              <w:spacing w:after="0"/>
              <w:jc w:val="right"/>
              <w:rPr>
                <w:rFonts w:cs="Times New Roman"/>
              </w:rPr>
            </w:pPr>
            <w:r w:rsidRPr="00717886">
              <w:rPr>
                <w:rFonts w:cs="Times New Roman"/>
                <w:sz w:val="13"/>
              </w:rPr>
              <w:t>.0507</w:t>
            </w:r>
          </w:p>
        </w:tc>
        <w:tc>
          <w:tcPr>
            <w:tcW w:w="1368" w:type="dxa"/>
            <w:shd w:val="clear" w:color="auto" w:fill="F5F7F9"/>
            <w:tcMar>
              <w:top w:w="70" w:type="dxa"/>
              <w:left w:w="95" w:type="dxa"/>
              <w:bottom w:w="70" w:type="dxa"/>
              <w:right w:w="95" w:type="dxa"/>
            </w:tcMar>
            <w:vAlign w:val="center"/>
          </w:tcPr>
          <w:p w14:paraId="3E3EF83C" w14:textId="77777777" w:rsidR="00423D2F" w:rsidRPr="00717886" w:rsidRDefault="0047346F">
            <w:pPr>
              <w:spacing w:after="0"/>
              <w:jc w:val="center"/>
              <w:rPr>
                <w:rFonts w:cs="Times New Roman"/>
              </w:rPr>
            </w:pPr>
            <w:r w:rsidRPr="00717886">
              <w:rPr>
                <w:rFonts w:cs="Times New Roman"/>
                <w:sz w:val="13"/>
              </w:rPr>
              <w:t>[−.0949, .1108]</w:t>
            </w:r>
          </w:p>
        </w:tc>
        <w:tc>
          <w:tcPr>
            <w:tcW w:w="892" w:type="dxa"/>
            <w:shd w:val="clear" w:color="auto" w:fill="F5F7F9"/>
            <w:tcMar>
              <w:top w:w="70" w:type="dxa"/>
              <w:left w:w="95" w:type="dxa"/>
              <w:bottom w:w="70" w:type="dxa"/>
              <w:right w:w="95" w:type="dxa"/>
            </w:tcMar>
            <w:vAlign w:val="center"/>
          </w:tcPr>
          <w:p w14:paraId="10C5DB42" w14:textId="77777777" w:rsidR="00423D2F" w:rsidRPr="00717886" w:rsidRDefault="0047346F">
            <w:pPr>
              <w:spacing w:after="0"/>
              <w:jc w:val="right"/>
              <w:rPr>
                <w:rFonts w:cs="Times New Roman"/>
              </w:rPr>
            </w:pPr>
            <w:r w:rsidRPr="00717886">
              <w:rPr>
                <w:rFonts w:cs="Times New Roman"/>
                <w:sz w:val="13"/>
              </w:rPr>
              <w:t>.876</w:t>
            </w:r>
          </w:p>
        </w:tc>
        <w:tc>
          <w:tcPr>
            <w:tcW w:w="648" w:type="dxa"/>
            <w:shd w:val="clear" w:color="auto" w:fill="F5F7F9"/>
            <w:tcMar>
              <w:top w:w="70" w:type="dxa"/>
              <w:left w:w="95" w:type="dxa"/>
              <w:bottom w:w="70" w:type="dxa"/>
              <w:right w:w="95" w:type="dxa"/>
            </w:tcMar>
            <w:vAlign w:val="center"/>
          </w:tcPr>
          <w:p w14:paraId="11793511"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71F58897"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2DC11ED7" w14:textId="77777777">
        <w:trPr>
          <w:cantSplit/>
          <w:jc w:val="center"/>
        </w:trPr>
        <w:tc>
          <w:tcPr>
            <w:tcW w:w="720" w:type="dxa"/>
            <w:tcMar>
              <w:top w:w="70" w:type="dxa"/>
              <w:left w:w="95" w:type="dxa"/>
              <w:bottom w:w="70" w:type="dxa"/>
              <w:right w:w="95" w:type="dxa"/>
            </w:tcMar>
            <w:vAlign w:val="center"/>
          </w:tcPr>
          <w:p w14:paraId="7852B367" w14:textId="77777777" w:rsidR="00423D2F" w:rsidRPr="00717886" w:rsidRDefault="0047346F">
            <w:pPr>
              <w:spacing w:after="0"/>
              <w:rPr>
                <w:rFonts w:cs="Times New Roman"/>
              </w:rPr>
            </w:pPr>
            <w:r w:rsidRPr="00717886">
              <w:rPr>
                <w:rFonts w:cs="Times New Roman"/>
                <w:sz w:val="13"/>
              </w:rPr>
              <w:t>Broad</w:t>
            </w:r>
          </w:p>
        </w:tc>
        <w:tc>
          <w:tcPr>
            <w:tcW w:w="2376" w:type="dxa"/>
            <w:tcMar>
              <w:top w:w="70" w:type="dxa"/>
              <w:left w:w="95" w:type="dxa"/>
              <w:bottom w:w="70" w:type="dxa"/>
              <w:right w:w="95" w:type="dxa"/>
            </w:tcMar>
            <w:vAlign w:val="center"/>
          </w:tcPr>
          <w:p w14:paraId="17B96C6F" w14:textId="77777777" w:rsidR="00423D2F" w:rsidRPr="00717886" w:rsidRDefault="0047346F">
            <w:pPr>
              <w:spacing w:after="0"/>
              <w:rPr>
                <w:rFonts w:cs="Times New Roman"/>
              </w:rPr>
            </w:pPr>
            <w:r w:rsidRPr="00717886">
              <w:rPr>
                <w:rFonts w:cs="Times New Roman"/>
                <w:sz w:val="13"/>
              </w:rPr>
              <w:t>RORC</w:t>
            </w:r>
          </w:p>
        </w:tc>
        <w:tc>
          <w:tcPr>
            <w:tcW w:w="1800" w:type="dxa"/>
            <w:tcMar>
              <w:top w:w="70" w:type="dxa"/>
              <w:left w:w="95" w:type="dxa"/>
              <w:bottom w:w="70" w:type="dxa"/>
              <w:right w:w="95" w:type="dxa"/>
            </w:tcMar>
            <w:vAlign w:val="center"/>
          </w:tcPr>
          <w:p w14:paraId="3F819519" w14:textId="77777777" w:rsidR="00423D2F" w:rsidRPr="00717886" w:rsidRDefault="0047346F">
            <w:pPr>
              <w:spacing w:after="0"/>
              <w:rPr>
                <w:rFonts w:cs="Times New Roman"/>
              </w:rPr>
            </w:pPr>
            <w:r w:rsidRPr="00717886">
              <w:rPr>
                <w:rFonts w:cs="Times New Roman"/>
                <w:sz w:val="13"/>
              </w:rPr>
              <w:t>Researchers</w:t>
            </w:r>
          </w:p>
        </w:tc>
        <w:tc>
          <w:tcPr>
            <w:tcW w:w="792" w:type="dxa"/>
            <w:tcMar>
              <w:top w:w="70" w:type="dxa"/>
              <w:left w:w="95" w:type="dxa"/>
              <w:bottom w:w="70" w:type="dxa"/>
              <w:right w:w="95" w:type="dxa"/>
            </w:tcMar>
            <w:vAlign w:val="center"/>
          </w:tcPr>
          <w:p w14:paraId="6941B174" w14:textId="77777777" w:rsidR="00423D2F" w:rsidRPr="00717886" w:rsidRDefault="0047346F">
            <w:pPr>
              <w:spacing w:after="0"/>
              <w:jc w:val="right"/>
              <w:rPr>
                <w:rFonts w:cs="Times New Roman"/>
              </w:rPr>
            </w:pPr>
            <w:r w:rsidRPr="00717886">
              <w:rPr>
                <w:rFonts w:cs="Times New Roman"/>
                <w:sz w:val="13"/>
              </w:rPr>
              <w:t>.0089</w:t>
            </w:r>
          </w:p>
        </w:tc>
        <w:tc>
          <w:tcPr>
            <w:tcW w:w="936" w:type="dxa"/>
            <w:tcMar>
              <w:top w:w="70" w:type="dxa"/>
              <w:left w:w="95" w:type="dxa"/>
              <w:bottom w:w="70" w:type="dxa"/>
              <w:right w:w="95" w:type="dxa"/>
            </w:tcMar>
            <w:vAlign w:val="center"/>
          </w:tcPr>
          <w:p w14:paraId="18419306" w14:textId="77777777" w:rsidR="00423D2F" w:rsidRPr="00717886" w:rsidRDefault="0047346F">
            <w:pPr>
              <w:spacing w:after="0"/>
              <w:jc w:val="right"/>
              <w:rPr>
                <w:rFonts w:cs="Times New Roman"/>
              </w:rPr>
            </w:pPr>
            <w:r w:rsidRPr="00717886">
              <w:rPr>
                <w:rFonts w:cs="Times New Roman"/>
                <w:sz w:val="13"/>
              </w:rPr>
              <w:t>.0567</w:t>
            </w:r>
          </w:p>
        </w:tc>
        <w:tc>
          <w:tcPr>
            <w:tcW w:w="1368" w:type="dxa"/>
            <w:tcMar>
              <w:top w:w="70" w:type="dxa"/>
              <w:left w:w="95" w:type="dxa"/>
              <w:bottom w:w="70" w:type="dxa"/>
              <w:right w:w="95" w:type="dxa"/>
            </w:tcMar>
            <w:vAlign w:val="center"/>
          </w:tcPr>
          <w:p w14:paraId="26B20587" w14:textId="77777777" w:rsidR="00423D2F" w:rsidRPr="00717886" w:rsidRDefault="0047346F">
            <w:pPr>
              <w:spacing w:after="0"/>
              <w:jc w:val="center"/>
              <w:rPr>
                <w:rFonts w:cs="Times New Roman"/>
              </w:rPr>
            </w:pPr>
            <w:r w:rsidRPr="00717886">
              <w:rPr>
                <w:rFonts w:cs="Times New Roman"/>
                <w:sz w:val="13"/>
              </w:rPr>
              <w:t>[−.1061, .1238]</w:t>
            </w:r>
          </w:p>
        </w:tc>
        <w:tc>
          <w:tcPr>
            <w:tcW w:w="892" w:type="dxa"/>
            <w:tcMar>
              <w:top w:w="70" w:type="dxa"/>
              <w:left w:w="95" w:type="dxa"/>
              <w:bottom w:w="70" w:type="dxa"/>
              <w:right w:w="95" w:type="dxa"/>
            </w:tcMar>
            <w:vAlign w:val="center"/>
          </w:tcPr>
          <w:p w14:paraId="168AD64D" w14:textId="77777777" w:rsidR="00423D2F" w:rsidRPr="00717886" w:rsidRDefault="0047346F">
            <w:pPr>
              <w:spacing w:after="0"/>
              <w:jc w:val="right"/>
              <w:rPr>
                <w:rFonts w:cs="Times New Roman"/>
              </w:rPr>
            </w:pPr>
            <w:r w:rsidRPr="00717886">
              <w:rPr>
                <w:rFonts w:cs="Times New Roman"/>
                <w:sz w:val="13"/>
              </w:rPr>
              <w:t>.877</w:t>
            </w:r>
          </w:p>
        </w:tc>
        <w:tc>
          <w:tcPr>
            <w:tcW w:w="648" w:type="dxa"/>
            <w:tcMar>
              <w:top w:w="70" w:type="dxa"/>
              <w:left w:w="95" w:type="dxa"/>
              <w:bottom w:w="70" w:type="dxa"/>
              <w:right w:w="95" w:type="dxa"/>
            </w:tcMar>
            <w:vAlign w:val="center"/>
          </w:tcPr>
          <w:p w14:paraId="674BFBAC" w14:textId="77777777" w:rsidR="00423D2F" w:rsidRPr="00717886" w:rsidRDefault="0047346F">
            <w:pPr>
              <w:spacing w:after="0"/>
              <w:jc w:val="right"/>
              <w:rPr>
                <w:rFonts w:cs="Times New Roman"/>
              </w:rPr>
            </w:pPr>
            <w:r w:rsidRPr="00717886">
              <w:rPr>
                <w:rFonts w:cs="Times New Roman"/>
                <w:sz w:val="13"/>
              </w:rPr>
              <w:t>348</w:t>
            </w:r>
          </w:p>
        </w:tc>
        <w:tc>
          <w:tcPr>
            <w:tcW w:w="936" w:type="dxa"/>
            <w:tcMar>
              <w:top w:w="70" w:type="dxa"/>
              <w:left w:w="95" w:type="dxa"/>
              <w:bottom w:w="70" w:type="dxa"/>
              <w:right w:w="95" w:type="dxa"/>
            </w:tcMar>
            <w:vAlign w:val="center"/>
          </w:tcPr>
          <w:p w14:paraId="6902DC0F"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1A294349" w14:textId="77777777">
        <w:trPr>
          <w:cantSplit/>
          <w:jc w:val="center"/>
        </w:trPr>
        <w:tc>
          <w:tcPr>
            <w:tcW w:w="720" w:type="dxa"/>
            <w:shd w:val="clear" w:color="auto" w:fill="F5F7F9"/>
            <w:tcMar>
              <w:top w:w="70" w:type="dxa"/>
              <w:left w:w="95" w:type="dxa"/>
              <w:bottom w:w="70" w:type="dxa"/>
              <w:right w:w="95" w:type="dxa"/>
            </w:tcMar>
            <w:vAlign w:val="center"/>
          </w:tcPr>
          <w:p w14:paraId="64C8ED74" w14:textId="77777777" w:rsidR="00423D2F" w:rsidRPr="00717886" w:rsidRDefault="0047346F">
            <w:pPr>
              <w:spacing w:after="0"/>
              <w:rPr>
                <w:rFonts w:cs="Times New Roman"/>
              </w:rPr>
            </w:pPr>
            <w:r w:rsidRPr="00717886">
              <w:rPr>
                <w:rFonts w:cs="Times New Roman"/>
                <w:sz w:val="13"/>
              </w:rPr>
              <w:t>Broad</w:t>
            </w:r>
          </w:p>
        </w:tc>
        <w:tc>
          <w:tcPr>
            <w:tcW w:w="2376" w:type="dxa"/>
            <w:shd w:val="clear" w:color="auto" w:fill="F5F7F9"/>
            <w:tcMar>
              <w:top w:w="70" w:type="dxa"/>
              <w:left w:w="95" w:type="dxa"/>
              <w:bottom w:w="70" w:type="dxa"/>
              <w:right w:w="95" w:type="dxa"/>
            </w:tcMar>
            <w:vAlign w:val="center"/>
          </w:tcPr>
          <w:p w14:paraId="0B4A62B2" w14:textId="77777777" w:rsidR="00423D2F" w:rsidRPr="00717886" w:rsidRDefault="0047346F">
            <w:pPr>
              <w:spacing w:after="0"/>
              <w:rPr>
                <w:rFonts w:cs="Times New Roman"/>
              </w:rPr>
            </w:pPr>
            <w:r w:rsidRPr="00717886">
              <w:rPr>
                <w:rFonts w:cs="Times New Roman"/>
                <w:sz w:val="13"/>
              </w:rPr>
              <w:t>RORC</w:t>
            </w:r>
          </w:p>
        </w:tc>
        <w:tc>
          <w:tcPr>
            <w:tcW w:w="1800" w:type="dxa"/>
            <w:shd w:val="clear" w:color="auto" w:fill="F5F7F9"/>
            <w:tcMar>
              <w:top w:w="70" w:type="dxa"/>
              <w:left w:w="95" w:type="dxa"/>
              <w:bottom w:w="70" w:type="dxa"/>
              <w:right w:w="95" w:type="dxa"/>
            </w:tcMar>
            <w:vAlign w:val="center"/>
          </w:tcPr>
          <w:p w14:paraId="3FB8FB30" w14:textId="77777777" w:rsidR="00423D2F" w:rsidRPr="00717886" w:rsidRDefault="0047346F">
            <w:pPr>
              <w:spacing w:after="0"/>
              <w:rPr>
                <w:rFonts w:cs="Times New Roman"/>
              </w:rPr>
            </w:pPr>
            <w:r w:rsidRPr="00717886">
              <w:rPr>
                <w:rFonts w:cs="Times New Roman"/>
                <w:sz w:val="13"/>
              </w:rPr>
              <w:t>Continuity</w:t>
            </w:r>
          </w:p>
        </w:tc>
        <w:tc>
          <w:tcPr>
            <w:tcW w:w="792" w:type="dxa"/>
            <w:shd w:val="clear" w:color="auto" w:fill="F5F7F9"/>
            <w:tcMar>
              <w:top w:w="70" w:type="dxa"/>
              <w:left w:w="95" w:type="dxa"/>
              <w:bottom w:w="70" w:type="dxa"/>
              <w:right w:w="95" w:type="dxa"/>
            </w:tcMar>
            <w:vAlign w:val="center"/>
          </w:tcPr>
          <w:p w14:paraId="368946F1" w14:textId="77777777" w:rsidR="00423D2F" w:rsidRPr="00717886" w:rsidRDefault="0047346F">
            <w:pPr>
              <w:spacing w:after="0"/>
              <w:jc w:val="right"/>
              <w:rPr>
                <w:rFonts w:cs="Times New Roman"/>
              </w:rPr>
            </w:pPr>
            <w:r w:rsidRPr="00717886">
              <w:rPr>
                <w:rFonts w:cs="Times New Roman"/>
                <w:sz w:val="13"/>
              </w:rPr>
              <w:t>.0991</w:t>
            </w:r>
          </w:p>
        </w:tc>
        <w:tc>
          <w:tcPr>
            <w:tcW w:w="936" w:type="dxa"/>
            <w:shd w:val="clear" w:color="auto" w:fill="F5F7F9"/>
            <w:tcMar>
              <w:top w:w="70" w:type="dxa"/>
              <w:left w:w="95" w:type="dxa"/>
              <w:bottom w:w="70" w:type="dxa"/>
              <w:right w:w="95" w:type="dxa"/>
            </w:tcMar>
            <w:vAlign w:val="center"/>
          </w:tcPr>
          <w:p w14:paraId="4B73519C" w14:textId="77777777" w:rsidR="00423D2F" w:rsidRPr="00717886" w:rsidRDefault="0047346F">
            <w:pPr>
              <w:spacing w:after="0"/>
              <w:jc w:val="right"/>
              <w:rPr>
                <w:rFonts w:cs="Times New Roman"/>
              </w:rPr>
            </w:pPr>
            <w:r w:rsidRPr="00717886">
              <w:rPr>
                <w:rFonts w:cs="Times New Roman"/>
                <w:sz w:val="13"/>
              </w:rPr>
              <w:t>.0864</w:t>
            </w:r>
          </w:p>
        </w:tc>
        <w:tc>
          <w:tcPr>
            <w:tcW w:w="1368" w:type="dxa"/>
            <w:shd w:val="clear" w:color="auto" w:fill="F5F7F9"/>
            <w:tcMar>
              <w:top w:w="70" w:type="dxa"/>
              <w:left w:w="95" w:type="dxa"/>
              <w:bottom w:w="70" w:type="dxa"/>
              <w:right w:w="95" w:type="dxa"/>
            </w:tcMar>
            <w:vAlign w:val="center"/>
          </w:tcPr>
          <w:p w14:paraId="220EA125" w14:textId="77777777" w:rsidR="00423D2F" w:rsidRPr="00717886" w:rsidRDefault="0047346F">
            <w:pPr>
              <w:spacing w:after="0"/>
              <w:jc w:val="center"/>
              <w:rPr>
                <w:rFonts w:cs="Times New Roman"/>
              </w:rPr>
            </w:pPr>
            <w:r w:rsidRPr="00717886">
              <w:rPr>
                <w:rFonts w:cs="Times New Roman"/>
                <w:sz w:val="13"/>
              </w:rPr>
              <w:t>[−.0759, .2741]</w:t>
            </w:r>
          </w:p>
        </w:tc>
        <w:tc>
          <w:tcPr>
            <w:tcW w:w="892" w:type="dxa"/>
            <w:shd w:val="clear" w:color="auto" w:fill="F5F7F9"/>
            <w:tcMar>
              <w:top w:w="70" w:type="dxa"/>
              <w:left w:w="95" w:type="dxa"/>
              <w:bottom w:w="70" w:type="dxa"/>
              <w:right w:w="95" w:type="dxa"/>
            </w:tcMar>
            <w:vAlign w:val="center"/>
          </w:tcPr>
          <w:p w14:paraId="2648C942" w14:textId="77777777" w:rsidR="00423D2F" w:rsidRPr="00717886" w:rsidRDefault="0047346F">
            <w:pPr>
              <w:spacing w:after="0"/>
              <w:jc w:val="right"/>
              <w:rPr>
                <w:rFonts w:cs="Times New Roman"/>
              </w:rPr>
            </w:pPr>
            <w:r w:rsidRPr="00717886">
              <w:rPr>
                <w:rFonts w:cs="Times New Roman"/>
                <w:sz w:val="13"/>
              </w:rPr>
              <w:t>.259</w:t>
            </w:r>
          </w:p>
        </w:tc>
        <w:tc>
          <w:tcPr>
            <w:tcW w:w="648" w:type="dxa"/>
            <w:shd w:val="clear" w:color="auto" w:fill="F5F7F9"/>
            <w:tcMar>
              <w:top w:w="70" w:type="dxa"/>
              <w:left w:w="95" w:type="dxa"/>
              <w:bottom w:w="70" w:type="dxa"/>
              <w:right w:w="95" w:type="dxa"/>
            </w:tcMar>
            <w:vAlign w:val="center"/>
          </w:tcPr>
          <w:p w14:paraId="515DA106"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0FF737ED"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38081D90" w14:textId="77777777">
        <w:trPr>
          <w:cantSplit/>
          <w:jc w:val="center"/>
        </w:trPr>
        <w:tc>
          <w:tcPr>
            <w:tcW w:w="720" w:type="dxa"/>
            <w:tcMar>
              <w:top w:w="70" w:type="dxa"/>
              <w:left w:w="95" w:type="dxa"/>
              <w:bottom w:w="70" w:type="dxa"/>
              <w:right w:w="95" w:type="dxa"/>
            </w:tcMar>
            <w:vAlign w:val="center"/>
          </w:tcPr>
          <w:p w14:paraId="3C07063C" w14:textId="77777777" w:rsidR="00423D2F" w:rsidRPr="00717886" w:rsidRDefault="0047346F">
            <w:pPr>
              <w:spacing w:after="0"/>
              <w:rPr>
                <w:rFonts w:cs="Times New Roman"/>
              </w:rPr>
            </w:pPr>
            <w:r w:rsidRPr="00717886">
              <w:rPr>
                <w:rFonts w:cs="Times New Roman"/>
                <w:sz w:val="13"/>
              </w:rPr>
              <w:t>Broad</w:t>
            </w:r>
          </w:p>
        </w:tc>
        <w:tc>
          <w:tcPr>
            <w:tcW w:w="2376" w:type="dxa"/>
            <w:tcMar>
              <w:top w:w="70" w:type="dxa"/>
              <w:left w:w="95" w:type="dxa"/>
              <w:bottom w:w="70" w:type="dxa"/>
              <w:right w:w="95" w:type="dxa"/>
            </w:tcMar>
            <w:vAlign w:val="center"/>
          </w:tcPr>
          <w:p w14:paraId="748706E8" w14:textId="77777777" w:rsidR="00423D2F" w:rsidRPr="00717886" w:rsidRDefault="0047346F">
            <w:pPr>
              <w:spacing w:after="0"/>
              <w:rPr>
                <w:rFonts w:cs="Times New Roman"/>
              </w:rPr>
            </w:pPr>
            <w:r w:rsidRPr="00717886">
              <w:rPr>
                <w:rFonts w:cs="Times New Roman"/>
                <w:sz w:val="13"/>
              </w:rPr>
              <w:t>RORC</w:t>
            </w:r>
          </w:p>
        </w:tc>
        <w:tc>
          <w:tcPr>
            <w:tcW w:w="1800" w:type="dxa"/>
            <w:tcMar>
              <w:top w:w="70" w:type="dxa"/>
              <w:left w:w="95" w:type="dxa"/>
              <w:bottom w:w="70" w:type="dxa"/>
              <w:right w:w="95" w:type="dxa"/>
            </w:tcMar>
            <w:vAlign w:val="center"/>
          </w:tcPr>
          <w:p w14:paraId="7B20EDAF" w14:textId="77777777" w:rsidR="00423D2F" w:rsidRPr="00717886" w:rsidRDefault="0047346F">
            <w:pPr>
              <w:spacing w:after="0"/>
              <w:rPr>
                <w:rFonts w:cs="Times New Roman"/>
              </w:rPr>
            </w:pPr>
            <w:r w:rsidRPr="00717886">
              <w:rPr>
                <w:rFonts w:cs="Times New Roman"/>
                <w:sz w:val="13"/>
              </w:rPr>
              <w:t>Aviation R&amp;D intensity</w:t>
            </w:r>
          </w:p>
        </w:tc>
        <w:tc>
          <w:tcPr>
            <w:tcW w:w="792" w:type="dxa"/>
            <w:tcMar>
              <w:top w:w="70" w:type="dxa"/>
              <w:left w:w="95" w:type="dxa"/>
              <w:bottom w:w="70" w:type="dxa"/>
              <w:right w:w="95" w:type="dxa"/>
            </w:tcMar>
            <w:vAlign w:val="center"/>
          </w:tcPr>
          <w:p w14:paraId="394B5912" w14:textId="77777777" w:rsidR="00423D2F" w:rsidRPr="00717886" w:rsidRDefault="0047346F">
            <w:pPr>
              <w:spacing w:after="0"/>
              <w:jc w:val="right"/>
              <w:rPr>
                <w:rFonts w:cs="Times New Roman"/>
              </w:rPr>
            </w:pPr>
            <w:r w:rsidRPr="00717886">
              <w:rPr>
                <w:rFonts w:cs="Times New Roman"/>
                <w:sz w:val="13"/>
              </w:rPr>
              <w:t>.0367</w:t>
            </w:r>
          </w:p>
        </w:tc>
        <w:tc>
          <w:tcPr>
            <w:tcW w:w="936" w:type="dxa"/>
            <w:tcMar>
              <w:top w:w="70" w:type="dxa"/>
              <w:left w:w="95" w:type="dxa"/>
              <w:bottom w:w="70" w:type="dxa"/>
              <w:right w:w="95" w:type="dxa"/>
            </w:tcMar>
            <w:vAlign w:val="center"/>
          </w:tcPr>
          <w:p w14:paraId="1AA4E32E" w14:textId="77777777" w:rsidR="00423D2F" w:rsidRPr="00717886" w:rsidRDefault="0047346F">
            <w:pPr>
              <w:spacing w:after="0"/>
              <w:jc w:val="right"/>
              <w:rPr>
                <w:rFonts w:cs="Times New Roman"/>
              </w:rPr>
            </w:pPr>
            <w:r w:rsidRPr="00717886">
              <w:rPr>
                <w:rFonts w:cs="Times New Roman"/>
                <w:sz w:val="13"/>
              </w:rPr>
              <w:t>.0649</w:t>
            </w:r>
          </w:p>
        </w:tc>
        <w:tc>
          <w:tcPr>
            <w:tcW w:w="1368" w:type="dxa"/>
            <w:tcMar>
              <w:top w:w="70" w:type="dxa"/>
              <w:left w:w="95" w:type="dxa"/>
              <w:bottom w:w="70" w:type="dxa"/>
              <w:right w:w="95" w:type="dxa"/>
            </w:tcMar>
            <w:vAlign w:val="center"/>
          </w:tcPr>
          <w:p w14:paraId="42AC14CE" w14:textId="77777777" w:rsidR="00423D2F" w:rsidRPr="00717886" w:rsidRDefault="0047346F">
            <w:pPr>
              <w:spacing w:after="0"/>
              <w:jc w:val="center"/>
              <w:rPr>
                <w:rFonts w:cs="Times New Roman"/>
              </w:rPr>
            </w:pPr>
            <w:r w:rsidRPr="00717886">
              <w:rPr>
                <w:rFonts w:cs="Times New Roman"/>
                <w:sz w:val="13"/>
              </w:rPr>
              <w:t>[−.0948, .1682]</w:t>
            </w:r>
          </w:p>
        </w:tc>
        <w:tc>
          <w:tcPr>
            <w:tcW w:w="892" w:type="dxa"/>
            <w:tcMar>
              <w:top w:w="70" w:type="dxa"/>
              <w:left w:w="95" w:type="dxa"/>
              <w:bottom w:w="70" w:type="dxa"/>
              <w:right w:w="95" w:type="dxa"/>
            </w:tcMar>
            <w:vAlign w:val="center"/>
          </w:tcPr>
          <w:p w14:paraId="5EA70C69" w14:textId="77777777" w:rsidR="00423D2F" w:rsidRPr="00717886" w:rsidRDefault="0047346F">
            <w:pPr>
              <w:spacing w:after="0"/>
              <w:jc w:val="right"/>
              <w:rPr>
                <w:rFonts w:cs="Times New Roman"/>
              </w:rPr>
            </w:pPr>
            <w:r w:rsidRPr="00717886">
              <w:rPr>
                <w:rFonts w:cs="Times New Roman"/>
                <w:sz w:val="13"/>
              </w:rPr>
              <w:t>.575</w:t>
            </w:r>
          </w:p>
        </w:tc>
        <w:tc>
          <w:tcPr>
            <w:tcW w:w="648" w:type="dxa"/>
            <w:tcMar>
              <w:top w:w="70" w:type="dxa"/>
              <w:left w:w="95" w:type="dxa"/>
              <w:bottom w:w="70" w:type="dxa"/>
              <w:right w:w="95" w:type="dxa"/>
            </w:tcMar>
            <w:vAlign w:val="center"/>
          </w:tcPr>
          <w:p w14:paraId="4993EF5C" w14:textId="77777777" w:rsidR="00423D2F" w:rsidRPr="00717886" w:rsidRDefault="0047346F">
            <w:pPr>
              <w:spacing w:after="0"/>
              <w:jc w:val="right"/>
              <w:rPr>
                <w:rFonts w:cs="Times New Roman"/>
              </w:rPr>
            </w:pPr>
            <w:r w:rsidRPr="00717886">
              <w:rPr>
                <w:rFonts w:cs="Times New Roman"/>
                <w:sz w:val="13"/>
              </w:rPr>
              <w:t>348</w:t>
            </w:r>
          </w:p>
        </w:tc>
        <w:tc>
          <w:tcPr>
            <w:tcW w:w="936" w:type="dxa"/>
            <w:tcMar>
              <w:top w:w="70" w:type="dxa"/>
              <w:left w:w="95" w:type="dxa"/>
              <w:bottom w:w="70" w:type="dxa"/>
              <w:right w:w="95" w:type="dxa"/>
            </w:tcMar>
            <w:vAlign w:val="center"/>
          </w:tcPr>
          <w:p w14:paraId="4B5286BF"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14C795E9" w14:textId="77777777">
        <w:trPr>
          <w:cantSplit/>
          <w:jc w:val="center"/>
        </w:trPr>
        <w:tc>
          <w:tcPr>
            <w:tcW w:w="720" w:type="dxa"/>
            <w:shd w:val="clear" w:color="auto" w:fill="F5F7F9"/>
            <w:tcMar>
              <w:top w:w="70" w:type="dxa"/>
              <w:left w:w="95" w:type="dxa"/>
              <w:bottom w:w="70" w:type="dxa"/>
              <w:right w:w="95" w:type="dxa"/>
            </w:tcMar>
            <w:vAlign w:val="center"/>
          </w:tcPr>
          <w:p w14:paraId="2A62DE6D" w14:textId="77777777" w:rsidR="00423D2F" w:rsidRPr="00717886" w:rsidRDefault="0047346F">
            <w:pPr>
              <w:spacing w:after="0"/>
              <w:rPr>
                <w:rFonts w:cs="Times New Roman"/>
              </w:rPr>
            </w:pPr>
            <w:r w:rsidRPr="00717886">
              <w:rPr>
                <w:rFonts w:cs="Times New Roman"/>
                <w:sz w:val="13"/>
              </w:rPr>
              <w:t>Broad</w:t>
            </w:r>
          </w:p>
        </w:tc>
        <w:tc>
          <w:tcPr>
            <w:tcW w:w="2376" w:type="dxa"/>
            <w:shd w:val="clear" w:color="auto" w:fill="F5F7F9"/>
            <w:tcMar>
              <w:top w:w="70" w:type="dxa"/>
              <w:left w:w="95" w:type="dxa"/>
              <w:bottom w:w="70" w:type="dxa"/>
              <w:right w:w="95" w:type="dxa"/>
            </w:tcMar>
            <w:vAlign w:val="center"/>
          </w:tcPr>
          <w:p w14:paraId="2DFBCF85" w14:textId="77777777" w:rsidR="00423D2F" w:rsidRPr="00717886" w:rsidRDefault="0047346F">
            <w:pPr>
              <w:spacing w:after="0"/>
              <w:rPr>
                <w:rFonts w:cs="Times New Roman"/>
              </w:rPr>
            </w:pPr>
            <w:r w:rsidRPr="00717886">
              <w:rPr>
                <w:rFonts w:cs="Times New Roman"/>
                <w:sz w:val="13"/>
              </w:rPr>
              <w:t>RORC</w:t>
            </w:r>
          </w:p>
        </w:tc>
        <w:tc>
          <w:tcPr>
            <w:tcW w:w="1800" w:type="dxa"/>
            <w:shd w:val="clear" w:color="auto" w:fill="F5F7F9"/>
            <w:tcMar>
              <w:top w:w="70" w:type="dxa"/>
              <w:left w:w="95" w:type="dxa"/>
              <w:bottom w:w="70" w:type="dxa"/>
              <w:right w:w="95" w:type="dxa"/>
            </w:tcMar>
            <w:vAlign w:val="center"/>
          </w:tcPr>
          <w:p w14:paraId="3054E594" w14:textId="77777777" w:rsidR="00423D2F" w:rsidRPr="00717886" w:rsidRDefault="0047346F">
            <w:pPr>
              <w:spacing w:after="0"/>
              <w:rPr>
                <w:rFonts w:cs="Times New Roman"/>
              </w:rPr>
            </w:pPr>
            <w:r w:rsidRPr="00717886">
              <w:rPr>
                <w:rFonts w:cs="Times New Roman"/>
                <w:sz w:val="13"/>
              </w:rPr>
              <w:t>Topic breadth</w:t>
            </w:r>
          </w:p>
        </w:tc>
        <w:tc>
          <w:tcPr>
            <w:tcW w:w="792" w:type="dxa"/>
            <w:shd w:val="clear" w:color="auto" w:fill="F5F7F9"/>
            <w:tcMar>
              <w:top w:w="70" w:type="dxa"/>
              <w:left w:w="95" w:type="dxa"/>
              <w:bottom w:w="70" w:type="dxa"/>
              <w:right w:w="95" w:type="dxa"/>
            </w:tcMar>
            <w:vAlign w:val="center"/>
          </w:tcPr>
          <w:p w14:paraId="43F82473" w14:textId="77777777" w:rsidR="00423D2F" w:rsidRPr="00717886" w:rsidRDefault="0047346F">
            <w:pPr>
              <w:spacing w:after="0"/>
              <w:jc w:val="right"/>
              <w:rPr>
                <w:rFonts w:cs="Times New Roman"/>
              </w:rPr>
            </w:pPr>
            <w:r w:rsidRPr="00717886">
              <w:rPr>
                <w:rFonts w:cs="Times New Roman"/>
                <w:sz w:val="13"/>
              </w:rPr>
              <w:t>.0670</w:t>
            </w:r>
          </w:p>
        </w:tc>
        <w:tc>
          <w:tcPr>
            <w:tcW w:w="936" w:type="dxa"/>
            <w:shd w:val="clear" w:color="auto" w:fill="F5F7F9"/>
            <w:tcMar>
              <w:top w:w="70" w:type="dxa"/>
              <w:left w:w="95" w:type="dxa"/>
              <w:bottom w:w="70" w:type="dxa"/>
              <w:right w:w="95" w:type="dxa"/>
            </w:tcMar>
            <w:vAlign w:val="center"/>
          </w:tcPr>
          <w:p w14:paraId="219B26C5" w14:textId="77777777" w:rsidR="00423D2F" w:rsidRPr="00717886" w:rsidRDefault="0047346F">
            <w:pPr>
              <w:spacing w:after="0"/>
              <w:jc w:val="right"/>
              <w:rPr>
                <w:rFonts w:cs="Times New Roman"/>
              </w:rPr>
            </w:pPr>
            <w:r w:rsidRPr="00717886">
              <w:rPr>
                <w:rFonts w:cs="Times New Roman"/>
                <w:sz w:val="13"/>
              </w:rPr>
              <w:t>.0587</w:t>
            </w:r>
          </w:p>
        </w:tc>
        <w:tc>
          <w:tcPr>
            <w:tcW w:w="1368" w:type="dxa"/>
            <w:shd w:val="clear" w:color="auto" w:fill="F5F7F9"/>
            <w:tcMar>
              <w:top w:w="70" w:type="dxa"/>
              <w:left w:w="95" w:type="dxa"/>
              <w:bottom w:w="70" w:type="dxa"/>
              <w:right w:w="95" w:type="dxa"/>
            </w:tcMar>
            <w:vAlign w:val="center"/>
          </w:tcPr>
          <w:p w14:paraId="582B28FC" w14:textId="77777777" w:rsidR="00423D2F" w:rsidRPr="00717886" w:rsidRDefault="0047346F">
            <w:pPr>
              <w:spacing w:after="0"/>
              <w:jc w:val="center"/>
              <w:rPr>
                <w:rFonts w:cs="Times New Roman"/>
              </w:rPr>
            </w:pPr>
            <w:r w:rsidRPr="00717886">
              <w:rPr>
                <w:rFonts w:cs="Times New Roman"/>
                <w:sz w:val="13"/>
              </w:rPr>
              <w:t>[−.0519, .1858]</w:t>
            </w:r>
          </w:p>
        </w:tc>
        <w:tc>
          <w:tcPr>
            <w:tcW w:w="892" w:type="dxa"/>
            <w:shd w:val="clear" w:color="auto" w:fill="F5F7F9"/>
            <w:tcMar>
              <w:top w:w="70" w:type="dxa"/>
              <w:left w:w="95" w:type="dxa"/>
              <w:bottom w:w="70" w:type="dxa"/>
              <w:right w:w="95" w:type="dxa"/>
            </w:tcMar>
            <w:vAlign w:val="center"/>
          </w:tcPr>
          <w:p w14:paraId="0AD02816" w14:textId="77777777" w:rsidR="00423D2F" w:rsidRPr="00717886" w:rsidRDefault="0047346F">
            <w:pPr>
              <w:spacing w:after="0"/>
              <w:jc w:val="right"/>
              <w:rPr>
                <w:rFonts w:cs="Times New Roman"/>
              </w:rPr>
            </w:pPr>
            <w:r w:rsidRPr="00717886">
              <w:rPr>
                <w:rFonts w:cs="Times New Roman"/>
                <w:sz w:val="13"/>
              </w:rPr>
              <w:t>.261</w:t>
            </w:r>
          </w:p>
        </w:tc>
        <w:tc>
          <w:tcPr>
            <w:tcW w:w="648" w:type="dxa"/>
            <w:shd w:val="clear" w:color="auto" w:fill="F5F7F9"/>
            <w:tcMar>
              <w:top w:w="70" w:type="dxa"/>
              <w:left w:w="95" w:type="dxa"/>
              <w:bottom w:w="70" w:type="dxa"/>
              <w:right w:w="95" w:type="dxa"/>
            </w:tcMar>
            <w:vAlign w:val="center"/>
          </w:tcPr>
          <w:p w14:paraId="6E9E93FA"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549FE2AB"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4B9EC9CD" w14:textId="77777777">
        <w:trPr>
          <w:cantSplit/>
          <w:jc w:val="center"/>
        </w:trPr>
        <w:tc>
          <w:tcPr>
            <w:tcW w:w="720" w:type="dxa"/>
            <w:tcMar>
              <w:top w:w="70" w:type="dxa"/>
              <w:left w:w="95" w:type="dxa"/>
              <w:bottom w:w="70" w:type="dxa"/>
              <w:right w:w="95" w:type="dxa"/>
            </w:tcMar>
            <w:vAlign w:val="center"/>
          </w:tcPr>
          <w:p w14:paraId="47CED2AD" w14:textId="77777777" w:rsidR="00423D2F" w:rsidRPr="00717886" w:rsidRDefault="0047346F">
            <w:pPr>
              <w:spacing w:after="0"/>
              <w:rPr>
                <w:rFonts w:cs="Times New Roman"/>
              </w:rPr>
            </w:pPr>
            <w:r w:rsidRPr="00717886">
              <w:rPr>
                <w:rFonts w:cs="Times New Roman"/>
                <w:sz w:val="13"/>
              </w:rPr>
              <w:t>Broad</w:t>
            </w:r>
          </w:p>
        </w:tc>
        <w:tc>
          <w:tcPr>
            <w:tcW w:w="2376" w:type="dxa"/>
            <w:tcMar>
              <w:top w:w="70" w:type="dxa"/>
              <w:left w:w="95" w:type="dxa"/>
              <w:bottom w:w="70" w:type="dxa"/>
              <w:right w:w="95" w:type="dxa"/>
            </w:tcMar>
            <w:vAlign w:val="center"/>
          </w:tcPr>
          <w:p w14:paraId="6475182D" w14:textId="77777777" w:rsidR="00423D2F" w:rsidRPr="00717886" w:rsidRDefault="0047346F">
            <w:pPr>
              <w:spacing w:after="0"/>
              <w:rPr>
                <w:rFonts w:cs="Times New Roman"/>
              </w:rPr>
            </w:pPr>
            <w:r w:rsidRPr="00717886">
              <w:rPr>
                <w:rFonts w:cs="Times New Roman"/>
                <w:sz w:val="13"/>
              </w:rPr>
              <w:t>EKII</w:t>
            </w:r>
          </w:p>
        </w:tc>
        <w:tc>
          <w:tcPr>
            <w:tcW w:w="1800" w:type="dxa"/>
            <w:tcMar>
              <w:top w:w="70" w:type="dxa"/>
              <w:left w:w="95" w:type="dxa"/>
              <w:bottom w:w="70" w:type="dxa"/>
              <w:right w:w="95" w:type="dxa"/>
            </w:tcMar>
            <w:vAlign w:val="center"/>
          </w:tcPr>
          <w:p w14:paraId="7B2D74AC" w14:textId="77777777" w:rsidR="00423D2F" w:rsidRPr="00717886" w:rsidRDefault="0047346F">
            <w:pPr>
              <w:spacing w:after="0"/>
              <w:rPr>
                <w:rFonts w:cs="Times New Roman"/>
              </w:rPr>
            </w:pPr>
            <w:r w:rsidRPr="00717886">
              <w:rPr>
                <w:rFonts w:cs="Times New Roman"/>
                <w:sz w:val="13"/>
              </w:rPr>
              <w:t>External partners</w:t>
            </w:r>
          </w:p>
        </w:tc>
        <w:tc>
          <w:tcPr>
            <w:tcW w:w="792" w:type="dxa"/>
            <w:tcMar>
              <w:top w:w="70" w:type="dxa"/>
              <w:left w:w="95" w:type="dxa"/>
              <w:bottom w:w="70" w:type="dxa"/>
              <w:right w:w="95" w:type="dxa"/>
            </w:tcMar>
            <w:vAlign w:val="center"/>
          </w:tcPr>
          <w:p w14:paraId="19E1F421" w14:textId="77777777" w:rsidR="00423D2F" w:rsidRPr="00717886" w:rsidRDefault="0047346F">
            <w:pPr>
              <w:spacing w:after="0"/>
              <w:jc w:val="right"/>
              <w:rPr>
                <w:rFonts w:cs="Times New Roman"/>
              </w:rPr>
            </w:pPr>
            <w:r w:rsidRPr="00717886">
              <w:rPr>
                <w:rFonts w:cs="Times New Roman"/>
                <w:sz w:val="13"/>
              </w:rPr>
              <w:t>−.0134</w:t>
            </w:r>
          </w:p>
        </w:tc>
        <w:tc>
          <w:tcPr>
            <w:tcW w:w="936" w:type="dxa"/>
            <w:tcMar>
              <w:top w:w="70" w:type="dxa"/>
              <w:left w:w="95" w:type="dxa"/>
              <w:bottom w:w="70" w:type="dxa"/>
              <w:right w:w="95" w:type="dxa"/>
            </w:tcMar>
            <w:vAlign w:val="center"/>
          </w:tcPr>
          <w:p w14:paraId="0C5F6365" w14:textId="77777777" w:rsidR="00423D2F" w:rsidRPr="00717886" w:rsidRDefault="0047346F">
            <w:pPr>
              <w:spacing w:after="0"/>
              <w:jc w:val="right"/>
              <w:rPr>
                <w:rFonts w:cs="Times New Roman"/>
              </w:rPr>
            </w:pPr>
            <w:r w:rsidRPr="00717886">
              <w:rPr>
                <w:rFonts w:cs="Times New Roman"/>
                <w:sz w:val="13"/>
              </w:rPr>
              <w:t>.0702</w:t>
            </w:r>
          </w:p>
        </w:tc>
        <w:tc>
          <w:tcPr>
            <w:tcW w:w="1368" w:type="dxa"/>
            <w:tcMar>
              <w:top w:w="70" w:type="dxa"/>
              <w:left w:w="95" w:type="dxa"/>
              <w:bottom w:w="70" w:type="dxa"/>
              <w:right w:w="95" w:type="dxa"/>
            </w:tcMar>
            <w:vAlign w:val="center"/>
          </w:tcPr>
          <w:p w14:paraId="4274BF28" w14:textId="77777777" w:rsidR="00423D2F" w:rsidRPr="00717886" w:rsidRDefault="0047346F">
            <w:pPr>
              <w:spacing w:after="0"/>
              <w:jc w:val="center"/>
              <w:rPr>
                <w:rFonts w:cs="Times New Roman"/>
              </w:rPr>
            </w:pPr>
            <w:r w:rsidRPr="00717886">
              <w:rPr>
                <w:rFonts w:cs="Times New Roman"/>
                <w:sz w:val="13"/>
              </w:rPr>
              <w:t>[−.1557, .1288]</w:t>
            </w:r>
          </w:p>
        </w:tc>
        <w:tc>
          <w:tcPr>
            <w:tcW w:w="892" w:type="dxa"/>
            <w:tcMar>
              <w:top w:w="70" w:type="dxa"/>
              <w:left w:w="95" w:type="dxa"/>
              <w:bottom w:w="70" w:type="dxa"/>
              <w:right w:w="95" w:type="dxa"/>
            </w:tcMar>
            <w:vAlign w:val="center"/>
          </w:tcPr>
          <w:p w14:paraId="13D6347B" w14:textId="77777777" w:rsidR="00423D2F" w:rsidRPr="00717886" w:rsidRDefault="0047346F">
            <w:pPr>
              <w:spacing w:after="0"/>
              <w:jc w:val="right"/>
              <w:rPr>
                <w:rFonts w:cs="Times New Roman"/>
              </w:rPr>
            </w:pPr>
            <w:r w:rsidRPr="00717886">
              <w:rPr>
                <w:rFonts w:cs="Times New Roman"/>
                <w:sz w:val="13"/>
              </w:rPr>
              <w:t>.849</w:t>
            </w:r>
          </w:p>
        </w:tc>
        <w:tc>
          <w:tcPr>
            <w:tcW w:w="648" w:type="dxa"/>
            <w:tcMar>
              <w:top w:w="70" w:type="dxa"/>
              <w:left w:w="95" w:type="dxa"/>
              <w:bottom w:w="70" w:type="dxa"/>
              <w:right w:w="95" w:type="dxa"/>
            </w:tcMar>
            <w:vAlign w:val="center"/>
          </w:tcPr>
          <w:p w14:paraId="1BA80916" w14:textId="77777777" w:rsidR="00423D2F" w:rsidRPr="00717886" w:rsidRDefault="0047346F">
            <w:pPr>
              <w:spacing w:after="0"/>
              <w:jc w:val="right"/>
              <w:rPr>
                <w:rFonts w:cs="Times New Roman"/>
              </w:rPr>
            </w:pPr>
            <w:r w:rsidRPr="00717886">
              <w:rPr>
                <w:rFonts w:cs="Times New Roman"/>
                <w:sz w:val="13"/>
              </w:rPr>
              <w:t>348</w:t>
            </w:r>
          </w:p>
        </w:tc>
        <w:tc>
          <w:tcPr>
            <w:tcW w:w="936" w:type="dxa"/>
            <w:tcMar>
              <w:top w:w="70" w:type="dxa"/>
              <w:left w:w="95" w:type="dxa"/>
              <w:bottom w:w="70" w:type="dxa"/>
              <w:right w:w="95" w:type="dxa"/>
            </w:tcMar>
            <w:vAlign w:val="center"/>
          </w:tcPr>
          <w:p w14:paraId="18713F87"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5F4692D4" w14:textId="77777777">
        <w:trPr>
          <w:cantSplit/>
          <w:jc w:val="center"/>
        </w:trPr>
        <w:tc>
          <w:tcPr>
            <w:tcW w:w="720" w:type="dxa"/>
            <w:shd w:val="clear" w:color="auto" w:fill="F5F7F9"/>
            <w:tcMar>
              <w:top w:w="70" w:type="dxa"/>
              <w:left w:w="95" w:type="dxa"/>
              <w:bottom w:w="70" w:type="dxa"/>
              <w:right w:w="95" w:type="dxa"/>
            </w:tcMar>
            <w:vAlign w:val="center"/>
          </w:tcPr>
          <w:p w14:paraId="25B09A50" w14:textId="77777777" w:rsidR="00423D2F" w:rsidRPr="00717886" w:rsidRDefault="0047346F">
            <w:pPr>
              <w:spacing w:after="0"/>
              <w:rPr>
                <w:rFonts w:cs="Times New Roman"/>
              </w:rPr>
            </w:pPr>
            <w:r w:rsidRPr="00717886">
              <w:rPr>
                <w:rFonts w:cs="Times New Roman"/>
                <w:sz w:val="13"/>
              </w:rPr>
              <w:t>Broad</w:t>
            </w:r>
          </w:p>
        </w:tc>
        <w:tc>
          <w:tcPr>
            <w:tcW w:w="2376" w:type="dxa"/>
            <w:shd w:val="clear" w:color="auto" w:fill="F5F7F9"/>
            <w:tcMar>
              <w:top w:w="70" w:type="dxa"/>
              <w:left w:w="95" w:type="dxa"/>
              <w:bottom w:w="70" w:type="dxa"/>
              <w:right w:w="95" w:type="dxa"/>
            </w:tcMar>
            <w:vAlign w:val="center"/>
          </w:tcPr>
          <w:p w14:paraId="031CA491" w14:textId="77777777" w:rsidR="00423D2F" w:rsidRPr="00717886" w:rsidRDefault="0047346F">
            <w:pPr>
              <w:spacing w:after="0"/>
              <w:rPr>
                <w:rFonts w:cs="Times New Roman"/>
              </w:rPr>
            </w:pPr>
            <w:r w:rsidRPr="00717886">
              <w:rPr>
                <w:rFonts w:cs="Times New Roman"/>
                <w:sz w:val="13"/>
              </w:rPr>
              <w:t>EKII</w:t>
            </w:r>
          </w:p>
        </w:tc>
        <w:tc>
          <w:tcPr>
            <w:tcW w:w="1800" w:type="dxa"/>
            <w:shd w:val="clear" w:color="auto" w:fill="F5F7F9"/>
            <w:tcMar>
              <w:top w:w="70" w:type="dxa"/>
              <w:left w:w="95" w:type="dxa"/>
              <w:bottom w:w="70" w:type="dxa"/>
              <w:right w:w="95" w:type="dxa"/>
            </w:tcMar>
            <w:vAlign w:val="center"/>
          </w:tcPr>
          <w:p w14:paraId="7CE1F64F" w14:textId="77777777" w:rsidR="00423D2F" w:rsidRPr="00717886" w:rsidRDefault="0047346F">
            <w:pPr>
              <w:spacing w:after="0"/>
              <w:rPr>
                <w:rFonts w:cs="Times New Roman"/>
              </w:rPr>
            </w:pPr>
            <w:r w:rsidRPr="00717886">
              <w:rPr>
                <w:rFonts w:cs="Times New Roman"/>
                <w:sz w:val="13"/>
              </w:rPr>
              <w:t>Partner countries</w:t>
            </w:r>
          </w:p>
        </w:tc>
        <w:tc>
          <w:tcPr>
            <w:tcW w:w="792" w:type="dxa"/>
            <w:shd w:val="clear" w:color="auto" w:fill="F5F7F9"/>
            <w:tcMar>
              <w:top w:w="70" w:type="dxa"/>
              <w:left w:w="95" w:type="dxa"/>
              <w:bottom w:w="70" w:type="dxa"/>
              <w:right w:w="95" w:type="dxa"/>
            </w:tcMar>
            <w:vAlign w:val="center"/>
          </w:tcPr>
          <w:p w14:paraId="03B33848" w14:textId="77777777" w:rsidR="00423D2F" w:rsidRPr="00717886" w:rsidRDefault="0047346F">
            <w:pPr>
              <w:spacing w:after="0"/>
              <w:jc w:val="right"/>
              <w:rPr>
                <w:rFonts w:cs="Times New Roman"/>
              </w:rPr>
            </w:pPr>
            <w:r w:rsidRPr="00717886">
              <w:rPr>
                <w:rFonts w:cs="Times New Roman"/>
                <w:sz w:val="13"/>
              </w:rPr>
              <w:t>.0129</w:t>
            </w:r>
          </w:p>
        </w:tc>
        <w:tc>
          <w:tcPr>
            <w:tcW w:w="936" w:type="dxa"/>
            <w:shd w:val="clear" w:color="auto" w:fill="F5F7F9"/>
            <w:tcMar>
              <w:top w:w="70" w:type="dxa"/>
              <w:left w:w="95" w:type="dxa"/>
              <w:bottom w:w="70" w:type="dxa"/>
              <w:right w:w="95" w:type="dxa"/>
            </w:tcMar>
            <w:vAlign w:val="center"/>
          </w:tcPr>
          <w:p w14:paraId="0D82C4DA" w14:textId="77777777" w:rsidR="00423D2F" w:rsidRPr="00717886" w:rsidRDefault="0047346F">
            <w:pPr>
              <w:spacing w:after="0"/>
              <w:jc w:val="right"/>
              <w:rPr>
                <w:rFonts w:cs="Times New Roman"/>
              </w:rPr>
            </w:pPr>
            <w:r w:rsidRPr="00717886">
              <w:rPr>
                <w:rFonts w:cs="Times New Roman"/>
                <w:sz w:val="13"/>
              </w:rPr>
              <w:t>.0736</w:t>
            </w:r>
          </w:p>
        </w:tc>
        <w:tc>
          <w:tcPr>
            <w:tcW w:w="1368" w:type="dxa"/>
            <w:shd w:val="clear" w:color="auto" w:fill="F5F7F9"/>
            <w:tcMar>
              <w:top w:w="70" w:type="dxa"/>
              <w:left w:w="95" w:type="dxa"/>
              <w:bottom w:w="70" w:type="dxa"/>
              <w:right w:w="95" w:type="dxa"/>
            </w:tcMar>
            <w:vAlign w:val="center"/>
          </w:tcPr>
          <w:p w14:paraId="6CC6967D" w14:textId="77777777" w:rsidR="00423D2F" w:rsidRPr="00717886" w:rsidRDefault="0047346F">
            <w:pPr>
              <w:spacing w:after="0"/>
              <w:jc w:val="center"/>
              <w:rPr>
                <w:rFonts w:cs="Times New Roman"/>
              </w:rPr>
            </w:pPr>
            <w:r w:rsidRPr="00717886">
              <w:rPr>
                <w:rFonts w:cs="Times New Roman"/>
                <w:sz w:val="13"/>
              </w:rPr>
              <w:t>[−.1362, .1619]</w:t>
            </w:r>
          </w:p>
        </w:tc>
        <w:tc>
          <w:tcPr>
            <w:tcW w:w="892" w:type="dxa"/>
            <w:shd w:val="clear" w:color="auto" w:fill="F5F7F9"/>
            <w:tcMar>
              <w:top w:w="70" w:type="dxa"/>
              <w:left w:w="95" w:type="dxa"/>
              <w:bottom w:w="70" w:type="dxa"/>
              <w:right w:w="95" w:type="dxa"/>
            </w:tcMar>
            <w:vAlign w:val="center"/>
          </w:tcPr>
          <w:p w14:paraId="19883B90" w14:textId="77777777" w:rsidR="00423D2F" w:rsidRPr="00717886" w:rsidRDefault="0047346F">
            <w:pPr>
              <w:spacing w:after="0"/>
              <w:jc w:val="right"/>
              <w:rPr>
                <w:rFonts w:cs="Times New Roman"/>
              </w:rPr>
            </w:pPr>
            <w:r w:rsidRPr="00717886">
              <w:rPr>
                <w:rFonts w:cs="Times New Roman"/>
                <w:sz w:val="13"/>
              </w:rPr>
              <w:t>.862</w:t>
            </w:r>
          </w:p>
        </w:tc>
        <w:tc>
          <w:tcPr>
            <w:tcW w:w="648" w:type="dxa"/>
            <w:shd w:val="clear" w:color="auto" w:fill="F5F7F9"/>
            <w:tcMar>
              <w:top w:w="70" w:type="dxa"/>
              <w:left w:w="95" w:type="dxa"/>
              <w:bottom w:w="70" w:type="dxa"/>
              <w:right w:w="95" w:type="dxa"/>
            </w:tcMar>
            <w:vAlign w:val="center"/>
          </w:tcPr>
          <w:p w14:paraId="1A61CA6C"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349F532C"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45E4720A" w14:textId="77777777">
        <w:trPr>
          <w:cantSplit/>
          <w:jc w:val="center"/>
        </w:trPr>
        <w:tc>
          <w:tcPr>
            <w:tcW w:w="720" w:type="dxa"/>
            <w:tcMar>
              <w:top w:w="70" w:type="dxa"/>
              <w:left w:w="95" w:type="dxa"/>
              <w:bottom w:w="70" w:type="dxa"/>
              <w:right w:w="95" w:type="dxa"/>
            </w:tcMar>
            <w:vAlign w:val="center"/>
          </w:tcPr>
          <w:p w14:paraId="317BB2AC" w14:textId="77777777" w:rsidR="00423D2F" w:rsidRPr="00717886" w:rsidRDefault="0047346F">
            <w:pPr>
              <w:spacing w:after="0"/>
              <w:rPr>
                <w:rFonts w:cs="Times New Roman"/>
              </w:rPr>
            </w:pPr>
            <w:r w:rsidRPr="00717886">
              <w:rPr>
                <w:rFonts w:cs="Times New Roman"/>
                <w:sz w:val="13"/>
              </w:rPr>
              <w:t>Broad</w:t>
            </w:r>
          </w:p>
        </w:tc>
        <w:tc>
          <w:tcPr>
            <w:tcW w:w="2376" w:type="dxa"/>
            <w:tcMar>
              <w:top w:w="70" w:type="dxa"/>
              <w:left w:w="95" w:type="dxa"/>
              <w:bottom w:w="70" w:type="dxa"/>
              <w:right w:w="95" w:type="dxa"/>
            </w:tcMar>
            <w:vAlign w:val="center"/>
          </w:tcPr>
          <w:p w14:paraId="71823A49" w14:textId="77777777" w:rsidR="00423D2F" w:rsidRPr="00717886" w:rsidRDefault="0047346F">
            <w:pPr>
              <w:spacing w:after="0"/>
              <w:rPr>
                <w:rFonts w:cs="Times New Roman"/>
              </w:rPr>
            </w:pPr>
            <w:r w:rsidRPr="00717886">
              <w:rPr>
                <w:rFonts w:cs="Times New Roman"/>
                <w:sz w:val="13"/>
              </w:rPr>
              <w:t>EKII</w:t>
            </w:r>
          </w:p>
        </w:tc>
        <w:tc>
          <w:tcPr>
            <w:tcW w:w="1800" w:type="dxa"/>
            <w:tcMar>
              <w:top w:w="70" w:type="dxa"/>
              <w:left w:w="95" w:type="dxa"/>
              <w:bottom w:w="70" w:type="dxa"/>
              <w:right w:w="95" w:type="dxa"/>
            </w:tcMar>
            <w:vAlign w:val="center"/>
          </w:tcPr>
          <w:p w14:paraId="2C02FF80" w14:textId="77777777" w:rsidR="00423D2F" w:rsidRPr="00717886" w:rsidRDefault="0047346F">
            <w:pPr>
              <w:spacing w:after="0"/>
              <w:rPr>
                <w:rFonts w:cs="Times New Roman"/>
              </w:rPr>
            </w:pPr>
            <w:r w:rsidRPr="00717886">
              <w:rPr>
                <w:rFonts w:cs="Times New Roman"/>
                <w:sz w:val="13"/>
              </w:rPr>
              <w:t>External research rate</w:t>
            </w:r>
          </w:p>
        </w:tc>
        <w:tc>
          <w:tcPr>
            <w:tcW w:w="792" w:type="dxa"/>
            <w:tcMar>
              <w:top w:w="70" w:type="dxa"/>
              <w:left w:w="95" w:type="dxa"/>
              <w:bottom w:w="70" w:type="dxa"/>
              <w:right w:w="95" w:type="dxa"/>
            </w:tcMar>
            <w:vAlign w:val="center"/>
          </w:tcPr>
          <w:p w14:paraId="0A10AA72" w14:textId="77777777" w:rsidR="00423D2F" w:rsidRPr="00717886" w:rsidRDefault="0047346F">
            <w:pPr>
              <w:spacing w:after="0"/>
              <w:jc w:val="right"/>
              <w:rPr>
                <w:rFonts w:cs="Times New Roman"/>
              </w:rPr>
            </w:pPr>
            <w:r w:rsidRPr="00717886">
              <w:rPr>
                <w:rFonts w:cs="Times New Roman"/>
                <w:sz w:val="13"/>
              </w:rPr>
              <w:t>.0616</w:t>
            </w:r>
          </w:p>
        </w:tc>
        <w:tc>
          <w:tcPr>
            <w:tcW w:w="936" w:type="dxa"/>
            <w:tcMar>
              <w:top w:w="70" w:type="dxa"/>
              <w:left w:w="95" w:type="dxa"/>
              <w:bottom w:w="70" w:type="dxa"/>
              <w:right w:w="95" w:type="dxa"/>
            </w:tcMar>
            <w:vAlign w:val="center"/>
          </w:tcPr>
          <w:p w14:paraId="3C677BD4" w14:textId="77777777" w:rsidR="00423D2F" w:rsidRPr="00717886" w:rsidRDefault="0047346F">
            <w:pPr>
              <w:spacing w:after="0"/>
              <w:jc w:val="right"/>
              <w:rPr>
                <w:rFonts w:cs="Times New Roman"/>
              </w:rPr>
            </w:pPr>
            <w:r w:rsidRPr="00717886">
              <w:rPr>
                <w:rFonts w:cs="Times New Roman"/>
                <w:sz w:val="13"/>
              </w:rPr>
              <w:t>.0559</w:t>
            </w:r>
          </w:p>
        </w:tc>
        <w:tc>
          <w:tcPr>
            <w:tcW w:w="1368" w:type="dxa"/>
            <w:tcMar>
              <w:top w:w="70" w:type="dxa"/>
              <w:left w:w="95" w:type="dxa"/>
              <w:bottom w:w="70" w:type="dxa"/>
              <w:right w:w="95" w:type="dxa"/>
            </w:tcMar>
            <w:vAlign w:val="center"/>
          </w:tcPr>
          <w:p w14:paraId="6906587E" w14:textId="77777777" w:rsidR="00423D2F" w:rsidRPr="00717886" w:rsidRDefault="0047346F">
            <w:pPr>
              <w:spacing w:after="0"/>
              <w:jc w:val="center"/>
              <w:rPr>
                <w:rFonts w:cs="Times New Roman"/>
              </w:rPr>
            </w:pPr>
            <w:r w:rsidRPr="00717886">
              <w:rPr>
                <w:rFonts w:cs="Times New Roman"/>
                <w:sz w:val="13"/>
              </w:rPr>
              <w:t>[−.0517, .1749]</w:t>
            </w:r>
          </w:p>
        </w:tc>
        <w:tc>
          <w:tcPr>
            <w:tcW w:w="892" w:type="dxa"/>
            <w:tcMar>
              <w:top w:w="70" w:type="dxa"/>
              <w:left w:w="95" w:type="dxa"/>
              <w:bottom w:w="70" w:type="dxa"/>
              <w:right w:w="95" w:type="dxa"/>
            </w:tcMar>
            <w:vAlign w:val="center"/>
          </w:tcPr>
          <w:p w14:paraId="337DC9DE" w14:textId="77777777" w:rsidR="00423D2F" w:rsidRPr="00717886" w:rsidRDefault="0047346F">
            <w:pPr>
              <w:spacing w:after="0"/>
              <w:jc w:val="right"/>
              <w:rPr>
                <w:rFonts w:cs="Times New Roman"/>
              </w:rPr>
            </w:pPr>
            <w:r w:rsidRPr="00717886">
              <w:rPr>
                <w:rFonts w:cs="Times New Roman"/>
                <w:sz w:val="13"/>
              </w:rPr>
              <w:t>.278</w:t>
            </w:r>
          </w:p>
        </w:tc>
        <w:tc>
          <w:tcPr>
            <w:tcW w:w="648" w:type="dxa"/>
            <w:tcMar>
              <w:top w:w="70" w:type="dxa"/>
              <w:left w:w="95" w:type="dxa"/>
              <w:bottom w:w="70" w:type="dxa"/>
              <w:right w:w="95" w:type="dxa"/>
            </w:tcMar>
            <w:vAlign w:val="center"/>
          </w:tcPr>
          <w:p w14:paraId="7BB6194B" w14:textId="77777777" w:rsidR="00423D2F" w:rsidRPr="00717886" w:rsidRDefault="0047346F">
            <w:pPr>
              <w:spacing w:after="0"/>
              <w:jc w:val="right"/>
              <w:rPr>
                <w:rFonts w:cs="Times New Roman"/>
              </w:rPr>
            </w:pPr>
            <w:r w:rsidRPr="00717886">
              <w:rPr>
                <w:rFonts w:cs="Times New Roman"/>
                <w:sz w:val="13"/>
              </w:rPr>
              <w:t>348</w:t>
            </w:r>
          </w:p>
        </w:tc>
        <w:tc>
          <w:tcPr>
            <w:tcW w:w="936" w:type="dxa"/>
            <w:tcMar>
              <w:top w:w="70" w:type="dxa"/>
              <w:left w:w="95" w:type="dxa"/>
              <w:bottom w:w="70" w:type="dxa"/>
              <w:right w:w="95" w:type="dxa"/>
            </w:tcMar>
            <w:vAlign w:val="center"/>
          </w:tcPr>
          <w:p w14:paraId="13F555AC" w14:textId="77777777" w:rsidR="00423D2F" w:rsidRPr="00717886" w:rsidRDefault="0047346F">
            <w:pPr>
              <w:spacing w:after="0"/>
              <w:jc w:val="right"/>
              <w:rPr>
                <w:rFonts w:cs="Times New Roman"/>
              </w:rPr>
            </w:pPr>
            <w:r w:rsidRPr="00717886">
              <w:rPr>
                <w:rFonts w:cs="Times New Roman"/>
                <w:sz w:val="13"/>
              </w:rPr>
              <w:t>38</w:t>
            </w:r>
          </w:p>
        </w:tc>
      </w:tr>
      <w:tr w:rsidR="002E7DCF" w:rsidRPr="00717886" w14:paraId="5CBCE05D" w14:textId="77777777">
        <w:trPr>
          <w:cantSplit/>
          <w:jc w:val="center"/>
        </w:trPr>
        <w:tc>
          <w:tcPr>
            <w:tcW w:w="720" w:type="dxa"/>
            <w:shd w:val="clear" w:color="auto" w:fill="F5F7F9"/>
            <w:tcMar>
              <w:top w:w="70" w:type="dxa"/>
              <w:left w:w="95" w:type="dxa"/>
              <w:bottom w:w="70" w:type="dxa"/>
              <w:right w:w="95" w:type="dxa"/>
            </w:tcMar>
            <w:vAlign w:val="center"/>
          </w:tcPr>
          <w:p w14:paraId="67F7B934" w14:textId="77777777" w:rsidR="00423D2F" w:rsidRPr="00717886" w:rsidRDefault="0047346F">
            <w:pPr>
              <w:spacing w:after="0"/>
              <w:rPr>
                <w:rFonts w:cs="Times New Roman"/>
              </w:rPr>
            </w:pPr>
            <w:r w:rsidRPr="00717886">
              <w:rPr>
                <w:rFonts w:cs="Times New Roman"/>
                <w:sz w:val="13"/>
              </w:rPr>
              <w:t>Broad</w:t>
            </w:r>
          </w:p>
        </w:tc>
        <w:tc>
          <w:tcPr>
            <w:tcW w:w="2376" w:type="dxa"/>
            <w:shd w:val="clear" w:color="auto" w:fill="F5F7F9"/>
            <w:tcMar>
              <w:top w:w="70" w:type="dxa"/>
              <w:left w:w="95" w:type="dxa"/>
              <w:bottom w:w="70" w:type="dxa"/>
              <w:right w:w="95" w:type="dxa"/>
            </w:tcMar>
            <w:vAlign w:val="center"/>
          </w:tcPr>
          <w:p w14:paraId="2588FC59" w14:textId="77777777" w:rsidR="00423D2F" w:rsidRPr="00717886" w:rsidRDefault="0047346F">
            <w:pPr>
              <w:spacing w:after="0"/>
              <w:rPr>
                <w:rFonts w:cs="Times New Roman"/>
              </w:rPr>
            </w:pPr>
            <w:r w:rsidRPr="00717886">
              <w:rPr>
                <w:rFonts w:cs="Times New Roman"/>
                <w:sz w:val="13"/>
              </w:rPr>
              <w:t>EKII</w:t>
            </w:r>
          </w:p>
        </w:tc>
        <w:tc>
          <w:tcPr>
            <w:tcW w:w="1800" w:type="dxa"/>
            <w:shd w:val="clear" w:color="auto" w:fill="F5F7F9"/>
            <w:tcMar>
              <w:top w:w="70" w:type="dxa"/>
              <w:left w:w="95" w:type="dxa"/>
              <w:bottom w:w="70" w:type="dxa"/>
              <w:right w:w="95" w:type="dxa"/>
            </w:tcMar>
            <w:vAlign w:val="center"/>
          </w:tcPr>
          <w:p w14:paraId="1345B0DC" w14:textId="77777777" w:rsidR="00423D2F" w:rsidRPr="00717886" w:rsidRDefault="0047346F">
            <w:pPr>
              <w:spacing w:after="0"/>
              <w:rPr>
                <w:rFonts w:cs="Times New Roman"/>
              </w:rPr>
            </w:pPr>
            <w:r w:rsidRPr="00717886">
              <w:rPr>
                <w:rFonts w:cs="Times New Roman"/>
                <w:sz w:val="13"/>
              </w:rPr>
              <w:t>International research rate</w:t>
            </w:r>
          </w:p>
        </w:tc>
        <w:tc>
          <w:tcPr>
            <w:tcW w:w="792" w:type="dxa"/>
            <w:shd w:val="clear" w:color="auto" w:fill="F5F7F9"/>
            <w:tcMar>
              <w:top w:w="70" w:type="dxa"/>
              <w:left w:w="95" w:type="dxa"/>
              <w:bottom w:w="70" w:type="dxa"/>
              <w:right w:w="95" w:type="dxa"/>
            </w:tcMar>
            <w:vAlign w:val="center"/>
          </w:tcPr>
          <w:p w14:paraId="739EA92E" w14:textId="77777777" w:rsidR="00423D2F" w:rsidRPr="00717886" w:rsidRDefault="0047346F">
            <w:pPr>
              <w:spacing w:after="0"/>
              <w:jc w:val="right"/>
              <w:rPr>
                <w:rFonts w:cs="Times New Roman"/>
              </w:rPr>
            </w:pPr>
            <w:r w:rsidRPr="00717886">
              <w:rPr>
                <w:rFonts w:cs="Times New Roman"/>
                <w:sz w:val="13"/>
              </w:rPr>
              <w:t>.0931</w:t>
            </w:r>
          </w:p>
        </w:tc>
        <w:tc>
          <w:tcPr>
            <w:tcW w:w="936" w:type="dxa"/>
            <w:shd w:val="clear" w:color="auto" w:fill="F5F7F9"/>
            <w:tcMar>
              <w:top w:w="70" w:type="dxa"/>
              <w:left w:w="95" w:type="dxa"/>
              <w:bottom w:w="70" w:type="dxa"/>
              <w:right w:w="95" w:type="dxa"/>
            </w:tcMar>
            <w:vAlign w:val="center"/>
          </w:tcPr>
          <w:p w14:paraId="28CD51EF" w14:textId="77777777" w:rsidR="00423D2F" w:rsidRPr="00717886" w:rsidRDefault="0047346F">
            <w:pPr>
              <w:spacing w:after="0"/>
              <w:jc w:val="right"/>
              <w:rPr>
                <w:rFonts w:cs="Times New Roman"/>
              </w:rPr>
            </w:pPr>
            <w:r w:rsidRPr="00717886">
              <w:rPr>
                <w:rFonts w:cs="Times New Roman"/>
                <w:sz w:val="13"/>
              </w:rPr>
              <w:t>.0652</w:t>
            </w:r>
          </w:p>
        </w:tc>
        <w:tc>
          <w:tcPr>
            <w:tcW w:w="1368" w:type="dxa"/>
            <w:shd w:val="clear" w:color="auto" w:fill="F5F7F9"/>
            <w:tcMar>
              <w:top w:w="70" w:type="dxa"/>
              <w:left w:w="95" w:type="dxa"/>
              <w:bottom w:w="70" w:type="dxa"/>
              <w:right w:w="95" w:type="dxa"/>
            </w:tcMar>
            <w:vAlign w:val="center"/>
          </w:tcPr>
          <w:p w14:paraId="67CCF9FD" w14:textId="77777777" w:rsidR="00423D2F" w:rsidRPr="00717886" w:rsidRDefault="0047346F">
            <w:pPr>
              <w:spacing w:after="0"/>
              <w:jc w:val="center"/>
              <w:rPr>
                <w:rFonts w:cs="Times New Roman"/>
              </w:rPr>
            </w:pPr>
            <w:r w:rsidRPr="00717886">
              <w:rPr>
                <w:rFonts w:cs="Times New Roman"/>
                <w:sz w:val="13"/>
              </w:rPr>
              <w:t>[−.0389, .2251]</w:t>
            </w:r>
          </w:p>
        </w:tc>
        <w:tc>
          <w:tcPr>
            <w:tcW w:w="892" w:type="dxa"/>
            <w:shd w:val="clear" w:color="auto" w:fill="F5F7F9"/>
            <w:tcMar>
              <w:top w:w="70" w:type="dxa"/>
              <w:left w:w="95" w:type="dxa"/>
              <w:bottom w:w="70" w:type="dxa"/>
              <w:right w:w="95" w:type="dxa"/>
            </w:tcMar>
            <w:vAlign w:val="center"/>
          </w:tcPr>
          <w:p w14:paraId="3D9F59A5" w14:textId="77777777" w:rsidR="00423D2F" w:rsidRPr="00717886" w:rsidRDefault="0047346F">
            <w:pPr>
              <w:spacing w:after="0"/>
              <w:jc w:val="right"/>
              <w:rPr>
                <w:rFonts w:cs="Times New Roman"/>
              </w:rPr>
            </w:pPr>
            <w:r w:rsidRPr="00717886">
              <w:rPr>
                <w:rFonts w:cs="Times New Roman"/>
                <w:sz w:val="13"/>
              </w:rPr>
              <w:t>.161</w:t>
            </w:r>
          </w:p>
        </w:tc>
        <w:tc>
          <w:tcPr>
            <w:tcW w:w="648" w:type="dxa"/>
            <w:shd w:val="clear" w:color="auto" w:fill="F5F7F9"/>
            <w:tcMar>
              <w:top w:w="70" w:type="dxa"/>
              <w:left w:w="95" w:type="dxa"/>
              <w:bottom w:w="70" w:type="dxa"/>
              <w:right w:w="95" w:type="dxa"/>
            </w:tcMar>
            <w:vAlign w:val="center"/>
          </w:tcPr>
          <w:p w14:paraId="253ED6A6" w14:textId="77777777" w:rsidR="00423D2F" w:rsidRPr="00717886" w:rsidRDefault="0047346F">
            <w:pPr>
              <w:spacing w:after="0"/>
              <w:jc w:val="right"/>
              <w:rPr>
                <w:rFonts w:cs="Times New Roman"/>
              </w:rPr>
            </w:pPr>
            <w:r w:rsidRPr="00717886">
              <w:rPr>
                <w:rFonts w:cs="Times New Roman"/>
                <w:sz w:val="13"/>
              </w:rPr>
              <w:t>348</w:t>
            </w:r>
          </w:p>
        </w:tc>
        <w:tc>
          <w:tcPr>
            <w:tcW w:w="936" w:type="dxa"/>
            <w:shd w:val="clear" w:color="auto" w:fill="F5F7F9"/>
            <w:tcMar>
              <w:top w:w="70" w:type="dxa"/>
              <w:left w:w="95" w:type="dxa"/>
              <w:bottom w:w="70" w:type="dxa"/>
              <w:right w:w="95" w:type="dxa"/>
            </w:tcMar>
            <w:vAlign w:val="center"/>
          </w:tcPr>
          <w:p w14:paraId="76BD719F" w14:textId="77777777" w:rsidR="00423D2F" w:rsidRPr="00717886" w:rsidRDefault="0047346F">
            <w:pPr>
              <w:spacing w:after="0"/>
              <w:jc w:val="right"/>
              <w:rPr>
                <w:rFonts w:cs="Times New Roman"/>
              </w:rPr>
            </w:pPr>
            <w:r w:rsidRPr="00717886">
              <w:rPr>
                <w:rFonts w:cs="Times New Roman"/>
                <w:sz w:val="13"/>
              </w:rPr>
              <w:t>38</w:t>
            </w:r>
          </w:p>
        </w:tc>
      </w:tr>
    </w:tbl>
    <w:p w14:paraId="51501A8D"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Each row recomputed the indicated composite after omitting one component and re-estimated the primary one-year RORC→EKII model. Rows are limited to the leave-one-indicator-out checks retained in the corrected manuscript-aligned archive; no multiplicity-adjusted claim is made.</w:t>
      </w:r>
    </w:p>
    <w:p w14:paraId="091780B2" w14:textId="77777777" w:rsidR="002E7DCF" w:rsidRPr="00717886" w:rsidRDefault="00A11917">
      <w:pPr>
        <w:keepNext/>
        <w:pageBreakBefore/>
        <w:spacing w:before="100" w:after="80"/>
        <w:rPr>
          <w:rFonts w:cs="Times New Roman"/>
        </w:rPr>
      </w:pPr>
      <w:r w:rsidRPr="00717886">
        <w:rPr>
          <w:rFonts w:cs="Times New Roman"/>
          <w:b/>
          <w:i/>
        </w:rPr>
        <w:lastRenderedPageBreak/>
        <w:t>Panel E. Complete coefficient-level leave-one-institution-out results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792"/>
        <w:gridCol w:w="1007"/>
        <w:gridCol w:w="2664"/>
        <w:gridCol w:w="792"/>
        <w:gridCol w:w="936"/>
        <w:gridCol w:w="1440"/>
        <w:gridCol w:w="892"/>
        <w:gridCol w:w="648"/>
        <w:gridCol w:w="936"/>
      </w:tblGrid>
      <w:tr w:rsidR="002E7DCF" w:rsidRPr="00717886" w14:paraId="005F21CB" w14:textId="77777777">
        <w:trPr>
          <w:cantSplit/>
          <w:tblHeader/>
          <w:jc w:val="center"/>
        </w:trPr>
        <w:tc>
          <w:tcPr>
            <w:tcW w:w="792" w:type="dxa"/>
            <w:shd w:val="clear" w:color="auto" w:fill="D9EAF7"/>
            <w:tcMar>
              <w:top w:w="70" w:type="dxa"/>
              <w:left w:w="95" w:type="dxa"/>
              <w:bottom w:w="70" w:type="dxa"/>
              <w:right w:w="95" w:type="dxa"/>
            </w:tcMar>
            <w:vAlign w:val="center"/>
          </w:tcPr>
          <w:p w14:paraId="65B0EE99" w14:textId="77777777" w:rsidR="00423D2F" w:rsidRPr="00717886" w:rsidRDefault="0047346F">
            <w:pPr>
              <w:spacing w:after="0"/>
              <w:rPr>
                <w:rFonts w:cs="Times New Roman"/>
              </w:rPr>
            </w:pPr>
            <w:r w:rsidRPr="00717886">
              <w:rPr>
                <w:rFonts w:cs="Times New Roman"/>
                <w:b/>
                <w:sz w:val="13"/>
              </w:rPr>
              <w:t>Corpus</w:t>
            </w:r>
          </w:p>
        </w:tc>
        <w:tc>
          <w:tcPr>
            <w:tcW w:w="1007" w:type="dxa"/>
            <w:shd w:val="clear" w:color="auto" w:fill="D9EAF7"/>
            <w:tcMar>
              <w:top w:w="70" w:type="dxa"/>
              <w:left w:w="95" w:type="dxa"/>
              <w:bottom w:w="70" w:type="dxa"/>
              <w:right w:w="95" w:type="dxa"/>
            </w:tcMar>
            <w:vAlign w:val="center"/>
          </w:tcPr>
          <w:p w14:paraId="4FBE5DCA" w14:textId="77777777" w:rsidR="00423D2F" w:rsidRPr="00717886" w:rsidRDefault="0047346F">
            <w:pPr>
              <w:spacing w:after="0"/>
              <w:jc w:val="center"/>
              <w:rPr>
                <w:rFonts w:cs="Times New Roman"/>
              </w:rPr>
            </w:pPr>
            <w:r w:rsidRPr="00717886">
              <w:rPr>
                <w:rFonts w:cs="Times New Roman"/>
                <w:b/>
                <w:sz w:val="13"/>
              </w:rPr>
              <w:t>Excluded ID</w:t>
            </w:r>
          </w:p>
        </w:tc>
        <w:tc>
          <w:tcPr>
            <w:tcW w:w="2664" w:type="dxa"/>
            <w:shd w:val="clear" w:color="auto" w:fill="D9EAF7"/>
            <w:tcMar>
              <w:top w:w="70" w:type="dxa"/>
              <w:left w:w="95" w:type="dxa"/>
              <w:bottom w:w="70" w:type="dxa"/>
              <w:right w:w="95" w:type="dxa"/>
            </w:tcMar>
            <w:vAlign w:val="center"/>
          </w:tcPr>
          <w:p w14:paraId="5520F209" w14:textId="77777777" w:rsidR="00423D2F" w:rsidRPr="00717886" w:rsidRDefault="0047346F">
            <w:pPr>
              <w:spacing w:after="0"/>
              <w:rPr>
                <w:rFonts w:cs="Times New Roman"/>
              </w:rPr>
            </w:pPr>
            <w:r w:rsidRPr="00717886">
              <w:rPr>
                <w:rFonts w:cs="Times New Roman"/>
                <w:b/>
                <w:sz w:val="13"/>
              </w:rPr>
              <w:t>Path</w:t>
            </w:r>
          </w:p>
        </w:tc>
        <w:tc>
          <w:tcPr>
            <w:tcW w:w="792" w:type="dxa"/>
            <w:shd w:val="clear" w:color="auto" w:fill="D9EAF7"/>
            <w:tcMar>
              <w:top w:w="70" w:type="dxa"/>
              <w:left w:w="95" w:type="dxa"/>
              <w:bottom w:w="70" w:type="dxa"/>
              <w:right w:w="95" w:type="dxa"/>
            </w:tcMar>
            <w:vAlign w:val="center"/>
          </w:tcPr>
          <w:p w14:paraId="6BF2336F" w14:textId="77777777" w:rsidR="00423D2F" w:rsidRPr="00717886" w:rsidRDefault="0047346F">
            <w:pPr>
              <w:spacing w:after="0"/>
              <w:jc w:val="right"/>
              <w:rPr>
                <w:rFonts w:cs="Times New Roman"/>
              </w:rPr>
            </w:pPr>
            <w:r w:rsidRPr="00717886">
              <w:rPr>
                <w:rFonts w:cs="Times New Roman"/>
                <w:b/>
                <w:sz w:val="13"/>
              </w:rPr>
              <w:t>β</w:t>
            </w:r>
          </w:p>
        </w:tc>
        <w:tc>
          <w:tcPr>
            <w:tcW w:w="936" w:type="dxa"/>
            <w:shd w:val="clear" w:color="auto" w:fill="D9EAF7"/>
            <w:tcMar>
              <w:top w:w="70" w:type="dxa"/>
              <w:left w:w="95" w:type="dxa"/>
              <w:bottom w:w="70" w:type="dxa"/>
              <w:right w:w="95" w:type="dxa"/>
            </w:tcMar>
            <w:vAlign w:val="center"/>
          </w:tcPr>
          <w:p w14:paraId="45AC264E" w14:textId="77777777" w:rsidR="00423D2F" w:rsidRPr="00717886" w:rsidRDefault="0047346F">
            <w:pPr>
              <w:spacing w:after="0"/>
              <w:jc w:val="right"/>
              <w:rPr>
                <w:rFonts w:cs="Times New Roman"/>
              </w:rPr>
            </w:pPr>
            <w:r w:rsidRPr="00717886">
              <w:rPr>
                <w:rFonts w:cs="Times New Roman"/>
                <w:b/>
                <w:sz w:val="13"/>
              </w:rPr>
              <w:t>Cluster SE</w:t>
            </w:r>
          </w:p>
        </w:tc>
        <w:tc>
          <w:tcPr>
            <w:tcW w:w="1440" w:type="dxa"/>
            <w:shd w:val="clear" w:color="auto" w:fill="D9EAF7"/>
            <w:tcMar>
              <w:top w:w="70" w:type="dxa"/>
              <w:left w:w="95" w:type="dxa"/>
              <w:bottom w:w="70" w:type="dxa"/>
              <w:right w:w="95" w:type="dxa"/>
            </w:tcMar>
            <w:vAlign w:val="center"/>
          </w:tcPr>
          <w:p w14:paraId="78465746" w14:textId="77777777" w:rsidR="00423D2F" w:rsidRPr="00717886" w:rsidRDefault="0047346F">
            <w:pPr>
              <w:spacing w:after="0"/>
              <w:jc w:val="center"/>
              <w:rPr>
                <w:rFonts w:cs="Times New Roman"/>
              </w:rPr>
            </w:pPr>
            <w:r w:rsidRPr="00717886">
              <w:rPr>
                <w:rFonts w:cs="Times New Roman"/>
                <w:b/>
                <w:sz w:val="13"/>
              </w:rPr>
              <w:t>95% CR1 CI</w:t>
            </w:r>
          </w:p>
        </w:tc>
        <w:tc>
          <w:tcPr>
            <w:tcW w:w="892" w:type="dxa"/>
            <w:shd w:val="clear" w:color="auto" w:fill="D9EAF7"/>
            <w:tcMar>
              <w:top w:w="70" w:type="dxa"/>
              <w:left w:w="95" w:type="dxa"/>
              <w:bottom w:w="70" w:type="dxa"/>
              <w:right w:w="95" w:type="dxa"/>
            </w:tcMar>
            <w:vAlign w:val="center"/>
          </w:tcPr>
          <w:p w14:paraId="3D8F0992" w14:textId="77777777" w:rsidR="00423D2F" w:rsidRPr="00717886" w:rsidRDefault="0047346F">
            <w:pPr>
              <w:spacing w:after="0"/>
              <w:jc w:val="right"/>
              <w:rPr>
                <w:rFonts w:cs="Times New Roman"/>
              </w:rPr>
            </w:pPr>
            <w:r w:rsidRPr="00717886">
              <w:rPr>
                <w:rFonts w:cs="Times New Roman"/>
                <w:b/>
                <w:sz w:val="13"/>
              </w:rPr>
              <w:t>CR1 p</w:t>
            </w:r>
          </w:p>
        </w:tc>
        <w:tc>
          <w:tcPr>
            <w:tcW w:w="648" w:type="dxa"/>
            <w:shd w:val="clear" w:color="auto" w:fill="D9EAF7"/>
            <w:tcMar>
              <w:top w:w="70" w:type="dxa"/>
              <w:left w:w="95" w:type="dxa"/>
              <w:bottom w:w="70" w:type="dxa"/>
              <w:right w:w="95" w:type="dxa"/>
            </w:tcMar>
            <w:vAlign w:val="center"/>
          </w:tcPr>
          <w:p w14:paraId="336F0AAB" w14:textId="77777777" w:rsidR="00423D2F" w:rsidRPr="00717886" w:rsidRDefault="0047346F">
            <w:pPr>
              <w:spacing w:after="0"/>
              <w:jc w:val="right"/>
              <w:rPr>
                <w:rFonts w:cs="Times New Roman"/>
              </w:rPr>
            </w:pPr>
            <w:r w:rsidRPr="00717886">
              <w:rPr>
                <w:rFonts w:cs="Times New Roman"/>
                <w:b/>
                <w:sz w:val="13"/>
              </w:rPr>
              <w:t>N</w:t>
            </w:r>
          </w:p>
        </w:tc>
        <w:tc>
          <w:tcPr>
            <w:tcW w:w="936" w:type="dxa"/>
            <w:shd w:val="clear" w:color="auto" w:fill="D9EAF7"/>
            <w:tcMar>
              <w:top w:w="70" w:type="dxa"/>
              <w:left w:w="95" w:type="dxa"/>
              <w:bottom w:w="70" w:type="dxa"/>
              <w:right w:w="95" w:type="dxa"/>
            </w:tcMar>
            <w:vAlign w:val="center"/>
          </w:tcPr>
          <w:p w14:paraId="45F919CA" w14:textId="77777777" w:rsidR="00423D2F" w:rsidRPr="00717886" w:rsidRDefault="0047346F">
            <w:pPr>
              <w:spacing w:after="0"/>
              <w:jc w:val="right"/>
              <w:rPr>
                <w:rFonts w:cs="Times New Roman"/>
              </w:rPr>
            </w:pPr>
            <w:r w:rsidRPr="00717886">
              <w:rPr>
                <w:rFonts w:cs="Times New Roman"/>
                <w:b/>
                <w:sz w:val="13"/>
              </w:rPr>
              <w:t>Institutions</w:t>
            </w:r>
          </w:p>
        </w:tc>
      </w:tr>
      <w:tr w:rsidR="002E7DCF" w:rsidRPr="00717886" w14:paraId="4383FAF1" w14:textId="77777777">
        <w:trPr>
          <w:cantSplit/>
          <w:jc w:val="center"/>
        </w:trPr>
        <w:tc>
          <w:tcPr>
            <w:tcW w:w="792" w:type="dxa"/>
            <w:tcMar>
              <w:top w:w="70" w:type="dxa"/>
              <w:left w:w="95" w:type="dxa"/>
              <w:bottom w:w="70" w:type="dxa"/>
              <w:right w:w="95" w:type="dxa"/>
            </w:tcMar>
            <w:vAlign w:val="center"/>
          </w:tcPr>
          <w:p w14:paraId="5CA0203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05FFE188" w14:textId="77777777" w:rsidR="00423D2F" w:rsidRPr="00717886" w:rsidRDefault="0047346F">
            <w:pPr>
              <w:spacing w:after="0"/>
              <w:jc w:val="center"/>
              <w:rPr>
                <w:rFonts w:cs="Times New Roman"/>
              </w:rPr>
            </w:pPr>
            <w:r w:rsidRPr="00717886">
              <w:rPr>
                <w:rFonts w:cs="Times New Roman"/>
                <w:sz w:val="13"/>
              </w:rPr>
              <w:t>AVI001</w:t>
            </w:r>
          </w:p>
        </w:tc>
        <w:tc>
          <w:tcPr>
            <w:tcW w:w="2664" w:type="dxa"/>
            <w:tcMar>
              <w:top w:w="70" w:type="dxa"/>
              <w:left w:w="95" w:type="dxa"/>
              <w:bottom w:w="70" w:type="dxa"/>
              <w:right w:w="95" w:type="dxa"/>
            </w:tcMar>
            <w:vAlign w:val="center"/>
          </w:tcPr>
          <w:p w14:paraId="447BC538"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5B49D2A1" w14:textId="77777777" w:rsidR="00423D2F" w:rsidRPr="00717886" w:rsidRDefault="0047346F">
            <w:pPr>
              <w:spacing w:after="0"/>
              <w:jc w:val="right"/>
              <w:rPr>
                <w:rFonts w:cs="Times New Roman"/>
              </w:rPr>
            </w:pPr>
            <w:r w:rsidRPr="00717886">
              <w:rPr>
                <w:rFonts w:cs="Times New Roman"/>
                <w:sz w:val="13"/>
              </w:rPr>
              <w:t>.0756</w:t>
            </w:r>
          </w:p>
        </w:tc>
        <w:tc>
          <w:tcPr>
            <w:tcW w:w="936" w:type="dxa"/>
            <w:tcMar>
              <w:top w:w="70" w:type="dxa"/>
              <w:left w:w="95" w:type="dxa"/>
              <w:bottom w:w="70" w:type="dxa"/>
              <w:right w:w="95" w:type="dxa"/>
            </w:tcMar>
            <w:vAlign w:val="center"/>
          </w:tcPr>
          <w:p w14:paraId="3A2249CC" w14:textId="77777777" w:rsidR="00423D2F" w:rsidRPr="00717886" w:rsidRDefault="0047346F">
            <w:pPr>
              <w:spacing w:after="0"/>
              <w:jc w:val="right"/>
              <w:rPr>
                <w:rFonts w:cs="Times New Roman"/>
              </w:rPr>
            </w:pPr>
            <w:r w:rsidRPr="00717886">
              <w:rPr>
                <w:rFonts w:cs="Times New Roman"/>
                <w:sz w:val="13"/>
              </w:rPr>
              <w:t>.1331</w:t>
            </w:r>
          </w:p>
        </w:tc>
        <w:tc>
          <w:tcPr>
            <w:tcW w:w="1440" w:type="dxa"/>
            <w:tcMar>
              <w:top w:w="70" w:type="dxa"/>
              <w:left w:w="95" w:type="dxa"/>
              <w:bottom w:w="70" w:type="dxa"/>
              <w:right w:w="95" w:type="dxa"/>
            </w:tcMar>
            <w:vAlign w:val="center"/>
          </w:tcPr>
          <w:p w14:paraId="5075F2BF" w14:textId="77777777" w:rsidR="00423D2F" w:rsidRPr="00717886" w:rsidRDefault="0047346F">
            <w:pPr>
              <w:spacing w:after="0"/>
              <w:jc w:val="center"/>
              <w:rPr>
                <w:rFonts w:cs="Times New Roman"/>
              </w:rPr>
            </w:pPr>
            <w:r w:rsidRPr="00717886">
              <w:rPr>
                <w:rFonts w:cs="Times New Roman"/>
                <w:sz w:val="13"/>
              </w:rPr>
              <w:t>[−.1943, .3456]</w:t>
            </w:r>
          </w:p>
        </w:tc>
        <w:tc>
          <w:tcPr>
            <w:tcW w:w="892" w:type="dxa"/>
            <w:tcMar>
              <w:top w:w="70" w:type="dxa"/>
              <w:left w:w="95" w:type="dxa"/>
              <w:bottom w:w="70" w:type="dxa"/>
              <w:right w:w="95" w:type="dxa"/>
            </w:tcMar>
            <w:vAlign w:val="center"/>
          </w:tcPr>
          <w:p w14:paraId="57EE68D8" w14:textId="77777777" w:rsidR="00423D2F" w:rsidRPr="00717886" w:rsidRDefault="0047346F">
            <w:pPr>
              <w:spacing w:after="0"/>
              <w:jc w:val="right"/>
              <w:rPr>
                <w:rFonts w:cs="Times New Roman"/>
              </w:rPr>
            </w:pPr>
            <w:r w:rsidRPr="00717886">
              <w:rPr>
                <w:rFonts w:cs="Times New Roman"/>
                <w:sz w:val="13"/>
              </w:rPr>
              <w:t>.573</w:t>
            </w:r>
          </w:p>
        </w:tc>
        <w:tc>
          <w:tcPr>
            <w:tcW w:w="648" w:type="dxa"/>
            <w:tcMar>
              <w:top w:w="70" w:type="dxa"/>
              <w:left w:w="95" w:type="dxa"/>
              <w:bottom w:w="70" w:type="dxa"/>
              <w:right w:w="95" w:type="dxa"/>
            </w:tcMar>
            <w:vAlign w:val="center"/>
          </w:tcPr>
          <w:p w14:paraId="7039100A" w14:textId="77777777" w:rsidR="00423D2F" w:rsidRPr="00717886" w:rsidRDefault="0047346F">
            <w:pPr>
              <w:spacing w:after="0"/>
              <w:jc w:val="right"/>
              <w:rPr>
                <w:rFonts w:cs="Times New Roman"/>
              </w:rPr>
            </w:pPr>
            <w:r w:rsidRPr="00717886">
              <w:rPr>
                <w:rFonts w:cs="Times New Roman"/>
                <w:sz w:val="13"/>
              </w:rPr>
              <w:t>281</w:t>
            </w:r>
          </w:p>
        </w:tc>
        <w:tc>
          <w:tcPr>
            <w:tcW w:w="936" w:type="dxa"/>
            <w:tcMar>
              <w:top w:w="70" w:type="dxa"/>
              <w:left w:w="95" w:type="dxa"/>
              <w:bottom w:w="70" w:type="dxa"/>
              <w:right w:w="95" w:type="dxa"/>
            </w:tcMar>
            <w:vAlign w:val="center"/>
          </w:tcPr>
          <w:p w14:paraId="58294D3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DE4012D" w14:textId="77777777">
        <w:trPr>
          <w:cantSplit/>
          <w:jc w:val="center"/>
        </w:trPr>
        <w:tc>
          <w:tcPr>
            <w:tcW w:w="792" w:type="dxa"/>
            <w:shd w:val="clear" w:color="auto" w:fill="F5F7F9"/>
            <w:tcMar>
              <w:top w:w="70" w:type="dxa"/>
              <w:left w:w="95" w:type="dxa"/>
              <w:bottom w:w="70" w:type="dxa"/>
              <w:right w:w="95" w:type="dxa"/>
            </w:tcMar>
            <w:vAlign w:val="center"/>
          </w:tcPr>
          <w:p w14:paraId="393EBFBA"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74E03AF" w14:textId="77777777" w:rsidR="00423D2F" w:rsidRPr="00717886" w:rsidRDefault="0047346F">
            <w:pPr>
              <w:spacing w:after="0"/>
              <w:jc w:val="center"/>
              <w:rPr>
                <w:rFonts w:cs="Times New Roman"/>
              </w:rPr>
            </w:pPr>
            <w:r w:rsidRPr="00717886">
              <w:rPr>
                <w:rFonts w:cs="Times New Roman"/>
                <w:sz w:val="13"/>
              </w:rPr>
              <w:t>AVI002</w:t>
            </w:r>
          </w:p>
        </w:tc>
        <w:tc>
          <w:tcPr>
            <w:tcW w:w="2664" w:type="dxa"/>
            <w:shd w:val="clear" w:color="auto" w:fill="F5F7F9"/>
            <w:tcMar>
              <w:top w:w="70" w:type="dxa"/>
              <w:left w:w="95" w:type="dxa"/>
              <w:bottom w:w="70" w:type="dxa"/>
              <w:right w:w="95" w:type="dxa"/>
            </w:tcMar>
            <w:vAlign w:val="center"/>
          </w:tcPr>
          <w:p w14:paraId="46F0247E"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5B4E066" w14:textId="77777777" w:rsidR="00423D2F" w:rsidRPr="00717886" w:rsidRDefault="0047346F">
            <w:pPr>
              <w:spacing w:after="0"/>
              <w:jc w:val="right"/>
              <w:rPr>
                <w:rFonts w:cs="Times New Roman"/>
              </w:rPr>
            </w:pPr>
            <w:r w:rsidRPr="00717886">
              <w:rPr>
                <w:rFonts w:cs="Times New Roman"/>
                <w:sz w:val="13"/>
              </w:rPr>
              <w:t>.0712</w:t>
            </w:r>
          </w:p>
        </w:tc>
        <w:tc>
          <w:tcPr>
            <w:tcW w:w="936" w:type="dxa"/>
            <w:shd w:val="clear" w:color="auto" w:fill="F5F7F9"/>
            <w:tcMar>
              <w:top w:w="70" w:type="dxa"/>
              <w:left w:w="95" w:type="dxa"/>
              <w:bottom w:w="70" w:type="dxa"/>
              <w:right w:w="95" w:type="dxa"/>
            </w:tcMar>
            <w:vAlign w:val="center"/>
          </w:tcPr>
          <w:p w14:paraId="07116EBE" w14:textId="77777777" w:rsidR="00423D2F" w:rsidRPr="00717886" w:rsidRDefault="0047346F">
            <w:pPr>
              <w:spacing w:after="0"/>
              <w:jc w:val="right"/>
              <w:rPr>
                <w:rFonts w:cs="Times New Roman"/>
              </w:rPr>
            </w:pPr>
            <w:r w:rsidRPr="00717886">
              <w:rPr>
                <w:rFonts w:cs="Times New Roman"/>
                <w:sz w:val="13"/>
              </w:rPr>
              <w:t>.1285</w:t>
            </w:r>
          </w:p>
        </w:tc>
        <w:tc>
          <w:tcPr>
            <w:tcW w:w="1440" w:type="dxa"/>
            <w:shd w:val="clear" w:color="auto" w:fill="F5F7F9"/>
            <w:tcMar>
              <w:top w:w="70" w:type="dxa"/>
              <w:left w:w="95" w:type="dxa"/>
              <w:bottom w:w="70" w:type="dxa"/>
              <w:right w:w="95" w:type="dxa"/>
            </w:tcMar>
            <w:vAlign w:val="center"/>
          </w:tcPr>
          <w:p w14:paraId="42D21FA7" w14:textId="77777777" w:rsidR="00423D2F" w:rsidRPr="00717886" w:rsidRDefault="0047346F">
            <w:pPr>
              <w:spacing w:after="0"/>
              <w:jc w:val="center"/>
              <w:rPr>
                <w:rFonts w:cs="Times New Roman"/>
              </w:rPr>
            </w:pPr>
            <w:r w:rsidRPr="00717886">
              <w:rPr>
                <w:rFonts w:cs="Times New Roman"/>
                <w:sz w:val="13"/>
              </w:rPr>
              <w:t>[−.1894, .3318]</w:t>
            </w:r>
          </w:p>
        </w:tc>
        <w:tc>
          <w:tcPr>
            <w:tcW w:w="892" w:type="dxa"/>
            <w:shd w:val="clear" w:color="auto" w:fill="F5F7F9"/>
            <w:tcMar>
              <w:top w:w="70" w:type="dxa"/>
              <w:left w:w="95" w:type="dxa"/>
              <w:bottom w:w="70" w:type="dxa"/>
              <w:right w:w="95" w:type="dxa"/>
            </w:tcMar>
            <w:vAlign w:val="center"/>
          </w:tcPr>
          <w:p w14:paraId="12151F17" w14:textId="77777777" w:rsidR="00423D2F" w:rsidRPr="00717886" w:rsidRDefault="0047346F">
            <w:pPr>
              <w:spacing w:after="0"/>
              <w:jc w:val="right"/>
              <w:rPr>
                <w:rFonts w:cs="Times New Roman"/>
              </w:rPr>
            </w:pPr>
            <w:r w:rsidRPr="00717886">
              <w:rPr>
                <w:rFonts w:cs="Times New Roman"/>
                <w:sz w:val="13"/>
              </w:rPr>
              <w:t>.583</w:t>
            </w:r>
          </w:p>
        </w:tc>
        <w:tc>
          <w:tcPr>
            <w:tcW w:w="648" w:type="dxa"/>
            <w:shd w:val="clear" w:color="auto" w:fill="F5F7F9"/>
            <w:tcMar>
              <w:top w:w="70" w:type="dxa"/>
              <w:left w:w="95" w:type="dxa"/>
              <w:bottom w:w="70" w:type="dxa"/>
              <w:right w:w="95" w:type="dxa"/>
            </w:tcMar>
            <w:vAlign w:val="center"/>
          </w:tcPr>
          <w:p w14:paraId="4F566B87" w14:textId="77777777" w:rsidR="00423D2F" w:rsidRPr="00717886" w:rsidRDefault="0047346F">
            <w:pPr>
              <w:spacing w:after="0"/>
              <w:jc w:val="right"/>
              <w:rPr>
                <w:rFonts w:cs="Times New Roman"/>
              </w:rPr>
            </w:pPr>
            <w:r w:rsidRPr="00717886">
              <w:rPr>
                <w:rFonts w:cs="Times New Roman"/>
                <w:sz w:val="13"/>
              </w:rPr>
              <w:t>281</w:t>
            </w:r>
          </w:p>
        </w:tc>
        <w:tc>
          <w:tcPr>
            <w:tcW w:w="936" w:type="dxa"/>
            <w:shd w:val="clear" w:color="auto" w:fill="F5F7F9"/>
            <w:tcMar>
              <w:top w:w="70" w:type="dxa"/>
              <w:left w:w="95" w:type="dxa"/>
              <w:bottom w:w="70" w:type="dxa"/>
              <w:right w:w="95" w:type="dxa"/>
            </w:tcMar>
            <w:vAlign w:val="center"/>
          </w:tcPr>
          <w:p w14:paraId="41680065"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5F0A84FF" w14:textId="77777777">
        <w:trPr>
          <w:cantSplit/>
          <w:jc w:val="center"/>
        </w:trPr>
        <w:tc>
          <w:tcPr>
            <w:tcW w:w="792" w:type="dxa"/>
            <w:tcMar>
              <w:top w:w="70" w:type="dxa"/>
              <w:left w:w="95" w:type="dxa"/>
              <w:bottom w:w="70" w:type="dxa"/>
              <w:right w:w="95" w:type="dxa"/>
            </w:tcMar>
            <w:vAlign w:val="center"/>
          </w:tcPr>
          <w:p w14:paraId="3F0DF70F"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15CBE0E1" w14:textId="77777777" w:rsidR="00423D2F" w:rsidRPr="00717886" w:rsidRDefault="0047346F">
            <w:pPr>
              <w:spacing w:after="0"/>
              <w:jc w:val="center"/>
              <w:rPr>
                <w:rFonts w:cs="Times New Roman"/>
              </w:rPr>
            </w:pPr>
            <w:r w:rsidRPr="00717886">
              <w:rPr>
                <w:rFonts w:cs="Times New Roman"/>
                <w:sz w:val="13"/>
              </w:rPr>
              <w:t>AVI003</w:t>
            </w:r>
          </w:p>
        </w:tc>
        <w:tc>
          <w:tcPr>
            <w:tcW w:w="2664" w:type="dxa"/>
            <w:tcMar>
              <w:top w:w="70" w:type="dxa"/>
              <w:left w:w="95" w:type="dxa"/>
              <w:bottom w:w="70" w:type="dxa"/>
              <w:right w:w="95" w:type="dxa"/>
            </w:tcMar>
            <w:vAlign w:val="center"/>
          </w:tcPr>
          <w:p w14:paraId="497ED6D4"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22045A9C" w14:textId="77777777" w:rsidR="00423D2F" w:rsidRPr="00717886" w:rsidRDefault="0047346F">
            <w:pPr>
              <w:spacing w:after="0"/>
              <w:jc w:val="right"/>
              <w:rPr>
                <w:rFonts w:cs="Times New Roman"/>
              </w:rPr>
            </w:pPr>
            <w:r w:rsidRPr="00717886">
              <w:rPr>
                <w:rFonts w:cs="Times New Roman"/>
                <w:sz w:val="13"/>
              </w:rPr>
              <w:t>.0626</w:t>
            </w:r>
          </w:p>
        </w:tc>
        <w:tc>
          <w:tcPr>
            <w:tcW w:w="936" w:type="dxa"/>
            <w:tcMar>
              <w:top w:w="70" w:type="dxa"/>
              <w:left w:w="95" w:type="dxa"/>
              <w:bottom w:w="70" w:type="dxa"/>
              <w:right w:w="95" w:type="dxa"/>
            </w:tcMar>
            <w:vAlign w:val="center"/>
          </w:tcPr>
          <w:p w14:paraId="1C14D31D" w14:textId="77777777" w:rsidR="00423D2F" w:rsidRPr="00717886" w:rsidRDefault="0047346F">
            <w:pPr>
              <w:spacing w:after="0"/>
              <w:jc w:val="right"/>
              <w:rPr>
                <w:rFonts w:cs="Times New Roman"/>
              </w:rPr>
            </w:pPr>
            <w:r w:rsidRPr="00717886">
              <w:rPr>
                <w:rFonts w:cs="Times New Roman"/>
                <w:sz w:val="13"/>
              </w:rPr>
              <w:t>.1364</w:t>
            </w:r>
          </w:p>
        </w:tc>
        <w:tc>
          <w:tcPr>
            <w:tcW w:w="1440" w:type="dxa"/>
            <w:tcMar>
              <w:top w:w="70" w:type="dxa"/>
              <w:left w:w="95" w:type="dxa"/>
              <w:bottom w:w="70" w:type="dxa"/>
              <w:right w:w="95" w:type="dxa"/>
            </w:tcMar>
            <w:vAlign w:val="center"/>
          </w:tcPr>
          <w:p w14:paraId="65F3BB1A" w14:textId="77777777" w:rsidR="00423D2F" w:rsidRPr="00717886" w:rsidRDefault="0047346F">
            <w:pPr>
              <w:spacing w:after="0"/>
              <w:jc w:val="center"/>
              <w:rPr>
                <w:rFonts w:cs="Times New Roman"/>
              </w:rPr>
            </w:pPr>
            <w:r w:rsidRPr="00717886">
              <w:rPr>
                <w:rFonts w:cs="Times New Roman"/>
                <w:sz w:val="13"/>
              </w:rPr>
              <w:t>[−.2140, .3392]</w:t>
            </w:r>
          </w:p>
        </w:tc>
        <w:tc>
          <w:tcPr>
            <w:tcW w:w="892" w:type="dxa"/>
            <w:tcMar>
              <w:top w:w="70" w:type="dxa"/>
              <w:left w:w="95" w:type="dxa"/>
              <w:bottom w:w="70" w:type="dxa"/>
              <w:right w:w="95" w:type="dxa"/>
            </w:tcMar>
            <w:vAlign w:val="center"/>
          </w:tcPr>
          <w:p w14:paraId="525DBDCB" w14:textId="77777777" w:rsidR="00423D2F" w:rsidRPr="00717886" w:rsidRDefault="0047346F">
            <w:pPr>
              <w:spacing w:after="0"/>
              <w:jc w:val="right"/>
              <w:rPr>
                <w:rFonts w:cs="Times New Roman"/>
              </w:rPr>
            </w:pPr>
            <w:r w:rsidRPr="00717886">
              <w:rPr>
                <w:rFonts w:cs="Times New Roman"/>
                <w:sz w:val="13"/>
              </w:rPr>
              <w:t>.649</w:t>
            </w:r>
          </w:p>
        </w:tc>
        <w:tc>
          <w:tcPr>
            <w:tcW w:w="648" w:type="dxa"/>
            <w:tcMar>
              <w:top w:w="70" w:type="dxa"/>
              <w:left w:w="95" w:type="dxa"/>
              <w:bottom w:w="70" w:type="dxa"/>
              <w:right w:w="95" w:type="dxa"/>
            </w:tcMar>
            <w:vAlign w:val="center"/>
          </w:tcPr>
          <w:p w14:paraId="7146FD6B" w14:textId="77777777" w:rsidR="00423D2F" w:rsidRPr="00717886" w:rsidRDefault="0047346F">
            <w:pPr>
              <w:spacing w:after="0"/>
              <w:jc w:val="right"/>
              <w:rPr>
                <w:rFonts w:cs="Times New Roman"/>
              </w:rPr>
            </w:pPr>
            <w:r w:rsidRPr="00717886">
              <w:rPr>
                <w:rFonts w:cs="Times New Roman"/>
                <w:sz w:val="13"/>
              </w:rPr>
              <w:t>281</w:t>
            </w:r>
          </w:p>
        </w:tc>
        <w:tc>
          <w:tcPr>
            <w:tcW w:w="936" w:type="dxa"/>
            <w:tcMar>
              <w:top w:w="70" w:type="dxa"/>
              <w:left w:w="95" w:type="dxa"/>
              <w:bottom w:w="70" w:type="dxa"/>
              <w:right w:w="95" w:type="dxa"/>
            </w:tcMar>
            <w:vAlign w:val="center"/>
          </w:tcPr>
          <w:p w14:paraId="4B74E88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785D1AD" w14:textId="77777777">
        <w:trPr>
          <w:cantSplit/>
          <w:jc w:val="center"/>
        </w:trPr>
        <w:tc>
          <w:tcPr>
            <w:tcW w:w="792" w:type="dxa"/>
            <w:shd w:val="clear" w:color="auto" w:fill="F5F7F9"/>
            <w:tcMar>
              <w:top w:w="70" w:type="dxa"/>
              <w:left w:w="95" w:type="dxa"/>
              <w:bottom w:w="70" w:type="dxa"/>
              <w:right w:w="95" w:type="dxa"/>
            </w:tcMar>
            <w:vAlign w:val="center"/>
          </w:tcPr>
          <w:p w14:paraId="319D1CAE"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73620438" w14:textId="77777777" w:rsidR="00423D2F" w:rsidRPr="00717886" w:rsidRDefault="0047346F">
            <w:pPr>
              <w:spacing w:after="0"/>
              <w:jc w:val="center"/>
              <w:rPr>
                <w:rFonts w:cs="Times New Roman"/>
              </w:rPr>
            </w:pPr>
            <w:r w:rsidRPr="00717886">
              <w:rPr>
                <w:rFonts w:cs="Times New Roman"/>
                <w:sz w:val="13"/>
              </w:rPr>
              <w:t>AVI004</w:t>
            </w:r>
          </w:p>
        </w:tc>
        <w:tc>
          <w:tcPr>
            <w:tcW w:w="2664" w:type="dxa"/>
            <w:shd w:val="clear" w:color="auto" w:fill="F5F7F9"/>
            <w:tcMar>
              <w:top w:w="70" w:type="dxa"/>
              <w:left w:w="95" w:type="dxa"/>
              <w:bottom w:w="70" w:type="dxa"/>
              <w:right w:w="95" w:type="dxa"/>
            </w:tcMar>
            <w:vAlign w:val="center"/>
          </w:tcPr>
          <w:p w14:paraId="1248BD5A"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B94D37B" w14:textId="77777777" w:rsidR="00423D2F" w:rsidRPr="00717886" w:rsidRDefault="0047346F">
            <w:pPr>
              <w:spacing w:after="0"/>
              <w:jc w:val="right"/>
              <w:rPr>
                <w:rFonts w:cs="Times New Roman"/>
              </w:rPr>
            </w:pPr>
            <w:r w:rsidRPr="00717886">
              <w:rPr>
                <w:rFonts w:cs="Times New Roman"/>
                <w:sz w:val="13"/>
              </w:rPr>
              <w:t>.0797</w:t>
            </w:r>
          </w:p>
        </w:tc>
        <w:tc>
          <w:tcPr>
            <w:tcW w:w="936" w:type="dxa"/>
            <w:shd w:val="clear" w:color="auto" w:fill="F5F7F9"/>
            <w:tcMar>
              <w:top w:w="70" w:type="dxa"/>
              <w:left w:w="95" w:type="dxa"/>
              <w:bottom w:w="70" w:type="dxa"/>
              <w:right w:w="95" w:type="dxa"/>
            </w:tcMar>
            <w:vAlign w:val="center"/>
          </w:tcPr>
          <w:p w14:paraId="6781C87C" w14:textId="77777777" w:rsidR="00423D2F" w:rsidRPr="00717886" w:rsidRDefault="0047346F">
            <w:pPr>
              <w:spacing w:after="0"/>
              <w:jc w:val="right"/>
              <w:rPr>
                <w:rFonts w:cs="Times New Roman"/>
              </w:rPr>
            </w:pPr>
            <w:r w:rsidRPr="00717886">
              <w:rPr>
                <w:rFonts w:cs="Times New Roman"/>
                <w:sz w:val="13"/>
              </w:rPr>
              <w:t>.1301</w:t>
            </w:r>
          </w:p>
        </w:tc>
        <w:tc>
          <w:tcPr>
            <w:tcW w:w="1440" w:type="dxa"/>
            <w:shd w:val="clear" w:color="auto" w:fill="F5F7F9"/>
            <w:tcMar>
              <w:top w:w="70" w:type="dxa"/>
              <w:left w:w="95" w:type="dxa"/>
              <w:bottom w:w="70" w:type="dxa"/>
              <w:right w:w="95" w:type="dxa"/>
            </w:tcMar>
            <w:vAlign w:val="center"/>
          </w:tcPr>
          <w:p w14:paraId="78F51CBA" w14:textId="77777777" w:rsidR="00423D2F" w:rsidRPr="00717886" w:rsidRDefault="0047346F">
            <w:pPr>
              <w:spacing w:after="0"/>
              <w:jc w:val="center"/>
              <w:rPr>
                <w:rFonts w:cs="Times New Roman"/>
              </w:rPr>
            </w:pPr>
            <w:r w:rsidRPr="00717886">
              <w:rPr>
                <w:rFonts w:cs="Times New Roman"/>
                <w:sz w:val="13"/>
              </w:rPr>
              <w:t>[−.1841, .3435]</w:t>
            </w:r>
          </w:p>
        </w:tc>
        <w:tc>
          <w:tcPr>
            <w:tcW w:w="892" w:type="dxa"/>
            <w:shd w:val="clear" w:color="auto" w:fill="F5F7F9"/>
            <w:tcMar>
              <w:top w:w="70" w:type="dxa"/>
              <w:left w:w="95" w:type="dxa"/>
              <w:bottom w:w="70" w:type="dxa"/>
              <w:right w:w="95" w:type="dxa"/>
            </w:tcMar>
            <w:vAlign w:val="center"/>
          </w:tcPr>
          <w:p w14:paraId="6E5C0A0C" w14:textId="77777777" w:rsidR="00423D2F" w:rsidRPr="00717886" w:rsidRDefault="0047346F">
            <w:pPr>
              <w:spacing w:after="0"/>
              <w:jc w:val="right"/>
              <w:rPr>
                <w:rFonts w:cs="Times New Roman"/>
              </w:rPr>
            </w:pPr>
            <w:r w:rsidRPr="00717886">
              <w:rPr>
                <w:rFonts w:cs="Times New Roman"/>
                <w:sz w:val="13"/>
              </w:rPr>
              <w:t>.544</w:t>
            </w:r>
          </w:p>
        </w:tc>
        <w:tc>
          <w:tcPr>
            <w:tcW w:w="648" w:type="dxa"/>
            <w:shd w:val="clear" w:color="auto" w:fill="F5F7F9"/>
            <w:tcMar>
              <w:top w:w="70" w:type="dxa"/>
              <w:left w:w="95" w:type="dxa"/>
              <w:bottom w:w="70" w:type="dxa"/>
              <w:right w:w="95" w:type="dxa"/>
            </w:tcMar>
            <w:vAlign w:val="center"/>
          </w:tcPr>
          <w:p w14:paraId="5BFA5F93" w14:textId="77777777" w:rsidR="00423D2F" w:rsidRPr="00717886" w:rsidRDefault="0047346F">
            <w:pPr>
              <w:spacing w:after="0"/>
              <w:jc w:val="right"/>
              <w:rPr>
                <w:rFonts w:cs="Times New Roman"/>
              </w:rPr>
            </w:pPr>
            <w:r w:rsidRPr="00717886">
              <w:rPr>
                <w:rFonts w:cs="Times New Roman"/>
                <w:sz w:val="13"/>
              </w:rPr>
              <w:t>281</w:t>
            </w:r>
          </w:p>
        </w:tc>
        <w:tc>
          <w:tcPr>
            <w:tcW w:w="936" w:type="dxa"/>
            <w:shd w:val="clear" w:color="auto" w:fill="F5F7F9"/>
            <w:tcMar>
              <w:top w:w="70" w:type="dxa"/>
              <w:left w:w="95" w:type="dxa"/>
              <w:bottom w:w="70" w:type="dxa"/>
              <w:right w:w="95" w:type="dxa"/>
            </w:tcMar>
            <w:vAlign w:val="center"/>
          </w:tcPr>
          <w:p w14:paraId="2F3175ED"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FC9D88E" w14:textId="77777777">
        <w:trPr>
          <w:cantSplit/>
          <w:jc w:val="center"/>
        </w:trPr>
        <w:tc>
          <w:tcPr>
            <w:tcW w:w="792" w:type="dxa"/>
            <w:tcMar>
              <w:top w:w="70" w:type="dxa"/>
              <w:left w:w="95" w:type="dxa"/>
              <w:bottom w:w="70" w:type="dxa"/>
              <w:right w:w="95" w:type="dxa"/>
            </w:tcMar>
            <w:vAlign w:val="center"/>
          </w:tcPr>
          <w:p w14:paraId="03C9A5C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69E890A9" w14:textId="77777777" w:rsidR="00423D2F" w:rsidRPr="00717886" w:rsidRDefault="0047346F">
            <w:pPr>
              <w:spacing w:after="0"/>
              <w:jc w:val="center"/>
              <w:rPr>
                <w:rFonts w:cs="Times New Roman"/>
              </w:rPr>
            </w:pPr>
            <w:r w:rsidRPr="00717886">
              <w:rPr>
                <w:rFonts w:cs="Times New Roman"/>
                <w:sz w:val="13"/>
              </w:rPr>
              <w:t>AVI005</w:t>
            </w:r>
          </w:p>
        </w:tc>
        <w:tc>
          <w:tcPr>
            <w:tcW w:w="2664" w:type="dxa"/>
            <w:tcMar>
              <w:top w:w="70" w:type="dxa"/>
              <w:left w:w="95" w:type="dxa"/>
              <w:bottom w:w="70" w:type="dxa"/>
              <w:right w:w="95" w:type="dxa"/>
            </w:tcMar>
            <w:vAlign w:val="center"/>
          </w:tcPr>
          <w:p w14:paraId="1A02A267"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21CF852" w14:textId="77777777" w:rsidR="00423D2F" w:rsidRPr="00717886" w:rsidRDefault="0047346F">
            <w:pPr>
              <w:spacing w:after="0"/>
              <w:jc w:val="right"/>
              <w:rPr>
                <w:rFonts w:cs="Times New Roman"/>
              </w:rPr>
            </w:pPr>
            <w:r w:rsidRPr="00717886">
              <w:rPr>
                <w:rFonts w:cs="Times New Roman"/>
                <w:sz w:val="13"/>
              </w:rPr>
              <w:t>.0721</w:t>
            </w:r>
          </w:p>
        </w:tc>
        <w:tc>
          <w:tcPr>
            <w:tcW w:w="936" w:type="dxa"/>
            <w:tcMar>
              <w:top w:w="70" w:type="dxa"/>
              <w:left w:w="95" w:type="dxa"/>
              <w:bottom w:w="70" w:type="dxa"/>
              <w:right w:w="95" w:type="dxa"/>
            </w:tcMar>
            <w:vAlign w:val="center"/>
          </w:tcPr>
          <w:p w14:paraId="5C6F56C0" w14:textId="77777777" w:rsidR="00423D2F" w:rsidRPr="00717886" w:rsidRDefault="0047346F">
            <w:pPr>
              <w:spacing w:after="0"/>
              <w:jc w:val="right"/>
              <w:rPr>
                <w:rFonts w:cs="Times New Roman"/>
              </w:rPr>
            </w:pPr>
            <w:r w:rsidRPr="00717886">
              <w:rPr>
                <w:rFonts w:cs="Times New Roman"/>
                <w:sz w:val="13"/>
              </w:rPr>
              <w:t>.1280</w:t>
            </w:r>
          </w:p>
        </w:tc>
        <w:tc>
          <w:tcPr>
            <w:tcW w:w="1440" w:type="dxa"/>
            <w:tcMar>
              <w:top w:w="70" w:type="dxa"/>
              <w:left w:w="95" w:type="dxa"/>
              <w:bottom w:w="70" w:type="dxa"/>
              <w:right w:w="95" w:type="dxa"/>
            </w:tcMar>
            <w:vAlign w:val="center"/>
          </w:tcPr>
          <w:p w14:paraId="365FF26C" w14:textId="77777777" w:rsidR="00423D2F" w:rsidRPr="00717886" w:rsidRDefault="0047346F">
            <w:pPr>
              <w:spacing w:after="0"/>
              <w:jc w:val="center"/>
              <w:rPr>
                <w:rFonts w:cs="Times New Roman"/>
              </w:rPr>
            </w:pPr>
            <w:r w:rsidRPr="00717886">
              <w:rPr>
                <w:rFonts w:cs="Times New Roman"/>
                <w:sz w:val="13"/>
              </w:rPr>
              <w:t>[−.1875, .3318]</w:t>
            </w:r>
          </w:p>
        </w:tc>
        <w:tc>
          <w:tcPr>
            <w:tcW w:w="892" w:type="dxa"/>
            <w:tcMar>
              <w:top w:w="70" w:type="dxa"/>
              <w:left w:w="95" w:type="dxa"/>
              <w:bottom w:w="70" w:type="dxa"/>
              <w:right w:w="95" w:type="dxa"/>
            </w:tcMar>
            <w:vAlign w:val="center"/>
          </w:tcPr>
          <w:p w14:paraId="19E3D794" w14:textId="77777777" w:rsidR="00423D2F" w:rsidRPr="00717886" w:rsidRDefault="0047346F">
            <w:pPr>
              <w:spacing w:after="0"/>
              <w:jc w:val="right"/>
              <w:rPr>
                <w:rFonts w:cs="Times New Roman"/>
              </w:rPr>
            </w:pPr>
            <w:r w:rsidRPr="00717886">
              <w:rPr>
                <w:rFonts w:cs="Times New Roman"/>
                <w:sz w:val="13"/>
              </w:rPr>
              <w:t>.577</w:t>
            </w:r>
          </w:p>
        </w:tc>
        <w:tc>
          <w:tcPr>
            <w:tcW w:w="648" w:type="dxa"/>
            <w:tcMar>
              <w:top w:w="70" w:type="dxa"/>
              <w:left w:w="95" w:type="dxa"/>
              <w:bottom w:w="70" w:type="dxa"/>
              <w:right w:w="95" w:type="dxa"/>
            </w:tcMar>
            <w:vAlign w:val="center"/>
          </w:tcPr>
          <w:p w14:paraId="54D20109" w14:textId="77777777" w:rsidR="00423D2F" w:rsidRPr="00717886" w:rsidRDefault="0047346F">
            <w:pPr>
              <w:spacing w:after="0"/>
              <w:jc w:val="right"/>
              <w:rPr>
                <w:rFonts w:cs="Times New Roman"/>
              </w:rPr>
            </w:pPr>
            <w:r w:rsidRPr="00717886">
              <w:rPr>
                <w:rFonts w:cs="Times New Roman"/>
                <w:sz w:val="13"/>
              </w:rPr>
              <w:t>281</w:t>
            </w:r>
          </w:p>
        </w:tc>
        <w:tc>
          <w:tcPr>
            <w:tcW w:w="936" w:type="dxa"/>
            <w:tcMar>
              <w:top w:w="70" w:type="dxa"/>
              <w:left w:w="95" w:type="dxa"/>
              <w:bottom w:w="70" w:type="dxa"/>
              <w:right w:w="95" w:type="dxa"/>
            </w:tcMar>
            <w:vAlign w:val="center"/>
          </w:tcPr>
          <w:p w14:paraId="177E9FE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00291DA" w14:textId="77777777">
        <w:trPr>
          <w:cantSplit/>
          <w:jc w:val="center"/>
        </w:trPr>
        <w:tc>
          <w:tcPr>
            <w:tcW w:w="792" w:type="dxa"/>
            <w:shd w:val="clear" w:color="auto" w:fill="F5F7F9"/>
            <w:tcMar>
              <w:top w:w="70" w:type="dxa"/>
              <w:left w:w="95" w:type="dxa"/>
              <w:bottom w:w="70" w:type="dxa"/>
              <w:right w:w="95" w:type="dxa"/>
            </w:tcMar>
            <w:vAlign w:val="center"/>
          </w:tcPr>
          <w:p w14:paraId="2D85A5CA"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7B3606ED" w14:textId="77777777" w:rsidR="00423D2F" w:rsidRPr="00717886" w:rsidRDefault="0047346F">
            <w:pPr>
              <w:spacing w:after="0"/>
              <w:jc w:val="center"/>
              <w:rPr>
                <w:rFonts w:cs="Times New Roman"/>
              </w:rPr>
            </w:pPr>
            <w:r w:rsidRPr="00717886">
              <w:rPr>
                <w:rFonts w:cs="Times New Roman"/>
                <w:sz w:val="13"/>
              </w:rPr>
              <w:t>AVI006</w:t>
            </w:r>
          </w:p>
        </w:tc>
        <w:tc>
          <w:tcPr>
            <w:tcW w:w="2664" w:type="dxa"/>
            <w:shd w:val="clear" w:color="auto" w:fill="F5F7F9"/>
            <w:tcMar>
              <w:top w:w="70" w:type="dxa"/>
              <w:left w:w="95" w:type="dxa"/>
              <w:bottom w:w="70" w:type="dxa"/>
              <w:right w:w="95" w:type="dxa"/>
            </w:tcMar>
            <w:vAlign w:val="center"/>
          </w:tcPr>
          <w:p w14:paraId="62B4BC6A"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4AAD1456" w14:textId="77777777" w:rsidR="00423D2F" w:rsidRPr="00717886" w:rsidRDefault="0047346F">
            <w:pPr>
              <w:spacing w:after="0"/>
              <w:jc w:val="right"/>
              <w:rPr>
                <w:rFonts w:cs="Times New Roman"/>
              </w:rPr>
            </w:pPr>
            <w:r w:rsidRPr="00717886">
              <w:rPr>
                <w:rFonts w:cs="Times New Roman"/>
                <w:sz w:val="13"/>
              </w:rPr>
              <w:t>.0903</w:t>
            </w:r>
          </w:p>
        </w:tc>
        <w:tc>
          <w:tcPr>
            <w:tcW w:w="936" w:type="dxa"/>
            <w:shd w:val="clear" w:color="auto" w:fill="F5F7F9"/>
            <w:tcMar>
              <w:top w:w="70" w:type="dxa"/>
              <w:left w:w="95" w:type="dxa"/>
              <w:bottom w:w="70" w:type="dxa"/>
              <w:right w:w="95" w:type="dxa"/>
            </w:tcMar>
            <w:vAlign w:val="center"/>
          </w:tcPr>
          <w:p w14:paraId="6CF1FB4F" w14:textId="77777777" w:rsidR="00423D2F" w:rsidRPr="00717886" w:rsidRDefault="0047346F">
            <w:pPr>
              <w:spacing w:after="0"/>
              <w:jc w:val="right"/>
              <w:rPr>
                <w:rFonts w:cs="Times New Roman"/>
              </w:rPr>
            </w:pPr>
            <w:r w:rsidRPr="00717886">
              <w:rPr>
                <w:rFonts w:cs="Times New Roman"/>
                <w:sz w:val="13"/>
              </w:rPr>
              <w:t>.1330</w:t>
            </w:r>
          </w:p>
        </w:tc>
        <w:tc>
          <w:tcPr>
            <w:tcW w:w="1440" w:type="dxa"/>
            <w:shd w:val="clear" w:color="auto" w:fill="F5F7F9"/>
            <w:tcMar>
              <w:top w:w="70" w:type="dxa"/>
              <w:left w:w="95" w:type="dxa"/>
              <w:bottom w:w="70" w:type="dxa"/>
              <w:right w:w="95" w:type="dxa"/>
            </w:tcMar>
            <w:vAlign w:val="center"/>
          </w:tcPr>
          <w:p w14:paraId="1A42FE43" w14:textId="77777777" w:rsidR="00423D2F" w:rsidRPr="00717886" w:rsidRDefault="0047346F">
            <w:pPr>
              <w:spacing w:after="0"/>
              <w:jc w:val="center"/>
              <w:rPr>
                <w:rFonts w:cs="Times New Roman"/>
              </w:rPr>
            </w:pPr>
            <w:r w:rsidRPr="00717886">
              <w:rPr>
                <w:rFonts w:cs="Times New Roman"/>
                <w:sz w:val="13"/>
              </w:rPr>
              <w:t>[−.1794, .3601]</w:t>
            </w:r>
          </w:p>
        </w:tc>
        <w:tc>
          <w:tcPr>
            <w:tcW w:w="892" w:type="dxa"/>
            <w:shd w:val="clear" w:color="auto" w:fill="F5F7F9"/>
            <w:tcMar>
              <w:top w:w="70" w:type="dxa"/>
              <w:left w:w="95" w:type="dxa"/>
              <w:bottom w:w="70" w:type="dxa"/>
              <w:right w:w="95" w:type="dxa"/>
            </w:tcMar>
            <w:vAlign w:val="center"/>
          </w:tcPr>
          <w:p w14:paraId="17210DDC" w14:textId="77777777" w:rsidR="00423D2F" w:rsidRPr="00717886" w:rsidRDefault="0047346F">
            <w:pPr>
              <w:spacing w:after="0"/>
              <w:jc w:val="right"/>
              <w:rPr>
                <w:rFonts w:cs="Times New Roman"/>
              </w:rPr>
            </w:pPr>
            <w:r w:rsidRPr="00717886">
              <w:rPr>
                <w:rFonts w:cs="Times New Roman"/>
                <w:sz w:val="13"/>
              </w:rPr>
              <w:t>.501</w:t>
            </w:r>
          </w:p>
        </w:tc>
        <w:tc>
          <w:tcPr>
            <w:tcW w:w="648" w:type="dxa"/>
            <w:shd w:val="clear" w:color="auto" w:fill="F5F7F9"/>
            <w:tcMar>
              <w:top w:w="70" w:type="dxa"/>
              <w:left w:w="95" w:type="dxa"/>
              <w:bottom w:w="70" w:type="dxa"/>
              <w:right w:w="95" w:type="dxa"/>
            </w:tcMar>
            <w:vAlign w:val="center"/>
          </w:tcPr>
          <w:p w14:paraId="6A1D6944" w14:textId="77777777" w:rsidR="00423D2F" w:rsidRPr="00717886" w:rsidRDefault="0047346F">
            <w:pPr>
              <w:spacing w:after="0"/>
              <w:jc w:val="right"/>
              <w:rPr>
                <w:rFonts w:cs="Times New Roman"/>
              </w:rPr>
            </w:pPr>
            <w:r w:rsidRPr="00717886">
              <w:rPr>
                <w:rFonts w:cs="Times New Roman"/>
                <w:sz w:val="13"/>
              </w:rPr>
              <w:t>281</w:t>
            </w:r>
          </w:p>
        </w:tc>
        <w:tc>
          <w:tcPr>
            <w:tcW w:w="936" w:type="dxa"/>
            <w:shd w:val="clear" w:color="auto" w:fill="F5F7F9"/>
            <w:tcMar>
              <w:top w:w="70" w:type="dxa"/>
              <w:left w:w="95" w:type="dxa"/>
              <w:bottom w:w="70" w:type="dxa"/>
              <w:right w:w="95" w:type="dxa"/>
            </w:tcMar>
            <w:vAlign w:val="center"/>
          </w:tcPr>
          <w:p w14:paraId="055C4653"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21EE3E5" w14:textId="77777777">
        <w:trPr>
          <w:cantSplit/>
          <w:jc w:val="center"/>
        </w:trPr>
        <w:tc>
          <w:tcPr>
            <w:tcW w:w="792" w:type="dxa"/>
            <w:tcMar>
              <w:top w:w="70" w:type="dxa"/>
              <w:left w:w="95" w:type="dxa"/>
              <w:bottom w:w="70" w:type="dxa"/>
              <w:right w:w="95" w:type="dxa"/>
            </w:tcMar>
            <w:vAlign w:val="center"/>
          </w:tcPr>
          <w:p w14:paraId="3DA23EC6"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144EFEF5" w14:textId="77777777" w:rsidR="00423D2F" w:rsidRPr="00717886" w:rsidRDefault="0047346F">
            <w:pPr>
              <w:spacing w:after="0"/>
              <w:jc w:val="center"/>
              <w:rPr>
                <w:rFonts w:cs="Times New Roman"/>
              </w:rPr>
            </w:pPr>
            <w:r w:rsidRPr="00717886">
              <w:rPr>
                <w:rFonts w:cs="Times New Roman"/>
                <w:sz w:val="13"/>
              </w:rPr>
              <w:t>AVI007</w:t>
            </w:r>
          </w:p>
        </w:tc>
        <w:tc>
          <w:tcPr>
            <w:tcW w:w="2664" w:type="dxa"/>
            <w:tcMar>
              <w:top w:w="70" w:type="dxa"/>
              <w:left w:w="95" w:type="dxa"/>
              <w:bottom w:w="70" w:type="dxa"/>
              <w:right w:w="95" w:type="dxa"/>
            </w:tcMar>
            <w:vAlign w:val="center"/>
          </w:tcPr>
          <w:p w14:paraId="3597CC5B"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B878040" w14:textId="77777777" w:rsidR="00423D2F" w:rsidRPr="00717886" w:rsidRDefault="0047346F">
            <w:pPr>
              <w:spacing w:after="0"/>
              <w:jc w:val="right"/>
              <w:rPr>
                <w:rFonts w:cs="Times New Roman"/>
              </w:rPr>
            </w:pPr>
            <w:r w:rsidRPr="00717886">
              <w:rPr>
                <w:rFonts w:cs="Times New Roman"/>
                <w:sz w:val="13"/>
              </w:rPr>
              <w:t>.0504</w:t>
            </w:r>
          </w:p>
        </w:tc>
        <w:tc>
          <w:tcPr>
            <w:tcW w:w="936" w:type="dxa"/>
            <w:tcMar>
              <w:top w:w="70" w:type="dxa"/>
              <w:left w:w="95" w:type="dxa"/>
              <w:bottom w:w="70" w:type="dxa"/>
              <w:right w:w="95" w:type="dxa"/>
            </w:tcMar>
            <w:vAlign w:val="center"/>
          </w:tcPr>
          <w:p w14:paraId="384FCBC7" w14:textId="77777777" w:rsidR="00423D2F" w:rsidRPr="00717886" w:rsidRDefault="0047346F">
            <w:pPr>
              <w:spacing w:after="0"/>
              <w:jc w:val="right"/>
              <w:rPr>
                <w:rFonts w:cs="Times New Roman"/>
              </w:rPr>
            </w:pPr>
            <w:r w:rsidRPr="00717886">
              <w:rPr>
                <w:rFonts w:cs="Times New Roman"/>
                <w:sz w:val="13"/>
              </w:rPr>
              <w:t>.1307</w:t>
            </w:r>
          </w:p>
        </w:tc>
        <w:tc>
          <w:tcPr>
            <w:tcW w:w="1440" w:type="dxa"/>
            <w:tcMar>
              <w:top w:w="70" w:type="dxa"/>
              <w:left w:w="95" w:type="dxa"/>
              <w:bottom w:w="70" w:type="dxa"/>
              <w:right w:w="95" w:type="dxa"/>
            </w:tcMar>
            <w:vAlign w:val="center"/>
          </w:tcPr>
          <w:p w14:paraId="6849516E" w14:textId="77777777" w:rsidR="00423D2F" w:rsidRPr="00717886" w:rsidRDefault="0047346F">
            <w:pPr>
              <w:spacing w:after="0"/>
              <w:jc w:val="center"/>
              <w:rPr>
                <w:rFonts w:cs="Times New Roman"/>
              </w:rPr>
            </w:pPr>
            <w:r w:rsidRPr="00717886">
              <w:rPr>
                <w:rFonts w:cs="Times New Roman"/>
                <w:sz w:val="13"/>
              </w:rPr>
              <w:t>[−.2147, .3155]</w:t>
            </w:r>
          </w:p>
        </w:tc>
        <w:tc>
          <w:tcPr>
            <w:tcW w:w="892" w:type="dxa"/>
            <w:tcMar>
              <w:top w:w="70" w:type="dxa"/>
              <w:left w:w="95" w:type="dxa"/>
              <w:bottom w:w="70" w:type="dxa"/>
              <w:right w:w="95" w:type="dxa"/>
            </w:tcMar>
            <w:vAlign w:val="center"/>
          </w:tcPr>
          <w:p w14:paraId="5FC5D561" w14:textId="77777777" w:rsidR="00423D2F" w:rsidRPr="00717886" w:rsidRDefault="0047346F">
            <w:pPr>
              <w:spacing w:after="0"/>
              <w:jc w:val="right"/>
              <w:rPr>
                <w:rFonts w:cs="Times New Roman"/>
              </w:rPr>
            </w:pPr>
            <w:r w:rsidRPr="00717886">
              <w:rPr>
                <w:rFonts w:cs="Times New Roman"/>
                <w:sz w:val="13"/>
              </w:rPr>
              <w:t>.702</w:t>
            </w:r>
          </w:p>
        </w:tc>
        <w:tc>
          <w:tcPr>
            <w:tcW w:w="648" w:type="dxa"/>
            <w:tcMar>
              <w:top w:w="70" w:type="dxa"/>
              <w:left w:w="95" w:type="dxa"/>
              <w:bottom w:w="70" w:type="dxa"/>
              <w:right w:w="95" w:type="dxa"/>
            </w:tcMar>
            <w:vAlign w:val="center"/>
          </w:tcPr>
          <w:p w14:paraId="4397E412" w14:textId="77777777" w:rsidR="00423D2F" w:rsidRPr="00717886" w:rsidRDefault="0047346F">
            <w:pPr>
              <w:spacing w:after="0"/>
              <w:jc w:val="right"/>
              <w:rPr>
                <w:rFonts w:cs="Times New Roman"/>
              </w:rPr>
            </w:pPr>
            <w:r w:rsidRPr="00717886">
              <w:rPr>
                <w:rFonts w:cs="Times New Roman"/>
                <w:sz w:val="13"/>
              </w:rPr>
              <w:t>281</w:t>
            </w:r>
          </w:p>
        </w:tc>
        <w:tc>
          <w:tcPr>
            <w:tcW w:w="936" w:type="dxa"/>
            <w:tcMar>
              <w:top w:w="70" w:type="dxa"/>
              <w:left w:w="95" w:type="dxa"/>
              <w:bottom w:w="70" w:type="dxa"/>
              <w:right w:w="95" w:type="dxa"/>
            </w:tcMar>
            <w:vAlign w:val="center"/>
          </w:tcPr>
          <w:p w14:paraId="35156DB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57C846EE" w14:textId="77777777">
        <w:trPr>
          <w:cantSplit/>
          <w:jc w:val="center"/>
        </w:trPr>
        <w:tc>
          <w:tcPr>
            <w:tcW w:w="792" w:type="dxa"/>
            <w:shd w:val="clear" w:color="auto" w:fill="F5F7F9"/>
            <w:tcMar>
              <w:top w:w="70" w:type="dxa"/>
              <w:left w:w="95" w:type="dxa"/>
              <w:bottom w:w="70" w:type="dxa"/>
              <w:right w:w="95" w:type="dxa"/>
            </w:tcMar>
            <w:vAlign w:val="center"/>
          </w:tcPr>
          <w:p w14:paraId="46197692"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59E6A996" w14:textId="77777777" w:rsidR="00423D2F" w:rsidRPr="00717886" w:rsidRDefault="0047346F">
            <w:pPr>
              <w:spacing w:after="0"/>
              <w:jc w:val="center"/>
              <w:rPr>
                <w:rFonts w:cs="Times New Roman"/>
              </w:rPr>
            </w:pPr>
            <w:r w:rsidRPr="00717886">
              <w:rPr>
                <w:rFonts w:cs="Times New Roman"/>
                <w:sz w:val="13"/>
              </w:rPr>
              <w:t>AVI008</w:t>
            </w:r>
          </w:p>
        </w:tc>
        <w:tc>
          <w:tcPr>
            <w:tcW w:w="2664" w:type="dxa"/>
            <w:shd w:val="clear" w:color="auto" w:fill="F5F7F9"/>
            <w:tcMar>
              <w:top w:w="70" w:type="dxa"/>
              <w:left w:w="95" w:type="dxa"/>
              <w:bottom w:w="70" w:type="dxa"/>
              <w:right w:w="95" w:type="dxa"/>
            </w:tcMar>
            <w:vAlign w:val="center"/>
          </w:tcPr>
          <w:p w14:paraId="0104C493"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EF5F027" w14:textId="77777777" w:rsidR="00423D2F" w:rsidRPr="00717886" w:rsidRDefault="0047346F">
            <w:pPr>
              <w:spacing w:after="0"/>
              <w:jc w:val="right"/>
              <w:rPr>
                <w:rFonts w:cs="Times New Roman"/>
              </w:rPr>
            </w:pPr>
            <w:r w:rsidRPr="00717886">
              <w:rPr>
                <w:rFonts w:cs="Times New Roman"/>
                <w:sz w:val="13"/>
              </w:rPr>
              <w:t>.0732</w:t>
            </w:r>
          </w:p>
        </w:tc>
        <w:tc>
          <w:tcPr>
            <w:tcW w:w="936" w:type="dxa"/>
            <w:shd w:val="clear" w:color="auto" w:fill="F5F7F9"/>
            <w:tcMar>
              <w:top w:w="70" w:type="dxa"/>
              <w:left w:w="95" w:type="dxa"/>
              <w:bottom w:w="70" w:type="dxa"/>
              <w:right w:w="95" w:type="dxa"/>
            </w:tcMar>
            <w:vAlign w:val="center"/>
          </w:tcPr>
          <w:p w14:paraId="2C0ADD37" w14:textId="77777777" w:rsidR="00423D2F" w:rsidRPr="00717886" w:rsidRDefault="0047346F">
            <w:pPr>
              <w:spacing w:after="0"/>
              <w:jc w:val="right"/>
              <w:rPr>
                <w:rFonts w:cs="Times New Roman"/>
              </w:rPr>
            </w:pPr>
            <w:r w:rsidRPr="00717886">
              <w:rPr>
                <w:rFonts w:cs="Times New Roman"/>
                <w:sz w:val="13"/>
              </w:rPr>
              <w:t>.1347</w:t>
            </w:r>
          </w:p>
        </w:tc>
        <w:tc>
          <w:tcPr>
            <w:tcW w:w="1440" w:type="dxa"/>
            <w:shd w:val="clear" w:color="auto" w:fill="F5F7F9"/>
            <w:tcMar>
              <w:top w:w="70" w:type="dxa"/>
              <w:left w:w="95" w:type="dxa"/>
              <w:bottom w:w="70" w:type="dxa"/>
              <w:right w:w="95" w:type="dxa"/>
            </w:tcMar>
            <w:vAlign w:val="center"/>
          </w:tcPr>
          <w:p w14:paraId="37D54C2D" w14:textId="77777777" w:rsidR="00423D2F" w:rsidRPr="00717886" w:rsidRDefault="0047346F">
            <w:pPr>
              <w:spacing w:after="0"/>
              <w:jc w:val="center"/>
              <w:rPr>
                <w:rFonts w:cs="Times New Roman"/>
              </w:rPr>
            </w:pPr>
            <w:r w:rsidRPr="00717886">
              <w:rPr>
                <w:rFonts w:cs="Times New Roman"/>
                <w:sz w:val="13"/>
              </w:rPr>
              <w:t>[−.2000, .3465]</w:t>
            </w:r>
          </w:p>
        </w:tc>
        <w:tc>
          <w:tcPr>
            <w:tcW w:w="892" w:type="dxa"/>
            <w:shd w:val="clear" w:color="auto" w:fill="F5F7F9"/>
            <w:tcMar>
              <w:top w:w="70" w:type="dxa"/>
              <w:left w:w="95" w:type="dxa"/>
              <w:bottom w:w="70" w:type="dxa"/>
              <w:right w:w="95" w:type="dxa"/>
            </w:tcMar>
            <w:vAlign w:val="center"/>
          </w:tcPr>
          <w:p w14:paraId="0CD83D98" w14:textId="77777777" w:rsidR="00423D2F" w:rsidRPr="00717886" w:rsidRDefault="0047346F">
            <w:pPr>
              <w:spacing w:after="0"/>
              <w:jc w:val="right"/>
              <w:rPr>
                <w:rFonts w:cs="Times New Roman"/>
              </w:rPr>
            </w:pPr>
            <w:r w:rsidRPr="00717886">
              <w:rPr>
                <w:rFonts w:cs="Times New Roman"/>
                <w:sz w:val="13"/>
              </w:rPr>
              <w:t>.590</w:t>
            </w:r>
          </w:p>
        </w:tc>
        <w:tc>
          <w:tcPr>
            <w:tcW w:w="648" w:type="dxa"/>
            <w:shd w:val="clear" w:color="auto" w:fill="F5F7F9"/>
            <w:tcMar>
              <w:top w:w="70" w:type="dxa"/>
              <w:left w:w="95" w:type="dxa"/>
              <w:bottom w:w="70" w:type="dxa"/>
              <w:right w:w="95" w:type="dxa"/>
            </w:tcMar>
            <w:vAlign w:val="center"/>
          </w:tcPr>
          <w:p w14:paraId="5EBFA6EA" w14:textId="77777777" w:rsidR="00423D2F" w:rsidRPr="00717886" w:rsidRDefault="0047346F">
            <w:pPr>
              <w:spacing w:after="0"/>
              <w:jc w:val="right"/>
              <w:rPr>
                <w:rFonts w:cs="Times New Roman"/>
              </w:rPr>
            </w:pPr>
            <w:r w:rsidRPr="00717886">
              <w:rPr>
                <w:rFonts w:cs="Times New Roman"/>
                <w:sz w:val="13"/>
              </w:rPr>
              <w:t>281</w:t>
            </w:r>
          </w:p>
        </w:tc>
        <w:tc>
          <w:tcPr>
            <w:tcW w:w="936" w:type="dxa"/>
            <w:shd w:val="clear" w:color="auto" w:fill="F5F7F9"/>
            <w:tcMar>
              <w:top w:w="70" w:type="dxa"/>
              <w:left w:w="95" w:type="dxa"/>
              <w:bottom w:w="70" w:type="dxa"/>
              <w:right w:w="95" w:type="dxa"/>
            </w:tcMar>
            <w:vAlign w:val="center"/>
          </w:tcPr>
          <w:p w14:paraId="79734FC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48648CC" w14:textId="77777777">
        <w:trPr>
          <w:cantSplit/>
          <w:jc w:val="center"/>
        </w:trPr>
        <w:tc>
          <w:tcPr>
            <w:tcW w:w="792" w:type="dxa"/>
            <w:tcMar>
              <w:top w:w="70" w:type="dxa"/>
              <w:left w:w="95" w:type="dxa"/>
              <w:bottom w:w="70" w:type="dxa"/>
              <w:right w:w="95" w:type="dxa"/>
            </w:tcMar>
            <w:vAlign w:val="center"/>
          </w:tcPr>
          <w:p w14:paraId="3955F6CC"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31E9BDE3" w14:textId="77777777" w:rsidR="00423D2F" w:rsidRPr="00717886" w:rsidRDefault="0047346F">
            <w:pPr>
              <w:spacing w:after="0"/>
              <w:jc w:val="center"/>
              <w:rPr>
                <w:rFonts w:cs="Times New Roman"/>
              </w:rPr>
            </w:pPr>
            <w:r w:rsidRPr="00717886">
              <w:rPr>
                <w:rFonts w:cs="Times New Roman"/>
                <w:sz w:val="13"/>
              </w:rPr>
              <w:t>AVI009</w:t>
            </w:r>
          </w:p>
        </w:tc>
        <w:tc>
          <w:tcPr>
            <w:tcW w:w="2664" w:type="dxa"/>
            <w:tcMar>
              <w:top w:w="70" w:type="dxa"/>
              <w:left w:w="95" w:type="dxa"/>
              <w:bottom w:w="70" w:type="dxa"/>
              <w:right w:w="95" w:type="dxa"/>
            </w:tcMar>
            <w:vAlign w:val="center"/>
          </w:tcPr>
          <w:p w14:paraId="6F2675C5"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180EB45" w14:textId="77777777" w:rsidR="00423D2F" w:rsidRPr="00717886" w:rsidRDefault="0047346F">
            <w:pPr>
              <w:spacing w:after="0"/>
              <w:jc w:val="right"/>
              <w:rPr>
                <w:rFonts w:cs="Times New Roman"/>
              </w:rPr>
            </w:pPr>
            <w:r w:rsidRPr="00717886">
              <w:rPr>
                <w:rFonts w:cs="Times New Roman"/>
                <w:sz w:val="13"/>
              </w:rPr>
              <w:t>.0788</w:t>
            </w:r>
          </w:p>
        </w:tc>
        <w:tc>
          <w:tcPr>
            <w:tcW w:w="936" w:type="dxa"/>
            <w:tcMar>
              <w:top w:w="70" w:type="dxa"/>
              <w:left w:w="95" w:type="dxa"/>
              <w:bottom w:w="70" w:type="dxa"/>
              <w:right w:w="95" w:type="dxa"/>
            </w:tcMar>
            <w:vAlign w:val="center"/>
          </w:tcPr>
          <w:p w14:paraId="39CE94B4" w14:textId="77777777" w:rsidR="00423D2F" w:rsidRPr="00717886" w:rsidRDefault="0047346F">
            <w:pPr>
              <w:spacing w:after="0"/>
              <w:jc w:val="right"/>
              <w:rPr>
                <w:rFonts w:cs="Times New Roman"/>
              </w:rPr>
            </w:pPr>
            <w:r w:rsidRPr="00717886">
              <w:rPr>
                <w:rFonts w:cs="Times New Roman"/>
                <w:sz w:val="13"/>
              </w:rPr>
              <w:t>.1305</w:t>
            </w:r>
          </w:p>
        </w:tc>
        <w:tc>
          <w:tcPr>
            <w:tcW w:w="1440" w:type="dxa"/>
            <w:tcMar>
              <w:top w:w="70" w:type="dxa"/>
              <w:left w:w="95" w:type="dxa"/>
              <w:bottom w:w="70" w:type="dxa"/>
              <w:right w:w="95" w:type="dxa"/>
            </w:tcMar>
            <w:vAlign w:val="center"/>
          </w:tcPr>
          <w:p w14:paraId="452B80AD" w14:textId="77777777" w:rsidR="00423D2F" w:rsidRPr="00717886" w:rsidRDefault="0047346F">
            <w:pPr>
              <w:spacing w:after="0"/>
              <w:jc w:val="center"/>
              <w:rPr>
                <w:rFonts w:cs="Times New Roman"/>
              </w:rPr>
            </w:pPr>
            <w:r w:rsidRPr="00717886">
              <w:rPr>
                <w:rFonts w:cs="Times New Roman"/>
                <w:sz w:val="13"/>
              </w:rPr>
              <w:t>[−.1859, .3434]</w:t>
            </w:r>
          </w:p>
        </w:tc>
        <w:tc>
          <w:tcPr>
            <w:tcW w:w="892" w:type="dxa"/>
            <w:tcMar>
              <w:top w:w="70" w:type="dxa"/>
              <w:left w:w="95" w:type="dxa"/>
              <w:bottom w:w="70" w:type="dxa"/>
              <w:right w:w="95" w:type="dxa"/>
            </w:tcMar>
            <w:vAlign w:val="center"/>
          </w:tcPr>
          <w:p w14:paraId="30F44B09" w14:textId="77777777" w:rsidR="00423D2F" w:rsidRPr="00717886" w:rsidRDefault="0047346F">
            <w:pPr>
              <w:spacing w:after="0"/>
              <w:jc w:val="right"/>
              <w:rPr>
                <w:rFonts w:cs="Times New Roman"/>
              </w:rPr>
            </w:pPr>
            <w:r w:rsidRPr="00717886">
              <w:rPr>
                <w:rFonts w:cs="Times New Roman"/>
                <w:sz w:val="13"/>
              </w:rPr>
              <w:t>.550</w:t>
            </w:r>
          </w:p>
        </w:tc>
        <w:tc>
          <w:tcPr>
            <w:tcW w:w="648" w:type="dxa"/>
            <w:tcMar>
              <w:top w:w="70" w:type="dxa"/>
              <w:left w:w="95" w:type="dxa"/>
              <w:bottom w:w="70" w:type="dxa"/>
              <w:right w:w="95" w:type="dxa"/>
            </w:tcMar>
            <w:vAlign w:val="center"/>
          </w:tcPr>
          <w:p w14:paraId="26EF581C" w14:textId="77777777" w:rsidR="00423D2F" w:rsidRPr="00717886" w:rsidRDefault="0047346F">
            <w:pPr>
              <w:spacing w:after="0"/>
              <w:jc w:val="right"/>
              <w:rPr>
                <w:rFonts w:cs="Times New Roman"/>
              </w:rPr>
            </w:pPr>
            <w:r w:rsidRPr="00717886">
              <w:rPr>
                <w:rFonts w:cs="Times New Roman"/>
                <w:sz w:val="13"/>
              </w:rPr>
              <w:t>281</w:t>
            </w:r>
          </w:p>
        </w:tc>
        <w:tc>
          <w:tcPr>
            <w:tcW w:w="936" w:type="dxa"/>
            <w:tcMar>
              <w:top w:w="70" w:type="dxa"/>
              <w:left w:w="95" w:type="dxa"/>
              <w:bottom w:w="70" w:type="dxa"/>
              <w:right w:w="95" w:type="dxa"/>
            </w:tcMar>
            <w:vAlign w:val="center"/>
          </w:tcPr>
          <w:p w14:paraId="4713FAB8"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0785734" w14:textId="77777777">
        <w:trPr>
          <w:cantSplit/>
          <w:jc w:val="center"/>
        </w:trPr>
        <w:tc>
          <w:tcPr>
            <w:tcW w:w="792" w:type="dxa"/>
            <w:shd w:val="clear" w:color="auto" w:fill="F5F7F9"/>
            <w:tcMar>
              <w:top w:w="70" w:type="dxa"/>
              <w:left w:w="95" w:type="dxa"/>
              <w:bottom w:w="70" w:type="dxa"/>
              <w:right w:w="95" w:type="dxa"/>
            </w:tcMar>
            <w:vAlign w:val="center"/>
          </w:tcPr>
          <w:p w14:paraId="0EA39FCA"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635CE84" w14:textId="77777777" w:rsidR="00423D2F" w:rsidRPr="00717886" w:rsidRDefault="0047346F">
            <w:pPr>
              <w:spacing w:after="0"/>
              <w:jc w:val="center"/>
              <w:rPr>
                <w:rFonts w:cs="Times New Roman"/>
              </w:rPr>
            </w:pPr>
            <w:r w:rsidRPr="00717886">
              <w:rPr>
                <w:rFonts w:cs="Times New Roman"/>
                <w:sz w:val="13"/>
              </w:rPr>
              <w:t>AVI010</w:t>
            </w:r>
          </w:p>
        </w:tc>
        <w:tc>
          <w:tcPr>
            <w:tcW w:w="2664" w:type="dxa"/>
            <w:shd w:val="clear" w:color="auto" w:fill="F5F7F9"/>
            <w:tcMar>
              <w:top w:w="70" w:type="dxa"/>
              <w:left w:w="95" w:type="dxa"/>
              <w:bottom w:w="70" w:type="dxa"/>
              <w:right w:w="95" w:type="dxa"/>
            </w:tcMar>
            <w:vAlign w:val="center"/>
          </w:tcPr>
          <w:p w14:paraId="4940786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49577762" w14:textId="77777777" w:rsidR="00423D2F" w:rsidRPr="00717886" w:rsidRDefault="0047346F">
            <w:pPr>
              <w:spacing w:after="0"/>
              <w:jc w:val="right"/>
              <w:rPr>
                <w:rFonts w:cs="Times New Roman"/>
              </w:rPr>
            </w:pPr>
            <w:r w:rsidRPr="00717886">
              <w:rPr>
                <w:rFonts w:cs="Times New Roman"/>
                <w:sz w:val="13"/>
              </w:rPr>
              <w:t>.0806</w:t>
            </w:r>
          </w:p>
        </w:tc>
        <w:tc>
          <w:tcPr>
            <w:tcW w:w="936" w:type="dxa"/>
            <w:shd w:val="clear" w:color="auto" w:fill="F5F7F9"/>
            <w:tcMar>
              <w:top w:w="70" w:type="dxa"/>
              <w:left w:w="95" w:type="dxa"/>
              <w:bottom w:w="70" w:type="dxa"/>
              <w:right w:w="95" w:type="dxa"/>
            </w:tcMar>
            <w:vAlign w:val="center"/>
          </w:tcPr>
          <w:p w14:paraId="3B8BC963" w14:textId="77777777" w:rsidR="00423D2F" w:rsidRPr="00717886" w:rsidRDefault="0047346F">
            <w:pPr>
              <w:spacing w:after="0"/>
              <w:jc w:val="right"/>
              <w:rPr>
                <w:rFonts w:cs="Times New Roman"/>
              </w:rPr>
            </w:pPr>
            <w:r w:rsidRPr="00717886">
              <w:rPr>
                <w:rFonts w:cs="Times New Roman"/>
                <w:sz w:val="13"/>
              </w:rPr>
              <w:t>.1297</w:t>
            </w:r>
          </w:p>
        </w:tc>
        <w:tc>
          <w:tcPr>
            <w:tcW w:w="1440" w:type="dxa"/>
            <w:shd w:val="clear" w:color="auto" w:fill="F5F7F9"/>
            <w:tcMar>
              <w:top w:w="70" w:type="dxa"/>
              <w:left w:w="95" w:type="dxa"/>
              <w:bottom w:w="70" w:type="dxa"/>
              <w:right w:w="95" w:type="dxa"/>
            </w:tcMar>
            <w:vAlign w:val="center"/>
          </w:tcPr>
          <w:p w14:paraId="7CB9AC2F" w14:textId="77777777" w:rsidR="00423D2F" w:rsidRPr="00717886" w:rsidRDefault="0047346F">
            <w:pPr>
              <w:spacing w:after="0"/>
              <w:jc w:val="center"/>
              <w:rPr>
                <w:rFonts w:cs="Times New Roman"/>
              </w:rPr>
            </w:pPr>
            <w:r w:rsidRPr="00717886">
              <w:rPr>
                <w:rFonts w:cs="Times New Roman"/>
                <w:sz w:val="13"/>
              </w:rPr>
              <w:t>[−.1825, .3437]</w:t>
            </w:r>
          </w:p>
        </w:tc>
        <w:tc>
          <w:tcPr>
            <w:tcW w:w="892" w:type="dxa"/>
            <w:shd w:val="clear" w:color="auto" w:fill="F5F7F9"/>
            <w:tcMar>
              <w:top w:w="70" w:type="dxa"/>
              <w:left w:w="95" w:type="dxa"/>
              <w:bottom w:w="70" w:type="dxa"/>
              <w:right w:w="95" w:type="dxa"/>
            </w:tcMar>
            <w:vAlign w:val="center"/>
          </w:tcPr>
          <w:p w14:paraId="7A0F8361" w14:textId="77777777" w:rsidR="00423D2F" w:rsidRPr="00717886" w:rsidRDefault="0047346F">
            <w:pPr>
              <w:spacing w:after="0"/>
              <w:jc w:val="right"/>
              <w:rPr>
                <w:rFonts w:cs="Times New Roman"/>
              </w:rPr>
            </w:pPr>
            <w:r w:rsidRPr="00717886">
              <w:rPr>
                <w:rFonts w:cs="Times New Roman"/>
                <w:sz w:val="13"/>
              </w:rPr>
              <w:t>.538</w:t>
            </w:r>
          </w:p>
        </w:tc>
        <w:tc>
          <w:tcPr>
            <w:tcW w:w="648" w:type="dxa"/>
            <w:shd w:val="clear" w:color="auto" w:fill="F5F7F9"/>
            <w:tcMar>
              <w:top w:w="70" w:type="dxa"/>
              <w:left w:w="95" w:type="dxa"/>
              <w:bottom w:w="70" w:type="dxa"/>
              <w:right w:w="95" w:type="dxa"/>
            </w:tcMar>
            <w:vAlign w:val="center"/>
          </w:tcPr>
          <w:p w14:paraId="40300744" w14:textId="77777777" w:rsidR="00423D2F" w:rsidRPr="00717886" w:rsidRDefault="0047346F">
            <w:pPr>
              <w:spacing w:after="0"/>
              <w:jc w:val="right"/>
              <w:rPr>
                <w:rFonts w:cs="Times New Roman"/>
              </w:rPr>
            </w:pPr>
            <w:r w:rsidRPr="00717886">
              <w:rPr>
                <w:rFonts w:cs="Times New Roman"/>
                <w:sz w:val="13"/>
              </w:rPr>
              <w:t>281</w:t>
            </w:r>
          </w:p>
        </w:tc>
        <w:tc>
          <w:tcPr>
            <w:tcW w:w="936" w:type="dxa"/>
            <w:shd w:val="clear" w:color="auto" w:fill="F5F7F9"/>
            <w:tcMar>
              <w:top w:w="70" w:type="dxa"/>
              <w:left w:w="95" w:type="dxa"/>
              <w:bottom w:w="70" w:type="dxa"/>
              <w:right w:w="95" w:type="dxa"/>
            </w:tcMar>
            <w:vAlign w:val="center"/>
          </w:tcPr>
          <w:p w14:paraId="0D938C4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A4093E6" w14:textId="77777777">
        <w:trPr>
          <w:cantSplit/>
          <w:jc w:val="center"/>
        </w:trPr>
        <w:tc>
          <w:tcPr>
            <w:tcW w:w="792" w:type="dxa"/>
            <w:tcMar>
              <w:top w:w="70" w:type="dxa"/>
              <w:left w:w="95" w:type="dxa"/>
              <w:bottom w:w="70" w:type="dxa"/>
              <w:right w:w="95" w:type="dxa"/>
            </w:tcMar>
            <w:vAlign w:val="center"/>
          </w:tcPr>
          <w:p w14:paraId="53B64B9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137DE640" w14:textId="77777777" w:rsidR="00423D2F" w:rsidRPr="00717886" w:rsidRDefault="0047346F">
            <w:pPr>
              <w:spacing w:after="0"/>
              <w:jc w:val="center"/>
              <w:rPr>
                <w:rFonts w:cs="Times New Roman"/>
              </w:rPr>
            </w:pPr>
            <w:r w:rsidRPr="00717886">
              <w:rPr>
                <w:rFonts w:cs="Times New Roman"/>
                <w:sz w:val="13"/>
              </w:rPr>
              <w:t>AVI011</w:t>
            </w:r>
          </w:p>
        </w:tc>
        <w:tc>
          <w:tcPr>
            <w:tcW w:w="2664" w:type="dxa"/>
            <w:tcMar>
              <w:top w:w="70" w:type="dxa"/>
              <w:left w:w="95" w:type="dxa"/>
              <w:bottom w:w="70" w:type="dxa"/>
              <w:right w:w="95" w:type="dxa"/>
            </w:tcMar>
            <w:vAlign w:val="center"/>
          </w:tcPr>
          <w:p w14:paraId="5FF6E04B"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D077C2F" w14:textId="77777777" w:rsidR="00423D2F" w:rsidRPr="00717886" w:rsidRDefault="0047346F">
            <w:pPr>
              <w:spacing w:after="0"/>
              <w:jc w:val="right"/>
              <w:rPr>
                <w:rFonts w:cs="Times New Roman"/>
              </w:rPr>
            </w:pPr>
            <w:r w:rsidRPr="00717886">
              <w:rPr>
                <w:rFonts w:cs="Times New Roman"/>
                <w:sz w:val="13"/>
              </w:rPr>
              <w:t>.0803</w:t>
            </w:r>
          </w:p>
        </w:tc>
        <w:tc>
          <w:tcPr>
            <w:tcW w:w="936" w:type="dxa"/>
            <w:tcMar>
              <w:top w:w="70" w:type="dxa"/>
              <w:left w:w="95" w:type="dxa"/>
              <w:bottom w:w="70" w:type="dxa"/>
              <w:right w:w="95" w:type="dxa"/>
            </w:tcMar>
            <w:vAlign w:val="center"/>
          </w:tcPr>
          <w:p w14:paraId="4333CFDF" w14:textId="77777777" w:rsidR="00423D2F" w:rsidRPr="00717886" w:rsidRDefault="0047346F">
            <w:pPr>
              <w:spacing w:after="0"/>
              <w:jc w:val="right"/>
              <w:rPr>
                <w:rFonts w:cs="Times New Roman"/>
              </w:rPr>
            </w:pPr>
            <w:r w:rsidRPr="00717886">
              <w:rPr>
                <w:rFonts w:cs="Times New Roman"/>
                <w:sz w:val="13"/>
              </w:rPr>
              <w:t>.1320</w:t>
            </w:r>
          </w:p>
        </w:tc>
        <w:tc>
          <w:tcPr>
            <w:tcW w:w="1440" w:type="dxa"/>
            <w:tcMar>
              <w:top w:w="70" w:type="dxa"/>
              <w:left w:w="95" w:type="dxa"/>
              <w:bottom w:w="70" w:type="dxa"/>
              <w:right w:w="95" w:type="dxa"/>
            </w:tcMar>
            <w:vAlign w:val="center"/>
          </w:tcPr>
          <w:p w14:paraId="35BA6BB7" w14:textId="77777777" w:rsidR="00423D2F" w:rsidRPr="00717886" w:rsidRDefault="0047346F">
            <w:pPr>
              <w:spacing w:after="0"/>
              <w:jc w:val="center"/>
              <w:rPr>
                <w:rFonts w:cs="Times New Roman"/>
              </w:rPr>
            </w:pPr>
            <w:r w:rsidRPr="00717886">
              <w:rPr>
                <w:rFonts w:cs="Times New Roman"/>
                <w:sz w:val="13"/>
              </w:rPr>
              <w:t>[−.1873, .3480]</w:t>
            </w:r>
          </w:p>
        </w:tc>
        <w:tc>
          <w:tcPr>
            <w:tcW w:w="892" w:type="dxa"/>
            <w:tcMar>
              <w:top w:w="70" w:type="dxa"/>
              <w:left w:w="95" w:type="dxa"/>
              <w:bottom w:w="70" w:type="dxa"/>
              <w:right w:w="95" w:type="dxa"/>
            </w:tcMar>
            <w:vAlign w:val="center"/>
          </w:tcPr>
          <w:p w14:paraId="4BC30CD1" w14:textId="77777777" w:rsidR="00423D2F" w:rsidRPr="00717886" w:rsidRDefault="0047346F">
            <w:pPr>
              <w:spacing w:after="0"/>
              <w:jc w:val="right"/>
              <w:rPr>
                <w:rFonts w:cs="Times New Roman"/>
              </w:rPr>
            </w:pPr>
            <w:r w:rsidRPr="00717886">
              <w:rPr>
                <w:rFonts w:cs="Times New Roman"/>
                <w:sz w:val="13"/>
              </w:rPr>
              <w:t>.547</w:t>
            </w:r>
          </w:p>
        </w:tc>
        <w:tc>
          <w:tcPr>
            <w:tcW w:w="648" w:type="dxa"/>
            <w:tcMar>
              <w:top w:w="70" w:type="dxa"/>
              <w:left w:w="95" w:type="dxa"/>
              <w:bottom w:w="70" w:type="dxa"/>
              <w:right w:w="95" w:type="dxa"/>
            </w:tcMar>
            <w:vAlign w:val="center"/>
          </w:tcPr>
          <w:p w14:paraId="14CF96C1"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7AD72202"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DD5295F" w14:textId="77777777">
        <w:trPr>
          <w:cantSplit/>
          <w:jc w:val="center"/>
        </w:trPr>
        <w:tc>
          <w:tcPr>
            <w:tcW w:w="792" w:type="dxa"/>
            <w:shd w:val="clear" w:color="auto" w:fill="F5F7F9"/>
            <w:tcMar>
              <w:top w:w="70" w:type="dxa"/>
              <w:left w:w="95" w:type="dxa"/>
              <w:bottom w:w="70" w:type="dxa"/>
              <w:right w:w="95" w:type="dxa"/>
            </w:tcMar>
            <w:vAlign w:val="center"/>
          </w:tcPr>
          <w:p w14:paraId="0A76AB0F"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058D2363" w14:textId="77777777" w:rsidR="00423D2F" w:rsidRPr="00717886" w:rsidRDefault="0047346F">
            <w:pPr>
              <w:spacing w:after="0"/>
              <w:jc w:val="center"/>
              <w:rPr>
                <w:rFonts w:cs="Times New Roman"/>
              </w:rPr>
            </w:pPr>
            <w:r w:rsidRPr="00717886">
              <w:rPr>
                <w:rFonts w:cs="Times New Roman"/>
                <w:sz w:val="13"/>
              </w:rPr>
              <w:t>AVI012</w:t>
            </w:r>
          </w:p>
        </w:tc>
        <w:tc>
          <w:tcPr>
            <w:tcW w:w="2664" w:type="dxa"/>
            <w:shd w:val="clear" w:color="auto" w:fill="F5F7F9"/>
            <w:tcMar>
              <w:top w:w="70" w:type="dxa"/>
              <w:left w:w="95" w:type="dxa"/>
              <w:bottom w:w="70" w:type="dxa"/>
              <w:right w:w="95" w:type="dxa"/>
            </w:tcMar>
            <w:vAlign w:val="center"/>
          </w:tcPr>
          <w:p w14:paraId="129344A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6BCF97B" w14:textId="77777777" w:rsidR="00423D2F" w:rsidRPr="00717886" w:rsidRDefault="0047346F">
            <w:pPr>
              <w:spacing w:after="0"/>
              <w:jc w:val="right"/>
              <w:rPr>
                <w:rFonts w:cs="Times New Roman"/>
              </w:rPr>
            </w:pPr>
            <w:r w:rsidRPr="00717886">
              <w:rPr>
                <w:rFonts w:cs="Times New Roman"/>
                <w:sz w:val="13"/>
              </w:rPr>
              <w:t>.0736</w:t>
            </w:r>
          </w:p>
        </w:tc>
        <w:tc>
          <w:tcPr>
            <w:tcW w:w="936" w:type="dxa"/>
            <w:shd w:val="clear" w:color="auto" w:fill="F5F7F9"/>
            <w:tcMar>
              <w:top w:w="70" w:type="dxa"/>
              <w:left w:w="95" w:type="dxa"/>
              <w:bottom w:w="70" w:type="dxa"/>
              <w:right w:w="95" w:type="dxa"/>
            </w:tcMar>
            <w:vAlign w:val="center"/>
          </w:tcPr>
          <w:p w14:paraId="0ABBBC7A" w14:textId="77777777" w:rsidR="00423D2F" w:rsidRPr="00717886" w:rsidRDefault="0047346F">
            <w:pPr>
              <w:spacing w:after="0"/>
              <w:jc w:val="right"/>
              <w:rPr>
                <w:rFonts w:cs="Times New Roman"/>
              </w:rPr>
            </w:pPr>
            <w:r w:rsidRPr="00717886">
              <w:rPr>
                <w:rFonts w:cs="Times New Roman"/>
                <w:sz w:val="13"/>
              </w:rPr>
              <w:t>.1295</w:t>
            </w:r>
          </w:p>
        </w:tc>
        <w:tc>
          <w:tcPr>
            <w:tcW w:w="1440" w:type="dxa"/>
            <w:shd w:val="clear" w:color="auto" w:fill="F5F7F9"/>
            <w:tcMar>
              <w:top w:w="70" w:type="dxa"/>
              <w:left w:w="95" w:type="dxa"/>
              <w:bottom w:w="70" w:type="dxa"/>
              <w:right w:w="95" w:type="dxa"/>
            </w:tcMar>
            <w:vAlign w:val="center"/>
          </w:tcPr>
          <w:p w14:paraId="5F3A5129" w14:textId="77777777" w:rsidR="00423D2F" w:rsidRPr="00717886" w:rsidRDefault="0047346F">
            <w:pPr>
              <w:spacing w:after="0"/>
              <w:jc w:val="center"/>
              <w:rPr>
                <w:rFonts w:cs="Times New Roman"/>
              </w:rPr>
            </w:pPr>
            <w:r w:rsidRPr="00717886">
              <w:rPr>
                <w:rFonts w:cs="Times New Roman"/>
                <w:sz w:val="13"/>
              </w:rPr>
              <w:t>[−.1889, .3362]</w:t>
            </w:r>
          </w:p>
        </w:tc>
        <w:tc>
          <w:tcPr>
            <w:tcW w:w="892" w:type="dxa"/>
            <w:shd w:val="clear" w:color="auto" w:fill="F5F7F9"/>
            <w:tcMar>
              <w:top w:w="70" w:type="dxa"/>
              <w:left w:w="95" w:type="dxa"/>
              <w:bottom w:w="70" w:type="dxa"/>
              <w:right w:w="95" w:type="dxa"/>
            </w:tcMar>
            <w:vAlign w:val="center"/>
          </w:tcPr>
          <w:p w14:paraId="5B487E9D" w14:textId="77777777" w:rsidR="00423D2F" w:rsidRPr="00717886" w:rsidRDefault="0047346F">
            <w:pPr>
              <w:spacing w:after="0"/>
              <w:jc w:val="right"/>
              <w:rPr>
                <w:rFonts w:cs="Times New Roman"/>
              </w:rPr>
            </w:pPr>
            <w:r w:rsidRPr="00717886">
              <w:rPr>
                <w:rFonts w:cs="Times New Roman"/>
                <w:sz w:val="13"/>
              </w:rPr>
              <w:t>.573</w:t>
            </w:r>
          </w:p>
        </w:tc>
        <w:tc>
          <w:tcPr>
            <w:tcW w:w="648" w:type="dxa"/>
            <w:shd w:val="clear" w:color="auto" w:fill="F5F7F9"/>
            <w:tcMar>
              <w:top w:w="70" w:type="dxa"/>
              <w:left w:w="95" w:type="dxa"/>
              <w:bottom w:w="70" w:type="dxa"/>
              <w:right w:w="95" w:type="dxa"/>
            </w:tcMar>
            <w:vAlign w:val="center"/>
          </w:tcPr>
          <w:p w14:paraId="072E3C62"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13CF2BE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18805EB" w14:textId="77777777">
        <w:trPr>
          <w:cantSplit/>
          <w:jc w:val="center"/>
        </w:trPr>
        <w:tc>
          <w:tcPr>
            <w:tcW w:w="792" w:type="dxa"/>
            <w:tcMar>
              <w:top w:w="70" w:type="dxa"/>
              <w:left w:w="95" w:type="dxa"/>
              <w:bottom w:w="70" w:type="dxa"/>
              <w:right w:w="95" w:type="dxa"/>
            </w:tcMar>
            <w:vAlign w:val="center"/>
          </w:tcPr>
          <w:p w14:paraId="45A0E82B"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48F79E79" w14:textId="77777777" w:rsidR="00423D2F" w:rsidRPr="00717886" w:rsidRDefault="0047346F">
            <w:pPr>
              <w:spacing w:after="0"/>
              <w:jc w:val="center"/>
              <w:rPr>
                <w:rFonts w:cs="Times New Roman"/>
              </w:rPr>
            </w:pPr>
            <w:r w:rsidRPr="00717886">
              <w:rPr>
                <w:rFonts w:cs="Times New Roman"/>
                <w:sz w:val="13"/>
              </w:rPr>
              <w:t>AVI013</w:t>
            </w:r>
          </w:p>
        </w:tc>
        <w:tc>
          <w:tcPr>
            <w:tcW w:w="2664" w:type="dxa"/>
            <w:tcMar>
              <w:top w:w="70" w:type="dxa"/>
              <w:left w:w="95" w:type="dxa"/>
              <w:bottom w:w="70" w:type="dxa"/>
              <w:right w:w="95" w:type="dxa"/>
            </w:tcMar>
            <w:vAlign w:val="center"/>
          </w:tcPr>
          <w:p w14:paraId="5E877487"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0D8E4074" w14:textId="77777777" w:rsidR="00423D2F" w:rsidRPr="00717886" w:rsidRDefault="0047346F">
            <w:pPr>
              <w:spacing w:after="0"/>
              <w:jc w:val="right"/>
              <w:rPr>
                <w:rFonts w:cs="Times New Roman"/>
              </w:rPr>
            </w:pPr>
            <w:r w:rsidRPr="00717886">
              <w:rPr>
                <w:rFonts w:cs="Times New Roman"/>
                <w:sz w:val="13"/>
              </w:rPr>
              <w:t>.1142</w:t>
            </w:r>
          </w:p>
        </w:tc>
        <w:tc>
          <w:tcPr>
            <w:tcW w:w="936" w:type="dxa"/>
            <w:tcMar>
              <w:top w:w="70" w:type="dxa"/>
              <w:left w:w="95" w:type="dxa"/>
              <w:bottom w:w="70" w:type="dxa"/>
              <w:right w:w="95" w:type="dxa"/>
            </w:tcMar>
            <w:vAlign w:val="center"/>
          </w:tcPr>
          <w:p w14:paraId="254B5AB7" w14:textId="77777777" w:rsidR="00423D2F" w:rsidRPr="00717886" w:rsidRDefault="0047346F">
            <w:pPr>
              <w:spacing w:after="0"/>
              <w:jc w:val="right"/>
              <w:rPr>
                <w:rFonts w:cs="Times New Roman"/>
              </w:rPr>
            </w:pPr>
            <w:r w:rsidRPr="00717886">
              <w:rPr>
                <w:rFonts w:cs="Times New Roman"/>
                <w:sz w:val="13"/>
              </w:rPr>
              <w:t>.1320</w:t>
            </w:r>
          </w:p>
        </w:tc>
        <w:tc>
          <w:tcPr>
            <w:tcW w:w="1440" w:type="dxa"/>
            <w:tcMar>
              <w:top w:w="70" w:type="dxa"/>
              <w:left w:w="95" w:type="dxa"/>
              <w:bottom w:w="70" w:type="dxa"/>
              <w:right w:w="95" w:type="dxa"/>
            </w:tcMar>
            <w:vAlign w:val="center"/>
          </w:tcPr>
          <w:p w14:paraId="56E3D746" w14:textId="77777777" w:rsidR="00423D2F" w:rsidRPr="00717886" w:rsidRDefault="0047346F">
            <w:pPr>
              <w:spacing w:after="0"/>
              <w:jc w:val="center"/>
              <w:rPr>
                <w:rFonts w:cs="Times New Roman"/>
              </w:rPr>
            </w:pPr>
            <w:r w:rsidRPr="00717886">
              <w:rPr>
                <w:rFonts w:cs="Times New Roman"/>
                <w:sz w:val="13"/>
              </w:rPr>
              <w:t>[−.1534, .3819]</w:t>
            </w:r>
          </w:p>
        </w:tc>
        <w:tc>
          <w:tcPr>
            <w:tcW w:w="892" w:type="dxa"/>
            <w:tcMar>
              <w:top w:w="70" w:type="dxa"/>
              <w:left w:w="95" w:type="dxa"/>
              <w:bottom w:w="70" w:type="dxa"/>
              <w:right w:w="95" w:type="dxa"/>
            </w:tcMar>
            <w:vAlign w:val="center"/>
          </w:tcPr>
          <w:p w14:paraId="7DC68C7D" w14:textId="77777777" w:rsidR="00423D2F" w:rsidRPr="00717886" w:rsidRDefault="0047346F">
            <w:pPr>
              <w:spacing w:after="0"/>
              <w:jc w:val="right"/>
              <w:rPr>
                <w:rFonts w:cs="Times New Roman"/>
              </w:rPr>
            </w:pPr>
            <w:r w:rsidRPr="00717886">
              <w:rPr>
                <w:rFonts w:cs="Times New Roman"/>
                <w:sz w:val="13"/>
              </w:rPr>
              <w:t>.392</w:t>
            </w:r>
          </w:p>
        </w:tc>
        <w:tc>
          <w:tcPr>
            <w:tcW w:w="648" w:type="dxa"/>
            <w:tcMar>
              <w:top w:w="70" w:type="dxa"/>
              <w:left w:w="95" w:type="dxa"/>
              <w:bottom w:w="70" w:type="dxa"/>
              <w:right w:w="95" w:type="dxa"/>
            </w:tcMar>
            <w:vAlign w:val="center"/>
          </w:tcPr>
          <w:p w14:paraId="4508A579"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77C0FBC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212FB21" w14:textId="77777777">
        <w:trPr>
          <w:cantSplit/>
          <w:jc w:val="center"/>
        </w:trPr>
        <w:tc>
          <w:tcPr>
            <w:tcW w:w="792" w:type="dxa"/>
            <w:shd w:val="clear" w:color="auto" w:fill="F5F7F9"/>
            <w:tcMar>
              <w:top w:w="70" w:type="dxa"/>
              <w:left w:w="95" w:type="dxa"/>
              <w:bottom w:w="70" w:type="dxa"/>
              <w:right w:w="95" w:type="dxa"/>
            </w:tcMar>
            <w:vAlign w:val="center"/>
          </w:tcPr>
          <w:p w14:paraId="1A57CF55"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5B9A3E1" w14:textId="77777777" w:rsidR="00423D2F" w:rsidRPr="00717886" w:rsidRDefault="0047346F">
            <w:pPr>
              <w:spacing w:after="0"/>
              <w:jc w:val="center"/>
              <w:rPr>
                <w:rFonts w:cs="Times New Roman"/>
              </w:rPr>
            </w:pPr>
            <w:r w:rsidRPr="00717886">
              <w:rPr>
                <w:rFonts w:cs="Times New Roman"/>
                <w:sz w:val="13"/>
              </w:rPr>
              <w:t>AVI014</w:t>
            </w:r>
          </w:p>
        </w:tc>
        <w:tc>
          <w:tcPr>
            <w:tcW w:w="2664" w:type="dxa"/>
            <w:shd w:val="clear" w:color="auto" w:fill="F5F7F9"/>
            <w:tcMar>
              <w:top w:w="70" w:type="dxa"/>
              <w:left w:w="95" w:type="dxa"/>
              <w:bottom w:w="70" w:type="dxa"/>
              <w:right w:w="95" w:type="dxa"/>
            </w:tcMar>
            <w:vAlign w:val="center"/>
          </w:tcPr>
          <w:p w14:paraId="2DD0CAD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E01E38F" w14:textId="77777777" w:rsidR="00423D2F" w:rsidRPr="00717886" w:rsidRDefault="0047346F">
            <w:pPr>
              <w:spacing w:after="0"/>
              <w:jc w:val="right"/>
              <w:rPr>
                <w:rFonts w:cs="Times New Roman"/>
              </w:rPr>
            </w:pPr>
            <w:r w:rsidRPr="00717886">
              <w:rPr>
                <w:rFonts w:cs="Times New Roman"/>
                <w:sz w:val="13"/>
              </w:rPr>
              <w:t>.0799</w:t>
            </w:r>
          </w:p>
        </w:tc>
        <w:tc>
          <w:tcPr>
            <w:tcW w:w="936" w:type="dxa"/>
            <w:shd w:val="clear" w:color="auto" w:fill="F5F7F9"/>
            <w:tcMar>
              <w:top w:w="70" w:type="dxa"/>
              <w:left w:w="95" w:type="dxa"/>
              <w:bottom w:w="70" w:type="dxa"/>
              <w:right w:w="95" w:type="dxa"/>
            </w:tcMar>
            <w:vAlign w:val="center"/>
          </w:tcPr>
          <w:p w14:paraId="6983B5CB" w14:textId="77777777" w:rsidR="00423D2F" w:rsidRPr="00717886" w:rsidRDefault="0047346F">
            <w:pPr>
              <w:spacing w:after="0"/>
              <w:jc w:val="right"/>
              <w:rPr>
                <w:rFonts w:cs="Times New Roman"/>
              </w:rPr>
            </w:pPr>
            <w:r w:rsidRPr="00717886">
              <w:rPr>
                <w:rFonts w:cs="Times New Roman"/>
                <w:sz w:val="13"/>
              </w:rPr>
              <w:t>.1315</w:t>
            </w:r>
          </w:p>
        </w:tc>
        <w:tc>
          <w:tcPr>
            <w:tcW w:w="1440" w:type="dxa"/>
            <w:shd w:val="clear" w:color="auto" w:fill="F5F7F9"/>
            <w:tcMar>
              <w:top w:w="70" w:type="dxa"/>
              <w:left w:w="95" w:type="dxa"/>
              <w:bottom w:w="70" w:type="dxa"/>
              <w:right w:w="95" w:type="dxa"/>
            </w:tcMar>
            <w:vAlign w:val="center"/>
          </w:tcPr>
          <w:p w14:paraId="7CE22C92" w14:textId="77777777" w:rsidR="00423D2F" w:rsidRPr="00717886" w:rsidRDefault="0047346F">
            <w:pPr>
              <w:spacing w:after="0"/>
              <w:jc w:val="center"/>
              <w:rPr>
                <w:rFonts w:cs="Times New Roman"/>
              </w:rPr>
            </w:pPr>
            <w:r w:rsidRPr="00717886">
              <w:rPr>
                <w:rFonts w:cs="Times New Roman"/>
                <w:sz w:val="13"/>
              </w:rPr>
              <w:t>[−.1868, .3465]</w:t>
            </w:r>
          </w:p>
        </w:tc>
        <w:tc>
          <w:tcPr>
            <w:tcW w:w="892" w:type="dxa"/>
            <w:shd w:val="clear" w:color="auto" w:fill="F5F7F9"/>
            <w:tcMar>
              <w:top w:w="70" w:type="dxa"/>
              <w:left w:w="95" w:type="dxa"/>
              <w:bottom w:w="70" w:type="dxa"/>
              <w:right w:w="95" w:type="dxa"/>
            </w:tcMar>
            <w:vAlign w:val="center"/>
          </w:tcPr>
          <w:p w14:paraId="0BD4D899" w14:textId="77777777" w:rsidR="00423D2F" w:rsidRPr="00717886" w:rsidRDefault="0047346F">
            <w:pPr>
              <w:spacing w:after="0"/>
              <w:jc w:val="right"/>
              <w:rPr>
                <w:rFonts w:cs="Times New Roman"/>
              </w:rPr>
            </w:pPr>
            <w:r w:rsidRPr="00717886">
              <w:rPr>
                <w:rFonts w:cs="Times New Roman"/>
                <w:sz w:val="13"/>
              </w:rPr>
              <w:t>.547</w:t>
            </w:r>
          </w:p>
        </w:tc>
        <w:tc>
          <w:tcPr>
            <w:tcW w:w="648" w:type="dxa"/>
            <w:shd w:val="clear" w:color="auto" w:fill="F5F7F9"/>
            <w:tcMar>
              <w:top w:w="70" w:type="dxa"/>
              <w:left w:w="95" w:type="dxa"/>
              <w:bottom w:w="70" w:type="dxa"/>
              <w:right w:w="95" w:type="dxa"/>
            </w:tcMar>
            <w:vAlign w:val="center"/>
          </w:tcPr>
          <w:p w14:paraId="7F862D49"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5984433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44E68B5" w14:textId="77777777">
        <w:trPr>
          <w:cantSplit/>
          <w:jc w:val="center"/>
        </w:trPr>
        <w:tc>
          <w:tcPr>
            <w:tcW w:w="792" w:type="dxa"/>
            <w:tcMar>
              <w:top w:w="70" w:type="dxa"/>
              <w:left w:w="95" w:type="dxa"/>
              <w:bottom w:w="70" w:type="dxa"/>
              <w:right w:w="95" w:type="dxa"/>
            </w:tcMar>
            <w:vAlign w:val="center"/>
          </w:tcPr>
          <w:p w14:paraId="6D3907A3"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3FE6F293" w14:textId="77777777" w:rsidR="00423D2F" w:rsidRPr="00717886" w:rsidRDefault="0047346F">
            <w:pPr>
              <w:spacing w:after="0"/>
              <w:jc w:val="center"/>
              <w:rPr>
                <w:rFonts w:cs="Times New Roman"/>
              </w:rPr>
            </w:pPr>
            <w:r w:rsidRPr="00717886">
              <w:rPr>
                <w:rFonts w:cs="Times New Roman"/>
                <w:sz w:val="13"/>
              </w:rPr>
              <w:t>AVI015</w:t>
            </w:r>
          </w:p>
        </w:tc>
        <w:tc>
          <w:tcPr>
            <w:tcW w:w="2664" w:type="dxa"/>
            <w:tcMar>
              <w:top w:w="70" w:type="dxa"/>
              <w:left w:w="95" w:type="dxa"/>
              <w:bottom w:w="70" w:type="dxa"/>
              <w:right w:w="95" w:type="dxa"/>
            </w:tcMar>
            <w:vAlign w:val="center"/>
          </w:tcPr>
          <w:p w14:paraId="19F4BCB5"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5CF83448" w14:textId="77777777" w:rsidR="00423D2F" w:rsidRPr="00717886" w:rsidRDefault="0047346F">
            <w:pPr>
              <w:spacing w:after="0"/>
              <w:jc w:val="right"/>
              <w:rPr>
                <w:rFonts w:cs="Times New Roman"/>
              </w:rPr>
            </w:pPr>
            <w:r w:rsidRPr="00717886">
              <w:rPr>
                <w:rFonts w:cs="Times New Roman"/>
                <w:sz w:val="13"/>
              </w:rPr>
              <w:t>.0555</w:t>
            </w:r>
          </w:p>
        </w:tc>
        <w:tc>
          <w:tcPr>
            <w:tcW w:w="936" w:type="dxa"/>
            <w:tcMar>
              <w:top w:w="70" w:type="dxa"/>
              <w:left w:w="95" w:type="dxa"/>
              <w:bottom w:w="70" w:type="dxa"/>
              <w:right w:w="95" w:type="dxa"/>
            </w:tcMar>
            <w:vAlign w:val="center"/>
          </w:tcPr>
          <w:p w14:paraId="38FAA7C4" w14:textId="77777777" w:rsidR="00423D2F" w:rsidRPr="00717886" w:rsidRDefault="0047346F">
            <w:pPr>
              <w:spacing w:after="0"/>
              <w:jc w:val="right"/>
              <w:rPr>
                <w:rFonts w:cs="Times New Roman"/>
              </w:rPr>
            </w:pPr>
            <w:r w:rsidRPr="00717886">
              <w:rPr>
                <w:rFonts w:cs="Times New Roman"/>
                <w:sz w:val="13"/>
              </w:rPr>
              <w:t>.1307</w:t>
            </w:r>
          </w:p>
        </w:tc>
        <w:tc>
          <w:tcPr>
            <w:tcW w:w="1440" w:type="dxa"/>
            <w:tcMar>
              <w:top w:w="70" w:type="dxa"/>
              <w:left w:w="95" w:type="dxa"/>
              <w:bottom w:w="70" w:type="dxa"/>
              <w:right w:w="95" w:type="dxa"/>
            </w:tcMar>
            <w:vAlign w:val="center"/>
          </w:tcPr>
          <w:p w14:paraId="0302DC7A" w14:textId="77777777" w:rsidR="00423D2F" w:rsidRPr="00717886" w:rsidRDefault="0047346F">
            <w:pPr>
              <w:spacing w:after="0"/>
              <w:jc w:val="center"/>
              <w:rPr>
                <w:rFonts w:cs="Times New Roman"/>
              </w:rPr>
            </w:pPr>
            <w:r w:rsidRPr="00717886">
              <w:rPr>
                <w:rFonts w:cs="Times New Roman"/>
                <w:sz w:val="13"/>
              </w:rPr>
              <w:t>[−.2096, .3206]</w:t>
            </w:r>
          </w:p>
        </w:tc>
        <w:tc>
          <w:tcPr>
            <w:tcW w:w="892" w:type="dxa"/>
            <w:tcMar>
              <w:top w:w="70" w:type="dxa"/>
              <w:left w:w="95" w:type="dxa"/>
              <w:bottom w:w="70" w:type="dxa"/>
              <w:right w:w="95" w:type="dxa"/>
            </w:tcMar>
            <w:vAlign w:val="center"/>
          </w:tcPr>
          <w:p w14:paraId="1FD0F8BB" w14:textId="77777777" w:rsidR="00423D2F" w:rsidRPr="00717886" w:rsidRDefault="0047346F">
            <w:pPr>
              <w:spacing w:after="0"/>
              <w:jc w:val="right"/>
              <w:rPr>
                <w:rFonts w:cs="Times New Roman"/>
              </w:rPr>
            </w:pPr>
            <w:r w:rsidRPr="00717886">
              <w:rPr>
                <w:rFonts w:cs="Times New Roman"/>
                <w:sz w:val="13"/>
              </w:rPr>
              <w:t>.674</w:t>
            </w:r>
          </w:p>
        </w:tc>
        <w:tc>
          <w:tcPr>
            <w:tcW w:w="648" w:type="dxa"/>
            <w:tcMar>
              <w:top w:w="70" w:type="dxa"/>
              <w:left w:w="95" w:type="dxa"/>
              <w:bottom w:w="70" w:type="dxa"/>
              <w:right w:w="95" w:type="dxa"/>
            </w:tcMar>
            <w:vAlign w:val="center"/>
          </w:tcPr>
          <w:p w14:paraId="2EE2F18F"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5359BA5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20D11DB" w14:textId="77777777">
        <w:trPr>
          <w:cantSplit/>
          <w:jc w:val="center"/>
        </w:trPr>
        <w:tc>
          <w:tcPr>
            <w:tcW w:w="792" w:type="dxa"/>
            <w:shd w:val="clear" w:color="auto" w:fill="F5F7F9"/>
            <w:tcMar>
              <w:top w:w="70" w:type="dxa"/>
              <w:left w:w="95" w:type="dxa"/>
              <w:bottom w:w="70" w:type="dxa"/>
              <w:right w:w="95" w:type="dxa"/>
            </w:tcMar>
            <w:vAlign w:val="center"/>
          </w:tcPr>
          <w:p w14:paraId="3F13BE12"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736F9BF7" w14:textId="77777777" w:rsidR="00423D2F" w:rsidRPr="00717886" w:rsidRDefault="0047346F">
            <w:pPr>
              <w:spacing w:after="0"/>
              <w:jc w:val="center"/>
              <w:rPr>
                <w:rFonts w:cs="Times New Roman"/>
              </w:rPr>
            </w:pPr>
            <w:r w:rsidRPr="00717886">
              <w:rPr>
                <w:rFonts w:cs="Times New Roman"/>
                <w:sz w:val="13"/>
              </w:rPr>
              <w:t>AVI016</w:t>
            </w:r>
          </w:p>
        </w:tc>
        <w:tc>
          <w:tcPr>
            <w:tcW w:w="2664" w:type="dxa"/>
            <w:shd w:val="clear" w:color="auto" w:fill="F5F7F9"/>
            <w:tcMar>
              <w:top w:w="70" w:type="dxa"/>
              <w:left w:w="95" w:type="dxa"/>
              <w:bottom w:w="70" w:type="dxa"/>
              <w:right w:w="95" w:type="dxa"/>
            </w:tcMar>
            <w:vAlign w:val="center"/>
          </w:tcPr>
          <w:p w14:paraId="1BBF545C"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6140A31" w14:textId="77777777" w:rsidR="00423D2F" w:rsidRPr="00717886" w:rsidRDefault="0047346F">
            <w:pPr>
              <w:spacing w:after="0"/>
              <w:jc w:val="right"/>
              <w:rPr>
                <w:rFonts w:cs="Times New Roman"/>
              </w:rPr>
            </w:pPr>
            <w:r w:rsidRPr="00717886">
              <w:rPr>
                <w:rFonts w:cs="Times New Roman"/>
                <w:sz w:val="13"/>
              </w:rPr>
              <w:t>.0718</w:t>
            </w:r>
          </w:p>
        </w:tc>
        <w:tc>
          <w:tcPr>
            <w:tcW w:w="936" w:type="dxa"/>
            <w:shd w:val="clear" w:color="auto" w:fill="F5F7F9"/>
            <w:tcMar>
              <w:top w:w="70" w:type="dxa"/>
              <w:left w:w="95" w:type="dxa"/>
              <w:bottom w:w="70" w:type="dxa"/>
              <w:right w:w="95" w:type="dxa"/>
            </w:tcMar>
            <w:vAlign w:val="center"/>
          </w:tcPr>
          <w:p w14:paraId="19D7B931" w14:textId="77777777" w:rsidR="00423D2F" w:rsidRPr="00717886" w:rsidRDefault="0047346F">
            <w:pPr>
              <w:spacing w:after="0"/>
              <w:jc w:val="right"/>
              <w:rPr>
                <w:rFonts w:cs="Times New Roman"/>
              </w:rPr>
            </w:pPr>
            <w:r w:rsidRPr="00717886">
              <w:rPr>
                <w:rFonts w:cs="Times New Roman"/>
                <w:sz w:val="13"/>
              </w:rPr>
              <w:t>.1329</w:t>
            </w:r>
          </w:p>
        </w:tc>
        <w:tc>
          <w:tcPr>
            <w:tcW w:w="1440" w:type="dxa"/>
            <w:shd w:val="clear" w:color="auto" w:fill="F5F7F9"/>
            <w:tcMar>
              <w:top w:w="70" w:type="dxa"/>
              <w:left w:w="95" w:type="dxa"/>
              <w:bottom w:w="70" w:type="dxa"/>
              <w:right w:w="95" w:type="dxa"/>
            </w:tcMar>
            <w:vAlign w:val="center"/>
          </w:tcPr>
          <w:p w14:paraId="03E859E8" w14:textId="77777777" w:rsidR="00423D2F" w:rsidRPr="00717886" w:rsidRDefault="0047346F">
            <w:pPr>
              <w:spacing w:after="0"/>
              <w:jc w:val="center"/>
              <w:rPr>
                <w:rFonts w:cs="Times New Roman"/>
              </w:rPr>
            </w:pPr>
            <w:r w:rsidRPr="00717886">
              <w:rPr>
                <w:rFonts w:cs="Times New Roman"/>
                <w:sz w:val="13"/>
              </w:rPr>
              <w:t>[−.1978, .3414]</w:t>
            </w:r>
          </w:p>
        </w:tc>
        <w:tc>
          <w:tcPr>
            <w:tcW w:w="892" w:type="dxa"/>
            <w:shd w:val="clear" w:color="auto" w:fill="F5F7F9"/>
            <w:tcMar>
              <w:top w:w="70" w:type="dxa"/>
              <w:left w:w="95" w:type="dxa"/>
              <w:bottom w:w="70" w:type="dxa"/>
              <w:right w:w="95" w:type="dxa"/>
            </w:tcMar>
            <w:vAlign w:val="center"/>
          </w:tcPr>
          <w:p w14:paraId="03CDC93D" w14:textId="77777777" w:rsidR="00423D2F" w:rsidRPr="00717886" w:rsidRDefault="0047346F">
            <w:pPr>
              <w:spacing w:after="0"/>
              <w:jc w:val="right"/>
              <w:rPr>
                <w:rFonts w:cs="Times New Roman"/>
              </w:rPr>
            </w:pPr>
            <w:r w:rsidRPr="00717886">
              <w:rPr>
                <w:rFonts w:cs="Times New Roman"/>
                <w:sz w:val="13"/>
              </w:rPr>
              <w:t>.592</w:t>
            </w:r>
          </w:p>
        </w:tc>
        <w:tc>
          <w:tcPr>
            <w:tcW w:w="648" w:type="dxa"/>
            <w:shd w:val="clear" w:color="auto" w:fill="F5F7F9"/>
            <w:tcMar>
              <w:top w:w="70" w:type="dxa"/>
              <w:left w:w="95" w:type="dxa"/>
              <w:bottom w:w="70" w:type="dxa"/>
              <w:right w:w="95" w:type="dxa"/>
            </w:tcMar>
            <w:vAlign w:val="center"/>
          </w:tcPr>
          <w:p w14:paraId="08ADE63B"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12661A5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20A9DFB" w14:textId="77777777">
        <w:trPr>
          <w:cantSplit/>
          <w:jc w:val="center"/>
        </w:trPr>
        <w:tc>
          <w:tcPr>
            <w:tcW w:w="792" w:type="dxa"/>
            <w:tcMar>
              <w:top w:w="70" w:type="dxa"/>
              <w:left w:w="95" w:type="dxa"/>
              <w:bottom w:w="70" w:type="dxa"/>
              <w:right w:w="95" w:type="dxa"/>
            </w:tcMar>
            <w:vAlign w:val="center"/>
          </w:tcPr>
          <w:p w14:paraId="7A72FCBC"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2856B401" w14:textId="77777777" w:rsidR="00423D2F" w:rsidRPr="00717886" w:rsidRDefault="0047346F">
            <w:pPr>
              <w:spacing w:after="0"/>
              <w:jc w:val="center"/>
              <w:rPr>
                <w:rFonts w:cs="Times New Roman"/>
              </w:rPr>
            </w:pPr>
            <w:r w:rsidRPr="00717886">
              <w:rPr>
                <w:rFonts w:cs="Times New Roman"/>
                <w:sz w:val="13"/>
              </w:rPr>
              <w:t>AVI017</w:t>
            </w:r>
          </w:p>
        </w:tc>
        <w:tc>
          <w:tcPr>
            <w:tcW w:w="2664" w:type="dxa"/>
            <w:tcMar>
              <w:top w:w="70" w:type="dxa"/>
              <w:left w:w="95" w:type="dxa"/>
              <w:bottom w:w="70" w:type="dxa"/>
              <w:right w:w="95" w:type="dxa"/>
            </w:tcMar>
            <w:vAlign w:val="center"/>
          </w:tcPr>
          <w:p w14:paraId="21446002"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5723F7CE" w14:textId="77777777" w:rsidR="00423D2F" w:rsidRPr="00717886" w:rsidRDefault="0047346F">
            <w:pPr>
              <w:spacing w:after="0"/>
              <w:jc w:val="right"/>
              <w:rPr>
                <w:rFonts w:cs="Times New Roman"/>
              </w:rPr>
            </w:pPr>
            <w:r w:rsidRPr="00717886">
              <w:rPr>
                <w:rFonts w:cs="Times New Roman"/>
                <w:sz w:val="13"/>
              </w:rPr>
              <w:t>.0663</w:t>
            </w:r>
          </w:p>
        </w:tc>
        <w:tc>
          <w:tcPr>
            <w:tcW w:w="936" w:type="dxa"/>
            <w:tcMar>
              <w:top w:w="70" w:type="dxa"/>
              <w:left w:w="95" w:type="dxa"/>
              <w:bottom w:w="70" w:type="dxa"/>
              <w:right w:w="95" w:type="dxa"/>
            </w:tcMar>
            <w:vAlign w:val="center"/>
          </w:tcPr>
          <w:p w14:paraId="19E673D4" w14:textId="77777777" w:rsidR="00423D2F" w:rsidRPr="00717886" w:rsidRDefault="0047346F">
            <w:pPr>
              <w:spacing w:after="0"/>
              <w:jc w:val="right"/>
              <w:rPr>
                <w:rFonts w:cs="Times New Roman"/>
              </w:rPr>
            </w:pPr>
            <w:r w:rsidRPr="00717886">
              <w:rPr>
                <w:rFonts w:cs="Times New Roman"/>
                <w:sz w:val="13"/>
              </w:rPr>
              <w:t>.1313</w:t>
            </w:r>
          </w:p>
        </w:tc>
        <w:tc>
          <w:tcPr>
            <w:tcW w:w="1440" w:type="dxa"/>
            <w:tcMar>
              <w:top w:w="70" w:type="dxa"/>
              <w:left w:w="95" w:type="dxa"/>
              <w:bottom w:w="70" w:type="dxa"/>
              <w:right w:w="95" w:type="dxa"/>
            </w:tcMar>
            <w:vAlign w:val="center"/>
          </w:tcPr>
          <w:p w14:paraId="38F64543" w14:textId="77777777" w:rsidR="00423D2F" w:rsidRPr="00717886" w:rsidRDefault="0047346F">
            <w:pPr>
              <w:spacing w:after="0"/>
              <w:jc w:val="center"/>
              <w:rPr>
                <w:rFonts w:cs="Times New Roman"/>
              </w:rPr>
            </w:pPr>
            <w:r w:rsidRPr="00717886">
              <w:rPr>
                <w:rFonts w:cs="Times New Roman"/>
                <w:sz w:val="13"/>
              </w:rPr>
              <w:t>[−.1999, .3326]</w:t>
            </w:r>
          </w:p>
        </w:tc>
        <w:tc>
          <w:tcPr>
            <w:tcW w:w="892" w:type="dxa"/>
            <w:tcMar>
              <w:top w:w="70" w:type="dxa"/>
              <w:left w:w="95" w:type="dxa"/>
              <w:bottom w:w="70" w:type="dxa"/>
              <w:right w:w="95" w:type="dxa"/>
            </w:tcMar>
            <w:vAlign w:val="center"/>
          </w:tcPr>
          <w:p w14:paraId="5ACBEC7C" w14:textId="77777777" w:rsidR="00423D2F" w:rsidRPr="00717886" w:rsidRDefault="0047346F">
            <w:pPr>
              <w:spacing w:after="0"/>
              <w:jc w:val="right"/>
              <w:rPr>
                <w:rFonts w:cs="Times New Roman"/>
              </w:rPr>
            </w:pPr>
            <w:r w:rsidRPr="00717886">
              <w:rPr>
                <w:rFonts w:cs="Times New Roman"/>
                <w:sz w:val="13"/>
              </w:rPr>
              <w:t>.617</w:t>
            </w:r>
          </w:p>
        </w:tc>
        <w:tc>
          <w:tcPr>
            <w:tcW w:w="648" w:type="dxa"/>
            <w:tcMar>
              <w:top w:w="70" w:type="dxa"/>
              <w:left w:w="95" w:type="dxa"/>
              <w:bottom w:w="70" w:type="dxa"/>
              <w:right w:w="95" w:type="dxa"/>
            </w:tcMar>
            <w:vAlign w:val="center"/>
          </w:tcPr>
          <w:p w14:paraId="5C3C4662"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0F6508AD"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99B78A7" w14:textId="77777777">
        <w:trPr>
          <w:cantSplit/>
          <w:jc w:val="center"/>
        </w:trPr>
        <w:tc>
          <w:tcPr>
            <w:tcW w:w="792" w:type="dxa"/>
            <w:shd w:val="clear" w:color="auto" w:fill="F5F7F9"/>
            <w:tcMar>
              <w:top w:w="70" w:type="dxa"/>
              <w:left w:w="95" w:type="dxa"/>
              <w:bottom w:w="70" w:type="dxa"/>
              <w:right w:w="95" w:type="dxa"/>
            </w:tcMar>
            <w:vAlign w:val="center"/>
          </w:tcPr>
          <w:p w14:paraId="5C5B6473"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9296772" w14:textId="77777777" w:rsidR="00423D2F" w:rsidRPr="00717886" w:rsidRDefault="0047346F">
            <w:pPr>
              <w:spacing w:after="0"/>
              <w:jc w:val="center"/>
              <w:rPr>
                <w:rFonts w:cs="Times New Roman"/>
              </w:rPr>
            </w:pPr>
            <w:r w:rsidRPr="00717886">
              <w:rPr>
                <w:rFonts w:cs="Times New Roman"/>
                <w:sz w:val="13"/>
              </w:rPr>
              <w:t>AVI018</w:t>
            </w:r>
          </w:p>
        </w:tc>
        <w:tc>
          <w:tcPr>
            <w:tcW w:w="2664" w:type="dxa"/>
            <w:shd w:val="clear" w:color="auto" w:fill="F5F7F9"/>
            <w:tcMar>
              <w:top w:w="70" w:type="dxa"/>
              <w:left w:w="95" w:type="dxa"/>
              <w:bottom w:w="70" w:type="dxa"/>
              <w:right w:w="95" w:type="dxa"/>
            </w:tcMar>
            <w:vAlign w:val="center"/>
          </w:tcPr>
          <w:p w14:paraId="047247D3"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F3A211A" w14:textId="77777777" w:rsidR="00423D2F" w:rsidRPr="00717886" w:rsidRDefault="0047346F">
            <w:pPr>
              <w:spacing w:after="0"/>
              <w:jc w:val="right"/>
              <w:rPr>
                <w:rFonts w:cs="Times New Roman"/>
              </w:rPr>
            </w:pPr>
            <w:r w:rsidRPr="00717886">
              <w:rPr>
                <w:rFonts w:cs="Times New Roman"/>
                <w:sz w:val="13"/>
              </w:rPr>
              <w:t>.0884</w:t>
            </w:r>
          </w:p>
        </w:tc>
        <w:tc>
          <w:tcPr>
            <w:tcW w:w="936" w:type="dxa"/>
            <w:shd w:val="clear" w:color="auto" w:fill="F5F7F9"/>
            <w:tcMar>
              <w:top w:w="70" w:type="dxa"/>
              <w:left w:w="95" w:type="dxa"/>
              <w:bottom w:w="70" w:type="dxa"/>
              <w:right w:w="95" w:type="dxa"/>
            </w:tcMar>
            <w:vAlign w:val="center"/>
          </w:tcPr>
          <w:p w14:paraId="6414A5CE" w14:textId="77777777" w:rsidR="00423D2F" w:rsidRPr="00717886" w:rsidRDefault="0047346F">
            <w:pPr>
              <w:spacing w:after="0"/>
              <w:jc w:val="right"/>
              <w:rPr>
                <w:rFonts w:cs="Times New Roman"/>
              </w:rPr>
            </w:pPr>
            <w:r w:rsidRPr="00717886">
              <w:rPr>
                <w:rFonts w:cs="Times New Roman"/>
                <w:sz w:val="13"/>
              </w:rPr>
              <w:t>.1312</w:t>
            </w:r>
          </w:p>
        </w:tc>
        <w:tc>
          <w:tcPr>
            <w:tcW w:w="1440" w:type="dxa"/>
            <w:shd w:val="clear" w:color="auto" w:fill="F5F7F9"/>
            <w:tcMar>
              <w:top w:w="70" w:type="dxa"/>
              <w:left w:w="95" w:type="dxa"/>
              <w:bottom w:w="70" w:type="dxa"/>
              <w:right w:w="95" w:type="dxa"/>
            </w:tcMar>
            <w:vAlign w:val="center"/>
          </w:tcPr>
          <w:p w14:paraId="0729B4FE" w14:textId="77777777" w:rsidR="00423D2F" w:rsidRPr="00717886" w:rsidRDefault="0047346F">
            <w:pPr>
              <w:spacing w:after="0"/>
              <w:jc w:val="center"/>
              <w:rPr>
                <w:rFonts w:cs="Times New Roman"/>
              </w:rPr>
            </w:pPr>
            <w:r w:rsidRPr="00717886">
              <w:rPr>
                <w:rFonts w:cs="Times New Roman"/>
                <w:sz w:val="13"/>
              </w:rPr>
              <w:t>[−.1777, .3545]</w:t>
            </w:r>
          </w:p>
        </w:tc>
        <w:tc>
          <w:tcPr>
            <w:tcW w:w="892" w:type="dxa"/>
            <w:shd w:val="clear" w:color="auto" w:fill="F5F7F9"/>
            <w:tcMar>
              <w:top w:w="70" w:type="dxa"/>
              <w:left w:w="95" w:type="dxa"/>
              <w:bottom w:w="70" w:type="dxa"/>
              <w:right w:w="95" w:type="dxa"/>
            </w:tcMar>
            <w:vAlign w:val="center"/>
          </w:tcPr>
          <w:p w14:paraId="66112FFD" w14:textId="77777777" w:rsidR="00423D2F" w:rsidRPr="00717886" w:rsidRDefault="0047346F">
            <w:pPr>
              <w:spacing w:after="0"/>
              <w:jc w:val="right"/>
              <w:rPr>
                <w:rFonts w:cs="Times New Roman"/>
              </w:rPr>
            </w:pPr>
            <w:r w:rsidRPr="00717886">
              <w:rPr>
                <w:rFonts w:cs="Times New Roman"/>
                <w:sz w:val="13"/>
              </w:rPr>
              <w:t>.505</w:t>
            </w:r>
          </w:p>
        </w:tc>
        <w:tc>
          <w:tcPr>
            <w:tcW w:w="648" w:type="dxa"/>
            <w:shd w:val="clear" w:color="auto" w:fill="F5F7F9"/>
            <w:tcMar>
              <w:top w:w="70" w:type="dxa"/>
              <w:left w:w="95" w:type="dxa"/>
              <w:bottom w:w="70" w:type="dxa"/>
              <w:right w:w="95" w:type="dxa"/>
            </w:tcMar>
            <w:vAlign w:val="center"/>
          </w:tcPr>
          <w:p w14:paraId="3C6AF432"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6E270298"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5D27A85" w14:textId="77777777">
        <w:trPr>
          <w:cantSplit/>
          <w:jc w:val="center"/>
        </w:trPr>
        <w:tc>
          <w:tcPr>
            <w:tcW w:w="792" w:type="dxa"/>
            <w:tcMar>
              <w:top w:w="70" w:type="dxa"/>
              <w:left w:w="95" w:type="dxa"/>
              <w:bottom w:w="70" w:type="dxa"/>
              <w:right w:w="95" w:type="dxa"/>
            </w:tcMar>
            <w:vAlign w:val="center"/>
          </w:tcPr>
          <w:p w14:paraId="0C708D3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54E54134" w14:textId="77777777" w:rsidR="00423D2F" w:rsidRPr="00717886" w:rsidRDefault="0047346F">
            <w:pPr>
              <w:spacing w:after="0"/>
              <w:jc w:val="center"/>
              <w:rPr>
                <w:rFonts w:cs="Times New Roman"/>
              </w:rPr>
            </w:pPr>
            <w:r w:rsidRPr="00717886">
              <w:rPr>
                <w:rFonts w:cs="Times New Roman"/>
                <w:sz w:val="13"/>
              </w:rPr>
              <w:t>AVI019</w:t>
            </w:r>
          </w:p>
        </w:tc>
        <w:tc>
          <w:tcPr>
            <w:tcW w:w="2664" w:type="dxa"/>
            <w:tcMar>
              <w:top w:w="70" w:type="dxa"/>
              <w:left w:w="95" w:type="dxa"/>
              <w:bottom w:w="70" w:type="dxa"/>
              <w:right w:w="95" w:type="dxa"/>
            </w:tcMar>
            <w:vAlign w:val="center"/>
          </w:tcPr>
          <w:p w14:paraId="7A034EC4"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6BF19E1A" w14:textId="77777777" w:rsidR="00423D2F" w:rsidRPr="00717886" w:rsidRDefault="0047346F">
            <w:pPr>
              <w:spacing w:after="0"/>
              <w:jc w:val="right"/>
              <w:rPr>
                <w:rFonts w:cs="Times New Roman"/>
              </w:rPr>
            </w:pPr>
            <w:r w:rsidRPr="00717886">
              <w:rPr>
                <w:rFonts w:cs="Times New Roman"/>
                <w:sz w:val="13"/>
              </w:rPr>
              <w:t>.0798</w:t>
            </w:r>
          </w:p>
        </w:tc>
        <w:tc>
          <w:tcPr>
            <w:tcW w:w="936" w:type="dxa"/>
            <w:tcMar>
              <w:top w:w="70" w:type="dxa"/>
              <w:left w:w="95" w:type="dxa"/>
              <w:bottom w:w="70" w:type="dxa"/>
              <w:right w:w="95" w:type="dxa"/>
            </w:tcMar>
            <w:vAlign w:val="center"/>
          </w:tcPr>
          <w:p w14:paraId="2F4B30AD" w14:textId="77777777" w:rsidR="00423D2F" w:rsidRPr="00717886" w:rsidRDefault="0047346F">
            <w:pPr>
              <w:spacing w:after="0"/>
              <w:jc w:val="right"/>
              <w:rPr>
                <w:rFonts w:cs="Times New Roman"/>
              </w:rPr>
            </w:pPr>
            <w:r w:rsidRPr="00717886">
              <w:rPr>
                <w:rFonts w:cs="Times New Roman"/>
                <w:sz w:val="13"/>
              </w:rPr>
              <w:t>.1304</w:t>
            </w:r>
          </w:p>
        </w:tc>
        <w:tc>
          <w:tcPr>
            <w:tcW w:w="1440" w:type="dxa"/>
            <w:tcMar>
              <w:top w:w="70" w:type="dxa"/>
              <w:left w:w="95" w:type="dxa"/>
              <w:bottom w:w="70" w:type="dxa"/>
              <w:right w:w="95" w:type="dxa"/>
            </w:tcMar>
            <w:vAlign w:val="center"/>
          </w:tcPr>
          <w:p w14:paraId="72971F9B" w14:textId="77777777" w:rsidR="00423D2F" w:rsidRPr="00717886" w:rsidRDefault="0047346F">
            <w:pPr>
              <w:spacing w:after="0"/>
              <w:jc w:val="center"/>
              <w:rPr>
                <w:rFonts w:cs="Times New Roman"/>
              </w:rPr>
            </w:pPr>
            <w:r w:rsidRPr="00717886">
              <w:rPr>
                <w:rFonts w:cs="Times New Roman"/>
                <w:sz w:val="13"/>
              </w:rPr>
              <w:t>[−.1846, .3443]</w:t>
            </w:r>
          </w:p>
        </w:tc>
        <w:tc>
          <w:tcPr>
            <w:tcW w:w="892" w:type="dxa"/>
            <w:tcMar>
              <w:top w:w="70" w:type="dxa"/>
              <w:left w:w="95" w:type="dxa"/>
              <w:bottom w:w="70" w:type="dxa"/>
              <w:right w:w="95" w:type="dxa"/>
            </w:tcMar>
            <w:vAlign w:val="center"/>
          </w:tcPr>
          <w:p w14:paraId="2AA47771" w14:textId="77777777" w:rsidR="00423D2F" w:rsidRPr="00717886" w:rsidRDefault="0047346F">
            <w:pPr>
              <w:spacing w:after="0"/>
              <w:jc w:val="right"/>
              <w:rPr>
                <w:rFonts w:cs="Times New Roman"/>
              </w:rPr>
            </w:pPr>
            <w:r w:rsidRPr="00717886">
              <w:rPr>
                <w:rFonts w:cs="Times New Roman"/>
                <w:sz w:val="13"/>
              </w:rPr>
              <w:t>.544</w:t>
            </w:r>
          </w:p>
        </w:tc>
        <w:tc>
          <w:tcPr>
            <w:tcW w:w="648" w:type="dxa"/>
            <w:tcMar>
              <w:top w:w="70" w:type="dxa"/>
              <w:left w:w="95" w:type="dxa"/>
              <w:bottom w:w="70" w:type="dxa"/>
              <w:right w:w="95" w:type="dxa"/>
            </w:tcMar>
            <w:vAlign w:val="center"/>
          </w:tcPr>
          <w:p w14:paraId="028706E4"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11200E55"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7720E37" w14:textId="77777777">
        <w:trPr>
          <w:cantSplit/>
          <w:jc w:val="center"/>
        </w:trPr>
        <w:tc>
          <w:tcPr>
            <w:tcW w:w="792" w:type="dxa"/>
            <w:shd w:val="clear" w:color="auto" w:fill="F5F7F9"/>
            <w:tcMar>
              <w:top w:w="70" w:type="dxa"/>
              <w:left w:w="95" w:type="dxa"/>
              <w:bottom w:w="70" w:type="dxa"/>
              <w:right w:w="95" w:type="dxa"/>
            </w:tcMar>
            <w:vAlign w:val="center"/>
          </w:tcPr>
          <w:p w14:paraId="46B30E2B"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5E3356E5" w14:textId="77777777" w:rsidR="00423D2F" w:rsidRPr="00717886" w:rsidRDefault="0047346F">
            <w:pPr>
              <w:spacing w:after="0"/>
              <w:jc w:val="center"/>
              <w:rPr>
                <w:rFonts w:cs="Times New Roman"/>
              </w:rPr>
            </w:pPr>
            <w:r w:rsidRPr="00717886">
              <w:rPr>
                <w:rFonts w:cs="Times New Roman"/>
                <w:sz w:val="13"/>
              </w:rPr>
              <w:t>AVI020</w:t>
            </w:r>
          </w:p>
        </w:tc>
        <w:tc>
          <w:tcPr>
            <w:tcW w:w="2664" w:type="dxa"/>
            <w:shd w:val="clear" w:color="auto" w:fill="F5F7F9"/>
            <w:tcMar>
              <w:top w:w="70" w:type="dxa"/>
              <w:left w:w="95" w:type="dxa"/>
              <w:bottom w:w="70" w:type="dxa"/>
              <w:right w:w="95" w:type="dxa"/>
            </w:tcMar>
            <w:vAlign w:val="center"/>
          </w:tcPr>
          <w:p w14:paraId="72996FC5"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361DDF1" w14:textId="77777777" w:rsidR="00423D2F" w:rsidRPr="00717886" w:rsidRDefault="0047346F">
            <w:pPr>
              <w:spacing w:after="0"/>
              <w:jc w:val="right"/>
              <w:rPr>
                <w:rFonts w:cs="Times New Roman"/>
              </w:rPr>
            </w:pPr>
            <w:r w:rsidRPr="00717886">
              <w:rPr>
                <w:rFonts w:cs="Times New Roman"/>
                <w:sz w:val="13"/>
              </w:rPr>
              <w:t>.0746</w:t>
            </w:r>
          </w:p>
        </w:tc>
        <w:tc>
          <w:tcPr>
            <w:tcW w:w="936" w:type="dxa"/>
            <w:shd w:val="clear" w:color="auto" w:fill="F5F7F9"/>
            <w:tcMar>
              <w:top w:w="70" w:type="dxa"/>
              <w:left w:w="95" w:type="dxa"/>
              <w:bottom w:w="70" w:type="dxa"/>
              <w:right w:w="95" w:type="dxa"/>
            </w:tcMar>
            <w:vAlign w:val="center"/>
          </w:tcPr>
          <w:p w14:paraId="5C8C2650" w14:textId="77777777" w:rsidR="00423D2F" w:rsidRPr="00717886" w:rsidRDefault="0047346F">
            <w:pPr>
              <w:spacing w:after="0"/>
              <w:jc w:val="right"/>
              <w:rPr>
                <w:rFonts w:cs="Times New Roman"/>
              </w:rPr>
            </w:pPr>
            <w:r w:rsidRPr="00717886">
              <w:rPr>
                <w:rFonts w:cs="Times New Roman"/>
                <w:sz w:val="13"/>
              </w:rPr>
              <w:t>.1297</w:t>
            </w:r>
          </w:p>
        </w:tc>
        <w:tc>
          <w:tcPr>
            <w:tcW w:w="1440" w:type="dxa"/>
            <w:shd w:val="clear" w:color="auto" w:fill="F5F7F9"/>
            <w:tcMar>
              <w:top w:w="70" w:type="dxa"/>
              <w:left w:w="95" w:type="dxa"/>
              <w:bottom w:w="70" w:type="dxa"/>
              <w:right w:w="95" w:type="dxa"/>
            </w:tcMar>
            <w:vAlign w:val="center"/>
          </w:tcPr>
          <w:p w14:paraId="07A6BB02" w14:textId="77777777" w:rsidR="00423D2F" w:rsidRPr="00717886" w:rsidRDefault="0047346F">
            <w:pPr>
              <w:spacing w:after="0"/>
              <w:jc w:val="center"/>
              <w:rPr>
                <w:rFonts w:cs="Times New Roman"/>
              </w:rPr>
            </w:pPr>
            <w:r w:rsidRPr="00717886">
              <w:rPr>
                <w:rFonts w:cs="Times New Roman"/>
                <w:sz w:val="13"/>
              </w:rPr>
              <w:t>[−.1883, .3376]</w:t>
            </w:r>
          </w:p>
        </w:tc>
        <w:tc>
          <w:tcPr>
            <w:tcW w:w="892" w:type="dxa"/>
            <w:shd w:val="clear" w:color="auto" w:fill="F5F7F9"/>
            <w:tcMar>
              <w:top w:w="70" w:type="dxa"/>
              <w:left w:w="95" w:type="dxa"/>
              <w:bottom w:w="70" w:type="dxa"/>
              <w:right w:w="95" w:type="dxa"/>
            </w:tcMar>
            <w:vAlign w:val="center"/>
          </w:tcPr>
          <w:p w14:paraId="2260FD71" w14:textId="77777777" w:rsidR="00423D2F" w:rsidRPr="00717886" w:rsidRDefault="0047346F">
            <w:pPr>
              <w:spacing w:after="0"/>
              <w:jc w:val="right"/>
              <w:rPr>
                <w:rFonts w:cs="Times New Roman"/>
              </w:rPr>
            </w:pPr>
            <w:r w:rsidRPr="00717886">
              <w:rPr>
                <w:rFonts w:cs="Times New Roman"/>
                <w:sz w:val="13"/>
              </w:rPr>
              <w:t>.569</w:t>
            </w:r>
          </w:p>
        </w:tc>
        <w:tc>
          <w:tcPr>
            <w:tcW w:w="648" w:type="dxa"/>
            <w:shd w:val="clear" w:color="auto" w:fill="F5F7F9"/>
            <w:tcMar>
              <w:top w:w="70" w:type="dxa"/>
              <w:left w:w="95" w:type="dxa"/>
              <w:bottom w:w="70" w:type="dxa"/>
              <w:right w:w="95" w:type="dxa"/>
            </w:tcMar>
            <w:vAlign w:val="center"/>
          </w:tcPr>
          <w:p w14:paraId="7DE796FD"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389857EE"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034A005" w14:textId="77777777">
        <w:trPr>
          <w:cantSplit/>
          <w:jc w:val="center"/>
        </w:trPr>
        <w:tc>
          <w:tcPr>
            <w:tcW w:w="792" w:type="dxa"/>
            <w:tcMar>
              <w:top w:w="70" w:type="dxa"/>
              <w:left w:w="95" w:type="dxa"/>
              <w:bottom w:w="70" w:type="dxa"/>
              <w:right w:w="95" w:type="dxa"/>
            </w:tcMar>
            <w:vAlign w:val="center"/>
          </w:tcPr>
          <w:p w14:paraId="7D983C2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5447AA42" w14:textId="77777777" w:rsidR="00423D2F" w:rsidRPr="00717886" w:rsidRDefault="0047346F">
            <w:pPr>
              <w:spacing w:after="0"/>
              <w:jc w:val="center"/>
              <w:rPr>
                <w:rFonts w:cs="Times New Roman"/>
              </w:rPr>
            </w:pPr>
            <w:r w:rsidRPr="00717886">
              <w:rPr>
                <w:rFonts w:cs="Times New Roman"/>
                <w:sz w:val="13"/>
              </w:rPr>
              <w:t>AVI021</w:t>
            </w:r>
          </w:p>
        </w:tc>
        <w:tc>
          <w:tcPr>
            <w:tcW w:w="2664" w:type="dxa"/>
            <w:tcMar>
              <w:top w:w="70" w:type="dxa"/>
              <w:left w:w="95" w:type="dxa"/>
              <w:bottom w:w="70" w:type="dxa"/>
              <w:right w:w="95" w:type="dxa"/>
            </w:tcMar>
            <w:vAlign w:val="center"/>
          </w:tcPr>
          <w:p w14:paraId="5C5B91F2"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FFAE74D" w14:textId="77777777" w:rsidR="00423D2F" w:rsidRPr="00717886" w:rsidRDefault="0047346F">
            <w:pPr>
              <w:spacing w:after="0"/>
              <w:jc w:val="right"/>
              <w:rPr>
                <w:rFonts w:cs="Times New Roman"/>
              </w:rPr>
            </w:pPr>
            <w:r w:rsidRPr="00717886">
              <w:rPr>
                <w:rFonts w:cs="Times New Roman"/>
                <w:sz w:val="13"/>
              </w:rPr>
              <w:t>.0780</w:t>
            </w:r>
          </w:p>
        </w:tc>
        <w:tc>
          <w:tcPr>
            <w:tcW w:w="936" w:type="dxa"/>
            <w:tcMar>
              <w:top w:w="70" w:type="dxa"/>
              <w:left w:w="95" w:type="dxa"/>
              <w:bottom w:w="70" w:type="dxa"/>
              <w:right w:w="95" w:type="dxa"/>
            </w:tcMar>
            <w:vAlign w:val="center"/>
          </w:tcPr>
          <w:p w14:paraId="17884E84" w14:textId="77777777" w:rsidR="00423D2F" w:rsidRPr="00717886" w:rsidRDefault="0047346F">
            <w:pPr>
              <w:spacing w:after="0"/>
              <w:jc w:val="right"/>
              <w:rPr>
                <w:rFonts w:cs="Times New Roman"/>
              </w:rPr>
            </w:pPr>
            <w:r w:rsidRPr="00717886">
              <w:rPr>
                <w:rFonts w:cs="Times New Roman"/>
                <w:sz w:val="13"/>
              </w:rPr>
              <w:t>.1285</w:t>
            </w:r>
          </w:p>
        </w:tc>
        <w:tc>
          <w:tcPr>
            <w:tcW w:w="1440" w:type="dxa"/>
            <w:tcMar>
              <w:top w:w="70" w:type="dxa"/>
              <w:left w:w="95" w:type="dxa"/>
              <w:bottom w:w="70" w:type="dxa"/>
              <w:right w:w="95" w:type="dxa"/>
            </w:tcMar>
            <w:vAlign w:val="center"/>
          </w:tcPr>
          <w:p w14:paraId="6338D3C0" w14:textId="77777777" w:rsidR="00423D2F" w:rsidRPr="00717886" w:rsidRDefault="0047346F">
            <w:pPr>
              <w:spacing w:after="0"/>
              <w:jc w:val="center"/>
              <w:rPr>
                <w:rFonts w:cs="Times New Roman"/>
              </w:rPr>
            </w:pPr>
            <w:r w:rsidRPr="00717886">
              <w:rPr>
                <w:rFonts w:cs="Times New Roman"/>
                <w:sz w:val="13"/>
              </w:rPr>
              <w:t>[−.1825, .3386]</w:t>
            </w:r>
          </w:p>
        </w:tc>
        <w:tc>
          <w:tcPr>
            <w:tcW w:w="892" w:type="dxa"/>
            <w:tcMar>
              <w:top w:w="70" w:type="dxa"/>
              <w:left w:w="95" w:type="dxa"/>
              <w:bottom w:w="70" w:type="dxa"/>
              <w:right w:w="95" w:type="dxa"/>
            </w:tcMar>
            <w:vAlign w:val="center"/>
          </w:tcPr>
          <w:p w14:paraId="162056A0" w14:textId="77777777" w:rsidR="00423D2F" w:rsidRPr="00717886" w:rsidRDefault="0047346F">
            <w:pPr>
              <w:spacing w:after="0"/>
              <w:jc w:val="right"/>
              <w:rPr>
                <w:rFonts w:cs="Times New Roman"/>
              </w:rPr>
            </w:pPr>
            <w:r w:rsidRPr="00717886">
              <w:rPr>
                <w:rFonts w:cs="Times New Roman"/>
                <w:sz w:val="13"/>
              </w:rPr>
              <w:t>.547</w:t>
            </w:r>
          </w:p>
        </w:tc>
        <w:tc>
          <w:tcPr>
            <w:tcW w:w="648" w:type="dxa"/>
            <w:tcMar>
              <w:top w:w="70" w:type="dxa"/>
              <w:left w:w="95" w:type="dxa"/>
              <w:bottom w:w="70" w:type="dxa"/>
              <w:right w:w="95" w:type="dxa"/>
            </w:tcMar>
            <w:vAlign w:val="center"/>
          </w:tcPr>
          <w:p w14:paraId="71A804D9"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55CEF909"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F96A3D1" w14:textId="77777777">
        <w:trPr>
          <w:cantSplit/>
          <w:jc w:val="center"/>
        </w:trPr>
        <w:tc>
          <w:tcPr>
            <w:tcW w:w="792" w:type="dxa"/>
            <w:shd w:val="clear" w:color="auto" w:fill="F5F7F9"/>
            <w:tcMar>
              <w:top w:w="70" w:type="dxa"/>
              <w:left w:w="95" w:type="dxa"/>
              <w:bottom w:w="70" w:type="dxa"/>
              <w:right w:w="95" w:type="dxa"/>
            </w:tcMar>
            <w:vAlign w:val="center"/>
          </w:tcPr>
          <w:p w14:paraId="7DEB99CF"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52788AAB" w14:textId="77777777" w:rsidR="00423D2F" w:rsidRPr="00717886" w:rsidRDefault="0047346F">
            <w:pPr>
              <w:spacing w:after="0"/>
              <w:jc w:val="center"/>
              <w:rPr>
                <w:rFonts w:cs="Times New Roman"/>
              </w:rPr>
            </w:pPr>
            <w:r w:rsidRPr="00717886">
              <w:rPr>
                <w:rFonts w:cs="Times New Roman"/>
                <w:sz w:val="13"/>
              </w:rPr>
              <w:t>AVI022</w:t>
            </w:r>
          </w:p>
        </w:tc>
        <w:tc>
          <w:tcPr>
            <w:tcW w:w="2664" w:type="dxa"/>
            <w:shd w:val="clear" w:color="auto" w:fill="F5F7F9"/>
            <w:tcMar>
              <w:top w:w="70" w:type="dxa"/>
              <w:left w:w="95" w:type="dxa"/>
              <w:bottom w:w="70" w:type="dxa"/>
              <w:right w:w="95" w:type="dxa"/>
            </w:tcMar>
            <w:vAlign w:val="center"/>
          </w:tcPr>
          <w:p w14:paraId="756C9CB5"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62C4BCBE" w14:textId="77777777" w:rsidR="00423D2F" w:rsidRPr="00717886" w:rsidRDefault="0047346F">
            <w:pPr>
              <w:spacing w:after="0"/>
              <w:jc w:val="right"/>
              <w:rPr>
                <w:rFonts w:cs="Times New Roman"/>
              </w:rPr>
            </w:pPr>
            <w:r w:rsidRPr="00717886">
              <w:rPr>
                <w:rFonts w:cs="Times New Roman"/>
                <w:sz w:val="13"/>
              </w:rPr>
              <w:t>.0570</w:t>
            </w:r>
          </w:p>
        </w:tc>
        <w:tc>
          <w:tcPr>
            <w:tcW w:w="936" w:type="dxa"/>
            <w:shd w:val="clear" w:color="auto" w:fill="F5F7F9"/>
            <w:tcMar>
              <w:top w:w="70" w:type="dxa"/>
              <w:left w:w="95" w:type="dxa"/>
              <w:bottom w:w="70" w:type="dxa"/>
              <w:right w:w="95" w:type="dxa"/>
            </w:tcMar>
            <w:vAlign w:val="center"/>
          </w:tcPr>
          <w:p w14:paraId="3089C1EE" w14:textId="77777777" w:rsidR="00423D2F" w:rsidRPr="00717886" w:rsidRDefault="0047346F">
            <w:pPr>
              <w:spacing w:after="0"/>
              <w:jc w:val="right"/>
              <w:rPr>
                <w:rFonts w:cs="Times New Roman"/>
              </w:rPr>
            </w:pPr>
            <w:r w:rsidRPr="00717886">
              <w:rPr>
                <w:rFonts w:cs="Times New Roman"/>
                <w:sz w:val="13"/>
              </w:rPr>
              <w:t>.1322</w:t>
            </w:r>
          </w:p>
        </w:tc>
        <w:tc>
          <w:tcPr>
            <w:tcW w:w="1440" w:type="dxa"/>
            <w:shd w:val="clear" w:color="auto" w:fill="F5F7F9"/>
            <w:tcMar>
              <w:top w:w="70" w:type="dxa"/>
              <w:left w:w="95" w:type="dxa"/>
              <w:bottom w:w="70" w:type="dxa"/>
              <w:right w:w="95" w:type="dxa"/>
            </w:tcMar>
            <w:vAlign w:val="center"/>
          </w:tcPr>
          <w:p w14:paraId="2FE1996F" w14:textId="77777777" w:rsidR="00423D2F" w:rsidRPr="00717886" w:rsidRDefault="0047346F">
            <w:pPr>
              <w:spacing w:after="0"/>
              <w:jc w:val="center"/>
              <w:rPr>
                <w:rFonts w:cs="Times New Roman"/>
              </w:rPr>
            </w:pPr>
            <w:r w:rsidRPr="00717886">
              <w:rPr>
                <w:rFonts w:cs="Times New Roman"/>
                <w:sz w:val="13"/>
              </w:rPr>
              <w:t>[−.2111, .3251]</w:t>
            </w:r>
          </w:p>
        </w:tc>
        <w:tc>
          <w:tcPr>
            <w:tcW w:w="892" w:type="dxa"/>
            <w:shd w:val="clear" w:color="auto" w:fill="F5F7F9"/>
            <w:tcMar>
              <w:top w:w="70" w:type="dxa"/>
              <w:left w:w="95" w:type="dxa"/>
              <w:bottom w:w="70" w:type="dxa"/>
              <w:right w:w="95" w:type="dxa"/>
            </w:tcMar>
            <w:vAlign w:val="center"/>
          </w:tcPr>
          <w:p w14:paraId="7CC80638" w14:textId="77777777" w:rsidR="00423D2F" w:rsidRPr="00717886" w:rsidRDefault="0047346F">
            <w:pPr>
              <w:spacing w:after="0"/>
              <w:jc w:val="right"/>
              <w:rPr>
                <w:rFonts w:cs="Times New Roman"/>
              </w:rPr>
            </w:pPr>
            <w:r w:rsidRPr="00717886">
              <w:rPr>
                <w:rFonts w:cs="Times New Roman"/>
                <w:sz w:val="13"/>
              </w:rPr>
              <w:t>.669</w:t>
            </w:r>
          </w:p>
        </w:tc>
        <w:tc>
          <w:tcPr>
            <w:tcW w:w="648" w:type="dxa"/>
            <w:shd w:val="clear" w:color="auto" w:fill="F5F7F9"/>
            <w:tcMar>
              <w:top w:w="70" w:type="dxa"/>
              <w:left w:w="95" w:type="dxa"/>
              <w:bottom w:w="70" w:type="dxa"/>
              <w:right w:w="95" w:type="dxa"/>
            </w:tcMar>
            <w:vAlign w:val="center"/>
          </w:tcPr>
          <w:p w14:paraId="20A39CD0"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3FC3A4D0"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40E4EEF" w14:textId="77777777">
        <w:trPr>
          <w:cantSplit/>
          <w:jc w:val="center"/>
        </w:trPr>
        <w:tc>
          <w:tcPr>
            <w:tcW w:w="792" w:type="dxa"/>
            <w:tcMar>
              <w:top w:w="70" w:type="dxa"/>
              <w:left w:w="95" w:type="dxa"/>
              <w:bottom w:w="70" w:type="dxa"/>
              <w:right w:w="95" w:type="dxa"/>
            </w:tcMar>
            <w:vAlign w:val="center"/>
          </w:tcPr>
          <w:p w14:paraId="6117641D"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5968888C" w14:textId="77777777" w:rsidR="00423D2F" w:rsidRPr="00717886" w:rsidRDefault="0047346F">
            <w:pPr>
              <w:spacing w:after="0"/>
              <w:jc w:val="center"/>
              <w:rPr>
                <w:rFonts w:cs="Times New Roman"/>
              </w:rPr>
            </w:pPr>
            <w:r w:rsidRPr="00717886">
              <w:rPr>
                <w:rFonts w:cs="Times New Roman"/>
                <w:sz w:val="13"/>
              </w:rPr>
              <w:t>AVI023</w:t>
            </w:r>
          </w:p>
        </w:tc>
        <w:tc>
          <w:tcPr>
            <w:tcW w:w="2664" w:type="dxa"/>
            <w:tcMar>
              <w:top w:w="70" w:type="dxa"/>
              <w:left w:w="95" w:type="dxa"/>
              <w:bottom w:w="70" w:type="dxa"/>
              <w:right w:w="95" w:type="dxa"/>
            </w:tcMar>
            <w:vAlign w:val="center"/>
          </w:tcPr>
          <w:p w14:paraId="1A4B3ECD"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53B4ED14" w14:textId="77777777" w:rsidR="00423D2F" w:rsidRPr="00717886" w:rsidRDefault="0047346F">
            <w:pPr>
              <w:spacing w:after="0"/>
              <w:jc w:val="right"/>
              <w:rPr>
                <w:rFonts w:cs="Times New Roman"/>
              </w:rPr>
            </w:pPr>
            <w:r w:rsidRPr="00717886">
              <w:rPr>
                <w:rFonts w:cs="Times New Roman"/>
                <w:sz w:val="13"/>
              </w:rPr>
              <w:t>.0489</w:t>
            </w:r>
          </w:p>
        </w:tc>
        <w:tc>
          <w:tcPr>
            <w:tcW w:w="936" w:type="dxa"/>
            <w:tcMar>
              <w:top w:w="70" w:type="dxa"/>
              <w:left w:w="95" w:type="dxa"/>
              <w:bottom w:w="70" w:type="dxa"/>
              <w:right w:w="95" w:type="dxa"/>
            </w:tcMar>
            <w:vAlign w:val="center"/>
          </w:tcPr>
          <w:p w14:paraId="5EF7F15B" w14:textId="77777777" w:rsidR="00423D2F" w:rsidRPr="00717886" w:rsidRDefault="0047346F">
            <w:pPr>
              <w:spacing w:after="0"/>
              <w:jc w:val="right"/>
              <w:rPr>
                <w:rFonts w:cs="Times New Roman"/>
              </w:rPr>
            </w:pPr>
            <w:r w:rsidRPr="00717886">
              <w:rPr>
                <w:rFonts w:cs="Times New Roman"/>
                <w:sz w:val="13"/>
              </w:rPr>
              <w:t>.1275</w:t>
            </w:r>
          </w:p>
        </w:tc>
        <w:tc>
          <w:tcPr>
            <w:tcW w:w="1440" w:type="dxa"/>
            <w:tcMar>
              <w:top w:w="70" w:type="dxa"/>
              <w:left w:w="95" w:type="dxa"/>
              <w:bottom w:w="70" w:type="dxa"/>
              <w:right w:w="95" w:type="dxa"/>
            </w:tcMar>
            <w:vAlign w:val="center"/>
          </w:tcPr>
          <w:p w14:paraId="68F308C6" w14:textId="77777777" w:rsidR="00423D2F" w:rsidRPr="00717886" w:rsidRDefault="0047346F">
            <w:pPr>
              <w:spacing w:after="0"/>
              <w:jc w:val="center"/>
              <w:rPr>
                <w:rFonts w:cs="Times New Roman"/>
              </w:rPr>
            </w:pPr>
            <w:r w:rsidRPr="00717886">
              <w:rPr>
                <w:rFonts w:cs="Times New Roman"/>
                <w:sz w:val="13"/>
              </w:rPr>
              <w:t>[−.2097, .3074]</w:t>
            </w:r>
          </w:p>
        </w:tc>
        <w:tc>
          <w:tcPr>
            <w:tcW w:w="892" w:type="dxa"/>
            <w:tcMar>
              <w:top w:w="70" w:type="dxa"/>
              <w:left w:w="95" w:type="dxa"/>
              <w:bottom w:w="70" w:type="dxa"/>
              <w:right w:w="95" w:type="dxa"/>
            </w:tcMar>
            <w:vAlign w:val="center"/>
          </w:tcPr>
          <w:p w14:paraId="4EA4702A" w14:textId="77777777" w:rsidR="00423D2F" w:rsidRPr="00717886" w:rsidRDefault="0047346F">
            <w:pPr>
              <w:spacing w:after="0"/>
              <w:jc w:val="right"/>
              <w:rPr>
                <w:rFonts w:cs="Times New Roman"/>
              </w:rPr>
            </w:pPr>
            <w:r w:rsidRPr="00717886">
              <w:rPr>
                <w:rFonts w:cs="Times New Roman"/>
                <w:sz w:val="13"/>
              </w:rPr>
              <w:t>.704</w:t>
            </w:r>
          </w:p>
        </w:tc>
        <w:tc>
          <w:tcPr>
            <w:tcW w:w="648" w:type="dxa"/>
            <w:tcMar>
              <w:top w:w="70" w:type="dxa"/>
              <w:left w:w="95" w:type="dxa"/>
              <w:bottom w:w="70" w:type="dxa"/>
              <w:right w:w="95" w:type="dxa"/>
            </w:tcMar>
            <w:vAlign w:val="center"/>
          </w:tcPr>
          <w:p w14:paraId="156FEC1A"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01C16A0E"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BFF64BD" w14:textId="77777777">
        <w:trPr>
          <w:cantSplit/>
          <w:jc w:val="center"/>
        </w:trPr>
        <w:tc>
          <w:tcPr>
            <w:tcW w:w="792" w:type="dxa"/>
            <w:shd w:val="clear" w:color="auto" w:fill="F5F7F9"/>
            <w:tcMar>
              <w:top w:w="70" w:type="dxa"/>
              <w:left w:w="95" w:type="dxa"/>
              <w:bottom w:w="70" w:type="dxa"/>
              <w:right w:w="95" w:type="dxa"/>
            </w:tcMar>
            <w:vAlign w:val="center"/>
          </w:tcPr>
          <w:p w14:paraId="63F71B57"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19E0B465" w14:textId="77777777" w:rsidR="00423D2F" w:rsidRPr="00717886" w:rsidRDefault="0047346F">
            <w:pPr>
              <w:spacing w:after="0"/>
              <w:jc w:val="center"/>
              <w:rPr>
                <w:rFonts w:cs="Times New Roman"/>
              </w:rPr>
            </w:pPr>
            <w:r w:rsidRPr="00717886">
              <w:rPr>
                <w:rFonts w:cs="Times New Roman"/>
                <w:sz w:val="13"/>
              </w:rPr>
              <w:t>AVI024</w:t>
            </w:r>
          </w:p>
        </w:tc>
        <w:tc>
          <w:tcPr>
            <w:tcW w:w="2664" w:type="dxa"/>
            <w:shd w:val="clear" w:color="auto" w:fill="F5F7F9"/>
            <w:tcMar>
              <w:top w:w="70" w:type="dxa"/>
              <w:left w:w="95" w:type="dxa"/>
              <w:bottom w:w="70" w:type="dxa"/>
              <w:right w:w="95" w:type="dxa"/>
            </w:tcMar>
            <w:vAlign w:val="center"/>
          </w:tcPr>
          <w:p w14:paraId="5C754DB9"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B33938B" w14:textId="77777777" w:rsidR="00423D2F" w:rsidRPr="00717886" w:rsidRDefault="0047346F">
            <w:pPr>
              <w:spacing w:after="0"/>
              <w:jc w:val="right"/>
              <w:rPr>
                <w:rFonts w:cs="Times New Roman"/>
              </w:rPr>
            </w:pPr>
            <w:r w:rsidRPr="00717886">
              <w:rPr>
                <w:rFonts w:cs="Times New Roman"/>
                <w:sz w:val="13"/>
              </w:rPr>
              <w:t>.0720</w:t>
            </w:r>
          </w:p>
        </w:tc>
        <w:tc>
          <w:tcPr>
            <w:tcW w:w="936" w:type="dxa"/>
            <w:shd w:val="clear" w:color="auto" w:fill="F5F7F9"/>
            <w:tcMar>
              <w:top w:w="70" w:type="dxa"/>
              <w:left w:w="95" w:type="dxa"/>
              <w:bottom w:w="70" w:type="dxa"/>
              <w:right w:w="95" w:type="dxa"/>
            </w:tcMar>
            <w:vAlign w:val="center"/>
          </w:tcPr>
          <w:p w14:paraId="24AFED1A" w14:textId="77777777" w:rsidR="00423D2F" w:rsidRPr="00717886" w:rsidRDefault="0047346F">
            <w:pPr>
              <w:spacing w:after="0"/>
              <w:jc w:val="right"/>
              <w:rPr>
                <w:rFonts w:cs="Times New Roman"/>
              </w:rPr>
            </w:pPr>
            <w:r w:rsidRPr="00717886">
              <w:rPr>
                <w:rFonts w:cs="Times New Roman"/>
                <w:sz w:val="13"/>
              </w:rPr>
              <w:t>.1312</w:t>
            </w:r>
          </w:p>
        </w:tc>
        <w:tc>
          <w:tcPr>
            <w:tcW w:w="1440" w:type="dxa"/>
            <w:shd w:val="clear" w:color="auto" w:fill="F5F7F9"/>
            <w:tcMar>
              <w:top w:w="70" w:type="dxa"/>
              <w:left w:w="95" w:type="dxa"/>
              <w:bottom w:w="70" w:type="dxa"/>
              <w:right w:w="95" w:type="dxa"/>
            </w:tcMar>
            <w:vAlign w:val="center"/>
          </w:tcPr>
          <w:p w14:paraId="0C27BB5E" w14:textId="77777777" w:rsidR="00423D2F" w:rsidRPr="00717886" w:rsidRDefault="0047346F">
            <w:pPr>
              <w:spacing w:after="0"/>
              <w:jc w:val="center"/>
              <w:rPr>
                <w:rFonts w:cs="Times New Roman"/>
              </w:rPr>
            </w:pPr>
            <w:r w:rsidRPr="00717886">
              <w:rPr>
                <w:rFonts w:cs="Times New Roman"/>
                <w:sz w:val="13"/>
              </w:rPr>
              <w:t>[−.1940, .3381]</w:t>
            </w:r>
          </w:p>
        </w:tc>
        <w:tc>
          <w:tcPr>
            <w:tcW w:w="892" w:type="dxa"/>
            <w:shd w:val="clear" w:color="auto" w:fill="F5F7F9"/>
            <w:tcMar>
              <w:top w:w="70" w:type="dxa"/>
              <w:left w:w="95" w:type="dxa"/>
              <w:bottom w:w="70" w:type="dxa"/>
              <w:right w:w="95" w:type="dxa"/>
            </w:tcMar>
            <w:vAlign w:val="center"/>
          </w:tcPr>
          <w:p w14:paraId="6B4BAC1C" w14:textId="77777777" w:rsidR="00423D2F" w:rsidRPr="00717886" w:rsidRDefault="0047346F">
            <w:pPr>
              <w:spacing w:after="0"/>
              <w:jc w:val="right"/>
              <w:rPr>
                <w:rFonts w:cs="Times New Roman"/>
              </w:rPr>
            </w:pPr>
            <w:r w:rsidRPr="00717886">
              <w:rPr>
                <w:rFonts w:cs="Times New Roman"/>
                <w:sz w:val="13"/>
              </w:rPr>
              <w:t>.586</w:t>
            </w:r>
          </w:p>
        </w:tc>
        <w:tc>
          <w:tcPr>
            <w:tcW w:w="648" w:type="dxa"/>
            <w:shd w:val="clear" w:color="auto" w:fill="F5F7F9"/>
            <w:tcMar>
              <w:top w:w="70" w:type="dxa"/>
              <w:left w:w="95" w:type="dxa"/>
              <w:bottom w:w="70" w:type="dxa"/>
              <w:right w:w="95" w:type="dxa"/>
            </w:tcMar>
            <w:vAlign w:val="center"/>
          </w:tcPr>
          <w:p w14:paraId="51169965" w14:textId="77777777" w:rsidR="00423D2F" w:rsidRPr="00717886" w:rsidRDefault="0047346F">
            <w:pPr>
              <w:spacing w:after="0"/>
              <w:jc w:val="right"/>
              <w:rPr>
                <w:rFonts w:cs="Times New Roman"/>
              </w:rPr>
            </w:pPr>
            <w:r w:rsidRPr="00717886">
              <w:rPr>
                <w:rFonts w:cs="Times New Roman"/>
                <w:sz w:val="13"/>
              </w:rPr>
              <w:t>284</w:t>
            </w:r>
          </w:p>
        </w:tc>
        <w:tc>
          <w:tcPr>
            <w:tcW w:w="936" w:type="dxa"/>
            <w:shd w:val="clear" w:color="auto" w:fill="F5F7F9"/>
            <w:tcMar>
              <w:top w:w="70" w:type="dxa"/>
              <w:left w:w="95" w:type="dxa"/>
              <w:bottom w:w="70" w:type="dxa"/>
              <w:right w:w="95" w:type="dxa"/>
            </w:tcMar>
            <w:vAlign w:val="center"/>
          </w:tcPr>
          <w:p w14:paraId="6B078ED5"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DFF3DF1" w14:textId="77777777">
        <w:trPr>
          <w:cantSplit/>
          <w:jc w:val="center"/>
        </w:trPr>
        <w:tc>
          <w:tcPr>
            <w:tcW w:w="792" w:type="dxa"/>
            <w:tcMar>
              <w:top w:w="70" w:type="dxa"/>
              <w:left w:w="95" w:type="dxa"/>
              <w:bottom w:w="70" w:type="dxa"/>
              <w:right w:w="95" w:type="dxa"/>
            </w:tcMar>
            <w:vAlign w:val="center"/>
          </w:tcPr>
          <w:p w14:paraId="2FC854BE"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3367CBB3" w14:textId="77777777" w:rsidR="00423D2F" w:rsidRPr="00717886" w:rsidRDefault="0047346F">
            <w:pPr>
              <w:spacing w:after="0"/>
              <w:jc w:val="center"/>
              <w:rPr>
                <w:rFonts w:cs="Times New Roman"/>
              </w:rPr>
            </w:pPr>
            <w:r w:rsidRPr="00717886">
              <w:rPr>
                <w:rFonts w:cs="Times New Roman"/>
                <w:sz w:val="13"/>
              </w:rPr>
              <w:t>AVI025</w:t>
            </w:r>
          </w:p>
        </w:tc>
        <w:tc>
          <w:tcPr>
            <w:tcW w:w="2664" w:type="dxa"/>
            <w:tcMar>
              <w:top w:w="70" w:type="dxa"/>
              <w:left w:w="95" w:type="dxa"/>
              <w:bottom w:w="70" w:type="dxa"/>
              <w:right w:w="95" w:type="dxa"/>
            </w:tcMar>
            <w:vAlign w:val="center"/>
          </w:tcPr>
          <w:p w14:paraId="2FFE613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4CE4C7AF" w14:textId="77777777" w:rsidR="00423D2F" w:rsidRPr="00717886" w:rsidRDefault="0047346F">
            <w:pPr>
              <w:spacing w:after="0"/>
              <w:jc w:val="right"/>
              <w:rPr>
                <w:rFonts w:cs="Times New Roman"/>
              </w:rPr>
            </w:pPr>
            <w:r w:rsidRPr="00717886">
              <w:rPr>
                <w:rFonts w:cs="Times New Roman"/>
                <w:sz w:val="13"/>
              </w:rPr>
              <w:t>.0629</w:t>
            </w:r>
          </w:p>
        </w:tc>
        <w:tc>
          <w:tcPr>
            <w:tcW w:w="936" w:type="dxa"/>
            <w:tcMar>
              <w:top w:w="70" w:type="dxa"/>
              <w:left w:w="95" w:type="dxa"/>
              <w:bottom w:w="70" w:type="dxa"/>
              <w:right w:w="95" w:type="dxa"/>
            </w:tcMar>
            <w:vAlign w:val="center"/>
          </w:tcPr>
          <w:p w14:paraId="7FCD67B3" w14:textId="77777777" w:rsidR="00423D2F" w:rsidRPr="00717886" w:rsidRDefault="0047346F">
            <w:pPr>
              <w:spacing w:after="0"/>
              <w:jc w:val="right"/>
              <w:rPr>
                <w:rFonts w:cs="Times New Roman"/>
              </w:rPr>
            </w:pPr>
            <w:r w:rsidRPr="00717886">
              <w:rPr>
                <w:rFonts w:cs="Times New Roman"/>
                <w:sz w:val="13"/>
              </w:rPr>
              <w:t>.1315</w:t>
            </w:r>
          </w:p>
        </w:tc>
        <w:tc>
          <w:tcPr>
            <w:tcW w:w="1440" w:type="dxa"/>
            <w:tcMar>
              <w:top w:w="70" w:type="dxa"/>
              <w:left w:w="95" w:type="dxa"/>
              <w:bottom w:w="70" w:type="dxa"/>
              <w:right w:w="95" w:type="dxa"/>
            </w:tcMar>
            <w:vAlign w:val="center"/>
          </w:tcPr>
          <w:p w14:paraId="06104A26" w14:textId="77777777" w:rsidR="00423D2F" w:rsidRPr="00717886" w:rsidRDefault="0047346F">
            <w:pPr>
              <w:spacing w:after="0"/>
              <w:jc w:val="center"/>
              <w:rPr>
                <w:rFonts w:cs="Times New Roman"/>
              </w:rPr>
            </w:pPr>
            <w:r w:rsidRPr="00717886">
              <w:rPr>
                <w:rFonts w:cs="Times New Roman"/>
                <w:sz w:val="13"/>
              </w:rPr>
              <w:t>[−.2038, .3296]</w:t>
            </w:r>
          </w:p>
        </w:tc>
        <w:tc>
          <w:tcPr>
            <w:tcW w:w="892" w:type="dxa"/>
            <w:tcMar>
              <w:top w:w="70" w:type="dxa"/>
              <w:left w:w="95" w:type="dxa"/>
              <w:bottom w:w="70" w:type="dxa"/>
              <w:right w:w="95" w:type="dxa"/>
            </w:tcMar>
            <w:vAlign w:val="center"/>
          </w:tcPr>
          <w:p w14:paraId="39F93AB1" w14:textId="77777777" w:rsidR="00423D2F" w:rsidRPr="00717886" w:rsidRDefault="0047346F">
            <w:pPr>
              <w:spacing w:after="0"/>
              <w:jc w:val="right"/>
              <w:rPr>
                <w:rFonts w:cs="Times New Roman"/>
              </w:rPr>
            </w:pPr>
            <w:r w:rsidRPr="00717886">
              <w:rPr>
                <w:rFonts w:cs="Times New Roman"/>
                <w:sz w:val="13"/>
              </w:rPr>
              <w:t>.636</w:t>
            </w:r>
          </w:p>
        </w:tc>
        <w:tc>
          <w:tcPr>
            <w:tcW w:w="648" w:type="dxa"/>
            <w:tcMar>
              <w:top w:w="70" w:type="dxa"/>
              <w:left w:w="95" w:type="dxa"/>
              <w:bottom w:w="70" w:type="dxa"/>
              <w:right w:w="95" w:type="dxa"/>
            </w:tcMar>
            <w:vAlign w:val="center"/>
          </w:tcPr>
          <w:p w14:paraId="294D7C8E" w14:textId="77777777" w:rsidR="00423D2F" w:rsidRPr="00717886" w:rsidRDefault="0047346F">
            <w:pPr>
              <w:spacing w:after="0"/>
              <w:jc w:val="right"/>
              <w:rPr>
                <w:rFonts w:cs="Times New Roman"/>
              </w:rPr>
            </w:pPr>
            <w:r w:rsidRPr="00717886">
              <w:rPr>
                <w:rFonts w:cs="Times New Roman"/>
                <w:sz w:val="13"/>
              </w:rPr>
              <w:t>284</w:t>
            </w:r>
          </w:p>
        </w:tc>
        <w:tc>
          <w:tcPr>
            <w:tcW w:w="936" w:type="dxa"/>
            <w:tcMar>
              <w:top w:w="70" w:type="dxa"/>
              <w:left w:w="95" w:type="dxa"/>
              <w:bottom w:w="70" w:type="dxa"/>
              <w:right w:w="95" w:type="dxa"/>
            </w:tcMar>
            <w:vAlign w:val="center"/>
          </w:tcPr>
          <w:p w14:paraId="1CB02EC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3BA2919" w14:textId="77777777">
        <w:trPr>
          <w:cantSplit/>
          <w:jc w:val="center"/>
        </w:trPr>
        <w:tc>
          <w:tcPr>
            <w:tcW w:w="792" w:type="dxa"/>
            <w:shd w:val="clear" w:color="auto" w:fill="F5F7F9"/>
            <w:tcMar>
              <w:top w:w="70" w:type="dxa"/>
              <w:left w:w="95" w:type="dxa"/>
              <w:bottom w:w="70" w:type="dxa"/>
              <w:right w:w="95" w:type="dxa"/>
            </w:tcMar>
            <w:vAlign w:val="center"/>
          </w:tcPr>
          <w:p w14:paraId="33F8227D"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514FEA61" w14:textId="77777777" w:rsidR="00423D2F" w:rsidRPr="00717886" w:rsidRDefault="0047346F">
            <w:pPr>
              <w:spacing w:after="0"/>
              <w:jc w:val="center"/>
              <w:rPr>
                <w:rFonts w:cs="Times New Roman"/>
              </w:rPr>
            </w:pPr>
            <w:r w:rsidRPr="00717886">
              <w:rPr>
                <w:rFonts w:cs="Times New Roman"/>
                <w:sz w:val="13"/>
              </w:rPr>
              <w:t>AVI026</w:t>
            </w:r>
          </w:p>
        </w:tc>
        <w:tc>
          <w:tcPr>
            <w:tcW w:w="2664" w:type="dxa"/>
            <w:shd w:val="clear" w:color="auto" w:fill="F5F7F9"/>
            <w:tcMar>
              <w:top w:w="70" w:type="dxa"/>
              <w:left w:w="95" w:type="dxa"/>
              <w:bottom w:w="70" w:type="dxa"/>
              <w:right w:w="95" w:type="dxa"/>
            </w:tcMar>
            <w:vAlign w:val="center"/>
          </w:tcPr>
          <w:p w14:paraId="01DF6455"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7218C33A" w14:textId="77777777" w:rsidR="00423D2F" w:rsidRPr="00717886" w:rsidRDefault="0047346F">
            <w:pPr>
              <w:spacing w:after="0"/>
              <w:jc w:val="right"/>
              <w:rPr>
                <w:rFonts w:cs="Times New Roman"/>
              </w:rPr>
            </w:pPr>
            <w:r w:rsidRPr="00717886">
              <w:rPr>
                <w:rFonts w:cs="Times New Roman"/>
                <w:sz w:val="13"/>
              </w:rPr>
              <w:t>.0267</w:t>
            </w:r>
          </w:p>
        </w:tc>
        <w:tc>
          <w:tcPr>
            <w:tcW w:w="936" w:type="dxa"/>
            <w:shd w:val="clear" w:color="auto" w:fill="F5F7F9"/>
            <w:tcMar>
              <w:top w:w="70" w:type="dxa"/>
              <w:left w:w="95" w:type="dxa"/>
              <w:bottom w:w="70" w:type="dxa"/>
              <w:right w:w="95" w:type="dxa"/>
            </w:tcMar>
            <w:vAlign w:val="center"/>
          </w:tcPr>
          <w:p w14:paraId="3B068AAC" w14:textId="77777777" w:rsidR="00423D2F" w:rsidRPr="00717886" w:rsidRDefault="0047346F">
            <w:pPr>
              <w:spacing w:after="0"/>
              <w:jc w:val="right"/>
              <w:rPr>
                <w:rFonts w:cs="Times New Roman"/>
              </w:rPr>
            </w:pPr>
            <w:r w:rsidRPr="00717886">
              <w:rPr>
                <w:rFonts w:cs="Times New Roman"/>
                <w:sz w:val="13"/>
              </w:rPr>
              <w:t>.1152</w:t>
            </w:r>
          </w:p>
        </w:tc>
        <w:tc>
          <w:tcPr>
            <w:tcW w:w="1440" w:type="dxa"/>
            <w:shd w:val="clear" w:color="auto" w:fill="F5F7F9"/>
            <w:tcMar>
              <w:top w:w="70" w:type="dxa"/>
              <w:left w:w="95" w:type="dxa"/>
              <w:bottom w:w="70" w:type="dxa"/>
              <w:right w:w="95" w:type="dxa"/>
            </w:tcMar>
            <w:vAlign w:val="center"/>
          </w:tcPr>
          <w:p w14:paraId="0502C9F8" w14:textId="77777777" w:rsidR="00423D2F" w:rsidRPr="00717886" w:rsidRDefault="0047346F">
            <w:pPr>
              <w:spacing w:after="0"/>
              <w:jc w:val="center"/>
              <w:rPr>
                <w:rFonts w:cs="Times New Roman"/>
              </w:rPr>
            </w:pPr>
            <w:r w:rsidRPr="00717886">
              <w:rPr>
                <w:rFonts w:cs="Times New Roman"/>
                <w:sz w:val="13"/>
              </w:rPr>
              <w:t>[−.2069, .2604]</w:t>
            </w:r>
          </w:p>
        </w:tc>
        <w:tc>
          <w:tcPr>
            <w:tcW w:w="892" w:type="dxa"/>
            <w:shd w:val="clear" w:color="auto" w:fill="F5F7F9"/>
            <w:tcMar>
              <w:top w:w="70" w:type="dxa"/>
              <w:left w:w="95" w:type="dxa"/>
              <w:bottom w:w="70" w:type="dxa"/>
              <w:right w:w="95" w:type="dxa"/>
            </w:tcMar>
            <w:vAlign w:val="center"/>
          </w:tcPr>
          <w:p w14:paraId="570AEEA2" w14:textId="77777777" w:rsidR="00423D2F" w:rsidRPr="00717886" w:rsidRDefault="0047346F">
            <w:pPr>
              <w:spacing w:after="0"/>
              <w:jc w:val="right"/>
              <w:rPr>
                <w:rFonts w:cs="Times New Roman"/>
              </w:rPr>
            </w:pPr>
            <w:r w:rsidRPr="00717886">
              <w:rPr>
                <w:rFonts w:cs="Times New Roman"/>
                <w:sz w:val="13"/>
              </w:rPr>
              <w:t>.818</w:t>
            </w:r>
          </w:p>
        </w:tc>
        <w:tc>
          <w:tcPr>
            <w:tcW w:w="648" w:type="dxa"/>
            <w:shd w:val="clear" w:color="auto" w:fill="F5F7F9"/>
            <w:tcMar>
              <w:top w:w="70" w:type="dxa"/>
              <w:left w:w="95" w:type="dxa"/>
              <w:bottom w:w="70" w:type="dxa"/>
              <w:right w:w="95" w:type="dxa"/>
            </w:tcMar>
            <w:vAlign w:val="center"/>
          </w:tcPr>
          <w:p w14:paraId="597197E3"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75DCD3E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5EB9578" w14:textId="77777777">
        <w:trPr>
          <w:cantSplit/>
          <w:jc w:val="center"/>
        </w:trPr>
        <w:tc>
          <w:tcPr>
            <w:tcW w:w="792" w:type="dxa"/>
            <w:tcMar>
              <w:top w:w="70" w:type="dxa"/>
              <w:left w:w="95" w:type="dxa"/>
              <w:bottom w:w="70" w:type="dxa"/>
              <w:right w:w="95" w:type="dxa"/>
            </w:tcMar>
            <w:vAlign w:val="center"/>
          </w:tcPr>
          <w:p w14:paraId="07C77861"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0A61E1FB" w14:textId="77777777" w:rsidR="00423D2F" w:rsidRPr="00717886" w:rsidRDefault="0047346F">
            <w:pPr>
              <w:spacing w:after="0"/>
              <w:jc w:val="center"/>
              <w:rPr>
                <w:rFonts w:cs="Times New Roman"/>
              </w:rPr>
            </w:pPr>
            <w:r w:rsidRPr="00717886">
              <w:rPr>
                <w:rFonts w:cs="Times New Roman"/>
                <w:sz w:val="13"/>
              </w:rPr>
              <w:t>AVI027</w:t>
            </w:r>
          </w:p>
        </w:tc>
        <w:tc>
          <w:tcPr>
            <w:tcW w:w="2664" w:type="dxa"/>
            <w:tcMar>
              <w:top w:w="70" w:type="dxa"/>
              <w:left w:w="95" w:type="dxa"/>
              <w:bottom w:w="70" w:type="dxa"/>
              <w:right w:w="95" w:type="dxa"/>
            </w:tcMar>
            <w:vAlign w:val="center"/>
          </w:tcPr>
          <w:p w14:paraId="68270B42"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CE7E235" w14:textId="77777777" w:rsidR="00423D2F" w:rsidRPr="00717886" w:rsidRDefault="0047346F">
            <w:pPr>
              <w:spacing w:after="0"/>
              <w:jc w:val="right"/>
              <w:rPr>
                <w:rFonts w:cs="Times New Roman"/>
              </w:rPr>
            </w:pPr>
            <w:r w:rsidRPr="00717886">
              <w:rPr>
                <w:rFonts w:cs="Times New Roman"/>
                <w:sz w:val="13"/>
              </w:rPr>
              <w:t>.0974</w:t>
            </w:r>
          </w:p>
        </w:tc>
        <w:tc>
          <w:tcPr>
            <w:tcW w:w="936" w:type="dxa"/>
            <w:tcMar>
              <w:top w:w="70" w:type="dxa"/>
              <w:left w:w="95" w:type="dxa"/>
              <w:bottom w:w="70" w:type="dxa"/>
              <w:right w:w="95" w:type="dxa"/>
            </w:tcMar>
            <w:vAlign w:val="center"/>
          </w:tcPr>
          <w:p w14:paraId="26DDCF11" w14:textId="77777777" w:rsidR="00423D2F" w:rsidRPr="00717886" w:rsidRDefault="0047346F">
            <w:pPr>
              <w:spacing w:after="0"/>
              <w:jc w:val="right"/>
              <w:rPr>
                <w:rFonts w:cs="Times New Roman"/>
              </w:rPr>
            </w:pPr>
            <w:r w:rsidRPr="00717886">
              <w:rPr>
                <w:rFonts w:cs="Times New Roman"/>
                <w:sz w:val="13"/>
              </w:rPr>
              <w:t>.1326</w:t>
            </w:r>
          </w:p>
        </w:tc>
        <w:tc>
          <w:tcPr>
            <w:tcW w:w="1440" w:type="dxa"/>
            <w:tcMar>
              <w:top w:w="70" w:type="dxa"/>
              <w:left w:w="95" w:type="dxa"/>
              <w:bottom w:w="70" w:type="dxa"/>
              <w:right w:w="95" w:type="dxa"/>
            </w:tcMar>
            <w:vAlign w:val="center"/>
          </w:tcPr>
          <w:p w14:paraId="265D816A" w14:textId="77777777" w:rsidR="00423D2F" w:rsidRPr="00717886" w:rsidRDefault="0047346F">
            <w:pPr>
              <w:spacing w:after="0"/>
              <w:jc w:val="center"/>
              <w:rPr>
                <w:rFonts w:cs="Times New Roman"/>
              </w:rPr>
            </w:pPr>
            <w:r w:rsidRPr="00717886">
              <w:rPr>
                <w:rFonts w:cs="Times New Roman"/>
                <w:sz w:val="13"/>
              </w:rPr>
              <w:t>[−.1716, .3664]</w:t>
            </w:r>
          </w:p>
        </w:tc>
        <w:tc>
          <w:tcPr>
            <w:tcW w:w="892" w:type="dxa"/>
            <w:tcMar>
              <w:top w:w="70" w:type="dxa"/>
              <w:left w:w="95" w:type="dxa"/>
              <w:bottom w:w="70" w:type="dxa"/>
              <w:right w:w="95" w:type="dxa"/>
            </w:tcMar>
            <w:vAlign w:val="center"/>
          </w:tcPr>
          <w:p w14:paraId="6C3A88DC" w14:textId="77777777" w:rsidR="00423D2F" w:rsidRPr="00717886" w:rsidRDefault="0047346F">
            <w:pPr>
              <w:spacing w:after="0"/>
              <w:jc w:val="right"/>
              <w:rPr>
                <w:rFonts w:cs="Times New Roman"/>
              </w:rPr>
            </w:pPr>
            <w:r w:rsidRPr="00717886">
              <w:rPr>
                <w:rFonts w:cs="Times New Roman"/>
                <w:sz w:val="13"/>
              </w:rPr>
              <w:t>.467</w:t>
            </w:r>
          </w:p>
        </w:tc>
        <w:tc>
          <w:tcPr>
            <w:tcW w:w="648" w:type="dxa"/>
            <w:tcMar>
              <w:top w:w="70" w:type="dxa"/>
              <w:left w:w="95" w:type="dxa"/>
              <w:bottom w:w="70" w:type="dxa"/>
              <w:right w:w="95" w:type="dxa"/>
            </w:tcMar>
            <w:vAlign w:val="center"/>
          </w:tcPr>
          <w:p w14:paraId="1CA15975"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74F1A8F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0A7DCE8" w14:textId="77777777">
        <w:trPr>
          <w:cantSplit/>
          <w:jc w:val="center"/>
        </w:trPr>
        <w:tc>
          <w:tcPr>
            <w:tcW w:w="792" w:type="dxa"/>
            <w:shd w:val="clear" w:color="auto" w:fill="F5F7F9"/>
            <w:tcMar>
              <w:top w:w="70" w:type="dxa"/>
              <w:left w:w="95" w:type="dxa"/>
              <w:bottom w:w="70" w:type="dxa"/>
              <w:right w:w="95" w:type="dxa"/>
            </w:tcMar>
            <w:vAlign w:val="center"/>
          </w:tcPr>
          <w:p w14:paraId="69D20E1C"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A742934" w14:textId="77777777" w:rsidR="00423D2F" w:rsidRPr="00717886" w:rsidRDefault="0047346F">
            <w:pPr>
              <w:spacing w:after="0"/>
              <w:jc w:val="center"/>
              <w:rPr>
                <w:rFonts w:cs="Times New Roman"/>
              </w:rPr>
            </w:pPr>
            <w:r w:rsidRPr="00717886">
              <w:rPr>
                <w:rFonts w:cs="Times New Roman"/>
                <w:sz w:val="13"/>
              </w:rPr>
              <w:t>AVI028</w:t>
            </w:r>
          </w:p>
        </w:tc>
        <w:tc>
          <w:tcPr>
            <w:tcW w:w="2664" w:type="dxa"/>
            <w:shd w:val="clear" w:color="auto" w:fill="F5F7F9"/>
            <w:tcMar>
              <w:top w:w="70" w:type="dxa"/>
              <w:left w:w="95" w:type="dxa"/>
              <w:bottom w:w="70" w:type="dxa"/>
              <w:right w:w="95" w:type="dxa"/>
            </w:tcMar>
            <w:vAlign w:val="center"/>
          </w:tcPr>
          <w:p w14:paraId="155D9259"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41C42DBC" w14:textId="77777777" w:rsidR="00423D2F" w:rsidRPr="00717886" w:rsidRDefault="0047346F">
            <w:pPr>
              <w:spacing w:after="0"/>
              <w:jc w:val="right"/>
              <w:rPr>
                <w:rFonts w:cs="Times New Roman"/>
              </w:rPr>
            </w:pPr>
            <w:r w:rsidRPr="00717886">
              <w:rPr>
                <w:rFonts w:cs="Times New Roman"/>
                <w:sz w:val="13"/>
              </w:rPr>
              <w:t>.0713</w:t>
            </w:r>
          </w:p>
        </w:tc>
        <w:tc>
          <w:tcPr>
            <w:tcW w:w="936" w:type="dxa"/>
            <w:shd w:val="clear" w:color="auto" w:fill="F5F7F9"/>
            <w:tcMar>
              <w:top w:w="70" w:type="dxa"/>
              <w:left w:w="95" w:type="dxa"/>
              <w:bottom w:w="70" w:type="dxa"/>
              <w:right w:w="95" w:type="dxa"/>
            </w:tcMar>
            <w:vAlign w:val="center"/>
          </w:tcPr>
          <w:p w14:paraId="1E1B5120" w14:textId="77777777" w:rsidR="00423D2F" w:rsidRPr="00717886" w:rsidRDefault="0047346F">
            <w:pPr>
              <w:spacing w:after="0"/>
              <w:jc w:val="right"/>
              <w:rPr>
                <w:rFonts w:cs="Times New Roman"/>
              </w:rPr>
            </w:pPr>
            <w:r w:rsidRPr="00717886">
              <w:rPr>
                <w:rFonts w:cs="Times New Roman"/>
                <w:sz w:val="13"/>
              </w:rPr>
              <w:t>.1314</w:t>
            </w:r>
          </w:p>
        </w:tc>
        <w:tc>
          <w:tcPr>
            <w:tcW w:w="1440" w:type="dxa"/>
            <w:shd w:val="clear" w:color="auto" w:fill="F5F7F9"/>
            <w:tcMar>
              <w:top w:w="70" w:type="dxa"/>
              <w:left w:w="95" w:type="dxa"/>
              <w:bottom w:w="70" w:type="dxa"/>
              <w:right w:w="95" w:type="dxa"/>
            </w:tcMar>
            <w:vAlign w:val="center"/>
          </w:tcPr>
          <w:p w14:paraId="19040B93" w14:textId="77777777" w:rsidR="00423D2F" w:rsidRPr="00717886" w:rsidRDefault="0047346F">
            <w:pPr>
              <w:spacing w:after="0"/>
              <w:jc w:val="center"/>
              <w:rPr>
                <w:rFonts w:cs="Times New Roman"/>
              </w:rPr>
            </w:pPr>
            <w:r w:rsidRPr="00717886">
              <w:rPr>
                <w:rFonts w:cs="Times New Roman"/>
                <w:sz w:val="13"/>
              </w:rPr>
              <w:t>[−.1952, .3378]</w:t>
            </w:r>
          </w:p>
        </w:tc>
        <w:tc>
          <w:tcPr>
            <w:tcW w:w="892" w:type="dxa"/>
            <w:shd w:val="clear" w:color="auto" w:fill="F5F7F9"/>
            <w:tcMar>
              <w:top w:w="70" w:type="dxa"/>
              <w:left w:w="95" w:type="dxa"/>
              <w:bottom w:w="70" w:type="dxa"/>
              <w:right w:w="95" w:type="dxa"/>
            </w:tcMar>
            <w:vAlign w:val="center"/>
          </w:tcPr>
          <w:p w14:paraId="4B3CBCCD" w14:textId="77777777" w:rsidR="00423D2F" w:rsidRPr="00717886" w:rsidRDefault="0047346F">
            <w:pPr>
              <w:spacing w:after="0"/>
              <w:jc w:val="right"/>
              <w:rPr>
                <w:rFonts w:cs="Times New Roman"/>
              </w:rPr>
            </w:pPr>
            <w:r w:rsidRPr="00717886">
              <w:rPr>
                <w:rFonts w:cs="Times New Roman"/>
                <w:sz w:val="13"/>
              </w:rPr>
              <w:t>.591</w:t>
            </w:r>
          </w:p>
        </w:tc>
        <w:tc>
          <w:tcPr>
            <w:tcW w:w="648" w:type="dxa"/>
            <w:shd w:val="clear" w:color="auto" w:fill="F5F7F9"/>
            <w:tcMar>
              <w:top w:w="70" w:type="dxa"/>
              <w:left w:w="95" w:type="dxa"/>
              <w:bottom w:w="70" w:type="dxa"/>
              <w:right w:w="95" w:type="dxa"/>
            </w:tcMar>
            <w:vAlign w:val="center"/>
          </w:tcPr>
          <w:p w14:paraId="7423D95D"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1E56BD4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20FD058" w14:textId="77777777">
        <w:trPr>
          <w:cantSplit/>
          <w:jc w:val="center"/>
        </w:trPr>
        <w:tc>
          <w:tcPr>
            <w:tcW w:w="792" w:type="dxa"/>
            <w:tcMar>
              <w:top w:w="70" w:type="dxa"/>
              <w:left w:w="95" w:type="dxa"/>
              <w:bottom w:w="70" w:type="dxa"/>
              <w:right w:w="95" w:type="dxa"/>
            </w:tcMar>
            <w:vAlign w:val="center"/>
          </w:tcPr>
          <w:p w14:paraId="42D265C8"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1C9777A9" w14:textId="77777777" w:rsidR="00423D2F" w:rsidRPr="00717886" w:rsidRDefault="0047346F">
            <w:pPr>
              <w:spacing w:after="0"/>
              <w:jc w:val="center"/>
              <w:rPr>
                <w:rFonts w:cs="Times New Roman"/>
              </w:rPr>
            </w:pPr>
            <w:r w:rsidRPr="00717886">
              <w:rPr>
                <w:rFonts w:cs="Times New Roman"/>
                <w:sz w:val="13"/>
              </w:rPr>
              <w:t>AVI029</w:t>
            </w:r>
          </w:p>
        </w:tc>
        <w:tc>
          <w:tcPr>
            <w:tcW w:w="2664" w:type="dxa"/>
            <w:tcMar>
              <w:top w:w="70" w:type="dxa"/>
              <w:left w:w="95" w:type="dxa"/>
              <w:bottom w:w="70" w:type="dxa"/>
              <w:right w:w="95" w:type="dxa"/>
            </w:tcMar>
            <w:vAlign w:val="center"/>
          </w:tcPr>
          <w:p w14:paraId="79D650B4"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2DE30014" w14:textId="77777777" w:rsidR="00423D2F" w:rsidRPr="00717886" w:rsidRDefault="0047346F">
            <w:pPr>
              <w:spacing w:after="0"/>
              <w:jc w:val="right"/>
              <w:rPr>
                <w:rFonts w:cs="Times New Roman"/>
              </w:rPr>
            </w:pPr>
            <w:r w:rsidRPr="00717886">
              <w:rPr>
                <w:rFonts w:cs="Times New Roman"/>
                <w:sz w:val="13"/>
              </w:rPr>
              <w:t>.0787</w:t>
            </w:r>
          </w:p>
        </w:tc>
        <w:tc>
          <w:tcPr>
            <w:tcW w:w="936" w:type="dxa"/>
            <w:tcMar>
              <w:top w:w="70" w:type="dxa"/>
              <w:left w:w="95" w:type="dxa"/>
              <w:bottom w:w="70" w:type="dxa"/>
              <w:right w:w="95" w:type="dxa"/>
            </w:tcMar>
            <w:vAlign w:val="center"/>
          </w:tcPr>
          <w:p w14:paraId="7886CE50" w14:textId="77777777" w:rsidR="00423D2F" w:rsidRPr="00717886" w:rsidRDefault="0047346F">
            <w:pPr>
              <w:spacing w:after="0"/>
              <w:jc w:val="right"/>
              <w:rPr>
                <w:rFonts w:cs="Times New Roman"/>
              </w:rPr>
            </w:pPr>
            <w:r w:rsidRPr="00717886">
              <w:rPr>
                <w:rFonts w:cs="Times New Roman"/>
                <w:sz w:val="13"/>
              </w:rPr>
              <w:t>.1288</w:t>
            </w:r>
          </w:p>
        </w:tc>
        <w:tc>
          <w:tcPr>
            <w:tcW w:w="1440" w:type="dxa"/>
            <w:tcMar>
              <w:top w:w="70" w:type="dxa"/>
              <w:left w:w="95" w:type="dxa"/>
              <w:bottom w:w="70" w:type="dxa"/>
              <w:right w:w="95" w:type="dxa"/>
            </w:tcMar>
            <w:vAlign w:val="center"/>
          </w:tcPr>
          <w:p w14:paraId="66A5C51A" w14:textId="77777777" w:rsidR="00423D2F" w:rsidRPr="00717886" w:rsidRDefault="0047346F">
            <w:pPr>
              <w:spacing w:after="0"/>
              <w:jc w:val="center"/>
              <w:rPr>
                <w:rFonts w:cs="Times New Roman"/>
              </w:rPr>
            </w:pPr>
            <w:r w:rsidRPr="00717886">
              <w:rPr>
                <w:rFonts w:cs="Times New Roman"/>
                <w:sz w:val="13"/>
              </w:rPr>
              <w:t>[−.1826, .3400]</w:t>
            </w:r>
          </w:p>
        </w:tc>
        <w:tc>
          <w:tcPr>
            <w:tcW w:w="892" w:type="dxa"/>
            <w:tcMar>
              <w:top w:w="70" w:type="dxa"/>
              <w:left w:w="95" w:type="dxa"/>
              <w:bottom w:w="70" w:type="dxa"/>
              <w:right w:w="95" w:type="dxa"/>
            </w:tcMar>
            <w:vAlign w:val="center"/>
          </w:tcPr>
          <w:p w14:paraId="008761F9" w14:textId="77777777" w:rsidR="00423D2F" w:rsidRPr="00717886" w:rsidRDefault="0047346F">
            <w:pPr>
              <w:spacing w:after="0"/>
              <w:jc w:val="right"/>
              <w:rPr>
                <w:rFonts w:cs="Times New Roman"/>
              </w:rPr>
            </w:pPr>
            <w:r w:rsidRPr="00717886">
              <w:rPr>
                <w:rFonts w:cs="Times New Roman"/>
                <w:sz w:val="13"/>
              </w:rPr>
              <w:t>.545</w:t>
            </w:r>
          </w:p>
        </w:tc>
        <w:tc>
          <w:tcPr>
            <w:tcW w:w="648" w:type="dxa"/>
            <w:tcMar>
              <w:top w:w="70" w:type="dxa"/>
              <w:left w:w="95" w:type="dxa"/>
              <w:bottom w:w="70" w:type="dxa"/>
              <w:right w:w="95" w:type="dxa"/>
            </w:tcMar>
            <w:vAlign w:val="center"/>
          </w:tcPr>
          <w:p w14:paraId="64C633AB" w14:textId="77777777" w:rsidR="00423D2F" w:rsidRPr="00717886" w:rsidRDefault="0047346F">
            <w:pPr>
              <w:spacing w:after="0"/>
              <w:jc w:val="right"/>
              <w:rPr>
                <w:rFonts w:cs="Times New Roman"/>
              </w:rPr>
            </w:pPr>
            <w:r w:rsidRPr="00717886">
              <w:rPr>
                <w:rFonts w:cs="Times New Roman"/>
                <w:sz w:val="13"/>
              </w:rPr>
              <w:t>286</w:t>
            </w:r>
          </w:p>
        </w:tc>
        <w:tc>
          <w:tcPr>
            <w:tcW w:w="936" w:type="dxa"/>
            <w:tcMar>
              <w:top w:w="70" w:type="dxa"/>
              <w:left w:w="95" w:type="dxa"/>
              <w:bottom w:w="70" w:type="dxa"/>
              <w:right w:w="95" w:type="dxa"/>
            </w:tcMar>
            <w:vAlign w:val="center"/>
          </w:tcPr>
          <w:p w14:paraId="22B9196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CADDB7D" w14:textId="77777777">
        <w:trPr>
          <w:cantSplit/>
          <w:jc w:val="center"/>
        </w:trPr>
        <w:tc>
          <w:tcPr>
            <w:tcW w:w="792" w:type="dxa"/>
            <w:shd w:val="clear" w:color="auto" w:fill="F5F7F9"/>
            <w:tcMar>
              <w:top w:w="70" w:type="dxa"/>
              <w:left w:w="95" w:type="dxa"/>
              <w:bottom w:w="70" w:type="dxa"/>
              <w:right w:w="95" w:type="dxa"/>
            </w:tcMar>
            <w:vAlign w:val="center"/>
          </w:tcPr>
          <w:p w14:paraId="23B89098"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7A8FDBC6" w14:textId="77777777" w:rsidR="00423D2F" w:rsidRPr="00717886" w:rsidRDefault="0047346F">
            <w:pPr>
              <w:spacing w:after="0"/>
              <w:jc w:val="center"/>
              <w:rPr>
                <w:rFonts w:cs="Times New Roman"/>
              </w:rPr>
            </w:pPr>
            <w:r w:rsidRPr="00717886">
              <w:rPr>
                <w:rFonts w:cs="Times New Roman"/>
                <w:sz w:val="13"/>
              </w:rPr>
              <w:t>AVI030</w:t>
            </w:r>
          </w:p>
        </w:tc>
        <w:tc>
          <w:tcPr>
            <w:tcW w:w="2664" w:type="dxa"/>
            <w:shd w:val="clear" w:color="auto" w:fill="F5F7F9"/>
            <w:tcMar>
              <w:top w:w="70" w:type="dxa"/>
              <w:left w:w="95" w:type="dxa"/>
              <w:bottom w:w="70" w:type="dxa"/>
              <w:right w:w="95" w:type="dxa"/>
            </w:tcMar>
            <w:vAlign w:val="center"/>
          </w:tcPr>
          <w:p w14:paraId="7BEF42D9"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4E46BDB" w14:textId="77777777" w:rsidR="00423D2F" w:rsidRPr="00717886" w:rsidRDefault="0047346F">
            <w:pPr>
              <w:spacing w:after="0"/>
              <w:jc w:val="right"/>
              <w:rPr>
                <w:rFonts w:cs="Times New Roman"/>
              </w:rPr>
            </w:pPr>
            <w:r w:rsidRPr="00717886">
              <w:rPr>
                <w:rFonts w:cs="Times New Roman"/>
                <w:sz w:val="13"/>
              </w:rPr>
              <w:t>.0840</w:t>
            </w:r>
          </w:p>
        </w:tc>
        <w:tc>
          <w:tcPr>
            <w:tcW w:w="936" w:type="dxa"/>
            <w:shd w:val="clear" w:color="auto" w:fill="F5F7F9"/>
            <w:tcMar>
              <w:top w:w="70" w:type="dxa"/>
              <w:left w:w="95" w:type="dxa"/>
              <w:bottom w:w="70" w:type="dxa"/>
              <w:right w:w="95" w:type="dxa"/>
            </w:tcMar>
            <w:vAlign w:val="center"/>
          </w:tcPr>
          <w:p w14:paraId="6A0A6F1F" w14:textId="77777777" w:rsidR="00423D2F" w:rsidRPr="00717886" w:rsidRDefault="0047346F">
            <w:pPr>
              <w:spacing w:after="0"/>
              <w:jc w:val="right"/>
              <w:rPr>
                <w:rFonts w:cs="Times New Roman"/>
              </w:rPr>
            </w:pPr>
            <w:r w:rsidRPr="00717886">
              <w:rPr>
                <w:rFonts w:cs="Times New Roman"/>
                <w:sz w:val="13"/>
              </w:rPr>
              <w:t>.1320</w:t>
            </w:r>
          </w:p>
        </w:tc>
        <w:tc>
          <w:tcPr>
            <w:tcW w:w="1440" w:type="dxa"/>
            <w:shd w:val="clear" w:color="auto" w:fill="F5F7F9"/>
            <w:tcMar>
              <w:top w:w="70" w:type="dxa"/>
              <w:left w:w="95" w:type="dxa"/>
              <w:bottom w:w="70" w:type="dxa"/>
              <w:right w:w="95" w:type="dxa"/>
            </w:tcMar>
            <w:vAlign w:val="center"/>
          </w:tcPr>
          <w:p w14:paraId="2D55EBCD" w14:textId="77777777" w:rsidR="00423D2F" w:rsidRPr="00717886" w:rsidRDefault="0047346F">
            <w:pPr>
              <w:spacing w:after="0"/>
              <w:jc w:val="center"/>
              <w:rPr>
                <w:rFonts w:cs="Times New Roman"/>
              </w:rPr>
            </w:pPr>
            <w:r w:rsidRPr="00717886">
              <w:rPr>
                <w:rFonts w:cs="Times New Roman"/>
                <w:sz w:val="13"/>
              </w:rPr>
              <w:t>[−.1837, .3518]</w:t>
            </w:r>
          </w:p>
        </w:tc>
        <w:tc>
          <w:tcPr>
            <w:tcW w:w="892" w:type="dxa"/>
            <w:shd w:val="clear" w:color="auto" w:fill="F5F7F9"/>
            <w:tcMar>
              <w:top w:w="70" w:type="dxa"/>
              <w:left w:w="95" w:type="dxa"/>
              <w:bottom w:w="70" w:type="dxa"/>
              <w:right w:w="95" w:type="dxa"/>
            </w:tcMar>
            <w:vAlign w:val="center"/>
          </w:tcPr>
          <w:p w14:paraId="5443F4C2" w14:textId="77777777" w:rsidR="00423D2F" w:rsidRPr="00717886" w:rsidRDefault="0047346F">
            <w:pPr>
              <w:spacing w:after="0"/>
              <w:jc w:val="right"/>
              <w:rPr>
                <w:rFonts w:cs="Times New Roman"/>
              </w:rPr>
            </w:pPr>
            <w:r w:rsidRPr="00717886">
              <w:rPr>
                <w:rFonts w:cs="Times New Roman"/>
                <w:sz w:val="13"/>
              </w:rPr>
              <w:t>.529</w:t>
            </w:r>
          </w:p>
        </w:tc>
        <w:tc>
          <w:tcPr>
            <w:tcW w:w="648" w:type="dxa"/>
            <w:shd w:val="clear" w:color="auto" w:fill="F5F7F9"/>
            <w:tcMar>
              <w:top w:w="70" w:type="dxa"/>
              <w:left w:w="95" w:type="dxa"/>
              <w:bottom w:w="70" w:type="dxa"/>
              <w:right w:w="95" w:type="dxa"/>
            </w:tcMar>
            <w:vAlign w:val="center"/>
          </w:tcPr>
          <w:p w14:paraId="4E1195C9" w14:textId="77777777" w:rsidR="00423D2F" w:rsidRPr="00717886" w:rsidRDefault="0047346F">
            <w:pPr>
              <w:spacing w:after="0"/>
              <w:jc w:val="right"/>
              <w:rPr>
                <w:rFonts w:cs="Times New Roman"/>
              </w:rPr>
            </w:pPr>
            <w:r w:rsidRPr="00717886">
              <w:rPr>
                <w:rFonts w:cs="Times New Roman"/>
                <w:sz w:val="13"/>
              </w:rPr>
              <w:t>286</w:t>
            </w:r>
          </w:p>
        </w:tc>
        <w:tc>
          <w:tcPr>
            <w:tcW w:w="936" w:type="dxa"/>
            <w:shd w:val="clear" w:color="auto" w:fill="F5F7F9"/>
            <w:tcMar>
              <w:top w:w="70" w:type="dxa"/>
              <w:left w:w="95" w:type="dxa"/>
              <w:bottom w:w="70" w:type="dxa"/>
              <w:right w:w="95" w:type="dxa"/>
            </w:tcMar>
            <w:vAlign w:val="center"/>
          </w:tcPr>
          <w:p w14:paraId="13AC1BA9"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36B8381" w14:textId="77777777">
        <w:trPr>
          <w:cantSplit/>
          <w:jc w:val="center"/>
        </w:trPr>
        <w:tc>
          <w:tcPr>
            <w:tcW w:w="792" w:type="dxa"/>
            <w:tcMar>
              <w:top w:w="70" w:type="dxa"/>
              <w:left w:w="95" w:type="dxa"/>
              <w:bottom w:w="70" w:type="dxa"/>
              <w:right w:w="95" w:type="dxa"/>
            </w:tcMar>
            <w:vAlign w:val="center"/>
          </w:tcPr>
          <w:p w14:paraId="44CA33FC"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1C3921C4" w14:textId="77777777" w:rsidR="00423D2F" w:rsidRPr="00717886" w:rsidRDefault="0047346F">
            <w:pPr>
              <w:spacing w:after="0"/>
              <w:jc w:val="center"/>
              <w:rPr>
                <w:rFonts w:cs="Times New Roman"/>
              </w:rPr>
            </w:pPr>
            <w:r w:rsidRPr="00717886">
              <w:rPr>
                <w:rFonts w:cs="Times New Roman"/>
                <w:sz w:val="13"/>
              </w:rPr>
              <w:t>AVI031</w:t>
            </w:r>
          </w:p>
        </w:tc>
        <w:tc>
          <w:tcPr>
            <w:tcW w:w="2664" w:type="dxa"/>
            <w:tcMar>
              <w:top w:w="70" w:type="dxa"/>
              <w:left w:w="95" w:type="dxa"/>
              <w:bottom w:w="70" w:type="dxa"/>
              <w:right w:w="95" w:type="dxa"/>
            </w:tcMar>
            <w:vAlign w:val="center"/>
          </w:tcPr>
          <w:p w14:paraId="56D12029"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2FCBBB6F" w14:textId="77777777" w:rsidR="00423D2F" w:rsidRPr="00717886" w:rsidRDefault="0047346F">
            <w:pPr>
              <w:spacing w:after="0"/>
              <w:jc w:val="right"/>
              <w:rPr>
                <w:rFonts w:cs="Times New Roman"/>
              </w:rPr>
            </w:pPr>
            <w:r w:rsidRPr="00717886">
              <w:rPr>
                <w:rFonts w:cs="Times New Roman"/>
                <w:sz w:val="13"/>
              </w:rPr>
              <w:t>.0963</w:t>
            </w:r>
          </w:p>
        </w:tc>
        <w:tc>
          <w:tcPr>
            <w:tcW w:w="936" w:type="dxa"/>
            <w:tcMar>
              <w:top w:w="70" w:type="dxa"/>
              <w:left w:w="95" w:type="dxa"/>
              <w:bottom w:w="70" w:type="dxa"/>
              <w:right w:w="95" w:type="dxa"/>
            </w:tcMar>
            <w:vAlign w:val="center"/>
          </w:tcPr>
          <w:p w14:paraId="35E25270" w14:textId="77777777" w:rsidR="00423D2F" w:rsidRPr="00717886" w:rsidRDefault="0047346F">
            <w:pPr>
              <w:spacing w:after="0"/>
              <w:jc w:val="right"/>
              <w:rPr>
                <w:rFonts w:cs="Times New Roman"/>
              </w:rPr>
            </w:pPr>
            <w:r w:rsidRPr="00717886">
              <w:rPr>
                <w:rFonts w:cs="Times New Roman"/>
                <w:sz w:val="13"/>
              </w:rPr>
              <w:t>.1308</w:t>
            </w:r>
          </w:p>
        </w:tc>
        <w:tc>
          <w:tcPr>
            <w:tcW w:w="1440" w:type="dxa"/>
            <w:tcMar>
              <w:top w:w="70" w:type="dxa"/>
              <w:left w:w="95" w:type="dxa"/>
              <w:bottom w:w="70" w:type="dxa"/>
              <w:right w:w="95" w:type="dxa"/>
            </w:tcMar>
            <w:vAlign w:val="center"/>
          </w:tcPr>
          <w:p w14:paraId="4681669B" w14:textId="77777777" w:rsidR="00423D2F" w:rsidRPr="00717886" w:rsidRDefault="0047346F">
            <w:pPr>
              <w:spacing w:after="0"/>
              <w:jc w:val="center"/>
              <w:rPr>
                <w:rFonts w:cs="Times New Roman"/>
              </w:rPr>
            </w:pPr>
            <w:r w:rsidRPr="00717886">
              <w:rPr>
                <w:rFonts w:cs="Times New Roman"/>
                <w:sz w:val="13"/>
              </w:rPr>
              <w:t>[−.1691, .3617]</w:t>
            </w:r>
          </w:p>
        </w:tc>
        <w:tc>
          <w:tcPr>
            <w:tcW w:w="892" w:type="dxa"/>
            <w:tcMar>
              <w:top w:w="70" w:type="dxa"/>
              <w:left w:w="95" w:type="dxa"/>
              <w:bottom w:w="70" w:type="dxa"/>
              <w:right w:w="95" w:type="dxa"/>
            </w:tcMar>
            <w:vAlign w:val="center"/>
          </w:tcPr>
          <w:p w14:paraId="6D4A32EE" w14:textId="77777777" w:rsidR="00423D2F" w:rsidRPr="00717886" w:rsidRDefault="0047346F">
            <w:pPr>
              <w:spacing w:after="0"/>
              <w:jc w:val="right"/>
              <w:rPr>
                <w:rFonts w:cs="Times New Roman"/>
              </w:rPr>
            </w:pPr>
            <w:r w:rsidRPr="00717886">
              <w:rPr>
                <w:rFonts w:cs="Times New Roman"/>
                <w:sz w:val="13"/>
              </w:rPr>
              <w:t>.466</w:t>
            </w:r>
          </w:p>
        </w:tc>
        <w:tc>
          <w:tcPr>
            <w:tcW w:w="648" w:type="dxa"/>
            <w:tcMar>
              <w:top w:w="70" w:type="dxa"/>
              <w:left w:w="95" w:type="dxa"/>
              <w:bottom w:w="70" w:type="dxa"/>
              <w:right w:w="95" w:type="dxa"/>
            </w:tcMar>
            <w:vAlign w:val="center"/>
          </w:tcPr>
          <w:p w14:paraId="5290C082" w14:textId="77777777" w:rsidR="00423D2F" w:rsidRPr="00717886" w:rsidRDefault="0047346F">
            <w:pPr>
              <w:spacing w:after="0"/>
              <w:jc w:val="right"/>
              <w:rPr>
                <w:rFonts w:cs="Times New Roman"/>
              </w:rPr>
            </w:pPr>
            <w:r w:rsidRPr="00717886">
              <w:rPr>
                <w:rFonts w:cs="Times New Roman"/>
                <w:sz w:val="13"/>
              </w:rPr>
              <w:t>285</w:t>
            </w:r>
          </w:p>
        </w:tc>
        <w:tc>
          <w:tcPr>
            <w:tcW w:w="936" w:type="dxa"/>
            <w:tcMar>
              <w:top w:w="70" w:type="dxa"/>
              <w:left w:w="95" w:type="dxa"/>
              <w:bottom w:w="70" w:type="dxa"/>
              <w:right w:w="95" w:type="dxa"/>
            </w:tcMar>
            <w:vAlign w:val="center"/>
          </w:tcPr>
          <w:p w14:paraId="1636125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43A6221" w14:textId="77777777">
        <w:trPr>
          <w:cantSplit/>
          <w:jc w:val="center"/>
        </w:trPr>
        <w:tc>
          <w:tcPr>
            <w:tcW w:w="792" w:type="dxa"/>
            <w:shd w:val="clear" w:color="auto" w:fill="F5F7F9"/>
            <w:tcMar>
              <w:top w:w="70" w:type="dxa"/>
              <w:left w:w="95" w:type="dxa"/>
              <w:bottom w:w="70" w:type="dxa"/>
              <w:right w:w="95" w:type="dxa"/>
            </w:tcMar>
            <w:vAlign w:val="center"/>
          </w:tcPr>
          <w:p w14:paraId="3EA0C028"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7F8A5A2" w14:textId="77777777" w:rsidR="00423D2F" w:rsidRPr="00717886" w:rsidRDefault="0047346F">
            <w:pPr>
              <w:spacing w:after="0"/>
              <w:jc w:val="center"/>
              <w:rPr>
                <w:rFonts w:cs="Times New Roman"/>
              </w:rPr>
            </w:pPr>
            <w:r w:rsidRPr="00717886">
              <w:rPr>
                <w:rFonts w:cs="Times New Roman"/>
                <w:sz w:val="13"/>
              </w:rPr>
              <w:t>AVI032</w:t>
            </w:r>
          </w:p>
        </w:tc>
        <w:tc>
          <w:tcPr>
            <w:tcW w:w="2664" w:type="dxa"/>
            <w:shd w:val="clear" w:color="auto" w:fill="F5F7F9"/>
            <w:tcMar>
              <w:top w:w="70" w:type="dxa"/>
              <w:left w:w="95" w:type="dxa"/>
              <w:bottom w:w="70" w:type="dxa"/>
              <w:right w:w="95" w:type="dxa"/>
            </w:tcMar>
            <w:vAlign w:val="center"/>
          </w:tcPr>
          <w:p w14:paraId="58F70F4B"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912891D" w14:textId="77777777" w:rsidR="00423D2F" w:rsidRPr="00717886" w:rsidRDefault="0047346F">
            <w:pPr>
              <w:spacing w:after="0"/>
              <w:jc w:val="right"/>
              <w:rPr>
                <w:rFonts w:cs="Times New Roman"/>
              </w:rPr>
            </w:pPr>
            <w:r w:rsidRPr="00717886">
              <w:rPr>
                <w:rFonts w:cs="Times New Roman"/>
                <w:sz w:val="13"/>
              </w:rPr>
              <w:t>.0883</w:t>
            </w:r>
          </w:p>
        </w:tc>
        <w:tc>
          <w:tcPr>
            <w:tcW w:w="936" w:type="dxa"/>
            <w:shd w:val="clear" w:color="auto" w:fill="F5F7F9"/>
            <w:tcMar>
              <w:top w:w="70" w:type="dxa"/>
              <w:left w:w="95" w:type="dxa"/>
              <w:bottom w:w="70" w:type="dxa"/>
              <w:right w:w="95" w:type="dxa"/>
            </w:tcMar>
            <w:vAlign w:val="center"/>
          </w:tcPr>
          <w:p w14:paraId="7722E158" w14:textId="77777777" w:rsidR="00423D2F" w:rsidRPr="00717886" w:rsidRDefault="0047346F">
            <w:pPr>
              <w:spacing w:after="0"/>
              <w:jc w:val="right"/>
              <w:rPr>
                <w:rFonts w:cs="Times New Roman"/>
              </w:rPr>
            </w:pPr>
            <w:r w:rsidRPr="00717886">
              <w:rPr>
                <w:rFonts w:cs="Times New Roman"/>
                <w:sz w:val="13"/>
              </w:rPr>
              <w:t>.1298</w:t>
            </w:r>
          </w:p>
        </w:tc>
        <w:tc>
          <w:tcPr>
            <w:tcW w:w="1440" w:type="dxa"/>
            <w:shd w:val="clear" w:color="auto" w:fill="F5F7F9"/>
            <w:tcMar>
              <w:top w:w="70" w:type="dxa"/>
              <w:left w:w="95" w:type="dxa"/>
              <w:bottom w:w="70" w:type="dxa"/>
              <w:right w:w="95" w:type="dxa"/>
            </w:tcMar>
            <w:vAlign w:val="center"/>
          </w:tcPr>
          <w:p w14:paraId="102BD592" w14:textId="77777777" w:rsidR="00423D2F" w:rsidRPr="00717886" w:rsidRDefault="0047346F">
            <w:pPr>
              <w:spacing w:after="0"/>
              <w:jc w:val="center"/>
              <w:rPr>
                <w:rFonts w:cs="Times New Roman"/>
              </w:rPr>
            </w:pPr>
            <w:r w:rsidRPr="00717886">
              <w:rPr>
                <w:rFonts w:cs="Times New Roman"/>
                <w:sz w:val="13"/>
              </w:rPr>
              <w:t>[−.1751, .3516]</w:t>
            </w:r>
          </w:p>
        </w:tc>
        <w:tc>
          <w:tcPr>
            <w:tcW w:w="892" w:type="dxa"/>
            <w:shd w:val="clear" w:color="auto" w:fill="F5F7F9"/>
            <w:tcMar>
              <w:top w:w="70" w:type="dxa"/>
              <w:left w:w="95" w:type="dxa"/>
              <w:bottom w:w="70" w:type="dxa"/>
              <w:right w:w="95" w:type="dxa"/>
            </w:tcMar>
            <w:vAlign w:val="center"/>
          </w:tcPr>
          <w:p w14:paraId="7CAD0B64" w14:textId="77777777" w:rsidR="00423D2F" w:rsidRPr="00717886" w:rsidRDefault="0047346F">
            <w:pPr>
              <w:spacing w:after="0"/>
              <w:jc w:val="right"/>
              <w:rPr>
                <w:rFonts w:cs="Times New Roman"/>
              </w:rPr>
            </w:pPr>
            <w:r w:rsidRPr="00717886">
              <w:rPr>
                <w:rFonts w:cs="Times New Roman"/>
                <w:sz w:val="13"/>
              </w:rPr>
              <w:t>.501</w:t>
            </w:r>
          </w:p>
        </w:tc>
        <w:tc>
          <w:tcPr>
            <w:tcW w:w="648" w:type="dxa"/>
            <w:shd w:val="clear" w:color="auto" w:fill="F5F7F9"/>
            <w:tcMar>
              <w:top w:w="70" w:type="dxa"/>
              <w:left w:w="95" w:type="dxa"/>
              <w:bottom w:w="70" w:type="dxa"/>
              <w:right w:w="95" w:type="dxa"/>
            </w:tcMar>
            <w:vAlign w:val="center"/>
          </w:tcPr>
          <w:p w14:paraId="159AF4DD" w14:textId="77777777" w:rsidR="00423D2F" w:rsidRPr="00717886" w:rsidRDefault="0047346F">
            <w:pPr>
              <w:spacing w:after="0"/>
              <w:jc w:val="right"/>
              <w:rPr>
                <w:rFonts w:cs="Times New Roman"/>
              </w:rPr>
            </w:pPr>
            <w:r w:rsidRPr="00717886">
              <w:rPr>
                <w:rFonts w:cs="Times New Roman"/>
                <w:sz w:val="13"/>
              </w:rPr>
              <w:t>285</w:t>
            </w:r>
          </w:p>
        </w:tc>
        <w:tc>
          <w:tcPr>
            <w:tcW w:w="936" w:type="dxa"/>
            <w:shd w:val="clear" w:color="auto" w:fill="F5F7F9"/>
            <w:tcMar>
              <w:top w:w="70" w:type="dxa"/>
              <w:left w:w="95" w:type="dxa"/>
              <w:bottom w:w="70" w:type="dxa"/>
              <w:right w:w="95" w:type="dxa"/>
            </w:tcMar>
            <w:vAlign w:val="center"/>
          </w:tcPr>
          <w:p w14:paraId="74B08DB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5EA06002" w14:textId="77777777">
        <w:trPr>
          <w:cantSplit/>
          <w:jc w:val="center"/>
        </w:trPr>
        <w:tc>
          <w:tcPr>
            <w:tcW w:w="792" w:type="dxa"/>
            <w:tcMar>
              <w:top w:w="70" w:type="dxa"/>
              <w:left w:w="95" w:type="dxa"/>
              <w:bottom w:w="70" w:type="dxa"/>
              <w:right w:w="95" w:type="dxa"/>
            </w:tcMar>
            <w:vAlign w:val="center"/>
          </w:tcPr>
          <w:p w14:paraId="3ED35724"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4CC2E109" w14:textId="77777777" w:rsidR="00423D2F" w:rsidRPr="00717886" w:rsidRDefault="0047346F">
            <w:pPr>
              <w:spacing w:after="0"/>
              <w:jc w:val="center"/>
              <w:rPr>
                <w:rFonts w:cs="Times New Roman"/>
              </w:rPr>
            </w:pPr>
            <w:r w:rsidRPr="00717886">
              <w:rPr>
                <w:rFonts w:cs="Times New Roman"/>
                <w:sz w:val="13"/>
              </w:rPr>
              <w:t>AVI033</w:t>
            </w:r>
          </w:p>
        </w:tc>
        <w:tc>
          <w:tcPr>
            <w:tcW w:w="2664" w:type="dxa"/>
            <w:tcMar>
              <w:top w:w="70" w:type="dxa"/>
              <w:left w:w="95" w:type="dxa"/>
              <w:bottom w:w="70" w:type="dxa"/>
              <w:right w:w="95" w:type="dxa"/>
            </w:tcMar>
            <w:vAlign w:val="center"/>
          </w:tcPr>
          <w:p w14:paraId="6B3FF1C1"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0F2A7100" w14:textId="77777777" w:rsidR="00423D2F" w:rsidRPr="00717886" w:rsidRDefault="0047346F">
            <w:pPr>
              <w:spacing w:after="0"/>
              <w:jc w:val="right"/>
              <w:rPr>
                <w:rFonts w:cs="Times New Roman"/>
              </w:rPr>
            </w:pPr>
            <w:r w:rsidRPr="00717886">
              <w:rPr>
                <w:rFonts w:cs="Times New Roman"/>
                <w:sz w:val="13"/>
              </w:rPr>
              <w:t>.0795</w:t>
            </w:r>
          </w:p>
        </w:tc>
        <w:tc>
          <w:tcPr>
            <w:tcW w:w="936" w:type="dxa"/>
            <w:tcMar>
              <w:top w:w="70" w:type="dxa"/>
              <w:left w:w="95" w:type="dxa"/>
              <w:bottom w:w="70" w:type="dxa"/>
              <w:right w:w="95" w:type="dxa"/>
            </w:tcMar>
            <w:vAlign w:val="center"/>
          </w:tcPr>
          <w:p w14:paraId="6A3DD873" w14:textId="77777777" w:rsidR="00423D2F" w:rsidRPr="00717886" w:rsidRDefault="0047346F">
            <w:pPr>
              <w:spacing w:after="0"/>
              <w:jc w:val="right"/>
              <w:rPr>
                <w:rFonts w:cs="Times New Roman"/>
              </w:rPr>
            </w:pPr>
            <w:r w:rsidRPr="00717886">
              <w:rPr>
                <w:rFonts w:cs="Times New Roman"/>
                <w:sz w:val="13"/>
              </w:rPr>
              <w:t>.1288</w:t>
            </w:r>
          </w:p>
        </w:tc>
        <w:tc>
          <w:tcPr>
            <w:tcW w:w="1440" w:type="dxa"/>
            <w:tcMar>
              <w:top w:w="70" w:type="dxa"/>
              <w:left w:w="95" w:type="dxa"/>
              <w:bottom w:w="70" w:type="dxa"/>
              <w:right w:w="95" w:type="dxa"/>
            </w:tcMar>
            <w:vAlign w:val="center"/>
          </w:tcPr>
          <w:p w14:paraId="61A5B09B" w14:textId="77777777" w:rsidR="00423D2F" w:rsidRPr="00717886" w:rsidRDefault="0047346F">
            <w:pPr>
              <w:spacing w:after="0"/>
              <w:jc w:val="center"/>
              <w:rPr>
                <w:rFonts w:cs="Times New Roman"/>
              </w:rPr>
            </w:pPr>
            <w:r w:rsidRPr="00717886">
              <w:rPr>
                <w:rFonts w:cs="Times New Roman"/>
                <w:sz w:val="13"/>
              </w:rPr>
              <w:t>[−.1817, .3408]</w:t>
            </w:r>
          </w:p>
        </w:tc>
        <w:tc>
          <w:tcPr>
            <w:tcW w:w="892" w:type="dxa"/>
            <w:tcMar>
              <w:top w:w="70" w:type="dxa"/>
              <w:left w:w="95" w:type="dxa"/>
              <w:bottom w:w="70" w:type="dxa"/>
              <w:right w:w="95" w:type="dxa"/>
            </w:tcMar>
            <w:vAlign w:val="center"/>
          </w:tcPr>
          <w:p w14:paraId="2C751BAD" w14:textId="77777777" w:rsidR="00423D2F" w:rsidRPr="00717886" w:rsidRDefault="0047346F">
            <w:pPr>
              <w:spacing w:after="0"/>
              <w:jc w:val="right"/>
              <w:rPr>
                <w:rFonts w:cs="Times New Roman"/>
              </w:rPr>
            </w:pPr>
            <w:r w:rsidRPr="00717886">
              <w:rPr>
                <w:rFonts w:cs="Times New Roman"/>
                <w:sz w:val="13"/>
              </w:rPr>
              <w:t>.541</w:t>
            </w:r>
          </w:p>
        </w:tc>
        <w:tc>
          <w:tcPr>
            <w:tcW w:w="648" w:type="dxa"/>
            <w:tcMar>
              <w:top w:w="70" w:type="dxa"/>
              <w:left w:w="95" w:type="dxa"/>
              <w:bottom w:w="70" w:type="dxa"/>
              <w:right w:w="95" w:type="dxa"/>
            </w:tcMar>
            <w:vAlign w:val="center"/>
          </w:tcPr>
          <w:p w14:paraId="23B38EDF" w14:textId="77777777" w:rsidR="00423D2F" w:rsidRPr="00717886" w:rsidRDefault="0047346F">
            <w:pPr>
              <w:spacing w:after="0"/>
              <w:jc w:val="right"/>
              <w:rPr>
                <w:rFonts w:cs="Times New Roman"/>
              </w:rPr>
            </w:pPr>
            <w:r w:rsidRPr="00717886">
              <w:rPr>
                <w:rFonts w:cs="Times New Roman"/>
                <w:sz w:val="13"/>
              </w:rPr>
              <w:t>285</w:t>
            </w:r>
          </w:p>
        </w:tc>
        <w:tc>
          <w:tcPr>
            <w:tcW w:w="936" w:type="dxa"/>
            <w:tcMar>
              <w:top w:w="70" w:type="dxa"/>
              <w:left w:w="95" w:type="dxa"/>
              <w:bottom w:w="70" w:type="dxa"/>
              <w:right w:w="95" w:type="dxa"/>
            </w:tcMar>
            <w:vAlign w:val="center"/>
          </w:tcPr>
          <w:p w14:paraId="3A7CBE6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993D41C" w14:textId="77777777">
        <w:trPr>
          <w:cantSplit/>
          <w:jc w:val="center"/>
        </w:trPr>
        <w:tc>
          <w:tcPr>
            <w:tcW w:w="792" w:type="dxa"/>
            <w:shd w:val="clear" w:color="auto" w:fill="F5F7F9"/>
            <w:tcMar>
              <w:top w:w="70" w:type="dxa"/>
              <w:left w:w="95" w:type="dxa"/>
              <w:bottom w:w="70" w:type="dxa"/>
              <w:right w:w="95" w:type="dxa"/>
            </w:tcMar>
            <w:vAlign w:val="center"/>
          </w:tcPr>
          <w:p w14:paraId="49902596"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39FEC4CF" w14:textId="77777777" w:rsidR="00423D2F" w:rsidRPr="00717886" w:rsidRDefault="0047346F">
            <w:pPr>
              <w:spacing w:after="0"/>
              <w:jc w:val="center"/>
              <w:rPr>
                <w:rFonts w:cs="Times New Roman"/>
              </w:rPr>
            </w:pPr>
            <w:r w:rsidRPr="00717886">
              <w:rPr>
                <w:rFonts w:cs="Times New Roman"/>
                <w:sz w:val="13"/>
              </w:rPr>
              <w:t>AVI034</w:t>
            </w:r>
          </w:p>
        </w:tc>
        <w:tc>
          <w:tcPr>
            <w:tcW w:w="2664" w:type="dxa"/>
            <w:shd w:val="clear" w:color="auto" w:fill="F5F7F9"/>
            <w:tcMar>
              <w:top w:w="70" w:type="dxa"/>
              <w:left w:w="95" w:type="dxa"/>
              <w:bottom w:w="70" w:type="dxa"/>
              <w:right w:w="95" w:type="dxa"/>
            </w:tcMar>
            <w:vAlign w:val="center"/>
          </w:tcPr>
          <w:p w14:paraId="7DD1007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560B5860" w14:textId="77777777" w:rsidR="00423D2F" w:rsidRPr="00717886" w:rsidRDefault="0047346F">
            <w:pPr>
              <w:spacing w:after="0"/>
              <w:jc w:val="right"/>
              <w:rPr>
                <w:rFonts w:cs="Times New Roman"/>
              </w:rPr>
            </w:pPr>
            <w:r w:rsidRPr="00717886">
              <w:rPr>
                <w:rFonts w:cs="Times New Roman"/>
                <w:sz w:val="13"/>
              </w:rPr>
              <w:t>.1446</w:t>
            </w:r>
          </w:p>
        </w:tc>
        <w:tc>
          <w:tcPr>
            <w:tcW w:w="936" w:type="dxa"/>
            <w:shd w:val="clear" w:color="auto" w:fill="F5F7F9"/>
            <w:tcMar>
              <w:top w:w="70" w:type="dxa"/>
              <w:left w:w="95" w:type="dxa"/>
              <w:bottom w:w="70" w:type="dxa"/>
              <w:right w:w="95" w:type="dxa"/>
            </w:tcMar>
            <w:vAlign w:val="center"/>
          </w:tcPr>
          <w:p w14:paraId="0C4A4CFF" w14:textId="77777777" w:rsidR="00423D2F" w:rsidRPr="00717886" w:rsidRDefault="0047346F">
            <w:pPr>
              <w:spacing w:after="0"/>
              <w:jc w:val="right"/>
              <w:rPr>
                <w:rFonts w:cs="Times New Roman"/>
              </w:rPr>
            </w:pPr>
            <w:r w:rsidRPr="00717886">
              <w:rPr>
                <w:rFonts w:cs="Times New Roman"/>
                <w:sz w:val="13"/>
              </w:rPr>
              <w:t>.1353</w:t>
            </w:r>
          </w:p>
        </w:tc>
        <w:tc>
          <w:tcPr>
            <w:tcW w:w="1440" w:type="dxa"/>
            <w:shd w:val="clear" w:color="auto" w:fill="F5F7F9"/>
            <w:tcMar>
              <w:top w:w="70" w:type="dxa"/>
              <w:left w:w="95" w:type="dxa"/>
              <w:bottom w:w="70" w:type="dxa"/>
              <w:right w:w="95" w:type="dxa"/>
            </w:tcMar>
            <w:vAlign w:val="center"/>
          </w:tcPr>
          <w:p w14:paraId="19787841" w14:textId="77777777" w:rsidR="00423D2F" w:rsidRPr="00717886" w:rsidRDefault="0047346F">
            <w:pPr>
              <w:spacing w:after="0"/>
              <w:jc w:val="center"/>
              <w:rPr>
                <w:rFonts w:cs="Times New Roman"/>
              </w:rPr>
            </w:pPr>
            <w:r w:rsidRPr="00717886">
              <w:rPr>
                <w:rFonts w:cs="Times New Roman"/>
                <w:sz w:val="13"/>
              </w:rPr>
              <w:t>[−.1298, .4190]</w:t>
            </w:r>
          </w:p>
        </w:tc>
        <w:tc>
          <w:tcPr>
            <w:tcW w:w="892" w:type="dxa"/>
            <w:shd w:val="clear" w:color="auto" w:fill="F5F7F9"/>
            <w:tcMar>
              <w:top w:w="70" w:type="dxa"/>
              <w:left w:w="95" w:type="dxa"/>
              <w:bottom w:w="70" w:type="dxa"/>
              <w:right w:w="95" w:type="dxa"/>
            </w:tcMar>
            <w:vAlign w:val="center"/>
          </w:tcPr>
          <w:p w14:paraId="3DAA1022" w14:textId="77777777" w:rsidR="00423D2F" w:rsidRPr="00717886" w:rsidRDefault="0047346F">
            <w:pPr>
              <w:spacing w:after="0"/>
              <w:jc w:val="right"/>
              <w:rPr>
                <w:rFonts w:cs="Times New Roman"/>
              </w:rPr>
            </w:pPr>
            <w:r w:rsidRPr="00717886">
              <w:rPr>
                <w:rFonts w:cs="Times New Roman"/>
                <w:sz w:val="13"/>
              </w:rPr>
              <w:t>.292</w:t>
            </w:r>
          </w:p>
        </w:tc>
        <w:tc>
          <w:tcPr>
            <w:tcW w:w="648" w:type="dxa"/>
            <w:shd w:val="clear" w:color="auto" w:fill="F5F7F9"/>
            <w:tcMar>
              <w:top w:w="70" w:type="dxa"/>
              <w:left w:w="95" w:type="dxa"/>
              <w:bottom w:w="70" w:type="dxa"/>
              <w:right w:w="95" w:type="dxa"/>
            </w:tcMar>
            <w:vAlign w:val="center"/>
          </w:tcPr>
          <w:p w14:paraId="4039BCDF" w14:textId="77777777" w:rsidR="00423D2F" w:rsidRPr="00717886" w:rsidRDefault="0047346F">
            <w:pPr>
              <w:spacing w:after="0"/>
              <w:jc w:val="right"/>
              <w:rPr>
                <w:rFonts w:cs="Times New Roman"/>
              </w:rPr>
            </w:pPr>
            <w:r w:rsidRPr="00717886">
              <w:rPr>
                <w:rFonts w:cs="Times New Roman"/>
                <w:sz w:val="13"/>
              </w:rPr>
              <w:t>285</w:t>
            </w:r>
          </w:p>
        </w:tc>
        <w:tc>
          <w:tcPr>
            <w:tcW w:w="936" w:type="dxa"/>
            <w:shd w:val="clear" w:color="auto" w:fill="F5F7F9"/>
            <w:tcMar>
              <w:top w:w="70" w:type="dxa"/>
              <w:left w:w="95" w:type="dxa"/>
              <w:bottom w:w="70" w:type="dxa"/>
              <w:right w:w="95" w:type="dxa"/>
            </w:tcMar>
            <w:vAlign w:val="center"/>
          </w:tcPr>
          <w:p w14:paraId="020F8CA9"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B1A9B55" w14:textId="77777777">
        <w:trPr>
          <w:cantSplit/>
          <w:jc w:val="center"/>
        </w:trPr>
        <w:tc>
          <w:tcPr>
            <w:tcW w:w="792" w:type="dxa"/>
            <w:tcMar>
              <w:top w:w="70" w:type="dxa"/>
              <w:left w:w="95" w:type="dxa"/>
              <w:bottom w:w="70" w:type="dxa"/>
              <w:right w:w="95" w:type="dxa"/>
            </w:tcMar>
            <w:vAlign w:val="center"/>
          </w:tcPr>
          <w:p w14:paraId="273D102A"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6CA1EB81" w14:textId="77777777" w:rsidR="00423D2F" w:rsidRPr="00717886" w:rsidRDefault="0047346F">
            <w:pPr>
              <w:spacing w:after="0"/>
              <w:jc w:val="center"/>
              <w:rPr>
                <w:rFonts w:cs="Times New Roman"/>
              </w:rPr>
            </w:pPr>
            <w:r w:rsidRPr="00717886">
              <w:rPr>
                <w:rFonts w:cs="Times New Roman"/>
                <w:sz w:val="13"/>
              </w:rPr>
              <w:t>AVI035</w:t>
            </w:r>
          </w:p>
        </w:tc>
        <w:tc>
          <w:tcPr>
            <w:tcW w:w="2664" w:type="dxa"/>
            <w:tcMar>
              <w:top w:w="70" w:type="dxa"/>
              <w:left w:w="95" w:type="dxa"/>
              <w:bottom w:w="70" w:type="dxa"/>
              <w:right w:w="95" w:type="dxa"/>
            </w:tcMar>
            <w:vAlign w:val="center"/>
          </w:tcPr>
          <w:p w14:paraId="1AD4A24F"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6A6380A5" w14:textId="77777777" w:rsidR="00423D2F" w:rsidRPr="00717886" w:rsidRDefault="0047346F">
            <w:pPr>
              <w:spacing w:after="0"/>
              <w:jc w:val="right"/>
              <w:rPr>
                <w:rFonts w:cs="Times New Roman"/>
              </w:rPr>
            </w:pPr>
            <w:r w:rsidRPr="00717886">
              <w:rPr>
                <w:rFonts w:cs="Times New Roman"/>
                <w:sz w:val="13"/>
              </w:rPr>
              <w:t>.0661</w:t>
            </w:r>
          </w:p>
        </w:tc>
        <w:tc>
          <w:tcPr>
            <w:tcW w:w="936" w:type="dxa"/>
            <w:tcMar>
              <w:top w:w="70" w:type="dxa"/>
              <w:left w:w="95" w:type="dxa"/>
              <w:bottom w:w="70" w:type="dxa"/>
              <w:right w:w="95" w:type="dxa"/>
            </w:tcMar>
            <w:vAlign w:val="center"/>
          </w:tcPr>
          <w:p w14:paraId="064B32E1" w14:textId="77777777" w:rsidR="00423D2F" w:rsidRPr="00717886" w:rsidRDefault="0047346F">
            <w:pPr>
              <w:spacing w:after="0"/>
              <w:jc w:val="right"/>
              <w:rPr>
                <w:rFonts w:cs="Times New Roman"/>
              </w:rPr>
            </w:pPr>
            <w:r w:rsidRPr="00717886">
              <w:rPr>
                <w:rFonts w:cs="Times New Roman"/>
                <w:sz w:val="13"/>
              </w:rPr>
              <w:t>.1306</w:t>
            </w:r>
          </w:p>
        </w:tc>
        <w:tc>
          <w:tcPr>
            <w:tcW w:w="1440" w:type="dxa"/>
            <w:tcMar>
              <w:top w:w="70" w:type="dxa"/>
              <w:left w:w="95" w:type="dxa"/>
              <w:bottom w:w="70" w:type="dxa"/>
              <w:right w:w="95" w:type="dxa"/>
            </w:tcMar>
            <w:vAlign w:val="center"/>
          </w:tcPr>
          <w:p w14:paraId="0DEB9BA9" w14:textId="77777777" w:rsidR="00423D2F" w:rsidRPr="00717886" w:rsidRDefault="0047346F">
            <w:pPr>
              <w:spacing w:after="0"/>
              <w:jc w:val="center"/>
              <w:rPr>
                <w:rFonts w:cs="Times New Roman"/>
              </w:rPr>
            </w:pPr>
            <w:r w:rsidRPr="00717886">
              <w:rPr>
                <w:rFonts w:cs="Times New Roman"/>
                <w:sz w:val="13"/>
              </w:rPr>
              <w:t>[−.1988, .3310]</w:t>
            </w:r>
          </w:p>
        </w:tc>
        <w:tc>
          <w:tcPr>
            <w:tcW w:w="892" w:type="dxa"/>
            <w:tcMar>
              <w:top w:w="70" w:type="dxa"/>
              <w:left w:w="95" w:type="dxa"/>
              <w:bottom w:w="70" w:type="dxa"/>
              <w:right w:w="95" w:type="dxa"/>
            </w:tcMar>
            <w:vAlign w:val="center"/>
          </w:tcPr>
          <w:p w14:paraId="22BF6588" w14:textId="77777777" w:rsidR="00423D2F" w:rsidRPr="00717886" w:rsidRDefault="0047346F">
            <w:pPr>
              <w:spacing w:after="0"/>
              <w:jc w:val="right"/>
              <w:rPr>
                <w:rFonts w:cs="Times New Roman"/>
              </w:rPr>
            </w:pPr>
            <w:r w:rsidRPr="00717886">
              <w:rPr>
                <w:rFonts w:cs="Times New Roman"/>
                <w:sz w:val="13"/>
              </w:rPr>
              <w:t>.616</w:t>
            </w:r>
          </w:p>
        </w:tc>
        <w:tc>
          <w:tcPr>
            <w:tcW w:w="648" w:type="dxa"/>
            <w:tcMar>
              <w:top w:w="70" w:type="dxa"/>
              <w:left w:w="95" w:type="dxa"/>
              <w:bottom w:w="70" w:type="dxa"/>
              <w:right w:w="95" w:type="dxa"/>
            </w:tcMar>
            <w:vAlign w:val="center"/>
          </w:tcPr>
          <w:p w14:paraId="23A6E2A8"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54520F1D"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CBA5563" w14:textId="77777777">
        <w:trPr>
          <w:cantSplit/>
          <w:jc w:val="center"/>
        </w:trPr>
        <w:tc>
          <w:tcPr>
            <w:tcW w:w="792" w:type="dxa"/>
            <w:shd w:val="clear" w:color="auto" w:fill="F5F7F9"/>
            <w:tcMar>
              <w:top w:w="70" w:type="dxa"/>
              <w:left w:w="95" w:type="dxa"/>
              <w:bottom w:w="70" w:type="dxa"/>
              <w:right w:w="95" w:type="dxa"/>
            </w:tcMar>
            <w:vAlign w:val="center"/>
          </w:tcPr>
          <w:p w14:paraId="76C5F6E0"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239CD7E7" w14:textId="77777777" w:rsidR="00423D2F" w:rsidRPr="00717886" w:rsidRDefault="0047346F">
            <w:pPr>
              <w:spacing w:after="0"/>
              <w:jc w:val="center"/>
              <w:rPr>
                <w:rFonts w:cs="Times New Roman"/>
              </w:rPr>
            </w:pPr>
            <w:r w:rsidRPr="00717886">
              <w:rPr>
                <w:rFonts w:cs="Times New Roman"/>
                <w:sz w:val="13"/>
              </w:rPr>
              <w:t>AVI036</w:t>
            </w:r>
          </w:p>
        </w:tc>
        <w:tc>
          <w:tcPr>
            <w:tcW w:w="2664" w:type="dxa"/>
            <w:shd w:val="clear" w:color="auto" w:fill="F5F7F9"/>
            <w:tcMar>
              <w:top w:w="70" w:type="dxa"/>
              <w:left w:w="95" w:type="dxa"/>
              <w:bottom w:w="70" w:type="dxa"/>
              <w:right w:w="95" w:type="dxa"/>
            </w:tcMar>
            <w:vAlign w:val="center"/>
          </w:tcPr>
          <w:p w14:paraId="53137B61"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D711680" w14:textId="77777777" w:rsidR="00423D2F" w:rsidRPr="00717886" w:rsidRDefault="0047346F">
            <w:pPr>
              <w:spacing w:after="0"/>
              <w:jc w:val="right"/>
              <w:rPr>
                <w:rFonts w:cs="Times New Roman"/>
              </w:rPr>
            </w:pPr>
            <w:r w:rsidRPr="00717886">
              <w:rPr>
                <w:rFonts w:cs="Times New Roman"/>
                <w:sz w:val="13"/>
              </w:rPr>
              <w:t>.0840</w:t>
            </w:r>
          </w:p>
        </w:tc>
        <w:tc>
          <w:tcPr>
            <w:tcW w:w="936" w:type="dxa"/>
            <w:shd w:val="clear" w:color="auto" w:fill="F5F7F9"/>
            <w:tcMar>
              <w:top w:w="70" w:type="dxa"/>
              <w:left w:w="95" w:type="dxa"/>
              <w:bottom w:w="70" w:type="dxa"/>
              <w:right w:w="95" w:type="dxa"/>
            </w:tcMar>
            <w:vAlign w:val="center"/>
          </w:tcPr>
          <w:p w14:paraId="6678F34E" w14:textId="77777777" w:rsidR="00423D2F" w:rsidRPr="00717886" w:rsidRDefault="0047346F">
            <w:pPr>
              <w:spacing w:after="0"/>
              <w:jc w:val="right"/>
              <w:rPr>
                <w:rFonts w:cs="Times New Roman"/>
              </w:rPr>
            </w:pPr>
            <w:r w:rsidRPr="00717886">
              <w:rPr>
                <w:rFonts w:cs="Times New Roman"/>
                <w:sz w:val="13"/>
              </w:rPr>
              <w:t>.1395</w:t>
            </w:r>
          </w:p>
        </w:tc>
        <w:tc>
          <w:tcPr>
            <w:tcW w:w="1440" w:type="dxa"/>
            <w:shd w:val="clear" w:color="auto" w:fill="F5F7F9"/>
            <w:tcMar>
              <w:top w:w="70" w:type="dxa"/>
              <w:left w:w="95" w:type="dxa"/>
              <w:bottom w:w="70" w:type="dxa"/>
              <w:right w:w="95" w:type="dxa"/>
            </w:tcMar>
            <w:vAlign w:val="center"/>
          </w:tcPr>
          <w:p w14:paraId="491AEA20" w14:textId="77777777" w:rsidR="00423D2F" w:rsidRPr="00717886" w:rsidRDefault="0047346F">
            <w:pPr>
              <w:spacing w:after="0"/>
              <w:jc w:val="center"/>
              <w:rPr>
                <w:rFonts w:cs="Times New Roman"/>
              </w:rPr>
            </w:pPr>
            <w:r w:rsidRPr="00717886">
              <w:rPr>
                <w:rFonts w:cs="Times New Roman"/>
                <w:sz w:val="13"/>
              </w:rPr>
              <w:t>[−.1990, .3670]</w:t>
            </w:r>
          </w:p>
        </w:tc>
        <w:tc>
          <w:tcPr>
            <w:tcW w:w="892" w:type="dxa"/>
            <w:shd w:val="clear" w:color="auto" w:fill="F5F7F9"/>
            <w:tcMar>
              <w:top w:w="70" w:type="dxa"/>
              <w:left w:w="95" w:type="dxa"/>
              <w:bottom w:w="70" w:type="dxa"/>
              <w:right w:w="95" w:type="dxa"/>
            </w:tcMar>
            <w:vAlign w:val="center"/>
          </w:tcPr>
          <w:p w14:paraId="2894B1F5" w14:textId="77777777" w:rsidR="00423D2F" w:rsidRPr="00717886" w:rsidRDefault="0047346F">
            <w:pPr>
              <w:spacing w:after="0"/>
              <w:jc w:val="right"/>
              <w:rPr>
                <w:rFonts w:cs="Times New Roman"/>
              </w:rPr>
            </w:pPr>
            <w:r w:rsidRPr="00717886">
              <w:rPr>
                <w:rFonts w:cs="Times New Roman"/>
                <w:sz w:val="13"/>
              </w:rPr>
              <w:t>.551</w:t>
            </w:r>
          </w:p>
        </w:tc>
        <w:tc>
          <w:tcPr>
            <w:tcW w:w="648" w:type="dxa"/>
            <w:shd w:val="clear" w:color="auto" w:fill="F5F7F9"/>
            <w:tcMar>
              <w:top w:w="70" w:type="dxa"/>
              <w:left w:w="95" w:type="dxa"/>
              <w:bottom w:w="70" w:type="dxa"/>
              <w:right w:w="95" w:type="dxa"/>
            </w:tcMar>
            <w:vAlign w:val="center"/>
          </w:tcPr>
          <w:p w14:paraId="6B7BBFCB"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0579CD0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72B2C3B" w14:textId="77777777">
        <w:trPr>
          <w:cantSplit/>
          <w:jc w:val="center"/>
        </w:trPr>
        <w:tc>
          <w:tcPr>
            <w:tcW w:w="792" w:type="dxa"/>
            <w:tcMar>
              <w:top w:w="70" w:type="dxa"/>
              <w:left w:w="95" w:type="dxa"/>
              <w:bottom w:w="70" w:type="dxa"/>
              <w:right w:w="95" w:type="dxa"/>
            </w:tcMar>
            <w:vAlign w:val="center"/>
          </w:tcPr>
          <w:p w14:paraId="036A8F62" w14:textId="77777777" w:rsidR="00423D2F" w:rsidRPr="00717886" w:rsidRDefault="0047346F">
            <w:pPr>
              <w:spacing w:after="0"/>
              <w:rPr>
                <w:rFonts w:cs="Times New Roman"/>
              </w:rPr>
            </w:pPr>
            <w:r w:rsidRPr="00717886">
              <w:rPr>
                <w:rFonts w:cs="Times New Roman"/>
                <w:sz w:val="13"/>
              </w:rPr>
              <w:t>Strict</w:t>
            </w:r>
          </w:p>
        </w:tc>
        <w:tc>
          <w:tcPr>
            <w:tcW w:w="1007" w:type="dxa"/>
            <w:tcMar>
              <w:top w:w="70" w:type="dxa"/>
              <w:left w:w="95" w:type="dxa"/>
              <w:bottom w:w="70" w:type="dxa"/>
              <w:right w:w="95" w:type="dxa"/>
            </w:tcMar>
            <w:vAlign w:val="center"/>
          </w:tcPr>
          <w:p w14:paraId="2A0B62F7" w14:textId="77777777" w:rsidR="00423D2F" w:rsidRPr="00717886" w:rsidRDefault="0047346F">
            <w:pPr>
              <w:spacing w:after="0"/>
              <w:jc w:val="center"/>
              <w:rPr>
                <w:rFonts w:cs="Times New Roman"/>
              </w:rPr>
            </w:pPr>
            <w:r w:rsidRPr="00717886">
              <w:rPr>
                <w:rFonts w:cs="Times New Roman"/>
                <w:sz w:val="13"/>
              </w:rPr>
              <w:t>AVI037</w:t>
            </w:r>
          </w:p>
        </w:tc>
        <w:tc>
          <w:tcPr>
            <w:tcW w:w="2664" w:type="dxa"/>
            <w:tcMar>
              <w:top w:w="70" w:type="dxa"/>
              <w:left w:w="95" w:type="dxa"/>
              <w:bottom w:w="70" w:type="dxa"/>
              <w:right w:w="95" w:type="dxa"/>
            </w:tcMar>
            <w:vAlign w:val="center"/>
          </w:tcPr>
          <w:p w14:paraId="11E078B2"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6B830BC5" w14:textId="77777777" w:rsidR="00423D2F" w:rsidRPr="00717886" w:rsidRDefault="0047346F">
            <w:pPr>
              <w:spacing w:after="0"/>
              <w:jc w:val="right"/>
              <w:rPr>
                <w:rFonts w:cs="Times New Roman"/>
              </w:rPr>
            </w:pPr>
            <w:r w:rsidRPr="00717886">
              <w:rPr>
                <w:rFonts w:cs="Times New Roman"/>
                <w:sz w:val="13"/>
              </w:rPr>
              <w:t>.0846</w:t>
            </w:r>
          </w:p>
        </w:tc>
        <w:tc>
          <w:tcPr>
            <w:tcW w:w="936" w:type="dxa"/>
            <w:tcMar>
              <w:top w:w="70" w:type="dxa"/>
              <w:left w:w="95" w:type="dxa"/>
              <w:bottom w:w="70" w:type="dxa"/>
              <w:right w:w="95" w:type="dxa"/>
            </w:tcMar>
            <w:vAlign w:val="center"/>
          </w:tcPr>
          <w:p w14:paraId="1D676CDE" w14:textId="77777777" w:rsidR="00423D2F" w:rsidRPr="00717886" w:rsidRDefault="0047346F">
            <w:pPr>
              <w:spacing w:after="0"/>
              <w:jc w:val="right"/>
              <w:rPr>
                <w:rFonts w:cs="Times New Roman"/>
              </w:rPr>
            </w:pPr>
            <w:r w:rsidRPr="00717886">
              <w:rPr>
                <w:rFonts w:cs="Times New Roman"/>
                <w:sz w:val="13"/>
              </w:rPr>
              <w:t>.1310</w:t>
            </w:r>
          </w:p>
        </w:tc>
        <w:tc>
          <w:tcPr>
            <w:tcW w:w="1440" w:type="dxa"/>
            <w:tcMar>
              <w:top w:w="70" w:type="dxa"/>
              <w:left w:w="95" w:type="dxa"/>
              <w:bottom w:w="70" w:type="dxa"/>
              <w:right w:w="95" w:type="dxa"/>
            </w:tcMar>
            <w:vAlign w:val="center"/>
          </w:tcPr>
          <w:p w14:paraId="23C8547F" w14:textId="77777777" w:rsidR="00423D2F" w:rsidRPr="00717886" w:rsidRDefault="0047346F">
            <w:pPr>
              <w:spacing w:after="0"/>
              <w:jc w:val="center"/>
              <w:rPr>
                <w:rFonts w:cs="Times New Roman"/>
              </w:rPr>
            </w:pPr>
            <w:r w:rsidRPr="00717886">
              <w:rPr>
                <w:rFonts w:cs="Times New Roman"/>
                <w:sz w:val="13"/>
              </w:rPr>
              <w:t>[−.1812, .3503]</w:t>
            </w:r>
          </w:p>
        </w:tc>
        <w:tc>
          <w:tcPr>
            <w:tcW w:w="892" w:type="dxa"/>
            <w:tcMar>
              <w:top w:w="70" w:type="dxa"/>
              <w:left w:w="95" w:type="dxa"/>
              <w:bottom w:w="70" w:type="dxa"/>
              <w:right w:w="95" w:type="dxa"/>
            </w:tcMar>
            <w:vAlign w:val="center"/>
          </w:tcPr>
          <w:p w14:paraId="575E496D" w14:textId="77777777" w:rsidR="00423D2F" w:rsidRPr="00717886" w:rsidRDefault="0047346F">
            <w:pPr>
              <w:spacing w:after="0"/>
              <w:jc w:val="right"/>
              <w:rPr>
                <w:rFonts w:cs="Times New Roman"/>
              </w:rPr>
            </w:pPr>
            <w:r w:rsidRPr="00717886">
              <w:rPr>
                <w:rFonts w:cs="Times New Roman"/>
                <w:sz w:val="13"/>
              </w:rPr>
              <w:t>.523</w:t>
            </w:r>
          </w:p>
        </w:tc>
        <w:tc>
          <w:tcPr>
            <w:tcW w:w="648" w:type="dxa"/>
            <w:tcMar>
              <w:top w:w="70" w:type="dxa"/>
              <w:left w:w="95" w:type="dxa"/>
              <w:bottom w:w="70" w:type="dxa"/>
              <w:right w:w="95" w:type="dxa"/>
            </w:tcMar>
            <w:vAlign w:val="center"/>
          </w:tcPr>
          <w:p w14:paraId="5733CAC4" w14:textId="77777777" w:rsidR="00423D2F" w:rsidRPr="00717886" w:rsidRDefault="0047346F">
            <w:pPr>
              <w:spacing w:after="0"/>
              <w:jc w:val="right"/>
              <w:rPr>
                <w:rFonts w:cs="Times New Roman"/>
              </w:rPr>
            </w:pPr>
            <w:r w:rsidRPr="00717886">
              <w:rPr>
                <w:rFonts w:cs="Times New Roman"/>
                <w:sz w:val="13"/>
              </w:rPr>
              <w:t>282</w:t>
            </w:r>
          </w:p>
        </w:tc>
        <w:tc>
          <w:tcPr>
            <w:tcW w:w="936" w:type="dxa"/>
            <w:tcMar>
              <w:top w:w="70" w:type="dxa"/>
              <w:left w:w="95" w:type="dxa"/>
              <w:bottom w:w="70" w:type="dxa"/>
              <w:right w:w="95" w:type="dxa"/>
            </w:tcMar>
            <w:vAlign w:val="center"/>
          </w:tcPr>
          <w:p w14:paraId="78F697D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FDB9825" w14:textId="77777777">
        <w:trPr>
          <w:cantSplit/>
          <w:jc w:val="center"/>
        </w:trPr>
        <w:tc>
          <w:tcPr>
            <w:tcW w:w="792" w:type="dxa"/>
            <w:shd w:val="clear" w:color="auto" w:fill="F5F7F9"/>
            <w:tcMar>
              <w:top w:w="70" w:type="dxa"/>
              <w:left w:w="95" w:type="dxa"/>
              <w:bottom w:w="70" w:type="dxa"/>
              <w:right w:w="95" w:type="dxa"/>
            </w:tcMar>
            <w:vAlign w:val="center"/>
          </w:tcPr>
          <w:p w14:paraId="3E4C9E4A" w14:textId="77777777" w:rsidR="00423D2F" w:rsidRPr="00717886" w:rsidRDefault="0047346F">
            <w:pPr>
              <w:spacing w:after="0"/>
              <w:rPr>
                <w:rFonts w:cs="Times New Roman"/>
              </w:rPr>
            </w:pPr>
            <w:r w:rsidRPr="00717886">
              <w:rPr>
                <w:rFonts w:cs="Times New Roman"/>
                <w:sz w:val="13"/>
              </w:rPr>
              <w:t>Strict</w:t>
            </w:r>
          </w:p>
        </w:tc>
        <w:tc>
          <w:tcPr>
            <w:tcW w:w="1007" w:type="dxa"/>
            <w:shd w:val="clear" w:color="auto" w:fill="F5F7F9"/>
            <w:tcMar>
              <w:top w:w="70" w:type="dxa"/>
              <w:left w:w="95" w:type="dxa"/>
              <w:bottom w:w="70" w:type="dxa"/>
              <w:right w:w="95" w:type="dxa"/>
            </w:tcMar>
            <w:vAlign w:val="center"/>
          </w:tcPr>
          <w:p w14:paraId="1C6141F8" w14:textId="77777777" w:rsidR="00423D2F" w:rsidRPr="00717886" w:rsidRDefault="0047346F">
            <w:pPr>
              <w:spacing w:after="0"/>
              <w:jc w:val="center"/>
              <w:rPr>
                <w:rFonts w:cs="Times New Roman"/>
              </w:rPr>
            </w:pPr>
            <w:r w:rsidRPr="00717886">
              <w:rPr>
                <w:rFonts w:cs="Times New Roman"/>
                <w:sz w:val="13"/>
              </w:rPr>
              <w:t>AVI038</w:t>
            </w:r>
          </w:p>
        </w:tc>
        <w:tc>
          <w:tcPr>
            <w:tcW w:w="2664" w:type="dxa"/>
            <w:shd w:val="clear" w:color="auto" w:fill="F5F7F9"/>
            <w:tcMar>
              <w:top w:w="70" w:type="dxa"/>
              <w:left w:w="95" w:type="dxa"/>
              <w:bottom w:w="70" w:type="dxa"/>
              <w:right w:w="95" w:type="dxa"/>
            </w:tcMar>
            <w:vAlign w:val="center"/>
          </w:tcPr>
          <w:p w14:paraId="5A2C8CB3"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7A1EA569" w14:textId="77777777" w:rsidR="00423D2F" w:rsidRPr="00717886" w:rsidRDefault="0047346F">
            <w:pPr>
              <w:spacing w:after="0"/>
              <w:jc w:val="right"/>
              <w:rPr>
                <w:rFonts w:cs="Times New Roman"/>
              </w:rPr>
            </w:pPr>
            <w:r w:rsidRPr="00717886">
              <w:rPr>
                <w:rFonts w:cs="Times New Roman"/>
                <w:sz w:val="13"/>
              </w:rPr>
              <w:t>.1391</w:t>
            </w:r>
          </w:p>
        </w:tc>
        <w:tc>
          <w:tcPr>
            <w:tcW w:w="936" w:type="dxa"/>
            <w:shd w:val="clear" w:color="auto" w:fill="F5F7F9"/>
            <w:tcMar>
              <w:top w:w="70" w:type="dxa"/>
              <w:left w:w="95" w:type="dxa"/>
              <w:bottom w:w="70" w:type="dxa"/>
              <w:right w:w="95" w:type="dxa"/>
            </w:tcMar>
            <w:vAlign w:val="center"/>
          </w:tcPr>
          <w:p w14:paraId="04BCAD0D" w14:textId="77777777" w:rsidR="00423D2F" w:rsidRPr="00717886" w:rsidRDefault="0047346F">
            <w:pPr>
              <w:spacing w:after="0"/>
              <w:jc w:val="right"/>
              <w:rPr>
                <w:rFonts w:cs="Times New Roman"/>
              </w:rPr>
            </w:pPr>
            <w:r w:rsidRPr="00717886">
              <w:rPr>
                <w:rFonts w:cs="Times New Roman"/>
                <w:sz w:val="13"/>
              </w:rPr>
              <w:t>.1264</w:t>
            </w:r>
          </w:p>
        </w:tc>
        <w:tc>
          <w:tcPr>
            <w:tcW w:w="1440" w:type="dxa"/>
            <w:shd w:val="clear" w:color="auto" w:fill="F5F7F9"/>
            <w:tcMar>
              <w:top w:w="70" w:type="dxa"/>
              <w:left w:w="95" w:type="dxa"/>
              <w:bottom w:w="70" w:type="dxa"/>
              <w:right w:w="95" w:type="dxa"/>
            </w:tcMar>
            <w:vAlign w:val="center"/>
          </w:tcPr>
          <w:p w14:paraId="55478198" w14:textId="77777777" w:rsidR="00423D2F" w:rsidRPr="00717886" w:rsidRDefault="0047346F">
            <w:pPr>
              <w:spacing w:after="0"/>
              <w:jc w:val="center"/>
              <w:rPr>
                <w:rFonts w:cs="Times New Roman"/>
              </w:rPr>
            </w:pPr>
            <w:r w:rsidRPr="00717886">
              <w:rPr>
                <w:rFonts w:cs="Times New Roman"/>
                <w:sz w:val="13"/>
              </w:rPr>
              <w:t>[−.1172, .3955]</w:t>
            </w:r>
          </w:p>
        </w:tc>
        <w:tc>
          <w:tcPr>
            <w:tcW w:w="892" w:type="dxa"/>
            <w:shd w:val="clear" w:color="auto" w:fill="F5F7F9"/>
            <w:tcMar>
              <w:top w:w="70" w:type="dxa"/>
              <w:left w:w="95" w:type="dxa"/>
              <w:bottom w:w="70" w:type="dxa"/>
              <w:right w:w="95" w:type="dxa"/>
            </w:tcMar>
            <w:vAlign w:val="center"/>
          </w:tcPr>
          <w:p w14:paraId="33439510" w14:textId="77777777" w:rsidR="00423D2F" w:rsidRPr="00717886" w:rsidRDefault="0047346F">
            <w:pPr>
              <w:spacing w:after="0"/>
              <w:jc w:val="right"/>
              <w:rPr>
                <w:rFonts w:cs="Times New Roman"/>
              </w:rPr>
            </w:pPr>
            <w:r w:rsidRPr="00717886">
              <w:rPr>
                <w:rFonts w:cs="Times New Roman"/>
                <w:sz w:val="13"/>
              </w:rPr>
              <w:t>.278</w:t>
            </w:r>
          </w:p>
        </w:tc>
        <w:tc>
          <w:tcPr>
            <w:tcW w:w="648" w:type="dxa"/>
            <w:shd w:val="clear" w:color="auto" w:fill="F5F7F9"/>
            <w:tcMar>
              <w:top w:w="70" w:type="dxa"/>
              <w:left w:w="95" w:type="dxa"/>
              <w:bottom w:w="70" w:type="dxa"/>
              <w:right w:w="95" w:type="dxa"/>
            </w:tcMar>
            <w:vAlign w:val="center"/>
          </w:tcPr>
          <w:p w14:paraId="42BA4F6B" w14:textId="77777777" w:rsidR="00423D2F" w:rsidRPr="00717886" w:rsidRDefault="0047346F">
            <w:pPr>
              <w:spacing w:after="0"/>
              <w:jc w:val="right"/>
              <w:rPr>
                <w:rFonts w:cs="Times New Roman"/>
              </w:rPr>
            </w:pPr>
            <w:r w:rsidRPr="00717886">
              <w:rPr>
                <w:rFonts w:cs="Times New Roman"/>
                <w:sz w:val="13"/>
              </w:rPr>
              <w:t>282</w:t>
            </w:r>
          </w:p>
        </w:tc>
        <w:tc>
          <w:tcPr>
            <w:tcW w:w="936" w:type="dxa"/>
            <w:shd w:val="clear" w:color="auto" w:fill="F5F7F9"/>
            <w:tcMar>
              <w:top w:w="70" w:type="dxa"/>
              <w:left w:w="95" w:type="dxa"/>
              <w:bottom w:w="70" w:type="dxa"/>
              <w:right w:w="95" w:type="dxa"/>
            </w:tcMar>
            <w:vAlign w:val="center"/>
          </w:tcPr>
          <w:p w14:paraId="0085961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239CE6E" w14:textId="77777777">
        <w:trPr>
          <w:cantSplit/>
          <w:jc w:val="center"/>
        </w:trPr>
        <w:tc>
          <w:tcPr>
            <w:tcW w:w="792" w:type="dxa"/>
            <w:tcMar>
              <w:top w:w="70" w:type="dxa"/>
              <w:left w:w="95" w:type="dxa"/>
              <w:bottom w:w="70" w:type="dxa"/>
              <w:right w:w="95" w:type="dxa"/>
            </w:tcMar>
            <w:vAlign w:val="center"/>
          </w:tcPr>
          <w:p w14:paraId="4668883A"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333EF4AC" w14:textId="77777777" w:rsidR="00423D2F" w:rsidRPr="00717886" w:rsidRDefault="0047346F">
            <w:pPr>
              <w:spacing w:after="0"/>
              <w:jc w:val="center"/>
              <w:rPr>
                <w:rFonts w:cs="Times New Roman"/>
              </w:rPr>
            </w:pPr>
            <w:r w:rsidRPr="00717886">
              <w:rPr>
                <w:rFonts w:cs="Times New Roman"/>
                <w:sz w:val="13"/>
              </w:rPr>
              <w:t>AVI001</w:t>
            </w:r>
          </w:p>
        </w:tc>
        <w:tc>
          <w:tcPr>
            <w:tcW w:w="2664" w:type="dxa"/>
            <w:tcMar>
              <w:top w:w="70" w:type="dxa"/>
              <w:left w:w="95" w:type="dxa"/>
              <w:bottom w:w="70" w:type="dxa"/>
              <w:right w:w="95" w:type="dxa"/>
            </w:tcMar>
            <w:vAlign w:val="center"/>
          </w:tcPr>
          <w:p w14:paraId="113D3351"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3E6732E" w14:textId="77777777" w:rsidR="00423D2F" w:rsidRPr="00717886" w:rsidRDefault="0047346F">
            <w:pPr>
              <w:spacing w:after="0"/>
              <w:jc w:val="right"/>
              <w:rPr>
                <w:rFonts w:cs="Times New Roman"/>
              </w:rPr>
            </w:pPr>
            <w:r w:rsidRPr="00717886">
              <w:rPr>
                <w:rFonts w:cs="Times New Roman"/>
                <w:sz w:val="13"/>
              </w:rPr>
              <w:t>.0716</w:t>
            </w:r>
          </w:p>
        </w:tc>
        <w:tc>
          <w:tcPr>
            <w:tcW w:w="936" w:type="dxa"/>
            <w:tcMar>
              <w:top w:w="70" w:type="dxa"/>
              <w:left w:w="95" w:type="dxa"/>
              <w:bottom w:w="70" w:type="dxa"/>
              <w:right w:w="95" w:type="dxa"/>
            </w:tcMar>
            <w:vAlign w:val="center"/>
          </w:tcPr>
          <w:p w14:paraId="6ADD93DC" w14:textId="77777777" w:rsidR="00423D2F" w:rsidRPr="00717886" w:rsidRDefault="0047346F">
            <w:pPr>
              <w:spacing w:after="0"/>
              <w:jc w:val="right"/>
              <w:rPr>
                <w:rFonts w:cs="Times New Roman"/>
              </w:rPr>
            </w:pPr>
            <w:r w:rsidRPr="00717886">
              <w:rPr>
                <w:rFonts w:cs="Times New Roman"/>
                <w:sz w:val="13"/>
              </w:rPr>
              <w:t>.1145</w:t>
            </w:r>
          </w:p>
        </w:tc>
        <w:tc>
          <w:tcPr>
            <w:tcW w:w="1440" w:type="dxa"/>
            <w:tcMar>
              <w:top w:w="70" w:type="dxa"/>
              <w:left w:w="95" w:type="dxa"/>
              <w:bottom w:w="70" w:type="dxa"/>
              <w:right w:w="95" w:type="dxa"/>
            </w:tcMar>
            <w:vAlign w:val="center"/>
          </w:tcPr>
          <w:p w14:paraId="517E4B58" w14:textId="77777777" w:rsidR="00423D2F" w:rsidRPr="00717886" w:rsidRDefault="0047346F">
            <w:pPr>
              <w:spacing w:after="0"/>
              <w:jc w:val="center"/>
              <w:rPr>
                <w:rFonts w:cs="Times New Roman"/>
              </w:rPr>
            </w:pPr>
            <w:r w:rsidRPr="00717886">
              <w:rPr>
                <w:rFonts w:cs="Times New Roman"/>
                <w:sz w:val="13"/>
              </w:rPr>
              <w:t>[−.1606, .3038]</w:t>
            </w:r>
          </w:p>
        </w:tc>
        <w:tc>
          <w:tcPr>
            <w:tcW w:w="892" w:type="dxa"/>
            <w:tcMar>
              <w:top w:w="70" w:type="dxa"/>
              <w:left w:w="95" w:type="dxa"/>
              <w:bottom w:w="70" w:type="dxa"/>
              <w:right w:w="95" w:type="dxa"/>
            </w:tcMar>
            <w:vAlign w:val="center"/>
          </w:tcPr>
          <w:p w14:paraId="751D4283" w14:textId="77777777" w:rsidR="00423D2F" w:rsidRPr="00717886" w:rsidRDefault="0047346F">
            <w:pPr>
              <w:spacing w:after="0"/>
              <w:jc w:val="right"/>
              <w:rPr>
                <w:rFonts w:cs="Times New Roman"/>
              </w:rPr>
            </w:pPr>
            <w:r w:rsidRPr="00717886">
              <w:rPr>
                <w:rFonts w:cs="Times New Roman"/>
                <w:sz w:val="13"/>
              </w:rPr>
              <w:t>.536</w:t>
            </w:r>
          </w:p>
        </w:tc>
        <w:tc>
          <w:tcPr>
            <w:tcW w:w="648" w:type="dxa"/>
            <w:tcMar>
              <w:top w:w="70" w:type="dxa"/>
              <w:left w:w="95" w:type="dxa"/>
              <w:bottom w:w="70" w:type="dxa"/>
              <w:right w:w="95" w:type="dxa"/>
            </w:tcMar>
            <w:vAlign w:val="center"/>
          </w:tcPr>
          <w:p w14:paraId="7E8D89BB"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16E9CBBD"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E68CC28" w14:textId="77777777">
        <w:trPr>
          <w:cantSplit/>
          <w:jc w:val="center"/>
        </w:trPr>
        <w:tc>
          <w:tcPr>
            <w:tcW w:w="792" w:type="dxa"/>
            <w:shd w:val="clear" w:color="auto" w:fill="F5F7F9"/>
            <w:tcMar>
              <w:top w:w="70" w:type="dxa"/>
              <w:left w:w="95" w:type="dxa"/>
              <w:bottom w:w="70" w:type="dxa"/>
              <w:right w:w="95" w:type="dxa"/>
            </w:tcMar>
            <w:vAlign w:val="center"/>
          </w:tcPr>
          <w:p w14:paraId="1EB1115A"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09F376CD" w14:textId="77777777" w:rsidR="00423D2F" w:rsidRPr="00717886" w:rsidRDefault="0047346F">
            <w:pPr>
              <w:spacing w:after="0"/>
              <w:jc w:val="center"/>
              <w:rPr>
                <w:rFonts w:cs="Times New Roman"/>
              </w:rPr>
            </w:pPr>
            <w:r w:rsidRPr="00717886">
              <w:rPr>
                <w:rFonts w:cs="Times New Roman"/>
                <w:sz w:val="13"/>
              </w:rPr>
              <w:t>AVI002</w:t>
            </w:r>
          </w:p>
        </w:tc>
        <w:tc>
          <w:tcPr>
            <w:tcW w:w="2664" w:type="dxa"/>
            <w:shd w:val="clear" w:color="auto" w:fill="F5F7F9"/>
            <w:tcMar>
              <w:top w:w="70" w:type="dxa"/>
              <w:left w:w="95" w:type="dxa"/>
              <w:bottom w:w="70" w:type="dxa"/>
              <w:right w:w="95" w:type="dxa"/>
            </w:tcMar>
            <w:vAlign w:val="center"/>
          </w:tcPr>
          <w:p w14:paraId="5C21466D"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397A708" w14:textId="77777777" w:rsidR="00423D2F" w:rsidRPr="00717886" w:rsidRDefault="0047346F">
            <w:pPr>
              <w:spacing w:after="0"/>
              <w:jc w:val="right"/>
              <w:rPr>
                <w:rFonts w:cs="Times New Roman"/>
              </w:rPr>
            </w:pPr>
            <w:r w:rsidRPr="00717886">
              <w:rPr>
                <w:rFonts w:cs="Times New Roman"/>
                <w:sz w:val="13"/>
              </w:rPr>
              <w:t>.0732</w:t>
            </w:r>
          </w:p>
        </w:tc>
        <w:tc>
          <w:tcPr>
            <w:tcW w:w="936" w:type="dxa"/>
            <w:shd w:val="clear" w:color="auto" w:fill="F5F7F9"/>
            <w:tcMar>
              <w:top w:w="70" w:type="dxa"/>
              <w:left w:w="95" w:type="dxa"/>
              <w:bottom w:w="70" w:type="dxa"/>
              <w:right w:w="95" w:type="dxa"/>
            </w:tcMar>
            <w:vAlign w:val="center"/>
          </w:tcPr>
          <w:p w14:paraId="6BEF92CE" w14:textId="77777777" w:rsidR="00423D2F" w:rsidRPr="00717886" w:rsidRDefault="0047346F">
            <w:pPr>
              <w:spacing w:after="0"/>
              <w:jc w:val="right"/>
              <w:rPr>
                <w:rFonts w:cs="Times New Roman"/>
              </w:rPr>
            </w:pPr>
            <w:r w:rsidRPr="00717886">
              <w:rPr>
                <w:rFonts w:cs="Times New Roman"/>
                <w:sz w:val="13"/>
              </w:rPr>
              <w:t>.1121</w:t>
            </w:r>
          </w:p>
        </w:tc>
        <w:tc>
          <w:tcPr>
            <w:tcW w:w="1440" w:type="dxa"/>
            <w:shd w:val="clear" w:color="auto" w:fill="F5F7F9"/>
            <w:tcMar>
              <w:top w:w="70" w:type="dxa"/>
              <w:left w:w="95" w:type="dxa"/>
              <w:bottom w:w="70" w:type="dxa"/>
              <w:right w:w="95" w:type="dxa"/>
            </w:tcMar>
            <w:vAlign w:val="center"/>
          </w:tcPr>
          <w:p w14:paraId="60DFCBD1" w14:textId="77777777" w:rsidR="00423D2F" w:rsidRPr="00717886" w:rsidRDefault="0047346F">
            <w:pPr>
              <w:spacing w:after="0"/>
              <w:jc w:val="center"/>
              <w:rPr>
                <w:rFonts w:cs="Times New Roman"/>
              </w:rPr>
            </w:pPr>
            <w:r w:rsidRPr="00717886">
              <w:rPr>
                <w:rFonts w:cs="Times New Roman"/>
                <w:sz w:val="13"/>
              </w:rPr>
              <w:t>[−.1542, .3006]</w:t>
            </w:r>
          </w:p>
        </w:tc>
        <w:tc>
          <w:tcPr>
            <w:tcW w:w="892" w:type="dxa"/>
            <w:shd w:val="clear" w:color="auto" w:fill="F5F7F9"/>
            <w:tcMar>
              <w:top w:w="70" w:type="dxa"/>
              <w:left w:w="95" w:type="dxa"/>
              <w:bottom w:w="70" w:type="dxa"/>
              <w:right w:w="95" w:type="dxa"/>
            </w:tcMar>
            <w:vAlign w:val="center"/>
          </w:tcPr>
          <w:p w14:paraId="049AE8D2" w14:textId="77777777" w:rsidR="00423D2F" w:rsidRPr="00717886" w:rsidRDefault="0047346F">
            <w:pPr>
              <w:spacing w:after="0"/>
              <w:jc w:val="right"/>
              <w:rPr>
                <w:rFonts w:cs="Times New Roman"/>
              </w:rPr>
            </w:pPr>
            <w:r w:rsidRPr="00717886">
              <w:rPr>
                <w:rFonts w:cs="Times New Roman"/>
                <w:sz w:val="13"/>
              </w:rPr>
              <w:t>.518</w:t>
            </w:r>
          </w:p>
        </w:tc>
        <w:tc>
          <w:tcPr>
            <w:tcW w:w="648" w:type="dxa"/>
            <w:shd w:val="clear" w:color="auto" w:fill="F5F7F9"/>
            <w:tcMar>
              <w:top w:w="70" w:type="dxa"/>
              <w:left w:w="95" w:type="dxa"/>
              <w:bottom w:w="70" w:type="dxa"/>
              <w:right w:w="95" w:type="dxa"/>
            </w:tcMar>
            <w:vAlign w:val="center"/>
          </w:tcPr>
          <w:p w14:paraId="45E2763D"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1BDED39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A550BD0" w14:textId="77777777">
        <w:trPr>
          <w:cantSplit/>
          <w:jc w:val="center"/>
        </w:trPr>
        <w:tc>
          <w:tcPr>
            <w:tcW w:w="792" w:type="dxa"/>
            <w:tcMar>
              <w:top w:w="70" w:type="dxa"/>
              <w:left w:w="95" w:type="dxa"/>
              <w:bottom w:w="70" w:type="dxa"/>
              <w:right w:w="95" w:type="dxa"/>
            </w:tcMar>
            <w:vAlign w:val="center"/>
          </w:tcPr>
          <w:p w14:paraId="256CF51F"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600470E3" w14:textId="77777777" w:rsidR="00423D2F" w:rsidRPr="00717886" w:rsidRDefault="0047346F">
            <w:pPr>
              <w:spacing w:after="0"/>
              <w:jc w:val="center"/>
              <w:rPr>
                <w:rFonts w:cs="Times New Roman"/>
              </w:rPr>
            </w:pPr>
            <w:r w:rsidRPr="00717886">
              <w:rPr>
                <w:rFonts w:cs="Times New Roman"/>
                <w:sz w:val="13"/>
              </w:rPr>
              <w:t>AVI003</w:t>
            </w:r>
          </w:p>
        </w:tc>
        <w:tc>
          <w:tcPr>
            <w:tcW w:w="2664" w:type="dxa"/>
            <w:tcMar>
              <w:top w:w="70" w:type="dxa"/>
              <w:left w:w="95" w:type="dxa"/>
              <w:bottom w:w="70" w:type="dxa"/>
              <w:right w:w="95" w:type="dxa"/>
            </w:tcMar>
            <w:vAlign w:val="center"/>
          </w:tcPr>
          <w:p w14:paraId="256BB15F"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2F805B7C" w14:textId="77777777" w:rsidR="00423D2F" w:rsidRPr="00717886" w:rsidRDefault="0047346F">
            <w:pPr>
              <w:spacing w:after="0"/>
              <w:jc w:val="right"/>
              <w:rPr>
                <w:rFonts w:cs="Times New Roman"/>
              </w:rPr>
            </w:pPr>
            <w:r w:rsidRPr="00717886">
              <w:rPr>
                <w:rFonts w:cs="Times New Roman"/>
                <w:sz w:val="13"/>
              </w:rPr>
              <w:t>.1018</w:t>
            </w:r>
          </w:p>
        </w:tc>
        <w:tc>
          <w:tcPr>
            <w:tcW w:w="936" w:type="dxa"/>
            <w:tcMar>
              <w:top w:w="70" w:type="dxa"/>
              <w:left w:w="95" w:type="dxa"/>
              <w:bottom w:w="70" w:type="dxa"/>
              <w:right w:w="95" w:type="dxa"/>
            </w:tcMar>
            <w:vAlign w:val="center"/>
          </w:tcPr>
          <w:p w14:paraId="6A4272F2" w14:textId="77777777" w:rsidR="00423D2F" w:rsidRPr="00717886" w:rsidRDefault="0047346F">
            <w:pPr>
              <w:spacing w:after="0"/>
              <w:jc w:val="right"/>
              <w:rPr>
                <w:rFonts w:cs="Times New Roman"/>
              </w:rPr>
            </w:pPr>
            <w:r w:rsidRPr="00717886">
              <w:rPr>
                <w:rFonts w:cs="Times New Roman"/>
                <w:sz w:val="13"/>
              </w:rPr>
              <w:t>.1182</w:t>
            </w:r>
          </w:p>
        </w:tc>
        <w:tc>
          <w:tcPr>
            <w:tcW w:w="1440" w:type="dxa"/>
            <w:tcMar>
              <w:top w:w="70" w:type="dxa"/>
              <w:left w:w="95" w:type="dxa"/>
              <w:bottom w:w="70" w:type="dxa"/>
              <w:right w:w="95" w:type="dxa"/>
            </w:tcMar>
            <w:vAlign w:val="center"/>
          </w:tcPr>
          <w:p w14:paraId="12409205" w14:textId="77777777" w:rsidR="00423D2F" w:rsidRPr="00717886" w:rsidRDefault="0047346F">
            <w:pPr>
              <w:spacing w:after="0"/>
              <w:jc w:val="center"/>
              <w:rPr>
                <w:rFonts w:cs="Times New Roman"/>
              </w:rPr>
            </w:pPr>
            <w:r w:rsidRPr="00717886">
              <w:rPr>
                <w:rFonts w:cs="Times New Roman"/>
                <w:sz w:val="13"/>
              </w:rPr>
              <w:t>[−.1380, .3416]</w:t>
            </w:r>
          </w:p>
        </w:tc>
        <w:tc>
          <w:tcPr>
            <w:tcW w:w="892" w:type="dxa"/>
            <w:tcMar>
              <w:top w:w="70" w:type="dxa"/>
              <w:left w:w="95" w:type="dxa"/>
              <w:bottom w:w="70" w:type="dxa"/>
              <w:right w:w="95" w:type="dxa"/>
            </w:tcMar>
            <w:vAlign w:val="center"/>
          </w:tcPr>
          <w:p w14:paraId="522E9711" w14:textId="77777777" w:rsidR="00423D2F" w:rsidRPr="00717886" w:rsidRDefault="0047346F">
            <w:pPr>
              <w:spacing w:after="0"/>
              <w:jc w:val="right"/>
              <w:rPr>
                <w:rFonts w:cs="Times New Roman"/>
              </w:rPr>
            </w:pPr>
            <w:r w:rsidRPr="00717886">
              <w:rPr>
                <w:rFonts w:cs="Times New Roman"/>
                <w:sz w:val="13"/>
              </w:rPr>
              <w:t>.395</w:t>
            </w:r>
          </w:p>
        </w:tc>
        <w:tc>
          <w:tcPr>
            <w:tcW w:w="648" w:type="dxa"/>
            <w:tcMar>
              <w:top w:w="70" w:type="dxa"/>
              <w:left w:w="95" w:type="dxa"/>
              <w:bottom w:w="70" w:type="dxa"/>
              <w:right w:w="95" w:type="dxa"/>
            </w:tcMar>
            <w:vAlign w:val="center"/>
          </w:tcPr>
          <w:p w14:paraId="60664B6E"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4F68962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7D1D97C" w14:textId="77777777">
        <w:trPr>
          <w:cantSplit/>
          <w:jc w:val="center"/>
        </w:trPr>
        <w:tc>
          <w:tcPr>
            <w:tcW w:w="792" w:type="dxa"/>
            <w:shd w:val="clear" w:color="auto" w:fill="F5F7F9"/>
            <w:tcMar>
              <w:top w:w="70" w:type="dxa"/>
              <w:left w:w="95" w:type="dxa"/>
              <w:bottom w:w="70" w:type="dxa"/>
              <w:right w:w="95" w:type="dxa"/>
            </w:tcMar>
            <w:vAlign w:val="center"/>
          </w:tcPr>
          <w:p w14:paraId="2BB32CDD"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13CCEF55" w14:textId="77777777" w:rsidR="00423D2F" w:rsidRPr="00717886" w:rsidRDefault="0047346F">
            <w:pPr>
              <w:spacing w:after="0"/>
              <w:jc w:val="center"/>
              <w:rPr>
                <w:rFonts w:cs="Times New Roman"/>
              </w:rPr>
            </w:pPr>
            <w:r w:rsidRPr="00717886">
              <w:rPr>
                <w:rFonts w:cs="Times New Roman"/>
                <w:sz w:val="13"/>
              </w:rPr>
              <w:t>AVI004</w:t>
            </w:r>
          </w:p>
        </w:tc>
        <w:tc>
          <w:tcPr>
            <w:tcW w:w="2664" w:type="dxa"/>
            <w:shd w:val="clear" w:color="auto" w:fill="F5F7F9"/>
            <w:tcMar>
              <w:top w:w="70" w:type="dxa"/>
              <w:left w:w="95" w:type="dxa"/>
              <w:bottom w:w="70" w:type="dxa"/>
              <w:right w:w="95" w:type="dxa"/>
            </w:tcMar>
            <w:vAlign w:val="center"/>
          </w:tcPr>
          <w:p w14:paraId="38064993"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644160FF" w14:textId="77777777" w:rsidR="00423D2F" w:rsidRPr="00717886" w:rsidRDefault="0047346F">
            <w:pPr>
              <w:spacing w:after="0"/>
              <w:jc w:val="right"/>
              <w:rPr>
                <w:rFonts w:cs="Times New Roman"/>
              </w:rPr>
            </w:pPr>
            <w:r w:rsidRPr="00717886">
              <w:rPr>
                <w:rFonts w:cs="Times New Roman"/>
                <w:sz w:val="13"/>
              </w:rPr>
              <w:t>.0802</w:t>
            </w:r>
          </w:p>
        </w:tc>
        <w:tc>
          <w:tcPr>
            <w:tcW w:w="936" w:type="dxa"/>
            <w:shd w:val="clear" w:color="auto" w:fill="F5F7F9"/>
            <w:tcMar>
              <w:top w:w="70" w:type="dxa"/>
              <w:left w:w="95" w:type="dxa"/>
              <w:bottom w:w="70" w:type="dxa"/>
              <w:right w:w="95" w:type="dxa"/>
            </w:tcMar>
            <w:vAlign w:val="center"/>
          </w:tcPr>
          <w:p w14:paraId="3B32F340" w14:textId="77777777" w:rsidR="00423D2F" w:rsidRPr="00717886" w:rsidRDefault="0047346F">
            <w:pPr>
              <w:spacing w:after="0"/>
              <w:jc w:val="right"/>
              <w:rPr>
                <w:rFonts w:cs="Times New Roman"/>
              </w:rPr>
            </w:pPr>
            <w:r w:rsidRPr="00717886">
              <w:rPr>
                <w:rFonts w:cs="Times New Roman"/>
                <w:sz w:val="13"/>
              </w:rPr>
              <w:t>.1131</w:t>
            </w:r>
          </w:p>
        </w:tc>
        <w:tc>
          <w:tcPr>
            <w:tcW w:w="1440" w:type="dxa"/>
            <w:shd w:val="clear" w:color="auto" w:fill="F5F7F9"/>
            <w:tcMar>
              <w:top w:w="70" w:type="dxa"/>
              <w:left w:w="95" w:type="dxa"/>
              <w:bottom w:w="70" w:type="dxa"/>
              <w:right w:w="95" w:type="dxa"/>
            </w:tcMar>
            <w:vAlign w:val="center"/>
          </w:tcPr>
          <w:p w14:paraId="2CAAA535" w14:textId="77777777" w:rsidR="00423D2F" w:rsidRPr="00717886" w:rsidRDefault="0047346F">
            <w:pPr>
              <w:spacing w:after="0"/>
              <w:jc w:val="center"/>
              <w:rPr>
                <w:rFonts w:cs="Times New Roman"/>
              </w:rPr>
            </w:pPr>
            <w:r w:rsidRPr="00717886">
              <w:rPr>
                <w:rFonts w:cs="Times New Roman"/>
                <w:sz w:val="13"/>
              </w:rPr>
              <w:t>[−.1491, .3095]</w:t>
            </w:r>
          </w:p>
        </w:tc>
        <w:tc>
          <w:tcPr>
            <w:tcW w:w="892" w:type="dxa"/>
            <w:shd w:val="clear" w:color="auto" w:fill="F5F7F9"/>
            <w:tcMar>
              <w:top w:w="70" w:type="dxa"/>
              <w:left w:w="95" w:type="dxa"/>
              <w:bottom w:w="70" w:type="dxa"/>
              <w:right w:w="95" w:type="dxa"/>
            </w:tcMar>
            <w:vAlign w:val="center"/>
          </w:tcPr>
          <w:p w14:paraId="2990BC9E" w14:textId="77777777" w:rsidR="00423D2F" w:rsidRPr="00717886" w:rsidRDefault="0047346F">
            <w:pPr>
              <w:spacing w:after="0"/>
              <w:jc w:val="right"/>
              <w:rPr>
                <w:rFonts w:cs="Times New Roman"/>
              </w:rPr>
            </w:pPr>
            <w:r w:rsidRPr="00717886">
              <w:rPr>
                <w:rFonts w:cs="Times New Roman"/>
                <w:sz w:val="13"/>
              </w:rPr>
              <w:t>.483</w:t>
            </w:r>
          </w:p>
        </w:tc>
        <w:tc>
          <w:tcPr>
            <w:tcW w:w="648" w:type="dxa"/>
            <w:shd w:val="clear" w:color="auto" w:fill="F5F7F9"/>
            <w:tcMar>
              <w:top w:w="70" w:type="dxa"/>
              <w:left w:w="95" w:type="dxa"/>
              <w:bottom w:w="70" w:type="dxa"/>
              <w:right w:w="95" w:type="dxa"/>
            </w:tcMar>
            <w:vAlign w:val="center"/>
          </w:tcPr>
          <w:p w14:paraId="30A0D57D"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252AD8F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EF0D6ED" w14:textId="77777777">
        <w:trPr>
          <w:cantSplit/>
          <w:jc w:val="center"/>
        </w:trPr>
        <w:tc>
          <w:tcPr>
            <w:tcW w:w="792" w:type="dxa"/>
            <w:tcMar>
              <w:top w:w="70" w:type="dxa"/>
              <w:left w:w="95" w:type="dxa"/>
              <w:bottom w:w="70" w:type="dxa"/>
              <w:right w:w="95" w:type="dxa"/>
            </w:tcMar>
            <w:vAlign w:val="center"/>
          </w:tcPr>
          <w:p w14:paraId="489169E0"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0D978BB9" w14:textId="77777777" w:rsidR="00423D2F" w:rsidRPr="00717886" w:rsidRDefault="0047346F">
            <w:pPr>
              <w:spacing w:after="0"/>
              <w:jc w:val="center"/>
              <w:rPr>
                <w:rFonts w:cs="Times New Roman"/>
              </w:rPr>
            </w:pPr>
            <w:r w:rsidRPr="00717886">
              <w:rPr>
                <w:rFonts w:cs="Times New Roman"/>
                <w:sz w:val="13"/>
              </w:rPr>
              <w:t>AVI005</w:t>
            </w:r>
          </w:p>
        </w:tc>
        <w:tc>
          <w:tcPr>
            <w:tcW w:w="2664" w:type="dxa"/>
            <w:tcMar>
              <w:top w:w="70" w:type="dxa"/>
              <w:left w:w="95" w:type="dxa"/>
              <w:bottom w:w="70" w:type="dxa"/>
              <w:right w:w="95" w:type="dxa"/>
            </w:tcMar>
            <w:vAlign w:val="center"/>
          </w:tcPr>
          <w:p w14:paraId="09D7E76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AD5919E" w14:textId="77777777" w:rsidR="00423D2F" w:rsidRPr="00717886" w:rsidRDefault="0047346F">
            <w:pPr>
              <w:spacing w:after="0"/>
              <w:jc w:val="right"/>
              <w:rPr>
                <w:rFonts w:cs="Times New Roman"/>
              </w:rPr>
            </w:pPr>
            <w:r w:rsidRPr="00717886">
              <w:rPr>
                <w:rFonts w:cs="Times New Roman"/>
                <w:sz w:val="13"/>
              </w:rPr>
              <w:t>.0548</w:t>
            </w:r>
          </w:p>
        </w:tc>
        <w:tc>
          <w:tcPr>
            <w:tcW w:w="936" w:type="dxa"/>
            <w:tcMar>
              <w:top w:w="70" w:type="dxa"/>
              <w:left w:w="95" w:type="dxa"/>
              <w:bottom w:w="70" w:type="dxa"/>
              <w:right w:w="95" w:type="dxa"/>
            </w:tcMar>
            <w:vAlign w:val="center"/>
          </w:tcPr>
          <w:p w14:paraId="2E403883" w14:textId="77777777" w:rsidR="00423D2F" w:rsidRPr="00717886" w:rsidRDefault="0047346F">
            <w:pPr>
              <w:spacing w:after="0"/>
              <w:jc w:val="right"/>
              <w:rPr>
                <w:rFonts w:cs="Times New Roman"/>
              </w:rPr>
            </w:pPr>
            <w:r w:rsidRPr="00717886">
              <w:rPr>
                <w:rFonts w:cs="Times New Roman"/>
                <w:sz w:val="13"/>
              </w:rPr>
              <w:t>.1142</w:t>
            </w:r>
          </w:p>
        </w:tc>
        <w:tc>
          <w:tcPr>
            <w:tcW w:w="1440" w:type="dxa"/>
            <w:tcMar>
              <w:top w:w="70" w:type="dxa"/>
              <w:left w:w="95" w:type="dxa"/>
              <w:bottom w:w="70" w:type="dxa"/>
              <w:right w:w="95" w:type="dxa"/>
            </w:tcMar>
            <w:vAlign w:val="center"/>
          </w:tcPr>
          <w:p w14:paraId="70C4B275" w14:textId="77777777" w:rsidR="00423D2F" w:rsidRPr="00717886" w:rsidRDefault="0047346F">
            <w:pPr>
              <w:spacing w:after="0"/>
              <w:jc w:val="center"/>
              <w:rPr>
                <w:rFonts w:cs="Times New Roman"/>
              </w:rPr>
            </w:pPr>
            <w:r w:rsidRPr="00717886">
              <w:rPr>
                <w:rFonts w:cs="Times New Roman"/>
                <w:sz w:val="13"/>
              </w:rPr>
              <w:t>[−.1767, .2863]</w:t>
            </w:r>
          </w:p>
        </w:tc>
        <w:tc>
          <w:tcPr>
            <w:tcW w:w="892" w:type="dxa"/>
            <w:tcMar>
              <w:top w:w="70" w:type="dxa"/>
              <w:left w:w="95" w:type="dxa"/>
              <w:bottom w:w="70" w:type="dxa"/>
              <w:right w:w="95" w:type="dxa"/>
            </w:tcMar>
            <w:vAlign w:val="center"/>
          </w:tcPr>
          <w:p w14:paraId="44FF2D89" w14:textId="77777777" w:rsidR="00423D2F" w:rsidRPr="00717886" w:rsidRDefault="0047346F">
            <w:pPr>
              <w:spacing w:after="0"/>
              <w:jc w:val="right"/>
              <w:rPr>
                <w:rFonts w:cs="Times New Roman"/>
              </w:rPr>
            </w:pPr>
            <w:r w:rsidRPr="00717886">
              <w:rPr>
                <w:rFonts w:cs="Times New Roman"/>
                <w:sz w:val="13"/>
              </w:rPr>
              <w:t>.634</w:t>
            </w:r>
          </w:p>
        </w:tc>
        <w:tc>
          <w:tcPr>
            <w:tcW w:w="648" w:type="dxa"/>
            <w:tcMar>
              <w:top w:w="70" w:type="dxa"/>
              <w:left w:w="95" w:type="dxa"/>
              <w:bottom w:w="70" w:type="dxa"/>
              <w:right w:w="95" w:type="dxa"/>
            </w:tcMar>
            <w:vAlign w:val="center"/>
          </w:tcPr>
          <w:p w14:paraId="0C82C481"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0FB9334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746B552" w14:textId="77777777">
        <w:trPr>
          <w:cantSplit/>
          <w:jc w:val="center"/>
        </w:trPr>
        <w:tc>
          <w:tcPr>
            <w:tcW w:w="792" w:type="dxa"/>
            <w:shd w:val="clear" w:color="auto" w:fill="F5F7F9"/>
            <w:tcMar>
              <w:top w:w="70" w:type="dxa"/>
              <w:left w:w="95" w:type="dxa"/>
              <w:bottom w:w="70" w:type="dxa"/>
              <w:right w:w="95" w:type="dxa"/>
            </w:tcMar>
            <w:vAlign w:val="center"/>
          </w:tcPr>
          <w:p w14:paraId="08721B6A"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1C9278C4" w14:textId="77777777" w:rsidR="00423D2F" w:rsidRPr="00717886" w:rsidRDefault="0047346F">
            <w:pPr>
              <w:spacing w:after="0"/>
              <w:jc w:val="center"/>
              <w:rPr>
                <w:rFonts w:cs="Times New Roman"/>
              </w:rPr>
            </w:pPr>
            <w:r w:rsidRPr="00717886">
              <w:rPr>
                <w:rFonts w:cs="Times New Roman"/>
                <w:sz w:val="13"/>
              </w:rPr>
              <w:t>AVI006</w:t>
            </w:r>
          </w:p>
        </w:tc>
        <w:tc>
          <w:tcPr>
            <w:tcW w:w="2664" w:type="dxa"/>
            <w:shd w:val="clear" w:color="auto" w:fill="F5F7F9"/>
            <w:tcMar>
              <w:top w:w="70" w:type="dxa"/>
              <w:left w:w="95" w:type="dxa"/>
              <w:bottom w:w="70" w:type="dxa"/>
              <w:right w:w="95" w:type="dxa"/>
            </w:tcMar>
            <w:vAlign w:val="center"/>
          </w:tcPr>
          <w:p w14:paraId="3A2FC71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55F515DE" w14:textId="77777777" w:rsidR="00423D2F" w:rsidRPr="00717886" w:rsidRDefault="0047346F">
            <w:pPr>
              <w:spacing w:after="0"/>
              <w:jc w:val="right"/>
              <w:rPr>
                <w:rFonts w:cs="Times New Roman"/>
              </w:rPr>
            </w:pPr>
            <w:r w:rsidRPr="00717886">
              <w:rPr>
                <w:rFonts w:cs="Times New Roman"/>
                <w:sz w:val="13"/>
              </w:rPr>
              <w:t>.0896</w:t>
            </w:r>
          </w:p>
        </w:tc>
        <w:tc>
          <w:tcPr>
            <w:tcW w:w="936" w:type="dxa"/>
            <w:shd w:val="clear" w:color="auto" w:fill="F5F7F9"/>
            <w:tcMar>
              <w:top w:w="70" w:type="dxa"/>
              <w:left w:w="95" w:type="dxa"/>
              <w:bottom w:w="70" w:type="dxa"/>
              <w:right w:w="95" w:type="dxa"/>
            </w:tcMar>
            <w:vAlign w:val="center"/>
          </w:tcPr>
          <w:p w14:paraId="3654CA0E" w14:textId="77777777" w:rsidR="00423D2F" w:rsidRPr="00717886" w:rsidRDefault="0047346F">
            <w:pPr>
              <w:spacing w:after="0"/>
              <w:jc w:val="right"/>
              <w:rPr>
                <w:rFonts w:cs="Times New Roman"/>
              </w:rPr>
            </w:pPr>
            <w:r w:rsidRPr="00717886">
              <w:rPr>
                <w:rFonts w:cs="Times New Roman"/>
                <w:sz w:val="13"/>
              </w:rPr>
              <w:t>.1139</w:t>
            </w:r>
          </w:p>
        </w:tc>
        <w:tc>
          <w:tcPr>
            <w:tcW w:w="1440" w:type="dxa"/>
            <w:shd w:val="clear" w:color="auto" w:fill="F5F7F9"/>
            <w:tcMar>
              <w:top w:w="70" w:type="dxa"/>
              <w:left w:w="95" w:type="dxa"/>
              <w:bottom w:w="70" w:type="dxa"/>
              <w:right w:w="95" w:type="dxa"/>
            </w:tcMar>
            <w:vAlign w:val="center"/>
          </w:tcPr>
          <w:p w14:paraId="6DD83DD8" w14:textId="77777777" w:rsidR="00423D2F" w:rsidRPr="00717886" w:rsidRDefault="0047346F">
            <w:pPr>
              <w:spacing w:after="0"/>
              <w:jc w:val="center"/>
              <w:rPr>
                <w:rFonts w:cs="Times New Roman"/>
              </w:rPr>
            </w:pPr>
            <w:r w:rsidRPr="00717886">
              <w:rPr>
                <w:rFonts w:cs="Times New Roman"/>
                <w:sz w:val="13"/>
              </w:rPr>
              <w:t>[−.1414, .3206]</w:t>
            </w:r>
          </w:p>
        </w:tc>
        <w:tc>
          <w:tcPr>
            <w:tcW w:w="892" w:type="dxa"/>
            <w:shd w:val="clear" w:color="auto" w:fill="F5F7F9"/>
            <w:tcMar>
              <w:top w:w="70" w:type="dxa"/>
              <w:left w:w="95" w:type="dxa"/>
              <w:bottom w:w="70" w:type="dxa"/>
              <w:right w:w="95" w:type="dxa"/>
            </w:tcMar>
            <w:vAlign w:val="center"/>
          </w:tcPr>
          <w:p w14:paraId="1BC9819B" w14:textId="77777777" w:rsidR="00423D2F" w:rsidRPr="00717886" w:rsidRDefault="0047346F">
            <w:pPr>
              <w:spacing w:after="0"/>
              <w:jc w:val="right"/>
              <w:rPr>
                <w:rFonts w:cs="Times New Roman"/>
              </w:rPr>
            </w:pPr>
            <w:r w:rsidRPr="00717886">
              <w:rPr>
                <w:rFonts w:cs="Times New Roman"/>
                <w:sz w:val="13"/>
              </w:rPr>
              <w:t>.437</w:t>
            </w:r>
          </w:p>
        </w:tc>
        <w:tc>
          <w:tcPr>
            <w:tcW w:w="648" w:type="dxa"/>
            <w:shd w:val="clear" w:color="auto" w:fill="F5F7F9"/>
            <w:tcMar>
              <w:top w:w="70" w:type="dxa"/>
              <w:left w:w="95" w:type="dxa"/>
              <w:bottom w:w="70" w:type="dxa"/>
              <w:right w:w="95" w:type="dxa"/>
            </w:tcMar>
            <w:vAlign w:val="center"/>
          </w:tcPr>
          <w:p w14:paraId="1C7DCDC9"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214C4D85"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8136D25" w14:textId="77777777">
        <w:trPr>
          <w:cantSplit/>
          <w:jc w:val="center"/>
        </w:trPr>
        <w:tc>
          <w:tcPr>
            <w:tcW w:w="792" w:type="dxa"/>
            <w:tcMar>
              <w:top w:w="70" w:type="dxa"/>
              <w:left w:w="95" w:type="dxa"/>
              <w:bottom w:w="70" w:type="dxa"/>
              <w:right w:w="95" w:type="dxa"/>
            </w:tcMar>
            <w:vAlign w:val="center"/>
          </w:tcPr>
          <w:p w14:paraId="3EA6C1A3"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1E5F628F" w14:textId="77777777" w:rsidR="00423D2F" w:rsidRPr="00717886" w:rsidRDefault="0047346F">
            <w:pPr>
              <w:spacing w:after="0"/>
              <w:jc w:val="center"/>
              <w:rPr>
                <w:rFonts w:cs="Times New Roman"/>
              </w:rPr>
            </w:pPr>
            <w:r w:rsidRPr="00717886">
              <w:rPr>
                <w:rFonts w:cs="Times New Roman"/>
                <w:sz w:val="13"/>
              </w:rPr>
              <w:t>AVI007</w:t>
            </w:r>
          </w:p>
        </w:tc>
        <w:tc>
          <w:tcPr>
            <w:tcW w:w="2664" w:type="dxa"/>
            <w:tcMar>
              <w:top w:w="70" w:type="dxa"/>
              <w:left w:w="95" w:type="dxa"/>
              <w:bottom w:w="70" w:type="dxa"/>
              <w:right w:w="95" w:type="dxa"/>
            </w:tcMar>
            <w:vAlign w:val="center"/>
          </w:tcPr>
          <w:p w14:paraId="4C54C158"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6A8A2C0D" w14:textId="77777777" w:rsidR="00423D2F" w:rsidRPr="00717886" w:rsidRDefault="0047346F">
            <w:pPr>
              <w:spacing w:after="0"/>
              <w:jc w:val="right"/>
              <w:rPr>
                <w:rFonts w:cs="Times New Roman"/>
              </w:rPr>
            </w:pPr>
            <w:r w:rsidRPr="00717886">
              <w:rPr>
                <w:rFonts w:cs="Times New Roman"/>
                <w:sz w:val="13"/>
              </w:rPr>
              <w:t>.0570</w:t>
            </w:r>
          </w:p>
        </w:tc>
        <w:tc>
          <w:tcPr>
            <w:tcW w:w="936" w:type="dxa"/>
            <w:tcMar>
              <w:top w:w="70" w:type="dxa"/>
              <w:left w:w="95" w:type="dxa"/>
              <w:bottom w:w="70" w:type="dxa"/>
              <w:right w:w="95" w:type="dxa"/>
            </w:tcMar>
            <w:vAlign w:val="center"/>
          </w:tcPr>
          <w:p w14:paraId="51C8DBD1" w14:textId="77777777" w:rsidR="00423D2F" w:rsidRPr="00717886" w:rsidRDefault="0047346F">
            <w:pPr>
              <w:spacing w:after="0"/>
              <w:jc w:val="right"/>
              <w:rPr>
                <w:rFonts w:cs="Times New Roman"/>
              </w:rPr>
            </w:pPr>
            <w:r w:rsidRPr="00717886">
              <w:rPr>
                <w:rFonts w:cs="Times New Roman"/>
                <w:sz w:val="13"/>
              </w:rPr>
              <w:t>.1124</w:t>
            </w:r>
          </w:p>
        </w:tc>
        <w:tc>
          <w:tcPr>
            <w:tcW w:w="1440" w:type="dxa"/>
            <w:tcMar>
              <w:top w:w="70" w:type="dxa"/>
              <w:left w:w="95" w:type="dxa"/>
              <w:bottom w:w="70" w:type="dxa"/>
              <w:right w:w="95" w:type="dxa"/>
            </w:tcMar>
            <w:vAlign w:val="center"/>
          </w:tcPr>
          <w:p w14:paraId="21A5CCC0" w14:textId="77777777" w:rsidR="00423D2F" w:rsidRPr="00717886" w:rsidRDefault="0047346F">
            <w:pPr>
              <w:spacing w:after="0"/>
              <w:jc w:val="center"/>
              <w:rPr>
                <w:rFonts w:cs="Times New Roman"/>
              </w:rPr>
            </w:pPr>
            <w:r w:rsidRPr="00717886">
              <w:rPr>
                <w:rFonts w:cs="Times New Roman"/>
                <w:sz w:val="13"/>
              </w:rPr>
              <w:t>[−.1708, .2849]</w:t>
            </w:r>
          </w:p>
        </w:tc>
        <w:tc>
          <w:tcPr>
            <w:tcW w:w="892" w:type="dxa"/>
            <w:tcMar>
              <w:top w:w="70" w:type="dxa"/>
              <w:left w:w="95" w:type="dxa"/>
              <w:bottom w:w="70" w:type="dxa"/>
              <w:right w:w="95" w:type="dxa"/>
            </w:tcMar>
            <w:vAlign w:val="center"/>
          </w:tcPr>
          <w:p w14:paraId="70ACA3D6" w14:textId="77777777" w:rsidR="00423D2F" w:rsidRPr="00717886" w:rsidRDefault="0047346F">
            <w:pPr>
              <w:spacing w:after="0"/>
              <w:jc w:val="right"/>
              <w:rPr>
                <w:rFonts w:cs="Times New Roman"/>
              </w:rPr>
            </w:pPr>
            <w:r w:rsidRPr="00717886">
              <w:rPr>
                <w:rFonts w:cs="Times New Roman"/>
                <w:sz w:val="13"/>
              </w:rPr>
              <w:t>.615</w:t>
            </w:r>
          </w:p>
        </w:tc>
        <w:tc>
          <w:tcPr>
            <w:tcW w:w="648" w:type="dxa"/>
            <w:tcMar>
              <w:top w:w="70" w:type="dxa"/>
              <w:left w:w="95" w:type="dxa"/>
              <w:bottom w:w="70" w:type="dxa"/>
              <w:right w:w="95" w:type="dxa"/>
            </w:tcMar>
            <w:vAlign w:val="center"/>
          </w:tcPr>
          <w:p w14:paraId="2A162A86"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2F6A322B"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DE9E28D" w14:textId="77777777">
        <w:trPr>
          <w:cantSplit/>
          <w:jc w:val="center"/>
        </w:trPr>
        <w:tc>
          <w:tcPr>
            <w:tcW w:w="792" w:type="dxa"/>
            <w:shd w:val="clear" w:color="auto" w:fill="F5F7F9"/>
            <w:tcMar>
              <w:top w:w="70" w:type="dxa"/>
              <w:left w:w="95" w:type="dxa"/>
              <w:bottom w:w="70" w:type="dxa"/>
              <w:right w:w="95" w:type="dxa"/>
            </w:tcMar>
            <w:vAlign w:val="center"/>
          </w:tcPr>
          <w:p w14:paraId="3C4EEFE5"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B55FAA9" w14:textId="77777777" w:rsidR="00423D2F" w:rsidRPr="00717886" w:rsidRDefault="0047346F">
            <w:pPr>
              <w:spacing w:after="0"/>
              <w:jc w:val="center"/>
              <w:rPr>
                <w:rFonts w:cs="Times New Roman"/>
              </w:rPr>
            </w:pPr>
            <w:r w:rsidRPr="00717886">
              <w:rPr>
                <w:rFonts w:cs="Times New Roman"/>
                <w:sz w:val="13"/>
              </w:rPr>
              <w:t>AVI008</w:t>
            </w:r>
          </w:p>
        </w:tc>
        <w:tc>
          <w:tcPr>
            <w:tcW w:w="2664" w:type="dxa"/>
            <w:shd w:val="clear" w:color="auto" w:fill="F5F7F9"/>
            <w:tcMar>
              <w:top w:w="70" w:type="dxa"/>
              <w:left w:w="95" w:type="dxa"/>
              <w:bottom w:w="70" w:type="dxa"/>
              <w:right w:w="95" w:type="dxa"/>
            </w:tcMar>
            <w:vAlign w:val="center"/>
          </w:tcPr>
          <w:p w14:paraId="6C7DF065"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67C4C13" w14:textId="77777777" w:rsidR="00423D2F" w:rsidRPr="00717886" w:rsidRDefault="0047346F">
            <w:pPr>
              <w:spacing w:after="0"/>
              <w:jc w:val="right"/>
              <w:rPr>
                <w:rFonts w:cs="Times New Roman"/>
              </w:rPr>
            </w:pPr>
            <w:r w:rsidRPr="00717886">
              <w:rPr>
                <w:rFonts w:cs="Times New Roman"/>
                <w:sz w:val="13"/>
              </w:rPr>
              <w:t>.0831</w:t>
            </w:r>
          </w:p>
        </w:tc>
        <w:tc>
          <w:tcPr>
            <w:tcW w:w="936" w:type="dxa"/>
            <w:shd w:val="clear" w:color="auto" w:fill="F5F7F9"/>
            <w:tcMar>
              <w:top w:w="70" w:type="dxa"/>
              <w:left w:w="95" w:type="dxa"/>
              <w:bottom w:w="70" w:type="dxa"/>
              <w:right w:w="95" w:type="dxa"/>
            </w:tcMar>
            <w:vAlign w:val="center"/>
          </w:tcPr>
          <w:p w14:paraId="597F58A1" w14:textId="77777777" w:rsidR="00423D2F" w:rsidRPr="00717886" w:rsidRDefault="0047346F">
            <w:pPr>
              <w:spacing w:after="0"/>
              <w:jc w:val="right"/>
              <w:rPr>
                <w:rFonts w:cs="Times New Roman"/>
              </w:rPr>
            </w:pPr>
            <w:r w:rsidRPr="00717886">
              <w:rPr>
                <w:rFonts w:cs="Times New Roman"/>
                <w:sz w:val="13"/>
              </w:rPr>
              <w:t>.1152</w:t>
            </w:r>
          </w:p>
        </w:tc>
        <w:tc>
          <w:tcPr>
            <w:tcW w:w="1440" w:type="dxa"/>
            <w:shd w:val="clear" w:color="auto" w:fill="F5F7F9"/>
            <w:tcMar>
              <w:top w:w="70" w:type="dxa"/>
              <w:left w:w="95" w:type="dxa"/>
              <w:bottom w:w="70" w:type="dxa"/>
              <w:right w:w="95" w:type="dxa"/>
            </w:tcMar>
            <w:vAlign w:val="center"/>
          </w:tcPr>
          <w:p w14:paraId="05780FA1" w14:textId="77777777" w:rsidR="00423D2F" w:rsidRPr="00717886" w:rsidRDefault="0047346F">
            <w:pPr>
              <w:spacing w:after="0"/>
              <w:jc w:val="center"/>
              <w:rPr>
                <w:rFonts w:cs="Times New Roman"/>
              </w:rPr>
            </w:pPr>
            <w:r w:rsidRPr="00717886">
              <w:rPr>
                <w:rFonts w:cs="Times New Roman"/>
                <w:sz w:val="13"/>
              </w:rPr>
              <w:t>[−.1505, .3168]</w:t>
            </w:r>
          </w:p>
        </w:tc>
        <w:tc>
          <w:tcPr>
            <w:tcW w:w="892" w:type="dxa"/>
            <w:shd w:val="clear" w:color="auto" w:fill="F5F7F9"/>
            <w:tcMar>
              <w:top w:w="70" w:type="dxa"/>
              <w:left w:w="95" w:type="dxa"/>
              <w:bottom w:w="70" w:type="dxa"/>
              <w:right w:w="95" w:type="dxa"/>
            </w:tcMar>
            <w:vAlign w:val="center"/>
          </w:tcPr>
          <w:p w14:paraId="69FC3F9E" w14:textId="77777777" w:rsidR="00423D2F" w:rsidRPr="00717886" w:rsidRDefault="0047346F">
            <w:pPr>
              <w:spacing w:after="0"/>
              <w:jc w:val="right"/>
              <w:rPr>
                <w:rFonts w:cs="Times New Roman"/>
              </w:rPr>
            </w:pPr>
            <w:r w:rsidRPr="00717886">
              <w:rPr>
                <w:rFonts w:cs="Times New Roman"/>
                <w:sz w:val="13"/>
              </w:rPr>
              <w:t>.475</w:t>
            </w:r>
          </w:p>
        </w:tc>
        <w:tc>
          <w:tcPr>
            <w:tcW w:w="648" w:type="dxa"/>
            <w:shd w:val="clear" w:color="auto" w:fill="F5F7F9"/>
            <w:tcMar>
              <w:top w:w="70" w:type="dxa"/>
              <w:left w:w="95" w:type="dxa"/>
              <w:bottom w:w="70" w:type="dxa"/>
              <w:right w:w="95" w:type="dxa"/>
            </w:tcMar>
            <w:vAlign w:val="center"/>
          </w:tcPr>
          <w:p w14:paraId="0D219014"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5BA11685"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C7725B8" w14:textId="77777777">
        <w:trPr>
          <w:cantSplit/>
          <w:jc w:val="center"/>
        </w:trPr>
        <w:tc>
          <w:tcPr>
            <w:tcW w:w="792" w:type="dxa"/>
            <w:tcMar>
              <w:top w:w="70" w:type="dxa"/>
              <w:left w:w="95" w:type="dxa"/>
              <w:bottom w:w="70" w:type="dxa"/>
              <w:right w:w="95" w:type="dxa"/>
            </w:tcMar>
            <w:vAlign w:val="center"/>
          </w:tcPr>
          <w:p w14:paraId="20A52D31" w14:textId="77777777" w:rsidR="00423D2F" w:rsidRPr="00717886" w:rsidRDefault="0047346F">
            <w:pPr>
              <w:spacing w:after="0"/>
              <w:rPr>
                <w:rFonts w:cs="Times New Roman"/>
              </w:rPr>
            </w:pPr>
            <w:r w:rsidRPr="00717886">
              <w:rPr>
                <w:rFonts w:cs="Times New Roman"/>
                <w:sz w:val="13"/>
              </w:rPr>
              <w:lastRenderedPageBreak/>
              <w:t>Broad</w:t>
            </w:r>
          </w:p>
        </w:tc>
        <w:tc>
          <w:tcPr>
            <w:tcW w:w="1007" w:type="dxa"/>
            <w:tcMar>
              <w:top w:w="70" w:type="dxa"/>
              <w:left w:w="95" w:type="dxa"/>
              <w:bottom w:w="70" w:type="dxa"/>
              <w:right w:w="95" w:type="dxa"/>
            </w:tcMar>
            <w:vAlign w:val="center"/>
          </w:tcPr>
          <w:p w14:paraId="7BC36ED7" w14:textId="77777777" w:rsidR="00423D2F" w:rsidRPr="00717886" w:rsidRDefault="0047346F">
            <w:pPr>
              <w:spacing w:after="0"/>
              <w:jc w:val="center"/>
              <w:rPr>
                <w:rFonts w:cs="Times New Roman"/>
              </w:rPr>
            </w:pPr>
            <w:r w:rsidRPr="00717886">
              <w:rPr>
                <w:rFonts w:cs="Times New Roman"/>
                <w:sz w:val="13"/>
              </w:rPr>
              <w:t>AVI009</w:t>
            </w:r>
          </w:p>
        </w:tc>
        <w:tc>
          <w:tcPr>
            <w:tcW w:w="2664" w:type="dxa"/>
            <w:tcMar>
              <w:top w:w="70" w:type="dxa"/>
              <w:left w:w="95" w:type="dxa"/>
              <w:bottom w:w="70" w:type="dxa"/>
              <w:right w:w="95" w:type="dxa"/>
            </w:tcMar>
            <w:vAlign w:val="center"/>
          </w:tcPr>
          <w:p w14:paraId="1380173C"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4080648" w14:textId="77777777" w:rsidR="00423D2F" w:rsidRPr="00717886" w:rsidRDefault="0047346F">
            <w:pPr>
              <w:spacing w:after="0"/>
              <w:jc w:val="right"/>
              <w:rPr>
                <w:rFonts w:cs="Times New Roman"/>
              </w:rPr>
            </w:pPr>
            <w:r w:rsidRPr="00717886">
              <w:rPr>
                <w:rFonts w:cs="Times New Roman"/>
                <w:sz w:val="13"/>
              </w:rPr>
              <w:t>.0799</w:t>
            </w:r>
          </w:p>
        </w:tc>
        <w:tc>
          <w:tcPr>
            <w:tcW w:w="936" w:type="dxa"/>
            <w:tcMar>
              <w:top w:w="70" w:type="dxa"/>
              <w:left w:w="95" w:type="dxa"/>
              <w:bottom w:w="70" w:type="dxa"/>
              <w:right w:w="95" w:type="dxa"/>
            </w:tcMar>
            <w:vAlign w:val="center"/>
          </w:tcPr>
          <w:p w14:paraId="32E5B573" w14:textId="77777777" w:rsidR="00423D2F" w:rsidRPr="00717886" w:rsidRDefault="0047346F">
            <w:pPr>
              <w:spacing w:after="0"/>
              <w:jc w:val="right"/>
              <w:rPr>
                <w:rFonts w:cs="Times New Roman"/>
              </w:rPr>
            </w:pPr>
            <w:r w:rsidRPr="00717886">
              <w:rPr>
                <w:rFonts w:cs="Times New Roman"/>
                <w:sz w:val="13"/>
              </w:rPr>
              <w:t>.1125</w:t>
            </w:r>
          </w:p>
        </w:tc>
        <w:tc>
          <w:tcPr>
            <w:tcW w:w="1440" w:type="dxa"/>
            <w:tcMar>
              <w:top w:w="70" w:type="dxa"/>
              <w:left w:w="95" w:type="dxa"/>
              <w:bottom w:w="70" w:type="dxa"/>
              <w:right w:w="95" w:type="dxa"/>
            </w:tcMar>
            <w:vAlign w:val="center"/>
          </w:tcPr>
          <w:p w14:paraId="316EC695" w14:textId="77777777" w:rsidR="00423D2F" w:rsidRPr="00717886" w:rsidRDefault="0047346F">
            <w:pPr>
              <w:spacing w:after="0"/>
              <w:jc w:val="center"/>
              <w:rPr>
                <w:rFonts w:cs="Times New Roman"/>
              </w:rPr>
            </w:pPr>
            <w:r w:rsidRPr="00717886">
              <w:rPr>
                <w:rFonts w:cs="Times New Roman"/>
                <w:sz w:val="13"/>
              </w:rPr>
              <w:t>[−.1482, .3081]</w:t>
            </w:r>
          </w:p>
        </w:tc>
        <w:tc>
          <w:tcPr>
            <w:tcW w:w="892" w:type="dxa"/>
            <w:tcMar>
              <w:top w:w="70" w:type="dxa"/>
              <w:left w:w="95" w:type="dxa"/>
              <w:bottom w:w="70" w:type="dxa"/>
              <w:right w:w="95" w:type="dxa"/>
            </w:tcMar>
            <w:vAlign w:val="center"/>
          </w:tcPr>
          <w:p w14:paraId="01C518C0" w14:textId="77777777" w:rsidR="00423D2F" w:rsidRPr="00717886" w:rsidRDefault="0047346F">
            <w:pPr>
              <w:spacing w:after="0"/>
              <w:jc w:val="right"/>
              <w:rPr>
                <w:rFonts w:cs="Times New Roman"/>
              </w:rPr>
            </w:pPr>
            <w:r w:rsidRPr="00717886">
              <w:rPr>
                <w:rFonts w:cs="Times New Roman"/>
                <w:sz w:val="13"/>
              </w:rPr>
              <w:t>.482</w:t>
            </w:r>
          </w:p>
        </w:tc>
        <w:tc>
          <w:tcPr>
            <w:tcW w:w="648" w:type="dxa"/>
            <w:tcMar>
              <w:top w:w="70" w:type="dxa"/>
              <w:left w:w="95" w:type="dxa"/>
              <w:bottom w:w="70" w:type="dxa"/>
              <w:right w:w="95" w:type="dxa"/>
            </w:tcMar>
            <w:vAlign w:val="center"/>
          </w:tcPr>
          <w:p w14:paraId="01533055"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6F71D14B"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872D3DA" w14:textId="77777777">
        <w:trPr>
          <w:cantSplit/>
          <w:jc w:val="center"/>
        </w:trPr>
        <w:tc>
          <w:tcPr>
            <w:tcW w:w="792" w:type="dxa"/>
            <w:shd w:val="clear" w:color="auto" w:fill="F5F7F9"/>
            <w:tcMar>
              <w:top w:w="70" w:type="dxa"/>
              <w:left w:w="95" w:type="dxa"/>
              <w:bottom w:w="70" w:type="dxa"/>
              <w:right w:w="95" w:type="dxa"/>
            </w:tcMar>
            <w:vAlign w:val="center"/>
          </w:tcPr>
          <w:p w14:paraId="01EEFE35"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489ADC32" w14:textId="77777777" w:rsidR="00423D2F" w:rsidRPr="00717886" w:rsidRDefault="0047346F">
            <w:pPr>
              <w:spacing w:after="0"/>
              <w:jc w:val="center"/>
              <w:rPr>
                <w:rFonts w:cs="Times New Roman"/>
              </w:rPr>
            </w:pPr>
            <w:r w:rsidRPr="00717886">
              <w:rPr>
                <w:rFonts w:cs="Times New Roman"/>
                <w:sz w:val="13"/>
              </w:rPr>
              <w:t>AVI010</w:t>
            </w:r>
          </w:p>
        </w:tc>
        <w:tc>
          <w:tcPr>
            <w:tcW w:w="2664" w:type="dxa"/>
            <w:shd w:val="clear" w:color="auto" w:fill="F5F7F9"/>
            <w:tcMar>
              <w:top w:w="70" w:type="dxa"/>
              <w:left w:w="95" w:type="dxa"/>
              <w:bottom w:w="70" w:type="dxa"/>
              <w:right w:w="95" w:type="dxa"/>
            </w:tcMar>
            <w:vAlign w:val="center"/>
          </w:tcPr>
          <w:p w14:paraId="77FE32B2"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6DEBC0E9" w14:textId="77777777" w:rsidR="00423D2F" w:rsidRPr="00717886" w:rsidRDefault="0047346F">
            <w:pPr>
              <w:spacing w:after="0"/>
              <w:jc w:val="right"/>
              <w:rPr>
                <w:rFonts w:cs="Times New Roman"/>
              </w:rPr>
            </w:pPr>
            <w:r w:rsidRPr="00717886">
              <w:rPr>
                <w:rFonts w:cs="Times New Roman"/>
                <w:sz w:val="13"/>
              </w:rPr>
              <w:t>.0738</w:t>
            </w:r>
          </w:p>
        </w:tc>
        <w:tc>
          <w:tcPr>
            <w:tcW w:w="936" w:type="dxa"/>
            <w:shd w:val="clear" w:color="auto" w:fill="F5F7F9"/>
            <w:tcMar>
              <w:top w:w="70" w:type="dxa"/>
              <w:left w:w="95" w:type="dxa"/>
              <w:bottom w:w="70" w:type="dxa"/>
              <w:right w:w="95" w:type="dxa"/>
            </w:tcMar>
            <w:vAlign w:val="center"/>
          </w:tcPr>
          <w:p w14:paraId="08549A5E" w14:textId="77777777" w:rsidR="00423D2F" w:rsidRPr="00717886" w:rsidRDefault="0047346F">
            <w:pPr>
              <w:spacing w:after="0"/>
              <w:jc w:val="right"/>
              <w:rPr>
                <w:rFonts w:cs="Times New Roman"/>
              </w:rPr>
            </w:pPr>
            <w:r w:rsidRPr="00717886">
              <w:rPr>
                <w:rFonts w:cs="Times New Roman"/>
                <w:sz w:val="13"/>
              </w:rPr>
              <w:t>.1126</w:t>
            </w:r>
          </w:p>
        </w:tc>
        <w:tc>
          <w:tcPr>
            <w:tcW w:w="1440" w:type="dxa"/>
            <w:shd w:val="clear" w:color="auto" w:fill="F5F7F9"/>
            <w:tcMar>
              <w:top w:w="70" w:type="dxa"/>
              <w:left w:w="95" w:type="dxa"/>
              <w:bottom w:w="70" w:type="dxa"/>
              <w:right w:w="95" w:type="dxa"/>
            </w:tcMar>
            <w:vAlign w:val="center"/>
          </w:tcPr>
          <w:p w14:paraId="30B2B508" w14:textId="77777777" w:rsidR="00423D2F" w:rsidRPr="00717886" w:rsidRDefault="0047346F">
            <w:pPr>
              <w:spacing w:after="0"/>
              <w:jc w:val="center"/>
              <w:rPr>
                <w:rFonts w:cs="Times New Roman"/>
              </w:rPr>
            </w:pPr>
            <w:r w:rsidRPr="00717886">
              <w:rPr>
                <w:rFonts w:cs="Times New Roman"/>
                <w:sz w:val="13"/>
              </w:rPr>
              <w:t>[−.1545, .3021]</w:t>
            </w:r>
          </w:p>
        </w:tc>
        <w:tc>
          <w:tcPr>
            <w:tcW w:w="892" w:type="dxa"/>
            <w:shd w:val="clear" w:color="auto" w:fill="F5F7F9"/>
            <w:tcMar>
              <w:top w:w="70" w:type="dxa"/>
              <w:left w:w="95" w:type="dxa"/>
              <w:bottom w:w="70" w:type="dxa"/>
              <w:right w:w="95" w:type="dxa"/>
            </w:tcMar>
            <w:vAlign w:val="center"/>
          </w:tcPr>
          <w:p w14:paraId="52D7C62D" w14:textId="77777777" w:rsidR="00423D2F" w:rsidRPr="00717886" w:rsidRDefault="0047346F">
            <w:pPr>
              <w:spacing w:after="0"/>
              <w:jc w:val="right"/>
              <w:rPr>
                <w:rFonts w:cs="Times New Roman"/>
              </w:rPr>
            </w:pPr>
            <w:r w:rsidRPr="00717886">
              <w:rPr>
                <w:rFonts w:cs="Times New Roman"/>
                <w:sz w:val="13"/>
              </w:rPr>
              <w:t>.516</w:t>
            </w:r>
          </w:p>
        </w:tc>
        <w:tc>
          <w:tcPr>
            <w:tcW w:w="648" w:type="dxa"/>
            <w:shd w:val="clear" w:color="auto" w:fill="F5F7F9"/>
            <w:tcMar>
              <w:top w:w="70" w:type="dxa"/>
              <w:left w:w="95" w:type="dxa"/>
              <w:bottom w:w="70" w:type="dxa"/>
              <w:right w:w="95" w:type="dxa"/>
            </w:tcMar>
            <w:vAlign w:val="center"/>
          </w:tcPr>
          <w:p w14:paraId="3ADA971F"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6EE453E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53C8EFD6" w14:textId="77777777">
        <w:trPr>
          <w:cantSplit/>
          <w:jc w:val="center"/>
        </w:trPr>
        <w:tc>
          <w:tcPr>
            <w:tcW w:w="792" w:type="dxa"/>
            <w:tcMar>
              <w:top w:w="70" w:type="dxa"/>
              <w:left w:w="95" w:type="dxa"/>
              <w:bottom w:w="70" w:type="dxa"/>
              <w:right w:w="95" w:type="dxa"/>
            </w:tcMar>
            <w:vAlign w:val="center"/>
          </w:tcPr>
          <w:p w14:paraId="7836286F"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50BA2D26" w14:textId="77777777" w:rsidR="00423D2F" w:rsidRPr="00717886" w:rsidRDefault="0047346F">
            <w:pPr>
              <w:spacing w:after="0"/>
              <w:jc w:val="center"/>
              <w:rPr>
                <w:rFonts w:cs="Times New Roman"/>
              </w:rPr>
            </w:pPr>
            <w:r w:rsidRPr="00717886">
              <w:rPr>
                <w:rFonts w:cs="Times New Roman"/>
                <w:sz w:val="13"/>
              </w:rPr>
              <w:t>AVI011</w:t>
            </w:r>
          </w:p>
        </w:tc>
        <w:tc>
          <w:tcPr>
            <w:tcW w:w="2664" w:type="dxa"/>
            <w:tcMar>
              <w:top w:w="70" w:type="dxa"/>
              <w:left w:w="95" w:type="dxa"/>
              <w:bottom w:w="70" w:type="dxa"/>
              <w:right w:w="95" w:type="dxa"/>
            </w:tcMar>
            <w:vAlign w:val="center"/>
          </w:tcPr>
          <w:p w14:paraId="1162EA57"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AC4D5C9" w14:textId="77777777" w:rsidR="00423D2F" w:rsidRPr="00717886" w:rsidRDefault="0047346F">
            <w:pPr>
              <w:spacing w:after="0"/>
              <w:jc w:val="right"/>
              <w:rPr>
                <w:rFonts w:cs="Times New Roman"/>
              </w:rPr>
            </w:pPr>
            <w:r w:rsidRPr="00717886">
              <w:rPr>
                <w:rFonts w:cs="Times New Roman"/>
                <w:sz w:val="13"/>
              </w:rPr>
              <w:t>.0914</w:t>
            </w:r>
          </w:p>
        </w:tc>
        <w:tc>
          <w:tcPr>
            <w:tcW w:w="936" w:type="dxa"/>
            <w:tcMar>
              <w:top w:w="70" w:type="dxa"/>
              <w:left w:w="95" w:type="dxa"/>
              <w:bottom w:w="70" w:type="dxa"/>
              <w:right w:w="95" w:type="dxa"/>
            </w:tcMar>
            <w:vAlign w:val="center"/>
          </w:tcPr>
          <w:p w14:paraId="0C4A531E" w14:textId="77777777" w:rsidR="00423D2F" w:rsidRPr="00717886" w:rsidRDefault="0047346F">
            <w:pPr>
              <w:spacing w:after="0"/>
              <w:jc w:val="right"/>
              <w:rPr>
                <w:rFonts w:cs="Times New Roman"/>
              </w:rPr>
            </w:pPr>
            <w:r w:rsidRPr="00717886">
              <w:rPr>
                <w:rFonts w:cs="Times New Roman"/>
                <w:sz w:val="13"/>
              </w:rPr>
              <w:t>.1135</w:t>
            </w:r>
          </w:p>
        </w:tc>
        <w:tc>
          <w:tcPr>
            <w:tcW w:w="1440" w:type="dxa"/>
            <w:tcMar>
              <w:top w:w="70" w:type="dxa"/>
              <w:left w:w="95" w:type="dxa"/>
              <w:bottom w:w="70" w:type="dxa"/>
              <w:right w:w="95" w:type="dxa"/>
            </w:tcMar>
            <w:vAlign w:val="center"/>
          </w:tcPr>
          <w:p w14:paraId="1A636A3C" w14:textId="77777777" w:rsidR="00423D2F" w:rsidRPr="00717886" w:rsidRDefault="0047346F">
            <w:pPr>
              <w:spacing w:after="0"/>
              <w:jc w:val="center"/>
              <w:rPr>
                <w:rFonts w:cs="Times New Roman"/>
              </w:rPr>
            </w:pPr>
            <w:r w:rsidRPr="00717886">
              <w:rPr>
                <w:rFonts w:cs="Times New Roman"/>
                <w:sz w:val="13"/>
              </w:rPr>
              <w:t>[−.1388, .3216]</w:t>
            </w:r>
          </w:p>
        </w:tc>
        <w:tc>
          <w:tcPr>
            <w:tcW w:w="892" w:type="dxa"/>
            <w:tcMar>
              <w:top w:w="70" w:type="dxa"/>
              <w:left w:w="95" w:type="dxa"/>
              <w:bottom w:w="70" w:type="dxa"/>
              <w:right w:w="95" w:type="dxa"/>
            </w:tcMar>
            <w:vAlign w:val="center"/>
          </w:tcPr>
          <w:p w14:paraId="72EF4C72" w14:textId="77777777" w:rsidR="00423D2F" w:rsidRPr="00717886" w:rsidRDefault="0047346F">
            <w:pPr>
              <w:spacing w:after="0"/>
              <w:jc w:val="right"/>
              <w:rPr>
                <w:rFonts w:cs="Times New Roman"/>
              </w:rPr>
            </w:pPr>
            <w:r w:rsidRPr="00717886">
              <w:rPr>
                <w:rFonts w:cs="Times New Roman"/>
                <w:sz w:val="13"/>
              </w:rPr>
              <w:t>.426</w:t>
            </w:r>
          </w:p>
        </w:tc>
        <w:tc>
          <w:tcPr>
            <w:tcW w:w="648" w:type="dxa"/>
            <w:tcMar>
              <w:top w:w="70" w:type="dxa"/>
              <w:left w:w="95" w:type="dxa"/>
              <w:bottom w:w="70" w:type="dxa"/>
              <w:right w:w="95" w:type="dxa"/>
            </w:tcMar>
            <w:vAlign w:val="center"/>
          </w:tcPr>
          <w:p w14:paraId="6154AAA5"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08237840"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9C8AF33" w14:textId="77777777">
        <w:trPr>
          <w:cantSplit/>
          <w:jc w:val="center"/>
        </w:trPr>
        <w:tc>
          <w:tcPr>
            <w:tcW w:w="792" w:type="dxa"/>
            <w:shd w:val="clear" w:color="auto" w:fill="F5F7F9"/>
            <w:tcMar>
              <w:top w:w="70" w:type="dxa"/>
              <w:left w:w="95" w:type="dxa"/>
              <w:bottom w:w="70" w:type="dxa"/>
              <w:right w:w="95" w:type="dxa"/>
            </w:tcMar>
            <w:vAlign w:val="center"/>
          </w:tcPr>
          <w:p w14:paraId="5EA5D49C"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1ADA45C8" w14:textId="77777777" w:rsidR="00423D2F" w:rsidRPr="00717886" w:rsidRDefault="0047346F">
            <w:pPr>
              <w:spacing w:after="0"/>
              <w:jc w:val="center"/>
              <w:rPr>
                <w:rFonts w:cs="Times New Roman"/>
              </w:rPr>
            </w:pPr>
            <w:r w:rsidRPr="00717886">
              <w:rPr>
                <w:rFonts w:cs="Times New Roman"/>
                <w:sz w:val="13"/>
              </w:rPr>
              <w:t>AVI012</w:t>
            </w:r>
          </w:p>
        </w:tc>
        <w:tc>
          <w:tcPr>
            <w:tcW w:w="2664" w:type="dxa"/>
            <w:shd w:val="clear" w:color="auto" w:fill="F5F7F9"/>
            <w:tcMar>
              <w:top w:w="70" w:type="dxa"/>
              <w:left w:w="95" w:type="dxa"/>
              <w:bottom w:w="70" w:type="dxa"/>
              <w:right w:w="95" w:type="dxa"/>
            </w:tcMar>
            <w:vAlign w:val="center"/>
          </w:tcPr>
          <w:p w14:paraId="42B3CCB8"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6C17821" w14:textId="77777777" w:rsidR="00423D2F" w:rsidRPr="00717886" w:rsidRDefault="0047346F">
            <w:pPr>
              <w:spacing w:after="0"/>
              <w:jc w:val="right"/>
              <w:rPr>
                <w:rFonts w:cs="Times New Roman"/>
              </w:rPr>
            </w:pPr>
            <w:r w:rsidRPr="00717886">
              <w:rPr>
                <w:rFonts w:cs="Times New Roman"/>
                <w:sz w:val="13"/>
              </w:rPr>
              <w:t>.0753</w:t>
            </w:r>
          </w:p>
        </w:tc>
        <w:tc>
          <w:tcPr>
            <w:tcW w:w="936" w:type="dxa"/>
            <w:shd w:val="clear" w:color="auto" w:fill="F5F7F9"/>
            <w:tcMar>
              <w:top w:w="70" w:type="dxa"/>
              <w:left w:w="95" w:type="dxa"/>
              <w:bottom w:w="70" w:type="dxa"/>
              <w:right w:w="95" w:type="dxa"/>
            </w:tcMar>
            <w:vAlign w:val="center"/>
          </w:tcPr>
          <w:p w14:paraId="472A2FD4" w14:textId="77777777" w:rsidR="00423D2F" w:rsidRPr="00717886" w:rsidRDefault="0047346F">
            <w:pPr>
              <w:spacing w:after="0"/>
              <w:jc w:val="right"/>
              <w:rPr>
                <w:rFonts w:cs="Times New Roman"/>
              </w:rPr>
            </w:pPr>
            <w:r w:rsidRPr="00717886">
              <w:rPr>
                <w:rFonts w:cs="Times New Roman"/>
                <w:sz w:val="13"/>
              </w:rPr>
              <w:t>.1120</w:t>
            </w:r>
          </w:p>
        </w:tc>
        <w:tc>
          <w:tcPr>
            <w:tcW w:w="1440" w:type="dxa"/>
            <w:shd w:val="clear" w:color="auto" w:fill="F5F7F9"/>
            <w:tcMar>
              <w:top w:w="70" w:type="dxa"/>
              <w:left w:w="95" w:type="dxa"/>
              <w:bottom w:w="70" w:type="dxa"/>
              <w:right w:w="95" w:type="dxa"/>
            </w:tcMar>
            <w:vAlign w:val="center"/>
          </w:tcPr>
          <w:p w14:paraId="3879A771" w14:textId="77777777" w:rsidR="00423D2F" w:rsidRPr="00717886" w:rsidRDefault="0047346F">
            <w:pPr>
              <w:spacing w:after="0"/>
              <w:jc w:val="center"/>
              <w:rPr>
                <w:rFonts w:cs="Times New Roman"/>
              </w:rPr>
            </w:pPr>
            <w:r w:rsidRPr="00717886">
              <w:rPr>
                <w:rFonts w:cs="Times New Roman"/>
                <w:sz w:val="13"/>
              </w:rPr>
              <w:t>[−.1519, .3025]</w:t>
            </w:r>
          </w:p>
        </w:tc>
        <w:tc>
          <w:tcPr>
            <w:tcW w:w="892" w:type="dxa"/>
            <w:shd w:val="clear" w:color="auto" w:fill="F5F7F9"/>
            <w:tcMar>
              <w:top w:w="70" w:type="dxa"/>
              <w:left w:w="95" w:type="dxa"/>
              <w:bottom w:w="70" w:type="dxa"/>
              <w:right w:w="95" w:type="dxa"/>
            </w:tcMar>
            <w:vAlign w:val="center"/>
          </w:tcPr>
          <w:p w14:paraId="2E196235" w14:textId="77777777" w:rsidR="00423D2F" w:rsidRPr="00717886" w:rsidRDefault="0047346F">
            <w:pPr>
              <w:spacing w:after="0"/>
              <w:jc w:val="right"/>
              <w:rPr>
                <w:rFonts w:cs="Times New Roman"/>
              </w:rPr>
            </w:pPr>
            <w:r w:rsidRPr="00717886">
              <w:rPr>
                <w:rFonts w:cs="Times New Roman"/>
                <w:sz w:val="13"/>
              </w:rPr>
              <w:t>.506</w:t>
            </w:r>
          </w:p>
        </w:tc>
        <w:tc>
          <w:tcPr>
            <w:tcW w:w="648" w:type="dxa"/>
            <w:shd w:val="clear" w:color="auto" w:fill="F5F7F9"/>
            <w:tcMar>
              <w:top w:w="70" w:type="dxa"/>
              <w:left w:w="95" w:type="dxa"/>
              <w:bottom w:w="70" w:type="dxa"/>
              <w:right w:w="95" w:type="dxa"/>
            </w:tcMar>
            <w:vAlign w:val="center"/>
          </w:tcPr>
          <w:p w14:paraId="1ED96206"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149240B2"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8A007D7" w14:textId="77777777">
        <w:trPr>
          <w:cantSplit/>
          <w:jc w:val="center"/>
        </w:trPr>
        <w:tc>
          <w:tcPr>
            <w:tcW w:w="792" w:type="dxa"/>
            <w:tcMar>
              <w:top w:w="70" w:type="dxa"/>
              <w:left w:w="95" w:type="dxa"/>
              <w:bottom w:w="70" w:type="dxa"/>
              <w:right w:w="95" w:type="dxa"/>
            </w:tcMar>
            <w:vAlign w:val="center"/>
          </w:tcPr>
          <w:p w14:paraId="32F61CC2"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26BA012A" w14:textId="77777777" w:rsidR="00423D2F" w:rsidRPr="00717886" w:rsidRDefault="0047346F">
            <w:pPr>
              <w:spacing w:after="0"/>
              <w:jc w:val="center"/>
              <w:rPr>
                <w:rFonts w:cs="Times New Roman"/>
              </w:rPr>
            </w:pPr>
            <w:r w:rsidRPr="00717886">
              <w:rPr>
                <w:rFonts w:cs="Times New Roman"/>
                <w:sz w:val="13"/>
              </w:rPr>
              <w:t>AVI013</w:t>
            </w:r>
          </w:p>
        </w:tc>
        <w:tc>
          <w:tcPr>
            <w:tcW w:w="2664" w:type="dxa"/>
            <w:tcMar>
              <w:top w:w="70" w:type="dxa"/>
              <w:left w:w="95" w:type="dxa"/>
              <w:bottom w:w="70" w:type="dxa"/>
              <w:right w:w="95" w:type="dxa"/>
            </w:tcMar>
            <w:vAlign w:val="center"/>
          </w:tcPr>
          <w:p w14:paraId="48CB750F"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4056A142" w14:textId="77777777" w:rsidR="00423D2F" w:rsidRPr="00717886" w:rsidRDefault="0047346F">
            <w:pPr>
              <w:spacing w:after="0"/>
              <w:jc w:val="right"/>
              <w:rPr>
                <w:rFonts w:cs="Times New Roman"/>
              </w:rPr>
            </w:pPr>
            <w:r w:rsidRPr="00717886">
              <w:rPr>
                <w:rFonts w:cs="Times New Roman"/>
                <w:sz w:val="13"/>
              </w:rPr>
              <w:t>.1350</w:t>
            </w:r>
          </w:p>
        </w:tc>
        <w:tc>
          <w:tcPr>
            <w:tcW w:w="936" w:type="dxa"/>
            <w:tcMar>
              <w:top w:w="70" w:type="dxa"/>
              <w:left w:w="95" w:type="dxa"/>
              <w:bottom w:w="70" w:type="dxa"/>
              <w:right w:w="95" w:type="dxa"/>
            </w:tcMar>
            <w:vAlign w:val="center"/>
          </w:tcPr>
          <w:p w14:paraId="56752E87" w14:textId="77777777" w:rsidR="00423D2F" w:rsidRPr="00717886" w:rsidRDefault="0047346F">
            <w:pPr>
              <w:spacing w:after="0"/>
              <w:jc w:val="right"/>
              <w:rPr>
                <w:rFonts w:cs="Times New Roman"/>
              </w:rPr>
            </w:pPr>
            <w:r w:rsidRPr="00717886">
              <w:rPr>
                <w:rFonts w:cs="Times New Roman"/>
                <w:sz w:val="13"/>
              </w:rPr>
              <w:t>.1014</w:t>
            </w:r>
          </w:p>
        </w:tc>
        <w:tc>
          <w:tcPr>
            <w:tcW w:w="1440" w:type="dxa"/>
            <w:tcMar>
              <w:top w:w="70" w:type="dxa"/>
              <w:left w:w="95" w:type="dxa"/>
              <w:bottom w:w="70" w:type="dxa"/>
              <w:right w:w="95" w:type="dxa"/>
            </w:tcMar>
            <w:vAlign w:val="center"/>
          </w:tcPr>
          <w:p w14:paraId="6886CACE" w14:textId="77777777" w:rsidR="00423D2F" w:rsidRPr="00717886" w:rsidRDefault="0047346F">
            <w:pPr>
              <w:spacing w:after="0"/>
              <w:jc w:val="center"/>
              <w:rPr>
                <w:rFonts w:cs="Times New Roman"/>
              </w:rPr>
            </w:pPr>
            <w:r w:rsidRPr="00717886">
              <w:rPr>
                <w:rFonts w:cs="Times New Roman"/>
                <w:sz w:val="13"/>
              </w:rPr>
              <w:t>[−.0707, .3407]</w:t>
            </w:r>
          </w:p>
        </w:tc>
        <w:tc>
          <w:tcPr>
            <w:tcW w:w="892" w:type="dxa"/>
            <w:tcMar>
              <w:top w:w="70" w:type="dxa"/>
              <w:left w:w="95" w:type="dxa"/>
              <w:bottom w:w="70" w:type="dxa"/>
              <w:right w:w="95" w:type="dxa"/>
            </w:tcMar>
            <w:vAlign w:val="center"/>
          </w:tcPr>
          <w:p w14:paraId="161F31E8" w14:textId="77777777" w:rsidR="00423D2F" w:rsidRPr="00717886" w:rsidRDefault="0047346F">
            <w:pPr>
              <w:spacing w:after="0"/>
              <w:jc w:val="right"/>
              <w:rPr>
                <w:rFonts w:cs="Times New Roman"/>
              </w:rPr>
            </w:pPr>
            <w:r w:rsidRPr="00717886">
              <w:rPr>
                <w:rFonts w:cs="Times New Roman"/>
                <w:sz w:val="13"/>
              </w:rPr>
              <w:t>.191</w:t>
            </w:r>
          </w:p>
        </w:tc>
        <w:tc>
          <w:tcPr>
            <w:tcW w:w="648" w:type="dxa"/>
            <w:tcMar>
              <w:top w:w="70" w:type="dxa"/>
              <w:left w:w="95" w:type="dxa"/>
              <w:bottom w:w="70" w:type="dxa"/>
              <w:right w:w="95" w:type="dxa"/>
            </w:tcMar>
            <w:vAlign w:val="center"/>
          </w:tcPr>
          <w:p w14:paraId="45CA486E"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7C4971C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65A2F2B" w14:textId="77777777">
        <w:trPr>
          <w:cantSplit/>
          <w:jc w:val="center"/>
        </w:trPr>
        <w:tc>
          <w:tcPr>
            <w:tcW w:w="792" w:type="dxa"/>
            <w:shd w:val="clear" w:color="auto" w:fill="F5F7F9"/>
            <w:tcMar>
              <w:top w:w="70" w:type="dxa"/>
              <w:left w:w="95" w:type="dxa"/>
              <w:bottom w:w="70" w:type="dxa"/>
              <w:right w:w="95" w:type="dxa"/>
            </w:tcMar>
            <w:vAlign w:val="center"/>
          </w:tcPr>
          <w:p w14:paraId="1E597D7A"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6A2F77E7" w14:textId="77777777" w:rsidR="00423D2F" w:rsidRPr="00717886" w:rsidRDefault="0047346F">
            <w:pPr>
              <w:spacing w:after="0"/>
              <w:jc w:val="center"/>
              <w:rPr>
                <w:rFonts w:cs="Times New Roman"/>
              </w:rPr>
            </w:pPr>
            <w:r w:rsidRPr="00717886">
              <w:rPr>
                <w:rFonts w:cs="Times New Roman"/>
                <w:sz w:val="13"/>
              </w:rPr>
              <w:t>AVI014</w:t>
            </w:r>
          </w:p>
        </w:tc>
        <w:tc>
          <w:tcPr>
            <w:tcW w:w="2664" w:type="dxa"/>
            <w:shd w:val="clear" w:color="auto" w:fill="F5F7F9"/>
            <w:tcMar>
              <w:top w:w="70" w:type="dxa"/>
              <w:left w:w="95" w:type="dxa"/>
              <w:bottom w:w="70" w:type="dxa"/>
              <w:right w:w="95" w:type="dxa"/>
            </w:tcMar>
            <w:vAlign w:val="center"/>
          </w:tcPr>
          <w:p w14:paraId="3A17B6CE"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ACCC72A" w14:textId="77777777" w:rsidR="00423D2F" w:rsidRPr="00717886" w:rsidRDefault="0047346F">
            <w:pPr>
              <w:spacing w:after="0"/>
              <w:jc w:val="right"/>
              <w:rPr>
                <w:rFonts w:cs="Times New Roman"/>
              </w:rPr>
            </w:pPr>
            <w:r w:rsidRPr="00717886">
              <w:rPr>
                <w:rFonts w:cs="Times New Roman"/>
                <w:sz w:val="13"/>
              </w:rPr>
              <w:t>.0990</w:t>
            </w:r>
          </w:p>
        </w:tc>
        <w:tc>
          <w:tcPr>
            <w:tcW w:w="936" w:type="dxa"/>
            <w:shd w:val="clear" w:color="auto" w:fill="F5F7F9"/>
            <w:tcMar>
              <w:top w:w="70" w:type="dxa"/>
              <w:left w:w="95" w:type="dxa"/>
              <w:bottom w:w="70" w:type="dxa"/>
              <w:right w:w="95" w:type="dxa"/>
            </w:tcMar>
            <w:vAlign w:val="center"/>
          </w:tcPr>
          <w:p w14:paraId="5D01774A" w14:textId="77777777" w:rsidR="00423D2F" w:rsidRPr="00717886" w:rsidRDefault="0047346F">
            <w:pPr>
              <w:spacing w:after="0"/>
              <w:jc w:val="right"/>
              <w:rPr>
                <w:rFonts w:cs="Times New Roman"/>
              </w:rPr>
            </w:pPr>
            <w:r w:rsidRPr="00717886">
              <w:rPr>
                <w:rFonts w:cs="Times New Roman"/>
                <w:sz w:val="13"/>
              </w:rPr>
              <w:t>.1112</w:t>
            </w:r>
          </w:p>
        </w:tc>
        <w:tc>
          <w:tcPr>
            <w:tcW w:w="1440" w:type="dxa"/>
            <w:shd w:val="clear" w:color="auto" w:fill="F5F7F9"/>
            <w:tcMar>
              <w:top w:w="70" w:type="dxa"/>
              <w:left w:w="95" w:type="dxa"/>
              <w:bottom w:w="70" w:type="dxa"/>
              <w:right w:w="95" w:type="dxa"/>
            </w:tcMar>
            <w:vAlign w:val="center"/>
          </w:tcPr>
          <w:p w14:paraId="1C4A3457" w14:textId="77777777" w:rsidR="00423D2F" w:rsidRPr="00717886" w:rsidRDefault="0047346F">
            <w:pPr>
              <w:spacing w:after="0"/>
              <w:jc w:val="center"/>
              <w:rPr>
                <w:rFonts w:cs="Times New Roman"/>
              </w:rPr>
            </w:pPr>
            <w:r w:rsidRPr="00717886">
              <w:rPr>
                <w:rFonts w:cs="Times New Roman"/>
                <w:sz w:val="13"/>
              </w:rPr>
              <w:t>[−.1266, .3246]</w:t>
            </w:r>
          </w:p>
        </w:tc>
        <w:tc>
          <w:tcPr>
            <w:tcW w:w="892" w:type="dxa"/>
            <w:shd w:val="clear" w:color="auto" w:fill="F5F7F9"/>
            <w:tcMar>
              <w:top w:w="70" w:type="dxa"/>
              <w:left w:w="95" w:type="dxa"/>
              <w:bottom w:w="70" w:type="dxa"/>
              <w:right w:w="95" w:type="dxa"/>
            </w:tcMar>
            <w:vAlign w:val="center"/>
          </w:tcPr>
          <w:p w14:paraId="65C6BB01" w14:textId="77777777" w:rsidR="00423D2F" w:rsidRPr="00717886" w:rsidRDefault="0047346F">
            <w:pPr>
              <w:spacing w:after="0"/>
              <w:jc w:val="right"/>
              <w:rPr>
                <w:rFonts w:cs="Times New Roman"/>
              </w:rPr>
            </w:pPr>
            <w:r w:rsidRPr="00717886">
              <w:rPr>
                <w:rFonts w:cs="Times New Roman"/>
                <w:sz w:val="13"/>
              </w:rPr>
              <w:t>.379</w:t>
            </w:r>
          </w:p>
        </w:tc>
        <w:tc>
          <w:tcPr>
            <w:tcW w:w="648" w:type="dxa"/>
            <w:shd w:val="clear" w:color="auto" w:fill="F5F7F9"/>
            <w:tcMar>
              <w:top w:w="70" w:type="dxa"/>
              <w:left w:w="95" w:type="dxa"/>
              <w:bottom w:w="70" w:type="dxa"/>
              <w:right w:w="95" w:type="dxa"/>
            </w:tcMar>
            <w:vAlign w:val="center"/>
          </w:tcPr>
          <w:p w14:paraId="1401078F"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068BA589"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610DB33" w14:textId="77777777">
        <w:trPr>
          <w:cantSplit/>
          <w:jc w:val="center"/>
        </w:trPr>
        <w:tc>
          <w:tcPr>
            <w:tcW w:w="792" w:type="dxa"/>
            <w:tcMar>
              <w:top w:w="70" w:type="dxa"/>
              <w:left w:w="95" w:type="dxa"/>
              <w:bottom w:w="70" w:type="dxa"/>
              <w:right w:w="95" w:type="dxa"/>
            </w:tcMar>
            <w:vAlign w:val="center"/>
          </w:tcPr>
          <w:p w14:paraId="3CD05984"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2006EF14" w14:textId="77777777" w:rsidR="00423D2F" w:rsidRPr="00717886" w:rsidRDefault="0047346F">
            <w:pPr>
              <w:spacing w:after="0"/>
              <w:jc w:val="center"/>
              <w:rPr>
                <w:rFonts w:cs="Times New Roman"/>
              </w:rPr>
            </w:pPr>
            <w:r w:rsidRPr="00717886">
              <w:rPr>
                <w:rFonts w:cs="Times New Roman"/>
                <w:sz w:val="13"/>
              </w:rPr>
              <w:t>AVI015</w:t>
            </w:r>
          </w:p>
        </w:tc>
        <w:tc>
          <w:tcPr>
            <w:tcW w:w="2664" w:type="dxa"/>
            <w:tcMar>
              <w:top w:w="70" w:type="dxa"/>
              <w:left w:w="95" w:type="dxa"/>
              <w:bottom w:w="70" w:type="dxa"/>
              <w:right w:w="95" w:type="dxa"/>
            </w:tcMar>
            <w:vAlign w:val="center"/>
          </w:tcPr>
          <w:p w14:paraId="450E88BD"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59A09685" w14:textId="77777777" w:rsidR="00423D2F" w:rsidRPr="00717886" w:rsidRDefault="0047346F">
            <w:pPr>
              <w:spacing w:after="0"/>
              <w:jc w:val="right"/>
              <w:rPr>
                <w:rFonts w:cs="Times New Roman"/>
              </w:rPr>
            </w:pPr>
            <w:r w:rsidRPr="00717886">
              <w:rPr>
                <w:rFonts w:cs="Times New Roman"/>
                <w:sz w:val="13"/>
              </w:rPr>
              <w:t>.0701</w:t>
            </w:r>
          </w:p>
        </w:tc>
        <w:tc>
          <w:tcPr>
            <w:tcW w:w="936" w:type="dxa"/>
            <w:tcMar>
              <w:top w:w="70" w:type="dxa"/>
              <w:left w:w="95" w:type="dxa"/>
              <w:bottom w:w="70" w:type="dxa"/>
              <w:right w:w="95" w:type="dxa"/>
            </w:tcMar>
            <w:vAlign w:val="center"/>
          </w:tcPr>
          <w:p w14:paraId="00BB60AF" w14:textId="77777777" w:rsidR="00423D2F" w:rsidRPr="00717886" w:rsidRDefault="0047346F">
            <w:pPr>
              <w:spacing w:after="0"/>
              <w:jc w:val="right"/>
              <w:rPr>
                <w:rFonts w:cs="Times New Roman"/>
              </w:rPr>
            </w:pPr>
            <w:r w:rsidRPr="00717886">
              <w:rPr>
                <w:rFonts w:cs="Times New Roman"/>
                <w:sz w:val="13"/>
              </w:rPr>
              <w:t>.1128</w:t>
            </w:r>
          </w:p>
        </w:tc>
        <w:tc>
          <w:tcPr>
            <w:tcW w:w="1440" w:type="dxa"/>
            <w:tcMar>
              <w:top w:w="70" w:type="dxa"/>
              <w:left w:w="95" w:type="dxa"/>
              <w:bottom w:w="70" w:type="dxa"/>
              <w:right w:w="95" w:type="dxa"/>
            </w:tcMar>
            <w:vAlign w:val="center"/>
          </w:tcPr>
          <w:p w14:paraId="2F78D06C" w14:textId="77777777" w:rsidR="00423D2F" w:rsidRPr="00717886" w:rsidRDefault="0047346F">
            <w:pPr>
              <w:spacing w:after="0"/>
              <w:jc w:val="center"/>
              <w:rPr>
                <w:rFonts w:cs="Times New Roman"/>
              </w:rPr>
            </w:pPr>
            <w:r w:rsidRPr="00717886">
              <w:rPr>
                <w:rFonts w:cs="Times New Roman"/>
                <w:sz w:val="13"/>
              </w:rPr>
              <w:t>[−.1587, .2989]</w:t>
            </w:r>
          </w:p>
        </w:tc>
        <w:tc>
          <w:tcPr>
            <w:tcW w:w="892" w:type="dxa"/>
            <w:tcMar>
              <w:top w:w="70" w:type="dxa"/>
              <w:left w:w="95" w:type="dxa"/>
              <w:bottom w:w="70" w:type="dxa"/>
              <w:right w:w="95" w:type="dxa"/>
            </w:tcMar>
            <w:vAlign w:val="center"/>
          </w:tcPr>
          <w:p w14:paraId="48E09793" w14:textId="77777777" w:rsidR="00423D2F" w:rsidRPr="00717886" w:rsidRDefault="0047346F">
            <w:pPr>
              <w:spacing w:after="0"/>
              <w:jc w:val="right"/>
              <w:rPr>
                <w:rFonts w:cs="Times New Roman"/>
              </w:rPr>
            </w:pPr>
            <w:r w:rsidRPr="00717886">
              <w:rPr>
                <w:rFonts w:cs="Times New Roman"/>
                <w:sz w:val="13"/>
              </w:rPr>
              <w:t>.539</w:t>
            </w:r>
          </w:p>
        </w:tc>
        <w:tc>
          <w:tcPr>
            <w:tcW w:w="648" w:type="dxa"/>
            <w:tcMar>
              <w:top w:w="70" w:type="dxa"/>
              <w:left w:w="95" w:type="dxa"/>
              <w:bottom w:w="70" w:type="dxa"/>
              <w:right w:w="95" w:type="dxa"/>
            </w:tcMar>
            <w:vAlign w:val="center"/>
          </w:tcPr>
          <w:p w14:paraId="6B23CDA9"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5795BA1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5331A805" w14:textId="77777777">
        <w:trPr>
          <w:cantSplit/>
          <w:jc w:val="center"/>
        </w:trPr>
        <w:tc>
          <w:tcPr>
            <w:tcW w:w="792" w:type="dxa"/>
            <w:shd w:val="clear" w:color="auto" w:fill="F5F7F9"/>
            <w:tcMar>
              <w:top w:w="70" w:type="dxa"/>
              <w:left w:w="95" w:type="dxa"/>
              <w:bottom w:w="70" w:type="dxa"/>
              <w:right w:w="95" w:type="dxa"/>
            </w:tcMar>
            <w:vAlign w:val="center"/>
          </w:tcPr>
          <w:p w14:paraId="6FB5FB02"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36B6082" w14:textId="77777777" w:rsidR="00423D2F" w:rsidRPr="00717886" w:rsidRDefault="0047346F">
            <w:pPr>
              <w:spacing w:after="0"/>
              <w:jc w:val="center"/>
              <w:rPr>
                <w:rFonts w:cs="Times New Roman"/>
              </w:rPr>
            </w:pPr>
            <w:r w:rsidRPr="00717886">
              <w:rPr>
                <w:rFonts w:cs="Times New Roman"/>
                <w:sz w:val="13"/>
              </w:rPr>
              <w:t>AVI016</w:t>
            </w:r>
          </w:p>
        </w:tc>
        <w:tc>
          <w:tcPr>
            <w:tcW w:w="2664" w:type="dxa"/>
            <w:shd w:val="clear" w:color="auto" w:fill="F5F7F9"/>
            <w:tcMar>
              <w:top w:w="70" w:type="dxa"/>
              <w:left w:w="95" w:type="dxa"/>
              <w:bottom w:w="70" w:type="dxa"/>
              <w:right w:w="95" w:type="dxa"/>
            </w:tcMar>
            <w:vAlign w:val="center"/>
          </w:tcPr>
          <w:p w14:paraId="39621A8B"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03A10CA2" w14:textId="77777777" w:rsidR="00423D2F" w:rsidRPr="00717886" w:rsidRDefault="0047346F">
            <w:pPr>
              <w:spacing w:after="0"/>
              <w:jc w:val="right"/>
              <w:rPr>
                <w:rFonts w:cs="Times New Roman"/>
              </w:rPr>
            </w:pPr>
            <w:r w:rsidRPr="00717886">
              <w:rPr>
                <w:rFonts w:cs="Times New Roman"/>
                <w:sz w:val="13"/>
              </w:rPr>
              <w:t>.0656</w:t>
            </w:r>
          </w:p>
        </w:tc>
        <w:tc>
          <w:tcPr>
            <w:tcW w:w="936" w:type="dxa"/>
            <w:shd w:val="clear" w:color="auto" w:fill="F5F7F9"/>
            <w:tcMar>
              <w:top w:w="70" w:type="dxa"/>
              <w:left w:w="95" w:type="dxa"/>
              <w:bottom w:w="70" w:type="dxa"/>
              <w:right w:w="95" w:type="dxa"/>
            </w:tcMar>
            <w:vAlign w:val="center"/>
          </w:tcPr>
          <w:p w14:paraId="546E56ED" w14:textId="77777777" w:rsidR="00423D2F" w:rsidRPr="00717886" w:rsidRDefault="0047346F">
            <w:pPr>
              <w:spacing w:after="0"/>
              <w:jc w:val="right"/>
              <w:rPr>
                <w:rFonts w:cs="Times New Roman"/>
              </w:rPr>
            </w:pPr>
            <w:r w:rsidRPr="00717886">
              <w:rPr>
                <w:rFonts w:cs="Times New Roman"/>
                <w:sz w:val="13"/>
              </w:rPr>
              <w:t>.1174</w:t>
            </w:r>
          </w:p>
        </w:tc>
        <w:tc>
          <w:tcPr>
            <w:tcW w:w="1440" w:type="dxa"/>
            <w:shd w:val="clear" w:color="auto" w:fill="F5F7F9"/>
            <w:tcMar>
              <w:top w:w="70" w:type="dxa"/>
              <w:left w:w="95" w:type="dxa"/>
              <w:bottom w:w="70" w:type="dxa"/>
              <w:right w:w="95" w:type="dxa"/>
            </w:tcMar>
            <w:vAlign w:val="center"/>
          </w:tcPr>
          <w:p w14:paraId="2809A528" w14:textId="77777777" w:rsidR="00423D2F" w:rsidRPr="00717886" w:rsidRDefault="0047346F">
            <w:pPr>
              <w:spacing w:after="0"/>
              <w:jc w:val="center"/>
              <w:rPr>
                <w:rFonts w:cs="Times New Roman"/>
              </w:rPr>
            </w:pPr>
            <w:r w:rsidRPr="00717886">
              <w:rPr>
                <w:rFonts w:cs="Times New Roman"/>
                <w:sz w:val="13"/>
              </w:rPr>
              <w:t>[−.1724, .3036]</w:t>
            </w:r>
          </w:p>
        </w:tc>
        <w:tc>
          <w:tcPr>
            <w:tcW w:w="892" w:type="dxa"/>
            <w:shd w:val="clear" w:color="auto" w:fill="F5F7F9"/>
            <w:tcMar>
              <w:top w:w="70" w:type="dxa"/>
              <w:left w:w="95" w:type="dxa"/>
              <w:bottom w:w="70" w:type="dxa"/>
              <w:right w:w="95" w:type="dxa"/>
            </w:tcMar>
            <w:vAlign w:val="center"/>
          </w:tcPr>
          <w:p w14:paraId="1511A7F5" w14:textId="77777777" w:rsidR="00423D2F" w:rsidRPr="00717886" w:rsidRDefault="0047346F">
            <w:pPr>
              <w:spacing w:after="0"/>
              <w:jc w:val="right"/>
              <w:rPr>
                <w:rFonts w:cs="Times New Roman"/>
              </w:rPr>
            </w:pPr>
            <w:r w:rsidRPr="00717886">
              <w:rPr>
                <w:rFonts w:cs="Times New Roman"/>
                <w:sz w:val="13"/>
              </w:rPr>
              <w:t>.580</w:t>
            </w:r>
          </w:p>
        </w:tc>
        <w:tc>
          <w:tcPr>
            <w:tcW w:w="648" w:type="dxa"/>
            <w:shd w:val="clear" w:color="auto" w:fill="F5F7F9"/>
            <w:tcMar>
              <w:top w:w="70" w:type="dxa"/>
              <w:left w:w="95" w:type="dxa"/>
              <w:bottom w:w="70" w:type="dxa"/>
              <w:right w:w="95" w:type="dxa"/>
            </w:tcMar>
            <w:vAlign w:val="center"/>
          </w:tcPr>
          <w:p w14:paraId="61650CDC"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7CAB5039"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D76DA52" w14:textId="77777777">
        <w:trPr>
          <w:cantSplit/>
          <w:jc w:val="center"/>
        </w:trPr>
        <w:tc>
          <w:tcPr>
            <w:tcW w:w="792" w:type="dxa"/>
            <w:tcMar>
              <w:top w:w="70" w:type="dxa"/>
              <w:left w:w="95" w:type="dxa"/>
              <w:bottom w:w="70" w:type="dxa"/>
              <w:right w:w="95" w:type="dxa"/>
            </w:tcMar>
            <w:vAlign w:val="center"/>
          </w:tcPr>
          <w:p w14:paraId="3307B7D6"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4A24556C" w14:textId="77777777" w:rsidR="00423D2F" w:rsidRPr="00717886" w:rsidRDefault="0047346F">
            <w:pPr>
              <w:spacing w:after="0"/>
              <w:jc w:val="center"/>
              <w:rPr>
                <w:rFonts w:cs="Times New Roman"/>
              </w:rPr>
            </w:pPr>
            <w:r w:rsidRPr="00717886">
              <w:rPr>
                <w:rFonts w:cs="Times New Roman"/>
                <w:sz w:val="13"/>
              </w:rPr>
              <w:t>AVI017</w:t>
            </w:r>
          </w:p>
        </w:tc>
        <w:tc>
          <w:tcPr>
            <w:tcW w:w="2664" w:type="dxa"/>
            <w:tcMar>
              <w:top w:w="70" w:type="dxa"/>
              <w:left w:w="95" w:type="dxa"/>
              <w:bottom w:w="70" w:type="dxa"/>
              <w:right w:w="95" w:type="dxa"/>
            </w:tcMar>
            <w:vAlign w:val="center"/>
          </w:tcPr>
          <w:p w14:paraId="6EEDF16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9535FE7" w14:textId="77777777" w:rsidR="00423D2F" w:rsidRPr="00717886" w:rsidRDefault="0047346F">
            <w:pPr>
              <w:spacing w:after="0"/>
              <w:jc w:val="right"/>
              <w:rPr>
                <w:rFonts w:cs="Times New Roman"/>
              </w:rPr>
            </w:pPr>
            <w:r w:rsidRPr="00717886">
              <w:rPr>
                <w:rFonts w:cs="Times New Roman"/>
                <w:sz w:val="13"/>
              </w:rPr>
              <w:t>.0779</w:t>
            </w:r>
          </w:p>
        </w:tc>
        <w:tc>
          <w:tcPr>
            <w:tcW w:w="936" w:type="dxa"/>
            <w:tcMar>
              <w:top w:w="70" w:type="dxa"/>
              <w:left w:w="95" w:type="dxa"/>
              <w:bottom w:w="70" w:type="dxa"/>
              <w:right w:w="95" w:type="dxa"/>
            </w:tcMar>
            <w:vAlign w:val="center"/>
          </w:tcPr>
          <w:p w14:paraId="4E92E614" w14:textId="77777777" w:rsidR="00423D2F" w:rsidRPr="00717886" w:rsidRDefault="0047346F">
            <w:pPr>
              <w:spacing w:after="0"/>
              <w:jc w:val="right"/>
              <w:rPr>
                <w:rFonts w:cs="Times New Roman"/>
              </w:rPr>
            </w:pPr>
            <w:r w:rsidRPr="00717886">
              <w:rPr>
                <w:rFonts w:cs="Times New Roman"/>
                <w:sz w:val="13"/>
              </w:rPr>
              <w:t>.1144</w:t>
            </w:r>
          </w:p>
        </w:tc>
        <w:tc>
          <w:tcPr>
            <w:tcW w:w="1440" w:type="dxa"/>
            <w:tcMar>
              <w:top w:w="70" w:type="dxa"/>
              <w:left w:w="95" w:type="dxa"/>
              <w:bottom w:w="70" w:type="dxa"/>
              <w:right w:w="95" w:type="dxa"/>
            </w:tcMar>
            <w:vAlign w:val="center"/>
          </w:tcPr>
          <w:p w14:paraId="749159D7" w14:textId="77777777" w:rsidR="00423D2F" w:rsidRPr="00717886" w:rsidRDefault="0047346F">
            <w:pPr>
              <w:spacing w:after="0"/>
              <w:jc w:val="center"/>
              <w:rPr>
                <w:rFonts w:cs="Times New Roman"/>
              </w:rPr>
            </w:pPr>
            <w:r w:rsidRPr="00717886">
              <w:rPr>
                <w:rFonts w:cs="Times New Roman"/>
                <w:sz w:val="13"/>
              </w:rPr>
              <w:t>[−.1540, .3099]</w:t>
            </w:r>
          </w:p>
        </w:tc>
        <w:tc>
          <w:tcPr>
            <w:tcW w:w="892" w:type="dxa"/>
            <w:tcMar>
              <w:top w:w="70" w:type="dxa"/>
              <w:left w:w="95" w:type="dxa"/>
              <w:bottom w:w="70" w:type="dxa"/>
              <w:right w:w="95" w:type="dxa"/>
            </w:tcMar>
            <w:vAlign w:val="center"/>
          </w:tcPr>
          <w:p w14:paraId="07307F60" w14:textId="77777777" w:rsidR="00423D2F" w:rsidRPr="00717886" w:rsidRDefault="0047346F">
            <w:pPr>
              <w:spacing w:after="0"/>
              <w:jc w:val="right"/>
              <w:rPr>
                <w:rFonts w:cs="Times New Roman"/>
              </w:rPr>
            </w:pPr>
            <w:r w:rsidRPr="00717886">
              <w:rPr>
                <w:rFonts w:cs="Times New Roman"/>
                <w:sz w:val="13"/>
              </w:rPr>
              <w:t>.500</w:t>
            </w:r>
          </w:p>
        </w:tc>
        <w:tc>
          <w:tcPr>
            <w:tcW w:w="648" w:type="dxa"/>
            <w:tcMar>
              <w:top w:w="70" w:type="dxa"/>
              <w:left w:w="95" w:type="dxa"/>
              <w:bottom w:w="70" w:type="dxa"/>
              <w:right w:w="95" w:type="dxa"/>
            </w:tcMar>
            <w:vAlign w:val="center"/>
          </w:tcPr>
          <w:p w14:paraId="6A933980"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2D11C31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2759847" w14:textId="77777777">
        <w:trPr>
          <w:cantSplit/>
          <w:jc w:val="center"/>
        </w:trPr>
        <w:tc>
          <w:tcPr>
            <w:tcW w:w="792" w:type="dxa"/>
            <w:shd w:val="clear" w:color="auto" w:fill="F5F7F9"/>
            <w:tcMar>
              <w:top w:w="70" w:type="dxa"/>
              <w:left w:w="95" w:type="dxa"/>
              <w:bottom w:w="70" w:type="dxa"/>
              <w:right w:w="95" w:type="dxa"/>
            </w:tcMar>
            <w:vAlign w:val="center"/>
          </w:tcPr>
          <w:p w14:paraId="73A24AC3"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41B05EA" w14:textId="77777777" w:rsidR="00423D2F" w:rsidRPr="00717886" w:rsidRDefault="0047346F">
            <w:pPr>
              <w:spacing w:after="0"/>
              <w:jc w:val="center"/>
              <w:rPr>
                <w:rFonts w:cs="Times New Roman"/>
              </w:rPr>
            </w:pPr>
            <w:r w:rsidRPr="00717886">
              <w:rPr>
                <w:rFonts w:cs="Times New Roman"/>
                <w:sz w:val="13"/>
              </w:rPr>
              <w:t>AVI018</w:t>
            </w:r>
          </w:p>
        </w:tc>
        <w:tc>
          <w:tcPr>
            <w:tcW w:w="2664" w:type="dxa"/>
            <w:shd w:val="clear" w:color="auto" w:fill="F5F7F9"/>
            <w:tcMar>
              <w:top w:w="70" w:type="dxa"/>
              <w:left w:w="95" w:type="dxa"/>
              <w:bottom w:w="70" w:type="dxa"/>
              <w:right w:w="95" w:type="dxa"/>
            </w:tcMar>
            <w:vAlign w:val="center"/>
          </w:tcPr>
          <w:p w14:paraId="0BBEAB37"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CBB2237" w14:textId="77777777" w:rsidR="00423D2F" w:rsidRPr="00717886" w:rsidRDefault="0047346F">
            <w:pPr>
              <w:spacing w:after="0"/>
              <w:jc w:val="right"/>
              <w:rPr>
                <w:rFonts w:cs="Times New Roman"/>
              </w:rPr>
            </w:pPr>
            <w:r w:rsidRPr="00717886">
              <w:rPr>
                <w:rFonts w:cs="Times New Roman"/>
                <w:sz w:val="13"/>
              </w:rPr>
              <w:t>.0892</w:t>
            </w:r>
          </w:p>
        </w:tc>
        <w:tc>
          <w:tcPr>
            <w:tcW w:w="936" w:type="dxa"/>
            <w:shd w:val="clear" w:color="auto" w:fill="F5F7F9"/>
            <w:tcMar>
              <w:top w:w="70" w:type="dxa"/>
              <w:left w:w="95" w:type="dxa"/>
              <w:bottom w:w="70" w:type="dxa"/>
              <w:right w:w="95" w:type="dxa"/>
            </w:tcMar>
            <w:vAlign w:val="center"/>
          </w:tcPr>
          <w:p w14:paraId="221C6B87" w14:textId="77777777" w:rsidR="00423D2F" w:rsidRPr="00717886" w:rsidRDefault="0047346F">
            <w:pPr>
              <w:spacing w:after="0"/>
              <w:jc w:val="right"/>
              <w:rPr>
                <w:rFonts w:cs="Times New Roman"/>
              </w:rPr>
            </w:pPr>
            <w:r w:rsidRPr="00717886">
              <w:rPr>
                <w:rFonts w:cs="Times New Roman"/>
                <w:sz w:val="13"/>
              </w:rPr>
              <w:t>.1122</w:t>
            </w:r>
          </w:p>
        </w:tc>
        <w:tc>
          <w:tcPr>
            <w:tcW w:w="1440" w:type="dxa"/>
            <w:shd w:val="clear" w:color="auto" w:fill="F5F7F9"/>
            <w:tcMar>
              <w:top w:w="70" w:type="dxa"/>
              <w:left w:w="95" w:type="dxa"/>
              <w:bottom w:w="70" w:type="dxa"/>
              <w:right w:w="95" w:type="dxa"/>
            </w:tcMar>
            <w:vAlign w:val="center"/>
          </w:tcPr>
          <w:p w14:paraId="3755E1D3" w14:textId="77777777" w:rsidR="00423D2F" w:rsidRPr="00717886" w:rsidRDefault="0047346F">
            <w:pPr>
              <w:spacing w:after="0"/>
              <w:jc w:val="center"/>
              <w:rPr>
                <w:rFonts w:cs="Times New Roman"/>
              </w:rPr>
            </w:pPr>
            <w:r w:rsidRPr="00717886">
              <w:rPr>
                <w:rFonts w:cs="Times New Roman"/>
                <w:sz w:val="13"/>
              </w:rPr>
              <w:t>[−.1384, .3168]</w:t>
            </w:r>
          </w:p>
        </w:tc>
        <w:tc>
          <w:tcPr>
            <w:tcW w:w="892" w:type="dxa"/>
            <w:shd w:val="clear" w:color="auto" w:fill="F5F7F9"/>
            <w:tcMar>
              <w:top w:w="70" w:type="dxa"/>
              <w:left w:w="95" w:type="dxa"/>
              <w:bottom w:w="70" w:type="dxa"/>
              <w:right w:w="95" w:type="dxa"/>
            </w:tcMar>
            <w:vAlign w:val="center"/>
          </w:tcPr>
          <w:p w14:paraId="74C535F0" w14:textId="77777777" w:rsidR="00423D2F" w:rsidRPr="00717886" w:rsidRDefault="0047346F">
            <w:pPr>
              <w:spacing w:after="0"/>
              <w:jc w:val="right"/>
              <w:rPr>
                <w:rFonts w:cs="Times New Roman"/>
              </w:rPr>
            </w:pPr>
            <w:r w:rsidRPr="00717886">
              <w:rPr>
                <w:rFonts w:cs="Times New Roman"/>
                <w:sz w:val="13"/>
              </w:rPr>
              <w:t>.432</w:t>
            </w:r>
          </w:p>
        </w:tc>
        <w:tc>
          <w:tcPr>
            <w:tcW w:w="648" w:type="dxa"/>
            <w:shd w:val="clear" w:color="auto" w:fill="F5F7F9"/>
            <w:tcMar>
              <w:top w:w="70" w:type="dxa"/>
              <w:left w:w="95" w:type="dxa"/>
              <w:bottom w:w="70" w:type="dxa"/>
              <w:right w:w="95" w:type="dxa"/>
            </w:tcMar>
            <w:vAlign w:val="center"/>
          </w:tcPr>
          <w:p w14:paraId="4CB333AB"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11D20E27"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6D8981E" w14:textId="77777777">
        <w:trPr>
          <w:cantSplit/>
          <w:jc w:val="center"/>
        </w:trPr>
        <w:tc>
          <w:tcPr>
            <w:tcW w:w="792" w:type="dxa"/>
            <w:tcMar>
              <w:top w:w="70" w:type="dxa"/>
              <w:left w:w="95" w:type="dxa"/>
              <w:bottom w:w="70" w:type="dxa"/>
              <w:right w:w="95" w:type="dxa"/>
            </w:tcMar>
            <w:vAlign w:val="center"/>
          </w:tcPr>
          <w:p w14:paraId="345FB8C8"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57409417" w14:textId="77777777" w:rsidR="00423D2F" w:rsidRPr="00717886" w:rsidRDefault="0047346F">
            <w:pPr>
              <w:spacing w:after="0"/>
              <w:jc w:val="center"/>
              <w:rPr>
                <w:rFonts w:cs="Times New Roman"/>
              </w:rPr>
            </w:pPr>
            <w:r w:rsidRPr="00717886">
              <w:rPr>
                <w:rFonts w:cs="Times New Roman"/>
                <w:sz w:val="13"/>
              </w:rPr>
              <w:t>AVI019</w:t>
            </w:r>
          </w:p>
        </w:tc>
        <w:tc>
          <w:tcPr>
            <w:tcW w:w="2664" w:type="dxa"/>
            <w:tcMar>
              <w:top w:w="70" w:type="dxa"/>
              <w:left w:w="95" w:type="dxa"/>
              <w:bottom w:w="70" w:type="dxa"/>
              <w:right w:w="95" w:type="dxa"/>
            </w:tcMar>
            <w:vAlign w:val="center"/>
          </w:tcPr>
          <w:p w14:paraId="637E227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8FD8047" w14:textId="77777777" w:rsidR="00423D2F" w:rsidRPr="00717886" w:rsidRDefault="0047346F">
            <w:pPr>
              <w:spacing w:after="0"/>
              <w:jc w:val="right"/>
              <w:rPr>
                <w:rFonts w:cs="Times New Roman"/>
              </w:rPr>
            </w:pPr>
            <w:r w:rsidRPr="00717886">
              <w:rPr>
                <w:rFonts w:cs="Times New Roman"/>
                <w:sz w:val="13"/>
              </w:rPr>
              <w:t>.0823</w:t>
            </w:r>
          </w:p>
        </w:tc>
        <w:tc>
          <w:tcPr>
            <w:tcW w:w="936" w:type="dxa"/>
            <w:tcMar>
              <w:top w:w="70" w:type="dxa"/>
              <w:left w:w="95" w:type="dxa"/>
              <w:bottom w:w="70" w:type="dxa"/>
              <w:right w:w="95" w:type="dxa"/>
            </w:tcMar>
            <w:vAlign w:val="center"/>
          </w:tcPr>
          <w:p w14:paraId="302F1B74" w14:textId="77777777" w:rsidR="00423D2F" w:rsidRPr="00717886" w:rsidRDefault="0047346F">
            <w:pPr>
              <w:spacing w:after="0"/>
              <w:jc w:val="right"/>
              <w:rPr>
                <w:rFonts w:cs="Times New Roman"/>
              </w:rPr>
            </w:pPr>
            <w:r w:rsidRPr="00717886">
              <w:rPr>
                <w:rFonts w:cs="Times New Roman"/>
                <w:sz w:val="13"/>
              </w:rPr>
              <w:t>.1125</w:t>
            </w:r>
          </w:p>
        </w:tc>
        <w:tc>
          <w:tcPr>
            <w:tcW w:w="1440" w:type="dxa"/>
            <w:tcMar>
              <w:top w:w="70" w:type="dxa"/>
              <w:left w:w="95" w:type="dxa"/>
              <w:bottom w:w="70" w:type="dxa"/>
              <w:right w:w="95" w:type="dxa"/>
            </w:tcMar>
            <w:vAlign w:val="center"/>
          </w:tcPr>
          <w:p w14:paraId="1A3D0E21" w14:textId="77777777" w:rsidR="00423D2F" w:rsidRPr="00717886" w:rsidRDefault="0047346F">
            <w:pPr>
              <w:spacing w:after="0"/>
              <w:jc w:val="center"/>
              <w:rPr>
                <w:rFonts w:cs="Times New Roman"/>
              </w:rPr>
            </w:pPr>
            <w:r w:rsidRPr="00717886">
              <w:rPr>
                <w:rFonts w:cs="Times New Roman"/>
                <w:sz w:val="13"/>
              </w:rPr>
              <w:t>[−.1459, .3105]</w:t>
            </w:r>
          </w:p>
        </w:tc>
        <w:tc>
          <w:tcPr>
            <w:tcW w:w="892" w:type="dxa"/>
            <w:tcMar>
              <w:top w:w="70" w:type="dxa"/>
              <w:left w:w="95" w:type="dxa"/>
              <w:bottom w:w="70" w:type="dxa"/>
              <w:right w:w="95" w:type="dxa"/>
            </w:tcMar>
            <w:vAlign w:val="center"/>
          </w:tcPr>
          <w:p w14:paraId="3353CB6D" w14:textId="77777777" w:rsidR="00423D2F" w:rsidRPr="00717886" w:rsidRDefault="0047346F">
            <w:pPr>
              <w:spacing w:after="0"/>
              <w:jc w:val="right"/>
              <w:rPr>
                <w:rFonts w:cs="Times New Roman"/>
              </w:rPr>
            </w:pPr>
            <w:r w:rsidRPr="00717886">
              <w:rPr>
                <w:rFonts w:cs="Times New Roman"/>
                <w:sz w:val="13"/>
              </w:rPr>
              <w:t>.469</w:t>
            </w:r>
          </w:p>
        </w:tc>
        <w:tc>
          <w:tcPr>
            <w:tcW w:w="648" w:type="dxa"/>
            <w:tcMar>
              <w:top w:w="70" w:type="dxa"/>
              <w:left w:w="95" w:type="dxa"/>
              <w:bottom w:w="70" w:type="dxa"/>
              <w:right w:w="95" w:type="dxa"/>
            </w:tcMar>
            <w:vAlign w:val="center"/>
          </w:tcPr>
          <w:p w14:paraId="30AFDA5B"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6558B30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F6BD8F9" w14:textId="77777777">
        <w:trPr>
          <w:cantSplit/>
          <w:jc w:val="center"/>
        </w:trPr>
        <w:tc>
          <w:tcPr>
            <w:tcW w:w="792" w:type="dxa"/>
            <w:shd w:val="clear" w:color="auto" w:fill="F5F7F9"/>
            <w:tcMar>
              <w:top w:w="70" w:type="dxa"/>
              <w:left w:w="95" w:type="dxa"/>
              <w:bottom w:w="70" w:type="dxa"/>
              <w:right w:w="95" w:type="dxa"/>
            </w:tcMar>
            <w:vAlign w:val="center"/>
          </w:tcPr>
          <w:p w14:paraId="0E506D73"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E83913F" w14:textId="77777777" w:rsidR="00423D2F" w:rsidRPr="00717886" w:rsidRDefault="0047346F">
            <w:pPr>
              <w:spacing w:after="0"/>
              <w:jc w:val="center"/>
              <w:rPr>
                <w:rFonts w:cs="Times New Roman"/>
              </w:rPr>
            </w:pPr>
            <w:r w:rsidRPr="00717886">
              <w:rPr>
                <w:rFonts w:cs="Times New Roman"/>
                <w:sz w:val="13"/>
              </w:rPr>
              <w:t>AVI020</w:t>
            </w:r>
          </w:p>
        </w:tc>
        <w:tc>
          <w:tcPr>
            <w:tcW w:w="2664" w:type="dxa"/>
            <w:shd w:val="clear" w:color="auto" w:fill="F5F7F9"/>
            <w:tcMar>
              <w:top w:w="70" w:type="dxa"/>
              <w:left w:w="95" w:type="dxa"/>
              <w:bottom w:w="70" w:type="dxa"/>
              <w:right w:w="95" w:type="dxa"/>
            </w:tcMar>
            <w:vAlign w:val="center"/>
          </w:tcPr>
          <w:p w14:paraId="5867E7C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53327CA" w14:textId="77777777" w:rsidR="00423D2F" w:rsidRPr="00717886" w:rsidRDefault="0047346F">
            <w:pPr>
              <w:spacing w:after="0"/>
              <w:jc w:val="right"/>
              <w:rPr>
                <w:rFonts w:cs="Times New Roman"/>
              </w:rPr>
            </w:pPr>
            <w:r w:rsidRPr="00717886">
              <w:rPr>
                <w:rFonts w:cs="Times New Roman"/>
                <w:sz w:val="13"/>
              </w:rPr>
              <w:t>.0755</w:t>
            </w:r>
          </w:p>
        </w:tc>
        <w:tc>
          <w:tcPr>
            <w:tcW w:w="936" w:type="dxa"/>
            <w:shd w:val="clear" w:color="auto" w:fill="F5F7F9"/>
            <w:tcMar>
              <w:top w:w="70" w:type="dxa"/>
              <w:left w:w="95" w:type="dxa"/>
              <w:bottom w:w="70" w:type="dxa"/>
              <w:right w:w="95" w:type="dxa"/>
            </w:tcMar>
            <w:vAlign w:val="center"/>
          </w:tcPr>
          <w:p w14:paraId="368A4534" w14:textId="77777777" w:rsidR="00423D2F" w:rsidRPr="00717886" w:rsidRDefault="0047346F">
            <w:pPr>
              <w:spacing w:after="0"/>
              <w:jc w:val="right"/>
              <w:rPr>
                <w:rFonts w:cs="Times New Roman"/>
              </w:rPr>
            </w:pPr>
            <w:r w:rsidRPr="00717886">
              <w:rPr>
                <w:rFonts w:cs="Times New Roman"/>
                <w:sz w:val="13"/>
              </w:rPr>
              <w:t>.1138</w:t>
            </w:r>
          </w:p>
        </w:tc>
        <w:tc>
          <w:tcPr>
            <w:tcW w:w="1440" w:type="dxa"/>
            <w:shd w:val="clear" w:color="auto" w:fill="F5F7F9"/>
            <w:tcMar>
              <w:top w:w="70" w:type="dxa"/>
              <w:left w:w="95" w:type="dxa"/>
              <w:bottom w:w="70" w:type="dxa"/>
              <w:right w:w="95" w:type="dxa"/>
            </w:tcMar>
            <w:vAlign w:val="center"/>
          </w:tcPr>
          <w:p w14:paraId="718DA70A" w14:textId="77777777" w:rsidR="00423D2F" w:rsidRPr="00717886" w:rsidRDefault="0047346F">
            <w:pPr>
              <w:spacing w:after="0"/>
              <w:jc w:val="center"/>
              <w:rPr>
                <w:rFonts w:cs="Times New Roman"/>
              </w:rPr>
            </w:pPr>
            <w:r w:rsidRPr="00717886">
              <w:rPr>
                <w:rFonts w:cs="Times New Roman"/>
                <w:sz w:val="13"/>
              </w:rPr>
              <w:t>[−.1553, .3063]</w:t>
            </w:r>
          </w:p>
        </w:tc>
        <w:tc>
          <w:tcPr>
            <w:tcW w:w="892" w:type="dxa"/>
            <w:shd w:val="clear" w:color="auto" w:fill="F5F7F9"/>
            <w:tcMar>
              <w:top w:w="70" w:type="dxa"/>
              <w:left w:w="95" w:type="dxa"/>
              <w:bottom w:w="70" w:type="dxa"/>
              <w:right w:w="95" w:type="dxa"/>
            </w:tcMar>
            <w:vAlign w:val="center"/>
          </w:tcPr>
          <w:p w14:paraId="624E31F4" w14:textId="77777777" w:rsidR="00423D2F" w:rsidRPr="00717886" w:rsidRDefault="0047346F">
            <w:pPr>
              <w:spacing w:after="0"/>
              <w:jc w:val="right"/>
              <w:rPr>
                <w:rFonts w:cs="Times New Roman"/>
              </w:rPr>
            </w:pPr>
            <w:r w:rsidRPr="00717886">
              <w:rPr>
                <w:rFonts w:cs="Times New Roman"/>
                <w:sz w:val="13"/>
              </w:rPr>
              <w:t>.511</w:t>
            </w:r>
          </w:p>
        </w:tc>
        <w:tc>
          <w:tcPr>
            <w:tcW w:w="648" w:type="dxa"/>
            <w:shd w:val="clear" w:color="auto" w:fill="F5F7F9"/>
            <w:tcMar>
              <w:top w:w="70" w:type="dxa"/>
              <w:left w:w="95" w:type="dxa"/>
              <w:bottom w:w="70" w:type="dxa"/>
              <w:right w:w="95" w:type="dxa"/>
            </w:tcMar>
            <w:vAlign w:val="center"/>
          </w:tcPr>
          <w:p w14:paraId="6CDF3947"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4AA53840"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F8F4B97" w14:textId="77777777">
        <w:trPr>
          <w:cantSplit/>
          <w:jc w:val="center"/>
        </w:trPr>
        <w:tc>
          <w:tcPr>
            <w:tcW w:w="792" w:type="dxa"/>
            <w:tcMar>
              <w:top w:w="70" w:type="dxa"/>
              <w:left w:w="95" w:type="dxa"/>
              <w:bottom w:w="70" w:type="dxa"/>
              <w:right w:w="95" w:type="dxa"/>
            </w:tcMar>
            <w:vAlign w:val="center"/>
          </w:tcPr>
          <w:p w14:paraId="276FAD9D"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02641BC2" w14:textId="77777777" w:rsidR="00423D2F" w:rsidRPr="00717886" w:rsidRDefault="0047346F">
            <w:pPr>
              <w:spacing w:after="0"/>
              <w:jc w:val="center"/>
              <w:rPr>
                <w:rFonts w:cs="Times New Roman"/>
              </w:rPr>
            </w:pPr>
            <w:r w:rsidRPr="00717886">
              <w:rPr>
                <w:rFonts w:cs="Times New Roman"/>
                <w:sz w:val="13"/>
              </w:rPr>
              <w:t>AVI021</w:t>
            </w:r>
          </w:p>
        </w:tc>
        <w:tc>
          <w:tcPr>
            <w:tcW w:w="2664" w:type="dxa"/>
            <w:tcMar>
              <w:top w:w="70" w:type="dxa"/>
              <w:left w:w="95" w:type="dxa"/>
              <w:bottom w:w="70" w:type="dxa"/>
              <w:right w:w="95" w:type="dxa"/>
            </w:tcMar>
            <w:vAlign w:val="center"/>
          </w:tcPr>
          <w:p w14:paraId="55898C09"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8CE15B5" w14:textId="77777777" w:rsidR="00423D2F" w:rsidRPr="00717886" w:rsidRDefault="0047346F">
            <w:pPr>
              <w:spacing w:after="0"/>
              <w:jc w:val="right"/>
              <w:rPr>
                <w:rFonts w:cs="Times New Roman"/>
              </w:rPr>
            </w:pPr>
            <w:r w:rsidRPr="00717886">
              <w:rPr>
                <w:rFonts w:cs="Times New Roman"/>
                <w:sz w:val="13"/>
              </w:rPr>
              <w:t>.0796</w:t>
            </w:r>
          </w:p>
        </w:tc>
        <w:tc>
          <w:tcPr>
            <w:tcW w:w="936" w:type="dxa"/>
            <w:tcMar>
              <w:top w:w="70" w:type="dxa"/>
              <w:left w:w="95" w:type="dxa"/>
              <w:bottom w:w="70" w:type="dxa"/>
              <w:right w:w="95" w:type="dxa"/>
            </w:tcMar>
            <w:vAlign w:val="center"/>
          </w:tcPr>
          <w:p w14:paraId="35238278" w14:textId="77777777" w:rsidR="00423D2F" w:rsidRPr="00717886" w:rsidRDefault="0047346F">
            <w:pPr>
              <w:spacing w:after="0"/>
              <w:jc w:val="right"/>
              <w:rPr>
                <w:rFonts w:cs="Times New Roman"/>
              </w:rPr>
            </w:pPr>
            <w:r w:rsidRPr="00717886">
              <w:rPr>
                <w:rFonts w:cs="Times New Roman"/>
                <w:sz w:val="13"/>
              </w:rPr>
              <w:t>.1122</w:t>
            </w:r>
          </w:p>
        </w:tc>
        <w:tc>
          <w:tcPr>
            <w:tcW w:w="1440" w:type="dxa"/>
            <w:tcMar>
              <w:top w:w="70" w:type="dxa"/>
              <w:left w:w="95" w:type="dxa"/>
              <w:bottom w:w="70" w:type="dxa"/>
              <w:right w:w="95" w:type="dxa"/>
            </w:tcMar>
            <w:vAlign w:val="center"/>
          </w:tcPr>
          <w:p w14:paraId="2E50F489" w14:textId="77777777" w:rsidR="00423D2F" w:rsidRPr="00717886" w:rsidRDefault="0047346F">
            <w:pPr>
              <w:spacing w:after="0"/>
              <w:jc w:val="center"/>
              <w:rPr>
                <w:rFonts w:cs="Times New Roman"/>
              </w:rPr>
            </w:pPr>
            <w:r w:rsidRPr="00717886">
              <w:rPr>
                <w:rFonts w:cs="Times New Roman"/>
                <w:sz w:val="13"/>
              </w:rPr>
              <w:t>[−.1480, .3072]</w:t>
            </w:r>
          </w:p>
        </w:tc>
        <w:tc>
          <w:tcPr>
            <w:tcW w:w="892" w:type="dxa"/>
            <w:tcMar>
              <w:top w:w="70" w:type="dxa"/>
              <w:left w:w="95" w:type="dxa"/>
              <w:bottom w:w="70" w:type="dxa"/>
              <w:right w:w="95" w:type="dxa"/>
            </w:tcMar>
            <w:vAlign w:val="center"/>
          </w:tcPr>
          <w:p w14:paraId="72C1F56C" w14:textId="77777777" w:rsidR="00423D2F" w:rsidRPr="00717886" w:rsidRDefault="0047346F">
            <w:pPr>
              <w:spacing w:after="0"/>
              <w:jc w:val="right"/>
              <w:rPr>
                <w:rFonts w:cs="Times New Roman"/>
              </w:rPr>
            </w:pPr>
            <w:r w:rsidRPr="00717886">
              <w:rPr>
                <w:rFonts w:cs="Times New Roman"/>
                <w:sz w:val="13"/>
              </w:rPr>
              <w:t>.483</w:t>
            </w:r>
          </w:p>
        </w:tc>
        <w:tc>
          <w:tcPr>
            <w:tcW w:w="648" w:type="dxa"/>
            <w:tcMar>
              <w:top w:w="70" w:type="dxa"/>
              <w:left w:w="95" w:type="dxa"/>
              <w:bottom w:w="70" w:type="dxa"/>
              <w:right w:w="95" w:type="dxa"/>
            </w:tcMar>
            <w:vAlign w:val="center"/>
          </w:tcPr>
          <w:p w14:paraId="15F11F48"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5E49C820"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4116305" w14:textId="77777777">
        <w:trPr>
          <w:cantSplit/>
          <w:jc w:val="center"/>
        </w:trPr>
        <w:tc>
          <w:tcPr>
            <w:tcW w:w="792" w:type="dxa"/>
            <w:shd w:val="clear" w:color="auto" w:fill="F5F7F9"/>
            <w:tcMar>
              <w:top w:w="70" w:type="dxa"/>
              <w:left w:w="95" w:type="dxa"/>
              <w:bottom w:w="70" w:type="dxa"/>
              <w:right w:w="95" w:type="dxa"/>
            </w:tcMar>
            <w:vAlign w:val="center"/>
          </w:tcPr>
          <w:p w14:paraId="4753C323"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7371E30A" w14:textId="77777777" w:rsidR="00423D2F" w:rsidRPr="00717886" w:rsidRDefault="0047346F">
            <w:pPr>
              <w:spacing w:after="0"/>
              <w:jc w:val="center"/>
              <w:rPr>
                <w:rFonts w:cs="Times New Roman"/>
              </w:rPr>
            </w:pPr>
            <w:r w:rsidRPr="00717886">
              <w:rPr>
                <w:rFonts w:cs="Times New Roman"/>
                <w:sz w:val="13"/>
              </w:rPr>
              <w:t>AVI022</w:t>
            </w:r>
          </w:p>
        </w:tc>
        <w:tc>
          <w:tcPr>
            <w:tcW w:w="2664" w:type="dxa"/>
            <w:shd w:val="clear" w:color="auto" w:fill="F5F7F9"/>
            <w:tcMar>
              <w:top w:w="70" w:type="dxa"/>
              <w:left w:w="95" w:type="dxa"/>
              <w:bottom w:w="70" w:type="dxa"/>
              <w:right w:w="95" w:type="dxa"/>
            </w:tcMar>
            <w:vAlign w:val="center"/>
          </w:tcPr>
          <w:p w14:paraId="731FE1DA"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92865B4" w14:textId="77777777" w:rsidR="00423D2F" w:rsidRPr="00717886" w:rsidRDefault="0047346F">
            <w:pPr>
              <w:spacing w:after="0"/>
              <w:jc w:val="right"/>
              <w:rPr>
                <w:rFonts w:cs="Times New Roman"/>
              </w:rPr>
            </w:pPr>
            <w:r w:rsidRPr="00717886">
              <w:rPr>
                <w:rFonts w:cs="Times New Roman"/>
                <w:sz w:val="13"/>
              </w:rPr>
              <w:t>.0660</w:t>
            </w:r>
          </w:p>
        </w:tc>
        <w:tc>
          <w:tcPr>
            <w:tcW w:w="936" w:type="dxa"/>
            <w:shd w:val="clear" w:color="auto" w:fill="F5F7F9"/>
            <w:tcMar>
              <w:top w:w="70" w:type="dxa"/>
              <w:left w:w="95" w:type="dxa"/>
              <w:bottom w:w="70" w:type="dxa"/>
              <w:right w:w="95" w:type="dxa"/>
            </w:tcMar>
            <w:vAlign w:val="center"/>
          </w:tcPr>
          <w:p w14:paraId="0DD26776" w14:textId="77777777" w:rsidR="00423D2F" w:rsidRPr="00717886" w:rsidRDefault="0047346F">
            <w:pPr>
              <w:spacing w:after="0"/>
              <w:jc w:val="right"/>
              <w:rPr>
                <w:rFonts w:cs="Times New Roman"/>
              </w:rPr>
            </w:pPr>
            <w:r w:rsidRPr="00717886">
              <w:rPr>
                <w:rFonts w:cs="Times New Roman"/>
                <w:sz w:val="13"/>
              </w:rPr>
              <w:t>.1143</w:t>
            </w:r>
          </w:p>
        </w:tc>
        <w:tc>
          <w:tcPr>
            <w:tcW w:w="1440" w:type="dxa"/>
            <w:shd w:val="clear" w:color="auto" w:fill="F5F7F9"/>
            <w:tcMar>
              <w:top w:w="70" w:type="dxa"/>
              <w:left w:w="95" w:type="dxa"/>
              <w:bottom w:w="70" w:type="dxa"/>
              <w:right w:w="95" w:type="dxa"/>
            </w:tcMar>
            <w:vAlign w:val="center"/>
          </w:tcPr>
          <w:p w14:paraId="5BD7CEC4" w14:textId="77777777" w:rsidR="00423D2F" w:rsidRPr="00717886" w:rsidRDefault="0047346F">
            <w:pPr>
              <w:spacing w:after="0"/>
              <w:jc w:val="center"/>
              <w:rPr>
                <w:rFonts w:cs="Times New Roman"/>
              </w:rPr>
            </w:pPr>
            <w:r w:rsidRPr="00717886">
              <w:rPr>
                <w:rFonts w:cs="Times New Roman"/>
                <w:sz w:val="13"/>
              </w:rPr>
              <w:t>[−.1657, .2978]</w:t>
            </w:r>
          </w:p>
        </w:tc>
        <w:tc>
          <w:tcPr>
            <w:tcW w:w="892" w:type="dxa"/>
            <w:shd w:val="clear" w:color="auto" w:fill="F5F7F9"/>
            <w:tcMar>
              <w:top w:w="70" w:type="dxa"/>
              <w:left w:w="95" w:type="dxa"/>
              <w:bottom w:w="70" w:type="dxa"/>
              <w:right w:w="95" w:type="dxa"/>
            </w:tcMar>
            <w:vAlign w:val="center"/>
          </w:tcPr>
          <w:p w14:paraId="01241830" w14:textId="77777777" w:rsidR="00423D2F" w:rsidRPr="00717886" w:rsidRDefault="0047346F">
            <w:pPr>
              <w:spacing w:after="0"/>
              <w:jc w:val="right"/>
              <w:rPr>
                <w:rFonts w:cs="Times New Roman"/>
              </w:rPr>
            </w:pPr>
            <w:r w:rsidRPr="00717886">
              <w:rPr>
                <w:rFonts w:cs="Times New Roman"/>
                <w:sz w:val="13"/>
              </w:rPr>
              <w:t>.567</w:t>
            </w:r>
          </w:p>
        </w:tc>
        <w:tc>
          <w:tcPr>
            <w:tcW w:w="648" w:type="dxa"/>
            <w:shd w:val="clear" w:color="auto" w:fill="F5F7F9"/>
            <w:tcMar>
              <w:top w:w="70" w:type="dxa"/>
              <w:left w:w="95" w:type="dxa"/>
              <w:bottom w:w="70" w:type="dxa"/>
              <w:right w:w="95" w:type="dxa"/>
            </w:tcMar>
            <w:vAlign w:val="center"/>
          </w:tcPr>
          <w:p w14:paraId="60C09AE3"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5802F22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F749DF9" w14:textId="77777777">
        <w:trPr>
          <w:cantSplit/>
          <w:jc w:val="center"/>
        </w:trPr>
        <w:tc>
          <w:tcPr>
            <w:tcW w:w="792" w:type="dxa"/>
            <w:tcMar>
              <w:top w:w="70" w:type="dxa"/>
              <w:left w:w="95" w:type="dxa"/>
              <w:bottom w:w="70" w:type="dxa"/>
              <w:right w:w="95" w:type="dxa"/>
            </w:tcMar>
            <w:vAlign w:val="center"/>
          </w:tcPr>
          <w:p w14:paraId="2A1072E9"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5415220B" w14:textId="77777777" w:rsidR="00423D2F" w:rsidRPr="00717886" w:rsidRDefault="0047346F">
            <w:pPr>
              <w:spacing w:after="0"/>
              <w:jc w:val="center"/>
              <w:rPr>
                <w:rFonts w:cs="Times New Roman"/>
              </w:rPr>
            </w:pPr>
            <w:r w:rsidRPr="00717886">
              <w:rPr>
                <w:rFonts w:cs="Times New Roman"/>
                <w:sz w:val="13"/>
              </w:rPr>
              <w:t>AVI023</w:t>
            </w:r>
          </w:p>
        </w:tc>
        <w:tc>
          <w:tcPr>
            <w:tcW w:w="2664" w:type="dxa"/>
            <w:tcMar>
              <w:top w:w="70" w:type="dxa"/>
              <w:left w:w="95" w:type="dxa"/>
              <w:bottom w:w="70" w:type="dxa"/>
              <w:right w:w="95" w:type="dxa"/>
            </w:tcMar>
            <w:vAlign w:val="center"/>
          </w:tcPr>
          <w:p w14:paraId="49C7F230"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6A2EE63" w14:textId="77777777" w:rsidR="00423D2F" w:rsidRPr="00717886" w:rsidRDefault="0047346F">
            <w:pPr>
              <w:spacing w:after="0"/>
              <w:jc w:val="right"/>
              <w:rPr>
                <w:rFonts w:cs="Times New Roman"/>
              </w:rPr>
            </w:pPr>
            <w:r w:rsidRPr="00717886">
              <w:rPr>
                <w:rFonts w:cs="Times New Roman"/>
                <w:sz w:val="13"/>
              </w:rPr>
              <w:t>.0481</w:t>
            </w:r>
          </w:p>
        </w:tc>
        <w:tc>
          <w:tcPr>
            <w:tcW w:w="936" w:type="dxa"/>
            <w:tcMar>
              <w:top w:w="70" w:type="dxa"/>
              <w:left w:w="95" w:type="dxa"/>
              <w:bottom w:w="70" w:type="dxa"/>
              <w:right w:w="95" w:type="dxa"/>
            </w:tcMar>
            <w:vAlign w:val="center"/>
          </w:tcPr>
          <w:p w14:paraId="03A0025E" w14:textId="77777777" w:rsidR="00423D2F" w:rsidRPr="00717886" w:rsidRDefault="0047346F">
            <w:pPr>
              <w:spacing w:after="0"/>
              <w:jc w:val="right"/>
              <w:rPr>
                <w:rFonts w:cs="Times New Roman"/>
              </w:rPr>
            </w:pPr>
            <w:r w:rsidRPr="00717886">
              <w:rPr>
                <w:rFonts w:cs="Times New Roman"/>
                <w:sz w:val="13"/>
              </w:rPr>
              <w:t>.1113</w:t>
            </w:r>
          </w:p>
        </w:tc>
        <w:tc>
          <w:tcPr>
            <w:tcW w:w="1440" w:type="dxa"/>
            <w:tcMar>
              <w:top w:w="70" w:type="dxa"/>
              <w:left w:w="95" w:type="dxa"/>
              <w:bottom w:w="70" w:type="dxa"/>
              <w:right w:w="95" w:type="dxa"/>
            </w:tcMar>
            <w:vAlign w:val="center"/>
          </w:tcPr>
          <w:p w14:paraId="2C877EAE" w14:textId="77777777" w:rsidR="00423D2F" w:rsidRPr="00717886" w:rsidRDefault="0047346F">
            <w:pPr>
              <w:spacing w:after="0"/>
              <w:jc w:val="center"/>
              <w:rPr>
                <w:rFonts w:cs="Times New Roman"/>
              </w:rPr>
            </w:pPr>
            <w:r w:rsidRPr="00717886">
              <w:rPr>
                <w:rFonts w:cs="Times New Roman"/>
                <w:sz w:val="13"/>
              </w:rPr>
              <w:t>[−.1776, .2737]</w:t>
            </w:r>
          </w:p>
        </w:tc>
        <w:tc>
          <w:tcPr>
            <w:tcW w:w="892" w:type="dxa"/>
            <w:tcMar>
              <w:top w:w="70" w:type="dxa"/>
              <w:left w:w="95" w:type="dxa"/>
              <w:bottom w:w="70" w:type="dxa"/>
              <w:right w:w="95" w:type="dxa"/>
            </w:tcMar>
            <w:vAlign w:val="center"/>
          </w:tcPr>
          <w:p w14:paraId="6513AB55" w14:textId="77777777" w:rsidR="00423D2F" w:rsidRPr="00717886" w:rsidRDefault="0047346F">
            <w:pPr>
              <w:spacing w:after="0"/>
              <w:jc w:val="right"/>
              <w:rPr>
                <w:rFonts w:cs="Times New Roman"/>
              </w:rPr>
            </w:pPr>
            <w:r w:rsidRPr="00717886">
              <w:rPr>
                <w:rFonts w:cs="Times New Roman"/>
                <w:sz w:val="13"/>
              </w:rPr>
              <w:t>.668</w:t>
            </w:r>
          </w:p>
        </w:tc>
        <w:tc>
          <w:tcPr>
            <w:tcW w:w="648" w:type="dxa"/>
            <w:tcMar>
              <w:top w:w="70" w:type="dxa"/>
              <w:left w:w="95" w:type="dxa"/>
              <w:bottom w:w="70" w:type="dxa"/>
              <w:right w:w="95" w:type="dxa"/>
            </w:tcMar>
            <w:vAlign w:val="center"/>
          </w:tcPr>
          <w:p w14:paraId="3EA0B8B7"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36DB2058"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0AE37EC6" w14:textId="77777777">
        <w:trPr>
          <w:cantSplit/>
          <w:jc w:val="center"/>
        </w:trPr>
        <w:tc>
          <w:tcPr>
            <w:tcW w:w="792" w:type="dxa"/>
            <w:shd w:val="clear" w:color="auto" w:fill="F5F7F9"/>
            <w:tcMar>
              <w:top w:w="70" w:type="dxa"/>
              <w:left w:w="95" w:type="dxa"/>
              <w:bottom w:w="70" w:type="dxa"/>
              <w:right w:w="95" w:type="dxa"/>
            </w:tcMar>
            <w:vAlign w:val="center"/>
          </w:tcPr>
          <w:p w14:paraId="07DD104F"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46C758AD" w14:textId="77777777" w:rsidR="00423D2F" w:rsidRPr="00717886" w:rsidRDefault="0047346F">
            <w:pPr>
              <w:spacing w:after="0"/>
              <w:jc w:val="center"/>
              <w:rPr>
                <w:rFonts w:cs="Times New Roman"/>
              </w:rPr>
            </w:pPr>
            <w:r w:rsidRPr="00717886">
              <w:rPr>
                <w:rFonts w:cs="Times New Roman"/>
                <w:sz w:val="13"/>
              </w:rPr>
              <w:t>AVI024</w:t>
            </w:r>
          </w:p>
        </w:tc>
        <w:tc>
          <w:tcPr>
            <w:tcW w:w="2664" w:type="dxa"/>
            <w:shd w:val="clear" w:color="auto" w:fill="F5F7F9"/>
            <w:tcMar>
              <w:top w:w="70" w:type="dxa"/>
              <w:left w:w="95" w:type="dxa"/>
              <w:bottom w:w="70" w:type="dxa"/>
              <w:right w:w="95" w:type="dxa"/>
            </w:tcMar>
            <w:vAlign w:val="center"/>
          </w:tcPr>
          <w:p w14:paraId="68A1C49B"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21004D65" w14:textId="77777777" w:rsidR="00423D2F" w:rsidRPr="00717886" w:rsidRDefault="0047346F">
            <w:pPr>
              <w:spacing w:after="0"/>
              <w:jc w:val="right"/>
              <w:rPr>
                <w:rFonts w:cs="Times New Roman"/>
              </w:rPr>
            </w:pPr>
            <w:r w:rsidRPr="00717886">
              <w:rPr>
                <w:rFonts w:cs="Times New Roman"/>
                <w:sz w:val="13"/>
              </w:rPr>
              <w:t>.0681</w:t>
            </w:r>
          </w:p>
        </w:tc>
        <w:tc>
          <w:tcPr>
            <w:tcW w:w="936" w:type="dxa"/>
            <w:shd w:val="clear" w:color="auto" w:fill="F5F7F9"/>
            <w:tcMar>
              <w:top w:w="70" w:type="dxa"/>
              <w:left w:w="95" w:type="dxa"/>
              <w:bottom w:w="70" w:type="dxa"/>
              <w:right w:w="95" w:type="dxa"/>
            </w:tcMar>
            <w:vAlign w:val="center"/>
          </w:tcPr>
          <w:p w14:paraId="23A5E26D" w14:textId="77777777" w:rsidR="00423D2F" w:rsidRPr="00717886" w:rsidRDefault="0047346F">
            <w:pPr>
              <w:spacing w:after="0"/>
              <w:jc w:val="right"/>
              <w:rPr>
                <w:rFonts w:cs="Times New Roman"/>
              </w:rPr>
            </w:pPr>
            <w:r w:rsidRPr="00717886">
              <w:rPr>
                <w:rFonts w:cs="Times New Roman"/>
                <w:sz w:val="13"/>
              </w:rPr>
              <w:t>.1143</w:t>
            </w:r>
          </w:p>
        </w:tc>
        <w:tc>
          <w:tcPr>
            <w:tcW w:w="1440" w:type="dxa"/>
            <w:shd w:val="clear" w:color="auto" w:fill="F5F7F9"/>
            <w:tcMar>
              <w:top w:w="70" w:type="dxa"/>
              <w:left w:w="95" w:type="dxa"/>
              <w:bottom w:w="70" w:type="dxa"/>
              <w:right w:w="95" w:type="dxa"/>
            </w:tcMar>
            <w:vAlign w:val="center"/>
          </w:tcPr>
          <w:p w14:paraId="2DEC350F" w14:textId="77777777" w:rsidR="00423D2F" w:rsidRPr="00717886" w:rsidRDefault="0047346F">
            <w:pPr>
              <w:spacing w:after="0"/>
              <w:jc w:val="center"/>
              <w:rPr>
                <w:rFonts w:cs="Times New Roman"/>
              </w:rPr>
            </w:pPr>
            <w:r w:rsidRPr="00717886">
              <w:rPr>
                <w:rFonts w:cs="Times New Roman"/>
                <w:sz w:val="13"/>
              </w:rPr>
              <w:t>[−.1637, .2999]</w:t>
            </w:r>
          </w:p>
        </w:tc>
        <w:tc>
          <w:tcPr>
            <w:tcW w:w="892" w:type="dxa"/>
            <w:shd w:val="clear" w:color="auto" w:fill="F5F7F9"/>
            <w:tcMar>
              <w:top w:w="70" w:type="dxa"/>
              <w:left w:w="95" w:type="dxa"/>
              <w:bottom w:w="70" w:type="dxa"/>
              <w:right w:w="95" w:type="dxa"/>
            </w:tcMar>
            <w:vAlign w:val="center"/>
          </w:tcPr>
          <w:p w14:paraId="59BC4289" w14:textId="77777777" w:rsidR="00423D2F" w:rsidRPr="00717886" w:rsidRDefault="0047346F">
            <w:pPr>
              <w:spacing w:after="0"/>
              <w:jc w:val="right"/>
              <w:rPr>
                <w:rFonts w:cs="Times New Roman"/>
              </w:rPr>
            </w:pPr>
            <w:r w:rsidRPr="00717886">
              <w:rPr>
                <w:rFonts w:cs="Times New Roman"/>
                <w:sz w:val="13"/>
              </w:rPr>
              <w:t>.555</w:t>
            </w:r>
          </w:p>
        </w:tc>
        <w:tc>
          <w:tcPr>
            <w:tcW w:w="648" w:type="dxa"/>
            <w:shd w:val="clear" w:color="auto" w:fill="F5F7F9"/>
            <w:tcMar>
              <w:top w:w="70" w:type="dxa"/>
              <w:left w:w="95" w:type="dxa"/>
              <w:bottom w:w="70" w:type="dxa"/>
              <w:right w:w="95" w:type="dxa"/>
            </w:tcMar>
            <w:vAlign w:val="center"/>
          </w:tcPr>
          <w:p w14:paraId="2651638E" w14:textId="77777777" w:rsidR="00423D2F" w:rsidRPr="00717886" w:rsidRDefault="0047346F">
            <w:pPr>
              <w:spacing w:after="0"/>
              <w:jc w:val="right"/>
              <w:rPr>
                <w:rFonts w:cs="Times New Roman"/>
              </w:rPr>
            </w:pPr>
            <w:r w:rsidRPr="00717886">
              <w:rPr>
                <w:rFonts w:cs="Times New Roman"/>
                <w:sz w:val="13"/>
              </w:rPr>
              <w:t>311</w:t>
            </w:r>
          </w:p>
        </w:tc>
        <w:tc>
          <w:tcPr>
            <w:tcW w:w="936" w:type="dxa"/>
            <w:shd w:val="clear" w:color="auto" w:fill="F5F7F9"/>
            <w:tcMar>
              <w:top w:w="70" w:type="dxa"/>
              <w:left w:w="95" w:type="dxa"/>
              <w:bottom w:w="70" w:type="dxa"/>
              <w:right w:w="95" w:type="dxa"/>
            </w:tcMar>
            <w:vAlign w:val="center"/>
          </w:tcPr>
          <w:p w14:paraId="1B64F3A3"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425BB5E2" w14:textId="77777777">
        <w:trPr>
          <w:cantSplit/>
          <w:jc w:val="center"/>
        </w:trPr>
        <w:tc>
          <w:tcPr>
            <w:tcW w:w="792" w:type="dxa"/>
            <w:tcMar>
              <w:top w:w="70" w:type="dxa"/>
              <w:left w:w="95" w:type="dxa"/>
              <w:bottom w:w="70" w:type="dxa"/>
              <w:right w:w="95" w:type="dxa"/>
            </w:tcMar>
            <w:vAlign w:val="center"/>
          </w:tcPr>
          <w:p w14:paraId="54831B24"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44B50A2C" w14:textId="77777777" w:rsidR="00423D2F" w:rsidRPr="00717886" w:rsidRDefault="0047346F">
            <w:pPr>
              <w:spacing w:after="0"/>
              <w:jc w:val="center"/>
              <w:rPr>
                <w:rFonts w:cs="Times New Roman"/>
              </w:rPr>
            </w:pPr>
            <w:r w:rsidRPr="00717886">
              <w:rPr>
                <w:rFonts w:cs="Times New Roman"/>
                <w:sz w:val="13"/>
              </w:rPr>
              <w:t>AVI025</w:t>
            </w:r>
          </w:p>
        </w:tc>
        <w:tc>
          <w:tcPr>
            <w:tcW w:w="2664" w:type="dxa"/>
            <w:tcMar>
              <w:top w:w="70" w:type="dxa"/>
              <w:left w:w="95" w:type="dxa"/>
              <w:bottom w:w="70" w:type="dxa"/>
              <w:right w:w="95" w:type="dxa"/>
            </w:tcMar>
            <w:vAlign w:val="center"/>
          </w:tcPr>
          <w:p w14:paraId="70540882"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62D74ADA" w14:textId="77777777" w:rsidR="00423D2F" w:rsidRPr="00717886" w:rsidRDefault="0047346F">
            <w:pPr>
              <w:spacing w:after="0"/>
              <w:jc w:val="right"/>
              <w:rPr>
                <w:rFonts w:cs="Times New Roman"/>
              </w:rPr>
            </w:pPr>
            <w:r w:rsidRPr="00717886">
              <w:rPr>
                <w:rFonts w:cs="Times New Roman"/>
                <w:sz w:val="13"/>
              </w:rPr>
              <w:t>.0717</w:t>
            </w:r>
          </w:p>
        </w:tc>
        <w:tc>
          <w:tcPr>
            <w:tcW w:w="936" w:type="dxa"/>
            <w:tcMar>
              <w:top w:w="70" w:type="dxa"/>
              <w:left w:w="95" w:type="dxa"/>
              <w:bottom w:w="70" w:type="dxa"/>
              <w:right w:w="95" w:type="dxa"/>
            </w:tcMar>
            <w:vAlign w:val="center"/>
          </w:tcPr>
          <w:p w14:paraId="785F6F20" w14:textId="77777777" w:rsidR="00423D2F" w:rsidRPr="00717886" w:rsidRDefault="0047346F">
            <w:pPr>
              <w:spacing w:after="0"/>
              <w:jc w:val="right"/>
              <w:rPr>
                <w:rFonts w:cs="Times New Roman"/>
              </w:rPr>
            </w:pPr>
            <w:r w:rsidRPr="00717886">
              <w:rPr>
                <w:rFonts w:cs="Times New Roman"/>
                <w:sz w:val="13"/>
              </w:rPr>
              <w:t>.1152</w:t>
            </w:r>
          </w:p>
        </w:tc>
        <w:tc>
          <w:tcPr>
            <w:tcW w:w="1440" w:type="dxa"/>
            <w:tcMar>
              <w:top w:w="70" w:type="dxa"/>
              <w:left w:w="95" w:type="dxa"/>
              <w:bottom w:w="70" w:type="dxa"/>
              <w:right w:w="95" w:type="dxa"/>
            </w:tcMar>
            <w:vAlign w:val="center"/>
          </w:tcPr>
          <w:p w14:paraId="003707FA" w14:textId="77777777" w:rsidR="00423D2F" w:rsidRPr="00717886" w:rsidRDefault="0047346F">
            <w:pPr>
              <w:spacing w:after="0"/>
              <w:jc w:val="center"/>
              <w:rPr>
                <w:rFonts w:cs="Times New Roman"/>
              </w:rPr>
            </w:pPr>
            <w:r w:rsidRPr="00717886">
              <w:rPr>
                <w:rFonts w:cs="Times New Roman"/>
                <w:sz w:val="13"/>
              </w:rPr>
              <w:t>[−.1619, .3054]</w:t>
            </w:r>
          </w:p>
        </w:tc>
        <w:tc>
          <w:tcPr>
            <w:tcW w:w="892" w:type="dxa"/>
            <w:tcMar>
              <w:top w:w="70" w:type="dxa"/>
              <w:left w:w="95" w:type="dxa"/>
              <w:bottom w:w="70" w:type="dxa"/>
              <w:right w:w="95" w:type="dxa"/>
            </w:tcMar>
            <w:vAlign w:val="center"/>
          </w:tcPr>
          <w:p w14:paraId="5A39C448" w14:textId="77777777" w:rsidR="00423D2F" w:rsidRPr="00717886" w:rsidRDefault="0047346F">
            <w:pPr>
              <w:spacing w:after="0"/>
              <w:jc w:val="right"/>
              <w:rPr>
                <w:rFonts w:cs="Times New Roman"/>
              </w:rPr>
            </w:pPr>
            <w:r w:rsidRPr="00717886">
              <w:rPr>
                <w:rFonts w:cs="Times New Roman"/>
                <w:sz w:val="13"/>
              </w:rPr>
              <w:t>.537</w:t>
            </w:r>
          </w:p>
        </w:tc>
        <w:tc>
          <w:tcPr>
            <w:tcW w:w="648" w:type="dxa"/>
            <w:tcMar>
              <w:top w:w="70" w:type="dxa"/>
              <w:left w:w="95" w:type="dxa"/>
              <w:bottom w:w="70" w:type="dxa"/>
              <w:right w:w="95" w:type="dxa"/>
            </w:tcMar>
            <w:vAlign w:val="center"/>
          </w:tcPr>
          <w:p w14:paraId="752BDC6A" w14:textId="77777777" w:rsidR="00423D2F" w:rsidRPr="00717886" w:rsidRDefault="0047346F">
            <w:pPr>
              <w:spacing w:after="0"/>
              <w:jc w:val="right"/>
              <w:rPr>
                <w:rFonts w:cs="Times New Roman"/>
              </w:rPr>
            </w:pPr>
            <w:r w:rsidRPr="00717886">
              <w:rPr>
                <w:rFonts w:cs="Times New Roman"/>
                <w:sz w:val="13"/>
              </w:rPr>
              <w:t>311</w:t>
            </w:r>
          </w:p>
        </w:tc>
        <w:tc>
          <w:tcPr>
            <w:tcW w:w="936" w:type="dxa"/>
            <w:tcMar>
              <w:top w:w="70" w:type="dxa"/>
              <w:left w:w="95" w:type="dxa"/>
              <w:bottom w:w="70" w:type="dxa"/>
              <w:right w:w="95" w:type="dxa"/>
            </w:tcMar>
            <w:vAlign w:val="center"/>
          </w:tcPr>
          <w:p w14:paraId="2EB3CA11"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F86D0C6" w14:textId="77777777">
        <w:trPr>
          <w:cantSplit/>
          <w:jc w:val="center"/>
        </w:trPr>
        <w:tc>
          <w:tcPr>
            <w:tcW w:w="792" w:type="dxa"/>
            <w:shd w:val="clear" w:color="auto" w:fill="F5F7F9"/>
            <w:tcMar>
              <w:top w:w="70" w:type="dxa"/>
              <w:left w:w="95" w:type="dxa"/>
              <w:bottom w:w="70" w:type="dxa"/>
              <w:right w:w="95" w:type="dxa"/>
            </w:tcMar>
            <w:vAlign w:val="center"/>
          </w:tcPr>
          <w:p w14:paraId="535D726C"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42FB7279" w14:textId="77777777" w:rsidR="00423D2F" w:rsidRPr="00717886" w:rsidRDefault="0047346F">
            <w:pPr>
              <w:spacing w:after="0"/>
              <w:jc w:val="center"/>
              <w:rPr>
                <w:rFonts w:cs="Times New Roman"/>
              </w:rPr>
            </w:pPr>
            <w:r w:rsidRPr="00717886">
              <w:rPr>
                <w:rFonts w:cs="Times New Roman"/>
                <w:sz w:val="13"/>
              </w:rPr>
              <w:t>AVI026</w:t>
            </w:r>
          </w:p>
        </w:tc>
        <w:tc>
          <w:tcPr>
            <w:tcW w:w="2664" w:type="dxa"/>
            <w:shd w:val="clear" w:color="auto" w:fill="F5F7F9"/>
            <w:tcMar>
              <w:top w:w="70" w:type="dxa"/>
              <w:left w:w="95" w:type="dxa"/>
              <w:bottom w:w="70" w:type="dxa"/>
              <w:right w:w="95" w:type="dxa"/>
            </w:tcMar>
            <w:vAlign w:val="center"/>
          </w:tcPr>
          <w:p w14:paraId="4363729C"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59309EAA" w14:textId="77777777" w:rsidR="00423D2F" w:rsidRPr="00717886" w:rsidRDefault="0047346F">
            <w:pPr>
              <w:spacing w:after="0"/>
              <w:jc w:val="right"/>
              <w:rPr>
                <w:rFonts w:cs="Times New Roman"/>
              </w:rPr>
            </w:pPr>
            <w:r w:rsidRPr="00717886">
              <w:rPr>
                <w:rFonts w:cs="Times New Roman"/>
                <w:sz w:val="13"/>
              </w:rPr>
              <w:t>.0464</w:t>
            </w:r>
          </w:p>
        </w:tc>
        <w:tc>
          <w:tcPr>
            <w:tcW w:w="936" w:type="dxa"/>
            <w:shd w:val="clear" w:color="auto" w:fill="F5F7F9"/>
            <w:tcMar>
              <w:top w:w="70" w:type="dxa"/>
              <w:left w:w="95" w:type="dxa"/>
              <w:bottom w:w="70" w:type="dxa"/>
              <w:right w:w="95" w:type="dxa"/>
            </w:tcMar>
            <w:vAlign w:val="center"/>
          </w:tcPr>
          <w:p w14:paraId="3943D15A" w14:textId="77777777" w:rsidR="00423D2F" w:rsidRPr="00717886" w:rsidRDefault="0047346F">
            <w:pPr>
              <w:spacing w:after="0"/>
              <w:jc w:val="right"/>
              <w:rPr>
                <w:rFonts w:cs="Times New Roman"/>
              </w:rPr>
            </w:pPr>
            <w:r w:rsidRPr="00717886">
              <w:rPr>
                <w:rFonts w:cs="Times New Roman"/>
                <w:sz w:val="13"/>
              </w:rPr>
              <w:t>.1120</w:t>
            </w:r>
          </w:p>
        </w:tc>
        <w:tc>
          <w:tcPr>
            <w:tcW w:w="1440" w:type="dxa"/>
            <w:shd w:val="clear" w:color="auto" w:fill="F5F7F9"/>
            <w:tcMar>
              <w:top w:w="70" w:type="dxa"/>
              <w:left w:w="95" w:type="dxa"/>
              <w:bottom w:w="70" w:type="dxa"/>
              <w:right w:w="95" w:type="dxa"/>
            </w:tcMar>
            <w:vAlign w:val="center"/>
          </w:tcPr>
          <w:p w14:paraId="79C32B41" w14:textId="77777777" w:rsidR="00423D2F" w:rsidRPr="00717886" w:rsidRDefault="0047346F">
            <w:pPr>
              <w:spacing w:after="0"/>
              <w:jc w:val="center"/>
              <w:rPr>
                <w:rFonts w:cs="Times New Roman"/>
              </w:rPr>
            </w:pPr>
            <w:r w:rsidRPr="00717886">
              <w:rPr>
                <w:rFonts w:cs="Times New Roman"/>
                <w:sz w:val="13"/>
              </w:rPr>
              <w:t>[−.1808, .2735]</w:t>
            </w:r>
          </w:p>
        </w:tc>
        <w:tc>
          <w:tcPr>
            <w:tcW w:w="892" w:type="dxa"/>
            <w:shd w:val="clear" w:color="auto" w:fill="F5F7F9"/>
            <w:tcMar>
              <w:top w:w="70" w:type="dxa"/>
              <w:left w:w="95" w:type="dxa"/>
              <w:bottom w:w="70" w:type="dxa"/>
              <w:right w:w="95" w:type="dxa"/>
            </w:tcMar>
            <w:vAlign w:val="center"/>
          </w:tcPr>
          <w:p w14:paraId="4F5F5A58" w14:textId="77777777" w:rsidR="00423D2F" w:rsidRPr="00717886" w:rsidRDefault="0047346F">
            <w:pPr>
              <w:spacing w:after="0"/>
              <w:jc w:val="right"/>
              <w:rPr>
                <w:rFonts w:cs="Times New Roman"/>
              </w:rPr>
            </w:pPr>
            <w:r w:rsidRPr="00717886">
              <w:rPr>
                <w:rFonts w:cs="Times New Roman"/>
                <w:sz w:val="13"/>
              </w:rPr>
              <w:t>.681</w:t>
            </w:r>
          </w:p>
        </w:tc>
        <w:tc>
          <w:tcPr>
            <w:tcW w:w="648" w:type="dxa"/>
            <w:shd w:val="clear" w:color="auto" w:fill="F5F7F9"/>
            <w:tcMar>
              <w:top w:w="70" w:type="dxa"/>
              <w:left w:w="95" w:type="dxa"/>
              <w:bottom w:w="70" w:type="dxa"/>
              <w:right w:w="95" w:type="dxa"/>
            </w:tcMar>
            <w:vAlign w:val="center"/>
          </w:tcPr>
          <w:p w14:paraId="1819B405"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2D1BD353"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24DBC60" w14:textId="77777777">
        <w:trPr>
          <w:cantSplit/>
          <w:jc w:val="center"/>
        </w:trPr>
        <w:tc>
          <w:tcPr>
            <w:tcW w:w="792" w:type="dxa"/>
            <w:tcMar>
              <w:top w:w="70" w:type="dxa"/>
              <w:left w:w="95" w:type="dxa"/>
              <w:bottom w:w="70" w:type="dxa"/>
              <w:right w:w="95" w:type="dxa"/>
            </w:tcMar>
            <w:vAlign w:val="center"/>
          </w:tcPr>
          <w:p w14:paraId="1204098F"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3FEF6D52" w14:textId="77777777" w:rsidR="00423D2F" w:rsidRPr="00717886" w:rsidRDefault="0047346F">
            <w:pPr>
              <w:spacing w:after="0"/>
              <w:jc w:val="center"/>
              <w:rPr>
                <w:rFonts w:cs="Times New Roman"/>
              </w:rPr>
            </w:pPr>
            <w:r w:rsidRPr="00717886">
              <w:rPr>
                <w:rFonts w:cs="Times New Roman"/>
                <w:sz w:val="13"/>
              </w:rPr>
              <w:t>AVI027</w:t>
            </w:r>
          </w:p>
        </w:tc>
        <w:tc>
          <w:tcPr>
            <w:tcW w:w="2664" w:type="dxa"/>
            <w:tcMar>
              <w:top w:w="70" w:type="dxa"/>
              <w:left w:w="95" w:type="dxa"/>
              <w:bottom w:w="70" w:type="dxa"/>
              <w:right w:w="95" w:type="dxa"/>
            </w:tcMar>
            <w:vAlign w:val="center"/>
          </w:tcPr>
          <w:p w14:paraId="5F41A95F"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50B7F65" w14:textId="77777777" w:rsidR="00423D2F" w:rsidRPr="00717886" w:rsidRDefault="0047346F">
            <w:pPr>
              <w:spacing w:after="0"/>
              <w:jc w:val="right"/>
              <w:rPr>
                <w:rFonts w:cs="Times New Roman"/>
              </w:rPr>
            </w:pPr>
            <w:r w:rsidRPr="00717886">
              <w:rPr>
                <w:rFonts w:cs="Times New Roman"/>
                <w:sz w:val="13"/>
              </w:rPr>
              <w:t>.1035</w:t>
            </w:r>
          </w:p>
        </w:tc>
        <w:tc>
          <w:tcPr>
            <w:tcW w:w="936" w:type="dxa"/>
            <w:tcMar>
              <w:top w:w="70" w:type="dxa"/>
              <w:left w:w="95" w:type="dxa"/>
              <w:bottom w:w="70" w:type="dxa"/>
              <w:right w:w="95" w:type="dxa"/>
            </w:tcMar>
            <w:vAlign w:val="center"/>
          </w:tcPr>
          <w:p w14:paraId="55233662" w14:textId="77777777" w:rsidR="00423D2F" w:rsidRPr="00717886" w:rsidRDefault="0047346F">
            <w:pPr>
              <w:spacing w:after="0"/>
              <w:jc w:val="right"/>
              <w:rPr>
                <w:rFonts w:cs="Times New Roman"/>
              </w:rPr>
            </w:pPr>
            <w:r w:rsidRPr="00717886">
              <w:rPr>
                <w:rFonts w:cs="Times New Roman"/>
                <w:sz w:val="13"/>
              </w:rPr>
              <w:t>.1137</w:t>
            </w:r>
          </w:p>
        </w:tc>
        <w:tc>
          <w:tcPr>
            <w:tcW w:w="1440" w:type="dxa"/>
            <w:tcMar>
              <w:top w:w="70" w:type="dxa"/>
              <w:left w:w="95" w:type="dxa"/>
              <w:bottom w:w="70" w:type="dxa"/>
              <w:right w:w="95" w:type="dxa"/>
            </w:tcMar>
            <w:vAlign w:val="center"/>
          </w:tcPr>
          <w:p w14:paraId="42EA2EA2" w14:textId="77777777" w:rsidR="00423D2F" w:rsidRPr="00717886" w:rsidRDefault="0047346F">
            <w:pPr>
              <w:spacing w:after="0"/>
              <w:jc w:val="center"/>
              <w:rPr>
                <w:rFonts w:cs="Times New Roman"/>
              </w:rPr>
            </w:pPr>
            <w:r w:rsidRPr="00717886">
              <w:rPr>
                <w:rFonts w:cs="Times New Roman"/>
                <w:sz w:val="13"/>
              </w:rPr>
              <w:t>[−.1271, .3342]</w:t>
            </w:r>
          </w:p>
        </w:tc>
        <w:tc>
          <w:tcPr>
            <w:tcW w:w="892" w:type="dxa"/>
            <w:tcMar>
              <w:top w:w="70" w:type="dxa"/>
              <w:left w:w="95" w:type="dxa"/>
              <w:bottom w:w="70" w:type="dxa"/>
              <w:right w:w="95" w:type="dxa"/>
            </w:tcMar>
            <w:vAlign w:val="center"/>
          </w:tcPr>
          <w:p w14:paraId="2D0BDF4F" w14:textId="77777777" w:rsidR="00423D2F" w:rsidRPr="00717886" w:rsidRDefault="0047346F">
            <w:pPr>
              <w:spacing w:after="0"/>
              <w:jc w:val="right"/>
              <w:rPr>
                <w:rFonts w:cs="Times New Roman"/>
              </w:rPr>
            </w:pPr>
            <w:r w:rsidRPr="00717886">
              <w:rPr>
                <w:rFonts w:cs="Times New Roman"/>
                <w:sz w:val="13"/>
              </w:rPr>
              <w:t>.369</w:t>
            </w:r>
          </w:p>
        </w:tc>
        <w:tc>
          <w:tcPr>
            <w:tcW w:w="648" w:type="dxa"/>
            <w:tcMar>
              <w:top w:w="70" w:type="dxa"/>
              <w:left w:w="95" w:type="dxa"/>
              <w:bottom w:w="70" w:type="dxa"/>
              <w:right w:w="95" w:type="dxa"/>
            </w:tcMar>
            <w:vAlign w:val="center"/>
          </w:tcPr>
          <w:p w14:paraId="3B82A71A"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1E515C46"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5BCFB63" w14:textId="77777777">
        <w:trPr>
          <w:cantSplit/>
          <w:jc w:val="center"/>
        </w:trPr>
        <w:tc>
          <w:tcPr>
            <w:tcW w:w="792" w:type="dxa"/>
            <w:shd w:val="clear" w:color="auto" w:fill="F5F7F9"/>
            <w:tcMar>
              <w:top w:w="70" w:type="dxa"/>
              <w:left w:w="95" w:type="dxa"/>
              <w:bottom w:w="70" w:type="dxa"/>
              <w:right w:w="95" w:type="dxa"/>
            </w:tcMar>
            <w:vAlign w:val="center"/>
          </w:tcPr>
          <w:p w14:paraId="6B408BA2"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2639C11C" w14:textId="77777777" w:rsidR="00423D2F" w:rsidRPr="00717886" w:rsidRDefault="0047346F">
            <w:pPr>
              <w:spacing w:after="0"/>
              <w:jc w:val="center"/>
              <w:rPr>
                <w:rFonts w:cs="Times New Roman"/>
              </w:rPr>
            </w:pPr>
            <w:r w:rsidRPr="00717886">
              <w:rPr>
                <w:rFonts w:cs="Times New Roman"/>
                <w:sz w:val="13"/>
              </w:rPr>
              <w:t>AVI028</w:t>
            </w:r>
          </w:p>
        </w:tc>
        <w:tc>
          <w:tcPr>
            <w:tcW w:w="2664" w:type="dxa"/>
            <w:shd w:val="clear" w:color="auto" w:fill="F5F7F9"/>
            <w:tcMar>
              <w:top w:w="70" w:type="dxa"/>
              <w:left w:w="95" w:type="dxa"/>
              <w:bottom w:w="70" w:type="dxa"/>
              <w:right w:w="95" w:type="dxa"/>
            </w:tcMar>
            <w:vAlign w:val="center"/>
          </w:tcPr>
          <w:p w14:paraId="10B2215F"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CB6F6F5" w14:textId="77777777" w:rsidR="00423D2F" w:rsidRPr="00717886" w:rsidRDefault="0047346F">
            <w:pPr>
              <w:spacing w:after="0"/>
              <w:jc w:val="right"/>
              <w:rPr>
                <w:rFonts w:cs="Times New Roman"/>
              </w:rPr>
            </w:pPr>
            <w:r w:rsidRPr="00717886">
              <w:rPr>
                <w:rFonts w:cs="Times New Roman"/>
                <w:sz w:val="13"/>
              </w:rPr>
              <w:t>.0825</w:t>
            </w:r>
          </w:p>
        </w:tc>
        <w:tc>
          <w:tcPr>
            <w:tcW w:w="936" w:type="dxa"/>
            <w:shd w:val="clear" w:color="auto" w:fill="F5F7F9"/>
            <w:tcMar>
              <w:top w:w="70" w:type="dxa"/>
              <w:left w:w="95" w:type="dxa"/>
              <w:bottom w:w="70" w:type="dxa"/>
              <w:right w:w="95" w:type="dxa"/>
            </w:tcMar>
            <w:vAlign w:val="center"/>
          </w:tcPr>
          <w:p w14:paraId="322CC662" w14:textId="77777777" w:rsidR="00423D2F" w:rsidRPr="00717886" w:rsidRDefault="0047346F">
            <w:pPr>
              <w:spacing w:after="0"/>
              <w:jc w:val="right"/>
              <w:rPr>
                <w:rFonts w:cs="Times New Roman"/>
              </w:rPr>
            </w:pPr>
            <w:r w:rsidRPr="00717886">
              <w:rPr>
                <w:rFonts w:cs="Times New Roman"/>
                <w:sz w:val="13"/>
              </w:rPr>
              <w:t>.1137</w:t>
            </w:r>
          </w:p>
        </w:tc>
        <w:tc>
          <w:tcPr>
            <w:tcW w:w="1440" w:type="dxa"/>
            <w:shd w:val="clear" w:color="auto" w:fill="F5F7F9"/>
            <w:tcMar>
              <w:top w:w="70" w:type="dxa"/>
              <w:left w:w="95" w:type="dxa"/>
              <w:bottom w:w="70" w:type="dxa"/>
              <w:right w:w="95" w:type="dxa"/>
            </w:tcMar>
            <w:vAlign w:val="center"/>
          </w:tcPr>
          <w:p w14:paraId="7AC36BF9" w14:textId="77777777" w:rsidR="00423D2F" w:rsidRPr="00717886" w:rsidRDefault="0047346F">
            <w:pPr>
              <w:spacing w:after="0"/>
              <w:jc w:val="center"/>
              <w:rPr>
                <w:rFonts w:cs="Times New Roman"/>
              </w:rPr>
            </w:pPr>
            <w:r w:rsidRPr="00717886">
              <w:rPr>
                <w:rFonts w:cs="Times New Roman"/>
                <w:sz w:val="13"/>
              </w:rPr>
              <w:t>[−.1482, .3132]</w:t>
            </w:r>
          </w:p>
        </w:tc>
        <w:tc>
          <w:tcPr>
            <w:tcW w:w="892" w:type="dxa"/>
            <w:shd w:val="clear" w:color="auto" w:fill="F5F7F9"/>
            <w:tcMar>
              <w:top w:w="70" w:type="dxa"/>
              <w:left w:w="95" w:type="dxa"/>
              <w:bottom w:w="70" w:type="dxa"/>
              <w:right w:w="95" w:type="dxa"/>
            </w:tcMar>
            <w:vAlign w:val="center"/>
          </w:tcPr>
          <w:p w14:paraId="36122F83" w14:textId="77777777" w:rsidR="00423D2F" w:rsidRPr="00717886" w:rsidRDefault="0047346F">
            <w:pPr>
              <w:spacing w:after="0"/>
              <w:jc w:val="right"/>
              <w:rPr>
                <w:rFonts w:cs="Times New Roman"/>
              </w:rPr>
            </w:pPr>
            <w:r w:rsidRPr="00717886">
              <w:rPr>
                <w:rFonts w:cs="Times New Roman"/>
                <w:sz w:val="13"/>
              </w:rPr>
              <w:t>.473</w:t>
            </w:r>
          </w:p>
        </w:tc>
        <w:tc>
          <w:tcPr>
            <w:tcW w:w="648" w:type="dxa"/>
            <w:shd w:val="clear" w:color="auto" w:fill="F5F7F9"/>
            <w:tcMar>
              <w:top w:w="70" w:type="dxa"/>
              <w:left w:w="95" w:type="dxa"/>
              <w:bottom w:w="70" w:type="dxa"/>
              <w:right w:w="95" w:type="dxa"/>
            </w:tcMar>
            <w:vAlign w:val="center"/>
          </w:tcPr>
          <w:p w14:paraId="72B57866"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36D8C9A8"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DB83C56" w14:textId="77777777">
        <w:trPr>
          <w:cantSplit/>
          <w:jc w:val="center"/>
        </w:trPr>
        <w:tc>
          <w:tcPr>
            <w:tcW w:w="792" w:type="dxa"/>
            <w:tcMar>
              <w:top w:w="70" w:type="dxa"/>
              <w:left w:w="95" w:type="dxa"/>
              <w:bottom w:w="70" w:type="dxa"/>
              <w:right w:w="95" w:type="dxa"/>
            </w:tcMar>
            <w:vAlign w:val="center"/>
          </w:tcPr>
          <w:p w14:paraId="2E04D823"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0AE48205" w14:textId="77777777" w:rsidR="00423D2F" w:rsidRPr="00717886" w:rsidRDefault="0047346F">
            <w:pPr>
              <w:spacing w:after="0"/>
              <w:jc w:val="center"/>
              <w:rPr>
                <w:rFonts w:cs="Times New Roman"/>
              </w:rPr>
            </w:pPr>
            <w:r w:rsidRPr="00717886">
              <w:rPr>
                <w:rFonts w:cs="Times New Roman"/>
                <w:sz w:val="13"/>
              </w:rPr>
              <w:t>AVI029</w:t>
            </w:r>
          </w:p>
        </w:tc>
        <w:tc>
          <w:tcPr>
            <w:tcW w:w="2664" w:type="dxa"/>
            <w:tcMar>
              <w:top w:w="70" w:type="dxa"/>
              <w:left w:w="95" w:type="dxa"/>
              <w:bottom w:w="70" w:type="dxa"/>
              <w:right w:w="95" w:type="dxa"/>
            </w:tcMar>
            <w:vAlign w:val="center"/>
          </w:tcPr>
          <w:p w14:paraId="7B5CC258"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3098A394" w14:textId="77777777" w:rsidR="00423D2F" w:rsidRPr="00717886" w:rsidRDefault="0047346F">
            <w:pPr>
              <w:spacing w:after="0"/>
              <w:jc w:val="right"/>
              <w:rPr>
                <w:rFonts w:cs="Times New Roman"/>
              </w:rPr>
            </w:pPr>
            <w:r w:rsidRPr="00717886">
              <w:rPr>
                <w:rFonts w:cs="Times New Roman"/>
                <w:sz w:val="13"/>
              </w:rPr>
              <w:t>.0760</w:t>
            </w:r>
          </w:p>
        </w:tc>
        <w:tc>
          <w:tcPr>
            <w:tcW w:w="936" w:type="dxa"/>
            <w:tcMar>
              <w:top w:w="70" w:type="dxa"/>
              <w:left w:w="95" w:type="dxa"/>
              <w:bottom w:w="70" w:type="dxa"/>
              <w:right w:w="95" w:type="dxa"/>
            </w:tcMar>
            <w:vAlign w:val="center"/>
          </w:tcPr>
          <w:p w14:paraId="6AC8371C" w14:textId="77777777" w:rsidR="00423D2F" w:rsidRPr="00717886" w:rsidRDefault="0047346F">
            <w:pPr>
              <w:spacing w:after="0"/>
              <w:jc w:val="right"/>
              <w:rPr>
                <w:rFonts w:cs="Times New Roman"/>
              </w:rPr>
            </w:pPr>
            <w:r w:rsidRPr="00717886">
              <w:rPr>
                <w:rFonts w:cs="Times New Roman"/>
                <w:sz w:val="13"/>
              </w:rPr>
              <w:t>.1118</w:t>
            </w:r>
          </w:p>
        </w:tc>
        <w:tc>
          <w:tcPr>
            <w:tcW w:w="1440" w:type="dxa"/>
            <w:tcMar>
              <w:top w:w="70" w:type="dxa"/>
              <w:left w:w="95" w:type="dxa"/>
              <w:bottom w:w="70" w:type="dxa"/>
              <w:right w:w="95" w:type="dxa"/>
            </w:tcMar>
            <w:vAlign w:val="center"/>
          </w:tcPr>
          <w:p w14:paraId="1DF71EEA" w14:textId="77777777" w:rsidR="00423D2F" w:rsidRPr="00717886" w:rsidRDefault="0047346F">
            <w:pPr>
              <w:spacing w:after="0"/>
              <w:jc w:val="center"/>
              <w:rPr>
                <w:rFonts w:cs="Times New Roman"/>
              </w:rPr>
            </w:pPr>
            <w:r w:rsidRPr="00717886">
              <w:rPr>
                <w:rFonts w:cs="Times New Roman"/>
                <w:sz w:val="13"/>
              </w:rPr>
              <w:t>[−.1508, .3027]</w:t>
            </w:r>
          </w:p>
        </w:tc>
        <w:tc>
          <w:tcPr>
            <w:tcW w:w="892" w:type="dxa"/>
            <w:tcMar>
              <w:top w:w="70" w:type="dxa"/>
              <w:left w:w="95" w:type="dxa"/>
              <w:bottom w:w="70" w:type="dxa"/>
              <w:right w:w="95" w:type="dxa"/>
            </w:tcMar>
            <w:vAlign w:val="center"/>
          </w:tcPr>
          <w:p w14:paraId="2C69C6A8" w14:textId="77777777" w:rsidR="00423D2F" w:rsidRPr="00717886" w:rsidRDefault="0047346F">
            <w:pPr>
              <w:spacing w:after="0"/>
              <w:jc w:val="right"/>
              <w:rPr>
                <w:rFonts w:cs="Times New Roman"/>
              </w:rPr>
            </w:pPr>
            <w:r w:rsidRPr="00717886">
              <w:rPr>
                <w:rFonts w:cs="Times New Roman"/>
                <w:sz w:val="13"/>
              </w:rPr>
              <w:t>.501</w:t>
            </w:r>
          </w:p>
        </w:tc>
        <w:tc>
          <w:tcPr>
            <w:tcW w:w="648" w:type="dxa"/>
            <w:tcMar>
              <w:top w:w="70" w:type="dxa"/>
              <w:left w:w="95" w:type="dxa"/>
              <w:bottom w:w="70" w:type="dxa"/>
              <w:right w:w="95" w:type="dxa"/>
            </w:tcMar>
            <w:vAlign w:val="center"/>
          </w:tcPr>
          <w:p w14:paraId="70F6F817" w14:textId="77777777" w:rsidR="00423D2F" w:rsidRPr="00717886" w:rsidRDefault="0047346F">
            <w:pPr>
              <w:spacing w:after="0"/>
              <w:jc w:val="right"/>
              <w:rPr>
                <w:rFonts w:cs="Times New Roman"/>
              </w:rPr>
            </w:pPr>
            <w:r w:rsidRPr="00717886">
              <w:rPr>
                <w:rFonts w:cs="Times New Roman"/>
                <w:sz w:val="13"/>
              </w:rPr>
              <w:t>313</w:t>
            </w:r>
          </w:p>
        </w:tc>
        <w:tc>
          <w:tcPr>
            <w:tcW w:w="936" w:type="dxa"/>
            <w:tcMar>
              <w:top w:w="70" w:type="dxa"/>
              <w:left w:w="95" w:type="dxa"/>
              <w:bottom w:w="70" w:type="dxa"/>
              <w:right w:w="95" w:type="dxa"/>
            </w:tcMar>
            <w:vAlign w:val="center"/>
          </w:tcPr>
          <w:p w14:paraId="4D987B1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E7CF0AB" w14:textId="77777777">
        <w:trPr>
          <w:cantSplit/>
          <w:jc w:val="center"/>
        </w:trPr>
        <w:tc>
          <w:tcPr>
            <w:tcW w:w="792" w:type="dxa"/>
            <w:shd w:val="clear" w:color="auto" w:fill="F5F7F9"/>
            <w:tcMar>
              <w:top w:w="70" w:type="dxa"/>
              <w:left w:w="95" w:type="dxa"/>
              <w:bottom w:w="70" w:type="dxa"/>
              <w:right w:w="95" w:type="dxa"/>
            </w:tcMar>
            <w:vAlign w:val="center"/>
          </w:tcPr>
          <w:p w14:paraId="4FEF948B"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5228884" w14:textId="77777777" w:rsidR="00423D2F" w:rsidRPr="00717886" w:rsidRDefault="0047346F">
            <w:pPr>
              <w:spacing w:after="0"/>
              <w:jc w:val="center"/>
              <w:rPr>
                <w:rFonts w:cs="Times New Roman"/>
              </w:rPr>
            </w:pPr>
            <w:r w:rsidRPr="00717886">
              <w:rPr>
                <w:rFonts w:cs="Times New Roman"/>
                <w:sz w:val="13"/>
              </w:rPr>
              <w:t>AVI030</w:t>
            </w:r>
          </w:p>
        </w:tc>
        <w:tc>
          <w:tcPr>
            <w:tcW w:w="2664" w:type="dxa"/>
            <w:shd w:val="clear" w:color="auto" w:fill="F5F7F9"/>
            <w:tcMar>
              <w:top w:w="70" w:type="dxa"/>
              <w:left w:w="95" w:type="dxa"/>
              <w:bottom w:w="70" w:type="dxa"/>
              <w:right w:w="95" w:type="dxa"/>
            </w:tcMar>
            <w:vAlign w:val="center"/>
          </w:tcPr>
          <w:p w14:paraId="08DBF8A3"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79DE4008" w14:textId="77777777" w:rsidR="00423D2F" w:rsidRPr="00717886" w:rsidRDefault="0047346F">
            <w:pPr>
              <w:spacing w:after="0"/>
              <w:jc w:val="right"/>
              <w:rPr>
                <w:rFonts w:cs="Times New Roman"/>
              </w:rPr>
            </w:pPr>
            <w:r w:rsidRPr="00717886">
              <w:rPr>
                <w:rFonts w:cs="Times New Roman"/>
                <w:sz w:val="13"/>
              </w:rPr>
              <w:t>.0760</w:t>
            </w:r>
          </w:p>
        </w:tc>
        <w:tc>
          <w:tcPr>
            <w:tcW w:w="936" w:type="dxa"/>
            <w:shd w:val="clear" w:color="auto" w:fill="F5F7F9"/>
            <w:tcMar>
              <w:top w:w="70" w:type="dxa"/>
              <w:left w:w="95" w:type="dxa"/>
              <w:bottom w:w="70" w:type="dxa"/>
              <w:right w:w="95" w:type="dxa"/>
            </w:tcMar>
            <w:vAlign w:val="center"/>
          </w:tcPr>
          <w:p w14:paraId="5E4B634C" w14:textId="77777777" w:rsidR="00423D2F" w:rsidRPr="00717886" w:rsidRDefault="0047346F">
            <w:pPr>
              <w:spacing w:after="0"/>
              <w:jc w:val="right"/>
              <w:rPr>
                <w:rFonts w:cs="Times New Roman"/>
              </w:rPr>
            </w:pPr>
            <w:r w:rsidRPr="00717886">
              <w:rPr>
                <w:rFonts w:cs="Times New Roman"/>
                <w:sz w:val="13"/>
              </w:rPr>
              <w:t>.1139</w:t>
            </w:r>
          </w:p>
        </w:tc>
        <w:tc>
          <w:tcPr>
            <w:tcW w:w="1440" w:type="dxa"/>
            <w:shd w:val="clear" w:color="auto" w:fill="F5F7F9"/>
            <w:tcMar>
              <w:top w:w="70" w:type="dxa"/>
              <w:left w:w="95" w:type="dxa"/>
              <w:bottom w:w="70" w:type="dxa"/>
              <w:right w:w="95" w:type="dxa"/>
            </w:tcMar>
            <w:vAlign w:val="center"/>
          </w:tcPr>
          <w:p w14:paraId="0D2D4623" w14:textId="77777777" w:rsidR="00423D2F" w:rsidRPr="00717886" w:rsidRDefault="0047346F">
            <w:pPr>
              <w:spacing w:after="0"/>
              <w:jc w:val="center"/>
              <w:rPr>
                <w:rFonts w:cs="Times New Roman"/>
              </w:rPr>
            </w:pPr>
            <w:r w:rsidRPr="00717886">
              <w:rPr>
                <w:rFonts w:cs="Times New Roman"/>
                <w:sz w:val="13"/>
              </w:rPr>
              <w:t>[−.1549, .3070]</w:t>
            </w:r>
          </w:p>
        </w:tc>
        <w:tc>
          <w:tcPr>
            <w:tcW w:w="892" w:type="dxa"/>
            <w:shd w:val="clear" w:color="auto" w:fill="F5F7F9"/>
            <w:tcMar>
              <w:top w:w="70" w:type="dxa"/>
              <w:left w:w="95" w:type="dxa"/>
              <w:bottom w:w="70" w:type="dxa"/>
              <w:right w:w="95" w:type="dxa"/>
            </w:tcMar>
            <w:vAlign w:val="center"/>
          </w:tcPr>
          <w:p w14:paraId="1CE852EE" w14:textId="77777777" w:rsidR="00423D2F" w:rsidRPr="00717886" w:rsidRDefault="0047346F">
            <w:pPr>
              <w:spacing w:after="0"/>
              <w:jc w:val="right"/>
              <w:rPr>
                <w:rFonts w:cs="Times New Roman"/>
              </w:rPr>
            </w:pPr>
            <w:r w:rsidRPr="00717886">
              <w:rPr>
                <w:rFonts w:cs="Times New Roman"/>
                <w:sz w:val="13"/>
              </w:rPr>
              <w:t>.509</w:t>
            </w:r>
          </w:p>
        </w:tc>
        <w:tc>
          <w:tcPr>
            <w:tcW w:w="648" w:type="dxa"/>
            <w:shd w:val="clear" w:color="auto" w:fill="F5F7F9"/>
            <w:tcMar>
              <w:top w:w="70" w:type="dxa"/>
              <w:left w:w="95" w:type="dxa"/>
              <w:bottom w:w="70" w:type="dxa"/>
              <w:right w:w="95" w:type="dxa"/>
            </w:tcMar>
            <w:vAlign w:val="center"/>
          </w:tcPr>
          <w:p w14:paraId="17C2405E" w14:textId="77777777" w:rsidR="00423D2F" w:rsidRPr="00717886" w:rsidRDefault="0047346F">
            <w:pPr>
              <w:spacing w:after="0"/>
              <w:jc w:val="right"/>
              <w:rPr>
                <w:rFonts w:cs="Times New Roman"/>
              </w:rPr>
            </w:pPr>
            <w:r w:rsidRPr="00717886">
              <w:rPr>
                <w:rFonts w:cs="Times New Roman"/>
                <w:sz w:val="13"/>
              </w:rPr>
              <w:t>313</w:t>
            </w:r>
          </w:p>
        </w:tc>
        <w:tc>
          <w:tcPr>
            <w:tcW w:w="936" w:type="dxa"/>
            <w:shd w:val="clear" w:color="auto" w:fill="F5F7F9"/>
            <w:tcMar>
              <w:top w:w="70" w:type="dxa"/>
              <w:left w:w="95" w:type="dxa"/>
              <w:bottom w:w="70" w:type="dxa"/>
              <w:right w:w="95" w:type="dxa"/>
            </w:tcMar>
            <w:vAlign w:val="center"/>
          </w:tcPr>
          <w:p w14:paraId="122C09B4"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7F545787" w14:textId="77777777">
        <w:trPr>
          <w:cantSplit/>
          <w:jc w:val="center"/>
        </w:trPr>
        <w:tc>
          <w:tcPr>
            <w:tcW w:w="792" w:type="dxa"/>
            <w:tcMar>
              <w:top w:w="70" w:type="dxa"/>
              <w:left w:w="95" w:type="dxa"/>
              <w:bottom w:w="70" w:type="dxa"/>
              <w:right w:w="95" w:type="dxa"/>
            </w:tcMar>
            <w:vAlign w:val="center"/>
          </w:tcPr>
          <w:p w14:paraId="5A29A563"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0ABABBEE" w14:textId="77777777" w:rsidR="00423D2F" w:rsidRPr="00717886" w:rsidRDefault="0047346F">
            <w:pPr>
              <w:spacing w:after="0"/>
              <w:jc w:val="center"/>
              <w:rPr>
                <w:rFonts w:cs="Times New Roman"/>
              </w:rPr>
            </w:pPr>
            <w:r w:rsidRPr="00717886">
              <w:rPr>
                <w:rFonts w:cs="Times New Roman"/>
                <w:sz w:val="13"/>
              </w:rPr>
              <w:t>AVI031</w:t>
            </w:r>
          </w:p>
        </w:tc>
        <w:tc>
          <w:tcPr>
            <w:tcW w:w="2664" w:type="dxa"/>
            <w:tcMar>
              <w:top w:w="70" w:type="dxa"/>
              <w:left w:w="95" w:type="dxa"/>
              <w:bottom w:w="70" w:type="dxa"/>
              <w:right w:w="95" w:type="dxa"/>
            </w:tcMar>
            <w:vAlign w:val="center"/>
          </w:tcPr>
          <w:p w14:paraId="38C861B1"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A58A108" w14:textId="77777777" w:rsidR="00423D2F" w:rsidRPr="00717886" w:rsidRDefault="0047346F">
            <w:pPr>
              <w:spacing w:after="0"/>
              <w:jc w:val="right"/>
              <w:rPr>
                <w:rFonts w:cs="Times New Roman"/>
              </w:rPr>
            </w:pPr>
            <w:r w:rsidRPr="00717886">
              <w:rPr>
                <w:rFonts w:cs="Times New Roman"/>
                <w:sz w:val="13"/>
              </w:rPr>
              <w:t>.0868</w:t>
            </w:r>
          </w:p>
        </w:tc>
        <w:tc>
          <w:tcPr>
            <w:tcW w:w="936" w:type="dxa"/>
            <w:tcMar>
              <w:top w:w="70" w:type="dxa"/>
              <w:left w:w="95" w:type="dxa"/>
              <w:bottom w:w="70" w:type="dxa"/>
              <w:right w:w="95" w:type="dxa"/>
            </w:tcMar>
            <w:vAlign w:val="center"/>
          </w:tcPr>
          <w:p w14:paraId="3526B907" w14:textId="77777777" w:rsidR="00423D2F" w:rsidRPr="00717886" w:rsidRDefault="0047346F">
            <w:pPr>
              <w:spacing w:after="0"/>
              <w:jc w:val="right"/>
              <w:rPr>
                <w:rFonts w:cs="Times New Roman"/>
              </w:rPr>
            </w:pPr>
            <w:r w:rsidRPr="00717886">
              <w:rPr>
                <w:rFonts w:cs="Times New Roman"/>
                <w:sz w:val="13"/>
              </w:rPr>
              <w:t>.1147</w:t>
            </w:r>
          </w:p>
        </w:tc>
        <w:tc>
          <w:tcPr>
            <w:tcW w:w="1440" w:type="dxa"/>
            <w:tcMar>
              <w:top w:w="70" w:type="dxa"/>
              <w:left w:w="95" w:type="dxa"/>
              <w:bottom w:w="70" w:type="dxa"/>
              <w:right w:w="95" w:type="dxa"/>
            </w:tcMar>
            <w:vAlign w:val="center"/>
          </w:tcPr>
          <w:p w14:paraId="2995049B" w14:textId="77777777" w:rsidR="00423D2F" w:rsidRPr="00717886" w:rsidRDefault="0047346F">
            <w:pPr>
              <w:spacing w:after="0"/>
              <w:jc w:val="center"/>
              <w:rPr>
                <w:rFonts w:cs="Times New Roman"/>
              </w:rPr>
            </w:pPr>
            <w:r w:rsidRPr="00717886">
              <w:rPr>
                <w:rFonts w:cs="Times New Roman"/>
                <w:sz w:val="13"/>
              </w:rPr>
              <w:t>[−.1459, .3194]</w:t>
            </w:r>
          </w:p>
        </w:tc>
        <w:tc>
          <w:tcPr>
            <w:tcW w:w="892" w:type="dxa"/>
            <w:tcMar>
              <w:top w:w="70" w:type="dxa"/>
              <w:left w:w="95" w:type="dxa"/>
              <w:bottom w:w="70" w:type="dxa"/>
              <w:right w:w="95" w:type="dxa"/>
            </w:tcMar>
            <w:vAlign w:val="center"/>
          </w:tcPr>
          <w:p w14:paraId="54DE7796" w14:textId="77777777" w:rsidR="00423D2F" w:rsidRPr="00717886" w:rsidRDefault="0047346F">
            <w:pPr>
              <w:spacing w:after="0"/>
              <w:jc w:val="right"/>
              <w:rPr>
                <w:rFonts w:cs="Times New Roman"/>
              </w:rPr>
            </w:pPr>
            <w:r w:rsidRPr="00717886">
              <w:rPr>
                <w:rFonts w:cs="Times New Roman"/>
                <w:sz w:val="13"/>
              </w:rPr>
              <w:t>.454</w:t>
            </w:r>
          </w:p>
        </w:tc>
        <w:tc>
          <w:tcPr>
            <w:tcW w:w="648" w:type="dxa"/>
            <w:tcMar>
              <w:top w:w="70" w:type="dxa"/>
              <w:left w:w="95" w:type="dxa"/>
              <w:bottom w:w="70" w:type="dxa"/>
              <w:right w:w="95" w:type="dxa"/>
            </w:tcMar>
            <w:vAlign w:val="center"/>
          </w:tcPr>
          <w:p w14:paraId="759EA80E" w14:textId="77777777" w:rsidR="00423D2F" w:rsidRPr="00717886" w:rsidRDefault="0047346F">
            <w:pPr>
              <w:spacing w:after="0"/>
              <w:jc w:val="right"/>
              <w:rPr>
                <w:rFonts w:cs="Times New Roman"/>
              </w:rPr>
            </w:pPr>
            <w:r w:rsidRPr="00717886">
              <w:rPr>
                <w:rFonts w:cs="Times New Roman"/>
                <w:sz w:val="13"/>
              </w:rPr>
              <w:t>312</w:t>
            </w:r>
          </w:p>
        </w:tc>
        <w:tc>
          <w:tcPr>
            <w:tcW w:w="936" w:type="dxa"/>
            <w:tcMar>
              <w:top w:w="70" w:type="dxa"/>
              <w:left w:w="95" w:type="dxa"/>
              <w:bottom w:w="70" w:type="dxa"/>
              <w:right w:w="95" w:type="dxa"/>
            </w:tcMar>
            <w:vAlign w:val="center"/>
          </w:tcPr>
          <w:p w14:paraId="62A216D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079B5D3" w14:textId="77777777">
        <w:trPr>
          <w:cantSplit/>
          <w:jc w:val="center"/>
        </w:trPr>
        <w:tc>
          <w:tcPr>
            <w:tcW w:w="792" w:type="dxa"/>
            <w:shd w:val="clear" w:color="auto" w:fill="F5F7F9"/>
            <w:tcMar>
              <w:top w:w="70" w:type="dxa"/>
              <w:left w:w="95" w:type="dxa"/>
              <w:bottom w:w="70" w:type="dxa"/>
              <w:right w:w="95" w:type="dxa"/>
            </w:tcMar>
            <w:vAlign w:val="center"/>
          </w:tcPr>
          <w:p w14:paraId="61AED32C"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0AE82604" w14:textId="77777777" w:rsidR="00423D2F" w:rsidRPr="00717886" w:rsidRDefault="0047346F">
            <w:pPr>
              <w:spacing w:after="0"/>
              <w:jc w:val="center"/>
              <w:rPr>
                <w:rFonts w:cs="Times New Roman"/>
              </w:rPr>
            </w:pPr>
            <w:r w:rsidRPr="00717886">
              <w:rPr>
                <w:rFonts w:cs="Times New Roman"/>
                <w:sz w:val="13"/>
              </w:rPr>
              <w:t>AVI032</w:t>
            </w:r>
          </w:p>
        </w:tc>
        <w:tc>
          <w:tcPr>
            <w:tcW w:w="2664" w:type="dxa"/>
            <w:shd w:val="clear" w:color="auto" w:fill="F5F7F9"/>
            <w:tcMar>
              <w:top w:w="70" w:type="dxa"/>
              <w:left w:w="95" w:type="dxa"/>
              <w:bottom w:w="70" w:type="dxa"/>
              <w:right w:w="95" w:type="dxa"/>
            </w:tcMar>
            <w:vAlign w:val="center"/>
          </w:tcPr>
          <w:p w14:paraId="07071191"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5399E4D" w14:textId="77777777" w:rsidR="00423D2F" w:rsidRPr="00717886" w:rsidRDefault="0047346F">
            <w:pPr>
              <w:spacing w:after="0"/>
              <w:jc w:val="right"/>
              <w:rPr>
                <w:rFonts w:cs="Times New Roman"/>
              </w:rPr>
            </w:pPr>
            <w:r w:rsidRPr="00717886">
              <w:rPr>
                <w:rFonts w:cs="Times New Roman"/>
                <w:sz w:val="13"/>
              </w:rPr>
              <w:t>.0884</w:t>
            </w:r>
          </w:p>
        </w:tc>
        <w:tc>
          <w:tcPr>
            <w:tcW w:w="936" w:type="dxa"/>
            <w:shd w:val="clear" w:color="auto" w:fill="F5F7F9"/>
            <w:tcMar>
              <w:top w:w="70" w:type="dxa"/>
              <w:left w:w="95" w:type="dxa"/>
              <w:bottom w:w="70" w:type="dxa"/>
              <w:right w:w="95" w:type="dxa"/>
            </w:tcMar>
            <w:vAlign w:val="center"/>
          </w:tcPr>
          <w:p w14:paraId="7E7AB368" w14:textId="77777777" w:rsidR="00423D2F" w:rsidRPr="00717886" w:rsidRDefault="0047346F">
            <w:pPr>
              <w:spacing w:after="0"/>
              <w:jc w:val="right"/>
              <w:rPr>
                <w:rFonts w:cs="Times New Roman"/>
              </w:rPr>
            </w:pPr>
            <w:r w:rsidRPr="00717886">
              <w:rPr>
                <w:rFonts w:cs="Times New Roman"/>
                <w:sz w:val="13"/>
              </w:rPr>
              <w:t>.1122</w:t>
            </w:r>
          </w:p>
        </w:tc>
        <w:tc>
          <w:tcPr>
            <w:tcW w:w="1440" w:type="dxa"/>
            <w:shd w:val="clear" w:color="auto" w:fill="F5F7F9"/>
            <w:tcMar>
              <w:top w:w="70" w:type="dxa"/>
              <w:left w:w="95" w:type="dxa"/>
              <w:bottom w:w="70" w:type="dxa"/>
              <w:right w:w="95" w:type="dxa"/>
            </w:tcMar>
            <w:vAlign w:val="center"/>
          </w:tcPr>
          <w:p w14:paraId="444188E7" w14:textId="77777777" w:rsidR="00423D2F" w:rsidRPr="00717886" w:rsidRDefault="0047346F">
            <w:pPr>
              <w:spacing w:after="0"/>
              <w:jc w:val="center"/>
              <w:rPr>
                <w:rFonts w:cs="Times New Roman"/>
              </w:rPr>
            </w:pPr>
            <w:r w:rsidRPr="00717886">
              <w:rPr>
                <w:rFonts w:cs="Times New Roman"/>
                <w:sz w:val="13"/>
              </w:rPr>
              <w:t>[−.1392, .3160]</w:t>
            </w:r>
          </w:p>
        </w:tc>
        <w:tc>
          <w:tcPr>
            <w:tcW w:w="892" w:type="dxa"/>
            <w:shd w:val="clear" w:color="auto" w:fill="F5F7F9"/>
            <w:tcMar>
              <w:top w:w="70" w:type="dxa"/>
              <w:left w:w="95" w:type="dxa"/>
              <w:bottom w:w="70" w:type="dxa"/>
              <w:right w:w="95" w:type="dxa"/>
            </w:tcMar>
            <w:vAlign w:val="center"/>
          </w:tcPr>
          <w:p w14:paraId="212DE3F5" w14:textId="77777777" w:rsidR="00423D2F" w:rsidRPr="00717886" w:rsidRDefault="0047346F">
            <w:pPr>
              <w:spacing w:after="0"/>
              <w:jc w:val="right"/>
              <w:rPr>
                <w:rFonts w:cs="Times New Roman"/>
              </w:rPr>
            </w:pPr>
            <w:r w:rsidRPr="00717886">
              <w:rPr>
                <w:rFonts w:cs="Times New Roman"/>
                <w:sz w:val="13"/>
              </w:rPr>
              <w:t>.436</w:t>
            </w:r>
          </w:p>
        </w:tc>
        <w:tc>
          <w:tcPr>
            <w:tcW w:w="648" w:type="dxa"/>
            <w:shd w:val="clear" w:color="auto" w:fill="F5F7F9"/>
            <w:tcMar>
              <w:top w:w="70" w:type="dxa"/>
              <w:left w:w="95" w:type="dxa"/>
              <w:bottom w:w="70" w:type="dxa"/>
              <w:right w:w="95" w:type="dxa"/>
            </w:tcMar>
            <w:vAlign w:val="center"/>
          </w:tcPr>
          <w:p w14:paraId="788EDFE7" w14:textId="77777777" w:rsidR="00423D2F" w:rsidRPr="00717886" w:rsidRDefault="0047346F">
            <w:pPr>
              <w:spacing w:after="0"/>
              <w:jc w:val="right"/>
              <w:rPr>
                <w:rFonts w:cs="Times New Roman"/>
              </w:rPr>
            </w:pPr>
            <w:r w:rsidRPr="00717886">
              <w:rPr>
                <w:rFonts w:cs="Times New Roman"/>
                <w:sz w:val="13"/>
              </w:rPr>
              <w:t>312</w:t>
            </w:r>
          </w:p>
        </w:tc>
        <w:tc>
          <w:tcPr>
            <w:tcW w:w="936" w:type="dxa"/>
            <w:shd w:val="clear" w:color="auto" w:fill="F5F7F9"/>
            <w:tcMar>
              <w:top w:w="70" w:type="dxa"/>
              <w:left w:w="95" w:type="dxa"/>
              <w:bottom w:w="70" w:type="dxa"/>
              <w:right w:w="95" w:type="dxa"/>
            </w:tcMar>
            <w:vAlign w:val="center"/>
          </w:tcPr>
          <w:p w14:paraId="1C30A013"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616F234D" w14:textId="77777777">
        <w:trPr>
          <w:cantSplit/>
          <w:jc w:val="center"/>
        </w:trPr>
        <w:tc>
          <w:tcPr>
            <w:tcW w:w="792" w:type="dxa"/>
            <w:tcMar>
              <w:top w:w="70" w:type="dxa"/>
              <w:left w:w="95" w:type="dxa"/>
              <w:bottom w:w="70" w:type="dxa"/>
              <w:right w:w="95" w:type="dxa"/>
            </w:tcMar>
            <w:vAlign w:val="center"/>
          </w:tcPr>
          <w:p w14:paraId="2841069E"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61A7A041" w14:textId="77777777" w:rsidR="00423D2F" w:rsidRPr="00717886" w:rsidRDefault="0047346F">
            <w:pPr>
              <w:spacing w:after="0"/>
              <w:jc w:val="center"/>
              <w:rPr>
                <w:rFonts w:cs="Times New Roman"/>
              </w:rPr>
            </w:pPr>
            <w:r w:rsidRPr="00717886">
              <w:rPr>
                <w:rFonts w:cs="Times New Roman"/>
                <w:sz w:val="13"/>
              </w:rPr>
              <w:t>AVI033</w:t>
            </w:r>
          </w:p>
        </w:tc>
        <w:tc>
          <w:tcPr>
            <w:tcW w:w="2664" w:type="dxa"/>
            <w:tcMar>
              <w:top w:w="70" w:type="dxa"/>
              <w:left w:w="95" w:type="dxa"/>
              <w:bottom w:w="70" w:type="dxa"/>
              <w:right w:w="95" w:type="dxa"/>
            </w:tcMar>
            <w:vAlign w:val="center"/>
          </w:tcPr>
          <w:p w14:paraId="76BBDB0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1FCF1163" w14:textId="77777777" w:rsidR="00423D2F" w:rsidRPr="00717886" w:rsidRDefault="0047346F">
            <w:pPr>
              <w:spacing w:after="0"/>
              <w:jc w:val="right"/>
              <w:rPr>
                <w:rFonts w:cs="Times New Roman"/>
              </w:rPr>
            </w:pPr>
            <w:r w:rsidRPr="00717886">
              <w:rPr>
                <w:rFonts w:cs="Times New Roman"/>
                <w:sz w:val="13"/>
              </w:rPr>
              <w:t>.0898</w:t>
            </w:r>
          </w:p>
        </w:tc>
        <w:tc>
          <w:tcPr>
            <w:tcW w:w="936" w:type="dxa"/>
            <w:tcMar>
              <w:top w:w="70" w:type="dxa"/>
              <w:left w:w="95" w:type="dxa"/>
              <w:bottom w:w="70" w:type="dxa"/>
              <w:right w:w="95" w:type="dxa"/>
            </w:tcMar>
            <w:vAlign w:val="center"/>
          </w:tcPr>
          <w:p w14:paraId="65DAB517" w14:textId="77777777" w:rsidR="00423D2F" w:rsidRPr="00717886" w:rsidRDefault="0047346F">
            <w:pPr>
              <w:spacing w:after="0"/>
              <w:jc w:val="right"/>
              <w:rPr>
                <w:rFonts w:cs="Times New Roman"/>
              </w:rPr>
            </w:pPr>
            <w:r w:rsidRPr="00717886">
              <w:rPr>
                <w:rFonts w:cs="Times New Roman"/>
                <w:sz w:val="13"/>
              </w:rPr>
              <w:t>.1158</w:t>
            </w:r>
          </w:p>
        </w:tc>
        <w:tc>
          <w:tcPr>
            <w:tcW w:w="1440" w:type="dxa"/>
            <w:tcMar>
              <w:top w:w="70" w:type="dxa"/>
              <w:left w:w="95" w:type="dxa"/>
              <w:bottom w:w="70" w:type="dxa"/>
              <w:right w:w="95" w:type="dxa"/>
            </w:tcMar>
            <w:vAlign w:val="center"/>
          </w:tcPr>
          <w:p w14:paraId="1262210E" w14:textId="77777777" w:rsidR="00423D2F" w:rsidRPr="00717886" w:rsidRDefault="0047346F">
            <w:pPr>
              <w:spacing w:after="0"/>
              <w:jc w:val="center"/>
              <w:rPr>
                <w:rFonts w:cs="Times New Roman"/>
              </w:rPr>
            </w:pPr>
            <w:r w:rsidRPr="00717886">
              <w:rPr>
                <w:rFonts w:cs="Times New Roman"/>
                <w:sz w:val="13"/>
              </w:rPr>
              <w:t>[−.1450, .3247]</w:t>
            </w:r>
          </w:p>
        </w:tc>
        <w:tc>
          <w:tcPr>
            <w:tcW w:w="892" w:type="dxa"/>
            <w:tcMar>
              <w:top w:w="70" w:type="dxa"/>
              <w:left w:w="95" w:type="dxa"/>
              <w:bottom w:w="70" w:type="dxa"/>
              <w:right w:w="95" w:type="dxa"/>
            </w:tcMar>
            <w:vAlign w:val="center"/>
          </w:tcPr>
          <w:p w14:paraId="599AC690" w14:textId="77777777" w:rsidR="00423D2F" w:rsidRPr="00717886" w:rsidRDefault="0047346F">
            <w:pPr>
              <w:spacing w:after="0"/>
              <w:jc w:val="right"/>
              <w:rPr>
                <w:rFonts w:cs="Times New Roman"/>
              </w:rPr>
            </w:pPr>
            <w:r w:rsidRPr="00717886">
              <w:rPr>
                <w:rFonts w:cs="Times New Roman"/>
                <w:sz w:val="13"/>
              </w:rPr>
              <w:t>.443</w:t>
            </w:r>
          </w:p>
        </w:tc>
        <w:tc>
          <w:tcPr>
            <w:tcW w:w="648" w:type="dxa"/>
            <w:tcMar>
              <w:top w:w="70" w:type="dxa"/>
              <w:left w:w="95" w:type="dxa"/>
              <w:bottom w:w="70" w:type="dxa"/>
              <w:right w:w="95" w:type="dxa"/>
            </w:tcMar>
            <w:vAlign w:val="center"/>
          </w:tcPr>
          <w:p w14:paraId="21C07029" w14:textId="77777777" w:rsidR="00423D2F" w:rsidRPr="00717886" w:rsidRDefault="0047346F">
            <w:pPr>
              <w:spacing w:after="0"/>
              <w:jc w:val="right"/>
              <w:rPr>
                <w:rFonts w:cs="Times New Roman"/>
              </w:rPr>
            </w:pPr>
            <w:r w:rsidRPr="00717886">
              <w:rPr>
                <w:rFonts w:cs="Times New Roman"/>
                <w:sz w:val="13"/>
              </w:rPr>
              <w:t>312</w:t>
            </w:r>
          </w:p>
        </w:tc>
        <w:tc>
          <w:tcPr>
            <w:tcW w:w="936" w:type="dxa"/>
            <w:tcMar>
              <w:top w:w="70" w:type="dxa"/>
              <w:left w:w="95" w:type="dxa"/>
              <w:bottom w:w="70" w:type="dxa"/>
              <w:right w:w="95" w:type="dxa"/>
            </w:tcMar>
            <w:vAlign w:val="center"/>
          </w:tcPr>
          <w:p w14:paraId="6E9B934F"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E83C636" w14:textId="77777777">
        <w:trPr>
          <w:cantSplit/>
          <w:jc w:val="center"/>
        </w:trPr>
        <w:tc>
          <w:tcPr>
            <w:tcW w:w="792" w:type="dxa"/>
            <w:shd w:val="clear" w:color="auto" w:fill="F5F7F9"/>
            <w:tcMar>
              <w:top w:w="70" w:type="dxa"/>
              <w:left w:w="95" w:type="dxa"/>
              <w:bottom w:w="70" w:type="dxa"/>
              <w:right w:w="95" w:type="dxa"/>
            </w:tcMar>
            <w:vAlign w:val="center"/>
          </w:tcPr>
          <w:p w14:paraId="7FAA267F"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3D93DB0F" w14:textId="77777777" w:rsidR="00423D2F" w:rsidRPr="00717886" w:rsidRDefault="0047346F">
            <w:pPr>
              <w:spacing w:after="0"/>
              <w:jc w:val="center"/>
              <w:rPr>
                <w:rFonts w:cs="Times New Roman"/>
              </w:rPr>
            </w:pPr>
            <w:r w:rsidRPr="00717886">
              <w:rPr>
                <w:rFonts w:cs="Times New Roman"/>
                <w:sz w:val="13"/>
              </w:rPr>
              <w:t>AVI034</w:t>
            </w:r>
          </w:p>
        </w:tc>
        <w:tc>
          <w:tcPr>
            <w:tcW w:w="2664" w:type="dxa"/>
            <w:shd w:val="clear" w:color="auto" w:fill="F5F7F9"/>
            <w:tcMar>
              <w:top w:w="70" w:type="dxa"/>
              <w:left w:w="95" w:type="dxa"/>
              <w:bottom w:w="70" w:type="dxa"/>
              <w:right w:w="95" w:type="dxa"/>
            </w:tcMar>
            <w:vAlign w:val="center"/>
          </w:tcPr>
          <w:p w14:paraId="6C47B147"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568E10A" w14:textId="77777777" w:rsidR="00423D2F" w:rsidRPr="00717886" w:rsidRDefault="0047346F">
            <w:pPr>
              <w:spacing w:after="0"/>
              <w:jc w:val="right"/>
              <w:rPr>
                <w:rFonts w:cs="Times New Roman"/>
              </w:rPr>
            </w:pPr>
            <w:r w:rsidRPr="00717886">
              <w:rPr>
                <w:rFonts w:cs="Times New Roman"/>
                <w:sz w:val="13"/>
              </w:rPr>
              <w:t>.0950</w:t>
            </w:r>
          </w:p>
        </w:tc>
        <w:tc>
          <w:tcPr>
            <w:tcW w:w="936" w:type="dxa"/>
            <w:shd w:val="clear" w:color="auto" w:fill="F5F7F9"/>
            <w:tcMar>
              <w:top w:w="70" w:type="dxa"/>
              <w:left w:w="95" w:type="dxa"/>
              <w:bottom w:w="70" w:type="dxa"/>
              <w:right w:w="95" w:type="dxa"/>
            </w:tcMar>
            <w:vAlign w:val="center"/>
          </w:tcPr>
          <w:p w14:paraId="738DF401" w14:textId="77777777" w:rsidR="00423D2F" w:rsidRPr="00717886" w:rsidRDefault="0047346F">
            <w:pPr>
              <w:spacing w:after="0"/>
              <w:jc w:val="right"/>
              <w:rPr>
                <w:rFonts w:cs="Times New Roman"/>
              </w:rPr>
            </w:pPr>
            <w:r w:rsidRPr="00717886">
              <w:rPr>
                <w:rFonts w:cs="Times New Roman"/>
                <w:sz w:val="13"/>
              </w:rPr>
              <w:t>.1160</w:t>
            </w:r>
          </w:p>
        </w:tc>
        <w:tc>
          <w:tcPr>
            <w:tcW w:w="1440" w:type="dxa"/>
            <w:shd w:val="clear" w:color="auto" w:fill="F5F7F9"/>
            <w:tcMar>
              <w:top w:w="70" w:type="dxa"/>
              <w:left w:w="95" w:type="dxa"/>
              <w:bottom w:w="70" w:type="dxa"/>
              <w:right w:w="95" w:type="dxa"/>
            </w:tcMar>
            <w:vAlign w:val="center"/>
          </w:tcPr>
          <w:p w14:paraId="27D6AD1F" w14:textId="77777777" w:rsidR="00423D2F" w:rsidRPr="00717886" w:rsidRDefault="0047346F">
            <w:pPr>
              <w:spacing w:after="0"/>
              <w:jc w:val="center"/>
              <w:rPr>
                <w:rFonts w:cs="Times New Roman"/>
              </w:rPr>
            </w:pPr>
            <w:r w:rsidRPr="00717886">
              <w:rPr>
                <w:rFonts w:cs="Times New Roman"/>
                <w:sz w:val="13"/>
              </w:rPr>
              <w:t>[−.1402, .3303]</w:t>
            </w:r>
          </w:p>
        </w:tc>
        <w:tc>
          <w:tcPr>
            <w:tcW w:w="892" w:type="dxa"/>
            <w:shd w:val="clear" w:color="auto" w:fill="F5F7F9"/>
            <w:tcMar>
              <w:top w:w="70" w:type="dxa"/>
              <w:left w:w="95" w:type="dxa"/>
              <w:bottom w:w="70" w:type="dxa"/>
              <w:right w:w="95" w:type="dxa"/>
            </w:tcMar>
            <w:vAlign w:val="center"/>
          </w:tcPr>
          <w:p w14:paraId="71BC4152" w14:textId="77777777" w:rsidR="00423D2F" w:rsidRPr="00717886" w:rsidRDefault="0047346F">
            <w:pPr>
              <w:spacing w:after="0"/>
              <w:jc w:val="right"/>
              <w:rPr>
                <w:rFonts w:cs="Times New Roman"/>
              </w:rPr>
            </w:pPr>
            <w:r w:rsidRPr="00717886">
              <w:rPr>
                <w:rFonts w:cs="Times New Roman"/>
                <w:sz w:val="13"/>
              </w:rPr>
              <w:t>.418</w:t>
            </w:r>
          </w:p>
        </w:tc>
        <w:tc>
          <w:tcPr>
            <w:tcW w:w="648" w:type="dxa"/>
            <w:shd w:val="clear" w:color="auto" w:fill="F5F7F9"/>
            <w:tcMar>
              <w:top w:w="70" w:type="dxa"/>
              <w:left w:w="95" w:type="dxa"/>
              <w:bottom w:w="70" w:type="dxa"/>
              <w:right w:w="95" w:type="dxa"/>
            </w:tcMar>
            <w:vAlign w:val="center"/>
          </w:tcPr>
          <w:p w14:paraId="5E22D66E" w14:textId="77777777" w:rsidR="00423D2F" w:rsidRPr="00717886" w:rsidRDefault="0047346F">
            <w:pPr>
              <w:spacing w:after="0"/>
              <w:jc w:val="right"/>
              <w:rPr>
                <w:rFonts w:cs="Times New Roman"/>
              </w:rPr>
            </w:pPr>
            <w:r w:rsidRPr="00717886">
              <w:rPr>
                <w:rFonts w:cs="Times New Roman"/>
                <w:sz w:val="13"/>
              </w:rPr>
              <w:t>312</w:t>
            </w:r>
          </w:p>
        </w:tc>
        <w:tc>
          <w:tcPr>
            <w:tcW w:w="936" w:type="dxa"/>
            <w:shd w:val="clear" w:color="auto" w:fill="F5F7F9"/>
            <w:tcMar>
              <w:top w:w="70" w:type="dxa"/>
              <w:left w:w="95" w:type="dxa"/>
              <w:bottom w:w="70" w:type="dxa"/>
              <w:right w:w="95" w:type="dxa"/>
            </w:tcMar>
            <w:vAlign w:val="center"/>
          </w:tcPr>
          <w:p w14:paraId="79892CAC"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5041048" w14:textId="77777777">
        <w:trPr>
          <w:cantSplit/>
          <w:jc w:val="center"/>
        </w:trPr>
        <w:tc>
          <w:tcPr>
            <w:tcW w:w="792" w:type="dxa"/>
            <w:tcMar>
              <w:top w:w="70" w:type="dxa"/>
              <w:left w:w="95" w:type="dxa"/>
              <w:bottom w:w="70" w:type="dxa"/>
              <w:right w:w="95" w:type="dxa"/>
            </w:tcMar>
            <w:vAlign w:val="center"/>
          </w:tcPr>
          <w:p w14:paraId="4057C5AE" w14:textId="77777777" w:rsidR="00423D2F" w:rsidRPr="00717886" w:rsidRDefault="0047346F">
            <w:pPr>
              <w:spacing w:after="0"/>
              <w:rPr>
                <w:rFonts w:cs="Times New Roman"/>
              </w:rPr>
            </w:pPr>
            <w:r w:rsidRPr="00717886">
              <w:rPr>
                <w:rFonts w:cs="Times New Roman"/>
                <w:sz w:val="13"/>
              </w:rPr>
              <w:t>Broad</w:t>
            </w:r>
          </w:p>
        </w:tc>
        <w:tc>
          <w:tcPr>
            <w:tcW w:w="1007" w:type="dxa"/>
            <w:tcMar>
              <w:top w:w="70" w:type="dxa"/>
              <w:left w:w="95" w:type="dxa"/>
              <w:bottom w:w="70" w:type="dxa"/>
              <w:right w:w="95" w:type="dxa"/>
            </w:tcMar>
            <w:vAlign w:val="center"/>
          </w:tcPr>
          <w:p w14:paraId="024789AB" w14:textId="77777777" w:rsidR="00423D2F" w:rsidRPr="00717886" w:rsidRDefault="0047346F">
            <w:pPr>
              <w:spacing w:after="0"/>
              <w:jc w:val="center"/>
              <w:rPr>
                <w:rFonts w:cs="Times New Roman"/>
              </w:rPr>
            </w:pPr>
            <w:r w:rsidRPr="00717886">
              <w:rPr>
                <w:rFonts w:cs="Times New Roman"/>
                <w:sz w:val="13"/>
              </w:rPr>
              <w:t>AVI035</w:t>
            </w:r>
          </w:p>
        </w:tc>
        <w:tc>
          <w:tcPr>
            <w:tcW w:w="2664" w:type="dxa"/>
            <w:tcMar>
              <w:top w:w="70" w:type="dxa"/>
              <w:left w:w="95" w:type="dxa"/>
              <w:bottom w:w="70" w:type="dxa"/>
              <w:right w:w="95" w:type="dxa"/>
            </w:tcMar>
            <w:vAlign w:val="center"/>
          </w:tcPr>
          <w:p w14:paraId="0D79165A" w14:textId="77777777" w:rsidR="00423D2F" w:rsidRPr="00717886" w:rsidRDefault="0047346F">
            <w:pPr>
              <w:spacing w:after="0"/>
              <w:rPr>
                <w:rFonts w:cs="Times New Roman"/>
              </w:rPr>
            </w:pPr>
            <w:r w:rsidRPr="00717886">
              <w:rPr>
                <w:rFonts w:cs="Times New Roman"/>
                <w:sz w:val="13"/>
              </w:rPr>
              <w:t>EKII → CSLI | RORC</w:t>
            </w:r>
          </w:p>
        </w:tc>
        <w:tc>
          <w:tcPr>
            <w:tcW w:w="792" w:type="dxa"/>
            <w:tcMar>
              <w:top w:w="70" w:type="dxa"/>
              <w:left w:w="95" w:type="dxa"/>
              <w:bottom w:w="70" w:type="dxa"/>
              <w:right w:w="95" w:type="dxa"/>
            </w:tcMar>
            <w:vAlign w:val="center"/>
          </w:tcPr>
          <w:p w14:paraId="795B3B22" w14:textId="77777777" w:rsidR="00423D2F" w:rsidRPr="00717886" w:rsidRDefault="0047346F">
            <w:pPr>
              <w:spacing w:after="0"/>
              <w:jc w:val="right"/>
              <w:rPr>
                <w:rFonts w:cs="Times New Roman"/>
              </w:rPr>
            </w:pPr>
            <w:r w:rsidRPr="00717886">
              <w:rPr>
                <w:rFonts w:cs="Times New Roman"/>
                <w:sz w:val="13"/>
              </w:rPr>
              <w:t>.0649</w:t>
            </w:r>
          </w:p>
        </w:tc>
        <w:tc>
          <w:tcPr>
            <w:tcW w:w="936" w:type="dxa"/>
            <w:tcMar>
              <w:top w:w="70" w:type="dxa"/>
              <w:left w:w="95" w:type="dxa"/>
              <w:bottom w:w="70" w:type="dxa"/>
              <w:right w:w="95" w:type="dxa"/>
            </w:tcMar>
            <w:vAlign w:val="center"/>
          </w:tcPr>
          <w:p w14:paraId="3BF88049" w14:textId="77777777" w:rsidR="00423D2F" w:rsidRPr="00717886" w:rsidRDefault="0047346F">
            <w:pPr>
              <w:spacing w:after="0"/>
              <w:jc w:val="right"/>
              <w:rPr>
                <w:rFonts w:cs="Times New Roman"/>
              </w:rPr>
            </w:pPr>
            <w:r w:rsidRPr="00717886">
              <w:rPr>
                <w:rFonts w:cs="Times New Roman"/>
                <w:sz w:val="13"/>
              </w:rPr>
              <w:t>.1148</w:t>
            </w:r>
          </w:p>
        </w:tc>
        <w:tc>
          <w:tcPr>
            <w:tcW w:w="1440" w:type="dxa"/>
            <w:tcMar>
              <w:top w:w="70" w:type="dxa"/>
              <w:left w:w="95" w:type="dxa"/>
              <w:bottom w:w="70" w:type="dxa"/>
              <w:right w:w="95" w:type="dxa"/>
            </w:tcMar>
            <w:vAlign w:val="center"/>
          </w:tcPr>
          <w:p w14:paraId="475E50F4" w14:textId="77777777" w:rsidR="00423D2F" w:rsidRPr="00717886" w:rsidRDefault="0047346F">
            <w:pPr>
              <w:spacing w:after="0"/>
              <w:jc w:val="center"/>
              <w:rPr>
                <w:rFonts w:cs="Times New Roman"/>
              </w:rPr>
            </w:pPr>
            <w:r w:rsidRPr="00717886">
              <w:rPr>
                <w:rFonts w:cs="Times New Roman"/>
                <w:sz w:val="13"/>
              </w:rPr>
              <w:t>[−.1680, .2978]</w:t>
            </w:r>
          </w:p>
        </w:tc>
        <w:tc>
          <w:tcPr>
            <w:tcW w:w="892" w:type="dxa"/>
            <w:tcMar>
              <w:top w:w="70" w:type="dxa"/>
              <w:left w:w="95" w:type="dxa"/>
              <w:bottom w:w="70" w:type="dxa"/>
              <w:right w:w="95" w:type="dxa"/>
            </w:tcMar>
            <w:vAlign w:val="center"/>
          </w:tcPr>
          <w:p w14:paraId="085471B7" w14:textId="77777777" w:rsidR="00423D2F" w:rsidRPr="00717886" w:rsidRDefault="0047346F">
            <w:pPr>
              <w:spacing w:after="0"/>
              <w:jc w:val="right"/>
              <w:rPr>
                <w:rFonts w:cs="Times New Roman"/>
              </w:rPr>
            </w:pPr>
            <w:r w:rsidRPr="00717886">
              <w:rPr>
                <w:rFonts w:cs="Times New Roman"/>
                <w:sz w:val="13"/>
              </w:rPr>
              <w:t>.575</w:t>
            </w:r>
          </w:p>
        </w:tc>
        <w:tc>
          <w:tcPr>
            <w:tcW w:w="648" w:type="dxa"/>
            <w:tcMar>
              <w:top w:w="70" w:type="dxa"/>
              <w:left w:w="95" w:type="dxa"/>
              <w:bottom w:w="70" w:type="dxa"/>
              <w:right w:w="95" w:type="dxa"/>
            </w:tcMar>
            <w:vAlign w:val="center"/>
          </w:tcPr>
          <w:p w14:paraId="2A9B417D" w14:textId="77777777" w:rsidR="00423D2F" w:rsidRPr="00717886" w:rsidRDefault="0047346F">
            <w:pPr>
              <w:spacing w:after="0"/>
              <w:jc w:val="right"/>
              <w:rPr>
                <w:rFonts w:cs="Times New Roman"/>
              </w:rPr>
            </w:pPr>
            <w:r w:rsidRPr="00717886">
              <w:rPr>
                <w:rFonts w:cs="Times New Roman"/>
                <w:sz w:val="13"/>
              </w:rPr>
              <w:t>309</w:t>
            </w:r>
          </w:p>
        </w:tc>
        <w:tc>
          <w:tcPr>
            <w:tcW w:w="936" w:type="dxa"/>
            <w:tcMar>
              <w:top w:w="70" w:type="dxa"/>
              <w:left w:w="95" w:type="dxa"/>
              <w:bottom w:w="70" w:type="dxa"/>
              <w:right w:w="95" w:type="dxa"/>
            </w:tcMar>
            <w:vAlign w:val="center"/>
          </w:tcPr>
          <w:p w14:paraId="212C213E"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3969A5C4" w14:textId="77777777">
        <w:trPr>
          <w:cantSplit/>
          <w:jc w:val="center"/>
        </w:trPr>
        <w:tc>
          <w:tcPr>
            <w:tcW w:w="792" w:type="dxa"/>
            <w:shd w:val="clear" w:color="auto" w:fill="F5F7F9"/>
            <w:tcMar>
              <w:top w:w="70" w:type="dxa"/>
              <w:left w:w="95" w:type="dxa"/>
              <w:bottom w:w="70" w:type="dxa"/>
              <w:right w:w="95" w:type="dxa"/>
            </w:tcMar>
            <w:vAlign w:val="center"/>
          </w:tcPr>
          <w:p w14:paraId="77F15BF1"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016118D4" w14:textId="77777777" w:rsidR="00423D2F" w:rsidRPr="00717886" w:rsidRDefault="0047346F">
            <w:pPr>
              <w:spacing w:after="0"/>
              <w:jc w:val="center"/>
              <w:rPr>
                <w:rFonts w:cs="Times New Roman"/>
              </w:rPr>
            </w:pPr>
            <w:r w:rsidRPr="00717886">
              <w:rPr>
                <w:rFonts w:cs="Times New Roman"/>
                <w:sz w:val="13"/>
              </w:rPr>
              <w:t>AVI036</w:t>
            </w:r>
          </w:p>
        </w:tc>
        <w:tc>
          <w:tcPr>
            <w:tcW w:w="2664" w:type="dxa"/>
            <w:shd w:val="clear" w:color="auto" w:fill="F5F7F9"/>
            <w:tcMar>
              <w:top w:w="70" w:type="dxa"/>
              <w:left w:w="95" w:type="dxa"/>
              <w:bottom w:w="70" w:type="dxa"/>
              <w:right w:w="95" w:type="dxa"/>
            </w:tcMar>
            <w:vAlign w:val="center"/>
          </w:tcPr>
          <w:p w14:paraId="05021C44"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3D03065D" w14:textId="77777777" w:rsidR="00423D2F" w:rsidRPr="00717886" w:rsidRDefault="0047346F">
            <w:pPr>
              <w:spacing w:after="0"/>
              <w:jc w:val="right"/>
              <w:rPr>
                <w:rFonts w:cs="Times New Roman"/>
              </w:rPr>
            </w:pPr>
            <w:r w:rsidRPr="00717886">
              <w:rPr>
                <w:rFonts w:cs="Times New Roman"/>
                <w:sz w:val="13"/>
              </w:rPr>
              <w:t>.0539</w:t>
            </w:r>
          </w:p>
        </w:tc>
        <w:tc>
          <w:tcPr>
            <w:tcW w:w="936" w:type="dxa"/>
            <w:shd w:val="clear" w:color="auto" w:fill="F5F7F9"/>
            <w:tcMar>
              <w:top w:w="70" w:type="dxa"/>
              <w:left w:w="95" w:type="dxa"/>
              <w:bottom w:w="70" w:type="dxa"/>
              <w:right w:w="95" w:type="dxa"/>
            </w:tcMar>
            <w:vAlign w:val="center"/>
          </w:tcPr>
          <w:p w14:paraId="381802D2" w14:textId="77777777" w:rsidR="00423D2F" w:rsidRPr="00717886" w:rsidRDefault="0047346F">
            <w:pPr>
              <w:spacing w:after="0"/>
              <w:jc w:val="right"/>
              <w:rPr>
                <w:rFonts w:cs="Times New Roman"/>
              </w:rPr>
            </w:pPr>
            <w:r w:rsidRPr="00717886">
              <w:rPr>
                <w:rFonts w:cs="Times New Roman"/>
                <w:sz w:val="13"/>
              </w:rPr>
              <w:t>.1183</w:t>
            </w:r>
          </w:p>
        </w:tc>
        <w:tc>
          <w:tcPr>
            <w:tcW w:w="1440" w:type="dxa"/>
            <w:shd w:val="clear" w:color="auto" w:fill="F5F7F9"/>
            <w:tcMar>
              <w:top w:w="70" w:type="dxa"/>
              <w:left w:w="95" w:type="dxa"/>
              <w:bottom w:w="70" w:type="dxa"/>
              <w:right w:w="95" w:type="dxa"/>
            </w:tcMar>
            <w:vAlign w:val="center"/>
          </w:tcPr>
          <w:p w14:paraId="0C31157F" w14:textId="77777777" w:rsidR="00423D2F" w:rsidRPr="00717886" w:rsidRDefault="0047346F">
            <w:pPr>
              <w:spacing w:after="0"/>
              <w:jc w:val="center"/>
              <w:rPr>
                <w:rFonts w:cs="Times New Roman"/>
              </w:rPr>
            </w:pPr>
            <w:r w:rsidRPr="00717886">
              <w:rPr>
                <w:rFonts w:cs="Times New Roman"/>
                <w:sz w:val="13"/>
              </w:rPr>
              <w:t>[−.1860, .2937]</w:t>
            </w:r>
          </w:p>
        </w:tc>
        <w:tc>
          <w:tcPr>
            <w:tcW w:w="892" w:type="dxa"/>
            <w:shd w:val="clear" w:color="auto" w:fill="F5F7F9"/>
            <w:tcMar>
              <w:top w:w="70" w:type="dxa"/>
              <w:left w:w="95" w:type="dxa"/>
              <w:bottom w:w="70" w:type="dxa"/>
              <w:right w:w="95" w:type="dxa"/>
            </w:tcMar>
            <w:vAlign w:val="center"/>
          </w:tcPr>
          <w:p w14:paraId="52126F7E" w14:textId="77777777" w:rsidR="00423D2F" w:rsidRPr="00717886" w:rsidRDefault="0047346F">
            <w:pPr>
              <w:spacing w:after="0"/>
              <w:jc w:val="right"/>
              <w:rPr>
                <w:rFonts w:cs="Times New Roman"/>
              </w:rPr>
            </w:pPr>
            <w:r w:rsidRPr="00717886">
              <w:rPr>
                <w:rFonts w:cs="Times New Roman"/>
                <w:sz w:val="13"/>
              </w:rPr>
              <w:t>.651</w:t>
            </w:r>
          </w:p>
        </w:tc>
        <w:tc>
          <w:tcPr>
            <w:tcW w:w="648" w:type="dxa"/>
            <w:shd w:val="clear" w:color="auto" w:fill="F5F7F9"/>
            <w:tcMar>
              <w:top w:w="70" w:type="dxa"/>
              <w:left w:w="95" w:type="dxa"/>
              <w:bottom w:w="70" w:type="dxa"/>
              <w:right w:w="95" w:type="dxa"/>
            </w:tcMar>
            <w:vAlign w:val="center"/>
          </w:tcPr>
          <w:p w14:paraId="284C241E"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0C126998"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227AEA6B" w14:textId="77777777">
        <w:trPr>
          <w:cantSplit/>
          <w:jc w:val="center"/>
        </w:trPr>
        <w:tc>
          <w:tcPr>
            <w:tcW w:w="792" w:type="dxa"/>
            <w:shd w:val="clear" w:color="auto" w:fill="F5F7F9"/>
            <w:tcMar>
              <w:top w:w="70" w:type="dxa"/>
              <w:left w:w="95" w:type="dxa"/>
              <w:bottom w:w="70" w:type="dxa"/>
              <w:right w:w="95" w:type="dxa"/>
            </w:tcMar>
            <w:vAlign w:val="center"/>
          </w:tcPr>
          <w:p w14:paraId="250916DD"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68BEDAC6" w14:textId="77777777" w:rsidR="00423D2F" w:rsidRPr="00717886" w:rsidRDefault="0047346F">
            <w:pPr>
              <w:spacing w:after="0"/>
              <w:jc w:val="center"/>
              <w:rPr>
                <w:rFonts w:cs="Times New Roman"/>
              </w:rPr>
            </w:pPr>
            <w:r w:rsidRPr="00717886">
              <w:rPr>
                <w:rFonts w:cs="Times New Roman"/>
                <w:sz w:val="13"/>
              </w:rPr>
              <w:t>AVI037</w:t>
            </w:r>
          </w:p>
        </w:tc>
        <w:tc>
          <w:tcPr>
            <w:tcW w:w="2664" w:type="dxa"/>
            <w:shd w:val="clear" w:color="auto" w:fill="F5F7F9"/>
            <w:tcMar>
              <w:top w:w="70" w:type="dxa"/>
              <w:left w:w="95" w:type="dxa"/>
              <w:bottom w:w="70" w:type="dxa"/>
              <w:right w:w="95" w:type="dxa"/>
            </w:tcMar>
            <w:vAlign w:val="center"/>
          </w:tcPr>
          <w:p w14:paraId="7CDBCA7F"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6F471E9" w14:textId="77777777" w:rsidR="00423D2F" w:rsidRPr="00717886" w:rsidRDefault="0047346F">
            <w:pPr>
              <w:spacing w:after="0"/>
              <w:jc w:val="right"/>
              <w:rPr>
                <w:rFonts w:cs="Times New Roman"/>
              </w:rPr>
            </w:pPr>
            <w:r w:rsidRPr="00717886">
              <w:rPr>
                <w:rFonts w:cs="Times New Roman"/>
                <w:sz w:val="13"/>
              </w:rPr>
              <w:t>.0934</w:t>
            </w:r>
          </w:p>
        </w:tc>
        <w:tc>
          <w:tcPr>
            <w:tcW w:w="936" w:type="dxa"/>
            <w:shd w:val="clear" w:color="auto" w:fill="F5F7F9"/>
            <w:tcMar>
              <w:top w:w="70" w:type="dxa"/>
              <w:left w:w="95" w:type="dxa"/>
              <w:bottom w:w="70" w:type="dxa"/>
              <w:right w:w="95" w:type="dxa"/>
            </w:tcMar>
            <w:vAlign w:val="center"/>
          </w:tcPr>
          <w:p w14:paraId="3AC2B037" w14:textId="77777777" w:rsidR="00423D2F" w:rsidRPr="00717886" w:rsidRDefault="0047346F">
            <w:pPr>
              <w:spacing w:after="0"/>
              <w:jc w:val="right"/>
              <w:rPr>
                <w:rFonts w:cs="Times New Roman"/>
              </w:rPr>
            </w:pPr>
            <w:r w:rsidRPr="00717886">
              <w:rPr>
                <w:rFonts w:cs="Times New Roman"/>
                <w:sz w:val="13"/>
              </w:rPr>
              <w:t>.1129</w:t>
            </w:r>
          </w:p>
        </w:tc>
        <w:tc>
          <w:tcPr>
            <w:tcW w:w="1440" w:type="dxa"/>
            <w:shd w:val="clear" w:color="auto" w:fill="F5F7F9"/>
            <w:tcMar>
              <w:top w:w="70" w:type="dxa"/>
              <w:left w:w="95" w:type="dxa"/>
              <w:bottom w:w="70" w:type="dxa"/>
              <w:right w:w="95" w:type="dxa"/>
            </w:tcMar>
            <w:vAlign w:val="center"/>
          </w:tcPr>
          <w:p w14:paraId="59EF0D23" w14:textId="77777777" w:rsidR="00423D2F" w:rsidRPr="00717886" w:rsidRDefault="0047346F">
            <w:pPr>
              <w:spacing w:after="0"/>
              <w:jc w:val="center"/>
              <w:rPr>
                <w:rFonts w:cs="Times New Roman"/>
              </w:rPr>
            </w:pPr>
            <w:r w:rsidRPr="00717886">
              <w:rPr>
                <w:rFonts w:cs="Times New Roman"/>
                <w:sz w:val="13"/>
              </w:rPr>
              <w:t>[−.1356, .3224]</w:t>
            </w:r>
          </w:p>
        </w:tc>
        <w:tc>
          <w:tcPr>
            <w:tcW w:w="892" w:type="dxa"/>
            <w:shd w:val="clear" w:color="auto" w:fill="F5F7F9"/>
            <w:tcMar>
              <w:top w:w="70" w:type="dxa"/>
              <w:left w:w="95" w:type="dxa"/>
              <w:bottom w:w="70" w:type="dxa"/>
              <w:right w:w="95" w:type="dxa"/>
            </w:tcMar>
            <w:vAlign w:val="center"/>
          </w:tcPr>
          <w:p w14:paraId="42D7EBC7" w14:textId="77777777" w:rsidR="00423D2F" w:rsidRPr="00717886" w:rsidRDefault="0047346F">
            <w:pPr>
              <w:spacing w:after="0"/>
              <w:jc w:val="right"/>
              <w:rPr>
                <w:rFonts w:cs="Times New Roman"/>
              </w:rPr>
            </w:pPr>
            <w:r w:rsidRPr="00717886">
              <w:rPr>
                <w:rFonts w:cs="Times New Roman"/>
                <w:sz w:val="13"/>
              </w:rPr>
              <w:t>.413</w:t>
            </w:r>
          </w:p>
        </w:tc>
        <w:tc>
          <w:tcPr>
            <w:tcW w:w="648" w:type="dxa"/>
            <w:shd w:val="clear" w:color="auto" w:fill="F5F7F9"/>
            <w:tcMar>
              <w:top w:w="70" w:type="dxa"/>
              <w:left w:w="95" w:type="dxa"/>
              <w:bottom w:w="70" w:type="dxa"/>
              <w:right w:w="95" w:type="dxa"/>
            </w:tcMar>
            <w:vAlign w:val="center"/>
          </w:tcPr>
          <w:p w14:paraId="707D18FE"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0A34B11A" w14:textId="77777777" w:rsidR="00423D2F" w:rsidRPr="00717886" w:rsidRDefault="0047346F">
            <w:pPr>
              <w:spacing w:after="0"/>
              <w:jc w:val="right"/>
              <w:rPr>
                <w:rFonts w:cs="Times New Roman"/>
              </w:rPr>
            </w:pPr>
            <w:r w:rsidRPr="00717886">
              <w:rPr>
                <w:rFonts w:cs="Times New Roman"/>
                <w:sz w:val="13"/>
              </w:rPr>
              <w:t>37</w:t>
            </w:r>
          </w:p>
        </w:tc>
      </w:tr>
      <w:tr w:rsidR="002E7DCF" w:rsidRPr="00717886" w14:paraId="117658E0" w14:textId="77777777">
        <w:trPr>
          <w:cantSplit/>
          <w:jc w:val="center"/>
        </w:trPr>
        <w:tc>
          <w:tcPr>
            <w:tcW w:w="792" w:type="dxa"/>
            <w:shd w:val="clear" w:color="auto" w:fill="F5F7F9"/>
            <w:tcMar>
              <w:top w:w="70" w:type="dxa"/>
              <w:left w:w="95" w:type="dxa"/>
              <w:bottom w:w="70" w:type="dxa"/>
              <w:right w:w="95" w:type="dxa"/>
            </w:tcMar>
            <w:vAlign w:val="center"/>
          </w:tcPr>
          <w:p w14:paraId="607FD8A5" w14:textId="77777777" w:rsidR="00423D2F" w:rsidRPr="00717886" w:rsidRDefault="0047346F">
            <w:pPr>
              <w:spacing w:after="0"/>
              <w:rPr>
                <w:rFonts w:cs="Times New Roman"/>
              </w:rPr>
            </w:pPr>
            <w:r w:rsidRPr="00717886">
              <w:rPr>
                <w:rFonts w:cs="Times New Roman"/>
                <w:sz w:val="13"/>
              </w:rPr>
              <w:t>Broad</w:t>
            </w:r>
          </w:p>
        </w:tc>
        <w:tc>
          <w:tcPr>
            <w:tcW w:w="1007" w:type="dxa"/>
            <w:shd w:val="clear" w:color="auto" w:fill="F5F7F9"/>
            <w:tcMar>
              <w:top w:w="70" w:type="dxa"/>
              <w:left w:w="95" w:type="dxa"/>
              <w:bottom w:w="70" w:type="dxa"/>
              <w:right w:w="95" w:type="dxa"/>
            </w:tcMar>
            <w:vAlign w:val="center"/>
          </w:tcPr>
          <w:p w14:paraId="23A7209D" w14:textId="77777777" w:rsidR="00423D2F" w:rsidRPr="00717886" w:rsidRDefault="0047346F">
            <w:pPr>
              <w:spacing w:after="0"/>
              <w:jc w:val="center"/>
              <w:rPr>
                <w:rFonts w:cs="Times New Roman"/>
              </w:rPr>
            </w:pPr>
            <w:r w:rsidRPr="00717886">
              <w:rPr>
                <w:rFonts w:cs="Times New Roman"/>
                <w:sz w:val="13"/>
              </w:rPr>
              <w:t>AVI038</w:t>
            </w:r>
          </w:p>
        </w:tc>
        <w:tc>
          <w:tcPr>
            <w:tcW w:w="2664" w:type="dxa"/>
            <w:shd w:val="clear" w:color="auto" w:fill="F5F7F9"/>
            <w:tcMar>
              <w:top w:w="70" w:type="dxa"/>
              <w:left w:w="95" w:type="dxa"/>
              <w:bottom w:w="70" w:type="dxa"/>
              <w:right w:w="95" w:type="dxa"/>
            </w:tcMar>
            <w:vAlign w:val="center"/>
          </w:tcPr>
          <w:p w14:paraId="5D9AE560" w14:textId="77777777" w:rsidR="00423D2F" w:rsidRPr="00717886" w:rsidRDefault="0047346F">
            <w:pPr>
              <w:spacing w:after="0"/>
              <w:rPr>
                <w:rFonts w:cs="Times New Roman"/>
              </w:rPr>
            </w:pPr>
            <w:r w:rsidRPr="00717886">
              <w:rPr>
                <w:rFonts w:cs="Times New Roman"/>
                <w:sz w:val="13"/>
              </w:rPr>
              <w:t>EKII → CSLI | RORC</w:t>
            </w:r>
          </w:p>
        </w:tc>
        <w:tc>
          <w:tcPr>
            <w:tcW w:w="792" w:type="dxa"/>
            <w:shd w:val="clear" w:color="auto" w:fill="F5F7F9"/>
            <w:tcMar>
              <w:top w:w="70" w:type="dxa"/>
              <w:left w:w="95" w:type="dxa"/>
              <w:bottom w:w="70" w:type="dxa"/>
              <w:right w:w="95" w:type="dxa"/>
            </w:tcMar>
            <w:vAlign w:val="center"/>
          </w:tcPr>
          <w:p w14:paraId="1A5E7283" w14:textId="77777777" w:rsidR="00423D2F" w:rsidRPr="00717886" w:rsidRDefault="0047346F">
            <w:pPr>
              <w:spacing w:after="0"/>
              <w:jc w:val="right"/>
              <w:rPr>
                <w:rFonts w:cs="Times New Roman"/>
              </w:rPr>
            </w:pPr>
            <w:r w:rsidRPr="00717886">
              <w:rPr>
                <w:rFonts w:cs="Times New Roman"/>
                <w:sz w:val="13"/>
              </w:rPr>
              <w:t>.1303</w:t>
            </w:r>
          </w:p>
        </w:tc>
        <w:tc>
          <w:tcPr>
            <w:tcW w:w="936" w:type="dxa"/>
            <w:shd w:val="clear" w:color="auto" w:fill="F5F7F9"/>
            <w:tcMar>
              <w:top w:w="70" w:type="dxa"/>
              <w:left w:w="95" w:type="dxa"/>
              <w:bottom w:w="70" w:type="dxa"/>
              <w:right w:w="95" w:type="dxa"/>
            </w:tcMar>
            <w:vAlign w:val="center"/>
          </w:tcPr>
          <w:p w14:paraId="345BCEE0" w14:textId="77777777" w:rsidR="00423D2F" w:rsidRPr="00717886" w:rsidRDefault="0047346F">
            <w:pPr>
              <w:spacing w:after="0"/>
              <w:jc w:val="right"/>
              <w:rPr>
                <w:rFonts w:cs="Times New Roman"/>
              </w:rPr>
            </w:pPr>
            <w:r w:rsidRPr="00717886">
              <w:rPr>
                <w:rFonts w:cs="Times New Roman"/>
                <w:sz w:val="13"/>
              </w:rPr>
              <w:t>.1032</w:t>
            </w:r>
          </w:p>
        </w:tc>
        <w:tc>
          <w:tcPr>
            <w:tcW w:w="1440" w:type="dxa"/>
            <w:shd w:val="clear" w:color="auto" w:fill="F5F7F9"/>
            <w:tcMar>
              <w:top w:w="70" w:type="dxa"/>
              <w:left w:w="95" w:type="dxa"/>
              <w:bottom w:w="70" w:type="dxa"/>
              <w:right w:w="95" w:type="dxa"/>
            </w:tcMar>
            <w:vAlign w:val="center"/>
          </w:tcPr>
          <w:p w14:paraId="411C458F" w14:textId="77777777" w:rsidR="00423D2F" w:rsidRPr="00717886" w:rsidRDefault="0047346F">
            <w:pPr>
              <w:spacing w:after="0"/>
              <w:jc w:val="center"/>
              <w:rPr>
                <w:rFonts w:cs="Times New Roman"/>
              </w:rPr>
            </w:pPr>
            <w:r w:rsidRPr="00717886">
              <w:rPr>
                <w:rFonts w:cs="Times New Roman"/>
                <w:sz w:val="13"/>
              </w:rPr>
              <w:t>[−.0790, .3396]</w:t>
            </w:r>
          </w:p>
        </w:tc>
        <w:tc>
          <w:tcPr>
            <w:tcW w:w="892" w:type="dxa"/>
            <w:shd w:val="clear" w:color="auto" w:fill="F5F7F9"/>
            <w:tcMar>
              <w:top w:w="70" w:type="dxa"/>
              <w:left w:w="95" w:type="dxa"/>
              <w:bottom w:w="70" w:type="dxa"/>
              <w:right w:w="95" w:type="dxa"/>
            </w:tcMar>
            <w:vAlign w:val="center"/>
          </w:tcPr>
          <w:p w14:paraId="74A56526" w14:textId="77777777" w:rsidR="00423D2F" w:rsidRPr="00717886" w:rsidRDefault="0047346F">
            <w:pPr>
              <w:spacing w:after="0"/>
              <w:jc w:val="right"/>
              <w:rPr>
                <w:rFonts w:cs="Times New Roman"/>
              </w:rPr>
            </w:pPr>
            <w:r w:rsidRPr="00717886">
              <w:rPr>
                <w:rFonts w:cs="Times New Roman"/>
                <w:sz w:val="13"/>
              </w:rPr>
              <w:t>.215</w:t>
            </w:r>
          </w:p>
        </w:tc>
        <w:tc>
          <w:tcPr>
            <w:tcW w:w="648" w:type="dxa"/>
            <w:shd w:val="clear" w:color="auto" w:fill="F5F7F9"/>
            <w:tcMar>
              <w:top w:w="70" w:type="dxa"/>
              <w:left w:w="95" w:type="dxa"/>
              <w:bottom w:w="70" w:type="dxa"/>
              <w:right w:w="95" w:type="dxa"/>
            </w:tcMar>
            <w:vAlign w:val="center"/>
          </w:tcPr>
          <w:p w14:paraId="082659B8" w14:textId="77777777" w:rsidR="00423D2F" w:rsidRPr="00717886" w:rsidRDefault="0047346F">
            <w:pPr>
              <w:spacing w:after="0"/>
              <w:jc w:val="right"/>
              <w:rPr>
                <w:rFonts w:cs="Times New Roman"/>
              </w:rPr>
            </w:pPr>
            <w:r w:rsidRPr="00717886">
              <w:rPr>
                <w:rFonts w:cs="Times New Roman"/>
                <w:sz w:val="13"/>
              </w:rPr>
              <w:t>309</w:t>
            </w:r>
          </w:p>
        </w:tc>
        <w:tc>
          <w:tcPr>
            <w:tcW w:w="936" w:type="dxa"/>
            <w:shd w:val="clear" w:color="auto" w:fill="F5F7F9"/>
            <w:tcMar>
              <w:top w:w="70" w:type="dxa"/>
              <w:left w:w="95" w:type="dxa"/>
              <w:bottom w:w="70" w:type="dxa"/>
              <w:right w:w="95" w:type="dxa"/>
            </w:tcMar>
            <w:vAlign w:val="center"/>
          </w:tcPr>
          <w:p w14:paraId="424CA583" w14:textId="77777777" w:rsidR="00423D2F" w:rsidRPr="00717886" w:rsidRDefault="0047346F">
            <w:pPr>
              <w:spacing w:after="0"/>
              <w:jc w:val="right"/>
              <w:rPr>
                <w:rFonts w:cs="Times New Roman"/>
              </w:rPr>
            </w:pPr>
            <w:r w:rsidRPr="00717886">
              <w:rPr>
                <w:rFonts w:cs="Times New Roman"/>
                <w:sz w:val="13"/>
              </w:rPr>
              <w:t>37</w:t>
            </w:r>
          </w:p>
        </w:tc>
      </w:tr>
    </w:tbl>
    <w:p w14:paraId="1824EFC8"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The influence analysis concerns the EKII→CSLI coefficient conditional on prior RORC in the exploratory sequential model. Each row excludes one of the 38 eligible institutions and re-estimates the model. The coefficient remained positive but imprecise across all exclusions.</w:t>
      </w:r>
    </w:p>
    <w:p w14:paraId="5C0F84D3"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b w:val="0"/>
        </w:rPr>
        <w:lastRenderedPageBreak/>
        <w:t>Table S8. Classification-Validation Status</w:t>
      </w:r>
    </w:p>
    <w:p w14:paraId="5A678331" w14:textId="77777777" w:rsidR="002E7DCF" w:rsidRPr="00717886" w:rsidRDefault="00A11917">
      <w:pPr>
        <w:keepNext/>
        <w:spacing w:before="100" w:after="80"/>
        <w:rPr>
          <w:rFonts w:cs="Times New Roman"/>
        </w:rPr>
      </w:pPr>
      <w:r w:rsidRPr="00717886">
        <w:rPr>
          <w:rFonts w:cs="Times New Roman"/>
          <w:b/>
          <w:i/>
        </w:rPr>
        <w:t>Status summary</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304"/>
        <w:gridCol w:w="7560"/>
      </w:tblGrid>
      <w:tr w:rsidR="002E7DCF" w:rsidRPr="00717886" w14:paraId="2221B780" w14:textId="77777777">
        <w:trPr>
          <w:cantSplit/>
          <w:tblHeader/>
          <w:jc w:val="center"/>
        </w:trPr>
        <w:tc>
          <w:tcPr>
            <w:tcW w:w="2304" w:type="dxa"/>
            <w:shd w:val="clear" w:color="auto" w:fill="D9EAF7"/>
            <w:tcMar>
              <w:top w:w="70" w:type="dxa"/>
              <w:left w:w="95" w:type="dxa"/>
              <w:bottom w:w="70" w:type="dxa"/>
              <w:right w:w="95" w:type="dxa"/>
            </w:tcMar>
            <w:vAlign w:val="center"/>
          </w:tcPr>
          <w:p w14:paraId="5020E842" w14:textId="77777777" w:rsidR="00423D2F" w:rsidRPr="00717886" w:rsidRDefault="0047346F">
            <w:pPr>
              <w:spacing w:after="0"/>
              <w:rPr>
                <w:rFonts w:cs="Times New Roman"/>
              </w:rPr>
            </w:pPr>
            <w:r w:rsidRPr="00717886">
              <w:rPr>
                <w:rFonts w:cs="Times New Roman"/>
                <w:b/>
                <w:sz w:val="16"/>
              </w:rPr>
              <w:t>Element</w:t>
            </w:r>
          </w:p>
        </w:tc>
        <w:tc>
          <w:tcPr>
            <w:tcW w:w="7560" w:type="dxa"/>
            <w:shd w:val="clear" w:color="auto" w:fill="D9EAF7"/>
            <w:tcMar>
              <w:top w:w="70" w:type="dxa"/>
              <w:left w:w="95" w:type="dxa"/>
              <w:bottom w:w="70" w:type="dxa"/>
              <w:right w:w="95" w:type="dxa"/>
            </w:tcMar>
            <w:vAlign w:val="center"/>
          </w:tcPr>
          <w:p w14:paraId="197B16AD" w14:textId="77777777" w:rsidR="00423D2F" w:rsidRPr="00717886" w:rsidRDefault="0047346F">
            <w:pPr>
              <w:spacing w:after="0"/>
              <w:rPr>
                <w:rFonts w:cs="Times New Roman"/>
              </w:rPr>
            </w:pPr>
            <w:r w:rsidRPr="00717886">
              <w:rPr>
                <w:rFonts w:cs="Times New Roman"/>
                <w:b/>
                <w:sz w:val="16"/>
              </w:rPr>
              <w:t>Status and interpretation</w:t>
            </w:r>
          </w:p>
        </w:tc>
      </w:tr>
      <w:tr w:rsidR="002E7DCF" w:rsidRPr="00717886" w14:paraId="7B186F5A" w14:textId="77777777">
        <w:trPr>
          <w:cantSplit/>
          <w:jc w:val="center"/>
        </w:trPr>
        <w:tc>
          <w:tcPr>
            <w:tcW w:w="2304" w:type="dxa"/>
            <w:tcMar>
              <w:top w:w="70" w:type="dxa"/>
              <w:left w:w="95" w:type="dxa"/>
              <w:bottom w:w="70" w:type="dxa"/>
              <w:right w:w="95" w:type="dxa"/>
            </w:tcMar>
            <w:vAlign w:val="center"/>
          </w:tcPr>
          <w:p w14:paraId="02897C60" w14:textId="77777777" w:rsidR="00423D2F" w:rsidRPr="00717886" w:rsidRDefault="0047346F">
            <w:pPr>
              <w:spacing w:after="0"/>
              <w:rPr>
                <w:rFonts w:cs="Times New Roman"/>
              </w:rPr>
            </w:pPr>
            <w:r w:rsidRPr="00717886">
              <w:rPr>
                <w:rFonts w:cs="Times New Roman"/>
                <w:sz w:val="16"/>
              </w:rPr>
              <w:t>AVI-TAX-v1.0</w:t>
            </w:r>
          </w:p>
        </w:tc>
        <w:tc>
          <w:tcPr>
            <w:tcW w:w="7560" w:type="dxa"/>
            <w:tcMar>
              <w:top w:w="70" w:type="dxa"/>
              <w:left w:w="95" w:type="dxa"/>
              <w:bottom w:w="70" w:type="dxa"/>
              <w:right w:w="95" w:type="dxa"/>
            </w:tcMar>
            <w:vAlign w:val="center"/>
          </w:tcPr>
          <w:p w14:paraId="6F751E4D" w14:textId="77777777" w:rsidR="00423D2F" w:rsidRPr="00717886" w:rsidRDefault="0047346F">
            <w:pPr>
              <w:spacing w:after="0"/>
              <w:rPr>
                <w:rFonts w:cs="Times New Roman"/>
              </w:rPr>
            </w:pPr>
            <w:r w:rsidRPr="00717886">
              <w:rPr>
                <w:rFonts w:cs="Times New Roman"/>
                <w:sz w:val="16"/>
              </w:rPr>
              <w:t>Frozen rule-based aviation classification using direct topics, conditional adjacent topics, keywords, and exclusion rules; strict and broad corpora preserve classification-boundary uncertainty</w:t>
            </w:r>
          </w:p>
        </w:tc>
      </w:tr>
      <w:tr w:rsidR="002E7DCF" w:rsidRPr="00717886" w14:paraId="6ED46884" w14:textId="77777777">
        <w:trPr>
          <w:cantSplit/>
          <w:jc w:val="center"/>
        </w:trPr>
        <w:tc>
          <w:tcPr>
            <w:tcW w:w="2304" w:type="dxa"/>
            <w:shd w:val="clear" w:color="auto" w:fill="F5F7F9"/>
            <w:tcMar>
              <w:top w:w="70" w:type="dxa"/>
              <w:left w:w="95" w:type="dxa"/>
              <w:bottom w:w="70" w:type="dxa"/>
              <w:right w:w="95" w:type="dxa"/>
            </w:tcMar>
            <w:vAlign w:val="center"/>
          </w:tcPr>
          <w:p w14:paraId="7374B884" w14:textId="77777777" w:rsidR="00423D2F" w:rsidRPr="00717886" w:rsidRDefault="0047346F">
            <w:pPr>
              <w:spacing w:after="0"/>
              <w:rPr>
                <w:rFonts w:cs="Times New Roman"/>
              </w:rPr>
            </w:pPr>
            <w:r w:rsidRPr="00717886">
              <w:rPr>
                <w:rFonts w:cs="Times New Roman"/>
                <w:sz w:val="16"/>
              </w:rPr>
              <w:t>600-record audit sample</w:t>
            </w:r>
          </w:p>
        </w:tc>
        <w:tc>
          <w:tcPr>
            <w:tcW w:w="7560" w:type="dxa"/>
            <w:shd w:val="clear" w:color="auto" w:fill="F5F7F9"/>
            <w:tcMar>
              <w:top w:w="70" w:type="dxa"/>
              <w:left w:w="95" w:type="dxa"/>
              <w:bottom w:w="70" w:type="dxa"/>
              <w:right w:w="95" w:type="dxa"/>
            </w:tcMar>
            <w:vAlign w:val="center"/>
          </w:tcPr>
          <w:p w14:paraId="5FD7A4A6" w14:textId="77777777" w:rsidR="00423D2F" w:rsidRPr="00717886" w:rsidRDefault="0047346F">
            <w:pPr>
              <w:spacing w:after="0"/>
              <w:rPr>
                <w:rFonts w:cs="Times New Roman"/>
              </w:rPr>
            </w:pPr>
            <w:r w:rsidRPr="00717886">
              <w:rPr>
                <w:rFonts w:cs="Times New Roman"/>
                <w:sz w:val="16"/>
              </w:rPr>
              <w:t>Stratified blinded sample prepared across automated decision, confidence, period, publication type, and institution</w:t>
            </w:r>
          </w:p>
        </w:tc>
      </w:tr>
      <w:tr w:rsidR="002E7DCF" w:rsidRPr="00717886" w14:paraId="0AD2B171" w14:textId="77777777">
        <w:trPr>
          <w:cantSplit/>
          <w:jc w:val="center"/>
        </w:trPr>
        <w:tc>
          <w:tcPr>
            <w:tcW w:w="2304" w:type="dxa"/>
            <w:tcMar>
              <w:top w:w="70" w:type="dxa"/>
              <w:left w:w="95" w:type="dxa"/>
              <w:bottom w:w="70" w:type="dxa"/>
              <w:right w:w="95" w:type="dxa"/>
            </w:tcMar>
            <w:vAlign w:val="center"/>
          </w:tcPr>
          <w:p w14:paraId="65BA8597" w14:textId="77777777" w:rsidR="00423D2F" w:rsidRPr="00717886" w:rsidRDefault="0047346F">
            <w:pPr>
              <w:spacing w:after="0"/>
              <w:rPr>
                <w:rFonts w:cs="Times New Roman"/>
              </w:rPr>
            </w:pPr>
            <w:r w:rsidRPr="00717886">
              <w:rPr>
                <w:rFonts w:cs="Times New Roman"/>
                <w:sz w:val="16"/>
              </w:rPr>
              <w:t>Independent human coding</w:t>
            </w:r>
          </w:p>
        </w:tc>
        <w:tc>
          <w:tcPr>
            <w:tcW w:w="7560" w:type="dxa"/>
            <w:tcMar>
              <w:top w:w="70" w:type="dxa"/>
              <w:left w:w="95" w:type="dxa"/>
              <w:bottom w:w="70" w:type="dxa"/>
              <w:right w:w="95" w:type="dxa"/>
            </w:tcMar>
            <w:vAlign w:val="center"/>
          </w:tcPr>
          <w:p w14:paraId="3FA3D297" w14:textId="77777777" w:rsidR="00423D2F" w:rsidRPr="00717886" w:rsidRDefault="0047346F">
            <w:pPr>
              <w:spacing w:after="0"/>
              <w:rPr>
                <w:rFonts w:cs="Times New Roman"/>
              </w:rPr>
            </w:pPr>
            <w:r w:rsidRPr="00717886">
              <w:rPr>
                <w:rFonts w:cs="Times New Roman"/>
                <w:sz w:val="16"/>
              </w:rPr>
              <w:t>Not completed; no qualified independent coder file or adjudicated criterion standard was available</w:t>
            </w:r>
          </w:p>
        </w:tc>
      </w:tr>
      <w:tr w:rsidR="002E7DCF" w:rsidRPr="00717886" w14:paraId="5D0F9EF7" w14:textId="77777777">
        <w:trPr>
          <w:cantSplit/>
          <w:jc w:val="center"/>
        </w:trPr>
        <w:tc>
          <w:tcPr>
            <w:tcW w:w="2304" w:type="dxa"/>
            <w:shd w:val="clear" w:color="auto" w:fill="F5F7F9"/>
            <w:tcMar>
              <w:top w:w="70" w:type="dxa"/>
              <w:left w:w="95" w:type="dxa"/>
              <w:bottom w:w="70" w:type="dxa"/>
              <w:right w:w="95" w:type="dxa"/>
            </w:tcMar>
            <w:vAlign w:val="center"/>
          </w:tcPr>
          <w:p w14:paraId="4FEDF392" w14:textId="77777777" w:rsidR="00423D2F" w:rsidRPr="00717886" w:rsidRDefault="0047346F">
            <w:pPr>
              <w:spacing w:after="0"/>
              <w:rPr>
                <w:rFonts w:cs="Times New Roman"/>
              </w:rPr>
            </w:pPr>
            <w:r w:rsidRPr="00717886">
              <w:rPr>
                <w:rFonts w:cs="Times New Roman"/>
                <w:sz w:val="16"/>
              </w:rPr>
              <w:t>AI-assisted audit archive</w:t>
            </w:r>
          </w:p>
        </w:tc>
        <w:tc>
          <w:tcPr>
            <w:tcW w:w="7560" w:type="dxa"/>
            <w:shd w:val="clear" w:color="auto" w:fill="F5F7F9"/>
            <w:tcMar>
              <w:top w:w="70" w:type="dxa"/>
              <w:left w:w="95" w:type="dxa"/>
              <w:bottom w:w="70" w:type="dxa"/>
              <w:right w:w="95" w:type="dxa"/>
            </w:tcMar>
            <w:vAlign w:val="center"/>
          </w:tcPr>
          <w:p w14:paraId="76A618BA" w14:textId="77777777" w:rsidR="00423D2F" w:rsidRPr="00717886" w:rsidRDefault="0047346F">
            <w:pPr>
              <w:spacing w:after="0"/>
              <w:rPr>
                <w:rFonts w:cs="Times New Roman"/>
              </w:rPr>
            </w:pPr>
            <w:r w:rsidRPr="00717886">
              <w:rPr>
                <w:rFonts w:cs="Times New Roman"/>
                <w:sz w:val="16"/>
              </w:rPr>
              <w:t>No provenance-complete archived AI-coded decision file satisfying the stated audit requirements was available in the current reproducibility package</w:t>
            </w:r>
          </w:p>
        </w:tc>
      </w:tr>
      <w:tr w:rsidR="002E7DCF" w:rsidRPr="00717886" w14:paraId="61245FD2" w14:textId="77777777">
        <w:trPr>
          <w:cantSplit/>
          <w:jc w:val="center"/>
        </w:trPr>
        <w:tc>
          <w:tcPr>
            <w:tcW w:w="2304" w:type="dxa"/>
            <w:tcMar>
              <w:top w:w="70" w:type="dxa"/>
              <w:left w:w="95" w:type="dxa"/>
              <w:bottom w:w="70" w:type="dxa"/>
              <w:right w:w="95" w:type="dxa"/>
            </w:tcMar>
            <w:vAlign w:val="center"/>
          </w:tcPr>
          <w:p w14:paraId="3B524C43" w14:textId="77777777" w:rsidR="00423D2F" w:rsidRPr="00717886" w:rsidRDefault="0047346F">
            <w:pPr>
              <w:spacing w:after="0"/>
              <w:rPr>
                <w:rFonts w:cs="Times New Roman"/>
              </w:rPr>
            </w:pPr>
            <w:r w:rsidRPr="00717886">
              <w:rPr>
                <w:rFonts w:cs="Times New Roman"/>
                <w:sz w:val="16"/>
              </w:rPr>
              <w:t>Reportable validation statistics</w:t>
            </w:r>
          </w:p>
        </w:tc>
        <w:tc>
          <w:tcPr>
            <w:tcW w:w="7560" w:type="dxa"/>
            <w:tcMar>
              <w:top w:w="70" w:type="dxa"/>
              <w:left w:w="95" w:type="dxa"/>
              <w:bottom w:w="70" w:type="dxa"/>
              <w:right w:w="95" w:type="dxa"/>
            </w:tcMar>
            <w:vAlign w:val="center"/>
          </w:tcPr>
          <w:p w14:paraId="5F447AB5" w14:textId="77777777" w:rsidR="00423D2F" w:rsidRPr="00717886" w:rsidRDefault="0047346F">
            <w:pPr>
              <w:spacing w:after="0"/>
              <w:rPr>
                <w:rFonts w:cs="Times New Roman"/>
              </w:rPr>
            </w:pPr>
            <w:r w:rsidRPr="00717886">
              <w:rPr>
                <w:rFonts w:cs="Times New Roman"/>
                <w:sz w:val="16"/>
              </w:rPr>
              <w:t>None. No intercoder reliability, κ, sensitivity, specificity, human–AI concordance, or criterion-validity statistic is reported as a completed result</w:t>
            </w:r>
          </w:p>
        </w:tc>
      </w:tr>
      <w:tr w:rsidR="002E7DCF" w:rsidRPr="00717886" w14:paraId="7FB60C50" w14:textId="77777777">
        <w:trPr>
          <w:cantSplit/>
          <w:jc w:val="center"/>
        </w:trPr>
        <w:tc>
          <w:tcPr>
            <w:tcW w:w="2304" w:type="dxa"/>
            <w:shd w:val="clear" w:color="auto" w:fill="F5F7F9"/>
            <w:tcMar>
              <w:top w:w="70" w:type="dxa"/>
              <w:left w:w="95" w:type="dxa"/>
              <w:bottom w:w="70" w:type="dxa"/>
              <w:right w:w="95" w:type="dxa"/>
            </w:tcMar>
            <w:vAlign w:val="center"/>
          </w:tcPr>
          <w:p w14:paraId="4B7CF4F9" w14:textId="77777777" w:rsidR="00423D2F" w:rsidRPr="00717886" w:rsidRDefault="0047346F">
            <w:pPr>
              <w:spacing w:after="0"/>
              <w:rPr>
                <w:rFonts w:cs="Times New Roman"/>
              </w:rPr>
            </w:pPr>
            <w:r w:rsidRPr="00717886">
              <w:rPr>
                <w:rFonts w:cs="Times New Roman"/>
                <w:sz w:val="16"/>
              </w:rPr>
              <w:t>Role of strict/broad specifications</w:t>
            </w:r>
          </w:p>
        </w:tc>
        <w:tc>
          <w:tcPr>
            <w:tcW w:w="7560" w:type="dxa"/>
            <w:shd w:val="clear" w:color="auto" w:fill="F5F7F9"/>
            <w:tcMar>
              <w:top w:w="70" w:type="dxa"/>
              <w:left w:w="95" w:type="dxa"/>
              <w:bottom w:w="70" w:type="dxa"/>
              <w:right w:w="95" w:type="dxa"/>
            </w:tcMar>
            <w:vAlign w:val="center"/>
          </w:tcPr>
          <w:p w14:paraId="13CECDB3" w14:textId="77777777" w:rsidR="00423D2F" w:rsidRPr="00717886" w:rsidRDefault="0047346F">
            <w:pPr>
              <w:spacing w:after="0"/>
              <w:rPr>
                <w:rFonts w:cs="Times New Roman"/>
              </w:rPr>
            </w:pPr>
            <w:r w:rsidRPr="00717886">
              <w:rPr>
                <w:rFonts w:cs="Times New Roman"/>
                <w:sz w:val="16"/>
              </w:rPr>
              <w:t>Classification-boundary sensitivity only; these specifications do not establish external or criterion validation</w:t>
            </w:r>
          </w:p>
        </w:tc>
      </w:tr>
      <w:tr w:rsidR="002E7DCF" w:rsidRPr="00717886" w14:paraId="5BA773A9" w14:textId="77777777">
        <w:trPr>
          <w:cantSplit/>
          <w:jc w:val="center"/>
        </w:trPr>
        <w:tc>
          <w:tcPr>
            <w:tcW w:w="2304" w:type="dxa"/>
            <w:tcMar>
              <w:top w:w="70" w:type="dxa"/>
              <w:left w:w="95" w:type="dxa"/>
              <w:bottom w:w="70" w:type="dxa"/>
              <w:right w:w="95" w:type="dxa"/>
            </w:tcMar>
            <w:vAlign w:val="center"/>
          </w:tcPr>
          <w:p w14:paraId="0603536D" w14:textId="77777777" w:rsidR="00423D2F" w:rsidRPr="00717886" w:rsidRDefault="0047346F">
            <w:pPr>
              <w:spacing w:after="0"/>
              <w:rPr>
                <w:rFonts w:cs="Times New Roman"/>
              </w:rPr>
            </w:pPr>
            <w:r w:rsidRPr="00717886">
              <w:rPr>
                <w:rFonts w:cs="Times New Roman"/>
                <w:sz w:val="16"/>
              </w:rPr>
              <w:t>Future validation</w:t>
            </w:r>
          </w:p>
        </w:tc>
        <w:tc>
          <w:tcPr>
            <w:tcW w:w="7560" w:type="dxa"/>
            <w:tcMar>
              <w:top w:w="70" w:type="dxa"/>
              <w:left w:w="95" w:type="dxa"/>
              <w:bottom w:w="70" w:type="dxa"/>
              <w:right w:w="95" w:type="dxa"/>
            </w:tcMar>
            <w:vAlign w:val="center"/>
          </w:tcPr>
          <w:p w14:paraId="48A42189" w14:textId="77777777" w:rsidR="00423D2F" w:rsidRPr="00717886" w:rsidRDefault="0047346F">
            <w:pPr>
              <w:spacing w:after="0"/>
              <w:rPr>
                <w:rFonts w:cs="Times New Roman"/>
              </w:rPr>
            </w:pPr>
            <w:r w:rsidRPr="00717886">
              <w:rPr>
                <w:rFonts w:cs="Times New Roman"/>
                <w:sz w:val="16"/>
              </w:rPr>
              <w:t>Use the frozen codebook and blinded sample with qualified aviation subject-matter reviewers, independent decisions, and documented adjudication</w:t>
            </w:r>
          </w:p>
        </w:tc>
      </w:tr>
      <w:tr w:rsidR="002E7DCF" w:rsidRPr="00717886" w14:paraId="4BB3FDA0" w14:textId="77777777">
        <w:trPr>
          <w:cantSplit/>
          <w:jc w:val="center"/>
        </w:trPr>
        <w:tc>
          <w:tcPr>
            <w:tcW w:w="2304" w:type="dxa"/>
            <w:shd w:val="clear" w:color="auto" w:fill="F5F7F9"/>
            <w:tcMar>
              <w:top w:w="70" w:type="dxa"/>
              <w:left w:w="95" w:type="dxa"/>
              <w:bottom w:w="70" w:type="dxa"/>
              <w:right w:w="95" w:type="dxa"/>
            </w:tcMar>
            <w:vAlign w:val="center"/>
          </w:tcPr>
          <w:p w14:paraId="420D1401" w14:textId="77777777" w:rsidR="00423D2F" w:rsidRPr="00717886" w:rsidRDefault="0047346F">
            <w:pPr>
              <w:spacing w:after="0"/>
              <w:rPr>
                <w:rFonts w:cs="Times New Roman"/>
              </w:rPr>
            </w:pPr>
            <w:r w:rsidRPr="00717886">
              <w:rPr>
                <w:rFonts w:cs="Times New Roman"/>
                <w:sz w:val="16"/>
              </w:rPr>
              <w:t>Permissible claim</w:t>
            </w:r>
          </w:p>
        </w:tc>
        <w:tc>
          <w:tcPr>
            <w:tcW w:w="7560" w:type="dxa"/>
            <w:shd w:val="clear" w:color="auto" w:fill="F5F7F9"/>
            <w:tcMar>
              <w:top w:w="70" w:type="dxa"/>
              <w:left w:w="95" w:type="dxa"/>
              <w:bottom w:w="70" w:type="dxa"/>
              <w:right w:w="95" w:type="dxa"/>
            </w:tcMar>
            <w:vAlign w:val="center"/>
          </w:tcPr>
          <w:p w14:paraId="0AC53CA3" w14:textId="77777777" w:rsidR="00423D2F" w:rsidRPr="00717886" w:rsidRDefault="0047346F">
            <w:pPr>
              <w:spacing w:after="0"/>
              <w:rPr>
                <w:rFonts w:cs="Times New Roman"/>
              </w:rPr>
            </w:pPr>
            <w:r w:rsidRPr="00717886">
              <w:rPr>
                <w:rFonts w:cs="Times New Roman"/>
                <w:sz w:val="16"/>
              </w:rPr>
              <w:t>Reproducible computational classification and boundary-sensitivity analysis; no independent validation claim</w:t>
            </w:r>
          </w:p>
        </w:tc>
      </w:tr>
    </w:tbl>
    <w:p w14:paraId="3311E399" w14:textId="77777777" w:rsidR="002E7DCF" w:rsidRPr="00717886" w:rsidRDefault="00A11917">
      <w:pPr>
        <w:spacing w:before="60" w:after="80"/>
        <w:rPr>
          <w:rFonts w:cs="Times New Roman"/>
        </w:rPr>
      </w:pPr>
      <w:r w:rsidRPr="00717886">
        <w:rPr>
          <w:rFonts w:cs="Times New Roman"/>
          <w:b/>
          <w:i/>
          <w:sz w:val="18"/>
        </w:rPr>
        <w:t xml:space="preserve">Note. </w:t>
      </w:r>
      <w:r w:rsidRPr="00717886">
        <w:rPr>
          <w:rFonts w:cs="Times New Roman"/>
          <w:i/>
          <w:sz w:val="18"/>
        </w:rPr>
        <w:t>The strict and broad corpora quantify sensitivity to the aviation-classification boundary. They are not substitutes for independent criterion validation. Any later expert-coded validation should be versioned as a new study phase.</w:t>
      </w:r>
    </w:p>
    <w:p w14:paraId="505538BA" w14:textId="77777777" w:rsidR="002E7DCF" w:rsidRPr="00717886" w:rsidRDefault="00A11917">
      <w:pPr>
        <w:pStyle w:val="Heading1"/>
        <w:pageBreakBefore/>
        <w:rPr>
          <w:rFonts w:ascii="Times New Roman" w:hAnsi="Times New Roman" w:cs="Times New Roman"/>
        </w:rPr>
      </w:pPr>
      <w:r w:rsidRPr="00717886">
        <w:rPr>
          <w:rFonts w:ascii="Times New Roman" w:hAnsi="Times New Roman" w:cs="Times New Roman"/>
          <w:b w:val="0"/>
        </w:rPr>
        <w:lastRenderedPageBreak/>
        <w:t>Table S9. Data-Quality, Availability, and Reconciliation Checks</w:t>
      </w:r>
    </w:p>
    <w:tbl>
      <w:tblPr>
        <w:tblW w:w="0" w:type="auto"/>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3311"/>
        <w:gridCol w:w="3960"/>
        <w:gridCol w:w="2664"/>
      </w:tblGrid>
      <w:tr w:rsidR="002E7DCF" w:rsidRPr="00717886" w14:paraId="2DCCA8B3" w14:textId="77777777">
        <w:trPr>
          <w:cantSplit/>
          <w:tblHeader/>
          <w:jc w:val="center"/>
        </w:trPr>
        <w:tc>
          <w:tcPr>
            <w:tcW w:w="3311" w:type="dxa"/>
            <w:shd w:val="clear" w:color="auto" w:fill="D9EAF7"/>
            <w:tcMar>
              <w:top w:w="70" w:type="dxa"/>
              <w:left w:w="95" w:type="dxa"/>
              <w:bottom w:w="70" w:type="dxa"/>
              <w:right w:w="95" w:type="dxa"/>
            </w:tcMar>
            <w:vAlign w:val="center"/>
          </w:tcPr>
          <w:p w14:paraId="706E10BB" w14:textId="77777777" w:rsidR="00423D2F" w:rsidRPr="00717886" w:rsidRDefault="0047346F">
            <w:pPr>
              <w:spacing w:after="0"/>
              <w:rPr>
                <w:rFonts w:cs="Times New Roman"/>
              </w:rPr>
            </w:pPr>
            <w:r w:rsidRPr="00717886">
              <w:rPr>
                <w:rFonts w:cs="Times New Roman"/>
                <w:b/>
                <w:sz w:val="14"/>
              </w:rPr>
              <w:t>Check</w:t>
            </w:r>
          </w:p>
        </w:tc>
        <w:tc>
          <w:tcPr>
            <w:tcW w:w="3960" w:type="dxa"/>
            <w:shd w:val="clear" w:color="auto" w:fill="D9EAF7"/>
            <w:tcMar>
              <w:top w:w="70" w:type="dxa"/>
              <w:left w:w="95" w:type="dxa"/>
              <w:bottom w:w="70" w:type="dxa"/>
              <w:right w:w="95" w:type="dxa"/>
            </w:tcMar>
            <w:vAlign w:val="center"/>
          </w:tcPr>
          <w:p w14:paraId="4984DBFB" w14:textId="77777777" w:rsidR="00423D2F" w:rsidRPr="00717886" w:rsidRDefault="0047346F">
            <w:pPr>
              <w:spacing w:after="0"/>
              <w:rPr>
                <w:rFonts w:cs="Times New Roman"/>
              </w:rPr>
            </w:pPr>
            <w:r w:rsidRPr="00717886">
              <w:rPr>
                <w:rFonts w:cs="Times New Roman"/>
                <w:b/>
                <w:sz w:val="14"/>
              </w:rPr>
              <w:t>Verified result</w:t>
            </w:r>
          </w:p>
        </w:tc>
        <w:tc>
          <w:tcPr>
            <w:tcW w:w="2664" w:type="dxa"/>
            <w:shd w:val="clear" w:color="auto" w:fill="D9EAF7"/>
            <w:tcMar>
              <w:top w:w="70" w:type="dxa"/>
              <w:left w:w="95" w:type="dxa"/>
              <w:bottom w:w="70" w:type="dxa"/>
              <w:right w:w="95" w:type="dxa"/>
            </w:tcMar>
            <w:vAlign w:val="center"/>
          </w:tcPr>
          <w:p w14:paraId="08F80461" w14:textId="77777777" w:rsidR="00423D2F" w:rsidRPr="00717886" w:rsidRDefault="0047346F">
            <w:pPr>
              <w:spacing w:after="0"/>
              <w:rPr>
                <w:rFonts w:cs="Times New Roman"/>
              </w:rPr>
            </w:pPr>
            <w:r w:rsidRPr="00717886">
              <w:rPr>
                <w:rFonts w:cs="Times New Roman"/>
                <w:b/>
                <w:sz w:val="14"/>
              </w:rPr>
              <w:t>Disposition</w:t>
            </w:r>
          </w:p>
        </w:tc>
      </w:tr>
      <w:tr w:rsidR="002E7DCF" w:rsidRPr="00717886" w14:paraId="34B0309E" w14:textId="77777777">
        <w:trPr>
          <w:cantSplit/>
          <w:jc w:val="center"/>
        </w:trPr>
        <w:tc>
          <w:tcPr>
            <w:tcW w:w="3311" w:type="dxa"/>
            <w:tcMar>
              <w:top w:w="70" w:type="dxa"/>
              <w:left w:w="95" w:type="dxa"/>
              <w:bottom w:w="70" w:type="dxa"/>
              <w:right w:w="95" w:type="dxa"/>
            </w:tcMar>
            <w:vAlign w:val="center"/>
          </w:tcPr>
          <w:p w14:paraId="1F709BFE" w14:textId="77777777" w:rsidR="00423D2F" w:rsidRPr="00717886" w:rsidRDefault="0047346F">
            <w:pPr>
              <w:spacing w:after="0"/>
              <w:rPr>
                <w:rFonts w:cs="Times New Roman"/>
              </w:rPr>
            </w:pPr>
            <w:r w:rsidRPr="00717886">
              <w:rPr>
                <w:rFonts w:cs="Times New Roman"/>
                <w:sz w:val="14"/>
              </w:rPr>
              <w:t>Expected panel rows</w:t>
            </w:r>
          </w:p>
        </w:tc>
        <w:tc>
          <w:tcPr>
            <w:tcW w:w="3960" w:type="dxa"/>
            <w:tcMar>
              <w:top w:w="70" w:type="dxa"/>
              <w:left w:w="95" w:type="dxa"/>
              <w:bottom w:w="70" w:type="dxa"/>
              <w:right w:w="95" w:type="dxa"/>
            </w:tcMar>
            <w:vAlign w:val="center"/>
          </w:tcPr>
          <w:p w14:paraId="3E1D2542" w14:textId="77777777" w:rsidR="00423D2F" w:rsidRPr="00717886" w:rsidRDefault="0047346F">
            <w:pPr>
              <w:spacing w:after="0"/>
              <w:rPr>
                <w:rFonts w:cs="Times New Roman"/>
              </w:rPr>
            </w:pPr>
            <w:r w:rsidRPr="00717886">
              <w:rPr>
                <w:rFonts w:cs="Times New Roman"/>
                <w:sz w:val="14"/>
              </w:rPr>
              <w:t>440/440</w:t>
            </w:r>
          </w:p>
        </w:tc>
        <w:tc>
          <w:tcPr>
            <w:tcW w:w="2664" w:type="dxa"/>
            <w:tcMar>
              <w:top w:w="70" w:type="dxa"/>
              <w:left w:w="95" w:type="dxa"/>
              <w:bottom w:w="70" w:type="dxa"/>
              <w:right w:w="95" w:type="dxa"/>
            </w:tcMar>
            <w:vAlign w:val="center"/>
          </w:tcPr>
          <w:p w14:paraId="7F2B217A" w14:textId="77777777" w:rsidR="00423D2F" w:rsidRPr="00717886" w:rsidRDefault="0047346F">
            <w:pPr>
              <w:spacing w:after="0"/>
              <w:rPr>
                <w:rFonts w:cs="Times New Roman"/>
              </w:rPr>
            </w:pPr>
            <w:r w:rsidRPr="00717886">
              <w:rPr>
                <w:rFonts w:cs="Times New Roman"/>
                <w:sz w:val="14"/>
              </w:rPr>
              <w:t>Passed</w:t>
            </w:r>
          </w:p>
        </w:tc>
      </w:tr>
      <w:tr w:rsidR="002E7DCF" w:rsidRPr="00717886" w14:paraId="5AAB4325" w14:textId="77777777">
        <w:trPr>
          <w:cantSplit/>
          <w:jc w:val="center"/>
        </w:trPr>
        <w:tc>
          <w:tcPr>
            <w:tcW w:w="3311" w:type="dxa"/>
            <w:shd w:val="clear" w:color="auto" w:fill="F5F7F9"/>
            <w:tcMar>
              <w:top w:w="70" w:type="dxa"/>
              <w:left w:w="95" w:type="dxa"/>
              <w:bottom w:w="70" w:type="dxa"/>
              <w:right w:w="95" w:type="dxa"/>
            </w:tcMar>
            <w:vAlign w:val="center"/>
          </w:tcPr>
          <w:p w14:paraId="6645FB6E" w14:textId="77777777" w:rsidR="00423D2F" w:rsidRPr="00717886" w:rsidRDefault="0047346F">
            <w:pPr>
              <w:spacing w:after="0"/>
              <w:rPr>
                <w:rFonts w:cs="Times New Roman"/>
              </w:rPr>
            </w:pPr>
            <w:r w:rsidRPr="00717886">
              <w:rPr>
                <w:rFonts w:cs="Times New Roman"/>
                <w:sz w:val="14"/>
              </w:rPr>
              <w:t>Institutions accounted for</w:t>
            </w:r>
          </w:p>
        </w:tc>
        <w:tc>
          <w:tcPr>
            <w:tcW w:w="3960" w:type="dxa"/>
            <w:shd w:val="clear" w:color="auto" w:fill="F5F7F9"/>
            <w:tcMar>
              <w:top w:w="70" w:type="dxa"/>
              <w:left w:w="95" w:type="dxa"/>
              <w:bottom w:w="70" w:type="dxa"/>
              <w:right w:w="95" w:type="dxa"/>
            </w:tcMar>
            <w:vAlign w:val="center"/>
          </w:tcPr>
          <w:p w14:paraId="25CBA997" w14:textId="77777777" w:rsidR="00423D2F" w:rsidRPr="00717886" w:rsidRDefault="0047346F">
            <w:pPr>
              <w:spacing w:after="0"/>
              <w:rPr>
                <w:rFonts w:cs="Times New Roman"/>
              </w:rPr>
            </w:pPr>
            <w:r w:rsidRPr="00717886">
              <w:rPr>
                <w:rFonts w:cs="Times New Roman"/>
                <w:sz w:val="14"/>
              </w:rPr>
              <w:t>40/40: 38 canonical lineages and 2 raw-affiliation fallbacks</w:t>
            </w:r>
          </w:p>
        </w:tc>
        <w:tc>
          <w:tcPr>
            <w:tcW w:w="2664" w:type="dxa"/>
            <w:shd w:val="clear" w:color="auto" w:fill="F5F7F9"/>
            <w:tcMar>
              <w:top w:w="70" w:type="dxa"/>
              <w:left w:w="95" w:type="dxa"/>
              <w:bottom w:w="70" w:type="dxa"/>
              <w:right w:w="95" w:type="dxa"/>
            </w:tcMar>
            <w:vAlign w:val="center"/>
          </w:tcPr>
          <w:p w14:paraId="1135DEA6" w14:textId="77777777" w:rsidR="00423D2F" w:rsidRPr="00717886" w:rsidRDefault="0047346F">
            <w:pPr>
              <w:spacing w:after="0"/>
              <w:rPr>
                <w:rFonts w:cs="Times New Roman"/>
              </w:rPr>
            </w:pPr>
            <w:r w:rsidRPr="00717886">
              <w:rPr>
                <w:rFonts w:cs="Times New Roman"/>
                <w:sz w:val="14"/>
              </w:rPr>
              <w:t>Passed</w:t>
            </w:r>
          </w:p>
        </w:tc>
      </w:tr>
      <w:tr w:rsidR="002E7DCF" w:rsidRPr="00717886" w14:paraId="23ECDBD9" w14:textId="77777777">
        <w:trPr>
          <w:cantSplit/>
          <w:jc w:val="center"/>
        </w:trPr>
        <w:tc>
          <w:tcPr>
            <w:tcW w:w="3311" w:type="dxa"/>
            <w:tcMar>
              <w:top w:w="70" w:type="dxa"/>
              <w:left w:w="95" w:type="dxa"/>
              <w:bottom w:w="70" w:type="dxa"/>
              <w:right w:w="95" w:type="dxa"/>
            </w:tcMar>
            <w:vAlign w:val="center"/>
          </w:tcPr>
          <w:p w14:paraId="773BCF29" w14:textId="77777777" w:rsidR="00423D2F" w:rsidRPr="00717886" w:rsidRDefault="0047346F">
            <w:pPr>
              <w:spacing w:after="0"/>
              <w:rPr>
                <w:rFonts w:cs="Times New Roman"/>
              </w:rPr>
            </w:pPr>
            <w:r w:rsidRPr="00717886">
              <w:rPr>
                <w:rFonts w:cs="Times New Roman"/>
                <w:sz w:val="14"/>
              </w:rPr>
              <w:t>Canonical extraction pages</w:t>
            </w:r>
          </w:p>
        </w:tc>
        <w:tc>
          <w:tcPr>
            <w:tcW w:w="3960" w:type="dxa"/>
            <w:tcMar>
              <w:top w:w="70" w:type="dxa"/>
              <w:left w:w="95" w:type="dxa"/>
              <w:bottom w:w="70" w:type="dxa"/>
              <w:right w:w="95" w:type="dxa"/>
            </w:tcMar>
            <w:vAlign w:val="center"/>
          </w:tcPr>
          <w:p w14:paraId="4C87473D" w14:textId="77777777" w:rsidR="00423D2F" w:rsidRPr="00717886" w:rsidRDefault="0047346F">
            <w:pPr>
              <w:spacing w:after="0"/>
              <w:rPr>
                <w:rFonts w:cs="Times New Roman"/>
              </w:rPr>
            </w:pPr>
            <w:r w:rsidRPr="00717886">
              <w:rPr>
                <w:rFonts w:cs="Times New Roman"/>
                <w:sz w:val="14"/>
              </w:rPr>
              <w:t>437/437</w:t>
            </w:r>
          </w:p>
        </w:tc>
        <w:tc>
          <w:tcPr>
            <w:tcW w:w="2664" w:type="dxa"/>
            <w:tcMar>
              <w:top w:w="70" w:type="dxa"/>
              <w:left w:w="95" w:type="dxa"/>
              <w:bottom w:w="70" w:type="dxa"/>
              <w:right w:w="95" w:type="dxa"/>
            </w:tcMar>
            <w:vAlign w:val="center"/>
          </w:tcPr>
          <w:p w14:paraId="7CC4C600" w14:textId="77777777" w:rsidR="00423D2F" w:rsidRPr="00717886" w:rsidRDefault="0047346F">
            <w:pPr>
              <w:spacing w:after="0"/>
              <w:rPr>
                <w:rFonts w:cs="Times New Roman"/>
              </w:rPr>
            </w:pPr>
            <w:r w:rsidRPr="00717886">
              <w:rPr>
                <w:rFonts w:cs="Times New Roman"/>
                <w:sz w:val="14"/>
              </w:rPr>
              <w:t>Passed in frozen extraction audit</w:t>
            </w:r>
          </w:p>
        </w:tc>
      </w:tr>
      <w:tr w:rsidR="002E7DCF" w:rsidRPr="00717886" w14:paraId="37C43627" w14:textId="77777777">
        <w:trPr>
          <w:cantSplit/>
          <w:jc w:val="center"/>
        </w:trPr>
        <w:tc>
          <w:tcPr>
            <w:tcW w:w="3311" w:type="dxa"/>
            <w:shd w:val="clear" w:color="auto" w:fill="F5F7F9"/>
            <w:tcMar>
              <w:top w:w="70" w:type="dxa"/>
              <w:left w:w="95" w:type="dxa"/>
              <w:bottom w:w="70" w:type="dxa"/>
              <w:right w:w="95" w:type="dxa"/>
            </w:tcMar>
            <w:vAlign w:val="center"/>
          </w:tcPr>
          <w:p w14:paraId="50BAD265" w14:textId="77777777" w:rsidR="00423D2F" w:rsidRPr="00717886" w:rsidRDefault="0047346F">
            <w:pPr>
              <w:spacing w:after="0"/>
              <w:rPr>
                <w:rFonts w:cs="Times New Roman"/>
              </w:rPr>
            </w:pPr>
            <w:r w:rsidRPr="00717886">
              <w:rPr>
                <w:rFonts w:cs="Times New Roman"/>
                <w:sz w:val="14"/>
              </w:rPr>
              <w:t>Fallback extraction pages</w:t>
            </w:r>
          </w:p>
        </w:tc>
        <w:tc>
          <w:tcPr>
            <w:tcW w:w="3960" w:type="dxa"/>
            <w:shd w:val="clear" w:color="auto" w:fill="F5F7F9"/>
            <w:tcMar>
              <w:top w:w="70" w:type="dxa"/>
              <w:left w:w="95" w:type="dxa"/>
              <w:bottom w:w="70" w:type="dxa"/>
              <w:right w:w="95" w:type="dxa"/>
            </w:tcMar>
            <w:vAlign w:val="center"/>
          </w:tcPr>
          <w:p w14:paraId="2A26603C" w14:textId="77777777" w:rsidR="00423D2F" w:rsidRPr="00717886" w:rsidRDefault="0047346F">
            <w:pPr>
              <w:spacing w:after="0"/>
              <w:rPr>
                <w:rFonts w:cs="Times New Roman"/>
              </w:rPr>
            </w:pPr>
            <w:r w:rsidRPr="00717886">
              <w:rPr>
                <w:rFonts w:cs="Times New Roman"/>
                <w:sz w:val="14"/>
              </w:rPr>
              <w:t>3/3</w:t>
            </w:r>
          </w:p>
        </w:tc>
        <w:tc>
          <w:tcPr>
            <w:tcW w:w="2664" w:type="dxa"/>
            <w:shd w:val="clear" w:color="auto" w:fill="F5F7F9"/>
            <w:tcMar>
              <w:top w:w="70" w:type="dxa"/>
              <w:left w:w="95" w:type="dxa"/>
              <w:bottom w:w="70" w:type="dxa"/>
              <w:right w:w="95" w:type="dxa"/>
            </w:tcMar>
            <w:vAlign w:val="center"/>
          </w:tcPr>
          <w:p w14:paraId="1D4694B9" w14:textId="77777777" w:rsidR="00423D2F" w:rsidRPr="00717886" w:rsidRDefault="0047346F">
            <w:pPr>
              <w:spacing w:after="0"/>
              <w:rPr>
                <w:rFonts w:cs="Times New Roman"/>
              </w:rPr>
            </w:pPr>
            <w:r w:rsidRPr="00717886">
              <w:rPr>
                <w:rFonts w:cs="Times New Roman"/>
                <w:sz w:val="14"/>
              </w:rPr>
              <w:t>Passed in frozen extraction audit</w:t>
            </w:r>
          </w:p>
        </w:tc>
      </w:tr>
      <w:tr w:rsidR="002E7DCF" w:rsidRPr="00717886" w14:paraId="5059A03F" w14:textId="77777777">
        <w:trPr>
          <w:cantSplit/>
          <w:jc w:val="center"/>
        </w:trPr>
        <w:tc>
          <w:tcPr>
            <w:tcW w:w="3311" w:type="dxa"/>
            <w:tcMar>
              <w:top w:w="70" w:type="dxa"/>
              <w:left w:w="95" w:type="dxa"/>
              <w:bottom w:w="70" w:type="dxa"/>
              <w:right w:w="95" w:type="dxa"/>
            </w:tcMar>
            <w:vAlign w:val="center"/>
          </w:tcPr>
          <w:p w14:paraId="7D5E51CD" w14:textId="77777777" w:rsidR="00423D2F" w:rsidRPr="00717886" w:rsidRDefault="0047346F">
            <w:pPr>
              <w:spacing w:after="0"/>
              <w:rPr>
                <w:rFonts w:cs="Times New Roman"/>
              </w:rPr>
            </w:pPr>
            <w:r w:rsidRPr="00717886">
              <w:rPr>
                <w:rFonts w:cs="Times New Roman"/>
                <w:sz w:val="14"/>
              </w:rPr>
              <w:t>Construction-buffer pages</w:t>
            </w:r>
          </w:p>
        </w:tc>
        <w:tc>
          <w:tcPr>
            <w:tcW w:w="3960" w:type="dxa"/>
            <w:tcMar>
              <w:top w:w="70" w:type="dxa"/>
              <w:left w:w="95" w:type="dxa"/>
              <w:bottom w:w="70" w:type="dxa"/>
              <w:right w:w="95" w:type="dxa"/>
            </w:tcMar>
            <w:vAlign w:val="center"/>
          </w:tcPr>
          <w:p w14:paraId="26752B4C" w14:textId="77777777" w:rsidR="00423D2F" w:rsidRPr="00717886" w:rsidRDefault="0047346F">
            <w:pPr>
              <w:spacing w:after="0"/>
              <w:rPr>
                <w:rFonts w:cs="Times New Roman"/>
              </w:rPr>
            </w:pPr>
            <w:r w:rsidRPr="00717886">
              <w:rPr>
                <w:rFonts w:cs="Times New Roman"/>
                <w:sz w:val="14"/>
              </w:rPr>
              <w:t>93/93</w:t>
            </w:r>
          </w:p>
        </w:tc>
        <w:tc>
          <w:tcPr>
            <w:tcW w:w="2664" w:type="dxa"/>
            <w:tcMar>
              <w:top w:w="70" w:type="dxa"/>
              <w:left w:w="95" w:type="dxa"/>
              <w:bottom w:w="70" w:type="dxa"/>
              <w:right w:w="95" w:type="dxa"/>
            </w:tcMar>
            <w:vAlign w:val="center"/>
          </w:tcPr>
          <w:p w14:paraId="780AC5F8" w14:textId="77777777" w:rsidR="00423D2F" w:rsidRPr="00717886" w:rsidRDefault="0047346F">
            <w:pPr>
              <w:spacing w:after="0"/>
              <w:rPr>
                <w:rFonts w:cs="Times New Roman"/>
              </w:rPr>
            </w:pPr>
            <w:r w:rsidRPr="00717886">
              <w:rPr>
                <w:rFonts w:cs="Times New Roman"/>
                <w:sz w:val="14"/>
              </w:rPr>
              <w:t>Passed in frozen extraction audit</w:t>
            </w:r>
          </w:p>
        </w:tc>
      </w:tr>
      <w:tr w:rsidR="002E7DCF" w:rsidRPr="00717886" w14:paraId="313AB7F2" w14:textId="77777777">
        <w:trPr>
          <w:cantSplit/>
          <w:jc w:val="center"/>
        </w:trPr>
        <w:tc>
          <w:tcPr>
            <w:tcW w:w="3311" w:type="dxa"/>
            <w:shd w:val="clear" w:color="auto" w:fill="F5F7F9"/>
            <w:tcMar>
              <w:top w:w="70" w:type="dxa"/>
              <w:left w:w="95" w:type="dxa"/>
              <w:bottom w:w="70" w:type="dxa"/>
              <w:right w:w="95" w:type="dxa"/>
            </w:tcMar>
            <w:vAlign w:val="center"/>
          </w:tcPr>
          <w:p w14:paraId="1965731F" w14:textId="77777777" w:rsidR="00423D2F" w:rsidRPr="00717886" w:rsidRDefault="0047346F">
            <w:pPr>
              <w:spacing w:after="0"/>
              <w:rPr>
                <w:rFonts w:cs="Times New Roman"/>
              </w:rPr>
            </w:pPr>
            <w:r w:rsidRPr="00717886">
              <w:rPr>
                <w:rFonts w:cs="Times New Roman"/>
                <w:sz w:val="14"/>
              </w:rPr>
              <w:t>Candidate stream rows</w:t>
            </w:r>
          </w:p>
        </w:tc>
        <w:tc>
          <w:tcPr>
            <w:tcW w:w="3960" w:type="dxa"/>
            <w:shd w:val="clear" w:color="auto" w:fill="F5F7F9"/>
            <w:tcMar>
              <w:top w:w="70" w:type="dxa"/>
              <w:left w:w="95" w:type="dxa"/>
              <w:bottom w:w="70" w:type="dxa"/>
              <w:right w:w="95" w:type="dxa"/>
            </w:tcMar>
            <w:vAlign w:val="center"/>
          </w:tcPr>
          <w:p w14:paraId="63FE24C1" w14:textId="77777777" w:rsidR="00423D2F" w:rsidRPr="00717886" w:rsidRDefault="0047346F">
            <w:pPr>
              <w:spacing w:after="0"/>
              <w:rPr>
                <w:rFonts w:cs="Times New Roman"/>
              </w:rPr>
            </w:pPr>
            <w:r w:rsidRPr="00717886">
              <w:rPr>
                <w:rFonts w:cs="Times New Roman"/>
                <w:sz w:val="14"/>
              </w:rPr>
              <w:t>80,405</w:t>
            </w:r>
          </w:p>
        </w:tc>
        <w:tc>
          <w:tcPr>
            <w:tcW w:w="2664" w:type="dxa"/>
            <w:shd w:val="clear" w:color="auto" w:fill="F5F7F9"/>
            <w:tcMar>
              <w:top w:w="70" w:type="dxa"/>
              <w:left w:w="95" w:type="dxa"/>
              <w:bottom w:w="70" w:type="dxa"/>
              <w:right w:w="95" w:type="dxa"/>
            </w:tcMar>
            <w:vAlign w:val="center"/>
          </w:tcPr>
          <w:p w14:paraId="27D4FEAB" w14:textId="77777777" w:rsidR="00423D2F" w:rsidRPr="00717886" w:rsidRDefault="0047346F">
            <w:pPr>
              <w:spacing w:after="0"/>
              <w:rPr>
                <w:rFonts w:cs="Times New Roman"/>
              </w:rPr>
            </w:pPr>
            <w:r w:rsidRPr="00717886">
              <w:rPr>
                <w:rFonts w:cs="Times New Roman"/>
                <w:sz w:val="14"/>
              </w:rPr>
              <w:t>Pre-deduplication retrieval total</w:t>
            </w:r>
          </w:p>
        </w:tc>
      </w:tr>
      <w:tr w:rsidR="002E7DCF" w:rsidRPr="00717886" w14:paraId="390CFC0D" w14:textId="77777777">
        <w:trPr>
          <w:cantSplit/>
          <w:jc w:val="center"/>
        </w:trPr>
        <w:tc>
          <w:tcPr>
            <w:tcW w:w="3311" w:type="dxa"/>
            <w:tcMar>
              <w:top w:w="70" w:type="dxa"/>
              <w:left w:w="95" w:type="dxa"/>
              <w:bottom w:w="70" w:type="dxa"/>
              <w:right w:w="95" w:type="dxa"/>
            </w:tcMar>
            <w:vAlign w:val="center"/>
          </w:tcPr>
          <w:p w14:paraId="34AF7FE1" w14:textId="77777777" w:rsidR="00423D2F" w:rsidRPr="00717886" w:rsidRDefault="0047346F">
            <w:pPr>
              <w:spacing w:after="0"/>
              <w:rPr>
                <w:rFonts w:cs="Times New Roman"/>
              </w:rPr>
            </w:pPr>
            <w:r w:rsidRPr="00717886">
              <w:rPr>
                <w:rFonts w:cs="Times New Roman"/>
                <w:sz w:val="14"/>
              </w:rPr>
              <w:t>Repeated candidate rows removed</w:t>
            </w:r>
          </w:p>
        </w:tc>
        <w:tc>
          <w:tcPr>
            <w:tcW w:w="3960" w:type="dxa"/>
            <w:tcMar>
              <w:top w:w="70" w:type="dxa"/>
              <w:left w:w="95" w:type="dxa"/>
              <w:bottom w:w="70" w:type="dxa"/>
              <w:right w:w="95" w:type="dxa"/>
            </w:tcMar>
            <w:vAlign w:val="center"/>
          </w:tcPr>
          <w:p w14:paraId="4BC9A0B9" w14:textId="77777777" w:rsidR="00423D2F" w:rsidRPr="00717886" w:rsidRDefault="0047346F">
            <w:pPr>
              <w:spacing w:after="0"/>
              <w:rPr>
                <w:rFonts w:cs="Times New Roman"/>
              </w:rPr>
            </w:pPr>
            <w:r w:rsidRPr="00717886">
              <w:rPr>
                <w:rFonts w:cs="Times New Roman"/>
                <w:sz w:val="14"/>
              </w:rPr>
              <w:t>6,199</w:t>
            </w:r>
          </w:p>
        </w:tc>
        <w:tc>
          <w:tcPr>
            <w:tcW w:w="2664" w:type="dxa"/>
            <w:tcMar>
              <w:top w:w="70" w:type="dxa"/>
              <w:left w:w="95" w:type="dxa"/>
              <w:bottom w:w="70" w:type="dxa"/>
              <w:right w:w="95" w:type="dxa"/>
            </w:tcMar>
            <w:vAlign w:val="center"/>
          </w:tcPr>
          <w:p w14:paraId="1127A5B6" w14:textId="77777777" w:rsidR="00423D2F" w:rsidRPr="00717886" w:rsidRDefault="0047346F">
            <w:pPr>
              <w:spacing w:after="0"/>
              <w:rPr>
                <w:rFonts w:cs="Times New Roman"/>
              </w:rPr>
            </w:pPr>
            <w:r w:rsidRPr="00717886">
              <w:rPr>
                <w:rFonts w:cs="Times New Roman"/>
                <w:sz w:val="14"/>
              </w:rPr>
              <w:t>Institution × Work ID key</w:t>
            </w:r>
          </w:p>
        </w:tc>
      </w:tr>
      <w:tr w:rsidR="002E7DCF" w:rsidRPr="00717886" w14:paraId="4DA701C4" w14:textId="77777777">
        <w:trPr>
          <w:cantSplit/>
          <w:jc w:val="center"/>
        </w:trPr>
        <w:tc>
          <w:tcPr>
            <w:tcW w:w="3311" w:type="dxa"/>
            <w:shd w:val="clear" w:color="auto" w:fill="F5F7F9"/>
            <w:tcMar>
              <w:top w:w="70" w:type="dxa"/>
              <w:left w:w="95" w:type="dxa"/>
              <w:bottom w:w="70" w:type="dxa"/>
              <w:right w:w="95" w:type="dxa"/>
            </w:tcMar>
            <w:vAlign w:val="center"/>
          </w:tcPr>
          <w:p w14:paraId="422E5CC2" w14:textId="77777777" w:rsidR="00423D2F" w:rsidRPr="00717886" w:rsidRDefault="0047346F">
            <w:pPr>
              <w:spacing w:after="0"/>
              <w:rPr>
                <w:rFonts w:cs="Times New Roman"/>
              </w:rPr>
            </w:pPr>
            <w:r w:rsidRPr="00717886">
              <w:rPr>
                <w:rFonts w:cs="Times New Roman"/>
                <w:sz w:val="14"/>
              </w:rPr>
              <w:t>Unique classification candidates</w:t>
            </w:r>
          </w:p>
        </w:tc>
        <w:tc>
          <w:tcPr>
            <w:tcW w:w="3960" w:type="dxa"/>
            <w:shd w:val="clear" w:color="auto" w:fill="F5F7F9"/>
            <w:tcMar>
              <w:top w:w="70" w:type="dxa"/>
              <w:left w:w="95" w:type="dxa"/>
              <w:bottom w:w="70" w:type="dxa"/>
              <w:right w:w="95" w:type="dxa"/>
            </w:tcMar>
            <w:vAlign w:val="center"/>
          </w:tcPr>
          <w:p w14:paraId="07A956BF" w14:textId="77777777" w:rsidR="00423D2F" w:rsidRPr="00717886" w:rsidRDefault="0047346F">
            <w:pPr>
              <w:spacing w:after="0"/>
              <w:rPr>
                <w:rFonts w:cs="Times New Roman"/>
              </w:rPr>
            </w:pPr>
            <w:r w:rsidRPr="00717886">
              <w:rPr>
                <w:rFonts w:cs="Times New Roman"/>
                <w:sz w:val="14"/>
              </w:rPr>
              <w:t>74,206</w:t>
            </w:r>
          </w:p>
        </w:tc>
        <w:tc>
          <w:tcPr>
            <w:tcW w:w="2664" w:type="dxa"/>
            <w:shd w:val="clear" w:color="auto" w:fill="F5F7F9"/>
            <w:tcMar>
              <w:top w:w="70" w:type="dxa"/>
              <w:left w:w="95" w:type="dxa"/>
              <w:bottom w:w="70" w:type="dxa"/>
              <w:right w:w="95" w:type="dxa"/>
            </w:tcMar>
            <w:vAlign w:val="center"/>
          </w:tcPr>
          <w:p w14:paraId="06718FD1" w14:textId="77777777" w:rsidR="00423D2F" w:rsidRPr="00717886" w:rsidRDefault="0047346F">
            <w:pPr>
              <w:spacing w:after="0"/>
              <w:rPr>
                <w:rFonts w:cs="Times New Roman"/>
              </w:rPr>
            </w:pPr>
            <w:r w:rsidRPr="00717886">
              <w:rPr>
                <w:rFonts w:cs="Times New Roman"/>
                <w:sz w:val="14"/>
              </w:rPr>
              <w:t>Entered AVI-TAX classification</w:t>
            </w:r>
          </w:p>
        </w:tc>
      </w:tr>
      <w:tr w:rsidR="002E7DCF" w:rsidRPr="00717886" w14:paraId="587FB4E9" w14:textId="77777777">
        <w:trPr>
          <w:cantSplit/>
          <w:jc w:val="center"/>
        </w:trPr>
        <w:tc>
          <w:tcPr>
            <w:tcW w:w="3311" w:type="dxa"/>
            <w:tcMar>
              <w:top w:w="70" w:type="dxa"/>
              <w:left w:w="95" w:type="dxa"/>
              <w:bottom w:w="70" w:type="dxa"/>
              <w:right w:w="95" w:type="dxa"/>
            </w:tcMar>
            <w:vAlign w:val="center"/>
          </w:tcPr>
          <w:p w14:paraId="1AFBA8ED" w14:textId="77777777" w:rsidR="00423D2F" w:rsidRPr="00717886" w:rsidRDefault="0047346F">
            <w:pPr>
              <w:spacing w:after="0"/>
              <w:rPr>
                <w:rFonts w:cs="Times New Roman"/>
              </w:rPr>
            </w:pPr>
            <w:r w:rsidRPr="00717886">
              <w:rPr>
                <w:rFonts w:cs="Times New Roman"/>
                <w:sz w:val="14"/>
              </w:rPr>
              <w:t>Strict corpus</w:t>
            </w:r>
          </w:p>
        </w:tc>
        <w:tc>
          <w:tcPr>
            <w:tcW w:w="3960" w:type="dxa"/>
            <w:tcMar>
              <w:top w:w="70" w:type="dxa"/>
              <w:left w:w="95" w:type="dxa"/>
              <w:bottom w:w="70" w:type="dxa"/>
              <w:right w:w="95" w:type="dxa"/>
            </w:tcMar>
            <w:vAlign w:val="center"/>
          </w:tcPr>
          <w:p w14:paraId="438C5514" w14:textId="77777777" w:rsidR="00423D2F" w:rsidRPr="00717886" w:rsidRDefault="0047346F">
            <w:pPr>
              <w:spacing w:after="0"/>
              <w:rPr>
                <w:rFonts w:cs="Times New Roman"/>
              </w:rPr>
            </w:pPr>
            <w:r w:rsidRPr="00717886">
              <w:rPr>
                <w:rFonts w:cs="Times New Roman"/>
                <w:sz w:val="14"/>
              </w:rPr>
              <w:t>49,274 institution–work records; 46,382 distinct Work IDs</w:t>
            </w:r>
          </w:p>
        </w:tc>
        <w:tc>
          <w:tcPr>
            <w:tcW w:w="2664" w:type="dxa"/>
            <w:tcMar>
              <w:top w:w="70" w:type="dxa"/>
              <w:left w:w="95" w:type="dxa"/>
              <w:bottom w:w="70" w:type="dxa"/>
              <w:right w:w="95" w:type="dxa"/>
            </w:tcMar>
            <w:vAlign w:val="center"/>
          </w:tcPr>
          <w:p w14:paraId="79A8B6F4" w14:textId="77777777" w:rsidR="00423D2F" w:rsidRPr="00717886" w:rsidRDefault="0047346F">
            <w:pPr>
              <w:spacing w:after="0"/>
              <w:rPr>
                <w:rFonts w:cs="Times New Roman"/>
              </w:rPr>
            </w:pPr>
            <w:r w:rsidRPr="00717886">
              <w:rPr>
                <w:rFonts w:cs="Times New Roman"/>
                <w:sz w:val="14"/>
              </w:rPr>
              <w:t>Primary specification</w:t>
            </w:r>
          </w:p>
        </w:tc>
      </w:tr>
      <w:tr w:rsidR="002E7DCF" w:rsidRPr="00717886" w14:paraId="5FCF19EE" w14:textId="77777777">
        <w:trPr>
          <w:cantSplit/>
          <w:jc w:val="center"/>
        </w:trPr>
        <w:tc>
          <w:tcPr>
            <w:tcW w:w="3311" w:type="dxa"/>
            <w:shd w:val="clear" w:color="auto" w:fill="F5F7F9"/>
            <w:tcMar>
              <w:top w:w="70" w:type="dxa"/>
              <w:left w:w="95" w:type="dxa"/>
              <w:bottom w:w="70" w:type="dxa"/>
              <w:right w:w="95" w:type="dxa"/>
            </w:tcMar>
            <w:vAlign w:val="center"/>
          </w:tcPr>
          <w:p w14:paraId="364C3BAB" w14:textId="77777777" w:rsidR="00423D2F" w:rsidRPr="00717886" w:rsidRDefault="0047346F">
            <w:pPr>
              <w:spacing w:after="0"/>
              <w:rPr>
                <w:rFonts w:cs="Times New Roman"/>
              </w:rPr>
            </w:pPr>
            <w:r w:rsidRPr="00717886">
              <w:rPr>
                <w:rFonts w:cs="Times New Roman"/>
                <w:sz w:val="14"/>
              </w:rPr>
              <w:t>Broad corpus</w:t>
            </w:r>
          </w:p>
        </w:tc>
        <w:tc>
          <w:tcPr>
            <w:tcW w:w="3960" w:type="dxa"/>
            <w:shd w:val="clear" w:color="auto" w:fill="F5F7F9"/>
            <w:tcMar>
              <w:top w:w="70" w:type="dxa"/>
              <w:left w:w="95" w:type="dxa"/>
              <w:bottom w:w="70" w:type="dxa"/>
              <w:right w:w="95" w:type="dxa"/>
            </w:tcMar>
            <w:vAlign w:val="center"/>
          </w:tcPr>
          <w:p w14:paraId="2599CD9D" w14:textId="77777777" w:rsidR="00423D2F" w:rsidRPr="00717886" w:rsidRDefault="0047346F">
            <w:pPr>
              <w:spacing w:after="0"/>
              <w:rPr>
                <w:rFonts w:cs="Times New Roman"/>
              </w:rPr>
            </w:pPr>
            <w:r w:rsidRPr="00717886">
              <w:rPr>
                <w:rFonts w:cs="Times New Roman"/>
                <w:sz w:val="14"/>
              </w:rPr>
              <w:t>62,624 institution–work records; 59,114 distinct Work IDs</w:t>
            </w:r>
          </w:p>
        </w:tc>
        <w:tc>
          <w:tcPr>
            <w:tcW w:w="2664" w:type="dxa"/>
            <w:shd w:val="clear" w:color="auto" w:fill="F5F7F9"/>
            <w:tcMar>
              <w:top w:w="70" w:type="dxa"/>
              <w:left w:w="95" w:type="dxa"/>
              <w:bottom w:w="70" w:type="dxa"/>
              <w:right w:w="95" w:type="dxa"/>
            </w:tcMar>
            <w:vAlign w:val="center"/>
          </w:tcPr>
          <w:p w14:paraId="1871C63F" w14:textId="77777777" w:rsidR="00423D2F" w:rsidRPr="00717886" w:rsidRDefault="0047346F">
            <w:pPr>
              <w:spacing w:after="0"/>
              <w:rPr>
                <w:rFonts w:cs="Times New Roman"/>
              </w:rPr>
            </w:pPr>
            <w:r w:rsidRPr="00717886">
              <w:rPr>
                <w:rFonts w:cs="Times New Roman"/>
                <w:sz w:val="14"/>
              </w:rPr>
              <w:t>Boundary-sensitivity specification</w:t>
            </w:r>
          </w:p>
        </w:tc>
      </w:tr>
      <w:tr w:rsidR="002E7DCF" w:rsidRPr="00717886" w14:paraId="785AAFF7" w14:textId="77777777">
        <w:trPr>
          <w:cantSplit/>
          <w:jc w:val="center"/>
        </w:trPr>
        <w:tc>
          <w:tcPr>
            <w:tcW w:w="3311" w:type="dxa"/>
            <w:tcMar>
              <w:top w:w="70" w:type="dxa"/>
              <w:left w:w="95" w:type="dxa"/>
              <w:bottom w:w="70" w:type="dxa"/>
              <w:right w:w="95" w:type="dxa"/>
            </w:tcMar>
            <w:vAlign w:val="center"/>
          </w:tcPr>
          <w:p w14:paraId="27229E66" w14:textId="77777777" w:rsidR="00423D2F" w:rsidRPr="00717886" w:rsidRDefault="0047346F">
            <w:pPr>
              <w:spacing w:after="0"/>
              <w:rPr>
                <w:rFonts w:cs="Times New Roman"/>
              </w:rPr>
            </w:pPr>
            <w:r w:rsidRPr="00717886">
              <w:rPr>
                <w:rFonts w:cs="Times New Roman"/>
                <w:sz w:val="14"/>
              </w:rPr>
              <w:t>Collaboration edges</w:t>
            </w:r>
          </w:p>
        </w:tc>
        <w:tc>
          <w:tcPr>
            <w:tcW w:w="3960" w:type="dxa"/>
            <w:tcMar>
              <w:top w:w="70" w:type="dxa"/>
              <w:left w:w="95" w:type="dxa"/>
              <w:bottom w:w="70" w:type="dxa"/>
              <w:right w:w="95" w:type="dxa"/>
            </w:tcMar>
            <w:vAlign w:val="center"/>
          </w:tcPr>
          <w:p w14:paraId="762367D9" w14:textId="77777777" w:rsidR="00423D2F" w:rsidRPr="00717886" w:rsidRDefault="0047346F">
            <w:pPr>
              <w:spacing w:after="0"/>
              <w:rPr>
                <w:rFonts w:cs="Times New Roman"/>
              </w:rPr>
            </w:pPr>
            <w:r w:rsidRPr="00717886">
              <w:rPr>
                <w:rFonts w:cs="Times New Roman"/>
                <w:sz w:val="14"/>
              </w:rPr>
              <w:t>35,010 strict; 41,541 broad</w:t>
            </w:r>
          </w:p>
        </w:tc>
        <w:tc>
          <w:tcPr>
            <w:tcW w:w="2664" w:type="dxa"/>
            <w:tcMar>
              <w:top w:w="70" w:type="dxa"/>
              <w:left w:w="95" w:type="dxa"/>
              <w:bottom w:w="70" w:type="dxa"/>
              <w:right w:w="95" w:type="dxa"/>
            </w:tcMar>
            <w:vAlign w:val="center"/>
          </w:tcPr>
          <w:p w14:paraId="4753E3E5" w14:textId="77777777" w:rsidR="00423D2F" w:rsidRPr="00717886" w:rsidRDefault="0047346F">
            <w:pPr>
              <w:spacing w:after="0"/>
              <w:rPr>
                <w:rFonts w:cs="Times New Roman"/>
              </w:rPr>
            </w:pPr>
            <w:r w:rsidRPr="00717886">
              <w:rPr>
                <w:rFonts w:cs="Times New Roman"/>
                <w:sz w:val="14"/>
              </w:rPr>
              <w:t>Institution × year × partner key; aggregate extraction counts</w:t>
            </w:r>
          </w:p>
        </w:tc>
      </w:tr>
      <w:tr w:rsidR="002E7DCF" w:rsidRPr="00717886" w14:paraId="2F6049DD" w14:textId="77777777">
        <w:trPr>
          <w:cantSplit/>
          <w:jc w:val="center"/>
        </w:trPr>
        <w:tc>
          <w:tcPr>
            <w:tcW w:w="3311" w:type="dxa"/>
            <w:shd w:val="clear" w:color="auto" w:fill="F5F7F9"/>
            <w:tcMar>
              <w:top w:w="70" w:type="dxa"/>
              <w:left w:w="95" w:type="dxa"/>
              <w:bottom w:w="70" w:type="dxa"/>
              <w:right w:w="95" w:type="dxa"/>
            </w:tcMar>
            <w:vAlign w:val="center"/>
          </w:tcPr>
          <w:p w14:paraId="4A1D8686" w14:textId="77777777" w:rsidR="00423D2F" w:rsidRPr="00717886" w:rsidRDefault="0047346F">
            <w:pPr>
              <w:spacing w:after="0"/>
              <w:rPr>
                <w:rFonts w:cs="Times New Roman"/>
              </w:rPr>
            </w:pPr>
            <w:r w:rsidRPr="00717886">
              <w:rPr>
                <w:rFonts w:cs="Times New Roman"/>
                <w:sz w:val="14"/>
              </w:rPr>
              <w:t>Duplicate final work keys</w:t>
            </w:r>
          </w:p>
        </w:tc>
        <w:tc>
          <w:tcPr>
            <w:tcW w:w="3960" w:type="dxa"/>
            <w:shd w:val="clear" w:color="auto" w:fill="F5F7F9"/>
            <w:tcMar>
              <w:top w:w="70" w:type="dxa"/>
              <w:left w:w="95" w:type="dxa"/>
              <w:bottom w:w="70" w:type="dxa"/>
              <w:right w:w="95" w:type="dxa"/>
            </w:tcMar>
            <w:vAlign w:val="center"/>
          </w:tcPr>
          <w:p w14:paraId="69BE9CD1" w14:textId="77777777" w:rsidR="00423D2F" w:rsidRPr="00717886" w:rsidRDefault="0047346F">
            <w:pPr>
              <w:spacing w:after="0"/>
              <w:rPr>
                <w:rFonts w:cs="Times New Roman"/>
              </w:rPr>
            </w:pPr>
            <w:r w:rsidRPr="00717886">
              <w:rPr>
                <w:rFonts w:cs="Times New Roman"/>
                <w:sz w:val="14"/>
              </w:rPr>
              <w:t>0 strict; 0 broad</w:t>
            </w:r>
          </w:p>
        </w:tc>
        <w:tc>
          <w:tcPr>
            <w:tcW w:w="2664" w:type="dxa"/>
            <w:shd w:val="clear" w:color="auto" w:fill="F5F7F9"/>
            <w:tcMar>
              <w:top w:w="70" w:type="dxa"/>
              <w:left w:w="95" w:type="dxa"/>
              <w:bottom w:w="70" w:type="dxa"/>
              <w:right w:w="95" w:type="dxa"/>
            </w:tcMar>
            <w:vAlign w:val="center"/>
          </w:tcPr>
          <w:p w14:paraId="5092EB78" w14:textId="77777777" w:rsidR="00423D2F" w:rsidRPr="00717886" w:rsidRDefault="0047346F">
            <w:pPr>
              <w:spacing w:after="0"/>
              <w:rPr>
                <w:rFonts w:cs="Times New Roman"/>
              </w:rPr>
            </w:pPr>
            <w:r w:rsidRPr="00717886">
              <w:rPr>
                <w:rFonts w:cs="Times New Roman"/>
                <w:sz w:val="14"/>
              </w:rPr>
              <w:t>Passed</w:t>
            </w:r>
          </w:p>
        </w:tc>
      </w:tr>
      <w:tr w:rsidR="002E7DCF" w:rsidRPr="00717886" w14:paraId="180861DB" w14:textId="77777777">
        <w:trPr>
          <w:cantSplit/>
          <w:jc w:val="center"/>
        </w:trPr>
        <w:tc>
          <w:tcPr>
            <w:tcW w:w="3311" w:type="dxa"/>
            <w:tcMar>
              <w:top w:w="70" w:type="dxa"/>
              <w:left w:w="95" w:type="dxa"/>
              <w:bottom w:w="70" w:type="dxa"/>
              <w:right w:w="95" w:type="dxa"/>
            </w:tcMar>
            <w:vAlign w:val="center"/>
          </w:tcPr>
          <w:p w14:paraId="1BFE7303" w14:textId="77777777" w:rsidR="00423D2F" w:rsidRPr="00717886" w:rsidRDefault="0047346F">
            <w:pPr>
              <w:spacing w:after="0"/>
              <w:rPr>
                <w:rFonts w:cs="Times New Roman"/>
              </w:rPr>
            </w:pPr>
            <w:r w:rsidRPr="00717886">
              <w:rPr>
                <w:rFonts w:cs="Times New Roman"/>
                <w:sz w:val="14"/>
              </w:rPr>
              <w:t>Duplicate final edge keys</w:t>
            </w:r>
          </w:p>
        </w:tc>
        <w:tc>
          <w:tcPr>
            <w:tcW w:w="3960" w:type="dxa"/>
            <w:tcMar>
              <w:top w:w="70" w:type="dxa"/>
              <w:left w:w="95" w:type="dxa"/>
              <w:bottom w:w="70" w:type="dxa"/>
              <w:right w:w="95" w:type="dxa"/>
            </w:tcMar>
            <w:vAlign w:val="center"/>
          </w:tcPr>
          <w:p w14:paraId="0B8EF7C2" w14:textId="77777777" w:rsidR="00423D2F" w:rsidRPr="00717886" w:rsidRDefault="0047346F">
            <w:pPr>
              <w:spacing w:after="0"/>
              <w:rPr>
                <w:rFonts w:cs="Times New Roman"/>
              </w:rPr>
            </w:pPr>
            <w:r w:rsidRPr="00717886">
              <w:rPr>
                <w:rFonts w:cs="Times New Roman"/>
                <w:sz w:val="14"/>
              </w:rPr>
              <w:t>0 strict; 0 broad</w:t>
            </w:r>
          </w:p>
        </w:tc>
        <w:tc>
          <w:tcPr>
            <w:tcW w:w="2664" w:type="dxa"/>
            <w:tcMar>
              <w:top w:w="70" w:type="dxa"/>
              <w:left w:w="95" w:type="dxa"/>
              <w:bottom w:w="70" w:type="dxa"/>
              <w:right w:w="95" w:type="dxa"/>
            </w:tcMar>
            <w:vAlign w:val="center"/>
          </w:tcPr>
          <w:p w14:paraId="06C393C3" w14:textId="77777777" w:rsidR="00423D2F" w:rsidRPr="00717886" w:rsidRDefault="0047346F">
            <w:pPr>
              <w:spacing w:after="0"/>
              <w:rPr>
                <w:rFonts w:cs="Times New Roman"/>
              </w:rPr>
            </w:pPr>
            <w:r w:rsidRPr="00717886">
              <w:rPr>
                <w:rFonts w:cs="Times New Roman"/>
                <w:sz w:val="14"/>
              </w:rPr>
              <w:t>Passed</w:t>
            </w:r>
          </w:p>
        </w:tc>
      </w:tr>
      <w:tr w:rsidR="002E7DCF" w:rsidRPr="00717886" w14:paraId="49292069" w14:textId="77777777">
        <w:trPr>
          <w:cantSplit/>
          <w:jc w:val="center"/>
        </w:trPr>
        <w:tc>
          <w:tcPr>
            <w:tcW w:w="3311" w:type="dxa"/>
            <w:shd w:val="clear" w:color="auto" w:fill="F5F7F9"/>
            <w:tcMar>
              <w:top w:w="70" w:type="dxa"/>
              <w:left w:w="95" w:type="dxa"/>
              <w:bottom w:w="70" w:type="dxa"/>
              <w:right w:w="95" w:type="dxa"/>
            </w:tcMar>
            <w:vAlign w:val="center"/>
          </w:tcPr>
          <w:p w14:paraId="149EC303" w14:textId="77777777" w:rsidR="00423D2F" w:rsidRPr="00717886" w:rsidRDefault="0047346F">
            <w:pPr>
              <w:spacing w:after="0"/>
              <w:rPr>
                <w:rFonts w:cs="Times New Roman"/>
              </w:rPr>
            </w:pPr>
            <w:r w:rsidRPr="00717886">
              <w:rPr>
                <w:rFonts w:cs="Times New Roman"/>
                <w:sz w:val="14"/>
              </w:rPr>
              <w:t>Duplicate panel keys</w:t>
            </w:r>
          </w:p>
        </w:tc>
        <w:tc>
          <w:tcPr>
            <w:tcW w:w="3960" w:type="dxa"/>
            <w:shd w:val="clear" w:color="auto" w:fill="F5F7F9"/>
            <w:tcMar>
              <w:top w:w="70" w:type="dxa"/>
              <w:left w:w="95" w:type="dxa"/>
              <w:bottom w:w="70" w:type="dxa"/>
              <w:right w:w="95" w:type="dxa"/>
            </w:tcMar>
            <w:vAlign w:val="center"/>
          </w:tcPr>
          <w:p w14:paraId="29AC0343" w14:textId="77777777" w:rsidR="00423D2F" w:rsidRPr="00717886" w:rsidRDefault="0047346F">
            <w:pPr>
              <w:spacing w:after="0"/>
              <w:rPr>
                <w:rFonts w:cs="Times New Roman"/>
              </w:rPr>
            </w:pPr>
            <w:r w:rsidRPr="00717886">
              <w:rPr>
                <w:rFonts w:cs="Times New Roman"/>
                <w:sz w:val="14"/>
              </w:rPr>
              <w:t>0 strict; 0 broad</w:t>
            </w:r>
          </w:p>
        </w:tc>
        <w:tc>
          <w:tcPr>
            <w:tcW w:w="2664" w:type="dxa"/>
            <w:shd w:val="clear" w:color="auto" w:fill="F5F7F9"/>
            <w:tcMar>
              <w:top w:w="70" w:type="dxa"/>
              <w:left w:w="95" w:type="dxa"/>
              <w:bottom w:w="70" w:type="dxa"/>
              <w:right w:w="95" w:type="dxa"/>
            </w:tcMar>
            <w:vAlign w:val="center"/>
          </w:tcPr>
          <w:p w14:paraId="4705EB85" w14:textId="77777777" w:rsidR="00423D2F" w:rsidRPr="00717886" w:rsidRDefault="0047346F">
            <w:pPr>
              <w:spacing w:after="0"/>
              <w:rPr>
                <w:rFonts w:cs="Times New Roman"/>
              </w:rPr>
            </w:pPr>
            <w:r w:rsidRPr="00717886">
              <w:rPr>
                <w:rFonts w:cs="Times New Roman"/>
                <w:sz w:val="14"/>
              </w:rPr>
              <w:t>Passed</w:t>
            </w:r>
          </w:p>
        </w:tc>
      </w:tr>
      <w:tr w:rsidR="002E7DCF" w:rsidRPr="00717886" w14:paraId="4E22A725" w14:textId="77777777">
        <w:trPr>
          <w:cantSplit/>
          <w:jc w:val="center"/>
        </w:trPr>
        <w:tc>
          <w:tcPr>
            <w:tcW w:w="3311" w:type="dxa"/>
            <w:tcMar>
              <w:top w:w="70" w:type="dxa"/>
              <w:left w:w="95" w:type="dxa"/>
              <w:bottom w:w="70" w:type="dxa"/>
              <w:right w:w="95" w:type="dxa"/>
            </w:tcMar>
            <w:vAlign w:val="center"/>
          </w:tcPr>
          <w:p w14:paraId="49CD46D8" w14:textId="77777777" w:rsidR="00423D2F" w:rsidRPr="00717886" w:rsidRDefault="0047346F">
            <w:pPr>
              <w:spacing w:after="0"/>
              <w:rPr>
                <w:rFonts w:cs="Times New Roman"/>
              </w:rPr>
            </w:pPr>
            <w:r w:rsidRPr="00717886">
              <w:rPr>
                <w:rFonts w:cs="Times New Roman"/>
                <w:sz w:val="14"/>
              </w:rPr>
              <w:t>Work-to-panel count mismatches</w:t>
            </w:r>
          </w:p>
        </w:tc>
        <w:tc>
          <w:tcPr>
            <w:tcW w:w="3960" w:type="dxa"/>
            <w:tcMar>
              <w:top w:w="70" w:type="dxa"/>
              <w:left w:w="95" w:type="dxa"/>
              <w:bottom w:w="70" w:type="dxa"/>
              <w:right w:w="95" w:type="dxa"/>
            </w:tcMar>
            <w:vAlign w:val="center"/>
          </w:tcPr>
          <w:p w14:paraId="6323991E" w14:textId="77777777" w:rsidR="00423D2F" w:rsidRPr="00717886" w:rsidRDefault="0047346F">
            <w:pPr>
              <w:spacing w:after="0"/>
              <w:rPr>
                <w:rFonts w:cs="Times New Roman"/>
              </w:rPr>
            </w:pPr>
            <w:r w:rsidRPr="00717886">
              <w:rPr>
                <w:rFonts w:cs="Times New Roman"/>
                <w:sz w:val="14"/>
              </w:rPr>
              <w:t>0 strict; 0 broad</w:t>
            </w:r>
          </w:p>
        </w:tc>
        <w:tc>
          <w:tcPr>
            <w:tcW w:w="2664" w:type="dxa"/>
            <w:tcMar>
              <w:top w:w="70" w:type="dxa"/>
              <w:left w:w="95" w:type="dxa"/>
              <w:bottom w:w="70" w:type="dxa"/>
              <w:right w:w="95" w:type="dxa"/>
            </w:tcMar>
            <w:vAlign w:val="center"/>
          </w:tcPr>
          <w:p w14:paraId="67B60D21" w14:textId="77777777" w:rsidR="00423D2F" w:rsidRPr="00717886" w:rsidRDefault="0047346F">
            <w:pPr>
              <w:spacing w:after="0"/>
              <w:rPr>
                <w:rFonts w:cs="Times New Roman"/>
              </w:rPr>
            </w:pPr>
            <w:r w:rsidRPr="00717886">
              <w:rPr>
                <w:rFonts w:cs="Times New Roman"/>
                <w:sz w:val="14"/>
              </w:rPr>
              <w:t>Passed</w:t>
            </w:r>
          </w:p>
        </w:tc>
      </w:tr>
      <w:tr w:rsidR="002E7DCF" w:rsidRPr="00717886" w14:paraId="0E355AC8" w14:textId="77777777">
        <w:trPr>
          <w:cantSplit/>
          <w:jc w:val="center"/>
        </w:trPr>
        <w:tc>
          <w:tcPr>
            <w:tcW w:w="3311" w:type="dxa"/>
            <w:shd w:val="clear" w:color="auto" w:fill="F5F7F9"/>
            <w:tcMar>
              <w:top w:w="70" w:type="dxa"/>
              <w:left w:w="95" w:type="dxa"/>
              <w:bottom w:w="70" w:type="dxa"/>
              <w:right w:w="95" w:type="dxa"/>
            </w:tcMar>
            <w:vAlign w:val="center"/>
          </w:tcPr>
          <w:p w14:paraId="22730F75" w14:textId="77777777" w:rsidR="00423D2F" w:rsidRPr="00717886" w:rsidRDefault="0047346F">
            <w:pPr>
              <w:spacing w:after="0"/>
              <w:rPr>
                <w:rFonts w:cs="Times New Roman"/>
              </w:rPr>
            </w:pPr>
            <w:r w:rsidRPr="00717886">
              <w:rPr>
                <w:rFonts w:cs="Times New Roman"/>
                <w:sz w:val="14"/>
              </w:rPr>
              <w:t>DOI-sharing groups</w:t>
            </w:r>
          </w:p>
        </w:tc>
        <w:tc>
          <w:tcPr>
            <w:tcW w:w="3960" w:type="dxa"/>
            <w:shd w:val="clear" w:color="auto" w:fill="F5F7F9"/>
            <w:tcMar>
              <w:top w:w="70" w:type="dxa"/>
              <w:left w:w="95" w:type="dxa"/>
              <w:bottom w:w="70" w:type="dxa"/>
              <w:right w:w="95" w:type="dxa"/>
            </w:tcMar>
            <w:vAlign w:val="center"/>
          </w:tcPr>
          <w:p w14:paraId="3324CD40" w14:textId="77777777" w:rsidR="00423D2F" w:rsidRPr="00717886" w:rsidRDefault="0047346F">
            <w:pPr>
              <w:spacing w:after="0"/>
              <w:rPr>
                <w:rFonts w:cs="Times New Roman"/>
              </w:rPr>
            </w:pPr>
            <w:r w:rsidRPr="00717886">
              <w:rPr>
                <w:rFonts w:cs="Times New Roman"/>
                <w:sz w:val="14"/>
              </w:rPr>
              <w:t>34 institution–DOI groups containing distinct Work IDs retained</w:t>
            </w:r>
          </w:p>
        </w:tc>
        <w:tc>
          <w:tcPr>
            <w:tcW w:w="2664" w:type="dxa"/>
            <w:shd w:val="clear" w:color="auto" w:fill="F5F7F9"/>
            <w:tcMar>
              <w:top w:w="70" w:type="dxa"/>
              <w:left w:w="95" w:type="dxa"/>
              <w:bottom w:w="70" w:type="dxa"/>
              <w:right w:w="95" w:type="dxa"/>
            </w:tcMar>
            <w:vAlign w:val="center"/>
          </w:tcPr>
          <w:p w14:paraId="25E2F09C" w14:textId="77777777" w:rsidR="00423D2F" w:rsidRPr="00717886" w:rsidRDefault="0047346F">
            <w:pPr>
              <w:spacing w:after="0"/>
              <w:rPr>
                <w:rFonts w:cs="Times New Roman"/>
              </w:rPr>
            </w:pPr>
            <w:r w:rsidRPr="00717886">
              <w:rPr>
                <w:rFonts w:cs="Times New Roman"/>
                <w:sz w:val="14"/>
              </w:rPr>
              <w:t>No DOI-only deletion</w:t>
            </w:r>
          </w:p>
        </w:tc>
      </w:tr>
      <w:tr w:rsidR="002E7DCF" w:rsidRPr="00717886" w14:paraId="21BA4D4F" w14:textId="77777777">
        <w:trPr>
          <w:cantSplit/>
          <w:jc w:val="center"/>
        </w:trPr>
        <w:tc>
          <w:tcPr>
            <w:tcW w:w="3311" w:type="dxa"/>
            <w:tcMar>
              <w:top w:w="70" w:type="dxa"/>
              <w:left w:w="95" w:type="dxa"/>
              <w:bottom w:w="70" w:type="dxa"/>
              <w:right w:w="95" w:type="dxa"/>
            </w:tcMar>
            <w:vAlign w:val="center"/>
          </w:tcPr>
          <w:p w14:paraId="2FE8506C" w14:textId="77777777" w:rsidR="00423D2F" w:rsidRPr="00717886" w:rsidRDefault="0047346F">
            <w:pPr>
              <w:spacing w:after="0"/>
              <w:rPr>
                <w:rFonts w:cs="Times New Roman"/>
              </w:rPr>
            </w:pPr>
            <w:r w:rsidRPr="00717886">
              <w:rPr>
                <w:rFonts w:cs="Times New Roman"/>
                <w:sz w:val="14"/>
              </w:rPr>
              <w:t>TU Delft reconciliation</w:t>
            </w:r>
          </w:p>
        </w:tc>
        <w:tc>
          <w:tcPr>
            <w:tcW w:w="3960" w:type="dxa"/>
            <w:tcMar>
              <w:top w:w="70" w:type="dxa"/>
              <w:left w:w="95" w:type="dxa"/>
              <w:bottom w:w="70" w:type="dxa"/>
              <w:right w:w="95" w:type="dxa"/>
            </w:tcMar>
            <w:vAlign w:val="center"/>
          </w:tcPr>
          <w:p w14:paraId="7E6207B0" w14:textId="77777777" w:rsidR="00423D2F" w:rsidRPr="00717886" w:rsidRDefault="0047346F">
            <w:pPr>
              <w:spacing w:after="0"/>
              <w:rPr>
                <w:rFonts w:cs="Times New Roman"/>
              </w:rPr>
            </w:pPr>
            <w:r w:rsidRPr="00717886">
              <w:rPr>
                <w:rFonts w:cs="Times New Roman"/>
                <w:sz w:val="14"/>
              </w:rPr>
              <w:t>2,606 complete-lineage strict works; earlier 2,482 pilot superseded</w:t>
            </w:r>
          </w:p>
        </w:tc>
        <w:tc>
          <w:tcPr>
            <w:tcW w:w="2664" w:type="dxa"/>
            <w:tcMar>
              <w:top w:w="70" w:type="dxa"/>
              <w:left w:w="95" w:type="dxa"/>
              <w:bottom w:w="70" w:type="dxa"/>
              <w:right w:w="95" w:type="dxa"/>
            </w:tcMar>
            <w:vAlign w:val="center"/>
          </w:tcPr>
          <w:p w14:paraId="11CDDD95" w14:textId="77777777" w:rsidR="00423D2F" w:rsidRPr="00717886" w:rsidRDefault="0047346F">
            <w:pPr>
              <w:spacing w:after="0"/>
              <w:rPr>
                <w:rFonts w:cs="Times New Roman"/>
              </w:rPr>
            </w:pPr>
            <w:r w:rsidRPr="00717886">
              <w:rPr>
                <w:rFonts w:cs="Times New Roman"/>
                <w:sz w:val="14"/>
              </w:rPr>
              <w:t>Resolved</w:t>
            </w:r>
          </w:p>
        </w:tc>
      </w:tr>
      <w:tr w:rsidR="002E7DCF" w:rsidRPr="00717886" w14:paraId="65198D02" w14:textId="77777777">
        <w:trPr>
          <w:cantSplit/>
          <w:jc w:val="center"/>
        </w:trPr>
        <w:tc>
          <w:tcPr>
            <w:tcW w:w="3311" w:type="dxa"/>
            <w:shd w:val="clear" w:color="auto" w:fill="F5F7F9"/>
            <w:tcMar>
              <w:top w:w="70" w:type="dxa"/>
              <w:left w:w="95" w:type="dxa"/>
              <w:bottom w:w="70" w:type="dxa"/>
              <w:right w:w="95" w:type="dxa"/>
            </w:tcMar>
            <w:vAlign w:val="center"/>
          </w:tcPr>
          <w:p w14:paraId="0334A1AD" w14:textId="77777777" w:rsidR="00423D2F" w:rsidRPr="00717886" w:rsidRDefault="0047346F">
            <w:pPr>
              <w:spacing w:after="0"/>
              <w:rPr>
                <w:rFonts w:cs="Times New Roman"/>
              </w:rPr>
            </w:pPr>
            <w:r w:rsidRPr="00717886">
              <w:rPr>
                <w:rFonts w:cs="Times New Roman"/>
                <w:sz w:val="14"/>
              </w:rPr>
              <w:t>AVI038 denominator correction</w:t>
            </w:r>
          </w:p>
        </w:tc>
        <w:tc>
          <w:tcPr>
            <w:tcW w:w="3960" w:type="dxa"/>
            <w:shd w:val="clear" w:color="auto" w:fill="F5F7F9"/>
            <w:tcMar>
              <w:top w:w="70" w:type="dxa"/>
              <w:left w:w="95" w:type="dxa"/>
              <w:bottom w:w="70" w:type="dxa"/>
              <w:right w:w="95" w:type="dxa"/>
            </w:tcMar>
            <w:vAlign w:val="center"/>
          </w:tcPr>
          <w:p w14:paraId="152B1263" w14:textId="77777777" w:rsidR="00423D2F" w:rsidRPr="00717886" w:rsidRDefault="0047346F">
            <w:pPr>
              <w:spacing w:after="0"/>
              <w:rPr>
                <w:rFonts w:cs="Times New Roman"/>
              </w:rPr>
            </w:pPr>
            <w:r w:rsidRPr="00717886">
              <w:rPr>
                <w:rFonts w:cs="Times New Roman"/>
                <w:sz w:val="14"/>
              </w:rPr>
              <w:t>Approved lineage I107428990; 467–747 all-work denominators across 2015–2025; total institutional works ≥ aviation works in all 11 corrected years</w:t>
            </w:r>
          </w:p>
        </w:tc>
        <w:tc>
          <w:tcPr>
            <w:tcW w:w="2664" w:type="dxa"/>
            <w:shd w:val="clear" w:color="auto" w:fill="F5F7F9"/>
            <w:tcMar>
              <w:top w:w="70" w:type="dxa"/>
              <w:left w:w="95" w:type="dxa"/>
              <w:bottom w:w="70" w:type="dxa"/>
              <w:right w:w="95" w:type="dxa"/>
            </w:tcMar>
            <w:vAlign w:val="center"/>
          </w:tcPr>
          <w:p w14:paraId="306D1DB6" w14:textId="77777777" w:rsidR="00423D2F" w:rsidRPr="00717886" w:rsidRDefault="0047346F">
            <w:pPr>
              <w:spacing w:after="0"/>
              <w:rPr>
                <w:rFonts w:cs="Times New Roman"/>
              </w:rPr>
            </w:pPr>
            <w:r w:rsidRPr="00717886">
              <w:rPr>
                <w:rFonts w:cs="Times New Roman"/>
                <w:sz w:val="14"/>
              </w:rPr>
              <w:t>Passed in strict and broad corpora</w:t>
            </w:r>
          </w:p>
        </w:tc>
      </w:tr>
      <w:tr w:rsidR="002E7DCF" w:rsidRPr="00717886" w14:paraId="66080514" w14:textId="77777777">
        <w:trPr>
          <w:cantSplit/>
          <w:jc w:val="center"/>
        </w:trPr>
        <w:tc>
          <w:tcPr>
            <w:tcW w:w="3311" w:type="dxa"/>
            <w:tcMar>
              <w:top w:w="70" w:type="dxa"/>
              <w:left w:w="95" w:type="dxa"/>
              <w:bottom w:w="70" w:type="dxa"/>
              <w:right w:w="95" w:type="dxa"/>
            </w:tcMar>
            <w:vAlign w:val="center"/>
          </w:tcPr>
          <w:p w14:paraId="204360EB" w14:textId="77777777" w:rsidR="00423D2F" w:rsidRPr="00717886" w:rsidRDefault="0047346F">
            <w:pPr>
              <w:spacing w:after="0"/>
              <w:rPr>
                <w:rFonts w:cs="Times New Roman"/>
              </w:rPr>
            </w:pPr>
            <w:r w:rsidRPr="00717886">
              <w:rPr>
                <w:rFonts w:cs="Times New Roman"/>
                <w:sz w:val="14"/>
              </w:rPr>
              <w:t>Primary eligible frame</w:t>
            </w:r>
          </w:p>
        </w:tc>
        <w:tc>
          <w:tcPr>
            <w:tcW w:w="3960" w:type="dxa"/>
            <w:tcMar>
              <w:top w:w="70" w:type="dxa"/>
              <w:left w:w="95" w:type="dxa"/>
              <w:bottom w:w="70" w:type="dxa"/>
              <w:right w:w="95" w:type="dxa"/>
            </w:tcMar>
            <w:vAlign w:val="center"/>
          </w:tcPr>
          <w:p w14:paraId="53E9CD05" w14:textId="77777777" w:rsidR="00423D2F" w:rsidRPr="00717886" w:rsidRDefault="0047346F">
            <w:pPr>
              <w:spacing w:after="0"/>
              <w:rPr>
                <w:rFonts w:cs="Times New Roman"/>
              </w:rPr>
            </w:pPr>
            <w:r w:rsidRPr="00717886">
              <w:rPr>
                <w:rFonts w:cs="Times New Roman"/>
                <w:sz w:val="14"/>
              </w:rPr>
              <w:t>38 institutions; 418 possible institution-years</w:t>
            </w:r>
          </w:p>
        </w:tc>
        <w:tc>
          <w:tcPr>
            <w:tcW w:w="2664" w:type="dxa"/>
            <w:tcMar>
              <w:top w:w="70" w:type="dxa"/>
              <w:left w:w="95" w:type="dxa"/>
              <w:bottom w:w="70" w:type="dxa"/>
              <w:right w:w="95" w:type="dxa"/>
            </w:tcMar>
            <w:vAlign w:val="center"/>
          </w:tcPr>
          <w:p w14:paraId="4B6B14C1" w14:textId="77777777" w:rsidR="00423D2F" w:rsidRPr="00717886" w:rsidRDefault="0047346F">
            <w:pPr>
              <w:spacing w:after="0"/>
              <w:rPr>
                <w:rFonts w:cs="Times New Roman"/>
              </w:rPr>
            </w:pPr>
            <w:r w:rsidRPr="00717886">
              <w:rPr>
                <w:rFonts w:cs="Times New Roman"/>
                <w:sz w:val="14"/>
              </w:rPr>
              <w:t>Applied to descriptive and model samples</w:t>
            </w:r>
          </w:p>
        </w:tc>
      </w:tr>
      <w:tr w:rsidR="002E7DCF" w:rsidRPr="00717886" w14:paraId="128EEBEB" w14:textId="77777777">
        <w:trPr>
          <w:cantSplit/>
          <w:jc w:val="center"/>
        </w:trPr>
        <w:tc>
          <w:tcPr>
            <w:tcW w:w="3311" w:type="dxa"/>
            <w:shd w:val="clear" w:color="auto" w:fill="F5F7F9"/>
            <w:tcMar>
              <w:top w:w="70" w:type="dxa"/>
              <w:left w:w="95" w:type="dxa"/>
              <w:bottom w:w="70" w:type="dxa"/>
              <w:right w:w="95" w:type="dxa"/>
            </w:tcMar>
            <w:vAlign w:val="center"/>
          </w:tcPr>
          <w:p w14:paraId="5CB7CFB8" w14:textId="77777777" w:rsidR="00423D2F" w:rsidRPr="00717886" w:rsidRDefault="0047346F">
            <w:pPr>
              <w:spacing w:after="0"/>
              <w:rPr>
                <w:rFonts w:cs="Times New Roman"/>
              </w:rPr>
            </w:pPr>
            <w:r w:rsidRPr="00717886">
              <w:rPr>
                <w:rFonts w:cs="Times New Roman"/>
                <w:sz w:val="14"/>
              </w:rPr>
              <w:t>Strict RORC availability</w:t>
            </w:r>
          </w:p>
        </w:tc>
        <w:tc>
          <w:tcPr>
            <w:tcW w:w="3960" w:type="dxa"/>
            <w:shd w:val="clear" w:color="auto" w:fill="F5F7F9"/>
            <w:tcMar>
              <w:top w:w="70" w:type="dxa"/>
              <w:left w:w="95" w:type="dxa"/>
              <w:bottom w:w="70" w:type="dxa"/>
              <w:right w:w="95" w:type="dxa"/>
            </w:tcMar>
            <w:vAlign w:val="center"/>
          </w:tcPr>
          <w:p w14:paraId="12A89E90" w14:textId="77777777" w:rsidR="00423D2F" w:rsidRPr="00717886" w:rsidRDefault="0047346F">
            <w:pPr>
              <w:spacing w:after="0"/>
              <w:rPr>
                <w:rFonts w:cs="Times New Roman"/>
              </w:rPr>
            </w:pPr>
            <w:r w:rsidRPr="00717886">
              <w:rPr>
                <w:rFonts w:cs="Times New Roman"/>
                <w:sz w:val="14"/>
              </w:rPr>
              <w:t>394/440 full-frame rows; 390/418 eligible rows</w:t>
            </w:r>
          </w:p>
        </w:tc>
        <w:tc>
          <w:tcPr>
            <w:tcW w:w="2664" w:type="dxa"/>
            <w:shd w:val="clear" w:color="auto" w:fill="F5F7F9"/>
            <w:tcMar>
              <w:top w:w="70" w:type="dxa"/>
              <w:left w:w="95" w:type="dxa"/>
              <w:bottom w:w="70" w:type="dxa"/>
              <w:right w:w="95" w:type="dxa"/>
            </w:tcMar>
            <w:vAlign w:val="center"/>
          </w:tcPr>
          <w:p w14:paraId="69D7B02F" w14:textId="77777777" w:rsidR="00423D2F" w:rsidRPr="00717886" w:rsidRDefault="0047346F">
            <w:pPr>
              <w:spacing w:after="0"/>
              <w:rPr>
                <w:rFonts w:cs="Times New Roman"/>
              </w:rPr>
            </w:pPr>
            <w:r w:rsidRPr="00717886">
              <w:rPr>
                <w:rFonts w:cs="Times New Roman"/>
                <w:sz w:val="14"/>
              </w:rPr>
              <w:t>Corrected post-AVI038 construction coverage</w:t>
            </w:r>
          </w:p>
        </w:tc>
      </w:tr>
      <w:tr w:rsidR="002E7DCF" w:rsidRPr="00717886" w14:paraId="33BC8E05" w14:textId="77777777">
        <w:trPr>
          <w:cantSplit/>
          <w:jc w:val="center"/>
        </w:trPr>
        <w:tc>
          <w:tcPr>
            <w:tcW w:w="3311" w:type="dxa"/>
            <w:tcMar>
              <w:top w:w="70" w:type="dxa"/>
              <w:left w:w="95" w:type="dxa"/>
              <w:bottom w:w="70" w:type="dxa"/>
              <w:right w:w="95" w:type="dxa"/>
            </w:tcMar>
            <w:vAlign w:val="center"/>
          </w:tcPr>
          <w:p w14:paraId="0FFD5EFB" w14:textId="77777777" w:rsidR="00423D2F" w:rsidRPr="00717886" w:rsidRDefault="0047346F">
            <w:pPr>
              <w:spacing w:after="0"/>
              <w:rPr>
                <w:rFonts w:cs="Times New Roman"/>
              </w:rPr>
            </w:pPr>
            <w:r w:rsidRPr="00717886">
              <w:rPr>
                <w:rFonts w:cs="Times New Roman"/>
                <w:sz w:val="14"/>
              </w:rPr>
              <w:t>Broad RORC availability</w:t>
            </w:r>
          </w:p>
        </w:tc>
        <w:tc>
          <w:tcPr>
            <w:tcW w:w="3960" w:type="dxa"/>
            <w:tcMar>
              <w:top w:w="70" w:type="dxa"/>
              <w:left w:w="95" w:type="dxa"/>
              <w:bottom w:w="70" w:type="dxa"/>
              <w:right w:w="95" w:type="dxa"/>
            </w:tcMar>
            <w:vAlign w:val="center"/>
          </w:tcPr>
          <w:p w14:paraId="0631770A" w14:textId="77777777" w:rsidR="00423D2F" w:rsidRPr="00717886" w:rsidRDefault="0047346F">
            <w:pPr>
              <w:spacing w:after="0"/>
              <w:rPr>
                <w:rFonts w:cs="Times New Roman"/>
              </w:rPr>
            </w:pPr>
            <w:r w:rsidRPr="00717886">
              <w:rPr>
                <w:rFonts w:cs="Times New Roman"/>
                <w:sz w:val="14"/>
              </w:rPr>
              <w:t>422/440 full-frame rows; 418/418 eligible rows</w:t>
            </w:r>
          </w:p>
        </w:tc>
        <w:tc>
          <w:tcPr>
            <w:tcW w:w="2664" w:type="dxa"/>
            <w:tcMar>
              <w:top w:w="70" w:type="dxa"/>
              <w:left w:w="95" w:type="dxa"/>
              <w:bottom w:w="70" w:type="dxa"/>
              <w:right w:w="95" w:type="dxa"/>
            </w:tcMar>
            <w:vAlign w:val="center"/>
          </w:tcPr>
          <w:p w14:paraId="32B0626C" w14:textId="77777777" w:rsidR="00423D2F" w:rsidRPr="00717886" w:rsidRDefault="0047346F">
            <w:pPr>
              <w:spacing w:after="0"/>
              <w:rPr>
                <w:rFonts w:cs="Times New Roman"/>
              </w:rPr>
            </w:pPr>
            <w:r w:rsidRPr="00717886">
              <w:rPr>
                <w:rFonts w:cs="Times New Roman"/>
                <w:sz w:val="14"/>
              </w:rPr>
              <w:t>Corrected post-AVI038 construction coverage</w:t>
            </w:r>
          </w:p>
        </w:tc>
      </w:tr>
      <w:tr w:rsidR="002E7DCF" w:rsidRPr="00717886" w14:paraId="3045AF86" w14:textId="77777777">
        <w:trPr>
          <w:cantSplit/>
          <w:jc w:val="center"/>
        </w:trPr>
        <w:tc>
          <w:tcPr>
            <w:tcW w:w="3311" w:type="dxa"/>
            <w:shd w:val="clear" w:color="auto" w:fill="F5F7F9"/>
            <w:tcMar>
              <w:top w:w="70" w:type="dxa"/>
              <w:left w:w="95" w:type="dxa"/>
              <w:bottom w:w="70" w:type="dxa"/>
              <w:right w:w="95" w:type="dxa"/>
            </w:tcMar>
            <w:vAlign w:val="center"/>
          </w:tcPr>
          <w:p w14:paraId="63A125EA" w14:textId="77777777" w:rsidR="00423D2F" w:rsidRPr="00717886" w:rsidRDefault="0047346F">
            <w:pPr>
              <w:spacing w:after="0"/>
              <w:rPr>
                <w:rFonts w:cs="Times New Roman"/>
              </w:rPr>
            </w:pPr>
            <w:r w:rsidRPr="00717886">
              <w:rPr>
                <w:rFonts w:cs="Times New Roman"/>
                <w:sz w:val="14"/>
              </w:rPr>
              <w:t>EKII availability</w:t>
            </w:r>
          </w:p>
        </w:tc>
        <w:tc>
          <w:tcPr>
            <w:tcW w:w="3960" w:type="dxa"/>
            <w:shd w:val="clear" w:color="auto" w:fill="F5F7F9"/>
            <w:tcMar>
              <w:top w:w="70" w:type="dxa"/>
              <w:left w:w="95" w:type="dxa"/>
              <w:bottom w:w="70" w:type="dxa"/>
              <w:right w:w="95" w:type="dxa"/>
            </w:tcMar>
            <w:vAlign w:val="center"/>
          </w:tcPr>
          <w:p w14:paraId="38386284" w14:textId="77777777" w:rsidR="00423D2F" w:rsidRPr="00717886" w:rsidRDefault="0047346F">
            <w:pPr>
              <w:spacing w:after="0"/>
              <w:rPr>
                <w:rFonts w:cs="Times New Roman"/>
              </w:rPr>
            </w:pPr>
            <w:r w:rsidRPr="00717886">
              <w:rPr>
                <w:rFonts w:cs="Times New Roman"/>
                <w:sz w:val="14"/>
              </w:rPr>
              <w:t>440/440 rows; 418/418 eligible rows</w:t>
            </w:r>
          </w:p>
        </w:tc>
        <w:tc>
          <w:tcPr>
            <w:tcW w:w="2664" w:type="dxa"/>
            <w:shd w:val="clear" w:color="auto" w:fill="F5F7F9"/>
            <w:tcMar>
              <w:top w:w="70" w:type="dxa"/>
              <w:left w:w="95" w:type="dxa"/>
              <w:bottom w:w="70" w:type="dxa"/>
              <w:right w:w="95" w:type="dxa"/>
            </w:tcMar>
            <w:vAlign w:val="center"/>
          </w:tcPr>
          <w:p w14:paraId="662839FE" w14:textId="77777777" w:rsidR="00423D2F" w:rsidRPr="00717886" w:rsidRDefault="0047346F">
            <w:pPr>
              <w:spacing w:after="0"/>
              <w:rPr>
                <w:rFonts w:cs="Times New Roman"/>
              </w:rPr>
            </w:pPr>
            <w:r w:rsidRPr="00717886">
              <w:rPr>
                <w:rFonts w:cs="Times New Roman"/>
                <w:sz w:val="14"/>
              </w:rPr>
              <w:t>Complete for bibliometric scope</w:t>
            </w:r>
          </w:p>
        </w:tc>
      </w:tr>
      <w:tr w:rsidR="002E7DCF" w:rsidRPr="00717886" w14:paraId="61E81E2F" w14:textId="77777777">
        <w:trPr>
          <w:cantSplit/>
          <w:jc w:val="center"/>
        </w:trPr>
        <w:tc>
          <w:tcPr>
            <w:tcW w:w="3311" w:type="dxa"/>
            <w:tcMar>
              <w:top w:w="70" w:type="dxa"/>
              <w:left w:w="95" w:type="dxa"/>
              <w:bottom w:w="70" w:type="dxa"/>
              <w:right w:w="95" w:type="dxa"/>
            </w:tcMar>
            <w:vAlign w:val="center"/>
          </w:tcPr>
          <w:p w14:paraId="7C6B70E2" w14:textId="77777777" w:rsidR="00423D2F" w:rsidRPr="00717886" w:rsidRDefault="0047346F">
            <w:pPr>
              <w:spacing w:after="0"/>
              <w:rPr>
                <w:rFonts w:cs="Times New Roman"/>
              </w:rPr>
            </w:pPr>
            <w:r w:rsidRPr="00717886">
              <w:rPr>
                <w:rFonts w:cs="Times New Roman"/>
                <w:sz w:val="14"/>
              </w:rPr>
              <w:t>CSLI availability</w:t>
            </w:r>
          </w:p>
        </w:tc>
        <w:tc>
          <w:tcPr>
            <w:tcW w:w="3960" w:type="dxa"/>
            <w:tcMar>
              <w:top w:w="70" w:type="dxa"/>
              <w:left w:w="95" w:type="dxa"/>
              <w:bottom w:w="70" w:type="dxa"/>
              <w:right w:w="95" w:type="dxa"/>
            </w:tcMar>
            <w:vAlign w:val="center"/>
          </w:tcPr>
          <w:p w14:paraId="40D679B3" w14:textId="77777777" w:rsidR="00423D2F" w:rsidRPr="00717886" w:rsidRDefault="0047346F">
            <w:pPr>
              <w:spacing w:after="0"/>
              <w:rPr>
                <w:rFonts w:cs="Times New Roman"/>
              </w:rPr>
            </w:pPr>
            <w:r w:rsidRPr="00717886">
              <w:rPr>
                <w:rFonts w:cs="Times New Roman"/>
                <w:sz w:val="14"/>
              </w:rPr>
              <w:t>440/440 rows; 418/418 eligible rows</w:t>
            </w:r>
          </w:p>
        </w:tc>
        <w:tc>
          <w:tcPr>
            <w:tcW w:w="2664" w:type="dxa"/>
            <w:tcMar>
              <w:top w:w="70" w:type="dxa"/>
              <w:left w:w="95" w:type="dxa"/>
              <w:bottom w:w="70" w:type="dxa"/>
              <w:right w:w="95" w:type="dxa"/>
            </w:tcMar>
            <w:vAlign w:val="center"/>
          </w:tcPr>
          <w:p w14:paraId="7F079B92" w14:textId="77777777" w:rsidR="00423D2F" w:rsidRPr="00717886" w:rsidRDefault="0047346F">
            <w:pPr>
              <w:spacing w:after="0"/>
              <w:rPr>
                <w:rFonts w:cs="Times New Roman"/>
              </w:rPr>
            </w:pPr>
            <w:r w:rsidRPr="00717886">
              <w:rPr>
                <w:rFonts w:cs="Times New Roman"/>
                <w:sz w:val="14"/>
              </w:rPr>
              <w:t>Complete for publication-linkage scope</w:t>
            </w:r>
          </w:p>
        </w:tc>
      </w:tr>
      <w:tr w:rsidR="002E7DCF" w:rsidRPr="00717886" w14:paraId="3A3A83CB" w14:textId="77777777">
        <w:trPr>
          <w:cantSplit/>
          <w:jc w:val="center"/>
        </w:trPr>
        <w:tc>
          <w:tcPr>
            <w:tcW w:w="3311" w:type="dxa"/>
            <w:shd w:val="clear" w:color="auto" w:fill="F5F7F9"/>
            <w:tcMar>
              <w:top w:w="70" w:type="dxa"/>
              <w:left w:w="95" w:type="dxa"/>
              <w:bottom w:w="70" w:type="dxa"/>
              <w:right w:w="95" w:type="dxa"/>
            </w:tcMar>
            <w:vAlign w:val="center"/>
          </w:tcPr>
          <w:p w14:paraId="20DACB84" w14:textId="77777777" w:rsidR="00423D2F" w:rsidRPr="00717886" w:rsidRDefault="0047346F">
            <w:pPr>
              <w:spacing w:after="0"/>
              <w:rPr>
                <w:rFonts w:cs="Times New Roman"/>
              </w:rPr>
            </w:pPr>
            <w:r w:rsidRPr="00717886">
              <w:rPr>
                <w:rFonts w:cs="Times New Roman"/>
                <w:sz w:val="14"/>
              </w:rPr>
              <w:t>Primary strict analytical sample</w:t>
            </w:r>
          </w:p>
        </w:tc>
        <w:tc>
          <w:tcPr>
            <w:tcW w:w="3960" w:type="dxa"/>
            <w:shd w:val="clear" w:color="auto" w:fill="F5F7F9"/>
            <w:tcMar>
              <w:top w:w="70" w:type="dxa"/>
              <w:left w:w="95" w:type="dxa"/>
              <w:bottom w:w="70" w:type="dxa"/>
              <w:right w:w="95" w:type="dxa"/>
            </w:tcMar>
            <w:vAlign w:val="center"/>
          </w:tcPr>
          <w:p w14:paraId="04BE43A6" w14:textId="77777777" w:rsidR="00423D2F" w:rsidRPr="00717886" w:rsidRDefault="0047346F">
            <w:pPr>
              <w:spacing w:after="0"/>
              <w:rPr>
                <w:rFonts w:cs="Times New Roman"/>
              </w:rPr>
            </w:pPr>
            <w:r w:rsidRPr="00717886">
              <w:rPr>
                <w:rFonts w:cs="Times New Roman"/>
                <w:sz w:val="14"/>
              </w:rPr>
              <w:t>320 rows; 38 institutions</w:t>
            </w:r>
          </w:p>
        </w:tc>
        <w:tc>
          <w:tcPr>
            <w:tcW w:w="2664" w:type="dxa"/>
            <w:shd w:val="clear" w:color="auto" w:fill="F5F7F9"/>
            <w:tcMar>
              <w:top w:w="70" w:type="dxa"/>
              <w:left w:w="95" w:type="dxa"/>
              <w:bottom w:w="70" w:type="dxa"/>
              <w:right w:w="95" w:type="dxa"/>
            </w:tcMar>
            <w:vAlign w:val="center"/>
          </w:tcPr>
          <w:p w14:paraId="1235EFBB" w14:textId="77777777" w:rsidR="00423D2F" w:rsidRPr="00717886" w:rsidRDefault="0047346F">
            <w:pPr>
              <w:spacing w:after="0"/>
              <w:rPr>
                <w:rFonts w:cs="Times New Roman"/>
              </w:rPr>
            </w:pPr>
            <w:r w:rsidRPr="00717886">
              <w:rPr>
                <w:rFonts w:cs="Times New Roman"/>
                <w:sz w:val="14"/>
              </w:rPr>
              <w:t>Complete-case one-year-gap H1 model</w:t>
            </w:r>
          </w:p>
        </w:tc>
      </w:tr>
      <w:tr w:rsidR="002E7DCF" w:rsidRPr="00717886" w14:paraId="58042FBA" w14:textId="77777777">
        <w:trPr>
          <w:cantSplit/>
          <w:jc w:val="center"/>
        </w:trPr>
        <w:tc>
          <w:tcPr>
            <w:tcW w:w="3311" w:type="dxa"/>
            <w:tcMar>
              <w:top w:w="70" w:type="dxa"/>
              <w:left w:w="95" w:type="dxa"/>
              <w:bottom w:w="70" w:type="dxa"/>
              <w:right w:w="95" w:type="dxa"/>
            </w:tcMar>
            <w:vAlign w:val="center"/>
          </w:tcPr>
          <w:p w14:paraId="71DED8B0" w14:textId="77777777" w:rsidR="00423D2F" w:rsidRPr="00717886" w:rsidRDefault="0047346F">
            <w:pPr>
              <w:spacing w:after="0"/>
              <w:rPr>
                <w:rFonts w:cs="Times New Roman"/>
              </w:rPr>
            </w:pPr>
            <w:r w:rsidRPr="00717886">
              <w:rPr>
                <w:rFonts w:cs="Times New Roman"/>
                <w:sz w:val="14"/>
              </w:rPr>
              <w:t>Primary broad analytical sample</w:t>
            </w:r>
          </w:p>
        </w:tc>
        <w:tc>
          <w:tcPr>
            <w:tcW w:w="3960" w:type="dxa"/>
            <w:tcMar>
              <w:top w:w="70" w:type="dxa"/>
              <w:left w:w="95" w:type="dxa"/>
              <w:bottom w:w="70" w:type="dxa"/>
              <w:right w:w="95" w:type="dxa"/>
            </w:tcMar>
            <w:vAlign w:val="center"/>
          </w:tcPr>
          <w:p w14:paraId="0D2BBEE4" w14:textId="77777777" w:rsidR="00423D2F" w:rsidRPr="00717886" w:rsidRDefault="0047346F">
            <w:pPr>
              <w:spacing w:after="0"/>
              <w:rPr>
                <w:rFonts w:cs="Times New Roman"/>
              </w:rPr>
            </w:pPr>
            <w:r w:rsidRPr="00717886">
              <w:rPr>
                <w:rFonts w:cs="Times New Roman"/>
                <w:sz w:val="14"/>
              </w:rPr>
              <w:t>348 rows; 38 institutions</w:t>
            </w:r>
          </w:p>
        </w:tc>
        <w:tc>
          <w:tcPr>
            <w:tcW w:w="2664" w:type="dxa"/>
            <w:tcMar>
              <w:top w:w="70" w:type="dxa"/>
              <w:left w:w="95" w:type="dxa"/>
              <w:bottom w:w="70" w:type="dxa"/>
              <w:right w:w="95" w:type="dxa"/>
            </w:tcMar>
            <w:vAlign w:val="center"/>
          </w:tcPr>
          <w:p w14:paraId="6246FA7B" w14:textId="77777777" w:rsidR="00423D2F" w:rsidRPr="00717886" w:rsidRDefault="0047346F">
            <w:pPr>
              <w:spacing w:after="0"/>
              <w:rPr>
                <w:rFonts w:cs="Times New Roman"/>
              </w:rPr>
            </w:pPr>
            <w:r w:rsidRPr="00717886">
              <w:rPr>
                <w:rFonts w:cs="Times New Roman"/>
                <w:sz w:val="14"/>
              </w:rPr>
              <w:t>Complete-case one-year-gap H1 model</w:t>
            </w:r>
          </w:p>
        </w:tc>
      </w:tr>
      <w:tr w:rsidR="002E7DCF" w:rsidRPr="00717886" w14:paraId="19E7F586" w14:textId="77777777">
        <w:trPr>
          <w:cantSplit/>
          <w:jc w:val="center"/>
        </w:trPr>
        <w:tc>
          <w:tcPr>
            <w:tcW w:w="3311" w:type="dxa"/>
            <w:shd w:val="clear" w:color="auto" w:fill="F5F7F9"/>
            <w:tcMar>
              <w:top w:w="70" w:type="dxa"/>
              <w:left w:w="95" w:type="dxa"/>
              <w:bottom w:w="70" w:type="dxa"/>
              <w:right w:w="95" w:type="dxa"/>
            </w:tcMar>
            <w:vAlign w:val="center"/>
          </w:tcPr>
          <w:p w14:paraId="33A7D3C1" w14:textId="77777777" w:rsidR="00423D2F" w:rsidRPr="00717886" w:rsidRDefault="0047346F">
            <w:pPr>
              <w:spacing w:after="0"/>
              <w:rPr>
                <w:rFonts w:cs="Times New Roman"/>
              </w:rPr>
            </w:pPr>
            <w:r w:rsidRPr="00717886">
              <w:rPr>
                <w:rFonts w:cs="Times New Roman"/>
                <w:sz w:val="14"/>
              </w:rPr>
              <w:t>Exploratory strict analytical sample</w:t>
            </w:r>
          </w:p>
        </w:tc>
        <w:tc>
          <w:tcPr>
            <w:tcW w:w="3960" w:type="dxa"/>
            <w:shd w:val="clear" w:color="auto" w:fill="F5F7F9"/>
            <w:tcMar>
              <w:top w:w="70" w:type="dxa"/>
              <w:left w:w="95" w:type="dxa"/>
              <w:bottom w:w="70" w:type="dxa"/>
              <w:right w:w="95" w:type="dxa"/>
            </w:tcMar>
            <w:vAlign w:val="center"/>
          </w:tcPr>
          <w:p w14:paraId="48735D24" w14:textId="77777777" w:rsidR="00423D2F" w:rsidRPr="00717886" w:rsidRDefault="0047346F">
            <w:pPr>
              <w:spacing w:after="0"/>
              <w:rPr>
                <w:rFonts w:cs="Times New Roman"/>
              </w:rPr>
            </w:pPr>
            <w:r w:rsidRPr="00717886">
              <w:rPr>
                <w:rFonts w:cs="Times New Roman"/>
                <w:sz w:val="14"/>
              </w:rPr>
              <w:t>290 rows; 38 institutions</w:t>
            </w:r>
          </w:p>
        </w:tc>
        <w:tc>
          <w:tcPr>
            <w:tcW w:w="2664" w:type="dxa"/>
            <w:shd w:val="clear" w:color="auto" w:fill="F5F7F9"/>
            <w:tcMar>
              <w:top w:w="70" w:type="dxa"/>
              <w:left w:w="95" w:type="dxa"/>
              <w:bottom w:w="70" w:type="dxa"/>
              <w:right w:w="95" w:type="dxa"/>
            </w:tcMar>
            <w:vAlign w:val="center"/>
          </w:tcPr>
          <w:p w14:paraId="0CC9199B" w14:textId="77777777" w:rsidR="00423D2F" w:rsidRPr="00717886" w:rsidRDefault="0047346F">
            <w:pPr>
              <w:spacing w:after="0"/>
              <w:rPr>
                <w:rFonts w:cs="Times New Roman"/>
              </w:rPr>
            </w:pPr>
            <w:r w:rsidRPr="00717886">
              <w:rPr>
                <w:rFonts w:cs="Times New Roman"/>
                <w:sz w:val="14"/>
              </w:rPr>
              <w:t>Aligned CSLI sequential diagnostics</w:t>
            </w:r>
          </w:p>
        </w:tc>
      </w:tr>
      <w:tr w:rsidR="002E7DCF" w:rsidRPr="00717886" w14:paraId="20488B7C" w14:textId="77777777">
        <w:trPr>
          <w:cantSplit/>
          <w:jc w:val="center"/>
        </w:trPr>
        <w:tc>
          <w:tcPr>
            <w:tcW w:w="3311" w:type="dxa"/>
            <w:tcMar>
              <w:top w:w="70" w:type="dxa"/>
              <w:left w:w="95" w:type="dxa"/>
              <w:bottom w:w="70" w:type="dxa"/>
              <w:right w:w="95" w:type="dxa"/>
            </w:tcMar>
            <w:vAlign w:val="center"/>
          </w:tcPr>
          <w:p w14:paraId="72C2E194" w14:textId="77777777" w:rsidR="00423D2F" w:rsidRPr="00717886" w:rsidRDefault="0047346F">
            <w:pPr>
              <w:spacing w:after="0"/>
              <w:rPr>
                <w:rFonts w:cs="Times New Roman"/>
              </w:rPr>
            </w:pPr>
            <w:r w:rsidRPr="00717886">
              <w:rPr>
                <w:rFonts w:cs="Times New Roman"/>
                <w:sz w:val="14"/>
              </w:rPr>
              <w:t>Exploratory broad analytical sample</w:t>
            </w:r>
          </w:p>
        </w:tc>
        <w:tc>
          <w:tcPr>
            <w:tcW w:w="3960" w:type="dxa"/>
            <w:tcMar>
              <w:top w:w="70" w:type="dxa"/>
              <w:left w:w="95" w:type="dxa"/>
              <w:bottom w:w="70" w:type="dxa"/>
              <w:right w:w="95" w:type="dxa"/>
            </w:tcMar>
            <w:vAlign w:val="center"/>
          </w:tcPr>
          <w:p w14:paraId="3954EB0B" w14:textId="77777777" w:rsidR="00423D2F" w:rsidRPr="00717886" w:rsidRDefault="0047346F">
            <w:pPr>
              <w:spacing w:after="0"/>
              <w:rPr>
                <w:rFonts w:cs="Times New Roman"/>
              </w:rPr>
            </w:pPr>
            <w:r w:rsidRPr="00717886">
              <w:rPr>
                <w:rFonts w:cs="Times New Roman"/>
                <w:sz w:val="14"/>
              </w:rPr>
              <w:t>318 rows; 38 institutions</w:t>
            </w:r>
          </w:p>
        </w:tc>
        <w:tc>
          <w:tcPr>
            <w:tcW w:w="2664" w:type="dxa"/>
            <w:tcMar>
              <w:top w:w="70" w:type="dxa"/>
              <w:left w:w="95" w:type="dxa"/>
              <w:bottom w:w="70" w:type="dxa"/>
              <w:right w:w="95" w:type="dxa"/>
            </w:tcMar>
            <w:vAlign w:val="center"/>
          </w:tcPr>
          <w:p w14:paraId="09C9DDA4" w14:textId="77777777" w:rsidR="00423D2F" w:rsidRPr="00717886" w:rsidRDefault="0047346F">
            <w:pPr>
              <w:spacing w:after="0"/>
              <w:rPr>
                <w:rFonts w:cs="Times New Roman"/>
              </w:rPr>
            </w:pPr>
            <w:r w:rsidRPr="00717886">
              <w:rPr>
                <w:rFonts w:cs="Times New Roman"/>
                <w:sz w:val="14"/>
              </w:rPr>
              <w:t>Aligned CSLI sequential diagnostics</w:t>
            </w:r>
          </w:p>
        </w:tc>
      </w:tr>
      <w:tr w:rsidR="002E7DCF" w:rsidRPr="00717886" w14:paraId="71F43A9E" w14:textId="77777777">
        <w:trPr>
          <w:cantSplit/>
          <w:jc w:val="center"/>
        </w:trPr>
        <w:tc>
          <w:tcPr>
            <w:tcW w:w="3311" w:type="dxa"/>
            <w:shd w:val="clear" w:color="auto" w:fill="F5F7F9"/>
            <w:tcMar>
              <w:top w:w="70" w:type="dxa"/>
              <w:left w:w="95" w:type="dxa"/>
              <w:bottom w:w="70" w:type="dxa"/>
              <w:right w:w="95" w:type="dxa"/>
            </w:tcMar>
            <w:vAlign w:val="center"/>
          </w:tcPr>
          <w:p w14:paraId="1A1BE2A6" w14:textId="77777777" w:rsidR="00423D2F" w:rsidRPr="00717886" w:rsidRDefault="0047346F">
            <w:pPr>
              <w:spacing w:after="0"/>
              <w:rPr>
                <w:rFonts w:cs="Times New Roman"/>
              </w:rPr>
            </w:pPr>
            <w:r w:rsidRPr="00717886">
              <w:rPr>
                <w:rFonts w:cs="Times New Roman"/>
                <w:sz w:val="14"/>
              </w:rPr>
              <w:t>National R&amp;D control provenance</w:t>
            </w:r>
          </w:p>
        </w:tc>
        <w:tc>
          <w:tcPr>
            <w:tcW w:w="3960" w:type="dxa"/>
            <w:shd w:val="clear" w:color="auto" w:fill="F5F7F9"/>
            <w:tcMar>
              <w:top w:w="70" w:type="dxa"/>
              <w:left w:w="95" w:type="dxa"/>
              <w:bottom w:w="70" w:type="dxa"/>
              <w:right w:w="95" w:type="dxa"/>
            </w:tcMar>
            <w:vAlign w:val="center"/>
          </w:tcPr>
          <w:p w14:paraId="3AD2C289" w14:textId="77777777" w:rsidR="00423D2F" w:rsidRPr="00717886" w:rsidRDefault="0047346F">
            <w:pPr>
              <w:spacing w:after="0"/>
              <w:rPr>
                <w:rFonts w:cs="Times New Roman"/>
              </w:rPr>
            </w:pPr>
            <w:r w:rsidRPr="00717886">
              <w:rPr>
                <w:rFonts w:cs="Times New Roman"/>
                <w:sz w:val="14"/>
              </w:rPr>
              <w:t>221 country-years: 173 observed, 7 interpolated, 24 carried forward, 17 missing</w:t>
            </w:r>
          </w:p>
        </w:tc>
        <w:tc>
          <w:tcPr>
            <w:tcW w:w="2664" w:type="dxa"/>
            <w:shd w:val="clear" w:color="auto" w:fill="F5F7F9"/>
            <w:tcMar>
              <w:top w:w="70" w:type="dxa"/>
              <w:left w:w="95" w:type="dxa"/>
              <w:bottom w:w="70" w:type="dxa"/>
              <w:right w:w="95" w:type="dxa"/>
            </w:tcMar>
            <w:vAlign w:val="center"/>
          </w:tcPr>
          <w:p w14:paraId="427DDF81" w14:textId="77777777" w:rsidR="00423D2F" w:rsidRPr="00717886" w:rsidRDefault="0047346F">
            <w:pPr>
              <w:spacing w:after="0"/>
              <w:rPr>
                <w:rFonts w:cs="Times New Roman"/>
              </w:rPr>
            </w:pPr>
            <w:r w:rsidRPr="00717886">
              <w:rPr>
                <w:rFonts w:cs="Times New Roman"/>
                <w:sz w:val="14"/>
              </w:rPr>
              <w:t>Status retained in source control file</w:t>
            </w:r>
          </w:p>
        </w:tc>
      </w:tr>
      <w:tr w:rsidR="002E7DCF" w:rsidRPr="00717886" w14:paraId="5C3AD573" w14:textId="77777777">
        <w:trPr>
          <w:cantSplit/>
          <w:jc w:val="center"/>
        </w:trPr>
        <w:tc>
          <w:tcPr>
            <w:tcW w:w="3311" w:type="dxa"/>
            <w:tcMar>
              <w:top w:w="70" w:type="dxa"/>
              <w:left w:w="95" w:type="dxa"/>
              <w:bottom w:w="70" w:type="dxa"/>
              <w:right w:w="95" w:type="dxa"/>
            </w:tcMar>
            <w:vAlign w:val="center"/>
          </w:tcPr>
          <w:p w14:paraId="4179A8AC" w14:textId="77777777" w:rsidR="00423D2F" w:rsidRPr="00717886" w:rsidRDefault="0047346F">
            <w:pPr>
              <w:spacing w:after="0"/>
              <w:rPr>
                <w:rFonts w:cs="Times New Roman"/>
              </w:rPr>
            </w:pPr>
            <w:r w:rsidRPr="00717886">
              <w:rPr>
                <w:rFonts w:cs="Times New Roman"/>
                <w:sz w:val="14"/>
              </w:rPr>
              <w:t>GERD in primary-eligible frame</w:t>
            </w:r>
          </w:p>
        </w:tc>
        <w:tc>
          <w:tcPr>
            <w:tcW w:w="3960" w:type="dxa"/>
            <w:tcMar>
              <w:top w:w="70" w:type="dxa"/>
              <w:left w:w="95" w:type="dxa"/>
              <w:bottom w:w="70" w:type="dxa"/>
              <w:right w:w="95" w:type="dxa"/>
            </w:tcMar>
            <w:vAlign w:val="center"/>
          </w:tcPr>
          <w:p w14:paraId="7348B043" w14:textId="77777777" w:rsidR="00423D2F" w:rsidRPr="00717886" w:rsidRDefault="0047346F">
            <w:pPr>
              <w:spacing w:after="0"/>
              <w:rPr>
                <w:rFonts w:cs="Times New Roman"/>
              </w:rPr>
            </w:pPr>
            <w:r w:rsidRPr="00717886">
              <w:rPr>
                <w:rFonts w:cs="Times New Roman"/>
                <w:sz w:val="14"/>
              </w:rPr>
              <w:t>418 institution-years: 318 observed, 12 interpolated, 56 carried forward, 32 missing</w:t>
            </w:r>
          </w:p>
        </w:tc>
        <w:tc>
          <w:tcPr>
            <w:tcW w:w="2664" w:type="dxa"/>
            <w:tcMar>
              <w:top w:w="70" w:type="dxa"/>
              <w:left w:w="95" w:type="dxa"/>
              <w:bottom w:w="70" w:type="dxa"/>
              <w:right w:w="95" w:type="dxa"/>
            </w:tcMar>
            <w:vAlign w:val="center"/>
          </w:tcPr>
          <w:p w14:paraId="469EFC1E" w14:textId="77777777" w:rsidR="00423D2F" w:rsidRPr="00717886" w:rsidRDefault="0047346F">
            <w:pPr>
              <w:spacing w:after="0"/>
              <w:rPr>
                <w:rFonts w:cs="Times New Roman"/>
              </w:rPr>
            </w:pPr>
            <w:r w:rsidRPr="00717886">
              <w:rPr>
                <w:rFonts w:cs="Times New Roman"/>
                <w:sz w:val="14"/>
              </w:rPr>
              <w:t>Documented before complete-case alignment</w:t>
            </w:r>
          </w:p>
        </w:tc>
      </w:tr>
      <w:tr w:rsidR="002E7DCF" w:rsidRPr="00717886" w14:paraId="046578BA" w14:textId="77777777">
        <w:trPr>
          <w:cantSplit/>
          <w:jc w:val="center"/>
        </w:trPr>
        <w:tc>
          <w:tcPr>
            <w:tcW w:w="3311" w:type="dxa"/>
            <w:tcMar>
              <w:top w:w="70" w:type="dxa"/>
              <w:left w:w="95" w:type="dxa"/>
              <w:bottom w:w="70" w:type="dxa"/>
              <w:right w:w="95" w:type="dxa"/>
            </w:tcMar>
            <w:vAlign w:val="center"/>
          </w:tcPr>
          <w:p w14:paraId="581B92B7" w14:textId="77777777" w:rsidR="00423D2F" w:rsidRPr="00717886" w:rsidRDefault="0047346F">
            <w:pPr>
              <w:spacing w:after="0"/>
              <w:rPr>
                <w:rFonts w:cs="Times New Roman"/>
              </w:rPr>
            </w:pPr>
            <w:r w:rsidRPr="00717886">
              <w:rPr>
                <w:rFonts w:cs="Times New Roman"/>
                <w:sz w:val="14"/>
              </w:rPr>
              <w:t>GERD in strict primary model</w:t>
            </w:r>
          </w:p>
        </w:tc>
        <w:tc>
          <w:tcPr>
            <w:tcW w:w="3960" w:type="dxa"/>
            <w:tcMar>
              <w:top w:w="70" w:type="dxa"/>
              <w:left w:w="95" w:type="dxa"/>
              <w:bottom w:w="70" w:type="dxa"/>
              <w:right w:w="95" w:type="dxa"/>
            </w:tcMar>
            <w:vAlign w:val="center"/>
          </w:tcPr>
          <w:p w14:paraId="34D84C93" w14:textId="77777777" w:rsidR="00423D2F" w:rsidRPr="00717886" w:rsidRDefault="0047346F">
            <w:pPr>
              <w:spacing w:after="0"/>
              <w:rPr>
                <w:rFonts w:cs="Times New Roman"/>
              </w:rPr>
            </w:pPr>
            <w:r w:rsidRPr="00717886">
              <w:rPr>
                <w:rFonts w:cs="Times New Roman"/>
                <w:sz w:val="14"/>
              </w:rPr>
              <w:t>320 rows: 256 observed, 8 interpolated, 56 carried forward</w:t>
            </w:r>
          </w:p>
        </w:tc>
        <w:tc>
          <w:tcPr>
            <w:tcW w:w="2664" w:type="dxa"/>
            <w:tcMar>
              <w:top w:w="70" w:type="dxa"/>
              <w:left w:w="95" w:type="dxa"/>
              <w:bottom w:w="70" w:type="dxa"/>
              <w:right w:w="95" w:type="dxa"/>
            </w:tcMar>
            <w:vAlign w:val="center"/>
          </w:tcPr>
          <w:p w14:paraId="68FE71ED" w14:textId="77777777" w:rsidR="00423D2F" w:rsidRPr="00717886" w:rsidRDefault="0047346F">
            <w:pPr>
              <w:spacing w:after="0"/>
              <w:rPr>
                <w:rFonts w:cs="Times New Roman"/>
              </w:rPr>
            </w:pPr>
            <w:r w:rsidRPr="00717886">
              <w:rPr>
                <w:rFonts w:cs="Times New Roman"/>
                <w:sz w:val="14"/>
              </w:rPr>
              <w:t>No missing GERD after complete-case alignment</w:t>
            </w:r>
          </w:p>
        </w:tc>
      </w:tr>
      <w:tr w:rsidR="002E7DCF" w:rsidRPr="00717886" w14:paraId="1EC1F888" w14:textId="77777777">
        <w:trPr>
          <w:cantSplit/>
          <w:jc w:val="center"/>
        </w:trPr>
        <w:tc>
          <w:tcPr>
            <w:tcW w:w="3311" w:type="dxa"/>
            <w:tcMar>
              <w:top w:w="70" w:type="dxa"/>
              <w:left w:w="95" w:type="dxa"/>
              <w:bottom w:w="70" w:type="dxa"/>
              <w:right w:w="95" w:type="dxa"/>
            </w:tcMar>
            <w:vAlign w:val="center"/>
          </w:tcPr>
          <w:p w14:paraId="43D53310" w14:textId="77777777" w:rsidR="00423D2F" w:rsidRPr="00717886" w:rsidRDefault="0047346F">
            <w:pPr>
              <w:spacing w:after="0"/>
              <w:rPr>
                <w:rFonts w:cs="Times New Roman"/>
              </w:rPr>
            </w:pPr>
            <w:r w:rsidRPr="00717886">
              <w:rPr>
                <w:rFonts w:cs="Times New Roman"/>
                <w:sz w:val="14"/>
              </w:rPr>
              <w:t>Patent-family search coverage</w:t>
            </w:r>
          </w:p>
        </w:tc>
        <w:tc>
          <w:tcPr>
            <w:tcW w:w="3960" w:type="dxa"/>
            <w:tcMar>
              <w:top w:w="70" w:type="dxa"/>
              <w:left w:w="95" w:type="dxa"/>
              <w:bottom w:w="70" w:type="dxa"/>
              <w:right w:w="95" w:type="dxa"/>
            </w:tcMar>
            <w:vAlign w:val="center"/>
          </w:tcPr>
          <w:p w14:paraId="6514CF31" w14:textId="77777777" w:rsidR="00423D2F" w:rsidRPr="00717886" w:rsidRDefault="0047346F">
            <w:pPr>
              <w:spacing w:after="0"/>
              <w:rPr>
                <w:rFonts w:cs="Times New Roman"/>
              </w:rPr>
            </w:pPr>
            <w:r w:rsidRPr="00717886">
              <w:rPr>
                <w:rFonts w:cs="Times New Roman"/>
                <w:sz w:val="14"/>
              </w:rPr>
              <w:t>0/440 institution-year searches met completed-search criterion</w:t>
            </w:r>
          </w:p>
        </w:tc>
        <w:tc>
          <w:tcPr>
            <w:tcW w:w="2664" w:type="dxa"/>
            <w:tcMar>
              <w:top w:w="70" w:type="dxa"/>
              <w:left w:w="95" w:type="dxa"/>
              <w:bottom w:w="70" w:type="dxa"/>
              <w:right w:w="95" w:type="dxa"/>
            </w:tcMar>
            <w:vAlign w:val="center"/>
          </w:tcPr>
          <w:p w14:paraId="6A5D7798" w14:textId="77777777" w:rsidR="00423D2F" w:rsidRPr="00717886" w:rsidRDefault="0047346F">
            <w:pPr>
              <w:spacing w:after="0"/>
              <w:rPr>
                <w:rFonts w:cs="Times New Roman"/>
              </w:rPr>
            </w:pPr>
            <w:r w:rsidRPr="00717886">
              <w:rPr>
                <w:rFonts w:cs="Times New Roman"/>
                <w:sz w:val="14"/>
              </w:rPr>
              <w:t>Excluded; unresolved cells remained missing</w:t>
            </w:r>
          </w:p>
        </w:tc>
      </w:tr>
      <w:tr w:rsidR="002E7DCF" w:rsidRPr="00717886" w14:paraId="0442B02B" w14:textId="77777777">
        <w:trPr>
          <w:cantSplit/>
          <w:jc w:val="center"/>
        </w:trPr>
        <w:tc>
          <w:tcPr>
            <w:tcW w:w="3311" w:type="dxa"/>
            <w:tcMar>
              <w:top w:w="70" w:type="dxa"/>
              <w:left w:w="95" w:type="dxa"/>
              <w:bottom w:w="70" w:type="dxa"/>
              <w:right w:w="95" w:type="dxa"/>
            </w:tcMar>
            <w:vAlign w:val="center"/>
          </w:tcPr>
          <w:p w14:paraId="12684BFB" w14:textId="77777777" w:rsidR="00423D2F" w:rsidRPr="00717886" w:rsidRDefault="0047346F">
            <w:pPr>
              <w:spacing w:after="0"/>
              <w:rPr>
                <w:rFonts w:cs="Times New Roman"/>
              </w:rPr>
            </w:pPr>
            <w:r w:rsidRPr="00717886">
              <w:rPr>
                <w:rFonts w:cs="Times New Roman"/>
                <w:sz w:val="14"/>
              </w:rPr>
              <w:t>Institutional-report events</w:t>
            </w:r>
          </w:p>
        </w:tc>
        <w:tc>
          <w:tcPr>
            <w:tcW w:w="3960" w:type="dxa"/>
            <w:tcMar>
              <w:top w:w="70" w:type="dxa"/>
              <w:left w:w="95" w:type="dxa"/>
              <w:bottom w:w="70" w:type="dxa"/>
              <w:right w:w="95" w:type="dxa"/>
            </w:tcMar>
            <w:vAlign w:val="center"/>
          </w:tcPr>
          <w:p w14:paraId="4637961A" w14:textId="77777777" w:rsidR="00423D2F" w:rsidRPr="00717886" w:rsidRDefault="0047346F">
            <w:pPr>
              <w:spacing w:after="0"/>
              <w:rPr>
                <w:rFonts w:cs="Times New Roman"/>
              </w:rPr>
            </w:pPr>
            <w:r w:rsidRPr="00717886">
              <w:rPr>
                <w:rFonts w:cs="Times New Roman"/>
                <w:sz w:val="14"/>
              </w:rPr>
              <w:t>Ledger schema prepared; no systematic event coding</w:t>
            </w:r>
          </w:p>
        </w:tc>
        <w:tc>
          <w:tcPr>
            <w:tcW w:w="2664" w:type="dxa"/>
            <w:tcMar>
              <w:top w:w="70" w:type="dxa"/>
              <w:left w:w="95" w:type="dxa"/>
              <w:bottom w:w="70" w:type="dxa"/>
              <w:right w:w="95" w:type="dxa"/>
            </w:tcMar>
            <w:vAlign w:val="center"/>
          </w:tcPr>
          <w:p w14:paraId="5D864CF1" w14:textId="77777777" w:rsidR="00423D2F" w:rsidRPr="00717886" w:rsidRDefault="0047346F">
            <w:pPr>
              <w:spacing w:after="0"/>
              <w:rPr>
                <w:rFonts w:cs="Times New Roman"/>
              </w:rPr>
            </w:pPr>
            <w:r w:rsidRPr="00717886">
              <w:rPr>
                <w:rFonts w:cs="Times New Roman"/>
                <w:sz w:val="14"/>
              </w:rPr>
              <w:t>Excluded</w:t>
            </w:r>
          </w:p>
        </w:tc>
      </w:tr>
      <w:tr w:rsidR="002E7DCF" w:rsidRPr="00717886" w14:paraId="53BEED08" w14:textId="77777777">
        <w:trPr>
          <w:cantSplit/>
          <w:jc w:val="center"/>
        </w:trPr>
        <w:tc>
          <w:tcPr>
            <w:tcW w:w="3311" w:type="dxa"/>
            <w:tcMar>
              <w:top w:w="70" w:type="dxa"/>
              <w:left w:w="95" w:type="dxa"/>
              <w:bottom w:w="70" w:type="dxa"/>
              <w:right w:w="95" w:type="dxa"/>
            </w:tcMar>
            <w:vAlign w:val="center"/>
          </w:tcPr>
          <w:p w14:paraId="0D6D0358" w14:textId="77777777" w:rsidR="00423D2F" w:rsidRPr="00717886" w:rsidRDefault="0047346F">
            <w:pPr>
              <w:spacing w:after="0"/>
              <w:rPr>
                <w:rFonts w:cs="Times New Roman"/>
              </w:rPr>
            </w:pPr>
            <w:r w:rsidRPr="00717886">
              <w:rPr>
                <w:rFonts w:cs="Times New Roman"/>
                <w:sz w:val="14"/>
              </w:rPr>
              <w:t>Independent human coding</w:t>
            </w:r>
          </w:p>
        </w:tc>
        <w:tc>
          <w:tcPr>
            <w:tcW w:w="3960" w:type="dxa"/>
            <w:tcMar>
              <w:top w:w="70" w:type="dxa"/>
              <w:left w:w="95" w:type="dxa"/>
              <w:bottom w:w="70" w:type="dxa"/>
              <w:right w:w="95" w:type="dxa"/>
            </w:tcMar>
            <w:vAlign w:val="center"/>
          </w:tcPr>
          <w:p w14:paraId="2A25F068" w14:textId="77777777" w:rsidR="00423D2F" w:rsidRPr="00717886" w:rsidRDefault="0047346F">
            <w:pPr>
              <w:spacing w:after="0"/>
              <w:rPr>
                <w:rFonts w:cs="Times New Roman"/>
              </w:rPr>
            </w:pPr>
            <w:r w:rsidRPr="00717886">
              <w:rPr>
                <w:rFonts w:cs="Times New Roman"/>
                <w:sz w:val="14"/>
              </w:rPr>
              <w:t>0 completed coder files</w:t>
            </w:r>
          </w:p>
        </w:tc>
        <w:tc>
          <w:tcPr>
            <w:tcW w:w="2664" w:type="dxa"/>
            <w:tcMar>
              <w:top w:w="70" w:type="dxa"/>
              <w:left w:w="95" w:type="dxa"/>
              <w:bottom w:w="70" w:type="dxa"/>
              <w:right w:w="95" w:type="dxa"/>
            </w:tcMar>
            <w:vAlign w:val="center"/>
          </w:tcPr>
          <w:p w14:paraId="0C848A6B" w14:textId="77777777" w:rsidR="00423D2F" w:rsidRPr="00717886" w:rsidRDefault="0047346F">
            <w:pPr>
              <w:spacing w:after="0"/>
              <w:rPr>
                <w:rFonts w:cs="Times New Roman"/>
              </w:rPr>
            </w:pPr>
            <w:r w:rsidRPr="00717886">
              <w:rPr>
                <w:rFonts w:cs="Times New Roman"/>
                <w:sz w:val="14"/>
              </w:rPr>
              <w:t>No reliability or criterion-validity claim</w:t>
            </w:r>
          </w:p>
        </w:tc>
      </w:tr>
      <w:tr w:rsidR="002E7DCF" w:rsidRPr="00717886" w14:paraId="2D6288AF" w14:textId="77777777">
        <w:trPr>
          <w:cantSplit/>
          <w:jc w:val="center"/>
        </w:trPr>
        <w:tc>
          <w:tcPr>
            <w:tcW w:w="3311" w:type="dxa"/>
            <w:tcMar>
              <w:top w:w="70" w:type="dxa"/>
              <w:left w:w="95" w:type="dxa"/>
              <w:bottom w:w="70" w:type="dxa"/>
              <w:right w:w="95" w:type="dxa"/>
            </w:tcMar>
            <w:vAlign w:val="center"/>
          </w:tcPr>
          <w:p w14:paraId="5E9834A8" w14:textId="77777777" w:rsidR="00423D2F" w:rsidRPr="00717886" w:rsidRDefault="0047346F">
            <w:pPr>
              <w:spacing w:after="0"/>
              <w:rPr>
                <w:rFonts w:cs="Times New Roman"/>
              </w:rPr>
            </w:pPr>
            <w:r w:rsidRPr="00717886">
              <w:rPr>
                <w:rFonts w:cs="Times New Roman"/>
                <w:sz w:val="14"/>
              </w:rPr>
              <w:t>Provenance-complete AI-coded audit</w:t>
            </w:r>
          </w:p>
        </w:tc>
        <w:tc>
          <w:tcPr>
            <w:tcW w:w="3960" w:type="dxa"/>
            <w:tcMar>
              <w:top w:w="70" w:type="dxa"/>
              <w:left w:w="95" w:type="dxa"/>
              <w:bottom w:w="70" w:type="dxa"/>
              <w:right w:w="95" w:type="dxa"/>
            </w:tcMar>
            <w:vAlign w:val="center"/>
          </w:tcPr>
          <w:p w14:paraId="1028E853" w14:textId="77777777" w:rsidR="00423D2F" w:rsidRPr="00717886" w:rsidRDefault="0047346F">
            <w:pPr>
              <w:spacing w:after="0"/>
              <w:rPr>
                <w:rFonts w:cs="Times New Roman"/>
              </w:rPr>
            </w:pPr>
            <w:r w:rsidRPr="00717886">
              <w:rPr>
                <w:rFonts w:cs="Times New Roman"/>
                <w:sz w:val="14"/>
              </w:rPr>
              <w:t>Unavailable in current reproducibility package</w:t>
            </w:r>
          </w:p>
        </w:tc>
        <w:tc>
          <w:tcPr>
            <w:tcW w:w="2664" w:type="dxa"/>
            <w:tcMar>
              <w:top w:w="70" w:type="dxa"/>
              <w:left w:w="95" w:type="dxa"/>
              <w:bottom w:w="70" w:type="dxa"/>
              <w:right w:w="95" w:type="dxa"/>
            </w:tcMar>
            <w:vAlign w:val="center"/>
          </w:tcPr>
          <w:p w14:paraId="0C658316" w14:textId="77777777" w:rsidR="00423D2F" w:rsidRPr="00717886" w:rsidRDefault="0047346F">
            <w:pPr>
              <w:spacing w:after="0"/>
              <w:rPr>
                <w:rFonts w:cs="Times New Roman"/>
                <w:lang w:val="it-IT"/>
              </w:rPr>
            </w:pPr>
            <w:r w:rsidRPr="00717886">
              <w:rPr>
                <w:rFonts w:cs="Times New Roman"/>
                <w:sz w:val="14"/>
                <w:lang w:val="it-IT"/>
              </w:rPr>
              <w:t>No AI concordance statistic reported</w:t>
            </w:r>
          </w:p>
        </w:tc>
      </w:tr>
      <w:tr w:rsidR="002E7DCF" w:rsidRPr="00717886" w14:paraId="5FC0A2C5" w14:textId="77777777">
        <w:trPr>
          <w:cantSplit/>
          <w:jc w:val="center"/>
        </w:trPr>
        <w:tc>
          <w:tcPr>
            <w:tcW w:w="3311" w:type="dxa"/>
            <w:tcMar>
              <w:top w:w="70" w:type="dxa"/>
              <w:left w:w="95" w:type="dxa"/>
              <w:bottom w:w="70" w:type="dxa"/>
              <w:right w:w="95" w:type="dxa"/>
            </w:tcMar>
            <w:vAlign w:val="center"/>
          </w:tcPr>
          <w:p w14:paraId="38226310" w14:textId="77777777" w:rsidR="00423D2F" w:rsidRPr="00717886" w:rsidRDefault="0047346F">
            <w:pPr>
              <w:spacing w:after="0"/>
              <w:rPr>
                <w:rFonts w:cs="Times New Roman"/>
              </w:rPr>
            </w:pPr>
            <w:r w:rsidRPr="00717886">
              <w:rPr>
                <w:rFonts w:cs="Times New Roman"/>
                <w:sz w:val="14"/>
              </w:rPr>
              <w:t>Formal ethics determination</w:t>
            </w:r>
          </w:p>
        </w:tc>
        <w:tc>
          <w:tcPr>
            <w:tcW w:w="3960" w:type="dxa"/>
            <w:tcMar>
              <w:top w:w="70" w:type="dxa"/>
              <w:left w:w="95" w:type="dxa"/>
              <w:bottom w:w="70" w:type="dxa"/>
              <w:right w:w="95" w:type="dxa"/>
            </w:tcMar>
            <w:vAlign w:val="center"/>
          </w:tcPr>
          <w:p w14:paraId="1A3F2D37" w14:textId="77777777" w:rsidR="00423D2F" w:rsidRPr="00717886" w:rsidRDefault="0047346F">
            <w:pPr>
              <w:spacing w:after="0"/>
              <w:rPr>
                <w:rFonts w:cs="Times New Roman"/>
              </w:rPr>
            </w:pPr>
            <w:r w:rsidRPr="00717886">
              <w:rPr>
                <w:rFonts w:cs="Times New Roman"/>
                <w:sz w:val="14"/>
              </w:rPr>
              <w:t>No archived approval, exemption, or non-human-participant determination</w:t>
            </w:r>
          </w:p>
        </w:tc>
        <w:tc>
          <w:tcPr>
            <w:tcW w:w="2664" w:type="dxa"/>
            <w:tcMar>
              <w:top w:w="70" w:type="dxa"/>
              <w:left w:w="95" w:type="dxa"/>
              <w:bottom w:w="70" w:type="dxa"/>
              <w:right w:w="95" w:type="dxa"/>
            </w:tcMar>
            <w:vAlign w:val="center"/>
          </w:tcPr>
          <w:p w14:paraId="04B646A4" w14:textId="77777777" w:rsidR="00423D2F" w:rsidRPr="00717886" w:rsidRDefault="0047346F">
            <w:pPr>
              <w:spacing w:after="0"/>
              <w:rPr>
                <w:rFonts w:cs="Times New Roman"/>
              </w:rPr>
            </w:pPr>
            <w:r w:rsidRPr="00717886">
              <w:rPr>
                <w:rFonts w:cs="Times New Roman"/>
                <w:sz w:val="14"/>
              </w:rPr>
              <w:t>No formal determination claimed</w:t>
            </w:r>
          </w:p>
        </w:tc>
      </w:tr>
    </w:tbl>
    <w:p w14:paraId="0A231D8C" w14:textId="2FEAE0CD" w:rsidR="002E7DCF" w:rsidRPr="00717886" w:rsidRDefault="00717886">
      <w:pPr>
        <w:spacing w:before="60" w:after="80"/>
        <w:rPr>
          <w:rFonts w:cs="Times New Roman"/>
        </w:rPr>
      </w:pPr>
      <w:r>
        <w:rPr>
          <w:rFonts w:cs="Times New Roman"/>
          <w:b/>
          <w:i/>
          <w:sz w:val="18"/>
        </w:rPr>
        <w:t>No</w:t>
      </w:r>
      <w:r w:rsidR="00A11917" w:rsidRPr="00717886">
        <w:rPr>
          <w:rFonts w:cs="Times New Roman"/>
          <w:b/>
          <w:i/>
          <w:sz w:val="18"/>
        </w:rPr>
        <w:t xml:space="preserve">te. </w:t>
      </w:r>
      <w:r w:rsidR="00A11917" w:rsidRPr="00717886">
        <w:rPr>
          <w:rFonts w:cs="Times New Roman"/>
          <w:i/>
          <w:sz w:val="18"/>
        </w:rPr>
        <w:t>The verified candidate flow was 80,405 retrieved stream rows, followed by removal of 6,199 repeated institution × Work ID rows, leaving 74,206 unique records for AVI-TAX classification. Corrected RORC availability and model sample counts in this table supersede the pre-correction values retained in the extraction-stage QA snapshot.</w:t>
      </w:r>
    </w:p>
    <w:p w14:paraId="0031437A" w14:textId="77777777" w:rsidR="002E7DCF" w:rsidRPr="00717886" w:rsidRDefault="00A11917" w:rsidP="00717886">
      <w:pPr>
        <w:pStyle w:val="Heading1"/>
        <w:pageBreakBefore/>
        <w:jc w:val="both"/>
        <w:rPr>
          <w:rFonts w:ascii="Times New Roman" w:hAnsi="Times New Roman" w:cs="Times New Roman"/>
        </w:rPr>
      </w:pPr>
      <w:r w:rsidRPr="00717886">
        <w:rPr>
          <w:rFonts w:ascii="Times New Roman" w:hAnsi="Times New Roman" w:cs="Times New Roman"/>
          <w:b w:val="0"/>
        </w:rPr>
        <w:lastRenderedPageBreak/>
        <w:t>Supplementary Reproducibility and Manuscript-Alignment Note</w:t>
      </w:r>
    </w:p>
    <w:p w14:paraId="7CF65AF6" w14:textId="77777777" w:rsidR="002E7DCF" w:rsidRPr="00717886" w:rsidRDefault="00A11917" w:rsidP="00717886">
      <w:pPr>
        <w:jc w:val="both"/>
        <w:rPr>
          <w:rFonts w:cs="Times New Roman"/>
        </w:rPr>
      </w:pPr>
      <w:r w:rsidRPr="00717886">
        <w:rPr>
          <w:rFonts w:cs="Times New Roman"/>
        </w:rPr>
        <w:t>The manuscript-facing terminology differs from legacy labels created under the earlier RTI protocol. The archived machine variable RTI_Open_Linkage_Diagnostic is reported as CSLI, and the legacy H2_RORC_to_EKII path is reported as the revised primary H1. Legacy indirect or mediation terminology is mapped to descriptive coefficient product or exploratory sequential-association analysis. These mappings change no corrected analytical value and prevent publication-based company and government coauthorship from being misrepresented as downstream research translation.</w:t>
      </w:r>
    </w:p>
    <w:p w14:paraId="120C7FB0" w14:textId="77777777" w:rsidR="002E7DCF" w:rsidRPr="00717886" w:rsidRDefault="00A11917" w:rsidP="00717886">
      <w:pPr>
        <w:jc w:val="both"/>
        <w:rPr>
          <w:rFonts w:cs="Times New Roman"/>
        </w:rPr>
      </w:pPr>
      <w:r w:rsidRPr="00717886">
        <w:rPr>
          <w:rFonts w:cs="Times New Roman"/>
        </w:rPr>
        <w:t>The timing notation refers to the substantive RORC–EKII separation directly. The primary hypothesis uses RORC in year s−1 and EKII in year s. In the exploratory CSLI sequence, RORC is aligned to t−2 and EKII to t−1 relative to CSLI in t, preserving the same one-year RORC–EKII separation. Sensitivity analyses report 0-, 1-, and 2-year RORC–EKII gaps.</w:t>
      </w:r>
    </w:p>
    <w:p w14:paraId="048B4F98" w14:textId="77777777" w:rsidR="002E7DCF" w:rsidRPr="00717886" w:rsidRDefault="00A11917" w:rsidP="00717886">
      <w:pPr>
        <w:jc w:val="both"/>
        <w:rPr>
          <w:rFonts w:cs="Times New Roman"/>
        </w:rPr>
      </w:pPr>
      <w:r w:rsidRPr="00717886">
        <w:rPr>
          <w:rFonts w:cs="Times New Roman"/>
        </w:rPr>
        <w:t>For cross-document traceability, manuscript Table 1 corresponds to Supplementary Tables S2 and S9; manuscript Table 2 corresponds to Tables S3 and S4; manuscript Table 3 corresponds to Table S5; manuscript Figure 3 and Table 4 are supported by Table S6; manuscript Table 5 and Figure 5 correspond to Table S7 Panel A; manuscript Table 6 is supported by Table S7 Panel B and Table S9; and the classification-validation disclosure in Section 3.4 corresponds to Table S8.</w:t>
      </w:r>
    </w:p>
    <w:p w14:paraId="6F7926B9" w14:textId="77777777" w:rsidR="002E7DCF" w:rsidRPr="00717886" w:rsidRDefault="00A11917" w:rsidP="00717886">
      <w:pPr>
        <w:jc w:val="both"/>
        <w:rPr>
          <w:rFonts w:cs="Times New Roman"/>
        </w:rPr>
      </w:pPr>
      <w:r w:rsidRPr="00717886">
        <w:rPr>
          <w:rFonts w:cs="Times New Roman"/>
        </w:rPr>
        <w:t>The current manuscript-aligned ZIP supports reproduction from the corrected institution-year/construct-panel stage through longitudinal alignment, model estimation, and reported sensitivity analyses. Raw OpenAlex API-response caches, work-level corpora, collaboration-edge files, and raw affiliation/contact strings are not included in that ZIP; end-to-end extraction re-execution therefore requires the source API and archived query provenance outside this analysis archive. The file qc/extraction_quality_assurance.json is an extraction-stage snapshot created before the AVI038 denominator repair; its RORC-availability counts are superseded by the corrected construct panels, analysis_summary.json, Table S6, and Table S9. Reusers should preserve verified-zero versus unresolved-missing distinctions and version any later expert validation or external-evidence extension as a new study phase.</w:t>
      </w:r>
    </w:p>
    <w:sectPr w:rsidR="002E7DCF" w:rsidRPr="00717886" w:rsidSect="00717886">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54F4" w14:textId="77777777" w:rsidR="00AD20C7" w:rsidRDefault="00AD20C7">
      <w:pPr>
        <w:spacing w:after="0" w:line="240" w:lineRule="auto"/>
      </w:pPr>
      <w:r>
        <w:separator/>
      </w:r>
    </w:p>
  </w:endnote>
  <w:endnote w:type="continuationSeparator" w:id="0">
    <w:p w14:paraId="31231176" w14:textId="77777777" w:rsidR="00AD20C7" w:rsidRDefault="00AD2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D1FB" w14:textId="77777777" w:rsidR="002E7DCF" w:rsidRDefault="00A11917">
    <w:pPr>
      <w:pStyle w:val="Footer"/>
      <w:jc w:val="center"/>
    </w:pPr>
    <w:r>
      <w:rPr>
        <w:sz w:val="18"/>
      </w:rPr>
      <w:t xml:space="preserve">Page </w:t>
    </w:r>
    <w:r>
      <w:rPr>
        <w:sz w:val="18"/>
      </w:rPr>
      <w:fldChar w:fldCharType="begin"/>
    </w:r>
    <w:r>
      <w:rPr>
        <w:sz w:val="18"/>
      </w:rPr>
      <w:instrText>PAGE</w:instrText>
    </w:r>
    <w:r>
      <w:rPr>
        <w:sz w:val="18"/>
      </w:rPr>
      <w:fldChar w:fldCharType="separate"/>
    </w:r>
    <w:r w:rsidR="001A5129">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1004F" w14:textId="77777777" w:rsidR="00AD20C7" w:rsidRDefault="00AD20C7">
      <w:pPr>
        <w:spacing w:after="0" w:line="240" w:lineRule="auto"/>
      </w:pPr>
      <w:r>
        <w:separator/>
      </w:r>
    </w:p>
  </w:footnote>
  <w:footnote w:type="continuationSeparator" w:id="0">
    <w:p w14:paraId="76EB1FF8" w14:textId="77777777" w:rsidR="00AD20C7" w:rsidRDefault="00AD20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7173675">
    <w:abstractNumId w:val="8"/>
  </w:num>
  <w:num w:numId="2" w16cid:durableId="905336990">
    <w:abstractNumId w:val="6"/>
  </w:num>
  <w:num w:numId="3" w16cid:durableId="1738432051">
    <w:abstractNumId w:val="5"/>
  </w:num>
  <w:num w:numId="4" w16cid:durableId="1550798412">
    <w:abstractNumId w:val="4"/>
  </w:num>
  <w:num w:numId="5" w16cid:durableId="1552157715">
    <w:abstractNumId w:val="7"/>
  </w:num>
  <w:num w:numId="6" w16cid:durableId="142814854">
    <w:abstractNumId w:val="3"/>
  </w:num>
  <w:num w:numId="7" w16cid:durableId="1248347193">
    <w:abstractNumId w:val="2"/>
  </w:num>
  <w:num w:numId="8" w16cid:durableId="1530414196">
    <w:abstractNumId w:val="1"/>
  </w:num>
  <w:num w:numId="9" w16cid:durableId="1435443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129"/>
    <w:rsid w:val="0029639D"/>
    <w:rsid w:val="002E7DCF"/>
    <w:rsid w:val="00326F90"/>
    <w:rsid w:val="00423D2F"/>
    <w:rsid w:val="0047346F"/>
    <w:rsid w:val="00717886"/>
    <w:rsid w:val="008B2FC5"/>
    <w:rsid w:val="009631A3"/>
    <w:rsid w:val="009B74BA"/>
    <w:rsid w:val="00A11917"/>
    <w:rsid w:val="00AA1D8D"/>
    <w:rsid w:val="00AD20C7"/>
    <w:rsid w:val="00B47730"/>
    <w:rsid w:val="00BA455A"/>
    <w:rsid w:val="00CB0664"/>
    <w:rsid w:val="00DA65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743B8F"/>
  <w14:defaultImageDpi w14:val="300"/>
  <w15:docId w15:val="{1F438388-CCC7-4E81-B39B-6093A88F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color w:val="000000"/>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contextualSpacing/>
    </w:pPr>
    <w:rPr>
      <w:rFonts w:asciiTheme="majorHAnsi" w:eastAsiaTheme="majorEastAsia" w:hAnsiTheme="majorHAnsi" w:cstheme="majorBidi"/>
      <w:b/>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6061</Words>
  <Characters>34548</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Harmonized Supplementary Material for the Aviation HEI Longitudinal Computational Study</dc:title>
  <dc:subject>Aligned supplementary tables, audit disclosures, and reproducibility notes</dc:subject>
  <dc:creator>Arthur Dela Peña</dc:creator>
  <cp:keywords>aviation higher education; OpenAlex; absorptive capacity; reproducibility; supplementary material</cp:keywords>
  <dc:description>generated by python-docx</dc:description>
  <cp:lastModifiedBy>Arthur Dela Peña</cp:lastModifiedBy>
  <cp:revision>4</cp:revision>
  <dcterms:created xsi:type="dcterms:W3CDTF">2026-09-22T04:30:00Z</dcterms:created>
  <dcterms:modified xsi:type="dcterms:W3CDTF">2026-09-23T06:19:00Z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5e289c63-cd88-41c6-9268-9a2429b8839e</vt:lpwstr>
  </property>
</Properties>
</file>