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Supplementary File 1</w:t>
      </w:r>
    </w:p>
    <w:p>
      <w:pPr>
        <w:jc w:val="center"/>
      </w:pPr>
      <w:r>
        <w:rPr>
          <w:rFonts w:ascii="Arial" w:hAnsi="Arial"/>
          <w:b/>
          <w:sz w:val="23"/>
        </w:rPr>
        <w:t>English-language version of the Parent Survey on Childcare Services for Children Under 3 Years of Age</w:t>
      </w:r>
    </w:p>
    <w:p>
      <w:r>
        <w:rPr>
          <w:b/>
        </w:rPr>
        <w:t xml:space="preserve">Note. </w:t>
      </w:r>
      <w:r>
        <w:t>The questionnaire was administered in Chinese. This English-language supplementary version was prepared from the retained Chinese questionnaire and archived survey materials. Where the exact wording of an item was not preserved in the retained materials, the English wording was reconstructed from the response categories and variable definitions used in the final analysis. No new response categories were introduced beyond those represented in the retained materials or final analytic dataset.</w:t>
      </w:r>
    </w:p>
    <w:p>
      <w:pPr>
        <w:pStyle w:val="Heading1"/>
        <w:spacing w:before="120" w:after="60"/>
      </w:pPr>
      <w:r>
        <w:t>Basic information</w:t>
      </w:r>
    </w:p>
    <w:p>
      <w:pPr>
        <w:spacing w:before="80" w:after="20"/>
      </w:pPr>
      <w:r>
        <w:rPr>
          <w:b/>
        </w:rPr>
        <w:t>A1. Sex [Single choice]</w:t>
      </w:r>
    </w:p>
    <w:p>
      <w:pPr>
        <w:spacing w:after="0"/>
        <w:ind w:left="317"/>
      </w:pPr>
      <w:r>
        <w:t>A. Male</w:t>
      </w:r>
    </w:p>
    <w:p>
      <w:pPr>
        <w:spacing w:after="0"/>
        <w:ind w:left="317"/>
      </w:pPr>
      <w:r>
        <w:t>B. Female</w:t>
      </w:r>
    </w:p>
    <w:p>
      <w:pPr>
        <w:spacing w:before="80" w:after="20"/>
      </w:pPr>
      <w:r>
        <w:rPr>
          <w:b/>
        </w:rPr>
        <w:t>A2. Household registration type [Single choice]</w:t>
      </w:r>
    </w:p>
    <w:p>
      <w:pPr>
        <w:spacing w:after="0"/>
        <w:ind w:left="317"/>
      </w:pPr>
      <w:r>
        <w:t>A. Urban</w:t>
      </w:r>
    </w:p>
    <w:p>
      <w:pPr>
        <w:spacing w:after="0"/>
        <w:ind w:left="317"/>
      </w:pPr>
      <w:r>
        <w:t>B. Rural</w:t>
      </w:r>
    </w:p>
    <w:p>
      <w:pPr>
        <w:spacing w:before="80" w:after="20"/>
      </w:pPr>
      <w:r>
        <w:rPr>
          <w:b/>
        </w:rPr>
        <w:t>A3. Age (years) [Numeric response]</w:t>
      </w:r>
    </w:p>
    <w:p>
      <w:pPr>
        <w:spacing w:after="0"/>
        <w:ind w:left="317"/>
      </w:pPr>
      <w:r>
        <w:t>Response: ____________________</w:t>
      </w:r>
    </w:p>
    <w:p>
      <w:pPr>
        <w:spacing w:before="80" w:after="20"/>
      </w:pPr>
      <w:r>
        <w:rPr>
          <w:b/>
        </w:rPr>
        <w:t>A4. Maternal educational attainment [Single choice]</w:t>
      </w:r>
    </w:p>
    <w:p>
      <w:pPr>
        <w:spacing w:after="0"/>
        <w:ind w:left="317"/>
      </w:pPr>
      <w:r>
        <w:t>A. Junior high school or below</w:t>
      </w:r>
    </w:p>
    <w:p>
      <w:pPr>
        <w:spacing w:after="0"/>
        <w:ind w:left="317"/>
      </w:pPr>
      <w:r>
        <w:t>B. High school</w:t>
      </w:r>
    </w:p>
    <w:p>
      <w:pPr>
        <w:spacing w:after="0"/>
        <w:ind w:left="317"/>
      </w:pPr>
      <w:r>
        <w:t>C. Bachelor's degree / university</w:t>
      </w:r>
    </w:p>
    <w:p>
      <w:pPr>
        <w:spacing w:after="0"/>
        <w:ind w:left="317"/>
      </w:pPr>
      <w:r>
        <w:t>D. Master's degree or above</w:t>
      </w:r>
    </w:p>
    <w:p>
      <w:pPr>
        <w:spacing w:before="80" w:after="20"/>
      </w:pPr>
      <w:r>
        <w:rPr>
          <w:b/>
        </w:rPr>
        <w:t>A5. Paternal educational attainment [Single choice]</w:t>
      </w:r>
    </w:p>
    <w:p>
      <w:pPr>
        <w:spacing w:after="0"/>
        <w:ind w:left="317"/>
      </w:pPr>
      <w:r>
        <w:t>A. Junior high school or below</w:t>
      </w:r>
    </w:p>
    <w:p>
      <w:pPr>
        <w:spacing w:after="0"/>
        <w:ind w:left="317"/>
      </w:pPr>
      <w:r>
        <w:t>B. High school</w:t>
      </w:r>
    </w:p>
    <w:p>
      <w:pPr>
        <w:spacing w:after="0"/>
        <w:ind w:left="317"/>
      </w:pPr>
      <w:r>
        <w:t>C. Bachelor's degree / university</w:t>
      </w:r>
    </w:p>
    <w:p>
      <w:pPr>
        <w:spacing w:after="0"/>
        <w:ind w:left="317"/>
      </w:pPr>
      <w:r>
        <w:t>D. Master's degree or above</w:t>
      </w:r>
    </w:p>
    <w:p>
      <w:pPr>
        <w:spacing w:before="80" w:after="20"/>
      </w:pPr>
      <w:r>
        <w:rPr>
          <w:b/>
        </w:rPr>
        <w:t>A6. Monthly per-capita household income (CNY) [Single choice]</w:t>
      </w:r>
    </w:p>
    <w:p>
      <w:pPr>
        <w:spacing w:after="0"/>
        <w:ind w:left="317"/>
      </w:pPr>
      <w:r>
        <w:t>A. &lt;=3,000</w:t>
      </w:r>
    </w:p>
    <w:p>
      <w:pPr>
        <w:spacing w:after="0"/>
        <w:ind w:left="317"/>
      </w:pPr>
      <w:r>
        <w:t>B. 3,000-5,000</w:t>
      </w:r>
    </w:p>
    <w:p>
      <w:pPr>
        <w:spacing w:after="0"/>
        <w:ind w:left="317"/>
      </w:pPr>
      <w:r>
        <w:t>C. 5,000-8,000</w:t>
      </w:r>
    </w:p>
    <w:p>
      <w:pPr>
        <w:spacing w:after="0"/>
        <w:ind w:left="317"/>
      </w:pPr>
      <w:r>
        <w:t>D. &gt;8,000</w:t>
      </w:r>
    </w:p>
    <w:p>
      <w:pPr>
        <w:pStyle w:val="Heading1"/>
        <w:spacing w:before="120" w:after="60"/>
      </w:pPr>
      <w:r>
        <w:t>Questionnaire</w:t>
      </w:r>
    </w:p>
    <w:p>
      <w:pPr>
        <w:spacing w:before="80" w:after="20"/>
      </w:pPr>
      <w:r>
        <w:rPr>
          <w:b/>
        </w:rPr>
        <w:t>1. What is your relationship to the child? [Single choice]</w:t>
      </w:r>
    </w:p>
    <w:p>
      <w:pPr>
        <w:spacing w:after="0"/>
        <w:ind w:left="317"/>
      </w:pPr>
      <w:r>
        <w:t>A. Father</w:t>
      </w:r>
    </w:p>
    <w:p>
      <w:pPr>
        <w:spacing w:after="0"/>
        <w:ind w:left="317"/>
      </w:pPr>
      <w:r>
        <w:t>B. Mother</w:t>
      </w:r>
    </w:p>
    <w:p>
      <w:pPr>
        <w:spacing w:after="0"/>
        <w:ind w:left="317"/>
      </w:pPr>
      <w:r>
        <w:t>C. Other caregiver</w:t>
      </w:r>
    </w:p>
    <w:p>
      <w:pPr>
        <w:spacing w:before="80" w:after="20"/>
      </w:pPr>
      <w:r>
        <w:rPr>
          <w:b/>
        </w:rPr>
        <w:t>2. Who was the primary caregiver for your child from birth to 3 years of age? [Single choice]</w:t>
      </w:r>
    </w:p>
    <w:p>
      <w:pPr>
        <w:spacing w:after="0"/>
        <w:ind w:left="317"/>
      </w:pPr>
      <w:r>
        <w:t>A. Nanny</w:t>
      </w:r>
    </w:p>
    <w:p>
      <w:pPr>
        <w:spacing w:after="0"/>
        <w:ind w:left="317"/>
      </w:pPr>
      <w:r>
        <w:t>B. Full-time mother</w:t>
      </w:r>
    </w:p>
    <w:p>
      <w:pPr>
        <w:spacing w:after="0"/>
        <w:ind w:left="317"/>
      </w:pPr>
      <w:r>
        <w:t>C. Childcare institution</w:t>
      </w:r>
    </w:p>
    <w:p>
      <w:pPr>
        <w:spacing w:after="0"/>
        <w:ind w:left="317"/>
      </w:pPr>
      <w:r>
        <w:t>D. Grandparents</w:t>
      </w:r>
    </w:p>
    <w:p>
      <w:pPr>
        <w:spacing w:before="80" w:after="20"/>
      </w:pPr>
      <w:r>
        <w:rPr>
          <w:b/>
        </w:rPr>
        <w:t>2a. Who primarily cared for the child during the first month after birth? [Single choice]</w:t>
      </w:r>
    </w:p>
    <w:p>
      <w:pPr>
        <w:spacing w:after="0"/>
        <w:ind w:left="317"/>
      </w:pPr>
      <w:r>
        <w:t>A. Grandparents</w:t>
      </w:r>
    </w:p>
    <w:p>
      <w:pPr>
        <w:spacing w:after="0"/>
        <w:ind w:left="317"/>
      </w:pPr>
      <w:r>
        <w:t>B. Parents</w:t>
      </w:r>
    </w:p>
    <w:p>
      <w:pPr>
        <w:spacing w:after="0"/>
        <w:ind w:left="317"/>
      </w:pPr>
      <w:r>
        <w:t>C. Parents and grandparents jointly</w:t>
      </w:r>
    </w:p>
    <w:p>
      <w:pPr>
        <w:spacing w:after="0"/>
        <w:ind w:left="317"/>
      </w:pPr>
      <w:r>
        <w:t>D. Postpartum care center or nanny</w:t>
      </w:r>
    </w:p>
    <w:p>
      <w:pPr>
        <w:spacing w:before="80" w:after="20"/>
      </w:pPr>
      <w:r>
        <w:rPr>
          <w:b/>
        </w:rPr>
        <w:t>2b. When does the mother and child usually co-sleep? [Single choice]</w:t>
      </w:r>
    </w:p>
    <w:p>
      <w:pPr>
        <w:spacing w:after="0"/>
        <w:ind w:left="317"/>
      </w:pPr>
      <w:r>
        <w:t>A. Daytime only</w:t>
      </w:r>
    </w:p>
    <w:p>
      <w:pPr>
        <w:spacing w:after="0"/>
        <w:ind w:left="317"/>
      </w:pPr>
      <w:r>
        <w:t>B. Nighttime only</w:t>
      </w:r>
    </w:p>
    <w:p>
      <w:pPr>
        <w:spacing w:after="0"/>
        <w:ind w:left="317"/>
      </w:pPr>
      <w:r>
        <w:t>C. Both daytime and nighttime</w:t>
      </w:r>
    </w:p>
    <w:p>
      <w:pPr>
        <w:spacing w:after="0"/>
        <w:ind w:left="317"/>
      </w:pPr>
      <w:r>
        <w:t>D. No co-sleeping</w:t>
      </w:r>
    </w:p>
    <w:p>
      <w:pPr>
        <w:spacing w:before="80" w:after="20"/>
      </w:pPr>
      <w:r>
        <w:rPr>
          <w:b/>
        </w:rPr>
        <w:t>2c. On average, how much daily sunlight exposure does the child receive? [Single choice]</w:t>
      </w:r>
    </w:p>
    <w:p>
      <w:pPr>
        <w:spacing w:after="0"/>
        <w:ind w:left="317"/>
      </w:pPr>
      <w:r>
        <w:t>A. &lt;1 hour/day</w:t>
      </w:r>
    </w:p>
    <w:p>
      <w:pPr>
        <w:spacing w:after="0"/>
        <w:ind w:left="317"/>
      </w:pPr>
      <w:r>
        <w:t>B. 1-2 hours/day</w:t>
      </w:r>
    </w:p>
    <w:p>
      <w:pPr>
        <w:spacing w:after="0"/>
        <w:ind w:left="317"/>
      </w:pPr>
      <w:r>
        <w:t>C. 2-3 hours/day</w:t>
      </w:r>
    </w:p>
    <w:p>
      <w:pPr>
        <w:spacing w:after="0"/>
        <w:ind w:left="317"/>
      </w:pPr>
      <w:r>
        <w:t>D. &gt;3 hours/day</w:t>
      </w:r>
    </w:p>
    <w:p>
      <w:pPr>
        <w:spacing w:before="80" w:after="20"/>
      </w:pPr>
      <w:r>
        <w:rPr>
          <w:b/>
        </w:rPr>
        <w:t>3. Who do you think can provide better care for the child? [Single choice]</w:t>
      </w:r>
    </w:p>
    <w:p>
      <w:pPr>
        <w:spacing w:after="0"/>
        <w:ind w:left="317"/>
      </w:pPr>
      <w:r>
        <w:t>A. Nanny</w:t>
      </w:r>
    </w:p>
    <w:p>
      <w:pPr>
        <w:spacing w:after="0"/>
        <w:ind w:left="317"/>
      </w:pPr>
      <w:r>
        <w:t>B. Parents</w:t>
      </w:r>
    </w:p>
    <w:p>
      <w:pPr>
        <w:spacing w:after="0"/>
        <w:ind w:left="317"/>
      </w:pPr>
      <w:r>
        <w:t>C. Childcare institution</w:t>
      </w:r>
    </w:p>
    <w:p>
      <w:pPr>
        <w:spacing w:after="0"/>
        <w:ind w:left="317"/>
      </w:pPr>
      <w:r>
        <w:t>D. Grandparents</w:t>
      </w:r>
    </w:p>
    <w:p>
      <w:pPr>
        <w:spacing w:before="80" w:after="20"/>
      </w:pPr>
      <w:r>
        <w:rPr>
          <w:b/>
        </w:rPr>
        <w:t>4. Have you or any family member ever interrupted employment because no one was available to care for the child? [Single choice]</w:t>
      </w:r>
    </w:p>
    <w:p>
      <w:pPr>
        <w:spacing w:after="0"/>
        <w:ind w:left="317"/>
      </w:pPr>
      <w:r>
        <w:t>A. Yes</w:t>
      </w:r>
    </w:p>
    <w:p>
      <w:pPr>
        <w:spacing w:after="0"/>
        <w:ind w:left="317"/>
      </w:pPr>
      <w:r>
        <w:t>B. No</w:t>
      </w:r>
    </w:p>
    <w:p>
      <w:pPr>
        <w:spacing w:before="80" w:after="20"/>
      </w:pPr>
      <w:r>
        <w:rPr>
          <w:b/>
        </w:rPr>
        <w:t>5. What is the main difficulty you experience in family-based childrearing? [Single choice]</w:t>
      </w:r>
    </w:p>
    <w:p>
      <w:pPr>
        <w:spacing w:after="0"/>
        <w:ind w:left="317"/>
      </w:pPr>
      <w:r>
        <w:t>A. Limited understanding of infant and toddler developmental characteristics and uncertainty about how to provide appropriate care</w:t>
      </w:r>
    </w:p>
    <w:p>
      <w:pPr>
        <w:spacing w:after="0"/>
        <w:ind w:left="317"/>
      </w:pPr>
      <w:r>
        <w:t>B. Too busy with work to devote sufficient time and energy to parenting</w:t>
      </w:r>
    </w:p>
    <w:p>
      <w:pPr>
        <w:spacing w:after="0"/>
        <w:ind w:left="317"/>
      </w:pPr>
      <w:r>
        <w:t>C. Differences or conflicts with older family members regarding parenting/education concepts</w:t>
      </w:r>
    </w:p>
    <w:p>
      <w:pPr>
        <w:spacing w:after="0"/>
        <w:ind w:left="317"/>
      </w:pPr>
      <w:r>
        <w:t>D. Other</w:t>
      </w:r>
    </w:p>
    <w:p>
      <w:pPr>
        <w:spacing w:before="80" w:after="20"/>
      </w:pPr>
      <w:r>
        <w:rPr>
          <w:b/>
        </w:rPr>
        <w:t>6. Based on the difficult parenting issues you currently encounter, what types of guidance do you need most? [Multiple choice]</w:t>
      </w:r>
    </w:p>
    <w:p>
      <w:pPr>
        <w:spacing w:after="0"/>
        <w:ind w:left="317"/>
      </w:pPr>
      <w:r>
        <w:t>A. Family health care and disease prevention</w:t>
      </w:r>
    </w:p>
    <w:p>
      <w:pPr>
        <w:spacing w:after="0"/>
        <w:ind w:left="317"/>
      </w:pPr>
      <w:r>
        <w:t>B. Recommendations and demonstrations of parent-child games involving motor, language, cognitive, art, music, and related activities</w:t>
      </w:r>
    </w:p>
    <w:p>
      <w:pPr>
        <w:spacing w:after="0"/>
        <w:ind w:left="317"/>
      </w:pPr>
      <w:r>
        <w:t>C. Methods of daily child care</w:t>
      </w:r>
    </w:p>
    <w:p>
      <w:pPr>
        <w:spacing w:after="0"/>
        <w:ind w:left="317"/>
      </w:pPr>
      <w:r>
        <w:t>D. Selection of toys, learning materials, and children's picture books</w:t>
      </w:r>
    </w:p>
    <w:p>
      <w:pPr>
        <w:spacing w:after="0"/>
        <w:ind w:left="317"/>
      </w:pPr>
      <w:r>
        <w:t>E. Common household first aid and emergency management</w:t>
      </w:r>
    </w:p>
    <w:p>
      <w:pPr>
        <w:spacing w:after="0"/>
        <w:ind w:left="317"/>
      </w:pPr>
      <w:r>
        <w:t>F. Scientific parenting concepts and principles</w:t>
      </w:r>
    </w:p>
    <w:p>
      <w:pPr>
        <w:spacing w:after="0"/>
        <w:ind w:left="317"/>
      </w:pPr>
      <w:r>
        <w:t>G. Skills for communicating and interacting with the child</w:t>
      </w:r>
    </w:p>
    <w:p>
      <w:pPr>
        <w:spacing w:before="80" w:after="20"/>
      </w:pPr>
      <w:r>
        <w:rPr>
          <w:b/>
        </w:rPr>
        <w:t>7. Which aspects of your child do you usually pay the most attention to? [Multiple choice]</w:t>
      </w:r>
    </w:p>
    <w:p>
      <w:pPr>
        <w:spacing w:after="0"/>
        <w:ind w:left="317"/>
      </w:pPr>
      <w:r>
        <w:t>A. Diet</w:t>
      </w:r>
    </w:p>
    <w:p>
      <w:pPr>
        <w:spacing w:after="0"/>
        <w:ind w:left="317"/>
      </w:pPr>
      <w:r>
        <w:t>B. Sleep</w:t>
      </w:r>
    </w:p>
    <w:p>
      <w:pPr>
        <w:spacing w:after="0"/>
        <w:ind w:left="317"/>
      </w:pPr>
      <w:r>
        <w:t>C. Health</w:t>
      </w:r>
    </w:p>
    <w:p>
      <w:pPr>
        <w:spacing w:after="0"/>
        <w:ind w:left="317"/>
      </w:pPr>
      <w:r>
        <w:t>D. Play and recreation</w:t>
      </w:r>
    </w:p>
    <w:p>
      <w:pPr>
        <w:spacing w:after="0"/>
        <w:ind w:left="317"/>
      </w:pPr>
      <w:r>
        <w:t>E. Growth and development</w:t>
      </w:r>
    </w:p>
    <w:p>
      <w:pPr>
        <w:spacing w:after="0"/>
        <w:ind w:left="317"/>
      </w:pPr>
      <w:r>
        <w:t>F. Early education</w:t>
      </w:r>
    </w:p>
    <w:p>
      <w:pPr>
        <w:spacing w:after="0"/>
        <w:ind w:left="317"/>
      </w:pPr>
      <w:r>
        <w:t>G. Other</w:t>
      </w:r>
    </w:p>
    <w:p>
      <w:pPr>
        <w:spacing w:before="80" w:after="20"/>
      </w:pPr>
      <w:r>
        <w:rPr>
          <w:b/>
        </w:rPr>
        <w:t>8. If you already have one child, what is your greatest concern about having a second child? [Single choice]</w:t>
      </w:r>
    </w:p>
    <w:p>
      <w:pPr>
        <w:spacing w:after="0"/>
        <w:ind w:left="317"/>
      </w:pPr>
      <w:r>
        <w:t>A. No particular concern</w:t>
      </w:r>
    </w:p>
    <w:p>
      <w:pPr>
        <w:spacing w:after="0"/>
        <w:ind w:left="317"/>
      </w:pPr>
      <w:r>
        <w:t>B. The first child may be unwilling to accept a sibling</w:t>
      </w:r>
    </w:p>
    <w:p>
      <w:pPr>
        <w:spacing w:after="0"/>
        <w:ind w:left="317"/>
      </w:pPr>
      <w:r>
        <w:t>C. Excessive financial burden</w:t>
      </w:r>
    </w:p>
    <w:p>
      <w:pPr>
        <w:spacing w:after="0"/>
        <w:ind w:left="317"/>
      </w:pPr>
      <w:r>
        <w:t>D. Having another child would require me to leave my job</w:t>
      </w:r>
    </w:p>
    <w:p>
      <w:pPr>
        <w:spacing w:after="0"/>
        <w:ind w:left="317"/>
      </w:pPr>
      <w:r>
        <w:t>E. No one would be available to help care for the child</w:t>
      </w:r>
    </w:p>
    <w:p>
      <w:pPr>
        <w:spacing w:before="80" w:after="20"/>
      </w:pPr>
      <w:r>
        <w:rPr>
          <w:b/>
        </w:rPr>
        <w:t>9. Would the lack of satisfactory childcare services affect your willingness to have a second child? [Single choice]</w:t>
      </w:r>
    </w:p>
    <w:p>
      <w:pPr>
        <w:spacing w:after="0"/>
        <w:ind w:left="317"/>
      </w:pPr>
      <w:r>
        <w:t>A. Yes</w:t>
      </w:r>
    </w:p>
    <w:p>
      <w:pPr>
        <w:spacing w:after="0"/>
        <w:ind w:left="317"/>
      </w:pPr>
      <w:r>
        <w:t>B. No</w:t>
      </w:r>
    </w:p>
    <w:p>
      <w:pPr>
        <w:spacing w:before="80" w:after="20"/>
      </w:pPr>
      <w:r>
        <w:rPr>
          <w:b/>
        </w:rPr>
        <w:t>10. How long after the child's birth would you prefer to resume work? [Single choice]</w:t>
      </w:r>
    </w:p>
    <w:p>
      <w:pPr>
        <w:spacing w:after="0"/>
        <w:ind w:left="317"/>
      </w:pPr>
      <w:r>
        <w:t>A. 3 months</w:t>
      </w:r>
    </w:p>
    <w:p>
      <w:pPr>
        <w:spacing w:after="0"/>
        <w:ind w:left="317"/>
      </w:pPr>
      <w:r>
        <w:t>B. 6 months</w:t>
      </w:r>
    </w:p>
    <w:p>
      <w:pPr>
        <w:spacing w:after="0"/>
        <w:ind w:left="317"/>
      </w:pPr>
      <w:r>
        <w:t>C. 1 year</w:t>
      </w:r>
    </w:p>
    <w:p>
      <w:pPr>
        <w:spacing w:after="0"/>
        <w:ind w:left="317"/>
      </w:pPr>
      <w:r>
        <w:t>D. 2 years or more</w:t>
      </w:r>
    </w:p>
    <w:p>
      <w:pPr>
        <w:spacing w:before="80" w:after="20"/>
      </w:pPr>
      <w:r>
        <w:rPr>
          <w:b/>
        </w:rPr>
        <w:t>11. Which amount is closest to your current monthly child-rearing expenditure for your child under 3 years of age? [Single choice]</w:t>
      </w:r>
    </w:p>
    <w:p>
      <w:pPr>
        <w:spacing w:after="0"/>
        <w:ind w:left="317"/>
      </w:pPr>
      <w:r>
        <w:t>A. Below CNY 2,000/month</w:t>
      </w:r>
    </w:p>
    <w:p>
      <w:pPr>
        <w:spacing w:after="0"/>
        <w:ind w:left="317"/>
      </w:pPr>
      <w:r>
        <w:t>B. CNY 3,000/month</w:t>
      </w:r>
    </w:p>
    <w:p>
      <w:pPr>
        <w:spacing w:after="0"/>
        <w:ind w:left="317"/>
      </w:pPr>
      <w:r>
        <w:t>C. CNY 4,000/month</w:t>
      </w:r>
    </w:p>
    <w:p>
      <w:pPr>
        <w:spacing w:after="0"/>
        <w:ind w:left="317"/>
      </w:pPr>
      <w:r>
        <w:t>D. Above CNY 5,000/month</w:t>
      </w:r>
    </w:p>
    <w:p>
      <w:pPr>
        <w:spacing w:before="80" w:after="20"/>
      </w:pPr>
      <w:r>
        <w:rPr>
          <w:b/>
        </w:rPr>
        <w:t>12. Would you be willing for your child to receive childcare services? [Single choice]</w:t>
      </w:r>
    </w:p>
    <w:p>
      <w:pPr>
        <w:spacing w:after="0"/>
        <w:ind w:left="317"/>
      </w:pPr>
      <w:r>
        <w:t>A. Yes</w:t>
      </w:r>
    </w:p>
    <w:p>
      <w:pPr>
        <w:spacing w:after="0"/>
        <w:ind w:left="317"/>
      </w:pPr>
      <w:r>
        <w:t>B. No</w:t>
      </w:r>
    </w:p>
    <w:p>
      <w:pPr>
        <w:spacing w:before="80" w:after="20"/>
      </w:pPr>
      <w:r>
        <w:rPr>
          <w:b/>
        </w:rPr>
        <w:t>13. If you needed to choose a childcare institution, what factor would you value most? [Single choice]</w:t>
      </w:r>
    </w:p>
    <w:p>
      <w:pPr>
        <w:spacing w:after="0"/>
        <w:ind w:left="317"/>
      </w:pPr>
      <w:r>
        <w:t>A. Standardized management</w:t>
      </w:r>
    </w:p>
    <w:p>
      <w:pPr>
        <w:spacing w:after="0"/>
        <w:ind w:left="317"/>
      </w:pPr>
      <w:r>
        <w:t>B. Distance from home</w:t>
      </w:r>
    </w:p>
    <w:p>
      <w:pPr>
        <w:spacing w:after="0"/>
        <w:ind w:left="317"/>
      </w:pPr>
      <w:r>
        <w:t>C. Fee standards</w:t>
      </w:r>
    </w:p>
    <w:p>
      <w:pPr>
        <w:spacing w:after="0"/>
        <w:ind w:left="317"/>
      </w:pPr>
      <w:r>
        <w:t>D. Food and daily-living conditions</w:t>
      </w:r>
    </w:p>
    <w:p>
      <w:pPr>
        <w:spacing w:after="0"/>
        <w:ind w:left="317"/>
      </w:pPr>
      <w:r>
        <w:t>E. Quality of early education</w:t>
      </w:r>
    </w:p>
    <w:p>
      <w:pPr>
        <w:spacing w:after="0"/>
        <w:ind w:left="317"/>
      </w:pPr>
      <w:r>
        <w:t>F. Other</w:t>
      </w:r>
    </w:p>
    <w:p>
      <w:pPr>
        <w:spacing w:before="80" w:after="20"/>
      </w:pPr>
      <w:r>
        <w:rPr>
          <w:b/>
        </w:rPr>
        <w:t>14. If you would not be willing for your child to receive childcare services, what are the main reasons? [Multiple choice]</w:t>
      </w:r>
    </w:p>
    <w:p>
      <w:pPr>
        <w:spacing w:after="0"/>
        <w:ind w:left="317"/>
      </w:pPr>
      <w:r>
        <w:t>A. Concern about weakened parent-child relationships</w:t>
      </w:r>
    </w:p>
    <w:p>
      <w:pPr>
        <w:spacing w:after="0"/>
        <w:ind w:left="317"/>
      </w:pPr>
      <w:r>
        <w:t>B. Excessive cost</w:t>
      </w:r>
    </w:p>
    <w:p>
      <w:pPr>
        <w:spacing w:after="0"/>
        <w:ind w:left="317"/>
      </w:pPr>
      <w:r>
        <w:t>C. Concern about child abuse</w:t>
      </w:r>
    </w:p>
    <w:p>
      <w:pPr>
        <w:spacing w:after="0"/>
        <w:ind w:left="317"/>
      </w:pPr>
      <w:r>
        <w:t>D. Concern about food, daily-living, and hygiene conditions</w:t>
      </w:r>
    </w:p>
    <w:p>
      <w:pPr>
        <w:spacing w:after="0"/>
        <w:ind w:left="317"/>
      </w:pPr>
      <w:r>
        <w:t>E. Concern about safety incidents</w:t>
      </w:r>
    </w:p>
    <w:p>
      <w:pPr>
        <w:spacing w:after="0"/>
        <w:ind w:left="317"/>
      </w:pPr>
      <w:r>
        <w:t>F. Concern about the level of medical and nursing care</w:t>
      </w:r>
    </w:p>
    <w:p>
      <w:pPr>
        <w:spacing w:before="80" w:after="20"/>
      </w:pPr>
      <w:r>
        <w:rPr>
          <w:b/>
        </w:rPr>
        <w:t>15. What are the main difficulties you have experienced when choosing childcare services? [Multiple choice]</w:t>
      </w:r>
    </w:p>
    <w:p>
      <w:pPr>
        <w:spacing w:after="0"/>
        <w:ind w:left="317"/>
      </w:pPr>
      <w:r>
        <w:t>A. Price</w:t>
      </w:r>
    </w:p>
    <w:p>
      <w:pPr>
        <w:spacing w:after="0"/>
        <w:ind w:left="317"/>
      </w:pPr>
      <w:r>
        <w:t>B. Location</w:t>
      </w:r>
    </w:p>
    <w:p>
      <w:pPr>
        <w:spacing w:after="0"/>
        <w:ind w:left="317"/>
      </w:pPr>
      <w:r>
        <w:t>C. Quality</w:t>
      </w:r>
    </w:p>
    <w:p>
      <w:pPr>
        <w:spacing w:after="0"/>
        <w:ind w:left="317"/>
      </w:pPr>
      <w:r>
        <w:t>D. Shortage of available childcare places</w:t>
      </w:r>
    </w:p>
    <w:p>
      <w:pPr>
        <w:spacing w:after="0"/>
        <w:ind w:left="317"/>
      </w:pPr>
      <w:r>
        <w:t>E. Need for individualized plans for children with special needs</w:t>
      </w:r>
    </w:p>
    <w:p>
      <w:pPr>
        <w:spacing w:after="0"/>
        <w:ind w:left="317"/>
      </w:pPr>
      <w:r>
        <w:t>F. Other</w:t>
      </w:r>
    </w:p>
    <w:p>
      <w:pPr>
        <w:spacing w:before="80" w:after="20"/>
      </w:pPr>
      <w:r>
        <w:rPr>
          <w:b/>
        </w:rPr>
        <w:t>16. At what age do you think it is appropriate for a child to begin attending a childcare institution? [Single choice]</w:t>
      </w:r>
    </w:p>
    <w:p>
      <w:pPr>
        <w:spacing w:after="0"/>
        <w:ind w:left="317"/>
      </w:pPr>
      <w:r>
        <w:t>A. Under 6 months</w:t>
      </w:r>
    </w:p>
    <w:p>
      <w:pPr>
        <w:spacing w:after="0"/>
        <w:ind w:left="317"/>
      </w:pPr>
      <w:r>
        <w:t>B. 7-12 months</w:t>
      </w:r>
    </w:p>
    <w:p>
      <w:pPr>
        <w:spacing w:after="0"/>
        <w:ind w:left="317"/>
      </w:pPr>
      <w:r>
        <w:t>C. 1-2 years</w:t>
      </w:r>
    </w:p>
    <w:p>
      <w:pPr>
        <w:spacing w:after="0"/>
        <w:ind w:left="317"/>
      </w:pPr>
      <w:r>
        <w:t>D. 2-3 years</w:t>
      </w:r>
    </w:p>
    <w:p>
      <w:pPr>
        <w:spacing w:before="80" w:after="20"/>
      </w:pPr>
      <w:r>
        <w:rPr>
          <w:b/>
        </w:rPr>
        <w:t>17. In terms of location, where would you prefer a childcare institution to be? [Single choice]</w:t>
      </w:r>
    </w:p>
    <w:p>
      <w:pPr>
        <w:spacing w:after="0"/>
        <w:ind w:left="317"/>
      </w:pPr>
      <w:r>
        <w:t>A. Close to home</w:t>
      </w:r>
    </w:p>
    <w:p>
      <w:pPr>
        <w:spacing w:after="0"/>
        <w:ind w:left="317"/>
      </w:pPr>
      <w:r>
        <w:t>B. Close to the workplace</w:t>
      </w:r>
    </w:p>
    <w:p>
      <w:pPr>
        <w:spacing w:before="80" w:after="20"/>
      </w:pPr>
      <w:r>
        <w:rPr>
          <w:b/>
        </w:rPr>
        <w:t>18. If your child has already attended a childcare institution, what is the monthly fee? [Single choice]</w:t>
      </w:r>
    </w:p>
    <w:p>
      <w:pPr>
        <w:spacing w:after="0"/>
        <w:ind w:left="317"/>
      </w:pPr>
      <w:r>
        <w:t>A. Child has not attended a childcare institution</w:t>
      </w:r>
    </w:p>
    <w:p>
      <w:pPr>
        <w:spacing w:after="0"/>
        <w:ind w:left="317"/>
      </w:pPr>
      <w:r>
        <w:t>B. Below CNY 1,500/month</w:t>
      </w:r>
    </w:p>
    <w:p>
      <w:pPr>
        <w:spacing w:after="0"/>
        <w:ind w:left="317"/>
      </w:pPr>
      <w:r>
        <w:t>C. CNY 2,000/month</w:t>
      </w:r>
    </w:p>
    <w:p>
      <w:pPr>
        <w:spacing w:after="0"/>
        <w:ind w:left="317"/>
      </w:pPr>
      <w:r>
        <w:t>D. CNY 2,500/month</w:t>
      </w:r>
    </w:p>
    <w:p>
      <w:pPr>
        <w:spacing w:after="0"/>
        <w:ind w:left="317"/>
      </w:pPr>
      <w:r>
        <w:t>E. Above CNY 3,000/month</w:t>
      </w:r>
    </w:p>
    <w:p>
      <w:pPr>
        <w:spacing w:before="80" w:after="20"/>
      </w:pPr>
      <w:r>
        <w:rPr>
          <w:b/>
        </w:rPr>
        <w:t>19. What monthly childcare service fee would you be able to accept? [Single choice]</w:t>
      </w:r>
    </w:p>
    <w:p>
      <w:pPr>
        <w:spacing w:after="0"/>
        <w:ind w:left="317"/>
      </w:pPr>
      <w:r>
        <w:t>A. CNY 1,000/month or less</w:t>
      </w:r>
    </w:p>
    <w:p>
      <w:pPr>
        <w:spacing w:after="0"/>
        <w:ind w:left="317"/>
      </w:pPr>
      <w:r>
        <w:t>B. CNY 1,001-2,000/month</w:t>
      </w:r>
    </w:p>
    <w:p>
      <w:pPr>
        <w:spacing w:after="0"/>
        <w:ind w:left="317"/>
      </w:pPr>
      <w:r>
        <w:t>C. CNY 2,001-3,000/month</w:t>
      </w:r>
    </w:p>
    <w:p>
      <w:pPr>
        <w:spacing w:after="0"/>
        <w:ind w:left="317"/>
      </w:pPr>
      <w:r>
        <w:t>D. Above CNY 3,000/month</w:t>
      </w:r>
    </w:p>
    <w:p>
      <w:pPr>
        <w:spacing w:before="80" w:after="20"/>
      </w:pPr>
      <w:r>
        <w:rPr>
          <w:b/>
        </w:rPr>
        <w:t>20. If your child is already attending a childcare institution, which aspects are you most concerned about? [Multiple choice]</w:t>
      </w:r>
    </w:p>
    <w:p>
      <w:pPr>
        <w:spacing w:after="0"/>
        <w:ind w:left="317"/>
      </w:pPr>
      <w:r>
        <w:t>A. Food safety</w:t>
      </w:r>
    </w:p>
    <w:p>
      <w:pPr>
        <w:spacing w:after="0"/>
        <w:ind w:left="317"/>
      </w:pPr>
      <w:r>
        <w:t>B. Hygiene conditions</w:t>
      </w:r>
    </w:p>
    <w:p>
      <w:pPr>
        <w:spacing w:after="0"/>
        <w:ind w:left="317"/>
      </w:pPr>
      <w:r>
        <w:t>C. Medical and nursing support</w:t>
      </w:r>
    </w:p>
    <w:p>
      <w:pPr>
        <w:spacing w:after="0"/>
        <w:ind w:left="317"/>
      </w:pPr>
      <w:r>
        <w:t>D. Availability of monitoring/surveillance</w:t>
      </w:r>
    </w:p>
    <w:p>
      <w:pPr>
        <w:spacing w:after="0"/>
        <w:ind w:left="317"/>
      </w:pPr>
      <w:r>
        <w:t>E. Competence of caregivers</w:t>
      </w:r>
    </w:p>
    <w:p>
      <w:pPr>
        <w:spacing w:after="0"/>
        <w:ind w:left="317"/>
      </w:pPr>
      <w:r>
        <w:t>F. Implementation of safety responsibilities</w:t>
      </w:r>
    </w:p>
    <w:p>
      <w:pPr>
        <w:spacing w:before="80" w:after="20"/>
      </w:pPr>
      <w:r>
        <w:rPr>
          <w:b/>
        </w:rPr>
        <w:t>21. Which types of childcare provision do you think are feasible in your province? [Multiple choice]</w:t>
      </w:r>
    </w:p>
    <w:p>
      <w:pPr>
        <w:spacing w:after="0"/>
        <w:ind w:left="317"/>
      </w:pPr>
      <w:r>
        <w:t>A. Public childcare</w:t>
      </w:r>
    </w:p>
    <w:p>
      <w:pPr>
        <w:spacing w:after="0"/>
        <w:ind w:left="317"/>
      </w:pPr>
      <w:r>
        <w:t>B. Workplace/employer-provided childcare</w:t>
      </w:r>
    </w:p>
    <w:p>
      <w:pPr>
        <w:spacing w:after="0"/>
        <w:ind w:left="317"/>
      </w:pPr>
      <w:r>
        <w:t>C. Family-based childcare</w:t>
      </w:r>
    </w:p>
    <w:p>
      <w:pPr>
        <w:spacing w:after="0"/>
        <w:ind w:left="317"/>
      </w:pPr>
      <w:r>
        <w:t>D. Private childcare</w:t>
      </w:r>
    </w:p>
    <w:p>
      <w:pPr>
        <w:spacing w:before="80" w:after="20"/>
      </w:pPr>
      <w:r>
        <w:rPr>
          <w:b/>
        </w:rPr>
        <w:t>22. What qualifications do you think staff at childcare institutions should have? [Single choice]</w:t>
      </w:r>
    </w:p>
    <w:p>
      <w:pPr>
        <w:spacing w:after="0"/>
        <w:ind w:left="317"/>
      </w:pPr>
      <w:r>
        <w:t>A. Professional personnel (e.g., pediatricians, nurses, psychological counselors)</w:t>
      </w:r>
    </w:p>
    <w:p>
      <w:pPr>
        <w:spacing w:after="0"/>
        <w:ind w:left="317"/>
      </w:pPr>
      <w:r>
        <w:t>B. Infant-care workers</w:t>
      </w:r>
    </w:p>
    <w:p>
      <w:pPr>
        <w:spacing w:after="0"/>
        <w:ind w:left="317"/>
      </w:pPr>
      <w:r>
        <w:t>C. No particular preference</w:t>
      </w:r>
    </w:p>
    <w:p>
      <w:pPr>
        <w:spacing w:before="80" w:after="20"/>
      </w:pPr>
      <w:r>
        <w:rPr>
          <w:b/>
        </w:rPr>
        <w:t>23. What would you expect a childcare institution to provide? [Single choice]</w:t>
      </w:r>
    </w:p>
    <w:p>
      <w:pPr>
        <w:spacing w:after="0"/>
        <w:ind w:left="317"/>
      </w:pPr>
      <w:r>
        <w:t>A. Both care and education</w:t>
      </w:r>
    </w:p>
    <w:p>
      <w:pPr>
        <w:spacing w:after="0"/>
        <w:ind w:left="317"/>
      </w:pPr>
      <w:r>
        <w:t>B. Basic supervision and care</w:t>
      </w:r>
    </w:p>
    <w:p>
      <w:pPr>
        <w:spacing w:after="0"/>
        <w:ind w:left="317"/>
      </w:pPr>
      <w:r>
        <w:t>C. Specialized education for children</w:t>
      </w:r>
    </w:p>
    <w:p>
      <w:pPr>
        <w:spacing w:before="80" w:after="20"/>
      </w:pPr>
      <w:r>
        <w:rPr>
          <w:b/>
        </w:rPr>
        <w:t>24. Where do you obtain scientific parenting knowledge? [Multiple choice]</w:t>
      </w:r>
    </w:p>
    <w:p>
      <w:pPr>
        <w:spacing w:after="0"/>
        <w:ind w:left="317"/>
      </w:pPr>
      <w:r>
        <w:t>A. Books</w:t>
      </w:r>
    </w:p>
    <w:p>
      <w:pPr>
        <w:spacing w:after="0"/>
        <w:ind w:left="317"/>
      </w:pPr>
      <w:r>
        <w:t>B. Internet</w:t>
      </w:r>
    </w:p>
    <w:p>
      <w:pPr>
        <w:spacing w:after="0"/>
        <w:ind w:left="317"/>
      </w:pPr>
      <w:r>
        <w:t>C. Healthcare professionals</w:t>
      </w:r>
    </w:p>
    <w:p>
      <w:pPr>
        <w:spacing w:after="0"/>
        <w:ind w:left="317"/>
      </w:pPr>
      <w:r>
        <w:t>D. Older family members</w:t>
      </w:r>
    </w:p>
    <w:p>
      <w:pPr>
        <w:spacing w:after="0"/>
        <w:ind w:left="317"/>
      </w:pPr>
      <w:r>
        <w:t>E. Care institutions</w:t>
      </w:r>
    </w:p>
    <w:p>
      <w:pPr>
        <w:spacing w:after="0"/>
        <w:ind w:left="317"/>
      </w:pPr>
      <w:r>
        <w:t>F. Other</w:t>
      </w:r>
    </w:p>
    <w:p>
      <w:pPr>
        <w:spacing w:before="80" w:after="20"/>
      </w:pPr>
      <w:r>
        <w:rPr>
          <w:b/>
        </w:rPr>
        <w:t>25. How many children's books or picture books are available in your home? [Single choice]</w:t>
      </w:r>
    </w:p>
    <w:p>
      <w:pPr>
        <w:spacing w:after="0"/>
        <w:ind w:left="317"/>
      </w:pPr>
      <w:r>
        <w:t>A. None</w:t>
      </w:r>
    </w:p>
    <w:p>
      <w:pPr>
        <w:spacing w:after="0"/>
        <w:ind w:left="317"/>
      </w:pPr>
      <w:r>
        <w:t>B. 1-10 books</w:t>
      </w:r>
    </w:p>
    <w:p>
      <w:pPr>
        <w:spacing w:after="0"/>
        <w:ind w:left="317"/>
      </w:pPr>
      <w:r>
        <w:t>C. 11-20 books</w:t>
      </w:r>
    </w:p>
    <w:p>
      <w:pPr>
        <w:spacing w:after="0"/>
        <w:ind w:left="317"/>
      </w:pPr>
      <w:r>
        <w:t>D. 21-30 books</w:t>
      </w:r>
    </w:p>
    <w:p>
      <w:pPr>
        <w:spacing w:after="0"/>
        <w:ind w:left="317"/>
      </w:pPr>
      <w:r>
        <w:t>E. 31-40 books</w:t>
      </w:r>
    </w:p>
    <w:p>
      <w:pPr>
        <w:spacing w:after="0"/>
        <w:ind w:left="317"/>
      </w:pPr>
      <w:r>
        <w:t>F. More than 40 books</w:t>
      </w:r>
    </w:p>
    <w:p>
      <w:pPr>
        <w:spacing w:before="80" w:after="20"/>
      </w:pPr>
      <w:r>
        <w:rPr>
          <w:b/>
        </w:rPr>
        <w:t>26. On average, how much time does your child spend each day using electronic screens (television/computer/tablet/mobile phone)? [Single choice]</w:t>
      </w:r>
    </w:p>
    <w:p>
      <w:pPr>
        <w:spacing w:after="0"/>
        <w:ind w:left="317"/>
      </w:pPr>
      <w:r>
        <w:t>A. Rarely or never</w:t>
      </w:r>
    </w:p>
    <w:p>
      <w:pPr>
        <w:spacing w:after="0"/>
        <w:ind w:left="317"/>
      </w:pPr>
      <w:r>
        <w:t>B. 0-15 minutes</w:t>
      </w:r>
    </w:p>
    <w:p>
      <w:pPr>
        <w:spacing w:after="0"/>
        <w:ind w:left="317"/>
      </w:pPr>
      <w:r>
        <w:t>C. 15-30 minutes</w:t>
      </w:r>
    </w:p>
    <w:p>
      <w:pPr>
        <w:spacing w:after="0"/>
        <w:ind w:left="317"/>
      </w:pPr>
      <w:r>
        <w:t>D. 30-60 minutes</w:t>
      </w:r>
    </w:p>
    <w:p>
      <w:pPr>
        <w:spacing w:after="0"/>
        <w:ind w:left="317"/>
      </w:pPr>
      <w:r>
        <w:t>E. 1-2 hours</w:t>
      </w:r>
    </w:p>
    <w:p>
      <w:pPr>
        <w:spacing w:after="0"/>
        <w:ind w:left="317"/>
      </w:pPr>
      <w:r>
        <w:t>F. More than 2 hours</w:t>
      </w:r>
    </w:p>
    <w:p>
      <w:pPr>
        <w:spacing w:before="80" w:after="20"/>
      </w:pPr>
      <w:r>
        <w:rPr>
          <w:b/>
        </w:rPr>
        <w:t>27. Which of the following childcare services has your child received? [Single choice]</w:t>
      </w:r>
    </w:p>
    <w:p>
      <w:pPr>
        <w:spacing w:after="0"/>
        <w:ind w:left="317"/>
      </w:pPr>
      <w:r>
        <w:t>A. None</w:t>
      </w:r>
    </w:p>
    <w:p>
      <w:pPr>
        <w:spacing w:after="0"/>
        <w:ind w:left="317"/>
      </w:pPr>
      <w:r>
        <w:t>B. Full-day childcare</w:t>
      </w:r>
    </w:p>
    <w:p>
      <w:pPr>
        <w:spacing w:after="0"/>
        <w:ind w:left="317"/>
      </w:pPr>
      <w:r>
        <w:t>C. Half-day childcare</w:t>
      </w:r>
    </w:p>
    <w:p>
      <w:pPr>
        <w:spacing w:after="0"/>
        <w:ind w:left="317"/>
      </w:pPr>
      <w:r>
        <w:t>D. Hourly childcare</w:t>
      </w:r>
    </w:p>
    <w:p>
      <w:pPr>
        <w:spacing w:after="0"/>
        <w:ind w:left="317"/>
      </w:pPr>
      <w:r>
        <w:t>E. Residential childcare</w:t>
      </w:r>
    </w:p>
    <w:p>
      <w:pPr>
        <w:spacing w:before="80" w:after="20"/>
      </w:pPr>
      <w:r>
        <w:rPr>
          <w:b/>
        </w:rPr>
        <w:t>28. Which type of childcare service would you most prefer? [Single choice]</w:t>
      </w:r>
    </w:p>
    <w:p>
      <w:pPr>
        <w:spacing w:after="0"/>
        <w:ind w:left="317"/>
      </w:pPr>
      <w:r>
        <w:t>A. Full-day childcare</w:t>
      </w:r>
    </w:p>
    <w:p>
      <w:pPr>
        <w:spacing w:after="0"/>
        <w:ind w:left="317"/>
      </w:pPr>
      <w:r>
        <w:t>B. Half-day childcare</w:t>
      </w:r>
    </w:p>
    <w:p>
      <w:pPr>
        <w:spacing w:after="0"/>
        <w:ind w:left="317"/>
      </w:pPr>
      <w:r>
        <w:t>C. Hourly childcare</w:t>
      </w:r>
    </w:p>
    <w:p>
      <w:pPr>
        <w:spacing w:after="0"/>
        <w:ind w:left="317"/>
      </w:pPr>
      <w:r>
        <w:t>D. Residential childcare</w:t>
      </w:r>
    </w:p>
    <w:p>
      <w:pPr>
        <w:spacing w:before="80" w:after="20"/>
      </w:pPr>
      <w:r>
        <w:rPr>
          <w:b/>
        </w:rPr>
        <w:t>29. Which of the following parenting support services have you received? [Multiple choice]</w:t>
      </w:r>
    </w:p>
    <w:p>
      <w:pPr>
        <w:spacing w:after="0"/>
        <w:ind w:left="317"/>
      </w:pPr>
      <w:r>
        <w:t>A. In-home guidance</w:t>
      </w:r>
    </w:p>
    <w:p>
      <w:pPr>
        <w:spacing w:after="0"/>
        <w:ind w:left="317"/>
      </w:pPr>
      <w:r>
        <w:t>B. Parent-child activities</w:t>
      </w:r>
    </w:p>
    <w:p>
      <w:pPr>
        <w:spacing w:after="0"/>
        <w:ind w:left="317"/>
      </w:pPr>
      <w:r>
        <w:t>C. Information boards and/or distribution of educational brochures</w:t>
      </w:r>
    </w:p>
    <w:p>
      <w:pPr>
        <w:spacing w:after="0"/>
        <w:ind w:left="317"/>
      </w:pPr>
      <w:r>
        <w:t>D. Parenting lectures for parents</w:t>
      </w:r>
    </w:p>
    <w:p>
      <w:pPr>
        <w:spacing w:after="0"/>
        <w:ind w:left="317"/>
      </w:pPr>
      <w:r>
        <w:t>E. Online parent-education platform</w:t>
      </w:r>
    </w:p>
    <w:p>
      <w:pPr>
        <w:spacing w:after="0"/>
        <w:ind w:left="317"/>
      </w:pPr>
      <w:r>
        <w:t>F. Play spaces for infants and toddlers</w:t>
      </w:r>
    </w:p>
    <w:p>
      <w:pPr>
        <w:spacing w:after="0"/>
        <w:ind w:left="317"/>
      </w:pPr>
      <w:r>
        <w:t>G. None</w:t>
      </w:r>
    </w:p>
    <w:p>
      <w:pPr>
        <w:spacing w:before="80" w:after="20"/>
      </w:pPr>
      <w:r>
        <w:rPr>
          <w:b/>
        </w:rPr>
        <w:t>30. Which parenting support services would you most like to receive? [Multiple choice]</w:t>
      </w:r>
    </w:p>
    <w:p>
      <w:pPr>
        <w:spacing w:after="0"/>
        <w:ind w:left="317"/>
      </w:pPr>
      <w:r>
        <w:t>A. In-home guidance</w:t>
      </w:r>
    </w:p>
    <w:p>
      <w:pPr>
        <w:spacing w:after="0"/>
        <w:ind w:left="317"/>
      </w:pPr>
      <w:r>
        <w:t>B. Parent-child activities</w:t>
      </w:r>
    </w:p>
    <w:p>
      <w:pPr>
        <w:spacing w:after="0"/>
        <w:ind w:left="317"/>
      </w:pPr>
      <w:r>
        <w:t>C. Information boards and/or distribution of educational brochures</w:t>
      </w:r>
    </w:p>
    <w:p>
      <w:pPr>
        <w:spacing w:after="0"/>
        <w:ind w:left="317"/>
      </w:pPr>
      <w:r>
        <w:t>D. Parenting lectures for parents</w:t>
      </w:r>
    </w:p>
    <w:p>
      <w:pPr>
        <w:spacing w:after="0"/>
        <w:ind w:left="317"/>
      </w:pPr>
      <w:r>
        <w:t>E. Online parent-education platform</w:t>
      </w:r>
    </w:p>
    <w:p>
      <w:pPr>
        <w:spacing w:after="0"/>
        <w:ind w:left="317"/>
      </w:pPr>
      <w:r>
        <w:t>F. Play spaces for infants and toddlers</w:t>
      </w:r>
    </w:p>
    <w:p>
      <w:pPr>
        <w:spacing w:after="0"/>
        <w:ind w:left="317"/>
      </w:pPr>
      <w:r>
        <w:t>G. Other</w:t>
      </w:r>
    </w:p>
    <w:p>
      <w:pPr>
        <w:spacing w:before="80" w:after="20"/>
      </w:pPr>
      <w:r>
        <w:rPr>
          <w:b/>
        </w:rPr>
        <w:t>31. If you had the opportunity to participate in parenting training or lectures, which topics would you most like to learn about? (Select up to three.) [Multiple choice, up to 3]</w:t>
      </w:r>
    </w:p>
    <w:p>
      <w:pPr>
        <w:spacing w:after="0"/>
        <w:ind w:left="317"/>
      </w:pPr>
      <w:r>
        <w:t>A. Prevention and recognition of common childhood illnesses</w:t>
      </w:r>
    </w:p>
    <w:p>
      <w:pPr>
        <w:spacing w:after="0"/>
        <w:ind w:left="317"/>
      </w:pPr>
      <w:r>
        <w:t>B. Feeding and nutrition</w:t>
      </w:r>
    </w:p>
    <w:p>
      <w:pPr>
        <w:spacing w:after="0"/>
        <w:ind w:left="317"/>
      </w:pPr>
      <w:r>
        <w:t>C. Physical development and physical exercise</w:t>
      </w:r>
    </w:p>
    <w:p>
      <w:pPr>
        <w:spacing w:after="0"/>
        <w:ind w:left="317"/>
      </w:pPr>
      <w:r>
        <w:t>D. Cognitive development and training for infants and toddlers</w:t>
      </w:r>
    </w:p>
    <w:p>
      <w:pPr>
        <w:spacing w:after="0"/>
        <w:ind w:left="317"/>
      </w:pPr>
      <w:r>
        <w:t>E. Emotional management and guidance</w:t>
      </w:r>
    </w:p>
    <w:p>
      <w:pPr>
        <w:spacing w:after="0"/>
        <w:ind w:left="317"/>
      </w:pPr>
      <w:r>
        <w:t>F. Development of social skills</w:t>
      </w:r>
    </w:p>
    <w:p>
      <w:pPr>
        <w:spacing w:after="0"/>
        <w:ind w:left="317"/>
      </w:pPr>
      <w:r>
        <w:t>G. Parent-child relationships and communication</w:t>
      </w:r>
    </w:p>
    <w:p>
      <w:pPr>
        <w:spacing w:after="0"/>
        <w:ind w:left="317"/>
      </w:pPr>
      <w:r>
        <w:t>H. Analysis and management of common behavioral problems</w:t>
      </w:r>
    </w:p>
    <w:p>
      <w:pPr>
        <w:spacing w:after="0"/>
        <w:ind w:left="317"/>
      </w:pPr>
      <w:r>
        <w:t>I. Preparation for entry into kindergarten</w:t>
      </w:r>
    </w:p>
    <w:p>
      <w:pPr>
        <w:spacing w:after="0"/>
        <w:ind w:left="317"/>
      </w:pPr>
      <w:r>
        <w:t>J. Other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