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3DFE4" w14:textId="77777777" w:rsidR="009C6F03" w:rsidRPr="0094285E" w:rsidRDefault="00000000">
      <w:pPr>
        <w:pStyle w:val="Title"/>
        <w:jc w:val="center"/>
        <w:rPr>
          <w:color w:val="auto"/>
        </w:rPr>
      </w:pPr>
      <w:r w:rsidRPr="0094285E">
        <w:rPr>
          <w:color w:val="auto"/>
        </w:rPr>
        <w:t>Supplementary Materials</w:t>
      </w:r>
    </w:p>
    <w:p w14:paraId="1A9106C5" w14:textId="1605B897" w:rsidR="009C6F03" w:rsidRPr="0094285E" w:rsidRDefault="00000000">
      <w:pPr>
        <w:jc w:val="center"/>
      </w:pPr>
      <w:r w:rsidRPr="0094285E">
        <w:rPr>
          <w:b/>
          <w:sz w:val="20"/>
        </w:rPr>
        <w:t>Supplementary Tables S1–S5 supporting the manuscript</w:t>
      </w:r>
      <w:r w:rsidRPr="0094285E">
        <w:rPr>
          <w:b/>
          <w:sz w:val="20"/>
        </w:rPr>
        <w:br/>
        <w:t>“</w:t>
      </w:r>
      <w:r w:rsidR="008572C3" w:rsidRPr="0094285E">
        <w:rPr>
          <w:b/>
          <w:bCs/>
          <w:sz w:val="20"/>
        </w:rPr>
        <w:t>Long-term urban expansion, land-cover transitions and estimated ecosystem service value in Kathmandu Valley, Nepal, 1988–2024</w:t>
      </w:r>
      <w:r w:rsidRPr="0094285E">
        <w:rPr>
          <w:b/>
          <w:sz w:val="20"/>
        </w:rPr>
        <w:t>”</w:t>
      </w:r>
    </w:p>
    <w:p w14:paraId="48BD7E58" w14:textId="77777777" w:rsidR="009C6F03" w:rsidRPr="0094285E" w:rsidRDefault="00000000">
      <w:pPr>
        <w:pStyle w:val="Caption"/>
        <w:spacing w:before="160" w:after="100"/>
        <w:rPr>
          <w:color w:val="auto"/>
        </w:rPr>
      </w:pPr>
      <w:r w:rsidRPr="0094285E">
        <w:rPr>
          <w:color w:val="auto"/>
        </w:rPr>
        <w:t>Table S1. Classification accuracy of the published LULC dataset for Kathmandu Valley.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592"/>
        <w:gridCol w:w="2880"/>
      </w:tblGrid>
      <w:tr w:rsidR="009C6F03" w:rsidRPr="0094285E" w14:paraId="2E2745E0" w14:textId="77777777">
        <w:trPr>
          <w:tblHeader/>
          <w:jc w:val="center"/>
        </w:trPr>
        <w:tc>
          <w:tcPr>
            <w:tcW w:w="2592" w:type="dxa"/>
            <w:shd w:val="clear" w:color="auto" w:fill="E7E6E6"/>
            <w:vAlign w:val="center"/>
          </w:tcPr>
          <w:p w14:paraId="28A4DA73" w14:textId="77777777" w:rsidR="009C6F03" w:rsidRPr="0094285E" w:rsidRDefault="00000000">
            <w:pPr>
              <w:jc w:val="center"/>
            </w:pPr>
            <w:r w:rsidRPr="0094285E">
              <w:rPr>
                <w:b/>
                <w:sz w:val="17"/>
              </w:rPr>
              <w:t>Observation year</w:t>
            </w:r>
          </w:p>
        </w:tc>
        <w:tc>
          <w:tcPr>
            <w:tcW w:w="2880" w:type="dxa"/>
            <w:shd w:val="clear" w:color="auto" w:fill="E7E6E6"/>
            <w:vAlign w:val="center"/>
          </w:tcPr>
          <w:p w14:paraId="575D3781" w14:textId="77777777" w:rsidR="009C6F03" w:rsidRPr="0094285E" w:rsidRDefault="00000000">
            <w:pPr>
              <w:jc w:val="center"/>
            </w:pPr>
            <w:r w:rsidRPr="0094285E">
              <w:rPr>
                <w:b/>
                <w:sz w:val="17"/>
              </w:rPr>
              <w:t>Overall accuracy</w:t>
            </w:r>
          </w:p>
        </w:tc>
      </w:tr>
      <w:tr w:rsidR="009C6F03" w:rsidRPr="0094285E" w14:paraId="7CF7785A" w14:textId="77777777">
        <w:trPr>
          <w:jc w:val="center"/>
        </w:trPr>
        <w:tc>
          <w:tcPr>
            <w:tcW w:w="2592" w:type="dxa"/>
            <w:vAlign w:val="center"/>
          </w:tcPr>
          <w:p w14:paraId="33B07F70" w14:textId="77777777" w:rsidR="009C6F03" w:rsidRPr="0094285E" w:rsidRDefault="00000000">
            <w:r w:rsidRPr="0094285E">
              <w:rPr>
                <w:sz w:val="17"/>
              </w:rPr>
              <w:t>1988</w:t>
            </w:r>
          </w:p>
        </w:tc>
        <w:tc>
          <w:tcPr>
            <w:tcW w:w="2880" w:type="dxa"/>
            <w:vAlign w:val="center"/>
          </w:tcPr>
          <w:p w14:paraId="1515B618" w14:textId="77777777" w:rsidR="009C6F03" w:rsidRPr="0094285E" w:rsidRDefault="00000000">
            <w:pPr>
              <w:jc w:val="center"/>
            </w:pPr>
            <w:r w:rsidRPr="0094285E">
              <w:rPr>
                <w:sz w:val="17"/>
              </w:rPr>
              <w:t>95%</w:t>
            </w:r>
          </w:p>
        </w:tc>
      </w:tr>
      <w:tr w:rsidR="009C6F03" w:rsidRPr="0094285E" w14:paraId="608974C5" w14:textId="77777777">
        <w:trPr>
          <w:jc w:val="center"/>
        </w:trPr>
        <w:tc>
          <w:tcPr>
            <w:tcW w:w="2592" w:type="dxa"/>
            <w:vAlign w:val="center"/>
          </w:tcPr>
          <w:p w14:paraId="3CD11965" w14:textId="77777777" w:rsidR="009C6F03" w:rsidRPr="0094285E" w:rsidRDefault="00000000">
            <w:r w:rsidRPr="0094285E">
              <w:rPr>
                <w:sz w:val="17"/>
              </w:rPr>
              <w:t>1992</w:t>
            </w:r>
          </w:p>
        </w:tc>
        <w:tc>
          <w:tcPr>
            <w:tcW w:w="2880" w:type="dxa"/>
            <w:vAlign w:val="center"/>
          </w:tcPr>
          <w:p w14:paraId="3CC8058B" w14:textId="77777777" w:rsidR="009C6F03" w:rsidRPr="0094285E" w:rsidRDefault="00000000">
            <w:pPr>
              <w:jc w:val="center"/>
            </w:pPr>
            <w:r w:rsidRPr="0094285E">
              <w:rPr>
                <w:sz w:val="17"/>
              </w:rPr>
              <w:t>91%</w:t>
            </w:r>
          </w:p>
        </w:tc>
      </w:tr>
      <w:tr w:rsidR="009C6F03" w:rsidRPr="0094285E" w14:paraId="4F31BBB0" w14:textId="77777777">
        <w:trPr>
          <w:jc w:val="center"/>
        </w:trPr>
        <w:tc>
          <w:tcPr>
            <w:tcW w:w="2592" w:type="dxa"/>
            <w:vAlign w:val="center"/>
          </w:tcPr>
          <w:p w14:paraId="14518A27" w14:textId="77777777" w:rsidR="009C6F03" w:rsidRPr="0094285E" w:rsidRDefault="00000000">
            <w:r w:rsidRPr="0094285E">
              <w:rPr>
                <w:sz w:val="17"/>
              </w:rPr>
              <w:t>2000</w:t>
            </w:r>
          </w:p>
        </w:tc>
        <w:tc>
          <w:tcPr>
            <w:tcW w:w="2880" w:type="dxa"/>
            <w:vAlign w:val="center"/>
          </w:tcPr>
          <w:p w14:paraId="172DB2D1" w14:textId="77777777" w:rsidR="009C6F03" w:rsidRPr="0094285E" w:rsidRDefault="00000000">
            <w:pPr>
              <w:jc w:val="center"/>
            </w:pPr>
            <w:r w:rsidRPr="0094285E">
              <w:rPr>
                <w:sz w:val="17"/>
              </w:rPr>
              <w:t>90%</w:t>
            </w:r>
          </w:p>
        </w:tc>
      </w:tr>
      <w:tr w:rsidR="009C6F03" w:rsidRPr="0094285E" w14:paraId="35F681DE" w14:textId="77777777">
        <w:trPr>
          <w:jc w:val="center"/>
        </w:trPr>
        <w:tc>
          <w:tcPr>
            <w:tcW w:w="2592" w:type="dxa"/>
            <w:vAlign w:val="center"/>
          </w:tcPr>
          <w:p w14:paraId="41FA3EE1" w14:textId="77777777" w:rsidR="009C6F03" w:rsidRPr="0094285E" w:rsidRDefault="00000000">
            <w:r w:rsidRPr="0094285E">
              <w:rPr>
                <w:sz w:val="17"/>
              </w:rPr>
              <w:t>2008</w:t>
            </w:r>
          </w:p>
        </w:tc>
        <w:tc>
          <w:tcPr>
            <w:tcW w:w="2880" w:type="dxa"/>
            <w:vAlign w:val="center"/>
          </w:tcPr>
          <w:p w14:paraId="384B25D1" w14:textId="77777777" w:rsidR="009C6F03" w:rsidRPr="0094285E" w:rsidRDefault="00000000">
            <w:pPr>
              <w:jc w:val="center"/>
            </w:pPr>
            <w:r w:rsidRPr="0094285E">
              <w:rPr>
                <w:sz w:val="17"/>
              </w:rPr>
              <w:t>95%</w:t>
            </w:r>
          </w:p>
        </w:tc>
      </w:tr>
      <w:tr w:rsidR="009C6F03" w:rsidRPr="0094285E" w14:paraId="53FEF2A2" w14:textId="77777777">
        <w:trPr>
          <w:jc w:val="center"/>
        </w:trPr>
        <w:tc>
          <w:tcPr>
            <w:tcW w:w="2592" w:type="dxa"/>
            <w:vAlign w:val="center"/>
          </w:tcPr>
          <w:p w14:paraId="4CE0EB4D" w14:textId="77777777" w:rsidR="009C6F03" w:rsidRPr="0094285E" w:rsidRDefault="00000000">
            <w:r w:rsidRPr="0094285E">
              <w:rPr>
                <w:sz w:val="17"/>
              </w:rPr>
              <w:t>2016</w:t>
            </w:r>
          </w:p>
        </w:tc>
        <w:tc>
          <w:tcPr>
            <w:tcW w:w="2880" w:type="dxa"/>
            <w:vAlign w:val="center"/>
          </w:tcPr>
          <w:p w14:paraId="6BAFD804" w14:textId="77777777" w:rsidR="009C6F03" w:rsidRPr="0094285E" w:rsidRDefault="00000000">
            <w:pPr>
              <w:jc w:val="center"/>
            </w:pPr>
            <w:r w:rsidRPr="0094285E">
              <w:rPr>
                <w:sz w:val="17"/>
              </w:rPr>
              <w:t>92%</w:t>
            </w:r>
          </w:p>
        </w:tc>
      </w:tr>
      <w:tr w:rsidR="009C6F03" w:rsidRPr="0094285E" w14:paraId="464889D4" w14:textId="77777777">
        <w:trPr>
          <w:jc w:val="center"/>
        </w:trPr>
        <w:tc>
          <w:tcPr>
            <w:tcW w:w="2592" w:type="dxa"/>
            <w:vAlign w:val="center"/>
          </w:tcPr>
          <w:p w14:paraId="76AF2151" w14:textId="77777777" w:rsidR="009C6F03" w:rsidRPr="0094285E" w:rsidRDefault="00000000">
            <w:r w:rsidRPr="0094285E">
              <w:rPr>
                <w:sz w:val="17"/>
              </w:rPr>
              <w:t>2024</w:t>
            </w:r>
          </w:p>
        </w:tc>
        <w:tc>
          <w:tcPr>
            <w:tcW w:w="2880" w:type="dxa"/>
            <w:vAlign w:val="center"/>
          </w:tcPr>
          <w:p w14:paraId="379E12EB" w14:textId="77777777" w:rsidR="009C6F03" w:rsidRPr="0094285E" w:rsidRDefault="00000000">
            <w:pPr>
              <w:jc w:val="center"/>
            </w:pPr>
            <w:r w:rsidRPr="0094285E">
              <w:rPr>
                <w:sz w:val="17"/>
              </w:rPr>
              <w:t>92%</w:t>
            </w:r>
          </w:p>
        </w:tc>
      </w:tr>
    </w:tbl>
    <w:p w14:paraId="67DC564A" w14:textId="1BA6D758" w:rsidR="009C6F03" w:rsidRPr="0094285E" w:rsidRDefault="00000000">
      <w:pPr>
        <w:spacing w:before="60" w:after="60"/>
      </w:pPr>
      <w:r w:rsidRPr="0094285E">
        <w:rPr>
          <w:b/>
          <w:sz w:val="17"/>
        </w:rPr>
        <w:t xml:space="preserve">Note: </w:t>
      </w:r>
      <w:r w:rsidRPr="0094285E">
        <w:rPr>
          <w:sz w:val="17"/>
        </w:rPr>
        <w:t xml:space="preserve">Overall accuracy values are reported by Rimal et al. </w:t>
      </w:r>
      <w:r w:rsidR="00A31255" w:rsidRPr="0094285E">
        <w:rPr>
          <w:sz w:val="17"/>
        </w:rPr>
        <w:t>(2025)</w:t>
      </w:r>
      <w:r w:rsidRPr="0094285E">
        <w:rPr>
          <w:sz w:val="17"/>
        </w:rPr>
        <w:t xml:space="preserve"> and are reproduced here to document the source dataset. They were not independently calculated in the present study.</w:t>
      </w:r>
      <w:r w:rsidRPr="0094285E">
        <w:rPr>
          <w:b/>
          <w:sz w:val="17"/>
        </w:rPr>
        <w:t xml:space="preserve"> Source: </w:t>
      </w:r>
      <w:r w:rsidRPr="0094285E">
        <w:rPr>
          <w:sz w:val="17"/>
        </w:rPr>
        <w:t xml:space="preserve">Rimal et al. </w:t>
      </w:r>
      <w:r w:rsidR="00A31255" w:rsidRPr="0094285E">
        <w:rPr>
          <w:sz w:val="17"/>
        </w:rPr>
        <w:t>(2025)</w:t>
      </w:r>
      <w:r w:rsidRPr="0094285E">
        <w:rPr>
          <w:sz w:val="17"/>
        </w:rPr>
        <w:t>.</w:t>
      </w:r>
    </w:p>
    <w:p w14:paraId="0AE751A4" w14:textId="66B1BFE4" w:rsidR="009C6F03" w:rsidRPr="0094285E" w:rsidRDefault="00000000">
      <w:pPr>
        <w:pStyle w:val="Caption"/>
        <w:spacing w:before="160" w:after="100"/>
        <w:rPr>
          <w:color w:val="auto"/>
        </w:rPr>
      </w:pPr>
      <w:r w:rsidRPr="0094285E">
        <w:rPr>
          <w:color w:val="auto"/>
        </w:rPr>
        <w:t xml:space="preserve">Table S2. </w:t>
      </w:r>
      <w:proofErr w:type="gramStart"/>
      <w:r w:rsidR="00BB28CF" w:rsidRPr="0094285E">
        <w:rPr>
          <w:color w:val="auto"/>
        </w:rPr>
        <w:t>Overall</w:t>
      </w:r>
      <w:proofErr w:type="gramEnd"/>
      <w:r w:rsidR="00BB28CF" w:rsidRPr="0094285E">
        <w:rPr>
          <w:color w:val="auto"/>
        </w:rPr>
        <w:t xml:space="preserve"> </w:t>
      </w:r>
      <w:r w:rsidRPr="0094285E">
        <w:rPr>
          <w:color w:val="auto"/>
        </w:rPr>
        <w:t>Kappa statistics reported for the published LULC transition periods.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024"/>
        <w:gridCol w:w="2448"/>
      </w:tblGrid>
      <w:tr w:rsidR="009C6F03" w:rsidRPr="0094285E" w14:paraId="5896ABB4" w14:textId="77777777">
        <w:trPr>
          <w:tblHeader/>
          <w:jc w:val="center"/>
        </w:trPr>
        <w:tc>
          <w:tcPr>
            <w:tcW w:w="3024" w:type="dxa"/>
            <w:shd w:val="clear" w:color="auto" w:fill="E7E6E6"/>
            <w:vAlign w:val="center"/>
          </w:tcPr>
          <w:p w14:paraId="6733C49C" w14:textId="77777777" w:rsidR="009C6F03" w:rsidRPr="0094285E" w:rsidRDefault="00000000">
            <w:pPr>
              <w:jc w:val="center"/>
            </w:pPr>
            <w:r w:rsidRPr="0094285E">
              <w:rPr>
                <w:b/>
                <w:sz w:val="17"/>
              </w:rPr>
              <w:t>Transition period</w:t>
            </w:r>
          </w:p>
        </w:tc>
        <w:tc>
          <w:tcPr>
            <w:tcW w:w="2448" w:type="dxa"/>
            <w:shd w:val="clear" w:color="auto" w:fill="E7E6E6"/>
            <w:vAlign w:val="center"/>
          </w:tcPr>
          <w:p w14:paraId="480A922D" w14:textId="77777777" w:rsidR="009C6F03" w:rsidRPr="0094285E" w:rsidRDefault="00000000">
            <w:pPr>
              <w:jc w:val="center"/>
            </w:pPr>
            <w:r w:rsidRPr="0094285E">
              <w:rPr>
                <w:b/>
                <w:sz w:val="17"/>
              </w:rPr>
              <w:t>Kappa</w:t>
            </w:r>
          </w:p>
        </w:tc>
      </w:tr>
      <w:tr w:rsidR="009C6F03" w:rsidRPr="0094285E" w14:paraId="503FB04A" w14:textId="77777777">
        <w:trPr>
          <w:jc w:val="center"/>
        </w:trPr>
        <w:tc>
          <w:tcPr>
            <w:tcW w:w="3024" w:type="dxa"/>
            <w:vAlign w:val="center"/>
          </w:tcPr>
          <w:p w14:paraId="2745ECB0" w14:textId="77777777" w:rsidR="009C6F03" w:rsidRPr="0094285E" w:rsidRDefault="00000000">
            <w:r w:rsidRPr="0094285E">
              <w:rPr>
                <w:sz w:val="17"/>
              </w:rPr>
              <w:t>1988–1992</w:t>
            </w:r>
          </w:p>
        </w:tc>
        <w:tc>
          <w:tcPr>
            <w:tcW w:w="2448" w:type="dxa"/>
            <w:vAlign w:val="center"/>
          </w:tcPr>
          <w:p w14:paraId="4095DCAD" w14:textId="77777777" w:rsidR="009C6F03" w:rsidRPr="0094285E" w:rsidRDefault="00000000">
            <w:pPr>
              <w:jc w:val="center"/>
            </w:pPr>
            <w:r w:rsidRPr="0094285E">
              <w:rPr>
                <w:sz w:val="17"/>
              </w:rPr>
              <w:t>0.9758</w:t>
            </w:r>
          </w:p>
        </w:tc>
      </w:tr>
      <w:tr w:rsidR="009C6F03" w:rsidRPr="0094285E" w14:paraId="488B328D" w14:textId="77777777">
        <w:trPr>
          <w:jc w:val="center"/>
        </w:trPr>
        <w:tc>
          <w:tcPr>
            <w:tcW w:w="3024" w:type="dxa"/>
            <w:vAlign w:val="center"/>
          </w:tcPr>
          <w:p w14:paraId="365ADFC0" w14:textId="77777777" w:rsidR="009C6F03" w:rsidRPr="0094285E" w:rsidRDefault="00000000">
            <w:r w:rsidRPr="0094285E">
              <w:rPr>
                <w:sz w:val="17"/>
              </w:rPr>
              <w:t>1992–2000</w:t>
            </w:r>
          </w:p>
        </w:tc>
        <w:tc>
          <w:tcPr>
            <w:tcW w:w="2448" w:type="dxa"/>
            <w:vAlign w:val="center"/>
          </w:tcPr>
          <w:p w14:paraId="57468C8F" w14:textId="77777777" w:rsidR="009C6F03" w:rsidRPr="0094285E" w:rsidRDefault="00000000">
            <w:pPr>
              <w:jc w:val="center"/>
            </w:pPr>
            <w:r w:rsidRPr="0094285E">
              <w:rPr>
                <w:sz w:val="17"/>
              </w:rPr>
              <w:t>0.9399</w:t>
            </w:r>
          </w:p>
        </w:tc>
      </w:tr>
      <w:tr w:rsidR="009C6F03" w:rsidRPr="0094285E" w14:paraId="7612767D" w14:textId="77777777">
        <w:trPr>
          <w:jc w:val="center"/>
        </w:trPr>
        <w:tc>
          <w:tcPr>
            <w:tcW w:w="3024" w:type="dxa"/>
            <w:vAlign w:val="center"/>
          </w:tcPr>
          <w:p w14:paraId="1F1F1494" w14:textId="77777777" w:rsidR="009C6F03" w:rsidRPr="0094285E" w:rsidRDefault="00000000">
            <w:r w:rsidRPr="0094285E">
              <w:rPr>
                <w:sz w:val="17"/>
              </w:rPr>
              <w:t>2000–2008</w:t>
            </w:r>
          </w:p>
        </w:tc>
        <w:tc>
          <w:tcPr>
            <w:tcW w:w="2448" w:type="dxa"/>
            <w:vAlign w:val="center"/>
          </w:tcPr>
          <w:p w14:paraId="066544F1" w14:textId="77777777" w:rsidR="009C6F03" w:rsidRPr="0094285E" w:rsidRDefault="00000000">
            <w:pPr>
              <w:jc w:val="center"/>
            </w:pPr>
            <w:r w:rsidRPr="0094285E">
              <w:rPr>
                <w:sz w:val="17"/>
              </w:rPr>
              <w:t>0.9570</w:t>
            </w:r>
          </w:p>
        </w:tc>
      </w:tr>
      <w:tr w:rsidR="009C6F03" w:rsidRPr="0094285E" w14:paraId="15678567" w14:textId="77777777">
        <w:trPr>
          <w:jc w:val="center"/>
        </w:trPr>
        <w:tc>
          <w:tcPr>
            <w:tcW w:w="3024" w:type="dxa"/>
            <w:vAlign w:val="center"/>
          </w:tcPr>
          <w:p w14:paraId="3D58884E" w14:textId="77777777" w:rsidR="009C6F03" w:rsidRPr="0094285E" w:rsidRDefault="00000000">
            <w:r w:rsidRPr="0094285E">
              <w:rPr>
                <w:sz w:val="17"/>
              </w:rPr>
              <w:t>2008–2016</w:t>
            </w:r>
          </w:p>
        </w:tc>
        <w:tc>
          <w:tcPr>
            <w:tcW w:w="2448" w:type="dxa"/>
            <w:vAlign w:val="center"/>
          </w:tcPr>
          <w:p w14:paraId="0871EB96" w14:textId="77777777" w:rsidR="009C6F03" w:rsidRPr="0094285E" w:rsidRDefault="00000000">
            <w:pPr>
              <w:jc w:val="center"/>
            </w:pPr>
            <w:r w:rsidRPr="0094285E">
              <w:rPr>
                <w:sz w:val="17"/>
              </w:rPr>
              <w:t>0.9409</w:t>
            </w:r>
          </w:p>
        </w:tc>
      </w:tr>
      <w:tr w:rsidR="009C6F03" w:rsidRPr="0094285E" w14:paraId="2AA117F7" w14:textId="77777777">
        <w:trPr>
          <w:jc w:val="center"/>
        </w:trPr>
        <w:tc>
          <w:tcPr>
            <w:tcW w:w="3024" w:type="dxa"/>
            <w:vAlign w:val="center"/>
          </w:tcPr>
          <w:p w14:paraId="3F7584D4" w14:textId="77777777" w:rsidR="009C6F03" w:rsidRPr="0094285E" w:rsidRDefault="00000000">
            <w:r w:rsidRPr="0094285E">
              <w:rPr>
                <w:sz w:val="17"/>
              </w:rPr>
              <w:t>2016–2024</w:t>
            </w:r>
          </w:p>
        </w:tc>
        <w:tc>
          <w:tcPr>
            <w:tcW w:w="2448" w:type="dxa"/>
            <w:vAlign w:val="center"/>
          </w:tcPr>
          <w:p w14:paraId="1A758CA3" w14:textId="77777777" w:rsidR="009C6F03" w:rsidRPr="0094285E" w:rsidRDefault="00000000">
            <w:pPr>
              <w:jc w:val="center"/>
            </w:pPr>
            <w:r w:rsidRPr="0094285E">
              <w:rPr>
                <w:sz w:val="17"/>
              </w:rPr>
              <w:t>0.8890</w:t>
            </w:r>
          </w:p>
        </w:tc>
      </w:tr>
    </w:tbl>
    <w:p w14:paraId="012134E7" w14:textId="7BECEB8C" w:rsidR="009C6F03" w:rsidRPr="0094285E" w:rsidRDefault="00000000">
      <w:pPr>
        <w:spacing w:before="60" w:after="60"/>
      </w:pPr>
      <w:r w:rsidRPr="0094285E">
        <w:rPr>
          <w:b/>
          <w:sz w:val="17"/>
        </w:rPr>
        <w:t xml:space="preserve">Note: </w:t>
      </w:r>
      <w:r w:rsidRPr="0094285E">
        <w:rPr>
          <w:sz w:val="17"/>
        </w:rPr>
        <w:t xml:space="preserve">Kappa statistics are reported by Rimal et al. </w:t>
      </w:r>
      <w:r w:rsidR="00A31255" w:rsidRPr="0094285E">
        <w:rPr>
          <w:sz w:val="17"/>
        </w:rPr>
        <w:t>(2025)</w:t>
      </w:r>
      <w:r w:rsidRPr="0094285E">
        <w:rPr>
          <w:sz w:val="17"/>
        </w:rPr>
        <w:t xml:space="preserve"> for the published LULC dataset and are not independent accuracy assessments conducted in the present study.</w:t>
      </w:r>
      <w:r w:rsidRPr="0094285E">
        <w:rPr>
          <w:b/>
          <w:sz w:val="17"/>
        </w:rPr>
        <w:t xml:space="preserve"> Source: </w:t>
      </w:r>
      <w:r w:rsidRPr="0094285E">
        <w:rPr>
          <w:sz w:val="17"/>
        </w:rPr>
        <w:t xml:space="preserve">Rimal et al. </w:t>
      </w:r>
      <w:r w:rsidR="00A31255" w:rsidRPr="0094285E">
        <w:rPr>
          <w:sz w:val="17"/>
        </w:rPr>
        <w:t>(2025)</w:t>
      </w:r>
      <w:r w:rsidRPr="0094285E">
        <w:rPr>
          <w:sz w:val="17"/>
        </w:rPr>
        <w:t>.</w:t>
      </w:r>
    </w:p>
    <w:p w14:paraId="71F7310C" w14:textId="77777777" w:rsidR="009C6F03" w:rsidRPr="0094285E" w:rsidRDefault="009C6F03">
      <w:pPr>
        <w:sectPr w:rsidR="009C6F03" w:rsidRPr="0094285E">
          <w:pgSz w:w="12240" w:h="15840"/>
          <w:pgMar w:top="936" w:right="936" w:bottom="936" w:left="936" w:header="720" w:footer="720" w:gutter="0"/>
          <w:cols w:space="720"/>
          <w:docGrid w:linePitch="360"/>
        </w:sectPr>
      </w:pPr>
    </w:p>
    <w:p w14:paraId="33217CDE" w14:textId="77777777" w:rsidR="009C6F03" w:rsidRPr="0094285E" w:rsidRDefault="00000000">
      <w:pPr>
        <w:pStyle w:val="Caption"/>
        <w:spacing w:before="160" w:after="100"/>
        <w:rPr>
          <w:color w:val="auto"/>
        </w:rPr>
      </w:pPr>
      <w:r w:rsidRPr="0094285E">
        <w:rPr>
          <w:color w:val="auto"/>
        </w:rPr>
        <w:lastRenderedPageBreak/>
        <w:t>Table S3. Full LULC transition matrices for Kathmandu Valley, 1988–2024 (km²).</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40"/>
        <w:gridCol w:w="1512"/>
        <w:gridCol w:w="1512"/>
        <w:gridCol w:w="1512"/>
        <w:gridCol w:w="1512"/>
        <w:gridCol w:w="1512"/>
        <w:gridCol w:w="1512"/>
      </w:tblGrid>
      <w:tr w:rsidR="009C6F03" w:rsidRPr="0094285E" w14:paraId="65895B56" w14:textId="77777777">
        <w:trPr>
          <w:tblHeader/>
          <w:jc w:val="center"/>
        </w:trPr>
        <w:tc>
          <w:tcPr>
            <w:tcW w:w="1440" w:type="dxa"/>
            <w:shd w:val="clear" w:color="auto" w:fill="E7E6E6"/>
            <w:vAlign w:val="center"/>
          </w:tcPr>
          <w:p w14:paraId="26C0180F" w14:textId="77777777" w:rsidR="009C6F03" w:rsidRPr="0094285E" w:rsidRDefault="00000000">
            <w:pPr>
              <w:jc w:val="center"/>
            </w:pPr>
            <w:r w:rsidRPr="0094285E">
              <w:rPr>
                <w:b/>
                <w:sz w:val="15"/>
              </w:rPr>
              <w:t>Period</w:t>
            </w:r>
          </w:p>
        </w:tc>
        <w:tc>
          <w:tcPr>
            <w:tcW w:w="1512" w:type="dxa"/>
            <w:shd w:val="clear" w:color="auto" w:fill="E7E6E6"/>
            <w:vAlign w:val="center"/>
          </w:tcPr>
          <w:p w14:paraId="3267AEE6" w14:textId="77777777" w:rsidR="009C6F03" w:rsidRPr="0094285E" w:rsidRDefault="00000000">
            <w:pPr>
              <w:jc w:val="center"/>
            </w:pPr>
            <w:r w:rsidRPr="0094285E">
              <w:rPr>
                <w:b/>
                <w:sz w:val="15"/>
              </w:rPr>
              <w:t>Source class</w:t>
            </w:r>
          </w:p>
        </w:tc>
        <w:tc>
          <w:tcPr>
            <w:tcW w:w="1512" w:type="dxa"/>
            <w:shd w:val="clear" w:color="auto" w:fill="E7E6E6"/>
            <w:vAlign w:val="center"/>
          </w:tcPr>
          <w:p w14:paraId="4EAD70EA" w14:textId="77777777" w:rsidR="009C6F03" w:rsidRPr="0094285E" w:rsidRDefault="00000000">
            <w:pPr>
              <w:jc w:val="center"/>
            </w:pPr>
            <w:r w:rsidRPr="0094285E">
              <w:rPr>
                <w:b/>
                <w:sz w:val="15"/>
              </w:rPr>
              <w:t>Built-up</w:t>
            </w:r>
          </w:p>
        </w:tc>
        <w:tc>
          <w:tcPr>
            <w:tcW w:w="1512" w:type="dxa"/>
            <w:shd w:val="clear" w:color="auto" w:fill="E7E6E6"/>
            <w:vAlign w:val="center"/>
          </w:tcPr>
          <w:p w14:paraId="6ED1A629" w14:textId="77777777" w:rsidR="009C6F03" w:rsidRPr="0094285E" w:rsidRDefault="00000000">
            <w:pPr>
              <w:jc w:val="center"/>
            </w:pPr>
            <w:r w:rsidRPr="0094285E">
              <w:rPr>
                <w:b/>
                <w:sz w:val="15"/>
              </w:rPr>
              <w:t>Cropland</w:t>
            </w:r>
          </w:p>
        </w:tc>
        <w:tc>
          <w:tcPr>
            <w:tcW w:w="1512" w:type="dxa"/>
            <w:shd w:val="clear" w:color="auto" w:fill="E7E6E6"/>
            <w:vAlign w:val="center"/>
          </w:tcPr>
          <w:p w14:paraId="7BE054F9" w14:textId="77777777" w:rsidR="009C6F03" w:rsidRPr="0094285E" w:rsidRDefault="00000000">
            <w:pPr>
              <w:jc w:val="center"/>
            </w:pPr>
            <w:r w:rsidRPr="0094285E">
              <w:rPr>
                <w:b/>
                <w:sz w:val="15"/>
              </w:rPr>
              <w:t>Vegetation</w:t>
            </w:r>
          </w:p>
        </w:tc>
        <w:tc>
          <w:tcPr>
            <w:tcW w:w="1512" w:type="dxa"/>
            <w:shd w:val="clear" w:color="auto" w:fill="E7E6E6"/>
            <w:vAlign w:val="center"/>
          </w:tcPr>
          <w:p w14:paraId="6828CBD1" w14:textId="77777777" w:rsidR="009C6F03" w:rsidRPr="0094285E" w:rsidRDefault="00000000">
            <w:pPr>
              <w:jc w:val="center"/>
            </w:pPr>
            <w:r w:rsidRPr="0094285E">
              <w:rPr>
                <w:b/>
                <w:sz w:val="15"/>
              </w:rPr>
              <w:t>Other land</w:t>
            </w:r>
          </w:p>
        </w:tc>
        <w:tc>
          <w:tcPr>
            <w:tcW w:w="1512" w:type="dxa"/>
            <w:shd w:val="clear" w:color="auto" w:fill="E7E6E6"/>
            <w:vAlign w:val="center"/>
          </w:tcPr>
          <w:p w14:paraId="001FF868" w14:textId="77777777" w:rsidR="009C6F03" w:rsidRPr="0094285E" w:rsidRDefault="00000000">
            <w:pPr>
              <w:jc w:val="center"/>
            </w:pPr>
            <w:r w:rsidRPr="0094285E">
              <w:rPr>
                <w:b/>
                <w:sz w:val="15"/>
              </w:rPr>
              <w:t>Waterbody</w:t>
            </w:r>
          </w:p>
        </w:tc>
      </w:tr>
      <w:tr w:rsidR="009C6F03" w:rsidRPr="0094285E" w14:paraId="3A9E3C73" w14:textId="77777777">
        <w:trPr>
          <w:jc w:val="center"/>
        </w:trPr>
        <w:tc>
          <w:tcPr>
            <w:tcW w:w="1440" w:type="dxa"/>
            <w:vAlign w:val="center"/>
          </w:tcPr>
          <w:p w14:paraId="6181DCDD" w14:textId="77777777" w:rsidR="009C6F03" w:rsidRPr="0094285E" w:rsidRDefault="00000000">
            <w:r w:rsidRPr="0094285E">
              <w:rPr>
                <w:sz w:val="15"/>
              </w:rPr>
              <w:t>1988–1992</w:t>
            </w:r>
          </w:p>
        </w:tc>
        <w:tc>
          <w:tcPr>
            <w:tcW w:w="1512" w:type="dxa"/>
            <w:vAlign w:val="center"/>
          </w:tcPr>
          <w:p w14:paraId="4E0304B8" w14:textId="77777777" w:rsidR="009C6F03" w:rsidRPr="0094285E" w:rsidRDefault="00000000">
            <w:pPr>
              <w:jc w:val="center"/>
            </w:pPr>
            <w:r w:rsidRPr="0094285E">
              <w:rPr>
                <w:sz w:val="15"/>
              </w:rPr>
              <w:t>Built-up</w:t>
            </w:r>
          </w:p>
        </w:tc>
        <w:tc>
          <w:tcPr>
            <w:tcW w:w="1512" w:type="dxa"/>
            <w:vAlign w:val="center"/>
          </w:tcPr>
          <w:p w14:paraId="64D8D90A" w14:textId="77777777" w:rsidR="009C6F03" w:rsidRPr="0094285E" w:rsidRDefault="00000000">
            <w:pPr>
              <w:jc w:val="center"/>
            </w:pPr>
            <w:r w:rsidRPr="0094285E">
              <w:rPr>
                <w:sz w:val="15"/>
              </w:rPr>
              <w:t>37.75</w:t>
            </w:r>
          </w:p>
        </w:tc>
        <w:tc>
          <w:tcPr>
            <w:tcW w:w="1512" w:type="dxa"/>
            <w:vAlign w:val="center"/>
          </w:tcPr>
          <w:p w14:paraId="6E0B386F" w14:textId="77777777" w:rsidR="009C6F03" w:rsidRPr="0094285E" w:rsidRDefault="00000000">
            <w:pPr>
              <w:jc w:val="center"/>
            </w:pPr>
            <w:r w:rsidRPr="0094285E">
              <w:rPr>
                <w:sz w:val="15"/>
              </w:rPr>
              <w:t>0.17</w:t>
            </w:r>
          </w:p>
        </w:tc>
        <w:tc>
          <w:tcPr>
            <w:tcW w:w="1512" w:type="dxa"/>
            <w:vAlign w:val="center"/>
          </w:tcPr>
          <w:p w14:paraId="3F80F86E" w14:textId="77777777" w:rsidR="009C6F03" w:rsidRPr="0094285E" w:rsidRDefault="00000000">
            <w:pPr>
              <w:jc w:val="center"/>
            </w:pPr>
            <w:r w:rsidRPr="0094285E">
              <w:rPr>
                <w:sz w:val="15"/>
              </w:rPr>
              <w:t>0.05</w:t>
            </w:r>
          </w:p>
        </w:tc>
        <w:tc>
          <w:tcPr>
            <w:tcW w:w="1512" w:type="dxa"/>
            <w:vAlign w:val="center"/>
          </w:tcPr>
          <w:p w14:paraId="51C76269" w14:textId="77777777" w:rsidR="009C6F03" w:rsidRPr="0094285E" w:rsidRDefault="00000000">
            <w:pPr>
              <w:jc w:val="center"/>
            </w:pPr>
            <w:r w:rsidRPr="0094285E">
              <w:rPr>
                <w:sz w:val="15"/>
              </w:rPr>
              <w:t>0.01</w:t>
            </w:r>
          </w:p>
        </w:tc>
        <w:tc>
          <w:tcPr>
            <w:tcW w:w="1512" w:type="dxa"/>
            <w:vAlign w:val="center"/>
          </w:tcPr>
          <w:p w14:paraId="691736CD" w14:textId="77777777" w:rsidR="009C6F03" w:rsidRPr="0094285E" w:rsidRDefault="00000000">
            <w:pPr>
              <w:jc w:val="center"/>
            </w:pPr>
            <w:r w:rsidRPr="0094285E">
              <w:rPr>
                <w:sz w:val="15"/>
              </w:rPr>
              <w:t>0.01</w:t>
            </w:r>
          </w:p>
        </w:tc>
      </w:tr>
      <w:tr w:rsidR="009C6F03" w:rsidRPr="0094285E" w14:paraId="2AE411FD" w14:textId="77777777">
        <w:trPr>
          <w:jc w:val="center"/>
        </w:trPr>
        <w:tc>
          <w:tcPr>
            <w:tcW w:w="1440" w:type="dxa"/>
            <w:vAlign w:val="center"/>
          </w:tcPr>
          <w:p w14:paraId="6381E9C8" w14:textId="77777777" w:rsidR="009C6F03" w:rsidRPr="0094285E" w:rsidRDefault="009C6F03"/>
        </w:tc>
        <w:tc>
          <w:tcPr>
            <w:tcW w:w="1512" w:type="dxa"/>
            <w:vAlign w:val="center"/>
          </w:tcPr>
          <w:p w14:paraId="09F28DFA" w14:textId="77777777" w:rsidR="009C6F03" w:rsidRPr="0094285E" w:rsidRDefault="00000000">
            <w:pPr>
              <w:jc w:val="center"/>
            </w:pPr>
            <w:r w:rsidRPr="0094285E">
              <w:rPr>
                <w:sz w:val="15"/>
              </w:rPr>
              <w:t>Cropland</w:t>
            </w:r>
          </w:p>
        </w:tc>
        <w:tc>
          <w:tcPr>
            <w:tcW w:w="1512" w:type="dxa"/>
            <w:vAlign w:val="center"/>
          </w:tcPr>
          <w:p w14:paraId="393D6E03" w14:textId="77777777" w:rsidR="009C6F03" w:rsidRPr="0094285E" w:rsidRDefault="00000000">
            <w:pPr>
              <w:jc w:val="center"/>
            </w:pPr>
            <w:r w:rsidRPr="0094285E">
              <w:rPr>
                <w:sz w:val="15"/>
              </w:rPr>
              <w:t>2.58</w:t>
            </w:r>
          </w:p>
        </w:tc>
        <w:tc>
          <w:tcPr>
            <w:tcW w:w="1512" w:type="dxa"/>
            <w:vAlign w:val="center"/>
          </w:tcPr>
          <w:p w14:paraId="04B239CB" w14:textId="77777777" w:rsidR="009C6F03" w:rsidRPr="0094285E" w:rsidRDefault="00000000">
            <w:pPr>
              <w:jc w:val="center"/>
            </w:pPr>
            <w:r w:rsidRPr="0094285E">
              <w:rPr>
                <w:sz w:val="15"/>
              </w:rPr>
              <w:t>407.56</w:t>
            </w:r>
          </w:p>
        </w:tc>
        <w:tc>
          <w:tcPr>
            <w:tcW w:w="1512" w:type="dxa"/>
            <w:vAlign w:val="center"/>
          </w:tcPr>
          <w:p w14:paraId="445FC5E9" w14:textId="77777777" w:rsidR="009C6F03" w:rsidRPr="0094285E" w:rsidRDefault="00000000">
            <w:pPr>
              <w:jc w:val="center"/>
            </w:pPr>
            <w:r w:rsidRPr="0094285E">
              <w:rPr>
                <w:sz w:val="15"/>
              </w:rPr>
              <w:t>6.26</w:t>
            </w:r>
          </w:p>
        </w:tc>
        <w:tc>
          <w:tcPr>
            <w:tcW w:w="1512" w:type="dxa"/>
            <w:vAlign w:val="center"/>
          </w:tcPr>
          <w:p w14:paraId="29385915" w14:textId="77777777" w:rsidR="009C6F03" w:rsidRPr="0094285E" w:rsidRDefault="00000000">
            <w:pPr>
              <w:jc w:val="center"/>
            </w:pPr>
            <w:r w:rsidRPr="0094285E">
              <w:rPr>
                <w:sz w:val="15"/>
              </w:rPr>
              <w:t>1.14</w:t>
            </w:r>
          </w:p>
        </w:tc>
        <w:tc>
          <w:tcPr>
            <w:tcW w:w="1512" w:type="dxa"/>
            <w:vAlign w:val="center"/>
          </w:tcPr>
          <w:p w14:paraId="71BE4182" w14:textId="77777777" w:rsidR="009C6F03" w:rsidRPr="0094285E" w:rsidRDefault="00000000">
            <w:pPr>
              <w:jc w:val="center"/>
            </w:pPr>
            <w:r w:rsidRPr="0094285E">
              <w:rPr>
                <w:sz w:val="15"/>
              </w:rPr>
              <w:t>0.78</w:t>
            </w:r>
          </w:p>
        </w:tc>
      </w:tr>
      <w:tr w:rsidR="009C6F03" w:rsidRPr="0094285E" w14:paraId="4ECC0C65" w14:textId="77777777">
        <w:trPr>
          <w:jc w:val="center"/>
        </w:trPr>
        <w:tc>
          <w:tcPr>
            <w:tcW w:w="1440" w:type="dxa"/>
            <w:vAlign w:val="center"/>
          </w:tcPr>
          <w:p w14:paraId="0A92D0D5" w14:textId="77777777" w:rsidR="009C6F03" w:rsidRPr="0094285E" w:rsidRDefault="009C6F03"/>
        </w:tc>
        <w:tc>
          <w:tcPr>
            <w:tcW w:w="1512" w:type="dxa"/>
            <w:vAlign w:val="center"/>
          </w:tcPr>
          <w:p w14:paraId="3D623E84" w14:textId="77777777" w:rsidR="009C6F03" w:rsidRPr="0094285E" w:rsidRDefault="00000000">
            <w:pPr>
              <w:jc w:val="center"/>
            </w:pPr>
            <w:r w:rsidRPr="0094285E">
              <w:rPr>
                <w:sz w:val="15"/>
              </w:rPr>
              <w:t>Vegetation</w:t>
            </w:r>
          </w:p>
        </w:tc>
        <w:tc>
          <w:tcPr>
            <w:tcW w:w="1512" w:type="dxa"/>
            <w:vAlign w:val="center"/>
          </w:tcPr>
          <w:p w14:paraId="7D051E33" w14:textId="77777777" w:rsidR="009C6F03" w:rsidRPr="0094285E" w:rsidRDefault="00000000">
            <w:pPr>
              <w:jc w:val="center"/>
            </w:pPr>
            <w:r w:rsidRPr="0094285E">
              <w:rPr>
                <w:sz w:val="15"/>
              </w:rPr>
              <w:t>0.09</w:t>
            </w:r>
          </w:p>
        </w:tc>
        <w:tc>
          <w:tcPr>
            <w:tcW w:w="1512" w:type="dxa"/>
            <w:vAlign w:val="center"/>
          </w:tcPr>
          <w:p w14:paraId="486478F9" w14:textId="77777777" w:rsidR="009C6F03" w:rsidRPr="0094285E" w:rsidRDefault="00000000">
            <w:pPr>
              <w:jc w:val="center"/>
            </w:pPr>
            <w:r w:rsidRPr="0094285E">
              <w:rPr>
                <w:sz w:val="15"/>
              </w:rPr>
              <w:t>8.92</w:t>
            </w:r>
          </w:p>
        </w:tc>
        <w:tc>
          <w:tcPr>
            <w:tcW w:w="1512" w:type="dxa"/>
            <w:vAlign w:val="center"/>
          </w:tcPr>
          <w:p w14:paraId="5181B868" w14:textId="77777777" w:rsidR="009C6F03" w:rsidRPr="0094285E" w:rsidRDefault="00000000">
            <w:pPr>
              <w:jc w:val="center"/>
            </w:pPr>
            <w:r w:rsidRPr="0094285E">
              <w:rPr>
                <w:sz w:val="15"/>
              </w:rPr>
              <w:t>221.27</w:t>
            </w:r>
          </w:p>
        </w:tc>
        <w:tc>
          <w:tcPr>
            <w:tcW w:w="1512" w:type="dxa"/>
            <w:vAlign w:val="center"/>
          </w:tcPr>
          <w:p w14:paraId="788C4059" w14:textId="77777777" w:rsidR="009C6F03" w:rsidRPr="0094285E" w:rsidRDefault="00000000">
            <w:pPr>
              <w:jc w:val="center"/>
            </w:pPr>
            <w:r w:rsidRPr="0094285E">
              <w:rPr>
                <w:sz w:val="15"/>
              </w:rPr>
              <w:t>0.10</w:t>
            </w:r>
          </w:p>
        </w:tc>
        <w:tc>
          <w:tcPr>
            <w:tcW w:w="1512" w:type="dxa"/>
            <w:vAlign w:val="center"/>
          </w:tcPr>
          <w:p w14:paraId="378D9CFB" w14:textId="77777777" w:rsidR="009C6F03" w:rsidRPr="0094285E" w:rsidRDefault="00000000">
            <w:pPr>
              <w:jc w:val="center"/>
            </w:pPr>
            <w:r w:rsidRPr="0094285E">
              <w:rPr>
                <w:sz w:val="15"/>
              </w:rPr>
              <w:t>0.31</w:t>
            </w:r>
          </w:p>
        </w:tc>
      </w:tr>
      <w:tr w:rsidR="009C6F03" w:rsidRPr="0094285E" w14:paraId="6378C441" w14:textId="77777777">
        <w:trPr>
          <w:jc w:val="center"/>
        </w:trPr>
        <w:tc>
          <w:tcPr>
            <w:tcW w:w="1440" w:type="dxa"/>
            <w:vAlign w:val="center"/>
          </w:tcPr>
          <w:p w14:paraId="050455E9" w14:textId="77777777" w:rsidR="009C6F03" w:rsidRPr="0094285E" w:rsidRDefault="009C6F03"/>
        </w:tc>
        <w:tc>
          <w:tcPr>
            <w:tcW w:w="1512" w:type="dxa"/>
            <w:vAlign w:val="center"/>
          </w:tcPr>
          <w:p w14:paraId="12608F9C" w14:textId="77777777" w:rsidR="009C6F03" w:rsidRPr="0094285E" w:rsidRDefault="00000000">
            <w:pPr>
              <w:jc w:val="center"/>
            </w:pPr>
            <w:r w:rsidRPr="0094285E">
              <w:rPr>
                <w:sz w:val="15"/>
              </w:rPr>
              <w:t>Other land</w:t>
            </w:r>
          </w:p>
        </w:tc>
        <w:tc>
          <w:tcPr>
            <w:tcW w:w="1512" w:type="dxa"/>
            <w:vAlign w:val="center"/>
          </w:tcPr>
          <w:p w14:paraId="1D71FD7C" w14:textId="77777777" w:rsidR="009C6F03" w:rsidRPr="0094285E" w:rsidRDefault="00000000">
            <w:pPr>
              <w:jc w:val="center"/>
            </w:pPr>
            <w:r w:rsidRPr="0094285E">
              <w:rPr>
                <w:sz w:val="15"/>
              </w:rPr>
              <w:t>0.10</w:t>
            </w:r>
          </w:p>
        </w:tc>
        <w:tc>
          <w:tcPr>
            <w:tcW w:w="1512" w:type="dxa"/>
            <w:vAlign w:val="center"/>
          </w:tcPr>
          <w:p w14:paraId="39163F29" w14:textId="77777777" w:rsidR="009C6F03" w:rsidRPr="0094285E" w:rsidRDefault="00000000">
            <w:pPr>
              <w:jc w:val="center"/>
            </w:pPr>
            <w:r w:rsidRPr="0094285E">
              <w:rPr>
                <w:sz w:val="15"/>
              </w:rPr>
              <w:t>0.41</w:t>
            </w:r>
          </w:p>
        </w:tc>
        <w:tc>
          <w:tcPr>
            <w:tcW w:w="1512" w:type="dxa"/>
            <w:vAlign w:val="center"/>
          </w:tcPr>
          <w:p w14:paraId="2581DBD1" w14:textId="77777777" w:rsidR="009C6F03" w:rsidRPr="0094285E" w:rsidRDefault="00000000">
            <w:pPr>
              <w:jc w:val="center"/>
            </w:pPr>
            <w:r w:rsidRPr="0094285E">
              <w:rPr>
                <w:sz w:val="15"/>
              </w:rPr>
              <w:t>0.05</w:t>
            </w:r>
          </w:p>
        </w:tc>
        <w:tc>
          <w:tcPr>
            <w:tcW w:w="1512" w:type="dxa"/>
            <w:vAlign w:val="center"/>
          </w:tcPr>
          <w:p w14:paraId="01DAA531" w14:textId="77777777" w:rsidR="009C6F03" w:rsidRPr="0094285E" w:rsidRDefault="00000000">
            <w:pPr>
              <w:jc w:val="center"/>
            </w:pPr>
            <w:r w:rsidRPr="0094285E">
              <w:rPr>
                <w:sz w:val="15"/>
              </w:rPr>
              <w:t>1.03</w:t>
            </w:r>
          </w:p>
        </w:tc>
        <w:tc>
          <w:tcPr>
            <w:tcW w:w="1512" w:type="dxa"/>
            <w:vAlign w:val="center"/>
          </w:tcPr>
          <w:p w14:paraId="3BFFE81F" w14:textId="77777777" w:rsidR="009C6F03" w:rsidRPr="0094285E" w:rsidRDefault="00000000">
            <w:pPr>
              <w:jc w:val="center"/>
            </w:pPr>
            <w:r w:rsidRPr="0094285E">
              <w:rPr>
                <w:sz w:val="15"/>
              </w:rPr>
              <w:t>0.38</w:t>
            </w:r>
          </w:p>
        </w:tc>
      </w:tr>
      <w:tr w:rsidR="009C6F03" w:rsidRPr="0094285E" w14:paraId="290A2EDA" w14:textId="77777777">
        <w:trPr>
          <w:jc w:val="center"/>
        </w:trPr>
        <w:tc>
          <w:tcPr>
            <w:tcW w:w="1440" w:type="dxa"/>
            <w:vAlign w:val="center"/>
          </w:tcPr>
          <w:p w14:paraId="2B0DDE09" w14:textId="77777777" w:rsidR="009C6F03" w:rsidRPr="0094285E" w:rsidRDefault="009C6F03"/>
        </w:tc>
        <w:tc>
          <w:tcPr>
            <w:tcW w:w="1512" w:type="dxa"/>
            <w:vAlign w:val="center"/>
          </w:tcPr>
          <w:p w14:paraId="4E0BD2BD" w14:textId="77777777" w:rsidR="009C6F03" w:rsidRPr="0094285E" w:rsidRDefault="00000000">
            <w:pPr>
              <w:jc w:val="center"/>
            </w:pPr>
            <w:r w:rsidRPr="0094285E">
              <w:rPr>
                <w:sz w:val="15"/>
              </w:rPr>
              <w:t>Waterbody</w:t>
            </w:r>
          </w:p>
        </w:tc>
        <w:tc>
          <w:tcPr>
            <w:tcW w:w="1512" w:type="dxa"/>
            <w:vAlign w:val="center"/>
          </w:tcPr>
          <w:p w14:paraId="36A083D6" w14:textId="77777777" w:rsidR="009C6F03" w:rsidRPr="0094285E" w:rsidRDefault="00000000">
            <w:pPr>
              <w:jc w:val="center"/>
            </w:pPr>
            <w:r w:rsidRPr="0094285E">
              <w:rPr>
                <w:sz w:val="15"/>
              </w:rPr>
              <w:t>0.17</w:t>
            </w:r>
          </w:p>
        </w:tc>
        <w:tc>
          <w:tcPr>
            <w:tcW w:w="1512" w:type="dxa"/>
            <w:vAlign w:val="center"/>
          </w:tcPr>
          <w:p w14:paraId="46EE8727" w14:textId="77777777" w:rsidR="009C6F03" w:rsidRPr="0094285E" w:rsidRDefault="00000000">
            <w:pPr>
              <w:jc w:val="center"/>
            </w:pPr>
            <w:r w:rsidRPr="0094285E">
              <w:rPr>
                <w:sz w:val="15"/>
              </w:rPr>
              <w:t>0.64</w:t>
            </w:r>
          </w:p>
        </w:tc>
        <w:tc>
          <w:tcPr>
            <w:tcW w:w="1512" w:type="dxa"/>
            <w:vAlign w:val="center"/>
          </w:tcPr>
          <w:p w14:paraId="47C3B7E9" w14:textId="77777777" w:rsidR="009C6F03" w:rsidRPr="0094285E" w:rsidRDefault="00000000">
            <w:pPr>
              <w:jc w:val="center"/>
            </w:pPr>
            <w:r w:rsidRPr="0094285E">
              <w:rPr>
                <w:sz w:val="15"/>
              </w:rPr>
              <w:t>0.04</w:t>
            </w:r>
          </w:p>
        </w:tc>
        <w:tc>
          <w:tcPr>
            <w:tcW w:w="1512" w:type="dxa"/>
            <w:vAlign w:val="center"/>
          </w:tcPr>
          <w:p w14:paraId="3A735031" w14:textId="77777777" w:rsidR="009C6F03" w:rsidRPr="0094285E" w:rsidRDefault="00000000">
            <w:pPr>
              <w:jc w:val="center"/>
            </w:pPr>
            <w:r w:rsidRPr="0094285E">
              <w:rPr>
                <w:sz w:val="15"/>
              </w:rPr>
              <w:t>0.40</w:t>
            </w:r>
          </w:p>
        </w:tc>
        <w:tc>
          <w:tcPr>
            <w:tcW w:w="1512" w:type="dxa"/>
            <w:vAlign w:val="center"/>
          </w:tcPr>
          <w:p w14:paraId="74D84CE0" w14:textId="77777777" w:rsidR="009C6F03" w:rsidRPr="0094285E" w:rsidRDefault="00000000">
            <w:pPr>
              <w:jc w:val="center"/>
            </w:pPr>
            <w:r w:rsidRPr="0094285E">
              <w:rPr>
                <w:sz w:val="15"/>
              </w:rPr>
              <w:t>4.04</w:t>
            </w:r>
          </w:p>
        </w:tc>
      </w:tr>
      <w:tr w:rsidR="009C6F03" w:rsidRPr="0094285E" w14:paraId="36859111" w14:textId="77777777">
        <w:trPr>
          <w:jc w:val="center"/>
        </w:trPr>
        <w:tc>
          <w:tcPr>
            <w:tcW w:w="1440" w:type="dxa"/>
            <w:vAlign w:val="center"/>
          </w:tcPr>
          <w:p w14:paraId="06B4363E" w14:textId="77777777" w:rsidR="009C6F03" w:rsidRPr="0094285E" w:rsidRDefault="00000000">
            <w:r w:rsidRPr="0094285E">
              <w:rPr>
                <w:sz w:val="15"/>
              </w:rPr>
              <w:t>1992–2000</w:t>
            </w:r>
          </w:p>
        </w:tc>
        <w:tc>
          <w:tcPr>
            <w:tcW w:w="1512" w:type="dxa"/>
            <w:vAlign w:val="center"/>
          </w:tcPr>
          <w:p w14:paraId="4A91A238" w14:textId="77777777" w:rsidR="009C6F03" w:rsidRPr="0094285E" w:rsidRDefault="00000000">
            <w:pPr>
              <w:jc w:val="center"/>
            </w:pPr>
            <w:r w:rsidRPr="0094285E">
              <w:rPr>
                <w:sz w:val="15"/>
              </w:rPr>
              <w:t>Built-up</w:t>
            </w:r>
          </w:p>
        </w:tc>
        <w:tc>
          <w:tcPr>
            <w:tcW w:w="1512" w:type="dxa"/>
            <w:vAlign w:val="center"/>
          </w:tcPr>
          <w:p w14:paraId="500912F0" w14:textId="77777777" w:rsidR="009C6F03" w:rsidRPr="0094285E" w:rsidRDefault="00000000">
            <w:pPr>
              <w:jc w:val="center"/>
            </w:pPr>
            <w:r w:rsidRPr="0094285E">
              <w:rPr>
                <w:sz w:val="15"/>
              </w:rPr>
              <w:t>40.42</w:t>
            </w:r>
          </w:p>
        </w:tc>
        <w:tc>
          <w:tcPr>
            <w:tcW w:w="1512" w:type="dxa"/>
            <w:vAlign w:val="center"/>
          </w:tcPr>
          <w:p w14:paraId="07285DCD" w14:textId="77777777" w:rsidR="009C6F03" w:rsidRPr="0094285E" w:rsidRDefault="00000000">
            <w:pPr>
              <w:jc w:val="center"/>
            </w:pPr>
            <w:r w:rsidRPr="0094285E">
              <w:rPr>
                <w:sz w:val="15"/>
              </w:rPr>
              <w:t>0.09</w:t>
            </w:r>
          </w:p>
        </w:tc>
        <w:tc>
          <w:tcPr>
            <w:tcW w:w="1512" w:type="dxa"/>
            <w:vAlign w:val="center"/>
          </w:tcPr>
          <w:p w14:paraId="32A3486E" w14:textId="77777777" w:rsidR="009C6F03" w:rsidRPr="0094285E" w:rsidRDefault="00000000">
            <w:pPr>
              <w:jc w:val="center"/>
            </w:pPr>
            <w:r w:rsidRPr="0094285E">
              <w:rPr>
                <w:sz w:val="15"/>
              </w:rPr>
              <w:t>0.13</w:t>
            </w:r>
          </w:p>
        </w:tc>
        <w:tc>
          <w:tcPr>
            <w:tcW w:w="1512" w:type="dxa"/>
            <w:vAlign w:val="center"/>
          </w:tcPr>
          <w:p w14:paraId="3D1E7E53" w14:textId="77777777" w:rsidR="009C6F03" w:rsidRPr="0094285E" w:rsidRDefault="00000000">
            <w:pPr>
              <w:jc w:val="center"/>
            </w:pPr>
            <w:r w:rsidRPr="0094285E">
              <w:rPr>
                <w:sz w:val="15"/>
              </w:rPr>
              <w:t>0.01</w:t>
            </w:r>
          </w:p>
        </w:tc>
        <w:tc>
          <w:tcPr>
            <w:tcW w:w="1512" w:type="dxa"/>
            <w:vAlign w:val="center"/>
          </w:tcPr>
          <w:p w14:paraId="55E1123D" w14:textId="77777777" w:rsidR="009C6F03" w:rsidRPr="0094285E" w:rsidRDefault="00000000">
            <w:pPr>
              <w:jc w:val="center"/>
            </w:pPr>
            <w:r w:rsidRPr="0094285E">
              <w:rPr>
                <w:sz w:val="15"/>
              </w:rPr>
              <w:t>0.05</w:t>
            </w:r>
          </w:p>
        </w:tc>
      </w:tr>
      <w:tr w:rsidR="009C6F03" w:rsidRPr="0094285E" w14:paraId="1CF453DB" w14:textId="77777777">
        <w:trPr>
          <w:jc w:val="center"/>
        </w:trPr>
        <w:tc>
          <w:tcPr>
            <w:tcW w:w="1440" w:type="dxa"/>
            <w:vAlign w:val="center"/>
          </w:tcPr>
          <w:p w14:paraId="3D1B0A06" w14:textId="77777777" w:rsidR="009C6F03" w:rsidRPr="0094285E" w:rsidRDefault="009C6F03"/>
        </w:tc>
        <w:tc>
          <w:tcPr>
            <w:tcW w:w="1512" w:type="dxa"/>
            <w:vAlign w:val="center"/>
          </w:tcPr>
          <w:p w14:paraId="515C61A5" w14:textId="77777777" w:rsidR="009C6F03" w:rsidRPr="0094285E" w:rsidRDefault="00000000">
            <w:pPr>
              <w:jc w:val="center"/>
            </w:pPr>
            <w:r w:rsidRPr="0094285E">
              <w:rPr>
                <w:sz w:val="15"/>
              </w:rPr>
              <w:t>Cropland</w:t>
            </w:r>
          </w:p>
        </w:tc>
        <w:tc>
          <w:tcPr>
            <w:tcW w:w="1512" w:type="dxa"/>
            <w:vAlign w:val="center"/>
          </w:tcPr>
          <w:p w14:paraId="601ACC22" w14:textId="77777777" w:rsidR="009C6F03" w:rsidRPr="0094285E" w:rsidRDefault="00000000">
            <w:pPr>
              <w:jc w:val="center"/>
            </w:pPr>
            <w:r w:rsidRPr="0094285E">
              <w:rPr>
                <w:sz w:val="15"/>
              </w:rPr>
              <w:t>31.90</w:t>
            </w:r>
          </w:p>
        </w:tc>
        <w:tc>
          <w:tcPr>
            <w:tcW w:w="1512" w:type="dxa"/>
            <w:vAlign w:val="center"/>
          </w:tcPr>
          <w:p w14:paraId="7F162258" w14:textId="77777777" w:rsidR="009C6F03" w:rsidRPr="0094285E" w:rsidRDefault="00000000">
            <w:pPr>
              <w:jc w:val="center"/>
            </w:pPr>
            <w:r w:rsidRPr="0094285E">
              <w:rPr>
                <w:sz w:val="15"/>
              </w:rPr>
              <w:t>370.52</w:t>
            </w:r>
          </w:p>
        </w:tc>
        <w:tc>
          <w:tcPr>
            <w:tcW w:w="1512" w:type="dxa"/>
            <w:vAlign w:val="center"/>
          </w:tcPr>
          <w:p w14:paraId="0F307CB0" w14:textId="77777777" w:rsidR="009C6F03" w:rsidRPr="0094285E" w:rsidRDefault="00000000">
            <w:pPr>
              <w:jc w:val="center"/>
            </w:pPr>
            <w:r w:rsidRPr="0094285E">
              <w:rPr>
                <w:sz w:val="15"/>
              </w:rPr>
              <w:t>13.54</w:t>
            </w:r>
          </w:p>
        </w:tc>
        <w:tc>
          <w:tcPr>
            <w:tcW w:w="1512" w:type="dxa"/>
            <w:vAlign w:val="center"/>
          </w:tcPr>
          <w:p w14:paraId="522C2302" w14:textId="77777777" w:rsidR="009C6F03" w:rsidRPr="0094285E" w:rsidRDefault="00000000">
            <w:pPr>
              <w:jc w:val="center"/>
            </w:pPr>
            <w:r w:rsidRPr="0094285E">
              <w:rPr>
                <w:sz w:val="15"/>
              </w:rPr>
              <w:t>0.67</w:t>
            </w:r>
          </w:p>
        </w:tc>
        <w:tc>
          <w:tcPr>
            <w:tcW w:w="1512" w:type="dxa"/>
            <w:vAlign w:val="center"/>
          </w:tcPr>
          <w:p w14:paraId="0247F0FA" w14:textId="77777777" w:rsidR="009C6F03" w:rsidRPr="0094285E" w:rsidRDefault="00000000">
            <w:pPr>
              <w:jc w:val="center"/>
            </w:pPr>
            <w:r w:rsidRPr="0094285E">
              <w:rPr>
                <w:sz w:val="15"/>
              </w:rPr>
              <w:t>1.06</w:t>
            </w:r>
          </w:p>
        </w:tc>
      </w:tr>
      <w:tr w:rsidR="009C6F03" w:rsidRPr="0094285E" w14:paraId="5306AAC4" w14:textId="77777777">
        <w:trPr>
          <w:jc w:val="center"/>
        </w:trPr>
        <w:tc>
          <w:tcPr>
            <w:tcW w:w="1440" w:type="dxa"/>
            <w:vAlign w:val="center"/>
          </w:tcPr>
          <w:p w14:paraId="6441B267" w14:textId="77777777" w:rsidR="009C6F03" w:rsidRPr="0094285E" w:rsidRDefault="009C6F03"/>
        </w:tc>
        <w:tc>
          <w:tcPr>
            <w:tcW w:w="1512" w:type="dxa"/>
            <w:vAlign w:val="center"/>
          </w:tcPr>
          <w:p w14:paraId="476612F4" w14:textId="77777777" w:rsidR="009C6F03" w:rsidRPr="0094285E" w:rsidRDefault="00000000">
            <w:pPr>
              <w:jc w:val="center"/>
            </w:pPr>
            <w:r w:rsidRPr="0094285E">
              <w:rPr>
                <w:sz w:val="15"/>
              </w:rPr>
              <w:t>Vegetation</w:t>
            </w:r>
          </w:p>
        </w:tc>
        <w:tc>
          <w:tcPr>
            <w:tcW w:w="1512" w:type="dxa"/>
            <w:vAlign w:val="center"/>
          </w:tcPr>
          <w:p w14:paraId="31F1E5F2" w14:textId="77777777" w:rsidR="009C6F03" w:rsidRPr="0094285E" w:rsidRDefault="00000000">
            <w:pPr>
              <w:jc w:val="center"/>
            </w:pPr>
            <w:r w:rsidRPr="0094285E">
              <w:rPr>
                <w:sz w:val="15"/>
              </w:rPr>
              <w:t>0.14</w:t>
            </w:r>
          </w:p>
        </w:tc>
        <w:tc>
          <w:tcPr>
            <w:tcW w:w="1512" w:type="dxa"/>
            <w:vAlign w:val="center"/>
          </w:tcPr>
          <w:p w14:paraId="280F3D72" w14:textId="77777777" w:rsidR="009C6F03" w:rsidRPr="0094285E" w:rsidRDefault="00000000">
            <w:pPr>
              <w:jc w:val="center"/>
            </w:pPr>
            <w:r w:rsidRPr="0094285E">
              <w:rPr>
                <w:sz w:val="15"/>
              </w:rPr>
              <w:t>9.33</w:t>
            </w:r>
          </w:p>
        </w:tc>
        <w:tc>
          <w:tcPr>
            <w:tcW w:w="1512" w:type="dxa"/>
            <w:vAlign w:val="center"/>
          </w:tcPr>
          <w:p w14:paraId="6BB511A8" w14:textId="77777777" w:rsidR="009C6F03" w:rsidRPr="0094285E" w:rsidRDefault="00000000">
            <w:pPr>
              <w:jc w:val="center"/>
            </w:pPr>
            <w:r w:rsidRPr="0094285E">
              <w:rPr>
                <w:sz w:val="15"/>
              </w:rPr>
              <w:t>218.03</w:t>
            </w:r>
          </w:p>
        </w:tc>
        <w:tc>
          <w:tcPr>
            <w:tcW w:w="1512" w:type="dxa"/>
            <w:vAlign w:val="center"/>
          </w:tcPr>
          <w:p w14:paraId="1C7352AB" w14:textId="77777777" w:rsidR="009C6F03" w:rsidRPr="0094285E" w:rsidRDefault="00000000">
            <w:pPr>
              <w:jc w:val="center"/>
            </w:pPr>
            <w:r w:rsidRPr="0094285E">
              <w:rPr>
                <w:sz w:val="15"/>
              </w:rPr>
              <w:t>0.11</w:t>
            </w:r>
          </w:p>
        </w:tc>
        <w:tc>
          <w:tcPr>
            <w:tcW w:w="1512" w:type="dxa"/>
            <w:vAlign w:val="center"/>
          </w:tcPr>
          <w:p w14:paraId="0F372EAF" w14:textId="77777777" w:rsidR="009C6F03" w:rsidRPr="0094285E" w:rsidRDefault="00000000">
            <w:pPr>
              <w:jc w:val="center"/>
            </w:pPr>
            <w:r w:rsidRPr="0094285E">
              <w:rPr>
                <w:sz w:val="15"/>
              </w:rPr>
              <w:t>0.05</w:t>
            </w:r>
          </w:p>
        </w:tc>
      </w:tr>
      <w:tr w:rsidR="009C6F03" w:rsidRPr="0094285E" w14:paraId="55485D2E" w14:textId="77777777">
        <w:trPr>
          <w:jc w:val="center"/>
        </w:trPr>
        <w:tc>
          <w:tcPr>
            <w:tcW w:w="1440" w:type="dxa"/>
            <w:vAlign w:val="center"/>
          </w:tcPr>
          <w:p w14:paraId="41D20E13" w14:textId="77777777" w:rsidR="009C6F03" w:rsidRPr="0094285E" w:rsidRDefault="009C6F03"/>
        </w:tc>
        <w:tc>
          <w:tcPr>
            <w:tcW w:w="1512" w:type="dxa"/>
            <w:vAlign w:val="center"/>
          </w:tcPr>
          <w:p w14:paraId="3272C5D2" w14:textId="77777777" w:rsidR="009C6F03" w:rsidRPr="0094285E" w:rsidRDefault="00000000">
            <w:pPr>
              <w:jc w:val="center"/>
            </w:pPr>
            <w:r w:rsidRPr="0094285E">
              <w:rPr>
                <w:sz w:val="15"/>
              </w:rPr>
              <w:t>Other land</w:t>
            </w:r>
          </w:p>
        </w:tc>
        <w:tc>
          <w:tcPr>
            <w:tcW w:w="1512" w:type="dxa"/>
            <w:vAlign w:val="center"/>
          </w:tcPr>
          <w:p w14:paraId="781BD7BC" w14:textId="77777777" w:rsidR="009C6F03" w:rsidRPr="0094285E" w:rsidRDefault="00000000">
            <w:pPr>
              <w:jc w:val="center"/>
            </w:pPr>
            <w:r w:rsidRPr="0094285E">
              <w:rPr>
                <w:sz w:val="15"/>
              </w:rPr>
              <w:t>0.94</w:t>
            </w:r>
          </w:p>
        </w:tc>
        <w:tc>
          <w:tcPr>
            <w:tcW w:w="1512" w:type="dxa"/>
            <w:vAlign w:val="center"/>
          </w:tcPr>
          <w:p w14:paraId="5F304E51" w14:textId="77777777" w:rsidR="009C6F03" w:rsidRPr="0094285E" w:rsidRDefault="00000000">
            <w:pPr>
              <w:jc w:val="center"/>
            </w:pPr>
            <w:r w:rsidRPr="0094285E">
              <w:rPr>
                <w:sz w:val="15"/>
              </w:rPr>
              <w:t>0.45</w:t>
            </w:r>
          </w:p>
        </w:tc>
        <w:tc>
          <w:tcPr>
            <w:tcW w:w="1512" w:type="dxa"/>
            <w:vAlign w:val="center"/>
          </w:tcPr>
          <w:p w14:paraId="5B395F8D" w14:textId="77777777" w:rsidR="009C6F03" w:rsidRPr="0094285E" w:rsidRDefault="00000000">
            <w:pPr>
              <w:jc w:val="center"/>
            </w:pPr>
            <w:r w:rsidRPr="0094285E">
              <w:rPr>
                <w:sz w:val="15"/>
              </w:rPr>
              <w:t>0.17</w:t>
            </w:r>
          </w:p>
        </w:tc>
        <w:tc>
          <w:tcPr>
            <w:tcW w:w="1512" w:type="dxa"/>
            <w:vAlign w:val="center"/>
          </w:tcPr>
          <w:p w14:paraId="4313942A" w14:textId="77777777" w:rsidR="009C6F03" w:rsidRPr="0094285E" w:rsidRDefault="00000000">
            <w:pPr>
              <w:jc w:val="center"/>
            </w:pPr>
            <w:r w:rsidRPr="0094285E">
              <w:rPr>
                <w:sz w:val="15"/>
              </w:rPr>
              <w:t>0.83</w:t>
            </w:r>
          </w:p>
        </w:tc>
        <w:tc>
          <w:tcPr>
            <w:tcW w:w="1512" w:type="dxa"/>
            <w:vAlign w:val="center"/>
          </w:tcPr>
          <w:p w14:paraId="6127F755" w14:textId="77777777" w:rsidR="009C6F03" w:rsidRPr="0094285E" w:rsidRDefault="00000000">
            <w:pPr>
              <w:jc w:val="center"/>
            </w:pPr>
            <w:r w:rsidRPr="0094285E">
              <w:rPr>
                <w:sz w:val="15"/>
              </w:rPr>
              <w:t>0.29</w:t>
            </w:r>
          </w:p>
        </w:tc>
      </w:tr>
      <w:tr w:rsidR="009C6F03" w:rsidRPr="0094285E" w14:paraId="55FC7FF3" w14:textId="77777777">
        <w:trPr>
          <w:jc w:val="center"/>
        </w:trPr>
        <w:tc>
          <w:tcPr>
            <w:tcW w:w="1440" w:type="dxa"/>
            <w:vAlign w:val="center"/>
          </w:tcPr>
          <w:p w14:paraId="542B9DBA" w14:textId="77777777" w:rsidR="009C6F03" w:rsidRPr="0094285E" w:rsidRDefault="009C6F03"/>
        </w:tc>
        <w:tc>
          <w:tcPr>
            <w:tcW w:w="1512" w:type="dxa"/>
            <w:vAlign w:val="center"/>
          </w:tcPr>
          <w:p w14:paraId="284ED79E" w14:textId="77777777" w:rsidR="009C6F03" w:rsidRPr="0094285E" w:rsidRDefault="00000000">
            <w:pPr>
              <w:jc w:val="center"/>
            </w:pPr>
            <w:r w:rsidRPr="0094285E">
              <w:rPr>
                <w:sz w:val="15"/>
              </w:rPr>
              <w:t>Waterbody</w:t>
            </w:r>
          </w:p>
        </w:tc>
        <w:tc>
          <w:tcPr>
            <w:tcW w:w="1512" w:type="dxa"/>
            <w:vAlign w:val="center"/>
          </w:tcPr>
          <w:p w14:paraId="73B28337" w14:textId="77777777" w:rsidR="009C6F03" w:rsidRPr="0094285E" w:rsidRDefault="00000000">
            <w:pPr>
              <w:jc w:val="center"/>
            </w:pPr>
            <w:r w:rsidRPr="0094285E">
              <w:rPr>
                <w:sz w:val="15"/>
              </w:rPr>
              <w:t>0.50</w:t>
            </w:r>
          </w:p>
        </w:tc>
        <w:tc>
          <w:tcPr>
            <w:tcW w:w="1512" w:type="dxa"/>
            <w:vAlign w:val="center"/>
          </w:tcPr>
          <w:p w14:paraId="2260C560" w14:textId="77777777" w:rsidR="009C6F03" w:rsidRPr="0094285E" w:rsidRDefault="00000000">
            <w:pPr>
              <w:jc w:val="center"/>
            </w:pPr>
            <w:r w:rsidRPr="0094285E">
              <w:rPr>
                <w:sz w:val="15"/>
              </w:rPr>
              <w:t>0.52</w:t>
            </w:r>
          </w:p>
        </w:tc>
        <w:tc>
          <w:tcPr>
            <w:tcW w:w="1512" w:type="dxa"/>
            <w:vAlign w:val="center"/>
          </w:tcPr>
          <w:p w14:paraId="7580B908" w14:textId="77777777" w:rsidR="009C6F03" w:rsidRPr="0094285E" w:rsidRDefault="00000000">
            <w:pPr>
              <w:jc w:val="center"/>
            </w:pPr>
            <w:r w:rsidRPr="0094285E">
              <w:rPr>
                <w:sz w:val="15"/>
              </w:rPr>
              <w:t>0.25</w:t>
            </w:r>
          </w:p>
        </w:tc>
        <w:tc>
          <w:tcPr>
            <w:tcW w:w="1512" w:type="dxa"/>
            <w:vAlign w:val="center"/>
          </w:tcPr>
          <w:p w14:paraId="66475AD8" w14:textId="77777777" w:rsidR="009C6F03" w:rsidRPr="0094285E" w:rsidRDefault="00000000">
            <w:pPr>
              <w:jc w:val="center"/>
            </w:pPr>
            <w:r w:rsidRPr="0094285E">
              <w:rPr>
                <w:sz w:val="15"/>
              </w:rPr>
              <w:t>0.41</w:t>
            </w:r>
          </w:p>
        </w:tc>
        <w:tc>
          <w:tcPr>
            <w:tcW w:w="1512" w:type="dxa"/>
            <w:vAlign w:val="center"/>
          </w:tcPr>
          <w:p w14:paraId="5A7502E2" w14:textId="77777777" w:rsidR="009C6F03" w:rsidRPr="0094285E" w:rsidRDefault="00000000">
            <w:pPr>
              <w:jc w:val="center"/>
            </w:pPr>
            <w:r w:rsidRPr="0094285E">
              <w:rPr>
                <w:sz w:val="15"/>
              </w:rPr>
              <w:t>3.84</w:t>
            </w:r>
          </w:p>
        </w:tc>
      </w:tr>
      <w:tr w:rsidR="009C6F03" w:rsidRPr="0094285E" w14:paraId="2037788E" w14:textId="77777777">
        <w:trPr>
          <w:jc w:val="center"/>
        </w:trPr>
        <w:tc>
          <w:tcPr>
            <w:tcW w:w="1440" w:type="dxa"/>
            <w:vAlign w:val="center"/>
          </w:tcPr>
          <w:p w14:paraId="52C5840A" w14:textId="77777777" w:rsidR="009C6F03" w:rsidRPr="0094285E" w:rsidRDefault="00000000">
            <w:r w:rsidRPr="0094285E">
              <w:rPr>
                <w:sz w:val="15"/>
              </w:rPr>
              <w:t>2000–2008</w:t>
            </w:r>
          </w:p>
        </w:tc>
        <w:tc>
          <w:tcPr>
            <w:tcW w:w="1512" w:type="dxa"/>
            <w:vAlign w:val="center"/>
          </w:tcPr>
          <w:p w14:paraId="7E6749A6" w14:textId="77777777" w:rsidR="009C6F03" w:rsidRPr="0094285E" w:rsidRDefault="00000000">
            <w:pPr>
              <w:jc w:val="center"/>
            </w:pPr>
            <w:r w:rsidRPr="0094285E">
              <w:rPr>
                <w:sz w:val="15"/>
              </w:rPr>
              <w:t>Built-up</w:t>
            </w:r>
          </w:p>
        </w:tc>
        <w:tc>
          <w:tcPr>
            <w:tcW w:w="1512" w:type="dxa"/>
            <w:vAlign w:val="center"/>
          </w:tcPr>
          <w:p w14:paraId="5B815339" w14:textId="77777777" w:rsidR="009C6F03" w:rsidRPr="0094285E" w:rsidRDefault="00000000">
            <w:pPr>
              <w:jc w:val="center"/>
            </w:pPr>
            <w:r w:rsidRPr="0094285E">
              <w:rPr>
                <w:sz w:val="15"/>
              </w:rPr>
              <w:t>73.61</w:t>
            </w:r>
          </w:p>
        </w:tc>
        <w:tc>
          <w:tcPr>
            <w:tcW w:w="1512" w:type="dxa"/>
            <w:vAlign w:val="center"/>
          </w:tcPr>
          <w:p w14:paraId="0B629D88" w14:textId="77777777" w:rsidR="009C6F03" w:rsidRPr="0094285E" w:rsidRDefault="00000000">
            <w:pPr>
              <w:jc w:val="center"/>
            </w:pPr>
            <w:r w:rsidRPr="0094285E">
              <w:rPr>
                <w:sz w:val="15"/>
              </w:rPr>
              <w:t>0.07</w:t>
            </w:r>
          </w:p>
        </w:tc>
        <w:tc>
          <w:tcPr>
            <w:tcW w:w="1512" w:type="dxa"/>
            <w:vAlign w:val="center"/>
          </w:tcPr>
          <w:p w14:paraId="61422C7E" w14:textId="77777777" w:rsidR="009C6F03" w:rsidRPr="0094285E" w:rsidRDefault="00000000">
            <w:pPr>
              <w:jc w:val="center"/>
            </w:pPr>
            <w:r w:rsidRPr="0094285E">
              <w:rPr>
                <w:sz w:val="15"/>
              </w:rPr>
              <w:t>0.07</w:t>
            </w:r>
          </w:p>
        </w:tc>
        <w:tc>
          <w:tcPr>
            <w:tcW w:w="1512" w:type="dxa"/>
            <w:vAlign w:val="center"/>
          </w:tcPr>
          <w:p w14:paraId="42B1BF8E" w14:textId="77777777" w:rsidR="009C6F03" w:rsidRPr="0094285E" w:rsidRDefault="00000000">
            <w:pPr>
              <w:jc w:val="center"/>
            </w:pPr>
            <w:r w:rsidRPr="0094285E">
              <w:rPr>
                <w:sz w:val="15"/>
              </w:rPr>
              <w:t>0.09</w:t>
            </w:r>
          </w:p>
        </w:tc>
        <w:tc>
          <w:tcPr>
            <w:tcW w:w="1512" w:type="dxa"/>
            <w:vAlign w:val="center"/>
          </w:tcPr>
          <w:p w14:paraId="380E8600" w14:textId="77777777" w:rsidR="009C6F03" w:rsidRPr="0094285E" w:rsidRDefault="00000000">
            <w:pPr>
              <w:jc w:val="center"/>
            </w:pPr>
            <w:r w:rsidRPr="0094285E">
              <w:rPr>
                <w:sz w:val="15"/>
              </w:rPr>
              <w:t>0.06</w:t>
            </w:r>
          </w:p>
        </w:tc>
      </w:tr>
      <w:tr w:rsidR="009C6F03" w:rsidRPr="0094285E" w14:paraId="644C7BE1" w14:textId="77777777">
        <w:trPr>
          <w:jc w:val="center"/>
        </w:trPr>
        <w:tc>
          <w:tcPr>
            <w:tcW w:w="1440" w:type="dxa"/>
            <w:vAlign w:val="center"/>
          </w:tcPr>
          <w:p w14:paraId="0B18AF2A" w14:textId="77777777" w:rsidR="009C6F03" w:rsidRPr="0094285E" w:rsidRDefault="009C6F03"/>
        </w:tc>
        <w:tc>
          <w:tcPr>
            <w:tcW w:w="1512" w:type="dxa"/>
            <w:vAlign w:val="center"/>
          </w:tcPr>
          <w:p w14:paraId="4D048DFD" w14:textId="77777777" w:rsidR="009C6F03" w:rsidRPr="0094285E" w:rsidRDefault="00000000">
            <w:pPr>
              <w:jc w:val="center"/>
            </w:pPr>
            <w:r w:rsidRPr="0094285E">
              <w:rPr>
                <w:sz w:val="15"/>
              </w:rPr>
              <w:t>Cropland</w:t>
            </w:r>
          </w:p>
        </w:tc>
        <w:tc>
          <w:tcPr>
            <w:tcW w:w="1512" w:type="dxa"/>
            <w:vAlign w:val="center"/>
          </w:tcPr>
          <w:p w14:paraId="42C7F16F" w14:textId="77777777" w:rsidR="009C6F03" w:rsidRPr="0094285E" w:rsidRDefault="00000000">
            <w:pPr>
              <w:jc w:val="center"/>
            </w:pPr>
            <w:r w:rsidRPr="0094285E">
              <w:rPr>
                <w:sz w:val="15"/>
              </w:rPr>
              <w:t>20.48</w:t>
            </w:r>
          </w:p>
        </w:tc>
        <w:tc>
          <w:tcPr>
            <w:tcW w:w="1512" w:type="dxa"/>
            <w:vAlign w:val="center"/>
          </w:tcPr>
          <w:p w14:paraId="0B8616F4" w14:textId="77777777" w:rsidR="009C6F03" w:rsidRPr="0094285E" w:rsidRDefault="00000000">
            <w:pPr>
              <w:jc w:val="center"/>
            </w:pPr>
            <w:r w:rsidRPr="0094285E">
              <w:rPr>
                <w:sz w:val="15"/>
              </w:rPr>
              <w:t>347.51</w:t>
            </w:r>
          </w:p>
        </w:tc>
        <w:tc>
          <w:tcPr>
            <w:tcW w:w="1512" w:type="dxa"/>
            <w:vAlign w:val="center"/>
          </w:tcPr>
          <w:p w14:paraId="322B4A23" w14:textId="77777777" w:rsidR="009C6F03" w:rsidRPr="0094285E" w:rsidRDefault="00000000">
            <w:pPr>
              <w:jc w:val="center"/>
            </w:pPr>
            <w:r w:rsidRPr="0094285E">
              <w:rPr>
                <w:sz w:val="15"/>
              </w:rPr>
              <w:t>12.19</w:t>
            </w:r>
          </w:p>
        </w:tc>
        <w:tc>
          <w:tcPr>
            <w:tcW w:w="1512" w:type="dxa"/>
            <w:vAlign w:val="center"/>
          </w:tcPr>
          <w:p w14:paraId="41C7DCBC" w14:textId="77777777" w:rsidR="009C6F03" w:rsidRPr="0094285E" w:rsidRDefault="00000000">
            <w:pPr>
              <w:jc w:val="center"/>
            </w:pPr>
            <w:r w:rsidRPr="0094285E">
              <w:rPr>
                <w:sz w:val="15"/>
              </w:rPr>
              <w:t>0.62</w:t>
            </w:r>
          </w:p>
        </w:tc>
        <w:tc>
          <w:tcPr>
            <w:tcW w:w="1512" w:type="dxa"/>
            <w:vAlign w:val="center"/>
          </w:tcPr>
          <w:p w14:paraId="2B6BDEBB" w14:textId="77777777" w:rsidR="009C6F03" w:rsidRPr="0094285E" w:rsidRDefault="00000000">
            <w:pPr>
              <w:jc w:val="center"/>
            </w:pPr>
            <w:r w:rsidRPr="0094285E">
              <w:rPr>
                <w:sz w:val="15"/>
              </w:rPr>
              <w:t>0.11</w:t>
            </w:r>
          </w:p>
        </w:tc>
      </w:tr>
      <w:tr w:rsidR="009C6F03" w:rsidRPr="0094285E" w14:paraId="0245C8EB" w14:textId="77777777">
        <w:trPr>
          <w:jc w:val="center"/>
        </w:trPr>
        <w:tc>
          <w:tcPr>
            <w:tcW w:w="1440" w:type="dxa"/>
            <w:vAlign w:val="center"/>
          </w:tcPr>
          <w:p w14:paraId="65395FAC" w14:textId="77777777" w:rsidR="009C6F03" w:rsidRPr="0094285E" w:rsidRDefault="009C6F03"/>
        </w:tc>
        <w:tc>
          <w:tcPr>
            <w:tcW w:w="1512" w:type="dxa"/>
            <w:vAlign w:val="center"/>
          </w:tcPr>
          <w:p w14:paraId="651829C4" w14:textId="77777777" w:rsidR="009C6F03" w:rsidRPr="0094285E" w:rsidRDefault="00000000">
            <w:pPr>
              <w:jc w:val="center"/>
            </w:pPr>
            <w:r w:rsidRPr="0094285E">
              <w:rPr>
                <w:sz w:val="15"/>
              </w:rPr>
              <w:t>Vegetation</w:t>
            </w:r>
          </w:p>
        </w:tc>
        <w:tc>
          <w:tcPr>
            <w:tcW w:w="1512" w:type="dxa"/>
            <w:vAlign w:val="center"/>
          </w:tcPr>
          <w:p w14:paraId="6B072DB3" w14:textId="77777777" w:rsidR="009C6F03" w:rsidRPr="0094285E" w:rsidRDefault="00000000">
            <w:pPr>
              <w:jc w:val="center"/>
            </w:pPr>
            <w:r w:rsidRPr="0094285E">
              <w:rPr>
                <w:sz w:val="15"/>
              </w:rPr>
              <w:t>0.51</w:t>
            </w:r>
          </w:p>
        </w:tc>
        <w:tc>
          <w:tcPr>
            <w:tcW w:w="1512" w:type="dxa"/>
            <w:vAlign w:val="center"/>
          </w:tcPr>
          <w:p w14:paraId="0D7122A4" w14:textId="77777777" w:rsidR="009C6F03" w:rsidRPr="0094285E" w:rsidRDefault="00000000">
            <w:pPr>
              <w:jc w:val="center"/>
            </w:pPr>
            <w:r w:rsidRPr="0094285E">
              <w:rPr>
                <w:sz w:val="15"/>
              </w:rPr>
              <w:t>8.44</w:t>
            </w:r>
          </w:p>
        </w:tc>
        <w:tc>
          <w:tcPr>
            <w:tcW w:w="1512" w:type="dxa"/>
            <w:vAlign w:val="center"/>
          </w:tcPr>
          <w:p w14:paraId="484AB5BC" w14:textId="77777777" w:rsidR="009C6F03" w:rsidRPr="0094285E" w:rsidRDefault="00000000">
            <w:pPr>
              <w:jc w:val="center"/>
            </w:pPr>
            <w:r w:rsidRPr="0094285E">
              <w:rPr>
                <w:sz w:val="15"/>
              </w:rPr>
              <w:t>223.00</w:t>
            </w:r>
          </w:p>
        </w:tc>
        <w:tc>
          <w:tcPr>
            <w:tcW w:w="1512" w:type="dxa"/>
            <w:vAlign w:val="center"/>
          </w:tcPr>
          <w:p w14:paraId="752AC410" w14:textId="77777777" w:rsidR="009C6F03" w:rsidRPr="0094285E" w:rsidRDefault="00000000">
            <w:pPr>
              <w:jc w:val="center"/>
            </w:pPr>
            <w:r w:rsidRPr="0094285E">
              <w:rPr>
                <w:sz w:val="15"/>
              </w:rPr>
              <w:t>0.08</w:t>
            </w:r>
          </w:p>
        </w:tc>
        <w:tc>
          <w:tcPr>
            <w:tcW w:w="1512" w:type="dxa"/>
            <w:vAlign w:val="center"/>
          </w:tcPr>
          <w:p w14:paraId="04B080B1" w14:textId="77777777" w:rsidR="009C6F03" w:rsidRPr="0094285E" w:rsidRDefault="00000000">
            <w:pPr>
              <w:jc w:val="center"/>
            </w:pPr>
            <w:r w:rsidRPr="0094285E">
              <w:rPr>
                <w:sz w:val="15"/>
              </w:rPr>
              <w:t>0.10</w:t>
            </w:r>
          </w:p>
        </w:tc>
      </w:tr>
      <w:tr w:rsidR="009C6F03" w:rsidRPr="0094285E" w14:paraId="6BC31203" w14:textId="77777777">
        <w:trPr>
          <w:jc w:val="center"/>
        </w:trPr>
        <w:tc>
          <w:tcPr>
            <w:tcW w:w="1440" w:type="dxa"/>
            <w:vAlign w:val="center"/>
          </w:tcPr>
          <w:p w14:paraId="4A397ED7" w14:textId="77777777" w:rsidR="009C6F03" w:rsidRPr="0094285E" w:rsidRDefault="009C6F03"/>
        </w:tc>
        <w:tc>
          <w:tcPr>
            <w:tcW w:w="1512" w:type="dxa"/>
            <w:vAlign w:val="center"/>
          </w:tcPr>
          <w:p w14:paraId="1AC3E30A" w14:textId="77777777" w:rsidR="009C6F03" w:rsidRPr="0094285E" w:rsidRDefault="00000000">
            <w:pPr>
              <w:jc w:val="center"/>
            </w:pPr>
            <w:r w:rsidRPr="0094285E">
              <w:rPr>
                <w:sz w:val="15"/>
              </w:rPr>
              <w:t>Other land</w:t>
            </w:r>
          </w:p>
        </w:tc>
        <w:tc>
          <w:tcPr>
            <w:tcW w:w="1512" w:type="dxa"/>
            <w:vAlign w:val="center"/>
          </w:tcPr>
          <w:p w14:paraId="67E9B472" w14:textId="77777777" w:rsidR="009C6F03" w:rsidRPr="0094285E" w:rsidRDefault="00000000">
            <w:pPr>
              <w:jc w:val="center"/>
            </w:pPr>
            <w:r w:rsidRPr="0094285E">
              <w:rPr>
                <w:sz w:val="15"/>
              </w:rPr>
              <w:t>0.37</w:t>
            </w:r>
          </w:p>
        </w:tc>
        <w:tc>
          <w:tcPr>
            <w:tcW w:w="1512" w:type="dxa"/>
            <w:vAlign w:val="center"/>
          </w:tcPr>
          <w:p w14:paraId="0BBC7400" w14:textId="77777777" w:rsidR="009C6F03" w:rsidRPr="0094285E" w:rsidRDefault="00000000">
            <w:pPr>
              <w:jc w:val="center"/>
            </w:pPr>
            <w:r w:rsidRPr="0094285E">
              <w:rPr>
                <w:sz w:val="15"/>
              </w:rPr>
              <w:t>0.51</w:t>
            </w:r>
          </w:p>
        </w:tc>
        <w:tc>
          <w:tcPr>
            <w:tcW w:w="1512" w:type="dxa"/>
            <w:vAlign w:val="center"/>
          </w:tcPr>
          <w:p w14:paraId="57BADDC5" w14:textId="77777777" w:rsidR="009C6F03" w:rsidRPr="0094285E" w:rsidRDefault="00000000">
            <w:pPr>
              <w:jc w:val="center"/>
            </w:pPr>
            <w:r w:rsidRPr="0094285E">
              <w:rPr>
                <w:sz w:val="15"/>
              </w:rPr>
              <w:t>0.15</w:t>
            </w:r>
          </w:p>
        </w:tc>
        <w:tc>
          <w:tcPr>
            <w:tcW w:w="1512" w:type="dxa"/>
            <w:vAlign w:val="center"/>
          </w:tcPr>
          <w:p w14:paraId="36DAAA21" w14:textId="77777777" w:rsidR="009C6F03" w:rsidRPr="0094285E" w:rsidRDefault="00000000">
            <w:pPr>
              <w:jc w:val="center"/>
            </w:pPr>
            <w:r w:rsidRPr="0094285E">
              <w:rPr>
                <w:sz w:val="15"/>
              </w:rPr>
              <w:t>0.86</w:t>
            </w:r>
          </w:p>
        </w:tc>
        <w:tc>
          <w:tcPr>
            <w:tcW w:w="1512" w:type="dxa"/>
            <w:vAlign w:val="center"/>
          </w:tcPr>
          <w:p w14:paraId="7DBD8C7A" w14:textId="77777777" w:rsidR="009C6F03" w:rsidRPr="0094285E" w:rsidRDefault="00000000">
            <w:pPr>
              <w:jc w:val="center"/>
            </w:pPr>
            <w:r w:rsidRPr="0094285E">
              <w:rPr>
                <w:sz w:val="15"/>
              </w:rPr>
              <w:t>0.13</w:t>
            </w:r>
          </w:p>
        </w:tc>
      </w:tr>
      <w:tr w:rsidR="009C6F03" w:rsidRPr="0094285E" w14:paraId="4DE36366" w14:textId="77777777">
        <w:trPr>
          <w:jc w:val="center"/>
        </w:trPr>
        <w:tc>
          <w:tcPr>
            <w:tcW w:w="1440" w:type="dxa"/>
            <w:vAlign w:val="center"/>
          </w:tcPr>
          <w:p w14:paraId="3596FA4C" w14:textId="77777777" w:rsidR="009C6F03" w:rsidRPr="0094285E" w:rsidRDefault="009C6F03"/>
        </w:tc>
        <w:tc>
          <w:tcPr>
            <w:tcW w:w="1512" w:type="dxa"/>
            <w:vAlign w:val="center"/>
          </w:tcPr>
          <w:p w14:paraId="7C0CFD2A" w14:textId="77777777" w:rsidR="009C6F03" w:rsidRPr="0094285E" w:rsidRDefault="00000000">
            <w:pPr>
              <w:jc w:val="center"/>
            </w:pPr>
            <w:r w:rsidRPr="0094285E">
              <w:rPr>
                <w:sz w:val="15"/>
              </w:rPr>
              <w:t>Waterbody</w:t>
            </w:r>
          </w:p>
        </w:tc>
        <w:tc>
          <w:tcPr>
            <w:tcW w:w="1512" w:type="dxa"/>
            <w:vAlign w:val="center"/>
          </w:tcPr>
          <w:p w14:paraId="19592002" w14:textId="77777777" w:rsidR="009C6F03" w:rsidRPr="0094285E" w:rsidRDefault="00000000">
            <w:pPr>
              <w:jc w:val="center"/>
            </w:pPr>
            <w:r w:rsidRPr="0094285E">
              <w:rPr>
                <w:sz w:val="15"/>
              </w:rPr>
              <w:t>0.48</w:t>
            </w:r>
          </w:p>
        </w:tc>
        <w:tc>
          <w:tcPr>
            <w:tcW w:w="1512" w:type="dxa"/>
            <w:vAlign w:val="center"/>
          </w:tcPr>
          <w:p w14:paraId="0B2DA800" w14:textId="77777777" w:rsidR="009C6F03" w:rsidRPr="0094285E" w:rsidRDefault="00000000">
            <w:pPr>
              <w:jc w:val="center"/>
            </w:pPr>
            <w:r w:rsidRPr="0094285E">
              <w:rPr>
                <w:sz w:val="15"/>
              </w:rPr>
              <w:t>0.10</w:t>
            </w:r>
          </w:p>
        </w:tc>
        <w:tc>
          <w:tcPr>
            <w:tcW w:w="1512" w:type="dxa"/>
            <w:vAlign w:val="center"/>
          </w:tcPr>
          <w:p w14:paraId="7192AF1C" w14:textId="77777777" w:rsidR="009C6F03" w:rsidRPr="0094285E" w:rsidRDefault="00000000">
            <w:pPr>
              <w:jc w:val="center"/>
            </w:pPr>
            <w:r w:rsidRPr="0094285E">
              <w:rPr>
                <w:sz w:val="15"/>
              </w:rPr>
              <w:t>0.00</w:t>
            </w:r>
          </w:p>
        </w:tc>
        <w:tc>
          <w:tcPr>
            <w:tcW w:w="1512" w:type="dxa"/>
            <w:vAlign w:val="center"/>
          </w:tcPr>
          <w:p w14:paraId="2354BE55" w14:textId="77777777" w:rsidR="009C6F03" w:rsidRPr="0094285E" w:rsidRDefault="00000000">
            <w:pPr>
              <w:jc w:val="center"/>
            </w:pPr>
            <w:r w:rsidRPr="0094285E">
              <w:rPr>
                <w:sz w:val="15"/>
              </w:rPr>
              <w:t>1.69</w:t>
            </w:r>
          </w:p>
        </w:tc>
        <w:tc>
          <w:tcPr>
            <w:tcW w:w="1512" w:type="dxa"/>
            <w:vAlign w:val="center"/>
          </w:tcPr>
          <w:p w14:paraId="051691C8" w14:textId="77777777" w:rsidR="009C6F03" w:rsidRPr="0094285E" w:rsidRDefault="00000000">
            <w:pPr>
              <w:jc w:val="center"/>
            </w:pPr>
            <w:r w:rsidRPr="0094285E">
              <w:rPr>
                <w:sz w:val="15"/>
              </w:rPr>
              <w:t>3.04</w:t>
            </w:r>
          </w:p>
        </w:tc>
      </w:tr>
      <w:tr w:rsidR="009C6F03" w:rsidRPr="0094285E" w14:paraId="61C37D1C" w14:textId="77777777">
        <w:trPr>
          <w:jc w:val="center"/>
        </w:trPr>
        <w:tc>
          <w:tcPr>
            <w:tcW w:w="1440" w:type="dxa"/>
            <w:vAlign w:val="center"/>
          </w:tcPr>
          <w:p w14:paraId="27690D4F" w14:textId="77777777" w:rsidR="009C6F03" w:rsidRPr="0094285E" w:rsidRDefault="00000000">
            <w:r w:rsidRPr="0094285E">
              <w:rPr>
                <w:sz w:val="15"/>
              </w:rPr>
              <w:t>2008–2016</w:t>
            </w:r>
          </w:p>
        </w:tc>
        <w:tc>
          <w:tcPr>
            <w:tcW w:w="1512" w:type="dxa"/>
            <w:vAlign w:val="center"/>
          </w:tcPr>
          <w:p w14:paraId="04304D98" w14:textId="77777777" w:rsidR="009C6F03" w:rsidRPr="0094285E" w:rsidRDefault="00000000">
            <w:pPr>
              <w:jc w:val="center"/>
            </w:pPr>
            <w:r w:rsidRPr="0094285E">
              <w:rPr>
                <w:sz w:val="15"/>
              </w:rPr>
              <w:t>Built-up</w:t>
            </w:r>
          </w:p>
        </w:tc>
        <w:tc>
          <w:tcPr>
            <w:tcW w:w="1512" w:type="dxa"/>
            <w:vAlign w:val="center"/>
          </w:tcPr>
          <w:p w14:paraId="4C1D750B" w14:textId="77777777" w:rsidR="009C6F03" w:rsidRPr="0094285E" w:rsidRDefault="00000000">
            <w:pPr>
              <w:jc w:val="center"/>
            </w:pPr>
            <w:r w:rsidRPr="0094285E">
              <w:rPr>
                <w:sz w:val="15"/>
              </w:rPr>
              <w:t>95.13</w:t>
            </w:r>
          </w:p>
        </w:tc>
        <w:tc>
          <w:tcPr>
            <w:tcW w:w="1512" w:type="dxa"/>
            <w:vAlign w:val="center"/>
          </w:tcPr>
          <w:p w14:paraId="21200303" w14:textId="77777777" w:rsidR="009C6F03" w:rsidRPr="0094285E" w:rsidRDefault="00000000">
            <w:pPr>
              <w:jc w:val="center"/>
            </w:pPr>
            <w:r w:rsidRPr="0094285E">
              <w:rPr>
                <w:sz w:val="15"/>
              </w:rPr>
              <w:t>0.10</w:t>
            </w:r>
          </w:p>
        </w:tc>
        <w:tc>
          <w:tcPr>
            <w:tcW w:w="1512" w:type="dxa"/>
            <w:vAlign w:val="center"/>
          </w:tcPr>
          <w:p w14:paraId="64203FA9" w14:textId="77777777" w:rsidR="009C6F03" w:rsidRPr="0094285E" w:rsidRDefault="00000000">
            <w:pPr>
              <w:jc w:val="center"/>
            </w:pPr>
            <w:r w:rsidRPr="0094285E">
              <w:rPr>
                <w:sz w:val="15"/>
              </w:rPr>
              <w:t>0.14</w:t>
            </w:r>
          </w:p>
        </w:tc>
        <w:tc>
          <w:tcPr>
            <w:tcW w:w="1512" w:type="dxa"/>
            <w:vAlign w:val="center"/>
          </w:tcPr>
          <w:p w14:paraId="443731BA" w14:textId="77777777" w:rsidR="009C6F03" w:rsidRPr="0094285E" w:rsidRDefault="00000000">
            <w:pPr>
              <w:jc w:val="center"/>
            </w:pPr>
            <w:r w:rsidRPr="0094285E">
              <w:rPr>
                <w:sz w:val="15"/>
              </w:rPr>
              <w:t>0.07</w:t>
            </w:r>
          </w:p>
        </w:tc>
        <w:tc>
          <w:tcPr>
            <w:tcW w:w="1512" w:type="dxa"/>
            <w:vAlign w:val="center"/>
          </w:tcPr>
          <w:p w14:paraId="147B85AA" w14:textId="77777777" w:rsidR="009C6F03" w:rsidRPr="0094285E" w:rsidRDefault="00000000">
            <w:pPr>
              <w:jc w:val="center"/>
            </w:pPr>
            <w:r w:rsidRPr="0094285E">
              <w:rPr>
                <w:sz w:val="15"/>
              </w:rPr>
              <w:t>0.02</w:t>
            </w:r>
          </w:p>
        </w:tc>
      </w:tr>
      <w:tr w:rsidR="009C6F03" w:rsidRPr="0094285E" w14:paraId="15EA5132" w14:textId="77777777">
        <w:trPr>
          <w:jc w:val="center"/>
        </w:trPr>
        <w:tc>
          <w:tcPr>
            <w:tcW w:w="1440" w:type="dxa"/>
            <w:vAlign w:val="center"/>
          </w:tcPr>
          <w:p w14:paraId="23A37769" w14:textId="77777777" w:rsidR="009C6F03" w:rsidRPr="0094285E" w:rsidRDefault="009C6F03"/>
        </w:tc>
        <w:tc>
          <w:tcPr>
            <w:tcW w:w="1512" w:type="dxa"/>
            <w:vAlign w:val="center"/>
          </w:tcPr>
          <w:p w14:paraId="5128C19F" w14:textId="77777777" w:rsidR="009C6F03" w:rsidRPr="0094285E" w:rsidRDefault="00000000">
            <w:pPr>
              <w:jc w:val="center"/>
            </w:pPr>
            <w:r w:rsidRPr="0094285E">
              <w:rPr>
                <w:sz w:val="15"/>
              </w:rPr>
              <w:t>Cropland</w:t>
            </w:r>
          </w:p>
        </w:tc>
        <w:tc>
          <w:tcPr>
            <w:tcW w:w="1512" w:type="dxa"/>
            <w:vAlign w:val="center"/>
          </w:tcPr>
          <w:p w14:paraId="2398DFBC" w14:textId="77777777" w:rsidR="009C6F03" w:rsidRPr="0094285E" w:rsidRDefault="00000000">
            <w:pPr>
              <w:jc w:val="center"/>
            </w:pPr>
            <w:r w:rsidRPr="0094285E">
              <w:rPr>
                <w:sz w:val="15"/>
              </w:rPr>
              <w:t>40.97</w:t>
            </w:r>
          </w:p>
        </w:tc>
        <w:tc>
          <w:tcPr>
            <w:tcW w:w="1512" w:type="dxa"/>
            <w:vAlign w:val="center"/>
          </w:tcPr>
          <w:p w14:paraId="3ACBE326" w14:textId="77777777" w:rsidR="009C6F03" w:rsidRPr="0094285E" w:rsidRDefault="00000000">
            <w:pPr>
              <w:jc w:val="center"/>
            </w:pPr>
            <w:r w:rsidRPr="0094285E">
              <w:rPr>
                <w:sz w:val="15"/>
              </w:rPr>
              <w:t>305.49</w:t>
            </w:r>
          </w:p>
        </w:tc>
        <w:tc>
          <w:tcPr>
            <w:tcW w:w="1512" w:type="dxa"/>
            <w:vAlign w:val="center"/>
          </w:tcPr>
          <w:p w14:paraId="3AD5F6F5" w14:textId="77777777" w:rsidR="009C6F03" w:rsidRPr="0094285E" w:rsidRDefault="00000000">
            <w:pPr>
              <w:jc w:val="center"/>
            </w:pPr>
            <w:r w:rsidRPr="0094285E">
              <w:rPr>
                <w:sz w:val="15"/>
              </w:rPr>
              <w:t>9.31</w:t>
            </w:r>
          </w:p>
        </w:tc>
        <w:tc>
          <w:tcPr>
            <w:tcW w:w="1512" w:type="dxa"/>
            <w:vAlign w:val="center"/>
          </w:tcPr>
          <w:p w14:paraId="3D6FD9CA" w14:textId="77777777" w:rsidR="009C6F03" w:rsidRPr="0094285E" w:rsidRDefault="00000000">
            <w:pPr>
              <w:jc w:val="center"/>
            </w:pPr>
            <w:r w:rsidRPr="0094285E">
              <w:rPr>
                <w:sz w:val="15"/>
              </w:rPr>
              <w:t>0.49</w:t>
            </w:r>
          </w:p>
        </w:tc>
        <w:tc>
          <w:tcPr>
            <w:tcW w:w="1512" w:type="dxa"/>
            <w:vAlign w:val="center"/>
          </w:tcPr>
          <w:p w14:paraId="0702EA7C" w14:textId="77777777" w:rsidR="009C6F03" w:rsidRPr="0094285E" w:rsidRDefault="00000000">
            <w:pPr>
              <w:jc w:val="center"/>
            </w:pPr>
            <w:r w:rsidRPr="0094285E">
              <w:rPr>
                <w:sz w:val="15"/>
              </w:rPr>
              <w:t>0.36</w:t>
            </w:r>
          </w:p>
        </w:tc>
      </w:tr>
      <w:tr w:rsidR="009C6F03" w:rsidRPr="0094285E" w14:paraId="002696C9" w14:textId="77777777">
        <w:trPr>
          <w:jc w:val="center"/>
        </w:trPr>
        <w:tc>
          <w:tcPr>
            <w:tcW w:w="1440" w:type="dxa"/>
            <w:vAlign w:val="center"/>
          </w:tcPr>
          <w:p w14:paraId="59399CD7" w14:textId="77777777" w:rsidR="009C6F03" w:rsidRPr="0094285E" w:rsidRDefault="009C6F03"/>
        </w:tc>
        <w:tc>
          <w:tcPr>
            <w:tcW w:w="1512" w:type="dxa"/>
            <w:vAlign w:val="center"/>
          </w:tcPr>
          <w:p w14:paraId="1242CE5B" w14:textId="77777777" w:rsidR="009C6F03" w:rsidRPr="0094285E" w:rsidRDefault="00000000">
            <w:pPr>
              <w:jc w:val="center"/>
            </w:pPr>
            <w:r w:rsidRPr="0094285E">
              <w:rPr>
                <w:sz w:val="15"/>
              </w:rPr>
              <w:t>Vegetation</w:t>
            </w:r>
          </w:p>
        </w:tc>
        <w:tc>
          <w:tcPr>
            <w:tcW w:w="1512" w:type="dxa"/>
            <w:vAlign w:val="center"/>
          </w:tcPr>
          <w:p w14:paraId="27F34244" w14:textId="77777777" w:rsidR="009C6F03" w:rsidRPr="0094285E" w:rsidRDefault="00000000">
            <w:pPr>
              <w:jc w:val="center"/>
            </w:pPr>
            <w:r w:rsidRPr="0094285E">
              <w:rPr>
                <w:sz w:val="15"/>
              </w:rPr>
              <w:t>1.67</w:t>
            </w:r>
          </w:p>
        </w:tc>
        <w:tc>
          <w:tcPr>
            <w:tcW w:w="1512" w:type="dxa"/>
            <w:vAlign w:val="center"/>
          </w:tcPr>
          <w:p w14:paraId="3A41EFF0" w14:textId="77777777" w:rsidR="009C6F03" w:rsidRPr="0094285E" w:rsidRDefault="00000000">
            <w:pPr>
              <w:jc w:val="center"/>
            </w:pPr>
            <w:r w:rsidRPr="0094285E">
              <w:rPr>
                <w:sz w:val="15"/>
              </w:rPr>
              <w:t>7.33</w:t>
            </w:r>
          </w:p>
        </w:tc>
        <w:tc>
          <w:tcPr>
            <w:tcW w:w="1512" w:type="dxa"/>
            <w:vAlign w:val="center"/>
          </w:tcPr>
          <w:p w14:paraId="0E9E9DBC" w14:textId="77777777" w:rsidR="009C6F03" w:rsidRPr="0094285E" w:rsidRDefault="00000000">
            <w:pPr>
              <w:jc w:val="center"/>
            </w:pPr>
            <w:r w:rsidRPr="0094285E">
              <w:rPr>
                <w:sz w:val="15"/>
              </w:rPr>
              <w:t>226.40</w:t>
            </w:r>
          </w:p>
        </w:tc>
        <w:tc>
          <w:tcPr>
            <w:tcW w:w="1512" w:type="dxa"/>
            <w:vAlign w:val="center"/>
          </w:tcPr>
          <w:p w14:paraId="7615FD13" w14:textId="77777777" w:rsidR="009C6F03" w:rsidRPr="0094285E" w:rsidRDefault="00000000">
            <w:pPr>
              <w:jc w:val="center"/>
            </w:pPr>
            <w:r w:rsidRPr="0094285E">
              <w:rPr>
                <w:sz w:val="15"/>
              </w:rPr>
              <w:t>0.01</w:t>
            </w:r>
          </w:p>
        </w:tc>
        <w:tc>
          <w:tcPr>
            <w:tcW w:w="1512" w:type="dxa"/>
            <w:vAlign w:val="center"/>
          </w:tcPr>
          <w:p w14:paraId="449AC28E" w14:textId="77777777" w:rsidR="009C6F03" w:rsidRPr="0094285E" w:rsidRDefault="00000000">
            <w:pPr>
              <w:jc w:val="center"/>
            </w:pPr>
            <w:r w:rsidRPr="0094285E">
              <w:rPr>
                <w:sz w:val="15"/>
              </w:rPr>
              <w:t>0.01</w:t>
            </w:r>
          </w:p>
        </w:tc>
      </w:tr>
      <w:tr w:rsidR="009C6F03" w:rsidRPr="0094285E" w14:paraId="3B8E028C" w14:textId="77777777">
        <w:trPr>
          <w:jc w:val="center"/>
        </w:trPr>
        <w:tc>
          <w:tcPr>
            <w:tcW w:w="1440" w:type="dxa"/>
            <w:vAlign w:val="center"/>
          </w:tcPr>
          <w:p w14:paraId="63733E49" w14:textId="77777777" w:rsidR="009C6F03" w:rsidRPr="0094285E" w:rsidRDefault="009C6F03"/>
        </w:tc>
        <w:tc>
          <w:tcPr>
            <w:tcW w:w="1512" w:type="dxa"/>
            <w:vAlign w:val="center"/>
          </w:tcPr>
          <w:p w14:paraId="5729693C" w14:textId="77777777" w:rsidR="009C6F03" w:rsidRPr="0094285E" w:rsidRDefault="00000000">
            <w:pPr>
              <w:jc w:val="center"/>
            </w:pPr>
            <w:r w:rsidRPr="0094285E">
              <w:rPr>
                <w:sz w:val="15"/>
              </w:rPr>
              <w:t>Other land</w:t>
            </w:r>
          </w:p>
        </w:tc>
        <w:tc>
          <w:tcPr>
            <w:tcW w:w="1512" w:type="dxa"/>
            <w:vAlign w:val="center"/>
          </w:tcPr>
          <w:p w14:paraId="6AB70E8B" w14:textId="77777777" w:rsidR="009C6F03" w:rsidRPr="0094285E" w:rsidRDefault="00000000">
            <w:pPr>
              <w:jc w:val="center"/>
            </w:pPr>
            <w:r w:rsidRPr="0094285E">
              <w:rPr>
                <w:sz w:val="15"/>
              </w:rPr>
              <w:t>0.50</w:t>
            </w:r>
          </w:p>
        </w:tc>
        <w:tc>
          <w:tcPr>
            <w:tcW w:w="1512" w:type="dxa"/>
            <w:vAlign w:val="center"/>
          </w:tcPr>
          <w:p w14:paraId="0BB5CBFB" w14:textId="77777777" w:rsidR="009C6F03" w:rsidRPr="0094285E" w:rsidRDefault="00000000">
            <w:pPr>
              <w:jc w:val="center"/>
            </w:pPr>
            <w:r w:rsidRPr="0094285E">
              <w:rPr>
                <w:sz w:val="15"/>
              </w:rPr>
              <w:t>0.62</w:t>
            </w:r>
          </w:p>
        </w:tc>
        <w:tc>
          <w:tcPr>
            <w:tcW w:w="1512" w:type="dxa"/>
            <w:vAlign w:val="center"/>
          </w:tcPr>
          <w:p w14:paraId="585F1BB9" w14:textId="77777777" w:rsidR="009C6F03" w:rsidRPr="0094285E" w:rsidRDefault="00000000">
            <w:pPr>
              <w:jc w:val="center"/>
            </w:pPr>
            <w:r w:rsidRPr="0094285E">
              <w:rPr>
                <w:sz w:val="15"/>
              </w:rPr>
              <w:t>0.34</w:t>
            </w:r>
          </w:p>
        </w:tc>
        <w:tc>
          <w:tcPr>
            <w:tcW w:w="1512" w:type="dxa"/>
            <w:vAlign w:val="center"/>
          </w:tcPr>
          <w:p w14:paraId="53B7633E" w14:textId="77777777" w:rsidR="009C6F03" w:rsidRPr="0094285E" w:rsidRDefault="00000000">
            <w:pPr>
              <w:jc w:val="center"/>
            </w:pPr>
            <w:r w:rsidRPr="0094285E">
              <w:rPr>
                <w:sz w:val="15"/>
              </w:rPr>
              <w:t>1.28</w:t>
            </w:r>
          </w:p>
        </w:tc>
        <w:tc>
          <w:tcPr>
            <w:tcW w:w="1512" w:type="dxa"/>
            <w:vAlign w:val="center"/>
          </w:tcPr>
          <w:p w14:paraId="3D6735F6" w14:textId="77777777" w:rsidR="009C6F03" w:rsidRPr="0094285E" w:rsidRDefault="00000000">
            <w:pPr>
              <w:jc w:val="center"/>
            </w:pPr>
            <w:r w:rsidRPr="0094285E">
              <w:rPr>
                <w:sz w:val="15"/>
              </w:rPr>
              <w:t>0.60</w:t>
            </w:r>
          </w:p>
        </w:tc>
      </w:tr>
      <w:tr w:rsidR="009C6F03" w:rsidRPr="0094285E" w14:paraId="034455BB" w14:textId="77777777">
        <w:trPr>
          <w:jc w:val="center"/>
        </w:trPr>
        <w:tc>
          <w:tcPr>
            <w:tcW w:w="1440" w:type="dxa"/>
            <w:vAlign w:val="center"/>
          </w:tcPr>
          <w:p w14:paraId="52048914" w14:textId="77777777" w:rsidR="009C6F03" w:rsidRPr="0094285E" w:rsidRDefault="009C6F03"/>
        </w:tc>
        <w:tc>
          <w:tcPr>
            <w:tcW w:w="1512" w:type="dxa"/>
            <w:vAlign w:val="center"/>
          </w:tcPr>
          <w:p w14:paraId="130BA467" w14:textId="77777777" w:rsidR="009C6F03" w:rsidRPr="0094285E" w:rsidRDefault="00000000">
            <w:pPr>
              <w:jc w:val="center"/>
            </w:pPr>
            <w:r w:rsidRPr="0094285E">
              <w:rPr>
                <w:sz w:val="15"/>
              </w:rPr>
              <w:t>Waterbody</w:t>
            </w:r>
          </w:p>
        </w:tc>
        <w:tc>
          <w:tcPr>
            <w:tcW w:w="1512" w:type="dxa"/>
            <w:vAlign w:val="center"/>
          </w:tcPr>
          <w:p w14:paraId="40AEB89E" w14:textId="77777777" w:rsidR="009C6F03" w:rsidRPr="0094285E" w:rsidRDefault="00000000">
            <w:pPr>
              <w:jc w:val="center"/>
            </w:pPr>
            <w:r w:rsidRPr="0094285E">
              <w:rPr>
                <w:sz w:val="15"/>
              </w:rPr>
              <w:t>0.10</w:t>
            </w:r>
          </w:p>
        </w:tc>
        <w:tc>
          <w:tcPr>
            <w:tcW w:w="1512" w:type="dxa"/>
            <w:vAlign w:val="center"/>
          </w:tcPr>
          <w:p w14:paraId="09ED5DE4" w14:textId="77777777" w:rsidR="009C6F03" w:rsidRPr="0094285E" w:rsidRDefault="00000000">
            <w:pPr>
              <w:jc w:val="center"/>
            </w:pPr>
            <w:r w:rsidRPr="0094285E">
              <w:rPr>
                <w:sz w:val="15"/>
              </w:rPr>
              <w:t>0.25</w:t>
            </w:r>
          </w:p>
        </w:tc>
        <w:tc>
          <w:tcPr>
            <w:tcW w:w="1512" w:type="dxa"/>
            <w:vAlign w:val="center"/>
          </w:tcPr>
          <w:p w14:paraId="7237BB28" w14:textId="77777777" w:rsidR="009C6F03" w:rsidRPr="0094285E" w:rsidRDefault="00000000">
            <w:pPr>
              <w:jc w:val="center"/>
            </w:pPr>
            <w:r w:rsidRPr="0094285E">
              <w:rPr>
                <w:sz w:val="15"/>
              </w:rPr>
              <w:t>0.08</w:t>
            </w:r>
          </w:p>
        </w:tc>
        <w:tc>
          <w:tcPr>
            <w:tcW w:w="1512" w:type="dxa"/>
            <w:vAlign w:val="center"/>
          </w:tcPr>
          <w:p w14:paraId="5F13EABC" w14:textId="77777777" w:rsidR="009C6F03" w:rsidRPr="0094285E" w:rsidRDefault="00000000">
            <w:pPr>
              <w:jc w:val="center"/>
            </w:pPr>
            <w:r w:rsidRPr="0094285E">
              <w:rPr>
                <w:sz w:val="15"/>
              </w:rPr>
              <w:t>0.01</w:t>
            </w:r>
          </w:p>
        </w:tc>
        <w:tc>
          <w:tcPr>
            <w:tcW w:w="1512" w:type="dxa"/>
            <w:vAlign w:val="center"/>
          </w:tcPr>
          <w:p w14:paraId="1A211C38" w14:textId="77777777" w:rsidR="009C6F03" w:rsidRPr="0094285E" w:rsidRDefault="00000000">
            <w:pPr>
              <w:jc w:val="center"/>
            </w:pPr>
            <w:r w:rsidRPr="0094285E">
              <w:rPr>
                <w:sz w:val="15"/>
              </w:rPr>
              <w:t>3.01</w:t>
            </w:r>
          </w:p>
        </w:tc>
      </w:tr>
      <w:tr w:rsidR="009C6F03" w:rsidRPr="0094285E" w14:paraId="77987BBA" w14:textId="77777777">
        <w:trPr>
          <w:jc w:val="center"/>
        </w:trPr>
        <w:tc>
          <w:tcPr>
            <w:tcW w:w="1440" w:type="dxa"/>
            <w:vAlign w:val="center"/>
          </w:tcPr>
          <w:p w14:paraId="6F99A20D" w14:textId="77777777" w:rsidR="009C6F03" w:rsidRPr="0094285E" w:rsidRDefault="00000000">
            <w:r w:rsidRPr="0094285E">
              <w:rPr>
                <w:sz w:val="15"/>
              </w:rPr>
              <w:t>2016–2024</w:t>
            </w:r>
          </w:p>
        </w:tc>
        <w:tc>
          <w:tcPr>
            <w:tcW w:w="1512" w:type="dxa"/>
            <w:vAlign w:val="center"/>
          </w:tcPr>
          <w:p w14:paraId="73EAB2A0" w14:textId="77777777" w:rsidR="009C6F03" w:rsidRPr="0094285E" w:rsidRDefault="00000000">
            <w:pPr>
              <w:jc w:val="center"/>
            </w:pPr>
            <w:r w:rsidRPr="0094285E">
              <w:rPr>
                <w:sz w:val="15"/>
              </w:rPr>
              <w:t>Built-up</w:t>
            </w:r>
          </w:p>
        </w:tc>
        <w:tc>
          <w:tcPr>
            <w:tcW w:w="1512" w:type="dxa"/>
            <w:vAlign w:val="center"/>
          </w:tcPr>
          <w:p w14:paraId="0DD3963F" w14:textId="77777777" w:rsidR="009C6F03" w:rsidRPr="0094285E" w:rsidRDefault="00000000">
            <w:pPr>
              <w:jc w:val="center"/>
            </w:pPr>
            <w:r w:rsidRPr="0094285E">
              <w:rPr>
                <w:sz w:val="15"/>
              </w:rPr>
              <w:t>133.37</w:t>
            </w:r>
          </w:p>
        </w:tc>
        <w:tc>
          <w:tcPr>
            <w:tcW w:w="1512" w:type="dxa"/>
            <w:vAlign w:val="center"/>
          </w:tcPr>
          <w:p w14:paraId="09379494" w14:textId="77777777" w:rsidR="009C6F03" w:rsidRPr="0094285E" w:rsidRDefault="00000000">
            <w:pPr>
              <w:jc w:val="center"/>
            </w:pPr>
            <w:r w:rsidRPr="0094285E">
              <w:rPr>
                <w:sz w:val="15"/>
              </w:rPr>
              <w:t>2.34</w:t>
            </w:r>
          </w:p>
        </w:tc>
        <w:tc>
          <w:tcPr>
            <w:tcW w:w="1512" w:type="dxa"/>
            <w:vAlign w:val="center"/>
          </w:tcPr>
          <w:p w14:paraId="344BB341" w14:textId="77777777" w:rsidR="009C6F03" w:rsidRPr="0094285E" w:rsidRDefault="00000000">
            <w:pPr>
              <w:jc w:val="center"/>
            </w:pPr>
            <w:r w:rsidRPr="0094285E">
              <w:rPr>
                <w:sz w:val="15"/>
              </w:rPr>
              <w:t>1.58</w:t>
            </w:r>
          </w:p>
        </w:tc>
        <w:tc>
          <w:tcPr>
            <w:tcW w:w="1512" w:type="dxa"/>
            <w:vAlign w:val="center"/>
          </w:tcPr>
          <w:p w14:paraId="57289503" w14:textId="77777777" w:rsidR="009C6F03" w:rsidRPr="0094285E" w:rsidRDefault="00000000">
            <w:pPr>
              <w:jc w:val="center"/>
            </w:pPr>
            <w:r w:rsidRPr="0094285E">
              <w:rPr>
                <w:sz w:val="15"/>
              </w:rPr>
              <w:t>0.81</w:t>
            </w:r>
          </w:p>
        </w:tc>
        <w:tc>
          <w:tcPr>
            <w:tcW w:w="1512" w:type="dxa"/>
            <w:vAlign w:val="center"/>
          </w:tcPr>
          <w:p w14:paraId="4AE96A1B" w14:textId="77777777" w:rsidR="009C6F03" w:rsidRPr="0094285E" w:rsidRDefault="00000000">
            <w:pPr>
              <w:jc w:val="center"/>
            </w:pPr>
            <w:r w:rsidRPr="0094285E">
              <w:rPr>
                <w:sz w:val="15"/>
              </w:rPr>
              <w:t>0.27</w:t>
            </w:r>
          </w:p>
        </w:tc>
      </w:tr>
      <w:tr w:rsidR="009C6F03" w:rsidRPr="0094285E" w14:paraId="567AF5D2" w14:textId="77777777">
        <w:trPr>
          <w:jc w:val="center"/>
        </w:trPr>
        <w:tc>
          <w:tcPr>
            <w:tcW w:w="1440" w:type="dxa"/>
            <w:vAlign w:val="center"/>
          </w:tcPr>
          <w:p w14:paraId="2FCF7A52" w14:textId="77777777" w:rsidR="009C6F03" w:rsidRPr="0094285E" w:rsidRDefault="009C6F03"/>
        </w:tc>
        <w:tc>
          <w:tcPr>
            <w:tcW w:w="1512" w:type="dxa"/>
            <w:vAlign w:val="center"/>
          </w:tcPr>
          <w:p w14:paraId="4594570F" w14:textId="77777777" w:rsidR="009C6F03" w:rsidRPr="0094285E" w:rsidRDefault="00000000">
            <w:pPr>
              <w:jc w:val="center"/>
            </w:pPr>
            <w:r w:rsidRPr="0094285E">
              <w:rPr>
                <w:sz w:val="15"/>
              </w:rPr>
              <w:t>Cropland</w:t>
            </w:r>
          </w:p>
        </w:tc>
        <w:tc>
          <w:tcPr>
            <w:tcW w:w="1512" w:type="dxa"/>
            <w:vAlign w:val="center"/>
          </w:tcPr>
          <w:p w14:paraId="66DCA7EC" w14:textId="77777777" w:rsidR="009C6F03" w:rsidRPr="0094285E" w:rsidRDefault="00000000">
            <w:pPr>
              <w:jc w:val="center"/>
            </w:pPr>
            <w:r w:rsidRPr="0094285E">
              <w:rPr>
                <w:sz w:val="15"/>
              </w:rPr>
              <w:t>59.45</w:t>
            </w:r>
          </w:p>
        </w:tc>
        <w:tc>
          <w:tcPr>
            <w:tcW w:w="1512" w:type="dxa"/>
            <w:vAlign w:val="center"/>
          </w:tcPr>
          <w:p w14:paraId="3A2301E5" w14:textId="77777777" w:rsidR="009C6F03" w:rsidRPr="0094285E" w:rsidRDefault="00000000">
            <w:pPr>
              <w:jc w:val="center"/>
            </w:pPr>
            <w:r w:rsidRPr="0094285E">
              <w:rPr>
                <w:sz w:val="15"/>
              </w:rPr>
              <w:t>226.50</w:t>
            </w:r>
          </w:p>
        </w:tc>
        <w:tc>
          <w:tcPr>
            <w:tcW w:w="1512" w:type="dxa"/>
            <w:vAlign w:val="center"/>
          </w:tcPr>
          <w:p w14:paraId="6C0C7D03" w14:textId="77777777" w:rsidR="009C6F03" w:rsidRPr="0094285E" w:rsidRDefault="00000000">
            <w:pPr>
              <w:jc w:val="center"/>
            </w:pPr>
            <w:r w:rsidRPr="0094285E">
              <w:rPr>
                <w:sz w:val="15"/>
              </w:rPr>
              <w:t>25.53</w:t>
            </w:r>
          </w:p>
        </w:tc>
        <w:tc>
          <w:tcPr>
            <w:tcW w:w="1512" w:type="dxa"/>
            <w:vAlign w:val="center"/>
          </w:tcPr>
          <w:p w14:paraId="3624DF97" w14:textId="77777777" w:rsidR="009C6F03" w:rsidRPr="0094285E" w:rsidRDefault="00000000">
            <w:pPr>
              <w:jc w:val="center"/>
            </w:pPr>
            <w:r w:rsidRPr="0094285E">
              <w:rPr>
                <w:sz w:val="15"/>
              </w:rPr>
              <w:t>1.62</w:t>
            </w:r>
          </w:p>
        </w:tc>
        <w:tc>
          <w:tcPr>
            <w:tcW w:w="1512" w:type="dxa"/>
            <w:vAlign w:val="center"/>
          </w:tcPr>
          <w:p w14:paraId="3FA2754E" w14:textId="77777777" w:rsidR="009C6F03" w:rsidRPr="0094285E" w:rsidRDefault="00000000">
            <w:pPr>
              <w:jc w:val="center"/>
            </w:pPr>
            <w:r w:rsidRPr="0094285E">
              <w:rPr>
                <w:sz w:val="15"/>
              </w:rPr>
              <w:t>0.68</w:t>
            </w:r>
          </w:p>
        </w:tc>
      </w:tr>
      <w:tr w:rsidR="009C6F03" w:rsidRPr="0094285E" w14:paraId="5913EF58" w14:textId="77777777">
        <w:trPr>
          <w:jc w:val="center"/>
        </w:trPr>
        <w:tc>
          <w:tcPr>
            <w:tcW w:w="1440" w:type="dxa"/>
            <w:vAlign w:val="center"/>
          </w:tcPr>
          <w:p w14:paraId="463553E1" w14:textId="77777777" w:rsidR="009C6F03" w:rsidRPr="0094285E" w:rsidRDefault="009C6F03"/>
        </w:tc>
        <w:tc>
          <w:tcPr>
            <w:tcW w:w="1512" w:type="dxa"/>
            <w:vAlign w:val="center"/>
          </w:tcPr>
          <w:p w14:paraId="06DFA95F" w14:textId="77777777" w:rsidR="009C6F03" w:rsidRPr="0094285E" w:rsidRDefault="00000000">
            <w:pPr>
              <w:jc w:val="center"/>
            </w:pPr>
            <w:r w:rsidRPr="0094285E">
              <w:rPr>
                <w:sz w:val="15"/>
              </w:rPr>
              <w:t>Vegetation</w:t>
            </w:r>
          </w:p>
        </w:tc>
        <w:tc>
          <w:tcPr>
            <w:tcW w:w="1512" w:type="dxa"/>
            <w:vAlign w:val="center"/>
          </w:tcPr>
          <w:p w14:paraId="4D7151B1" w14:textId="77777777" w:rsidR="009C6F03" w:rsidRPr="0094285E" w:rsidRDefault="00000000">
            <w:pPr>
              <w:jc w:val="center"/>
            </w:pPr>
            <w:r w:rsidRPr="0094285E">
              <w:rPr>
                <w:sz w:val="15"/>
              </w:rPr>
              <w:t>4.40</w:t>
            </w:r>
          </w:p>
        </w:tc>
        <w:tc>
          <w:tcPr>
            <w:tcW w:w="1512" w:type="dxa"/>
            <w:vAlign w:val="center"/>
          </w:tcPr>
          <w:p w14:paraId="0F57C547" w14:textId="77777777" w:rsidR="009C6F03" w:rsidRPr="0094285E" w:rsidRDefault="00000000">
            <w:pPr>
              <w:jc w:val="center"/>
            </w:pPr>
            <w:r w:rsidRPr="0094285E">
              <w:rPr>
                <w:sz w:val="15"/>
              </w:rPr>
              <w:t>16.06</w:t>
            </w:r>
          </w:p>
        </w:tc>
        <w:tc>
          <w:tcPr>
            <w:tcW w:w="1512" w:type="dxa"/>
            <w:vAlign w:val="center"/>
          </w:tcPr>
          <w:p w14:paraId="3537DD55" w14:textId="77777777" w:rsidR="009C6F03" w:rsidRPr="0094285E" w:rsidRDefault="00000000">
            <w:pPr>
              <w:jc w:val="center"/>
            </w:pPr>
            <w:r w:rsidRPr="0094285E">
              <w:rPr>
                <w:sz w:val="15"/>
              </w:rPr>
              <w:t>215.01</w:t>
            </w:r>
          </w:p>
        </w:tc>
        <w:tc>
          <w:tcPr>
            <w:tcW w:w="1512" w:type="dxa"/>
            <w:vAlign w:val="center"/>
          </w:tcPr>
          <w:p w14:paraId="3B32C39F" w14:textId="77777777" w:rsidR="009C6F03" w:rsidRPr="0094285E" w:rsidRDefault="00000000">
            <w:pPr>
              <w:jc w:val="center"/>
            </w:pPr>
            <w:r w:rsidRPr="0094285E">
              <w:rPr>
                <w:sz w:val="15"/>
              </w:rPr>
              <w:t>0.78</w:t>
            </w:r>
          </w:p>
        </w:tc>
        <w:tc>
          <w:tcPr>
            <w:tcW w:w="1512" w:type="dxa"/>
            <w:vAlign w:val="center"/>
          </w:tcPr>
          <w:p w14:paraId="25877804" w14:textId="77777777" w:rsidR="009C6F03" w:rsidRPr="0094285E" w:rsidRDefault="00000000">
            <w:pPr>
              <w:jc w:val="center"/>
            </w:pPr>
            <w:r w:rsidRPr="0094285E">
              <w:rPr>
                <w:sz w:val="15"/>
              </w:rPr>
              <w:t>0.07</w:t>
            </w:r>
          </w:p>
        </w:tc>
      </w:tr>
      <w:tr w:rsidR="009C6F03" w:rsidRPr="0094285E" w14:paraId="5FE55413" w14:textId="77777777">
        <w:trPr>
          <w:jc w:val="center"/>
        </w:trPr>
        <w:tc>
          <w:tcPr>
            <w:tcW w:w="1440" w:type="dxa"/>
            <w:vAlign w:val="center"/>
          </w:tcPr>
          <w:p w14:paraId="6CD1DE27" w14:textId="77777777" w:rsidR="009C6F03" w:rsidRPr="0094285E" w:rsidRDefault="009C6F03"/>
        </w:tc>
        <w:tc>
          <w:tcPr>
            <w:tcW w:w="1512" w:type="dxa"/>
            <w:vAlign w:val="center"/>
          </w:tcPr>
          <w:p w14:paraId="4A44808B" w14:textId="77777777" w:rsidR="009C6F03" w:rsidRPr="0094285E" w:rsidRDefault="00000000">
            <w:pPr>
              <w:jc w:val="center"/>
            </w:pPr>
            <w:r w:rsidRPr="0094285E">
              <w:rPr>
                <w:sz w:val="15"/>
              </w:rPr>
              <w:t>Other land</w:t>
            </w:r>
          </w:p>
        </w:tc>
        <w:tc>
          <w:tcPr>
            <w:tcW w:w="1512" w:type="dxa"/>
            <w:vAlign w:val="center"/>
          </w:tcPr>
          <w:p w14:paraId="4104306F" w14:textId="77777777" w:rsidR="009C6F03" w:rsidRPr="0094285E" w:rsidRDefault="00000000">
            <w:pPr>
              <w:jc w:val="center"/>
            </w:pPr>
            <w:r w:rsidRPr="0094285E">
              <w:rPr>
                <w:sz w:val="15"/>
              </w:rPr>
              <w:t>0.09</w:t>
            </w:r>
          </w:p>
        </w:tc>
        <w:tc>
          <w:tcPr>
            <w:tcW w:w="1512" w:type="dxa"/>
            <w:vAlign w:val="center"/>
          </w:tcPr>
          <w:p w14:paraId="58C2E74B" w14:textId="77777777" w:rsidR="009C6F03" w:rsidRPr="0094285E" w:rsidRDefault="00000000">
            <w:pPr>
              <w:jc w:val="center"/>
            </w:pPr>
            <w:r w:rsidRPr="0094285E">
              <w:rPr>
                <w:sz w:val="15"/>
              </w:rPr>
              <w:t>0.10</w:t>
            </w:r>
          </w:p>
        </w:tc>
        <w:tc>
          <w:tcPr>
            <w:tcW w:w="1512" w:type="dxa"/>
            <w:vAlign w:val="center"/>
          </w:tcPr>
          <w:p w14:paraId="48300156" w14:textId="77777777" w:rsidR="009C6F03" w:rsidRPr="0094285E" w:rsidRDefault="00000000">
            <w:pPr>
              <w:jc w:val="center"/>
            </w:pPr>
            <w:r w:rsidRPr="0094285E">
              <w:rPr>
                <w:sz w:val="15"/>
              </w:rPr>
              <w:t>0.02</w:t>
            </w:r>
          </w:p>
        </w:tc>
        <w:tc>
          <w:tcPr>
            <w:tcW w:w="1512" w:type="dxa"/>
            <w:vAlign w:val="center"/>
          </w:tcPr>
          <w:p w14:paraId="74B018F4" w14:textId="77777777" w:rsidR="009C6F03" w:rsidRPr="0094285E" w:rsidRDefault="00000000">
            <w:pPr>
              <w:jc w:val="center"/>
            </w:pPr>
            <w:r w:rsidRPr="0094285E">
              <w:rPr>
                <w:sz w:val="15"/>
              </w:rPr>
              <w:t>0.17</w:t>
            </w:r>
          </w:p>
        </w:tc>
        <w:tc>
          <w:tcPr>
            <w:tcW w:w="1512" w:type="dxa"/>
            <w:vAlign w:val="center"/>
          </w:tcPr>
          <w:p w14:paraId="22BA4B3E" w14:textId="77777777" w:rsidR="009C6F03" w:rsidRPr="0094285E" w:rsidRDefault="00000000">
            <w:pPr>
              <w:jc w:val="center"/>
            </w:pPr>
            <w:r w:rsidRPr="0094285E">
              <w:rPr>
                <w:sz w:val="15"/>
              </w:rPr>
              <w:t>0.01</w:t>
            </w:r>
          </w:p>
        </w:tc>
      </w:tr>
      <w:tr w:rsidR="009C6F03" w:rsidRPr="0094285E" w14:paraId="75DE9DCD" w14:textId="77777777">
        <w:trPr>
          <w:jc w:val="center"/>
        </w:trPr>
        <w:tc>
          <w:tcPr>
            <w:tcW w:w="1440" w:type="dxa"/>
            <w:vAlign w:val="center"/>
          </w:tcPr>
          <w:p w14:paraId="7BD752D6" w14:textId="77777777" w:rsidR="009C6F03" w:rsidRPr="0094285E" w:rsidRDefault="009C6F03"/>
        </w:tc>
        <w:tc>
          <w:tcPr>
            <w:tcW w:w="1512" w:type="dxa"/>
            <w:vAlign w:val="center"/>
          </w:tcPr>
          <w:p w14:paraId="0E91D834" w14:textId="77777777" w:rsidR="009C6F03" w:rsidRPr="0094285E" w:rsidRDefault="00000000">
            <w:pPr>
              <w:jc w:val="center"/>
            </w:pPr>
            <w:r w:rsidRPr="0094285E">
              <w:rPr>
                <w:sz w:val="15"/>
              </w:rPr>
              <w:t>Waterbody</w:t>
            </w:r>
          </w:p>
        </w:tc>
        <w:tc>
          <w:tcPr>
            <w:tcW w:w="1512" w:type="dxa"/>
            <w:vAlign w:val="center"/>
          </w:tcPr>
          <w:p w14:paraId="0C1FEB21" w14:textId="77777777" w:rsidR="009C6F03" w:rsidRPr="0094285E" w:rsidRDefault="00000000">
            <w:pPr>
              <w:jc w:val="center"/>
            </w:pPr>
            <w:r w:rsidRPr="0094285E">
              <w:rPr>
                <w:sz w:val="15"/>
              </w:rPr>
              <w:t>0.10</w:t>
            </w:r>
          </w:p>
        </w:tc>
        <w:tc>
          <w:tcPr>
            <w:tcW w:w="1512" w:type="dxa"/>
            <w:vAlign w:val="center"/>
          </w:tcPr>
          <w:p w14:paraId="3F8C1938" w14:textId="77777777" w:rsidR="009C6F03" w:rsidRPr="0094285E" w:rsidRDefault="00000000">
            <w:pPr>
              <w:jc w:val="center"/>
            </w:pPr>
            <w:r w:rsidRPr="0094285E">
              <w:rPr>
                <w:sz w:val="15"/>
              </w:rPr>
              <w:t>0.09</w:t>
            </w:r>
          </w:p>
        </w:tc>
        <w:tc>
          <w:tcPr>
            <w:tcW w:w="1512" w:type="dxa"/>
            <w:vAlign w:val="center"/>
          </w:tcPr>
          <w:p w14:paraId="7CB05713" w14:textId="77777777" w:rsidR="009C6F03" w:rsidRPr="0094285E" w:rsidRDefault="00000000">
            <w:pPr>
              <w:jc w:val="center"/>
            </w:pPr>
            <w:r w:rsidRPr="0094285E">
              <w:rPr>
                <w:sz w:val="15"/>
              </w:rPr>
              <w:t>0.03</w:t>
            </w:r>
          </w:p>
        </w:tc>
        <w:tc>
          <w:tcPr>
            <w:tcW w:w="1512" w:type="dxa"/>
            <w:vAlign w:val="center"/>
          </w:tcPr>
          <w:p w14:paraId="14097D06" w14:textId="77777777" w:rsidR="009C6F03" w:rsidRPr="0094285E" w:rsidRDefault="00000000">
            <w:pPr>
              <w:jc w:val="center"/>
            </w:pPr>
            <w:r w:rsidRPr="0094285E">
              <w:rPr>
                <w:sz w:val="15"/>
              </w:rPr>
              <w:t>0.17</w:t>
            </w:r>
          </w:p>
        </w:tc>
        <w:tc>
          <w:tcPr>
            <w:tcW w:w="1512" w:type="dxa"/>
            <w:vAlign w:val="center"/>
          </w:tcPr>
          <w:p w14:paraId="4B0E123D" w14:textId="77777777" w:rsidR="009C6F03" w:rsidRPr="0094285E" w:rsidRDefault="00000000">
            <w:pPr>
              <w:jc w:val="center"/>
            </w:pPr>
            <w:r w:rsidRPr="0094285E">
              <w:rPr>
                <w:sz w:val="15"/>
              </w:rPr>
              <w:t>3.59</w:t>
            </w:r>
          </w:p>
        </w:tc>
      </w:tr>
    </w:tbl>
    <w:p w14:paraId="7858B409" w14:textId="41BF42C3" w:rsidR="009C6F03" w:rsidRPr="0094285E" w:rsidRDefault="00000000">
      <w:pPr>
        <w:spacing w:before="60" w:after="60"/>
      </w:pPr>
      <w:r w:rsidRPr="0094285E">
        <w:rPr>
          <w:b/>
          <w:sz w:val="17"/>
        </w:rPr>
        <w:t xml:space="preserve">Note: </w:t>
      </w:r>
      <w:r w:rsidRPr="0094285E">
        <w:rPr>
          <w:sz w:val="17"/>
        </w:rPr>
        <w:t xml:space="preserve">Values represent transition areas in km². Rows represent source LULC classes and columns represent destination LULC classes. The matrices reproduce the published transition information reported by Rimal et al. </w:t>
      </w:r>
      <w:r w:rsidR="00A31255" w:rsidRPr="0094285E">
        <w:rPr>
          <w:sz w:val="17"/>
        </w:rPr>
        <w:t>(2025)</w:t>
      </w:r>
      <w:r w:rsidRPr="0094285E">
        <w:rPr>
          <w:sz w:val="17"/>
        </w:rPr>
        <w:t>.</w:t>
      </w:r>
      <w:r w:rsidRPr="0094285E">
        <w:rPr>
          <w:b/>
          <w:sz w:val="17"/>
        </w:rPr>
        <w:t xml:space="preserve"> Source: </w:t>
      </w:r>
      <w:r w:rsidRPr="0094285E">
        <w:rPr>
          <w:sz w:val="17"/>
        </w:rPr>
        <w:t xml:space="preserve">Reproduced from the published transition matrices reported by Rimal et al. </w:t>
      </w:r>
      <w:r w:rsidR="00A31255" w:rsidRPr="0094285E">
        <w:rPr>
          <w:sz w:val="17"/>
        </w:rPr>
        <w:t>(2025)</w:t>
      </w:r>
      <w:r w:rsidRPr="0094285E">
        <w:rPr>
          <w:sz w:val="17"/>
        </w:rPr>
        <w:t>.</w:t>
      </w:r>
    </w:p>
    <w:p w14:paraId="7DFFB321" w14:textId="77777777" w:rsidR="009C6F03" w:rsidRPr="0094285E" w:rsidRDefault="00000000">
      <w:pPr>
        <w:pStyle w:val="Caption"/>
        <w:spacing w:before="160" w:after="100"/>
        <w:rPr>
          <w:color w:val="auto"/>
        </w:rPr>
      </w:pPr>
      <w:r w:rsidRPr="0094285E">
        <w:rPr>
          <w:color w:val="auto"/>
        </w:rPr>
        <w:t>Table S4. Detailed calculations of estimated annual ecosystem service value by LULC category and observation year.</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936"/>
        <w:gridCol w:w="1152"/>
        <w:gridCol w:w="1152"/>
        <w:gridCol w:w="2160"/>
        <w:gridCol w:w="1800"/>
      </w:tblGrid>
      <w:tr w:rsidR="009C6F03" w:rsidRPr="0094285E" w14:paraId="05EADB02" w14:textId="77777777">
        <w:trPr>
          <w:tblHeader/>
          <w:jc w:val="center"/>
        </w:trPr>
        <w:tc>
          <w:tcPr>
            <w:tcW w:w="1512" w:type="dxa"/>
            <w:shd w:val="clear" w:color="auto" w:fill="E7E6E6"/>
            <w:vAlign w:val="center"/>
          </w:tcPr>
          <w:p w14:paraId="5587EE8D" w14:textId="77777777" w:rsidR="009C6F03" w:rsidRPr="0094285E" w:rsidRDefault="00000000">
            <w:pPr>
              <w:jc w:val="center"/>
            </w:pPr>
            <w:r w:rsidRPr="0094285E">
              <w:rPr>
                <w:b/>
                <w:sz w:val="14"/>
              </w:rPr>
              <w:t>LULC class</w:t>
            </w:r>
          </w:p>
        </w:tc>
        <w:tc>
          <w:tcPr>
            <w:tcW w:w="936" w:type="dxa"/>
            <w:shd w:val="clear" w:color="auto" w:fill="E7E6E6"/>
            <w:vAlign w:val="center"/>
          </w:tcPr>
          <w:p w14:paraId="5AD770E9" w14:textId="77777777" w:rsidR="009C6F03" w:rsidRPr="0094285E" w:rsidRDefault="00000000">
            <w:pPr>
              <w:jc w:val="center"/>
            </w:pPr>
            <w:r w:rsidRPr="0094285E">
              <w:rPr>
                <w:b/>
                <w:sz w:val="14"/>
              </w:rPr>
              <w:t>Year</w:t>
            </w:r>
          </w:p>
        </w:tc>
        <w:tc>
          <w:tcPr>
            <w:tcW w:w="1152" w:type="dxa"/>
            <w:shd w:val="clear" w:color="auto" w:fill="E7E6E6"/>
            <w:vAlign w:val="center"/>
          </w:tcPr>
          <w:p w14:paraId="161384BF" w14:textId="77777777" w:rsidR="009C6F03" w:rsidRPr="0094285E" w:rsidRDefault="00000000">
            <w:pPr>
              <w:jc w:val="center"/>
            </w:pPr>
            <w:r w:rsidRPr="0094285E">
              <w:rPr>
                <w:b/>
                <w:sz w:val="14"/>
              </w:rPr>
              <w:t>Area (km²)</w:t>
            </w:r>
          </w:p>
        </w:tc>
        <w:tc>
          <w:tcPr>
            <w:tcW w:w="1152" w:type="dxa"/>
            <w:shd w:val="clear" w:color="auto" w:fill="E7E6E6"/>
            <w:vAlign w:val="center"/>
          </w:tcPr>
          <w:p w14:paraId="05D84EA9" w14:textId="77777777" w:rsidR="009C6F03" w:rsidRPr="0094285E" w:rsidRDefault="00000000">
            <w:pPr>
              <w:jc w:val="center"/>
            </w:pPr>
            <w:r w:rsidRPr="0094285E">
              <w:rPr>
                <w:b/>
                <w:sz w:val="14"/>
              </w:rPr>
              <w:t>Area (ha)</w:t>
            </w:r>
          </w:p>
        </w:tc>
        <w:tc>
          <w:tcPr>
            <w:tcW w:w="2160" w:type="dxa"/>
            <w:shd w:val="clear" w:color="auto" w:fill="E7E6E6"/>
            <w:vAlign w:val="center"/>
          </w:tcPr>
          <w:p w14:paraId="564E5082" w14:textId="77777777" w:rsidR="009C6F03" w:rsidRPr="0094285E" w:rsidRDefault="00000000">
            <w:pPr>
              <w:jc w:val="center"/>
            </w:pPr>
            <w:r w:rsidRPr="0094285E">
              <w:rPr>
                <w:b/>
                <w:sz w:val="14"/>
              </w:rPr>
              <w:t>Coefficient (USD ha⁻¹ yr⁻¹)</w:t>
            </w:r>
          </w:p>
        </w:tc>
        <w:tc>
          <w:tcPr>
            <w:tcW w:w="1800" w:type="dxa"/>
            <w:shd w:val="clear" w:color="auto" w:fill="E7E6E6"/>
            <w:vAlign w:val="center"/>
          </w:tcPr>
          <w:p w14:paraId="15735E06" w14:textId="77777777" w:rsidR="009C6F03" w:rsidRPr="0094285E" w:rsidRDefault="00000000">
            <w:pPr>
              <w:jc w:val="center"/>
            </w:pPr>
            <w:r w:rsidRPr="0094285E">
              <w:rPr>
                <w:b/>
                <w:sz w:val="14"/>
              </w:rPr>
              <w:t>ESV (USD million yr⁻¹)</w:t>
            </w:r>
          </w:p>
        </w:tc>
      </w:tr>
      <w:tr w:rsidR="009C6F03" w:rsidRPr="0094285E" w14:paraId="08B04B20" w14:textId="77777777">
        <w:trPr>
          <w:jc w:val="center"/>
        </w:trPr>
        <w:tc>
          <w:tcPr>
            <w:tcW w:w="1512" w:type="dxa"/>
            <w:vAlign w:val="center"/>
          </w:tcPr>
          <w:p w14:paraId="1DE09280" w14:textId="77777777" w:rsidR="009C6F03" w:rsidRPr="0094285E" w:rsidRDefault="00000000">
            <w:r w:rsidRPr="0094285E">
              <w:rPr>
                <w:sz w:val="14"/>
              </w:rPr>
              <w:t>Built-up</w:t>
            </w:r>
          </w:p>
        </w:tc>
        <w:tc>
          <w:tcPr>
            <w:tcW w:w="936" w:type="dxa"/>
            <w:vAlign w:val="center"/>
          </w:tcPr>
          <w:p w14:paraId="4B6109DF" w14:textId="77777777" w:rsidR="009C6F03" w:rsidRPr="0094285E" w:rsidRDefault="00000000">
            <w:pPr>
              <w:jc w:val="center"/>
            </w:pPr>
            <w:r w:rsidRPr="0094285E">
              <w:rPr>
                <w:sz w:val="14"/>
              </w:rPr>
              <w:t>1988</w:t>
            </w:r>
          </w:p>
        </w:tc>
        <w:tc>
          <w:tcPr>
            <w:tcW w:w="1152" w:type="dxa"/>
            <w:vAlign w:val="center"/>
          </w:tcPr>
          <w:p w14:paraId="64C493E4" w14:textId="77777777" w:rsidR="009C6F03" w:rsidRPr="0094285E" w:rsidRDefault="00000000">
            <w:pPr>
              <w:jc w:val="center"/>
            </w:pPr>
            <w:r w:rsidRPr="0094285E">
              <w:rPr>
                <w:sz w:val="14"/>
              </w:rPr>
              <w:t>37.98</w:t>
            </w:r>
          </w:p>
        </w:tc>
        <w:tc>
          <w:tcPr>
            <w:tcW w:w="1152" w:type="dxa"/>
            <w:vAlign w:val="center"/>
          </w:tcPr>
          <w:p w14:paraId="646A7089" w14:textId="77777777" w:rsidR="009C6F03" w:rsidRPr="0094285E" w:rsidRDefault="00000000">
            <w:pPr>
              <w:jc w:val="center"/>
            </w:pPr>
            <w:r w:rsidRPr="0094285E">
              <w:rPr>
                <w:sz w:val="14"/>
              </w:rPr>
              <w:t>3798.00</w:t>
            </w:r>
          </w:p>
        </w:tc>
        <w:tc>
          <w:tcPr>
            <w:tcW w:w="2160" w:type="dxa"/>
            <w:vAlign w:val="center"/>
          </w:tcPr>
          <w:p w14:paraId="626C2863" w14:textId="77777777" w:rsidR="009C6F03" w:rsidRPr="0094285E" w:rsidRDefault="00000000">
            <w:pPr>
              <w:jc w:val="center"/>
            </w:pPr>
            <w:r w:rsidRPr="0094285E">
              <w:rPr>
                <w:sz w:val="14"/>
              </w:rPr>
              <w:t>0.00</w:t>
            </w:r>
          </w:p>
        </w:tc>
        <w:tc>
          <w:tcPr>
            <w:tcW w:w="1800" w:type="dxa"/>
            <w:vAlign w:val="center"/>
          </w:tcPr>
          <w:p w14:paraId="6A563807" w14:textId="77777777" w:rsidR="009C6F03" w:rsidRPr="0094285E" w:rsidRDefault="00000000">
            <w:pPr>
              <w:jc w:val="center"/>
            </w:pPr>
            <w:r w:rsidRPr="0094285E">
              <w:rPr>
                <w:sz w:val="14"/>
              </w:rPr>
              <w:t>0.0000</w:t>
            </w:r>
          </w:p>
        </w:tc>
      </w:tr>
      <w:tr w:rsidR="009C6F03" w:rsidRPr="0094285E" w14:paraId="38FB85F2" w14:textId="77777777">
        <w:trPr>
          <w:jc w:val="center"/>
        </w:trPr>
        <w:tc>
          <w:tcPr>
            <w:tcW w:w="1512" w:type="dxa"/>
            <w:vAlign w:val="center"/>
          </w:tcPr>
          <w:p w14:paraId="6E3EB149" w14:textId="77777777" w:rsidR="009C6F03" w:rsidRPr="0094285E" w:rsidRDefault="00000000">
            <w:r w:rsidRPr="0094285E">
              <w:rPr>
                <w:sz w:val="14"/>
              </w:rPr>
              <w:t>Built-up</w:t>
            </w:r>
          </w:p>
        </w:tc>
        <w:tc>
          <w:tcPr>
            <w:tcW w:w="936" w:type="dxa"/>
            <w:vAlign w:val="center"/>
          </w:tcPr>
          <w:p w14:paraId="7624333B" w14:textId="77777777" w:rsidR="009C6F03" w:rsidRPr="0094285E" w:rsidRDefault="00000000">
            <w:pPr>
              <w:jc w:val="center"/>
            </w:pPr>
            <w:r w:rsidRPr="0094285E">
              <w:rPr>
                <w:sz w:val="14"/>
              </w:rPr>
              <w:t>1992</w:t>
            </w:r>
          </w:p>
        </w:tc>
        <w:tc>
          <w:tcPr>
            <w:tcW w:w="1152" w:type="dxa"/>
            <w:vAlign w:val="center"/>
          </w:tcPr>
          <w:p w14:paraId="65CE460F" w14:textId="77777777" w:rsidR="009C6F03" w:rsidRPr="0094285E" w:rsidRDefault="00000000">
            <w:pPr>
              <w:jc w:val="center"/>
            </w:pPr>
            <w:r w:rsidRPr="0094285E">
              <w:rPr>
                <w:sz w:val="14"/>
              </w:rPr>
              <w:t>40.70</w:t>
            </w:r>
          </w:p>
        </w:tc>
        <w:tc>
          <w:tcPr>
            <w:tcW w:w="1152" w:type="dxa"/>
            <w:vAlign w:val="center"/>
          </w:tcPr>
          <w:p w14:paraId="35628F62" w14:textId="77777777" w:rsidR="009C6F03" w:rsidRPr="0094285E" w:rsidRDefault="00000000">
            <w:pPr>
              <w:jc w:val="center"/>
            </w:pPr>
            <w:r w:rsidRPr="0094285E">
              <w:rPr>
                <w:sz w:val="14"/>
              </w:rPr>
              <w:t>4070.00</w:t>
            </w:r>
          </w:p>
        </w:tc>
        <w:tc>
          <w:tcPr>
            <w:tcW w:w="2160" w:type="dxa"/>
            <w:vAlign w:val="center"/>
          </w:tcPr>
          <w:p w14:paraId="21236597" w14:textId="77777777" w:rsidR="009C6F03" w:rsidRPr="0094285E" w:rsidRDefault="00000000">
            <w:pPr>
              <w:jc w:val="center"/>
            </w:pPr>
            <w:r w:rsidRPr="0094285E">
              <w:rPr>
                <w:sz w:val="14"/>
              </w:rPr>
              <w:t>0.00</w:t>
            </w:r>
          </w:p>
        </w:tc>
        <w:tc>
          <w:tcPr>
            <w:tcW w:w="1800" w:type="dxa"/>
            <w:vAlign w:val="center"/>
          </w:tcPr>
          <w:p w14:paraId="65FD142A" w14:textId="77777777" w:rsidR="009C6F03" w:rsidRPr="0094285E" w:rsidRDefault="00000000">
            <w:pPr>
              <w:jc w:val="center"/>
            </w:pPr>
            <w:r w:rsidRPr="0094285E">
              <w:rPr>
                <w:sz w:val="14"/>
              </w:rPr>
              <w:t>0.0000</w:t>
            </w:r>
          </w:p>
        </w:tc>
      </w:tr>
      <w:tr w:rsidR="009C6F03" w:rsidRPr="0094285E" w14:paraId="0F5DE30F" w14:textId="77777777">
        <w:trPr>
          <w:jc w:val="center"/>
        </w:trPr>
        <w:tc>
          <w:tcPr>
            <w:tcW w:w="1512" w:type="dxa"/>
            <w:vAlign w:val="center"/>
          </w:tcPr>
          <w:p w14:paraId="244E63F7" w14:textId="77777777" w:rsidR="009C6F03" w:rsidRPr="0094285E" w:rsidRDefault="00000000">
            <w:r w:rsidRPr="0094285E">
              <w:rPr>
                <w:sz w:val="14"/>
              </w:rPr>
              <w:t>Built-up</w:t>
            </w:r>
          </w:p>
        </w:tc>
        <w:tc>
          <w:tcPr>
            <w:tcW w:w="936" w:type="dxa"/>
            <w:vAlign w:val="center"/>
          </w:tcPr>
          <w:p w14:paraId="6E5DC668" w14:textId="77777777" w:rsidR="009C6F03" w:rsidRPr="0094285E" w:rsidRDefault="00000000">
            <w:pPr>
              <w:jc w:val="center"/>
            </w:pPr>
            <w:r w:rsidRPr="0094285E">
              <w:rPr>
                <w:sz w:val="14"/>
              </w:rPr>
              <w:t>2000</w:t>
            </w:r>
          </w:p>
        </w:tc>
        <w:tc>
          <w:tcPr>
            <w:tcW w:w="1152" w:type="dxa"/>
            <w:vAlign w:val="center"/>
          </w:tcPr>
          <w:p w14:paraId="1E916F28" w14:textId="77777777" w:rsidR="009C6F03" w:rsidRPr="0094285E" w:rsidRDefault="00000000">
            <w:pPr>
              <w:jc w:val="center"/>
            </w:pPr>
            <w:r w:rsidRPr="0094285E">
              <w:rPr>
                <w:sz w:val="14"/>
              </w:rPr>
              <w:t>73.90</w:t>
            </w:r>
          </w:p>
        </w:tc>
        <w:tc>
          <w:tcPr>
            <w:tcW w:w="1152" w:type="dxa"/>
            <w:vAlign w:val="center"/>
          </w:tcPr>
          <w:p w14:paraId="4C62103F" w14:textId="77777777" w:rsidR="009C6F03" w:rsidRPr="0094285E" w:rsidRDefault="00000000">
            <w:pPr>
              <w:jc w:val="center"/>
            </w:pPr>
            <w:r w:rsidRPr="0094285E">
              <w:rPr>
                <w:sz w:val="14"/>
              </w:rPr>
              <w:t>7390.00</w:t>
            </w:r>
          </w:p>
        </w:tc>
        <w:tc>
          <w:tcPr>
            <w:tcW w:w="2160" w:type="dxa"/>
            <w:vAlign w:val="center"/>
          </w:tcPr>
          <w:p w14:paraId="69161BFF" w14:textId="77777777" w:rsidR="009C6F03" w:rsidRPr="0094285E" w:rsidRDefault="00000000">
            <w:pPr>
              <w:jc w:val="center"/>
            </w:pPr>
            <w:r w:rsidRPr="0094285E">
              <w:rPr>
                <w:sz w:val="14"/>
              </w:rPr>
              <w:t>0.00</w:t>
            </w:r>
          </w:p>
        </w:tc>
        <w:tc>
          <w:tcPr>
            <w:tcW w:w="1800" w:type="dxa"/>
            <w:vAlign w:val="center"/>
          </w:tcPr>
          <w:p w14:paraId="103D010C" w14:textId="77777777" w:rsidR="009C6F03" w:rsidRPr="0094285E" w:rsidRDefault="00000000">
            <w:pPr>
              <w:jc w:val="center"/>
            </w:pPr>
            <w:r w:rsidRPr="0094285E">
              <w:rPr>
                <w:sz w:val="14"/>
              </w:rPr>
              <w:t>0.0000</w:t>
            </w:r>
          </w:p>
        </w:tc>
      </w:tr>
      <w:tr w:rsidR="009C6F03" w:rsidRPr="0094285E" w14:paraId="1ADE6595" w14:textId="77777777">
        <w:trPr>
          <w:jc w:val="center"/>
        </w:trPr>
        <w:tc>
          <w:tcPr>
            <w:tcW w:w="1512" w:type="dxa"/>
            <w:vAlign w:val="center"/>
          </w:tcPr>
          <w:p w14:paraId="1FDC64AF" w14:textId="77777777" w:rsidR="009C6F03" w:rsidRPr="0094285E" w:rsidRDefault="00000000">
            <w:r w:rsidRPr="0094285E">
              <w:rPr>
                <w:sz w:val="14"/>
              </w:rPr>
              <w:t>Built-up</w:t>
            </w:r>
          </w:p>
        </w:tc>
        <w:tc>
          <w:tcPr>
            <w:tcW w:w="936" w:type="dxa"/>
            <w:vAlign w:val="center"/>
          </w:tcPr>
          <w:p w14:paraId="650F43D2" w14:textId="77777777" w:rsidR="009C6F03" w:rsidRPr="0094285E" w:rsidRDefault="00000000">
            <w:pPr>
              <w:jc w:val="center"/>
            </w:pPr>
            <w:r w:rsidRPr="0094285E">
              <w:rPr>
                <w:sz w:val="14"/>
              </w:rPr>
              <w:t>2008</w:t>
            </w:r>
          </w:p>
        </w:tc>
        <w:tc>
          <w:tcPr>
            <w:tcW w:w="1152" w:type="dxa"/>
            <w:vAlign w:val="center"/>
          </w:tcPr>
          <w:p w14:paraId="15A9BC9D" w14:textId="77777777" w:rsidR="009C6F03" w:rsidRPr="0094285E" w:rsidRDefault="00000000">
            <w:pPr>
              <w:jc w:val="center"/>
            </w:pPr>
            <w:r w:rsidRPr="0094285E">
              <w:rPr>
                <w:sz w:val="14"/>
              </w:rPr>
              <w:t>95.45</w:t>
            </w:r>
          </w:p>
        </w:tc>
        <w:tc>
          <w:tcPr>
            <w:tcW w:w="1152" w:type="dxa"/>
            <w:vAlign w:val="center"/>
          </w:tcPr>
          <w:p w14:paraId="2BB58709" w14:textId="77777777" w:rsidR="009C6F03" w:rsidRPr="0094285E" w:rsidRDefault="00000000">
            <w:pPr>
              <w:jc w:val="center"/>
            </w:pPr>
            <w:r w:rsidRPr="0094285E">
              <w:rPr>
                <w:sz w:val="14"/>
              </w:rPr>
              <w:t>9545.00</w:t>
            </w:r>
          </w:p>
        </w:tc>
        <w:tc>
          <w:tcPr>
            <w:tcW w:w="2160" w:type="dxa"/>
            <w:vAlign w:val="center"/>
          </w:tcPr>
          <w:p w14:paraId="6E0A405B" w14:textId="77777777" w:rsidR="009C6F03" w:rsidRPr="0094285E" w:rsidRDefault="00000000">
            <w:pPr>
              <w:jc w:val="center"/>
            </w:pPr>
            <w:r w:rsidRPr="0094285E">
              <w:rPr>
                <w:sz w:val="14"/>
              </w:rPr>
              <w:t>0.00</w:t>
            </w:r>
          </w:p>
        </w:tc>
        <w:tc>
          <w:tcPr>
            <w:tcW w:w="1800" w:type="dxa"/>
            <w:vAlign w:val="center"/>
          </w:tcPr>
          <w:p w14:paraId="1A53C5F7" w14:textId="77777777" w:rsidR="009C6F03" w:rsidRPr="0094285E" w:rsidRDefault="00000000">
            <w:pPr>
              <w:jc w:val="center"/>
            </w:pPr>
            <w:r w:rsidRPr="0094285E">
              <w:rPr>
                <w:sz w:val="14"/>
              </w:rPr>
              <w:t>0.0000</w:t>
            </w:r>
          </w:p>
        </w:tc>
      </w:tr>
      <w:tr w:rsidR="009C6F03" w:rsidRPr="0094285E" w14:paraId="2DF53E9D" w14:textId="77777777">
        <w:trPr>
          <w:jc w:val="center"/>
        </w:trPr>
        <w:tc>
          <w:tcPr>
            <w:tcW w:w="1512" w:type="dxa"/>
            <w:vAlign w:val="center"/>
          </w:tcPr>
          <w:p w14:paraId="60EBB83A" w14:textId="77777777" w:rsidR="009C6F03" w:rsidRPr="0094285E" w:rsidRDefault="00000000">
            <w:r w:rsidRPr="0094285E">
              <w:rPr>
                <w:sz w:val="14"/>
              </w:rPr>
              <w:t>Built-up</w:t>
            </w:r>
          </w:p>
        </w:tc>
        <w:tc>
          <w:tcPr>
            <w:tcW w:w="936" w:type="dxa"/>
            <w:vAlign w:val="center"/>
          </w:tcPr>
          <w:p w14:paraId="4E0784A0" w14:textId="77777777" w:rsidR="009C6F03" w:rsidRPr="0094285E" w:rsidRDefault="00000000">
            <w:pPr>
              <w:jc w:val="center"/>
            </w:pPr>
            <w:r w:rsidRPr="0094285E">
              <w:rPr>
                <w:sz w:val="14"/>
              </w:rPr>
              <w:t>2016</w:t>
            </w:r>
          </w:p>
        </w:tc>
        <w:tc>
          <w:tcPr>
            <w:tcW w:w="1152" w:type="dxa"/>
            <w:vAlign w:val="center"/>
          </w:tcPr>
          <w:p w14:paraId="1177DC1F" w14:textId="77777777" w:rsidR="009C6F03" w:rsidRPr="0094285E" w:rsidRDefault="00000000">
            <w:pPr>
              <w:jc w:val="center"/>
            </w:pPr>
            <w:r w:rsidRPr="0094285E">
              <w:rPr>
                <w:sz w:val="14"/>
              </w:rPr>
              <w:t>138.37</w:t>
            </w:r>
          </w:p>
        </w:tc>
        <w:tc>
          <w:tcPr>
            <w:tcW w:w="1152" w:type="dxa"/>
            <w:vAlign w:val="center"/>
          </w:tcPr>
          <w:p w14:paraId="3E445D9D" w14:textId="77777777" w:rsidR="009C6F03" w:rsidRPr="0094285E" w:rsidRDefault="00000000">
            <w:pPr>
              <w:jc w:val="center"/>
            </w:pPr>
            <w:r w:rsidRPr="0094285E">
              <w:rPr>
                <w:sz w:val="14"/>
              </w:rPr>
              <w:t>13837.00</w:t>
            </w:r>
          </w:p>
        </w:tc>
        <w:tc>
          <w:tcPr>
            <w:tcW w:w="2160" w:type="dxa"/>
            <w:vAlign w:val="center"/>
          </w:tcPr>
          <w:p w14:paraId="5FC82D65" w14:textId="77777777" w:rsidR="009C6F03" w:rsidRPr="0094285E" w:rsidRDefault="00000000">
            <w:pPr>
              <w:jc w:val="center"/>
            </w:pPr>
            <w:r w:rsidRPr="0094285E">
              <w:rPr>
                <w:sz w:val="14"/>
              </w:rPr>
              <w:t>0.00</w:t>
            </w:r>
          </w:p>
        </w:tc>
        <w:tc>
          <w:tcPr>
            <w:tcW w:w="1800" w:type="dxa"/>
            <w:vAlign w:val="center"/>
          </w:tcPr>
          <w:p w14:paraId="1D8261F9" w14:textId="77777777" w:rsidR="009C6F03" w:rsidRPr="0094285E" w:rsidRDefault="00000000">
            <w:pPr>
              <w:jc w:val="center"/>
            </w:pPr>
            <w:r w:rsidRPr="0094285E">
              <w:rPr>
                <w:sz w:val="14"/>
              </w:rPr>
              <w:t>0.0000</w:t>
            </w:r>
          </w:p>
        </w:tc>
      </w:tr>
      <w:tr w:rsidR="009C6F03" w:rsidRPr="0094285E" w14:paraId="75B26865" w14:textId="77777777">
        <w:trPr>
          <w:jc w:val="center"/>
        </w:trPr>
        <w:tc>
          <w:tcPr>
            <w:tcW w:w="1512" w:type="dxa"/>
            <w:vAlign w:val="center"/>
          </w:tcPr>
          <w:p w14:paraId="346FC682" w14:textId="77777777" w:rsidR="009C6F03" w:rsidRPr="0094285E" w:rsidRDefault="00000000">
            <w:r w:rsidRPr="0094285E">
              <w:rPr>
                <w:sz w:val="14"/>
              </w:rPr>
              <w:t>Built-up</w:t>
            </w:r>
          </w:p>
        </w:tc>
        <w:tc>
          <w:tcPr>
            <w:tcW w:w="936" w:type="dxa"/>
            <w:vAlign w:val="center"/>
          </w:tcPr>
          <w:p w14:paraId="3F1F28EA" w14:textId="77777777" w:rsidR="009C6F03" w:rsidRPr="0094285E" w:rsidRDefault="00000000">
            <w:pPr>
              <w:jc w:val="center"/>
            </w:pPr>
            <w:r w:rsidRPr="0094285E">
              <w:rPr>
                <w:sz w:val="14"/>
              </w:rPr>
              <w:t>2024</w:t>
            </w:r>
          </w:p>
        </w:tc>
        <w:tc>
          <w:tcPr>
            <w:tcW w:w="1152" w:type="dxa"/>
            <w:vAlign w:val="center"/>
          </w:tcPr>
          <w:p w14:paraId="297181FC" w14:textId="77777777" w:rsidR="009C6F03" w:rsidRPr="0094285E" w:rsidRDefault="00000000">
            <w:pPr>
              <w:jc w:val="center"/>
            </w:pPr>
            <w:r w:rsidRPr="0094285E">
              <w:rPr>
                <w:sz w:val="14"/>
              </w:rPr>
              <w:t>197.41</w:t>
            </w:r>
          </w:p>
        </w:tc>
        <w:tc>
          <w:tcPr>
            <w:tcW w:w="1152" w:type="dxa"/>
            <w:vAlign w:val="center"/>
          </w:tcPr>
          <w:p w14:paraId="02946662" w14:textId="77777777" w:rsidR="009C6F03" w:rsidRPr="0094285E" w:rsidRDefault="00000000">
            <w:pPr>
              <w:jc w:val="center"/>
            </w:pPr>
            <w:r w:rsidRPr="0094285E">
              <w:rPr>
                <w:sz w:val="14"/>
              </w:rPr>
              <w:t>19741.00</w:t>
            </w:r>
          </w:p>
        </w:tc>
        <w:tc>
          <w:tcPr>
            <w:tcW w:w="2160" w:type="dxa"/>
            <w:vAlign w:val="center"/>
          </w:tcPr>
          <w:p w14:paraId="12287C2B" w14:textId="77777777" w:rsidR="009C6F03" w:rsidRPr="0094285E" w:rsidRDefault="00000000">
            <w:pPr>
              <w:jc w:val="center"/>
            </w:pPr>
            <w:r w:rsidRPr="0094285E">
              <w:rPr>
                <w:sz w:val="14"/>
              </w:rPr>
              <w:t>0.00</w:t>
            </w:r>
          </w:p>
        </w:tc>
        <w:tc>
          <w:tcPr>
            <w:tcW w:w="1800" w:type="dxa"/>
            <w:vAlign w:val="center"/>
          </w:tcPr>
          <w:p w14:paraId="36304ACD" w14:textId="77777777" w:rsidR="009C6F03" w:rsidRPr="0094285E" w:rsidRDefault="00000000">
            <w:pPr>
              <w:jc w:val="center"/>
            </w:pPr>
            <w:r w:rsidRPr="0094285E">
              <w:rPr>
                <w:sz w:val="14"/>
              </w:rPr>
              <w:t>0.0000</w:t>
            </w:r>
          </w:p>
        </w:tc>
      </w:tr>
      <w:tr w:rsidR="009C6F03" w:rsidRPr="0094285E" w14:paraId="3522441A" w14:textId="77777777">
        <w:trPr>
          <w:jc w:val="center"/>
        </w:trPr>
        <w:tc>
          <w:tcPr>
            <w:tcW w:w="1512" w:type="dxa"/>
            <w:vAlign w:val="center"/>
          </w:tcPr>
          <w:p w14:paraId="585BE74C" w14:textId="77777777" w:rsidR="009C6F03" w:rsidRPr="0094285E" w:rsidRDefault="00000000">
            <w:r w:rsidRPr="0094285E">
              <w:rPr>
                <w:sz w:val="14"/>
              </w:rPr>
              <w:t>Cropland</w:t>
            </w:r>
          </w:p>
        </w:tc>
        <w:tc>
          <w:tcPr>
            <w:tcW w:w="936" w:type="dxa"/>
            <w:vAlign w:val="center"/>
          </w:tcPr>
          <w:p w14:paraId="58C52B25" w14:textId="77777777" w:rsidR="009C6F03" w:rsidRPr="0094285E" w:rsidRDefault="00000000">
            <w:pPr>
              <w:jc w:val="center"/>
            </w:pPr>
            <w:r w:rsidRPr="0094285E">
              <w:rPr>
                <w:sz w:val="14"/>
              </w:rPr>
              <w:t>1988</w:t>
            </w:r>
          </w:p>
        </w:tc>
        <w:tc>
          <w:tcPr>
            <w:tcW w:w="1152" w:type="dxa"/>
            <w:vAlign w:val="center"/>
          </w:tcPr>
          <w:p w14:paraId="1F1510CC" w14:textId="77777777" w:rsidR="009C6F03" w:rsidRPr="0094285E" w:rsidRDefault="00000000">
            <w:pPr>
              <w:jc w:val="center"/>
            </w:pPr>
            <w:r w:rsidRPr="0094285E">
              <w:rPr>
                <w:sz w:val="14"/>
              </w:rPr>
              <w:t>418.32</w:t>
            </w:r>
          </w:p>
        </w:tc>
        <w:tc>
          <w:tcPr>
            <w:tcW w:w="1152" w:type="dxa"/>
            <w:vAlign w:val="center"/>
          </w:tcPr>
          <w:p w14:paraId="06321A3C" w14:textId="77777777" w:rsidR="009C6F03" w:rsidRPr="0094285E" w:rsidRDefault="00000000">
            <w:pPr>
              <w:jc w:val="center"/>
            </w:pPr>
            <w:r w:rsidRPr="0094285E">
              <w:rPr>
                <w:sz w:val="14"/>
              </w:rPr>
              <w:t>41832.00</w:t>
            </w:r>
          </w:p>
        </w:tc>
        <w:tc>
          <w:tcPr>
            <w:tcW w:w="2160" w:type="dxa"/>
            <w:vAlign w:val="center"/>
          </w:tcPr>
          <w:p w14:paraId="4B252525" w14:textId="77777777" w:rsidR="009C6F03" w:rsidRPr="0094285E" w:rsidRDefault="00000000">
            <w:pPr>
              <w:jc w:val="center"/>
            </w:pPr>
            <w:r w:rsidRPr="0094285E">
              <w:rPr>
                <w:sz w:val="14"/>
              </w:rPr>
              <w:t>699.37</w:t>
            </w:r>
          </w:p>
        </w:tc>
        <w:tc>
          <w:tcPr>
            <w:tcW w:w="1800" w:type="dxa"/>
            <w:vAlign w:val="center"/>
          </w:tcPr>
          <w:p w14:paraId="6B0EE2DE" w14:textId="77777777" w:rsidR="009C6F03" w:rsidRPr="0094285E" w:rsidRDefault="00000000">
            <w:pPr>
              <w:jc w:val="center"/>
            </w:pPr>
            <w:r w:rsidRPr="0094285E">
              <w:rPr>
                <w:sz w:val="14"/>
              </w:rPr>
              <w:t>29.2560</w:t>
            </w:r>
          </w:p>
        </w:tc>
      </w:tr>
      <w:tr w:rsidR="009C6F03" w:rsidRPr="0094285E" w14:paraId="7E9644C9" w14:textId="77777777">
        <w:trPr>
          <w:jc w:val="center"/>
        </w:trPr>
        <w:tc>
          <w:tcPr>
            <w:tcW w:w="1512" w:type="dxa"/>
            <w:vAlign w:val="center"/>
          </w:tcPr>
          <w:p w14:paraId="7E9B712F" w14:textId="77777777" w:rsidR="009C6F03" w:rsidRPr="0094285E" w:rsidRDefault="00000000">
            <w:r w:rsidRPr="0094285E">
              <w:rPr>
                <w:sz w:val="14"/>
              </w:rPr>
              <w:t>Cropland</w:t>
            </w:r>
          </w:p>
        </w:tc>
        <w:tc>
          <w:tcPr>
            <w:tcW w:w="936" w:type="dxa"/>
            <w:vAlign w:val="center"/>
          </w:tcPr>
          <w:p w14:paraId="2C520CD0" w14:textId="77777777" w:rsidR="009C6F03" w:rsidRPr="0094285E" w:rsidRDefault="00000000">
            <w:pPr>
              <w:jc w:val="center"/>
            </w:pPr>
            <w:r w:rsidRPr="0094285E">
              <w:rPr>
                <w:sz w:val="14"/>
              </w:rPr>
              <w:t>1992</w:t>
            </w:r>
          </w:p>
        </w:tc>
        <w:tc>
          <w:tcPr>
            <w:tcW w:w="1152" w:type="dxa"/>
            <w:vAlign w:val="center"/>
          </w:tcPr>
          <w:p w14:paraId="62C26166" w14:textId="77777777" w:rsidR="009C6F03" w:rsidRPr="0094285E" w:rsidRDefault="00000000">
            <w:pPr>
              <w:jc w:val="center"/>
            </w:pPr>
            <w:r w:rsidRPr="0094285E">
              <w:rPr>
                <w:sz w:val="14"/>
              </w:rPr>
              <w:t>417.70</w:t>
            </w:r>
          </w:p>
        </w:tc>
        <w:tc>
          <w:tcPr>
            <w:tcW w:w="1152" w:type="dxa"/>
            <w:vAlign w:val="center"/>
          </w:tcPr>
          <w:p w14:paraId="561F7E17" w14:textId="77777777" w:rsidR="009C6F03" w:rsidRPr="0094285E" w:rsidRDefault="00000000">
            <w:pPr>
              <w:jc w:val="center"/>
            </w:pPr>
            <w:r w:rsidRPr="0094285E">
              <w:rPr>
                <w:sz w:val="14"/>
              </w:rPr>
              <w:t>41770.00</w:t>
            </w:r>
          </w:p>
        </w:tc>
        <w:tc>
          <w:tcPr>
            <w:tcW w:w="2160" w:type="dxa"/>
            <w:vAlign w:val="center"/>
          </w:tcPr>
          <w:p w14:paraId="113511C0" w14:textId="77777777" w:rsidR="009C6F03" w:rsidRPr="0094285E" w:rsidRDefault="00000000">
            <w:pPr>
              <w:jc w:val="center"/>
            </w:pPr>
            <w:r w:rsidRPr="0094285E">
              <w:rPr>
                <w:sz w:val="14"/>
              </w:rPr>
              <w:t>699.37</w:t>
            </w:r>
          </w:p>
        </w:tc>
        <w:tc>
          <w:tcPr>
            <w:tcW w:w="1800" w:type="dxa"/>
            <w:vAlign w:val="center"/>
          </w:tcPr>
          <w:p w14:paraId="3BF69A9D" w14:textId="77777777" w:rsidR="009C6F03" w:rsidRPr="0094285E" w:rsidRDefault="00000000">
            <w:pPr>
              <w:jc w:val="center"/>
            </w:pPr>
            <w:r w:rsidRPr="0094285E">
              <w:rPr>
                <w:sz w:val="14"/>
              </w:rPr>
              <w:t>29.2127</w:t>
            </w:r>
          </w:p>
        </w:tc>
      </w:tr>
      <w:tr w:rsidR="009C6F03" w:rsidRPr="0094285E" w14:paraId="67BA4275" w14:textId="77777777">
        <w:trPr>
          <w:jc w:val="center"/>
        </w:trPr>
        <w:tc>
          <w:tcPr>
            <w:tcW w:w="1512" w:type="dxa"/>
            <w:vAlign w:val="center"/>
          </w:tcPr>
          <w:p w14:paraId="65D9C55C" w14:textId="77777777" w:rsidR="009C6F03" w:rsidRPr="0094285E" w:rsidRDefault="00000000">
            <w:r w:rsidRPr="0094285E">
              <w:rPr>
                <w:sz w:val="14"/>
              </w:rPr>
              <w:t>Cropland</w:t>
            </w:r>
          </w:p>
        </w:tc>
        <w:tc>
          <w:tcPr>
            <w:tcW w:w="936" w:type="dxa"/>
            <w:vAlign w:val="center"/>
          </w:tcPr>
          <w:p w14:paraId="6E753B74" w14:textId="77777777" w:rsidR="009C6F03" w:rsidRPr="0094285E" w:rsidRDefault="00000000">
            <w:pPr>
              <w:jc w:val="center"/>
            </w:pPr>
            <w:r w:rsidRPr="0094285E">
              <w:rPr>
                <w:sz w:val="14"/>
              </w:rPr>
              <w:t>2000</w:t>
            </w:r>
          </w:p>
        </w:tc>
        <w:tc>
          <w:tcPr>
            <w:tcW w:w="1152" w:type="dxa"/>
            <w:vAlign w:val="center"/>
          </w:tcPr>
          <w:p w14:paraId="2276B399" w14:textId="77777777" w:rsidR="009C6F03" w:rsidRPr="0094285E" w:rsidRDefault="00000000">
            <w:pPr>
              <w:jc w:val="center"/>
            </w:pPr>
            <w:r w:rsidRPr="0094285E">
              <w:rPr>
                <w:sz w:val="14"/>
              </w:rPr>
              <w:t>380.91</w:t>
            </w:r>
          </w:p>
        </w:tc>
        <w:tc>
          <w:tcPr>
            <w:tcW w:w="1152" w:type="dxa"/>
            <w:vAlign w:val="center"/>
          </w:tcPr>
          <w:p w14:paraId="3ED4C222" w14:textId="77777777" w:rsidR="009C6F03" w:rsidRPr="0094285E" w:rsidRDefault="00000000">
            <w:pPr>
              <w:jc w:val="center"/>
            </w:pPr>
            <w:r w:rsidRPr="0094285E">
              <w:rPr>
                <w:sz w:val="14"/>
              </w:rPr>
              <w:t>38091.00</w:t>
            </w:r>
          </w:p>
        </w:tc>
        <w:tc>
          <w:tcPr>
            <w:tcW w:w="2160" w:type="dxa"/>
            <w:vAlign w:val="center"/>
          </w:tcPr>
          <w:p w14:paraId="03286C1F" w14:textId="77777777" w:rsidR="009C6F03" w:rsidRPr="0094285E" w:rsidRDefault="00000000">
            <w:pPr>
              <w:jc w:val="center"/>
            </w:pPr>
            <w:r w:rsidRPr="0094285E">
              <w:rPr>
                <w:sz w:val="14"/>
              </w:rPr>
              <w:t>699.37</w:t>
            </w:r>
          </w:p>
        </w:tc>
        <w:tc>
          <w:tcPr>
            <w:tcW w:w="1800" w:type="dxa"/>
            <w:vAlign w:val="center"/>
          </w:tcPr>
          <w:p w14:paraId="40C8859A" w14:textId="77777777" w:rsidR="009C6F03" w:rsidRPr="0094285E" w:rsidRDefault="00000000">
            <w:pPr>
              <w:jc w:val="center"/>
            </w:pPr>
            <w:r w:rsidRPr="0094285E">
              <w:rPr>
                <w:sz w:val="14"/>
              </w:rPr>
              <w:t>26.6397</w:t>
            </w:r>
          </w:p>
        </w:tc>
      </w:tr>
      <w:tr w:rsidR="009C6F03" w:rsidRPr="0094285E" w14:paraId="699ABAE9" w14:textId="77777777">
        <w:trPr>
          <w:jc w:val="center"/>
        </w:trPr>
        <w:tc>
          <w:tcPr>
            <w:tcW w:w="1512" w:type="dxa"/>
            <w:vAlign w:val="center"/>
          </w:tcPr>
          <w:p w14:paraId="6F94675B" w14:textId="77777777" w:rsidR="009C6F03" w:rsidRPr="0094285E" w:rsidRDefault="00000000">
            <w:r w:rsidRPr="0094285E">
              <w:rPr>
                <w:sz w:val="14"/>
              </w:rPr>
              <w:t>Cropland</w:t>
            </w:r>
          </w:p>
        </w:tc>
        <w:tc>
          <w:tcPr>
            <w:tcW w:w="936" w:type="dxa"/>
            <w:vAlign w:val="center"/>
          </w:tcPr>
          <w:p w14:paraId="2B4DFAA2" w14:textId="77777777" w:rsidR="009C6F03" w:rsidRPr="0094285E" w:rsidRDefault="00000000">
            <w:pPr>
              <w:jc w:val="center"/>
            </w:pPr>
            <w:r w:rsidRPr="0094285E">
              <w:rPr>
                <w:sz w:val="14"/>
              </w:rPr>
              <w:t>2008</w:t>
            </w:r>
          </w:p>
        </w:tc>
        <w:tc>
          <w:tcPr>
            <w:tcW w:w="1152" w:type="dxa"/>
            <w:vAlign w:val="center"/>
          </w:tcPr>
          <w:p w14:paraId="6994D3F8" w14:textId="77777777" w:rsidR="009C6F03" w:rsidRPr="0094285E" w:rsidRDefault="00000000">
            <w:pPr>
              <w:jc w:val="center"/>
            </w:pPr>
            <w:r w:rsidRPr="0094285E">
              <w:rPr>
                <w:sz w:val="14"/>
              </w:rPr>
              <w:t>356.63</w:t>
            </w:r>
          </w:p>
        </w:tc>
        <w:tc>
          <w:tcPr>
            <w:tcW w:w="1152" w:type="dxa"/>
            <w:vAlign w:val="center"/>
          </w:tcPr>
          <w:p w14:paraId="0D94B700" w14:textId="77777777" w:rsidR="009C6F03" w:rsidRPr="0094285E" w:rsidRDefault="00000000">
            <w:pPr>
              <w:jc w:val="center"/>
            </w:pPr>
            <w:r w:rsidRPr="0094285E">
              <w:rPr>
                <w:sz w:val="14"/>
              </w:rPr>
              <w:t>35663.00</w:t>
            </w:r>
          </w:p>
        </w:tc>
        <w:tc>
          <w:tcPr>
            <w:tcW w:w="2160" w:type="dxa"/>
            <w:vAlign w:val="center"/>
          </w:tcPr>
          <w:p w14:paraId="1D3D2FAD" w14:textId="77777777" w:rsidR="009C6F03" w:rsidRPr="0094285E" w:rsidRDefault="00000000">
            <w:pPr>
              <w:jc w:val="center"/>
            </w:pPr>
            <w:r w:rsidRPr="0094285E">
              <w:rPr>
                <w:sz w:val="14"/>
              </w:rPr>
              <w:t>699.37</w:t>
            </w:r>
          </w:p>
        </w:tc>
        <w:tc>
          <w:tcPr>
            <w:tcW w:w="1800" w:type="dxa"/>
            <w:vAlign w:val="center"/>
          </w:tcPr>
          <w:p w14:paraId="4F5ACDEC" w14:textId="77777777" w:rsidR="009C6F03" w:rsidRPr="0094285E" w:rsidRDefault="00000000">
            <w:pPr>
              <w:jc w:val="center"/>
            </w:pPr>
            <w:r w:rsidRPr="0094285E">
              <w:rPr>
                <w:sz w:val="14"/>
              </w:rPr>
              <w:t>24.9416</w:t>
            </w:r>
          </w:p>
        </w:tc>
      </w:tr>
      <w:tr w:rsidR="009C6F03" w:rsidRPr="0094285E" w14:paraId="3E697B8C" w14:textId="77777777">
        <w:trPr>
          <w:jc w:val="center"/>
        </w:trPr>
        <w:tc>
          <w:tcPr>
            <w:tcW w:w="1512" w:type="dxa"/>
            <w:vAlign w:val="center"/>
          </w:tcPr>
          <w:p w14:paraId="70017739" w14:textId="77777777" w:rsidR="009C6F03" w:rsidRPr="0094285E" w:rsidRDefault="00000000">
            <w:r w:rsidRPr="0094285E">
              <w:rPr>
                <w:sz w:val="14"/>
              </w:rPr>
              <w:t>Cropland</w:t>
            </w:r>
          </w:p>
        </w:tc>
        <w:tc>
          <w:tcPr>
            <w:tcW w:w="936" w:type="dxa"/>
            <w:vAlign w:val="center"/>
          </w:tcPr>
          <w:p w14:paraId="0347CC35" w14:textId="77777777" w:rsidR="009C6F03" w:rsidRPr="0094285E" w:rsidRDefault="00000000">
            <w:pPr>
              <w:jc w:val="center"/>
            </w:pPr>
            <w:r w:rsidRPr="0094285E">
              <w:rPr>
                <w:sz w:val="14"/>
              </w:rPr>
              <w:t>2016</w:t>
            </w:r>
          </w:p>
        </w:tc>
        <w:tc>
          <w:tcPr>
            <w:tcW w:w="1152" w:type="dxa"/>
            <w:vAlign w:val="center"/>
          </w:tcPr>
          <w:p w14:paraId="7471C286" w14:textId="77777777" w:rsidR="009C6F03" w:rsidRPr="0094285E" w:rsidRDefault="00000000">
            <w:pPr>
              <w:jc w:val="center"/>
            </w:pPr>
            <w:r w:rsidRPr="0094285E">
              <w:rPr>
                <w:sz w:val="14"/>
              </w:rPr>
              <w:t>313.78</w:t>
            </w:r>
          </w:p>
        </w:tc>
        <w:tc>
          <w:tcPr>
            <w:tcW w:w="1152" w:type="dxa"/>
            <w:vAlign w:val="center"/>
          </w:tcPr>
          <w:p w14:paraId="4B409481" w14:textId="77777777" w:rsidR="009C6F03" w:rsidRPr="0094285E" w:rsidRDefault="00000000">
            <w:pPr>
              <w:jc w:val="center"/>
            </w:pPr>
            <w:r w:rsidRPr="0094285E">
              <w:rPr>
                <w:sz w:val="14"/>
              </w:rPr>
              <w:t>31378.00</w:t>
            </w:r>
          </w:p>
        </w:tc>
        <w:tc>
          <w:tcPr>
            <w:tcW w:w="2160" w:type="dxa"/>
            <w:vAlign w:val="center"/>
          </w:tcPr>
          <w:p w14:paraId="078DF328" w14:textId="77777777" w:rsidR="009C6F03" w:rsidRPr="0094285E" w:rsidRDefault="00000000">
            <w:pPr>
              <w:jc w:val="center"/>
            </w:pPr>
            <w:r w:rsidRPr="0094285E">
              <w:rPr>
                <w:sz w:val="14"/>
              </w:rPr>
              <w:t>699.37</w:t>
            </w:r>
          </w:p>
        </w:tc>
        <w:tc>
          <w:tcPr>
            <w:tcW w:w="1800" w:type="dxa"/>
            <w:vAlign w:val="center"/>
          </w:tcPr>
          <w:p w14:paraId="6BB5F449" w14:textId="77777777" w:rsidR="009C6F03" w:rsidRPr="0094285E" w:rsidRDefault="00000000">
            <w:pPr>
              <w:jc w:val="center"/>
            </w:pPr>
            <w:r w:rsidRPr="0094285E">
              <w:rPr>
                <w:sz w:val="14"/>
              </w:rPr>
              <w:t>21.9448</w:t>
            </w:r>
          </w:p>
        </w:tc>
      </w:tr>
      <w:tr w:rsidR="009C6F03" w:rsidRPr="0094285E" w14:paraId="0EC1F051" w14:textId="77777777">
        <w:trPr>
          <w:jc w:val="center"/>
        </w:trPr>
        <w:tc>
          <w:tcPr>
            <w:tcW w:w="1512" w:type="dxa"/>
            <w:vAlign w:val="center"/>
          </w:tcPr>
          <w:p w14:paraId="6FB57A68" w14:textId="77777777" w:rsidR="009C6F03" w:rsidRPr="0094285E" w:rsidRDefault="00000000">
            <w:r w:rsidRPr="0094285E">
              <w:rPr>
                <w:sz w:val="14"/>
              </w:rPr>
              <w:t>Cropland</w:t>
            </w:r>
          </w:p>
        </w:tc>
        <w:tc>
          <w:tcPr>
            <w:tcW w:w="936" w:type="dxa"/>
            <w:vAlign w:val="center"/>
          </w:tcPr>
          <w:p w14:paraId="2025CBBD" w14:textId="77777777" w:rsidR="009C6F03" w:rsidRPr="0094285E" w:rsidRDefault="00000000">
            <w:pPr>
              <w:jc w:val="center"/>
            </w:pPr>
            <w:r w:rsidRPr="0094285E">
              <w:rPr>
                <w:sz w:val="14"/>
              </w:rPr>
              <w:t>2024</w:t>
            </w:r>
          </w:p>
        </w:tc>
        <w:tc>
          <w:tcPr>
            <w:tcW w:w="1152" w:type="dxa"/>
            <w:vAlign w:val="center"/>
          </w:tcPr>
          <w:p w14:paraId="6505D11F" w14:textId="77777777" w:rsidR="009C6F03" w:rsidRPr="0094285E" w:rsidRDefault="00000000">
            <w:pPr>
              <w:jc w:val="center"/>
            </w:pPr>
            <w:r w:rsidRPr="0094285E">
              <w:rPr>
                <w:sz w:val="14"/>
              </w:rPr>
              <w:t>245.08</w:t>
            </w:r>
          </w:p>
        </w:tc>
        <w:tc>
          <w:tcPr>
            <w:tcW w:w="1152" w:type="dxa"/>
            <w:vAlign w:val="center"/>
          </w:tcPr>
          <w:p w14:paraId="2B348CB2" w14:textId="77777777" w:rsidR="009C6F03" w:rsidRPr="0094285E" w:rsidRDefault="00000000">
            <w:pPr>
              <w:jc w:val="center"/>
            </w:pPr>
            <w:r w:rsidRPr="0094285E">
              <w:rPr>
                <w:sz w:val="14"/>
              </w:rPr>
              <w:t>24508.00</w:t>
            </w:r>
          </w:p>
        </w:tc>
        <w:tc>
          <w:tcPr>
            <w:tcW w:w="2160" w:type="dxa"/>
            <w:vAlign w:val="center"/>
          </w:tcPr>
          <w:p w14:paraId="1A065ADD" w14:textId="77777777" w:rsidR="009C6F03" w:rsidRPr="0094285E" w:rsidRDefault="00000000">
            <w:pPr>
              <w:jc w:val="center"/>
            </w:pPr>
            <w:r w:rsidRPr="0094285E">
              <w:rPr>
                <w:sz w:val="14"/>
              </w:rPr>
              <w:t>699.37</w:t>
            </w:r>
          </w:p>
        </w:tc>
        <w:tc>
          <w:tcPr>
            <w:tcW w:w="1800" w:type="dxa"/>
            <w:vAlign w:val="center"/>
          </w:tcPr>
          <w:p w14:paraId="00D88DBB" w14:textId="77777777" w:rsidR="009C6F03" w:rsidRPr="0094285E" w:rsidRDefault="00000000">
            <w:pPr>
              <w:jc w:val="center"/>
            </w:pPr>
            <w:r w:rsidRPr="0094285E">
              <w:rPr>
                <w:sz w:val="14"/>
              </w:rPr>
              <w:t>17.1402</w:t>
            </w:r>
          </w:p>
        </w:tc>
      </w:tr>
      <w:tr w:rsidR="009C6F03" w:rsidRPr="0094285E" w14:paraId="29876F2A" w14:textId="77777777">
        <w:trPr>
          <w:jc w:val="center"/>
        </w:trPr>
        <w:tc>
          <w:tcPr>
            <w:tcW w:w="1512" w:type="dxa"/>
            <w:vAlign w:val="center"/>
          </w:tcPr>
          <w:p w14:paraId="412CFB70" w14:textId="77777777" w:rsidR="009C6F03" w:rsidRPr="0094285E" w:rsidRDefault="00000000">
            <w:r w:rsidRPr="0094285E">
              <w:rPr>
                <w:sz w:val="14"/>
              </w:rPr>
              <w:t>Vegetation</w:t>
            </w:r>
          </w:p>
        </w:tc>
        <w:tc>
          <w:tcPr>
            <w:tcW w:w="936" w:type="dxa"/>
            <w:vAlign w:val="center"/>
          </w:tcPr>
          <w:p w14:paraId="75B6DCE0" w14:textId="77777777" w:rsidR="009C6F03" w:rsidRPr="0094285E" w:rsidRDefault="00000000">
            <w:pPr>
              <w:jc w:val="center"/>
            </w:pPr>
            <w:r w:rsidRPr="0094285E">
              <w:rPr>
                <w:sz w:val="14"/>
              </w:rPr>
              <w:t>1988</w:t>
            </w:r>
          </w:p>
        </w:tc>
        <w:tc>
          <w:tcPr>
            <w:tcW w:w="1152" w:type="dxa"/>
            <w:vAlign w:val="center"/>
          </w:tcPr>
          <w:p w14:paraId="0344762A" w14:textId="77777777" w:rsidR="009C6F03" w:rsidRPr="0094285E" w:rsidRDefault="00000000">
            <w:pPr>
              <w:jc w:val="center"/>
            </w:pPr>
            <w:r w:rsidRPr="0094285E">
              <w:rPr>
                <w:sz w:val="14"/>
              </w:rPr>
              <w:t>230.69</w:t>
            </w:r>
          </w:p>
        </w:tc>
        <w:tc>
          <w:tcPr>
            <w:tcW w:w="1152" w:type="dxa"/>
            <w:vAlign w:val="center"/>
          </w:tcPr>
          <w:p w14:paraId="7475D53D" w14:textId="77777777" w:rsidR="009C6F03" w:rsidRPr="0094285E" w:rsidRDefault="00000000">
            <w:pPr>
              <w:jc w:val="center"/>
            </w:pPr>
            <w:r w:rsidRPr="0094285E">
              <w:rPr>
                <w:sz w:val="14"/>
              </w:rPr>
              <w:t>23069.00</w:t>
            </w:r>
          </w:p>
        </w:tc>
        <w:tc>
          <w:tcPr>
            <w:tcW w:w="2160" w:type="dxa"/>
            <w:vAlign w:val="center"/>
          </w:tcPr>
          <w:p w14:paraId="678276E7" w14:textId="77777777" w:rsidR="009C6F03" w:rsidRPr="0094285E" w:rsidRDefault="00000000">
            <w:pPr>
              <w:jc w:val="center"/>
            </w:pPr>
            <w:r w:rsidRPr="0094285E">
              <w:rPr>
                <w:sz w:val="14"/>
              </w:rPr>
              <w:t>2168.84</w:t>
            </w:r>
          </w:p>
        </w:tc>
        <w:tc>
          <w:tcPr>
            <w:tcW w:w="1800" w:type="dxa"/>
            <w:vAlign w:val="center"/>
          </w:tcPr>
          <w:p w14:paraId="1318627F" w14:textId="77777777" w:rsidR="009C6F03" w:rsidRPr="0094285E" w:rsidRDefault="00000000">
            <w:pPr>
              <w:jc w:val="center"/>
            </w:pPr>
            <w:r w:rsidRPr="0094285E">
              <w:rPr>
                <w:sz w:val="14"/>
              </w:rPr>
              <w:t>50.0330</w:t>
            </w:r>
          </w:p>
        </w:tc>
      </w:tr>
      <w:tr w:rsidR="009C6F03" w:rsidRPr="0094285E" w14:paraId="74D6FD0F" w14:textId="77777777">
        <w:trPr>
          <w:jc w:val="center"/>
        </w:trPr>
        <w:tc>
          <w:tcPr>
            <w:tcW w:w="1512" w:type="dxa"/>
            <w:vAlign w:val="center"/>
          </w:tcPr>
          <w:p w14:paraId="4BC06D9B" w14:textId="77777777" w:rsidR="009C6F03" w:rsidRPr="0094285E" w:rsidRDefault="00000000">
            <w:r w:rsidRPr="0094285E">
              <w:rPr>
                <w:sz w:val="14"/>
              </w:rPr>
              <w:t>Vegetation</w:t>
            </w:r>
          </w:p>
        </w:tc>
        <w:tc>
          <w:tcPr>
            <w:tcW w:w="936" w:type="dxa"/>
            <w:vAlign w:val="center"/>
          </w:tcPr>
          <w:p w14:paraId="3039BADC" w14:textId="77777777" w:rsidR="009C6F03" w:rsidRPr="0094285E" w:rsidRDefault="00000000">
            <w:pPr>
              <w:jc w:val="center"/>
            </w:pPr>
            <w:r w:rsidRPr="0094285E">
              <w:rPr>
                <w:sz w:val="14"/>
              </w:rPr>
              <w:t>1992</w:t>
            </w:r>
          </w:p>
        </w:tc>
        <w:tc>
          <w:tcPr>
            <w:tcW w:w="1152" w:type="dxa"/>
            <w:vAlign w:val="center"/>
          </w:tcPr>
          <w:p w14:paraId="31C264D0" w14:textId="77777777" w:rsidR="009C6F03" w:rsidRPr="0094285E" w:rsidRDefault="00000000">
            <w:pPr>
              <w:jc w:val="center"/>
            </w:pPr>
            <w:r w:rsidRPr="0094285E">
              <w:rPr>
                <w:sz w:val="14"/>
              </w:rPr>
              <w:t>227.67</w:t>
            </w:r>
          </w:p>
        </w:tc>
        <w:tc>
          <w:tcPr>
            <w:tcW w:w="1152" w:type="dxa"/>
            <w:vAlign w:val="center"/>
          </w:tcPr>
          <w:p w14:paraId="09A23FB4" w14:textId="77777777" w:rsidR="009C6F03" w:rsidRPr="0094285E" w:rsidRDefault="00000000">
            <w:pPr>
              <w:jc w:val="center"/>
            </w:pPr>
            <w:r w:rsidRPr="0094285E">
              <w:rPr>
                <w:sz w:val="14"/>
              </w:rPr>
              <w:t>22767.00</w:t>
            </w:r>
          </w:p>
        </w:tc>
        <w:tc>
          <w:tcPr>
            <w:tcW w:w="2160" w:type="dxa"/>
            <w:vAlign w:val="center"/>
          </w:tcPr>
          <w:p w14:paraId="3072A273" w14:textId="77777777" w:rsidR="009C6F03" w:rsidRPr="0094285E" w:rsidRDefault="00000000">
            <w:pPr>
              <w:jc w:val="center"/>
            </w:pPr>
            <w:r w:rsidRPr="0094285E">
              <w:rPr>
                <w:sz w:val="14"/>
              </w:rPr>
              <w:t>2168.84</w:t>
            </w:r>
          </w:p>
        </w:tc>
        <w:tc>
          <w:tcPr>
            <w:tcW w:w="1800" w:type="dxa"/>
            <w:vAlign w:val="center"/>
          </w:tcPr>
          <w:p w14:paraId="38CEE940" w14:textId="77777777" w:rsidR="009C6F03" w:rsidRPr="0094285E" w:rsidRDefault="00000000">
            <w:pPr>
              <w:jc w:val="center"/>
            </w:pPr>
            <w:r w:rsidRPr="0094285E">
              <w:rPr>
                <w:sz w:val="14"/>
              </w:rPr>
              <w:t>49.3780</w:t>
            </w:r>
          </w:p>
        </w:tc>
      </w:tr>
      <w:tr w:rsidR="009C6F03" w:rsidRPr="0094285E" w14:paraId="255FA18D" w14:textId="77777777">
        <w:trPr>
          <w:jc w:val="center"/>
        </w:trPr>
        <w:tc>
          <w:tcPr>
            <w:tcW w:w="1512" w:type="dxa"/>
            <w:vAlign w:val="center"/>
          </w:tcPr>
          <w:p w14:paraId="76B72D38" w14:textId="77777777" w:rsidR="009C6F03" w:rsidRPr="0094285E" w:rsidRDefault="00000000">
            <w:r w:rsidRPr="0094285E">
              <w:rPr>
                <w:sz w:val="14"/>
              </w:rPr>
              <w:t>Vegetation</w:t>
            </w:r>
          </w:p>
        </w:tc>
        <w:tc>
          <w:tcPr>
            <w:tcW w:w="936" w:type="dxa"/>
            <w:vAlign w:val="center"/>
          </w:tcPr>
          <w:p w14:paraId="6C4EB873" w14:textId="77777777" w:rsidR="009C6F03" w:rsidRPr="0094285E" w:rsidRDefault="00000000">
            <w:pPr>
              <w:jc w:val="center"/>
            </w:pPr>
            <w:r w:rsidRPr="0094285E">
              <w:rPr>
                <w:sz w:val="14"/>
              </w:rPr>
              <w:t>2000</w:t>
            </w:r>
          </w:p>
        </w:tc>
        <w:tc>
          <w:tcPr>
            <w:tcW w:w="1152" w:type="dxa"/>
            <w:vAlign w:val="center"/>
          </w:tcPr>
          <w:p w14:paraId="2306FE67" w14:textId="77777777" w:rsidR="009C6F03" w:rsidRPr="0094285E" w:rsidRDefault="00000000">
            <w:pPr>
              <w:jc w:val="center"/>
            </w:pPr>
            <w:r w:rsidRPr="0094285E">
              <w:rPr>
                <w:sz w:val="14"/>
              </w:rPr>
              <w:t>232.13</w:t>
            </w:r>
          </w:p>
        </w:tc>
        <w:tc>
          <w:tcPr>
            <w:tcW w:w="1152" w:type="dxa"/>
            <w:vAlign w:val="center"/>
          </w:tcPr>
          <w:p w14:paraId="5E5A7B2D" w14:textId="77777777" w:rsidR="009C6F03" w:rsidRPr="0094285E" w:rsidRDefault="00000000">
            <w:pPr>
              <w:jc w:val="center"/>
            </w:pPr>
            <w:r w:rsidRPr="0094285E">
              <w:rPr>
                <w:sz w:val="14"/>
              </w:rPr>
              <w:t>23213.00</w:t>
            </w:r>
          </w:p>
        </w:tc>
        <w:tc>
          <w:tcPr>
            <w:tcW w:w="2160" w:type="dxa"/>
            <w:vAlign w:val="center"/>
          </w:tcPr>
          <w:p w14:paraId="50344B4F" w14:textId="77777777" w:rsidR="009C6F03" w:rsidRPr="0094285E" w:rsidRDefault="00000000">
            <w:pPr>
              <w:jc w:val="center"/>
            </w:pPr>
            <w:r w:rsidRPr="0094285E">
              <w:rPr>
                <w:sz w:val="14"/>
              </w:rPr>
              <w:t>2168.84</w:t>
            </w:r>
          </w:p>
        </w:tc>
        <w:tc>
          <w:tcPr>
            <w:tcW w:w="1800" w:type="dxa"/>
            <w:vAlign w:val="center"/>
          </w:tcPr>
          <w:p w14:paraId="0139E700" w14:textId="77777777" w:rsidR="009C6F03" w:rsidRPr="0094285E" w:rsidRDefault="00000000">
            <w:pPr>
              <w:jc w:val="center"/>
            </w:pPr>
            <w:r w:rsidRPr="0094285E">
              <w:rPr>
                <w:sz w:val="14"/>
              </w:rPr>
              <w:t>50.3453</w:t>
            </w:r>
          </w:p>
        </w:tc>
      </w:tr>
      <w:tr w:rsidR="009C6F03" w:rsidRPr="0094285E" w14:paraId="1F3337CB" w14:textId="77777777">
        <w:trPr>
          <w:jc w:val="center"/>
        </w:trPr>
        <w:tc>
          <w:tcPr>
            <w:tcW w:w="1512" w:type="dxa"/>
            <w:vAlign w:val="center"/>
          </w:tcPr>
          <w:p w14:paraId="60C55AB0" w14:textId="77777777" w:rsidR="009C6F03" w:rsidRPr="0094285E" w:rsidRDefault="00000000">
            <w:r w:rsidRPr="0094285E">
              <w:rPr>
                <w:sz w:val="14"/>
              </w:rPr>
              <w:t>Vegetation</w:t>
            </w:r>
          </w:p>
        </w:tc>
        <w:tc>
          <w:tcPr>
            <w:tcW w:w="936" w:type="dxa"/>
            <w:vAlign w:val="center"/>
          </w:tcPr>
          <w:p w14:paraId="0E350DAF" w14:textId="77777777" w:rsidR="009C6F03" w:rsidRPr="0094285E" w:rsidRDefault="00000000">
            <w:pPr>
              <w:jc w:val="center"/>
            </w:pPr>
            <w:r w:rsidRPr="0094285E">
              <w:rPr>
                <w:sz w:val="14"/>
              </w:rPr>
              <w:t>2008</w:t>
            </w:r>
          </w:p>
        </w:tc>
        <w:tc>
          <w:tcPr>
            <w:tcW w:w="1152" w:type="dxa"/>
            <w:vAlign w:val="center"/>
          </w:tcPr>
          <w:p w14:paraId="245AB869" w14:textId="77777777" w:rsidR="009C6F03" w:rsidRPr="0094285E" w:rsidRDefault="00000000">
            <w:pPr>
              <w:jc w:val="center"/>
            </w:pPr>
            <w:r w:rsidRPr="0094285E">
              <w:rPr>
                <w:sz w:val="14"/>
              </w:rPr>
              <w:t>235.40</w:t>
            </w:r>
          </w:p>
        </w:tc>
        <w:tc>
          <w:tcPr>
            <w:tcW w:w="1152" w:type="dxa"/>
            <w:vAlign w:val="center"/>
          </w:tcPr>
          <w:p w14:paraId="476152B6" w14:textId="77777777" w:rsidR="009C6F03" w:rsidRPr="0094285E" w:rsidRDefault="00000000">
            <w:pPr>
              <w:jc w:val="center"/>
            </w:pPr>
            <w:r w:rsidRPr="0094285E">
              <w:rPr>
                <w:sz w:val="14"/>
              </w:rPr>
              <w:t>23540.00</w:t>
            </w:r>
          </w:p>
        </w:tc>
        <w:tc>
          <w:tcPr>
            <w:tcW w:w="2160" w:type="dxa"/>
            <w:vAlign w:val="center"/>
          </w:tcPr>
          <w:p w14:paraId="7BAEDD4A" w14:textId="77777777" w:rsidR="009C6F03" w:rsidRPr="0094285E" w:rsidRDefault="00000000">
            <w:pPr>
              <w:jc w:val="center"/>
            </w:pPr>
            <w:r w:rsidRPr="0094285E">
              <w:rPr>
                <w:sz w:val="14"/>
              </w:rPr>
              <w:t>2168.84</w:t>
            </w:r>
          </w:p>
        </w:tc>
        <w:tc>
          <w:tcPr>
            <w:tcW w:w="1800" w:type="dxa"/>
            <w:vAlign w:val="center"/>
          </w:tcPr>
          <w:p w14:paraId="7E6C6387" w14:textId="77777777" w:rsidR="009C6F03" w:rsidRPr="0094285E" w:rsidRDefault="00000000">
            <w:pPr>
              <w:jc w:val="center"/>
            </w:pPr>
            <w:r w:rsidRPr="0094285E">
              <w:rPr>
                <w:sz w:val="14"/>
              </w:rPr>
              <w:t>51.0545</w:t>
            </w:r>
          </w:p>
        </w:tc>
      </w:tr>
      <w:tr w:rsidR="009C6F03" w:rsidRPr="0094285E" w14:paraId="19C459FC" w14:textId="77777777">
        <w:trPr>
          <w:jc w:val="center"/>
        </w:trPr>
        <w:tc>
          <w:tcPr>
            <w:tcW w:w="1512" w:type="dxa"/>
            <w:vAlign w:val="center"/>
          </w:tcPr>
          <w:p w14:paraId="0AF02311" w14:textId="77777777" w:rsidR="009C6F03" w:rsidRPr="0094285E" w:rsidRDefault="00000000">
            <w:r w:rsidRPr="0094285E">
              <w:rPr>
                <w:sz w:val="14"/>
              </w:rPr>
              <w:t>Vegetation</w:t>
            </w:r>
          </w:p>
        </w:tc>
        <w:tc>
          <w:tcPr>
            <w:tcW w:w="936" w:type="dxa"/>
            <w:vAlign w:val="center"/>
          </w:tcPr>
          <w:p w14:paraId="397DFF1F" w14:textId="77777777" w:rsidR="009C6F03" w:rsidRPr="0094285E" w:rsidRDefault="00000000">
            <w:pPr>
              <w:jc w:val="center"/>
            </w:pPr>
            <w:r w:rsidRPr="0094285E">
              <w:rPr>
                <w:sz w:val="14"/>
              </w:rPr>
              <w:t>2016</w:t>
            </w:r>
          </w:p>
        </w:tc>
        <w:tc>
          <w:tcPr>
            <w:tcW w:w="1152" w:type="dxa"/>
            <w:vAlign w:val="center"/>
          </w:tcPr>
          <w:p w14:paraId="31B107BA" w14:textId="77777777" w:rsidR="009C6F03" w:rsidRPr="0094285E" w:rsidRDefault="00000000">
            <w:pPr>
              <w:jc w:val="center"/>
            </w:pPr>
            <w:r w:rsidRPr="0094285E">
              <w:rPr>
                <w:sz w:val="14"/>
              </w:rPr>
              <w:t>236.27</w:t>
            </w:r>
          </w:p>
        </w:tc>
        <w:tc>
          <w:tcPr>
            <w:tcW w:w="1152" w:type="dxa"/>
            <w:vAlign w:val="center"/>
          </w:tcPr>
          <w:p w14:paraId="6F823EA3" w14:textId="77777777" w:rsidR="009C6F03" w:rsidRPr="0094285E" w:rsidRDefault="00000000">
            <w:pPr>
              <w:jc w:val="center"/>
            </w:pPr>
            <w:r w:rsidRPr="0094285E">
              <w:rPr>
                <w:sz w:val="14"/>
              </w:rPr>
              <w:t>23627.00</w:t>
            </w:r>
          </w:p>
        </w:tc>
        <w:tc>
          <w:tcPr>
            <w:tcW w:w="2160" w:type="dxa"/>
            <w:vAlign w:val="center"/>
          </w:tcPr>
          <w:p w14:paraId="72A9EBC6" w14:textId="77777777" w:rsidR="009C6F03" w:rsidRPr="0094285E" w:rsidRDefault="00000000">
            <w:pPr>
              <w:jc w:val="center"/>
            </w:pPr>
            <w:r w:rsidRPr="0094285E">
              <w:rPr>
                <w:sz w:val="14"/>
              </w:rPr>
              <w:t>2168.84</w:t>
            </w:r>
          </w:p>
        </w:tc>
        <w:tc>
          <w:tcPr>
            <w:tcW w:w="1800" w:type="dxa"/>
            <w:vAlign w:val="center"/>
          </w:tcPr>
          <w:p w14:paraId="7BC6EECE" w14:textId="77777777" w:rsidR="009C6F03" w:rsidRPr="0094285E" w:rsidRDefault="00000000">
            <w:pPr>
              <w:jc w:val="center"/>
            </w:pPr>
            <w:r w:rsidRPr="0094285E">
              <w:rPr>
                <w:sz w:val="14"/>
              </w:rPr>
              <w:t>51.2432</w:t>
            </w:r>
          </w:p>
        </w:tc>
      </w:tr>
      <w:tr w:rsidR="009C6F03" w:rsidRPr="0094285E" w14:paraId="016B7241" w14:textId="77777777">
        <w:trPr>
          <w:jc w:val="center"/>
        </w:trPr>
        <w:tc>
          <w:tcPr>
            <w:tcW w:w="1512" w:type="dxa"/>
            <w:vAlign w:val="center"/>
          </w:tcPr>
          <w:p w14:paraId="1CBCE9D9" w14:textId="77777777" w:rsidR="009C6F03" w:rsidRPr="0094285E" w:rsidRDefault="00000000">
            <w:r w:rsidRPr="0094285E">
              <w:rPr>
                <w:sz w:val="14"/>
              </w:rPr>
              <w:t>Vegetation</w:t>
            </w:r>
          </w:p>
        </w:tc>
        <w:tc>
          <w:tcPr>
            <w:tcW w:w="936" w:type="dxa"/>
            <w:vAlign w:val="center"/>
          </w:tcPr>
          <w:p w14:paraId="1663E062" w14:textId="77777777" w:rsidR="009C6F03" w:rsidRPr="0094285E" w:rsidRDefault="00000000">
            <w:pPr>
              <w:jc w:val="center"/>
            </w:pPr>
            <w:r w:rsidRPr="0094285E">
              <w:rPr>
                <w:sz w:val="14"/>
              </w:rPr>
              <w:t>2024</w:t>
            </w:r>
          </w:p>
        </w:tc>
        <w:tc>
          <w:tcPr>
            <w:tcW w:w="1152" w:type="dxa"/>
            <w:vAlign w:val="center"/>
          </w:tcPr>
          <w:p w14:paraId="10A3CC12" w14:textId="77777777" w:rsidR="009C6F03" w:rsidRPr="0094285E" w:rsidRDefault="00000000">
            <w:pPr>
              <w:jc w:val="center"/>
            </w:pPr>
            <w:r w:rsidRPr="0094285E">
              <w:rPr>
                <w:sz w:val="14"/>
              </w:rPr>
              <w:t>242.17</w:t>
            </w:r>
          </w:p>
        </w:tc>
        <w:tc>
          <w:tcPr>
            <w:tcW w:w="1152" w:type="dxa"/>
            <w:vAlign w:val="center"/>
          </w:tcPr>
          <w:p w14:paraId="76D8986A" w14:textId="77777777" w:rsidR="009C6F03" w:rsidRPr="0094285E" w:rsidRDefault="00000000">
            <w:pPr>
              <w:jc w:val="center"/>
            </w:pPr>
            <w:r w:rsidRPr="0094285E">
              <w:rPr>
                <w:sz w:val="14"/>
              </w:rPr>
              <w:t>24217.00</w:t>
            </w:r>
          </w:p>
        </w:tc>
        <w:tc>
          <w:tcPr>
            <w:tcW w:w="2160" w:type="dxa"/>
            <w:vAlign w:val="center"/>
          </w:tcPr>
          <w:p w14:paraId="6E5C1E74" w14:textId="77777777" w:rsidR="009C6F03" w:rsidRPr="0094285E" w:rsidRDefault="00000000">
            <w:pPr>
              <w:jc w:val="center"/>
            </w:pPr>
            <w:r w:rsidRPr="0094285E">
              <w:rPr>
                <w:sz w:val="14"/>
              </w:rPr>
              <w:t>2168.84</w:t>
            </w:r>
          </w:p>
        </w:tc>
        <w:tc>
          <w:tcPr>
            <w:tcW w:w="1800" w:type="dxa"/>
            <w:vAlign w:val="center"/>
          </w:tcPr>
          <w:p w14:paraId="5F094365" w14:textId="77777777" w:rsidR="009C6F03" w:rsidRPr="0094285E" w:rsidRDefault="00000000">
            <w:pPr>
              <w:jc w:val="center"/>
            </w:pPr>
            <w:r w:rsidRPr="0094285E">
              <w:rPr>
                <w:sz w:val="14"/>
              </w:rPr>
              <w:t>52.5228</w:t>
            </w:r>
          </w:p>
        </w:tc>
      </w:tr>
      <w:tr w:rsidR="009C6F03" w:rsidRPr="0094285E" w14:paraId="116AED14" w14:textId="77777777">
        <w:trPr>
          <w:jc w:val="center"/>
        </w:trPr>
        <w:tc>
          <w:tcPr>
            <w:tcW w:w="1512" w:type="dxa"/>
            <w:vAlign w:val="center"/>
          </w:tcPr>
          <w:p w14:paraId="120AE50F" w14:textId="77777777" w:rsidR="009C6F03" w:rsidRPr="0094285E" w:rsidRDefault="00000000">
            <w:r w:rsidRPr="0094285E">
              <w:rPr>
                <w:sz w:val="14"/>
              </w:rPr>
              <w:lastRenderedPageBreak/>
              <w:t>Other land</w:t>
            </w:r>
          </w:p>
        </w:tc>
        <w:tc>
          <w:tcPr>
            <w:tcW w:w="936" w:type="dxa"/>
            <w:vAlign w:val="center"/>
          </w:tcPr>
          <w:p w14:paraId="470221D4" w14:textId="77777777" w:rsidR="009C6F03" w:rsidRPr="0094285E" w:rsidRDefault="00000000">
            <w:pPr>
              <w:jc w:val="center"/>
            </w:pPr>
            <w:r w:rsidRPr="0094285E">
              <w:rPr>
                <w:sz w:val="14"/>
              </w:rPr>
              <w:t>1988</w:t>
            </w:r>
          </w:p>
        </w:tc>
        <w:tc>
          <w:tcPr>
            <w:tcW w:w="1152" w:type="dxa"/>
            <w:vAlign w:val="center"/>
          </w:tcPr>
          <w:p w14:paraId="37D89BE5" w14:textId="77777777" w:rsidR="009C6F03" w:rsidRPr="0094285E" w:rsidRDefault="00000000">
            <w:pPr>
              <w:jc w:val="center"/>
            </w:pPr>
            <w:r w:rsidRPr="0094285E">
              <w:rPr>
                <w:sz w:val="14"/>
              </w:rPr>
              <w:t>1.97</w:t>
            </w:r>
          </w:p>
        </w:tc>
        <w:tc>
          <w:tcPr>
            <w:tcW w:w="1152" w:type="dxa"/>
            <w:vAlign w:val="center"/>
          </w:tcPr>
          <w:p w14:paraId="0BE16222" w14:textId="77777777" w:rsidR="009C6F03" w:rsidRPr="0094285E" w:rsidRDefault="00000000">
            <w:pPr>
              <w:jc w:val="center"/>
            </w:pPr>
            <w:r w:rsidRPr="0094285E">
              <w:rPr>
                <w:sz w:val="14"/>
              </w:rPr>
              <w:t>197.00</w:t>
            </w:r>
          </w:p>
        </w:tc>
        <w:tc>
          <w:tcPr>
            <w:tcW w:w="2160" w:type="dxa"/>
            <w:vAlign w:val="center"/>
          </w:tcPr>
          <w:p w14:paraId="607E5FD5" w14:textId="77777777" w:rsidR="009C6F03" w:rsidRPr="0094285E" w:rsidRDefault="00000000">
            <w:pPr>
              <w:jc w:val="center"/>
            </w:pPr>
            <w:r w:rsidRPr="0094285E">
              <w:rPr>
                <w:sz w:val="14"/>
              </w:rPr>
              <w:t>0.00</w:t>
            </w:r>
          </w:p>
        </w:tc>
        <w:tc>
          <w:tcPr>
            <w:tcW w:w="1800" w:type="dxa"/>
            <w:vAlign w:val="center"/>
          </w:tcPr>
          <w:p w14:paraId="6B2F5208" w14:textId="77777777" w:rsidR="009C6F03" w:rsidRPr="0094285E" w:rsidRDefault="00000000">
            <w:pPr>
              <w:jc w:val="center"/>
            </w:pPr>
            <w:r w:rsidRPr="0094285E">
              <w:rPr>
                <w:sz w:val="14"/>
              </w:rPr>
              <w:t>0.0000</w:t>
            </w:r>
          </w:p>
        </w:tc>
      </w:tr>
      <w:tr w:rsidR="009C6F03" w:rsidRPr="0094285E" w14:paraId="11CCC751" w14:textId="77777777">
        <w:trPr>
          <w:jc w:val="center"/>
        </w:trPr>
        <w:tc>
          <w:tcPr>
            <w:tcW w:w="1512" w:type="dxa"/>
            <w:vAlign w:val="center"/>
          </w:tcPr>
          <w:p w14:paraId="4E15C898" w14:textId="77777777" w:rsidR="009C6F03" w:rsidRPr="0094285E" w:rsidRDefault="00000000">
            <w:r w:rsidRPr="0094285E">
              <w:rPr>
                <w:sz w:val="14"/>
              </w:rPr>
              <w:t>Other land</w:t>
            </w:r>
          </w:p>
        </w:tc>
        <w:tc>
          <w:tcPr>
            <w:tcW w:w="936" w:type="dxa"/>
            <w:vAlign w:val="center"/>
          </w:tcPr>
          <w:p w14:paraId="34BD4F21" w14:textId="77777777" w:rsidR="009C6F03" w:rsidRPr="0094285E" w:rsidRDefault="00000000">
            <w:pPr>
              <w:jc w:val="center"/>
            </w:pPr>
            <w:r w:rsidRPr="0094285E">
              <w:rPr>
                <w:sz w:val="14"/>
              </w:rPr>
              <w:t>1992</w:t>
            </w:r>
          </w:p>
        </w:tc>
        <w:tc>
          <w:tcPr>
            <w:tcW w:w="1152" w:type="dxa"/>
            <w:vAlign w:val="center"/>
          </w:tcPr>
          <w:p w14:paraId="5D916BA5" w14:textId="77777777" w:rsidR="009C6F03" w:rsidRPr="0094285E" w:rsidRDefault="00000000">
            <w:pPr>
              <w:jc w:val="center"/>
            </w:pPr>
            <w:r w:rsidRPr="0094285E">
              <w:rPr>
                <w:sz w:val="14"/>
              </w:rPr>
              <w:t>2.67</w:t>
            </w:r>
          </w:p>
        </w:tc>
        <w:tc>
          <w:tcPr>
            <w:tcW w:w="1152" w:type="dxa"/>
            <w:vAlign w:val="center"/>
          </w:tcPr>
          <w:p w14:paraId="2EDB7DCC" w14:textId="77777777" w:rsidR="009C6F03" w:rsidRPr="0094285E" w:rsidRDefault="00000000">
            <w:pPr>
              <w:jc w:val="center"/>
            </w:pPr>
            <w:r w:rsidRPr="0094285E">
              <w:rPr>
                <w:sz w:val="14"/>
              </w:rPr>
              <w:t>267.00</w:t>
            </w:r>
          </w:p>
        </w:tc>
        <w:tc>
          <w:tcPr>
            <w:tcW w:w="2160" w:type="dxa"/>
            <w:vAlign w:val="center"/>
          </w:tcPr>
          <w:p w14:paraId="3575C151" w14:textId="77777777" w:rsidR="009C6F03" w:rsidRPr="0094285E" w:rsidRDefault="00000000">
            <w:pPr>
              <w:jc w:val="center"/>
            </w:pPr>
            <w:r w:rsidRPr="0094285E">
              <w:rPr>
                <w:sz w:val="14"/>
              </w:rPr>
              <w:t>0.00</w:t>
            </w:r>
          </w:p>
        </w:tc>
        <w:tc>
          <w:tcPr>
            <w:tcW w:w="1800" w:type="dxa"/>
            <w:vAlign w:val="center"/>
          </w:tcPr>
          <w:p w14:paraId="018621D6" w14:textId="77777777" w:rsidR="009C6F03" w:rsidRPr="0094285E" w:rsidRDefault="00000000">
            <w:pPr>
              <w:jc w:val="center"/>
            </w:pPr>
            <w:r w:rsidRPr="0094285E">
              <w:rPr>
                <w:sz w:val="14"/>
              </w:rPr>
              <w:t>0.0000</w:t>
            </w:r>
          </w:p>
        </w:tc>
      </w:tr>
      <w:tr w:rsidR="009C6F03" w:rsidRPr="0094285E" w14:paraId="7717B3F6" w14:textId="77777777">
        <w:trPr>
          <w:jc w:val="center"/>
        </w:trPr>
        <w:tc>
          <w:tcPr>
            <w:tcW w:w="1512" w:type="dxa"/>
            <w:vAlign w:val="center"/>
          </w:tcPr>
          <w:p w14:paraId="78072738" w14:textId="77777777" w:rsidR="009C6F03" w:rsidRPr="0094285E" w:rsidRDefault="00000000">
            <w:r w:rsidRPr="0094285E">
              <w:rPr>
                <w:sz w:val="14"/>
              </w:rPr>
              <w:t>Other land</w:t>
            </w:r>
          </w:p>
        </w:tc>
        <w:tc>
          <w:tcPr>
            <w:tcW w:w="936" w:type="dxa"/>
            <w:vAlign w:val="center"/>
          </w:tcPr>
          <w:p w14:paraId="45788EE9" w14:textId="77777777" w:rsidR="009C6F03" w:rsidRPr="0094285E" w:rsidRDefault="00000000">
            <w:pPr>
              <w:jc w:val="center"/>
            </w:pPr>
            <w:r w:rsidRPr="0094285E">
              <w:rPr>
                <w:sz w:val="14"/>
              </w:rPr>
              <w:t>2000</w:t>
            </w:r>
          </w:p>
        </w:tc>
        <w:tc>
          <w:tcPr>
            <w:tcW w:w="1152" w:type="dxa"/>
            <w:vAlign w:val="center"/>
          </w:tcPr>
          <w:p w14:paraId="3D0F50BE" w14:textId="77777777" w:rsidR="009C6F03" w:rsidRPr="0094285E" w:rsidRDefault="00000000">
            <w:pPr>
              <w:jc w:val="center"/>
            </w:pPr>
            <w:r w:rsidRPr="0094285E">
              <w:rPr>
                <w:sz w:val="14"/>
              </w:rPr>
              <w:t>2.02</w:t>
            </w:r>
          </w:p>
        </w:tc>
        <w:tc>
          <w:tcPr>
            <w:tcW w:w="1152" w:type="dxa"/>
            <w:vAlign w:val="center"/>
          </w:tcPr>
          <w:p w14:paraId="0F996989" w14:textId="77777777" w:rsidR="009C6F03" w:rsidRPr="0094285E" w:rsidRDefault="00000000">
            <w:pPr>
              <w:jc w:val="center"/>
            </w:pPr>
            <w:r w:rsidRPr="0094285E">
              <w:rPr>
                <w:sz w:val="14"/>
              </w:rPr>
              <w:t>202.00</w:t>
            </w:r>
          </w:p>
        </w:tc>
        <w:tc>
          <w:tcPr>
            <w:tcW w:w="2160" w:type="dxa"/>
            <w:vAlign w:val="center"/>
          </w:tcPr>
          <w:p w14:paraId="0B725E73" w14:textId="77777777" w:rsidR="009C6F03" w:rsidRPr="0094285E" w:rsidRDefault="00000000">
            <w:pPr>
              <w:jc w:val="center"/>
            </w:pPr>
            <w:r w:rsidRPr="0094285E">
              <w:rPr>
                <w:sz w:val="14"/>
              </w:rPr>
              <w:t>0.00</w:t>
            </w:r>
          </w:p>
        </w:tc>
        <w:tc>
          <w:tcPr>
            <w:tcW w:w="1800" w:type="dxa"/>
            <w:vAlign w:val="center"/>
          </w:tcPr>
          <w:p w14:paraId="3D9E25AA" w14:textId="77777777" w:rsidR="009C6F03" w:rsidRPr="0094285E" w:rsidRDefault="00000000">
            <w:pPr>
              <w:jc w:val="center"/>
            </w:pPr>
            <w:r w:rsidRPr="0094285E">
              <w:rPr>
                <w:sz w:val="14"/>
              </w:rPr>
              <w:t>0.0000</w:t>
            </w:r>
          </w:p>
        </w:tc>
      </w:tr>
      <w:tr w:rsidR="009C6F03" w:rsidRPr="0094285E" w14:paraId="310F306F" w14:textId="77777777">
        <w:trPr>
          <w:jc w:val="center"/>
        </w:trPr>
        <w:tc>
          <w:tcPr>
            <w:tcW w:w="1512" w:type="dxa"/>
            <w:vAlign w:val="center"/>
          </w:tcPr>
          <w:p w14:paraId="635FCFF6" w14:textId="77777777" w:rsidR="009C6F03" w:rsidRPr="0094285E" w:rsidRDefault="00000000">
            <w:r w:rsidRPr="0094285E">
              <w:rPr>
                <w:sz w:val="14"/>
              </w:rPr>
              <w:t>Other land</w:t>
            </w:r>
          </w:p>
        </w:tc>
        <w:tc>
          <w:tcPr>
            <w:tcW w:w="936" w:type="dxa"/>
            <w:vAlign w:val="center"/>
          </w:tcPr>
          <w:p w14:paraId="6DBA0A46" w14:textId="77777777" w:rsidR="009C6F03" w:rsidRPr="0094285E" w:rsidRDefault="00000000">
            <w:pPr>
              <w:jc w:val="center"/>
            </w:pPr>
            <w:r w:rsidRPr="0094285E">
              <w:rPr>
                <w:sz w:val="14"/>
              </w:rPr>
              <w:t>2008</w:t>
            </w:r>
          </w:p>
        </w:tc>
        <w:tc>
          <w:tcPr>
            <w:tcW w:w="1152" w:type="dxa"/>
            <w:vAlign w:val="center"/>
          </w:tcPr>
          <w:p w14:paraId="15290D94" w14:textId="77777777" w:rsidR="009C6F03" w:rsidRPr="0094285E" w:rsidRDefault="00000000">
            <w:pPr>
              <w:jc w:val="center"/>
            </w:pPr>
            <w:r w:rsidRPr="0094285E">
              <w:rPr>
                <w:sz w:val="14"/>
              </w:rPr>
              <w:t>3.34</w:t>
            </w:r>
          </w:p>
        </w:tc>
        <w:tc>
          <w:tcPr>
            <w:tcW w:w="1152" w:type="dxa"/>
            <w:vAlign w:val="center"/>
          </w:tcPr>
          <w:p w14:paraId="62FA9AD7" w14:textId="77777777" w:rsidR="009C6F03" w:rsidRPr="0094285E" w:rsidRDefault="00000000">
            <w:pPr>
              <w:jc w:val="center"/>
            </w:pPr>
            <w:r w:rsidRPr="0094285E">
              <w:rPr>
                <w:sz w:val="14"/>
              </w:rPr>
              <w:t>334.00</w:t>
            </w:r>
          </w:p>
        </w:tc>
        <w:tc>
          <w:tcPr>
            <w:tcW w:w="2160" w:type="dxa"/>
            <w:vAlign w:val="center"/>
          </w:tcPr>
          <w:p w14:paraId="43130D29" w14:textId="77777777" w:rsidR="009C6F03" w:rsidRPr="0094285E" w:rsidRDefault="00000000">
            <w:pPr>
              <w:jc w:val="center"/>
            </w:pPr>
            <w:r w:rsidRPr="0094285E">
              <w:rPr>
                <w:sz w:val="14"/>
              </w:rPr>
              <w:t>0.00</w:t>
            </w:r>
          </w:p>
        </w:tc>
        <w:tc>
          <w:tcPr>
            <w:tcW w:w="1800" w:type="dxa"/>
            <w:vAlign w:val="center"/>
          </w:tcPr>
          <w:p w14:paraId="4CECBCAE" w14:textId="77777777" w:rsidR="009C6F03" w:rsidRPr="0094285E" w:rsidRDefault="00000000">
            <w:pPr>
              <w:jc w:val="center"/>
            </w:pPr>
            <w:r w:rsidRPr="0094285E">
              <w:rPr>
                <w:sz w:val="14"/>
              </w:rPr>
              <w:t>0.0000</w:t>
            </w:r>
          </w:p>
        </w:tc>
      </w:tr>
      <w:tr w:rsidR="009C6F03" w:rsidRPr="0094285E" w14:paraId="76403050" w14:textId="77777777">
        <w:trPr>
          <w:jc w:val="center"/>
        </w:trPr>
        <w:tc>
          <w:tcPr>
            <w:tcW w:w="1512" w:type="dxa"/>
            <w:vAlign w:val="center"/>
          </w:tcPr>
          <w:p w14:paraId="2EC1E845" w14:textId="77777777" w:rsidR="009C6F03" w:rsidRPr="0094285E" w:rsidRDefault="00000000">
            <w:r w:rsidRPr="0094285E">
              <w:rPr>
                <w:sz w:val="14"/>
              </w:rPr>
              <w:t>Other land</w:t>
            </w:r>
          </w:p>
        </w:tc>
        <w:tc>
          <w:tcPr>
            <w:tcW w:w="936" w:type="dxa"/>
            <w:vAlign w:val="center"/>
          </w:tcPr>
          <w:p w14:paraId="5FF85FA7" w14:textId="77777777" w:rsidR="009C6F03" w:rsidRPr="0094285E" w:rsidRDefault="00000000">
            <w:pPr>
              <w:jc w:val="center"/>
            </w:pPr>
            <w:r w:rsidRPr="0094285E">
              <w:rPr>
                <w:sz w:val="14"/>
              </w:rPr>
              <w:t>2016</w:t>
            </w:r>
          </w:p>
        </w:tc>
        <w:tc>
          <w:tcPr>
            <w:tcW w:w="1152" w:type="dxa"/>
            <w:vAlign w:val="center"/>
          </w:tcPr>
          <w:p w14:paraId="567A7989" w14:textId="77777777" w:rsidR="009C6F03" w:rsidRPr="0094285E" w:rsidRDefault="00000000">
            <w:pPr>
              <w:jc w:val="center"/>
            </w:pPr>
            <w:r w:rsidRPr="0094285E">
              <w:rPr>
                <w:sz w:val="14"/>
              </w:rPr>
              <w:t>1.86</w:t>
            </w:r>
          </w:p>
        </w:tc>
        <w:tc>
          <w:tcPr>
            <w:tcW w:w="1152" w:type="dxa"/>
            <w:vAlign w:val="center"/>
          </w:tcPr>
          <w:p w14:paraId="33955DE1" w14:textId="77777777" w:rsidR="009C6F03" w:rsidRPr="0094285E" w:rsidRDefault="00000000">
            <w:pPr>
              <w:jc w:val="center"/>
            </w:pPr>
            <w:r w:rsidRPr="0094285E">
              <w:rPr>
                <w:sz w:val="14"/>
              </w:rPr>
              <w:t>186.00</w:t>
            </w:r>
          </w:p>
        </w:tc>
        <w:tc>
          <w:tcPr>
            <w:tcW w:w="2160" w:type="dxa"/>
            <w:vAlign w:val="center"/>
          </w:tcPr>
          <w:p w14:paraId="043F43CE" w14:textId="77777777" w:rsidR="009C6F03" w:rsidRPr="0094285E" w:rsidRDefault="00000000">
            <w:pPr>
              <w:jc w:val="center"/>
            </w:pPr>
            <w:r w:rsidRPr="0094285E">
              <w:rPr>
                <w:sz w:val="14"/>
              </w:rPr>
              <w:t>0.00</w:t>
            </w:r>
          </w:p>
        </w:tc>
        <w:tc>
          <w:tcPr>
            <w:tcW w:w="1800" w:type="dxa"/>
            <w:vAlign w:val="center"/>
          </w:tcPr>
          <w:p w14:paraId="0A18D8C2" w14:textId="77777777" w:rsidR="009C6F03" w:rsidRPr="0094285E" w:rsidRDefault="00000000">
            <w:pPr>
              <w:jc w:val="center"/>
            </w:pPr>
            <w:r w:rsidRPr="0094285E">
              <w:rPr>
                <w:sz w:val="14"/>
              </w:rPr>
              <w:t>0.0000</w:t>
            </w:r>
          </w:p>
        </w:tc>
      </w:tr>
      <w:tr w:rsidR="009C6F03" w:rsidRPr="0094285E" w14:paraId="7F75084E" w14:textId="77777777">
        <w:trPr>
          <w:jc w:val="center"/>
        </w:trPr>
        <w:tc>
          <w:tcPr>
            <w:tcW w:w="1512" w:type="dxa"/>
            <w:vAlign w:val="center"/>
          </w:tcPr>
          <w:p w14:paraId="178A62DA" w14:textId="77777777" w:rsidR="009C6F03" w:rsidRPr="0094285E" w:rsidRDefault="00000000">
            <w:r w:rsidRPr="0094285E">
              <w:rPr>
                <w:sz w:val="14"/>
              </w:rPr>
              <w:t>Other land</w:t>
            </w:r>
          </w:p>
        </w:tc>
        <w:tc>
          <w:tcPr>
            <w:tcW w:w="936" w:type="dxa"/>
            <w:vAlign w:val="center"/>
          </w:tcPr>
          <w:p w14:paraId="32FF0D5A" w14:textId="77777777" w:rsidR="009C6F03" w:rsidRPr="0094285E" w:rsidRDefault="00000000">
            <w:pPr>
              <w:jc w:val="center"/>
            </w:pPr>
            <w:r w:rsidRPr="0094285E">
              <w:rPr>
                <w:sz w:val="14"/>
              </w:rPr>
              <w:t>2024</w:t>
            </w:r>
          </w:p>
        </w:tc>
        <w:tc>
          <w:tcPr>
            <w:tcW w:w="1152" w:type="dxa"/>
            <w:vAlign w:val="center"/>
          </w:tcPr>
          <w:p w14:paraId="7DB00C75" w14:textId="77777777" w:rsidR="009C6F03" w:rsidRPr="0094285E" w:rsidRDefault="00000000">
            <w:pPr>
              <w:jc w:val="center"/>
            </w:pPr>
            <w:r w:rsidRPr="0094285E">
              <w:rPr>
                <w:sz w:val="14"/>
              </w:rPr>
              <w:t>5.00</w:t>
            </w:r>
          </w:p>
        </w:tc>
        <w:tc>
          <w:tcPr>
            <w:tcW w:w="1152" w:type="dxa"/>
            <w:vAlign w:val="center"/>
          </w:tcPr>
          <w:p w14:paraId="65DAF1BE" w14:textId="77777777" w:rsidR="009C6F03" w:rsidRPr="0094285E" w:rsidRDefault="00000000">
            <w:pPr>
              <w:jc w:val="center"/>
            </w:pPr>
            <w:r w:rsidRPr="0094285E">
              <w:rPr>
                <w:sz w:val="14"/>
              </w:rPr>
              <w:t>500.00</w:t>
            </w:r>
          </w:p>
        </w:tc>
        <w:tc>
          <w:tcPr>
            <w:tcW w:w="2160" w:type="dxa"/>
            <w:vAlign w:val="center"/>
          </w:tcPr>
          <w:p w14:paraId="1B78EF00" w14:textId="77777777" w:rsidR="009C6F03" w:rsidRPr="0094285E" w:rsidRDefault="00000000">
            <w:pPr>
              <w:jc w:val="center"/>
            </w:pPr>
            <w:r w:rsidRPr="0094285E">
              <w:rPr>
                <w:sz w:val="14"/>
              </w:rPr>
              <w:t>0.00</w:t>
            </w:r>
          </w:p>
        </w:tc>
        <w:tc>
          <w:tcPr>
            <w:tcW w:w="1800" w:type="dxa"/>
            <w:vAlign w:val="center"/>
          </w:tcPr>
          <w:p w14:paraId="097598D6" w14:textId="77777777" w:rsidR="009C6F03" w:rsidRPr="0094285E" w:rsidRDefault="00000000">
            <w:pPr>
              <w:jc w:val="center"/>
            </w:pPr>
            <w:r w:rsidRPr="0094285E">
              <w:rPr>
                <w:sz w:val="14"/>
              </w:rPr>
              <w:t>0.0000</w:t>
            </w:r>
          </w:p>
        </w:tc>
      </w:tr>
      <w:tr w:rsidR="009C6F03" w:rsidRPr="0094285E" w14:paraId="60D30344" w14:textId="77777777">
        <w:trPr>
          <w:jc w:val="center"/>
        </w:trPr>
        <w:tc>
          <w:tcPr>
            <w:tcW w:w="1512" w:type="dxa"/>
            <w:vAlign w:val="center"/>
          </w:tcPr>
          <w:p w14:paraId="47CC8BE0" w14:textId="77777777" w:rsidR="009C6F03" w:rsidRPr="0094285E" w:rsidRDefault="00000000">
            <w:r w:rsidRPr="0094285E">
              <w:rPr>
                <w:sz w:val="14"/>
              </w:rPr>
              <w:t>Waterbody</w:t>
            </w:r>
          </w:p>
        </w:tc>
        <w:tc>
          <w:tcPr>
            <w:tcW w:w="936" w:type="dxa"/>
            <w:vAlign w:val="center"/>
          </w:tcPr>
          <w:p w14:paraId="0D1EEDD0" w14:textId="77777777" w:rsidR="009C6F03" w:rsidRPr="0094285E" w:rsidRDefault="00000000">
            <w:pPr>
              <w:jc w:val="center"/>
            </w:pPr>
            <w:r w:rsidRPr="0094285E">
              <w:rPr>
                <w:sz w:val="14"/>
              </w:rPr>
              <w:t>1988</w:t>
            </w:r>
          </w:p>
        </w:tc>
        <w:tc>
          <w:tcPr>
            <w:tcW w:w="1152" w:type="dxa"/>
            <w:vAlign w:val="center"/>
          </w:tcPr>
          <w:p w14:paraId="76960B71" w14:textId="77777777" w:rsidR="009C6F03" w:rsidRPr="0094285E" w:rsidRDefault="00000000">
            <w:pPr>
              <w:jc w:val="center"/>
            </w:pPr>
            <w:r w:rsidRPr="0094285E">
              <w:rPr>
                <w:sz w:val="14"/>
              </w:rPr>
              <w:t>5.31</w:t>
            </w:r>
          </w:p>
        </w:tc>
        <w:tc>
          <w:tcPr>
            <w:tcW w:w="1152" w:type="dxa"/>
            <w:vAlign w:val="center"/>
          </w:tcPr>
          <w:p w14:paraId="7541E7CE" w14:textId="77777777" w:rsidR="009C6F03" w:rsidRPr="0094285E" w:rsidRDefault="00000000">
            <w:pPr>
              <w:jc w:val="center"/>
            </w:pPr>
            <w:r w:rsidRPr="0094285E">
              <w:rPr>
                <w:sz w:val="14"/>
              </w:rPr>
              <w:t>531.00</w:t>
            </w:r>
          </w:p>
        </w:tc>
        <w:tc>
          <w:tcPr>
            <w:tcW w:w="2160" w:type="dxa"/>
            <w:vAlign w:val="center"/>
          </w:tcPr>
          <w:p w14:paraId="7C66D07B" w14:textId="77777777" w:rsidR="009C6F03" w:rsidRPr="0094285E" w:rsidRDefault="00000000">
            <w:pPr>
              <w:jc w:val="center"/>
            </w:pPr>
            <w:r w:rsidRPr="0094285E">
              <w:rPr>
                <w:sz w:val="14"/>
              </w:rPr>
              <w:t>6552.97</w:t>
            </w:r>
          </w:p>
        </w:tc>
        <w:tc>
          <w:tcPr>
            <w:tcW w:w="1800" w:type="dxa"/>
            <w:vAlign w:val="center"/>
          </w:tcPr>
          <w:p w14:paraId="0F58E843" w14:textId="77777777" w:rsidR="009C6F03" w:rsidRPr="0094285E" w:rsidRDefault="00000000">
            <w:pPr>
              <w:jc w:val="center"/>
            </w:pPr>
            <w:r w:rsidRPr="0094285E">
              <w:rPr>
                <w:sz w:val="14"/>
              </w:rPr>
              <w:t>3.4796</w:t>
            </w:r>
          </w:p>
        </w:tc>
      </w:tr>
      <w:tr w:rsidR="009C6F03" w:rsidRPr="0094285E" w14:paraId="5A148F4F" w14:textId="77777777">
        <w:trPr>
          <w:jc w:val="center"/>
        </w:trPr>
        <w:tc>
          <w:tcPr>
            <w:tcW w:w="1512" w:type="dxa"/>
            <w:vAlign w:val="center"/>
          </w:tcPr>
          <w:p w14:paraId="1A3138FF" w14:textId="77777777" w:rsidR="009C6F03" w:rsidRPr="0094285E" w:rsidRDefault="00000000">
            <w:r w:rsidRPr="0094285E">
              <w:rPr>
                <w:sz w:val="14"/>
              </w:rPr>
              <w:t>Waterbody</w:t>
            </w:r>
          </w:p>
        </w:tc>
        <w:tc>
          <w:tcPr>
            <w:tcW w:w="936" w:type="dxa"/>
            <w:vAlign w:val="center"/>
          </w:tcPr>
          <w:p w14:paraId="6D645AB0" w14:textId="77777777" w:rsidR="009C6F03" w:rsidRPr="0094285E" w:rsidRDefault="00000000">
            <w:pPr>
              <w:jc w:val="center"/>
            </w:pPr>
            <w:r w:rsidRPr="0094285E">
              <w:rPr>
                <w:sz w:val="14"/>
              </w:rPr>
              <w:t>1992</w:t>
            </w:r>
          </w:p>
        </w:tc>
        <w:tc>
          <w:tcPr>
            <w:tcW w:w="1152" w:type="dxa"/>
            <w:vAlign w:val="center"/>
          </w:tcPr>
          <w:p w14:paraId="3DF7F9CA" w14:textId="77777777" w:rsidR="009C6F03" w:rsidRPr="0094285E" w:rsidRDefault="00000000">
            <w:pPr>
              <w:jc w:val="center"/>
            </w:pPr>
            <w:r w:rsidRPr="0094285E">
              <w:rPr>
                <w:sz w:val="14"/>
              </w:rPr>
              <w:t>5.52</w:t>
            </w:r>
          </w:p>
        </w:tc>
        <w:tc>
          <w:tcPr>
            <w:tcW w:w="1152" w:type="dxa"/>
            <w:vAlign w:val="center"/>
          </w:tcPr>
          <w:p w14:paraId="6D368AEE" w14:textId="77777777" w:rsidR="009C6F03" w:rsidRPr="0094285E" w:rsidRDefault="00000000">
            <w:pPr>
              <w:jc w:val="center"/>
            </w:pPr>
            <w:r w:rsidRPr="0094285E">
              <w:rPr>
                <w:sz w:val="14"/>
              </w:rPr>
              <w:t>552.00</w:t>
            </w:r>
          </w:p>
        </w:tc>
        <w:tc>
          <w:tcPr>
            <w:tcW w:w="2160" w:type="dxa"/>
            <w:vAlign w:val="center"/>
          </w:tcPr>
          <w:p w14:paraId="607CB06A" w14:textId="77777777" w:rsidR="009C6F03" w:rsidRPr="0094285E" w:rsidRDefault="00000000">
            <w:pPr>
              <w:jc w:val="center"/>
            </w:pPr>
            <w:r w:rsidRPr="0094285E">
              <w:rPr>
                <w:sz w:val="14"/>
              </w:rPr>
              <w:t>6552.97</w:t>
            </w:r>
          </w:p>
        </w:tc>
        <w:tc>
          <w:tcPr>
            <w:tcW w:w="1800" w:type="dxa"/>
            <w:vAlign w:val="center"/>
          </w:tcPr>
          <w:p w14:paraId="2A88B856" w14:textId="77777777" w:rsidR="009C6F03" w:rsidRPr="0094285E" w:rsidRDefault="00000000">
            <w:pPr>
              <w:jc w:val="center"/>
            </w:pPr>
            <w:r w:rsidRPr="0094285E">
              <w:rPr>
                <w:sz w:val="14"/>
              </w:rPr>
              <w:t>3.6172</w:t>
            </w:r>
          </w:p>
        </w:tc>
      </w:tr>
      <w:tr w:rsidR="009C6F03" w:rsidRPr="0094285E" w14:paraId="6B6AE00C" w14:textId="77777777">
        <w:trPr>
          <w:jc w:val="center"/>
        </w:trPr>
        <w:tc>
          <w:tcPr>
            <w:tcW w:w="1512" w:type="dxa"/>
            <w:vAlign w:val="center"/>
          </w:tcPr>
          <w:p w14:paraId="61CAC242" w14:textId="77777777" w:rsidR="009C6F03" w:rsidRPr="0094285E" w:rsidRDefault="00000000">
            <w:r w:rsidRPr="0094285E">
              <w:rPr>
                <w:sz w:val="14"/>
              </w:rPr>
              <w:t>Waterbody</w:t>
            </w:r>
          </w:p>
        </w:tc>
        <w:tc>
          <w:tcPr>
            <w:tcW w:w="936" w:type="dxa"/>
            <w:vAlign w:val="center"/>
          </w:tcPr>
          <w:p w14:paraId="3A8B41C8" w14:textId="77777777" w:rsidR="009C6F03" w:rsidRPr="0094285E" w:rsidRDefault="00000000">
            <w:pPr>
              <w:jc w:val="center"/>
            </w:pPr>
            <w:r w:rsidRPr="0094285E">
              <w:rPr>
                <w:sz w:val="14"/>
              </w:rPr>
              <w:t>2000</w:t>
            </w:r>
          </w:p>
        </w:tc>
        <w:tc>
          <w:tcPr>
            <w:tcW w:w="1152" w:type="dxa"/>
            <w:vAlign w:val="center"/>
          </w:tcPr>
          <w:p w14:paraId="0B676D67" w14:textId="77777777" w:rsidR="009C6F03" w:rsidRPr="0094285E" w:rsidRDefault="00000000">
            <w:pPr>
              <w:jc w:val="center"/>
            </w:pPr>
            <w:r w:rsidRPr="0094285E">
              <w:rPr>
                <w:sz w:val="14"/>
              </w:rPr>
              <w:t>5.30</w:t>
            </w:r>
          </w:p>
        </w:tc>
        <w:tc>
          <w:tcPr>
            <w:tcW w:w="1152" w:type="dxa"/>
            <w:vAlign w:val="center"/>
          </w:tcPr>
          <w:p w14:paraId="19DCB06F" w14:textId="77777777" w:rsidR="009C6F03" w:rsidRPr="0094285E" w:rsidRDefault="00000000">
            <w:pPr>
              <w:jc w:val="center"/>
            </w:pPr>
            <w:r w:rsidRPr="0094285E">
              <w:rPr>
                <w:sz w:val="14"/>
              </w:rPr>
              <w:t>530.00</w:t>
            </w:r>
          </w:p>
        </w:tc>
        <w:tc>
          <w:tcPr>
            <w:tcW w:w="2160" w:type="dxa"/>
            <w:vAlign w:val="center"/>
          </w:tcPr>
          <w:p w14:paraId="426945A6" w14:textId="77777777" w:rsidR="009C6F03" w:rsidRPr="0094285E" w:rsidRDefault="00000000">
            <w:pPr>
              <w:jc w:val="center"/>
            </w:pPr>
            <w:r w:rsidRPr="0094285E">
              <w:rPr>
                <w:sz w:val="14"/>
              </w:rPr>
              <w:t>6552.97</w:t>
            </w:r>
          </w:p>
        </w:tc>
        <w:tc>
          <w:tcPr>
            <w:tcW w:w="1800" w:type="dxa"/>
            <w:vAlign w:val="center"/>
          </w:tcPr>
          <w:p w14:paraId="5BA1DB67" w14:textId="77777777" w:rsidR="009C6F03" w:rsidRPr="0094285E" w:rsidRDefault="00000000">
            <w:pPr>
              <w:jc w:val="center"/>
            </w:pPr>
            <w:r w:rsidRPr="0094285E">
              <w:rPr>
                <w:sz w:val="14"/>
              </w:rPr>
              <w:t>3.4731</w:t>
            </w:r>
          </w:p>
        </w:tc>
      </w:tr>
      <w:tr w:rsidR="009C6F03" w:rsidRPr="0094285E" w14:paraId="6E883634" w14:textId="77777777">
        <w:trPr>
          <w:jc w:val="center"/>
        </w:trPr>
        <w:tc>
          <w:tcPr>
            <w:tcW w:w="1512" w:type="dxa"/>
            <w:vAlign w:val="center"/>
          </w:tcPr>
          <w:p w14:paraId="7E222032" w14:textId="77777777" w:rsidR="009C6F03" w:rsidRPr="0094285E" w:rsidRDefault="00000000">
            <w:r w:rsidRPr="0094285E">
              <w:rPr>
                <w:sz w:val="14"/>
              </w:rPr>
              <w:t>Waterbody</w:t>
            </w:r>
          </w:p>
        </w:tc>
        <w:tc>
          <w:tcPr>
            <w:tcW w:w="936" w:type="dxa"/>
            <w:vAlign w:val="center"/>
          </w:tcPr>
          <w:p w14:paraId="7E3A1778" w14:textId="77777777" w:rsidR="009C6F03" w:rsidRPr="0094285E" w:rsidRDefault="00000000">
            <w:pPr>
              <w:jc w:val="center"/>
            </w:pPr>
            <w:r w:rsidRPr="0094285E">
              <w:rPr>
                <w:sz w:val="14"/>
              </w:rPr>
              <w:t>2008</w:t>
            </w:r>
          </w:p>
        </w:tc>
        <w:tc>
          <w:tcPr>
            <w:tcW w:w="1152" w:type="dxa"/>
            <w:vAlign w:val="center"/>
          </w:tcPr>
          <w:p w14:paraId="15A359CC" w14:textId="77777777" w:rsidR="009C6F03" w:rsidRPr="0094285E" w:rsidRDefault="00000000">
            <w:pPr>
              <w:jc w:val="center"/>
            </w:pPr>
            <w:r w:rsidRPr="0094285E">
              <w:rPr>
                <w:sz w:val="14"/>
              </w:rPr>
              <w:t>3.45</w:t>
            </w:r>
          </w:p>
        </w:tc>
        <w:tc>
          <w:tcPr>
            <w:tcW w:w="1152" w:type="dxa"/>
            <w:vAlign w:val="center"/>
          </w:tcPr>
          <w:p w14:paraId="36B89CAF" w14:textId="77777777" w:rsidR="009C6F03" w:rsidRPr="0094285E" w:rsidRDefault="00000000">
            <w:pPr>
              <w:jc w:val="center"/>
            </w:pPr>
            <w:r w:rsidRPr="0094285E">
              <w:rPr>
                <w:sz w:val="14"/>
              </w:rPr>
              <w:t>345.00</w:t>
            </w:r>
          </w:p>
        </w:tc>
        <w:tc>
          <w:tcPr>
            <w:tcW w:w="2160" w:type="dxa"/>
            <w:vAlign w:val="center"/>
          </w:tcPr>
          <w:p w14:paraId="635FBA8B" w14:textId="77777777" w:rsidR="009C6F03" w:rsidRPr="0094285E" w:rsidRDefault="00000000">
            <w:pPr>
              <w:jc w:val="center"/>
            </w:pPr>
            <w:r w:rsidRPr="0094285E">
              <w:rPr>
                <w:sz w:val="14"/>
              </w:rPr>
              <w:t>6552.97</w:t>
            </w:r>
          </w:p>
        </w:tc>
        <w:tc>
          <w:tcPr>
            <w:tcW w:w="1800" w:type="dxa"/>
            <w:vAlign w:val="center"/>
          </w:tcPr>
          <w:p w14:paraId="6A843F95" w14:textId="77777777" w:rsidR="009C6F03" w:rsidRPr="0094285E" w:rsidRDefault="00000000">
            <w:pPr>
              <w:jc w:val="center"/>
            </w:pPr>
            <w:r w:rsidRPr="0094285E">
              <w:rPr>
                <w:sz w:val="14"/>
              </w:rPr>
              <w:t>2.2608</w:t>
            </w:r>
          </w:p>
        </w:tc>
      </w:tr>
      <w:tr w:rsidR="009C6F03" w:rsidRPr="0094285E" w14:paraId="24CBEACF" w14:textId="77777777">
        <w:trPr>
          <w:jc w:val="center"/>
        </w:trPr>
        <w:tc>
          <w:tcPr>
            <w:tcW w:w="1512" w:type="dxa"/>
            <w:vAlign w:val="center"/>
          </w:tcPr>
          <w:p w14:paraId="7A946B7D" w14:textId="77777777" w:rsidR="009C6F03" w:rsidRPr="0094285E" w:rsidRDefault="00000000">
            <w:r w:rsidRPr="0094285E">
              <w:rPr>
                <w:sz w:val="14"/>
              </w:rPr>
              <w:t>Waterbody</w:t>
            </w:r>
          </w:p>
        </w:tc>
        <w:tc>
          <w:tcPr>
            <w:tcW w:w="936" w:type="dxa"/>
            <w:vAlign w:val="center"/>
          </w:tcPr>
          <w:p w14:paraId="2AEC8B54" w14:textId="77777777" w:rsidR="009C6F03" w:rsidRPr="0094285E" w:rsidRDefault="00000000">
            <w:pPr>
              <w:jc w:val="center"/>
            </w:pPr>
            <w:r w:rsidRPr="0094285E">
              <w:rPr>
                <w:sz w:val="14"/>
              </w:rPr>
              <w:t>2016</w:t>
            </w:r>
          </w:p>
        </w:tc>
        <w:tc>
          <w:tcPr>
            <w:tcW w:w="1152" w:type="dxa"/>
            <w:vAlign w:val="center"/>
          </w:tcPr>
          <w:p w14:paraId="4FA9E52A" w14:textId="77777777" w:rsidR="009C6F03" w:rsidRPr="0094285E" w:rsidRDefault="00000000">
            <w:pPr>
              <w:jc w:val="center"/>
            </w:pPr>
            <w:r w:rsidRPr="0094285E">
              <w:rPr>
                <w:sz w:val="14"/>
              </w:rPr>
              <w:t>3.98</w:t>
            </w:r>
          </w:p>
        </w:tc>
        <w:tc>
          <w:tcPr>
            <w:tcW w:w="1152" w:type="dxa"/>
            <w:vAlign w:val="center"/>
          </w:tcPr>
          <w:p w14:paraId="43C95952" w14:textId="77777777" w:rsidR="009C6F03" w:rsidRPr="0094285E" w:rsidRDefault="00000000">
            <w:pPr>
              <w:jc w:val="center"/>
            </w:pPr>
            <w:r w:rsidRPr="0094285E">
              <w:rPr>
                <w:sz w:val="14"/>
              </w:rPr>
              <w:t>398.00</w:t>
            </w:r>
          </w:p>
        </w:tc>
        <w:tc>
          <w:tcPr>
            <w:tcW w:w="2160" w:type="dxa"/>
            <w:vAlign w:val="center"/>
          </w:tcPr>
          <w:p w14:paraId="1E746932" w14:textId="77777777" w:rsidR="009C6F03" w:rsidRPr="0094285E" w:rsidRDefault="00000000">
            <w:pPr>
              <w:jc w:val="center"/>
            </w:pPr>
            <w:r w:rsidRPr="0094285E">
              <w:rPr>
                <w:sz w:val="14"/>
              </w:rPr>
              <w:t>6552.97</w:t>
            </w:r>
          </w:p>
        </w:tc>
        <w:tc>
          <w:tcPr>
            <w:tcW w:w="1800" w:type="dxa"/>
            <w:vAlign w:val="center"/>
          </w:tcPr>
          <w:p w14:paraId="72F464CC" w14:textId="77777777" w:rsidR="009C6F03" w:rsidRPr="0094285E" w:rsidRDefault="00000000">
            <w:pPr>
              <w:jc w:val="center"/>
            </w:pPr>
            <w:r w:rsidRPr="0094285E">
              <w:rPr>
                <w:sz w:val="14"/>
              </w:rPr>
              <w:t>2.6081</w:t>
            </w:r>
          </w:p>
        </w:tc>
      </w:tr>
      <w:tr w:rsidR="009C6F03" w:rsidRPr="0094285E" w14:paraId="74B7F7A9" w14:textId="77777777">
        <w:trPr>
          <w:jc w:val="center"/>
        </w:trPr>
        <w:tc>
          <w:tcPr>
            <w:tcW w:w="1512" w:type="dxa"/>
            <w:vAlign w:val="center"/>
          </w:tcPr>
          <w:p w14:paraId="3DFBD50D" w14:textId="77777777" w:rsidR="009C6F03" w:rsidRPr="0094285E" w:rsidRDefault="00000000">
            <w:r w:rsidRPr="0094285E">
              <w:rPr>
                <w:sz w:val="14"/>
              </w:rPr>
              <w:t>Waterbody</w:t>
            </w:r>
          </w:p>
        </w:tc>
        <w:tc>
          <w:tcPr>
            <w:tcW w:w="936" w:type="dxa"/>
            <w:vAlign w:val="center"/>
          </w:tcPr>
          <w:p w14:paraId="01292300" w14:textId="77777777" w:rsidR="009C6F03" w:rsidRPr="0094285E" w:rsidRDefault="00000000">
            <w:pPr>
              <w:jc w:val="center"/>
            </w:pPr>
            <w:r w:rsidRPr="0094285E">
              <w:rPr>
                <w:sz w:val="14"/>
              </w:rPr>
              <w:t>2024</w:t>
            </w:r>
          </w:p>
        </w:tc>
        <w:tc>
          <w:tcPr>
            <w:tcW w:w="1152" w:type="dxa"/>
            <w:vAlign w:val="center"/>
          </w:tcPr>
          <w:p w14:paraId="22307139" w14:textId="77777777" w:rsidR="009C6F03" w:rsidRPr="0094285E" w:rsidRDefault="00000000">
            <w:pPr>
              <w:jc w:val="center"/>
            </w:pPr>
            <w:r w:rsidRPr="0094285E">
              <w:rPr>
                <w:sz w:val="14"/>
              </w:rPr>
              <w:t>4.62</w:t>
            </w:r>
          </w:p>
        </w:tc>
        <w:tc>
          <w:tcPr>
            <w:tcW w:w="1152" w:type="dxa"/>
            <w:vAlign w:val="center"/>
          </w:tcPr>
          <w:p w14:paraId="3774505B" w14:textId="77777777" w:rsidR="009C6F03" w:rsidRPr="0094285E" w:rsidRDefault="00000000">
            <w:pPr>
              <w:jc w:val="center"/>
            </w:pPr>
            <w:r w:rsidRPr="0094285E">
              <w:rPr>
                <w:sz w:val="14"/>
              </w:rPr>
              <w:t>462.00</w:t>
            </w:r>
          </w:p>
        </w:tc>
        <w:tc>
          <w:tcPr>
            <w:tcW w:w="2160" w:type="dxa"/>
            <w:vAlign w:val="center"/>
          </w:tcPr>
          <w:p w14:paraId="043B7E54" w14:textId="77777777" w:rsidR="009C6F03" w:rsidRPr="0094285E" w:rsidRDefault="00000000">
            <w:pPr>
              <w:jc w:val="center"/>
            </w:pPr>
            <w:r w:rsidRPr="0094285E">
              <w:rPr>
                <w:sz w:val="14"/>
              </w:rPr>
              <w:t>6552.97</w:t>
            </w:r>
          </w:p>
        </w:tc>
        <w:tc>
          <w:tcPr>
            <w:tcW w:w="1800" w:type="dxa"/>
            <w:vAlign w:val="center"/>
          </w:tcPr>
          <w:p w14:paraId="796A0E6A" w14:textId="77777777" w:rsidR="009C6F03" w:rsidRPr="0094285E" w:rsidRDefault="00000000">
            <w:pPr>
              <w:jc w:val="center"/>
            </w:pPr>
            <w:r w:rsidRPr="0094285E">
              <w:rPr>
                <w:sz w:val="14"/>
              </w:rPr>
              <w:t>3.0275</w:t>
            </w:r>
          </w:p>
        </w:tc>
      </w:tr>
    </w:tbl>
    <w:p w14:paraId="50A4F1AD" w14:textId="4B7EC036" w:rsidR="009C6F03" w:rsidRPr="0094285E" w:rsidRDefault="00000000">
      <w:pPr>
        <w:spacing w:before="60" w:after="60"/>
      </w:pPr>
      <w:r w:rsidRPr="0094285E">
        <w:rPr>
          <w:b/>
          <w:sz w:val="17"/>
        </w:rPr>
        <w:t xml:space="preserve">Note: </w:t>
      </w:r>
      <w:r w:rsidRPr="0094285E">
        <w:rPr>
          <w:sz w:val="17"/>
        </w:rPr>
        <w:t>ESV was calculated by multiplying LULC area in hectares by the corresponding valuation coefficient. One km² equals 100 ha. Built-up and other land have zero coefficients under the adopted valuation framework. Calculations were performed by the authors from the published LULC statistics and adopted valuation coefficients.</w:t>
      </w:r>
      <w:r w:rsidRPr="0094285E">
        <w:rPr>
          <w:b/>
          <w:sz w:val="17"/>
        </w:rPr>
        <w:t xml:space="preserve"> Source: </w:t>
      </w:r>
      <w:r w:rsidRPr="0094285E">
        <w:rPr>
          <w:sz w:val="17"/>
        </w:rPr>
        <w:t xml:space="preserve">Calculations by the authors based on LULC statistics reported by Rimal et al. </w:t>
      </w:r>
      <w:r w:rsidR="00A31255" w:rsidRPr="0094285E">
        <w:rPr>
          <w:sz w:val="17"/>
        </w:rPr>
        <w:t>(2025)</w:t>
      </w:r>
      <w:r w:rsidRPr="0094285E">
        <w:rPr>
          <w:sz w:val="17"/>
        </w:rPr>
        <w:t xml:space="preserve"> and valuation coefficients from Shrestha et al. </w:t>
      </w:r>
      <w:r w:rsidR="00A31255" w:rsidRPr="0094285E">
        <w:rPr>
          <w:sz w:val="17"/>
        </w:rPr>
        <w:t>(2022)</w:t>
      </w:r>
      <w:r w:rsidRPr="0094285E">
        <w:rPr>
          <w:sz w:val="17"/>
        </w:rPr>
        <w:t>.</w:t>
      </w:r>
    </w:p>
    <w:p w14:paraId="62D8473F" w14:textId="77777777" w:rsidR="009C6F03" w:rsidRPr="0094285E" w:rsidRDefault="00000000">
      <w:pPr>
        <w:pStyle w:val="Caption"/>
        <w:spacing w:before="160" w:after="100"/>
        <w:rPr>
          <w:color w:val="auto"/>
        </w:rPr>
      </w:pPr>
      <w:r w:rsidRPr="0094285E">
        <w:rPr>
          <w:color w:val="auto"/>
        </w:rPr>
        <w:t>Table S5. Sensitivity of total estimated annual ESV to alternative valuation-coefficient scenarios.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152"/>
        <w:gridCol w:w="648"/>
        <w:gridCol w:w="1800"/>
        <w:gridCol w:w="1944"/>
        <w:gridCol w:w="1368"/>
        <w:gridCol w:w="1368"/>
        <w:gridCol w:w="1368"/>
        <w:gridCol w:w="1368"/>
        <w:gridCol w:w="1440"/>
      </w:tblGrid>
      <w:tr w:rsidR="009C6F03" w:rsidRPr="0094285E" w14:paraId="57746F4D" w14:textId="77777777">
        <w:trPr>
          <w:tblHeader/>
          <w:jc w:val="center"/>
        </w:trPr>
        <w:tc>
          <w:tcPr>
            <w:tcW w:w="1152" w:type="dxa"/>
            <w:shd w:val="clear" w:color="auto" w:fill="E7E6E6"/>
            <w:vAlign w:val="center"/>
          </w:tcPr>
          <w:p w14:paraId="1E322E14" w14:textId="77777777" w:rsidR="009C6F03" w:rsidRPr="0094285E" w:rsidRDefault="00000000">
            <w:pPr>
              <w:jc w:val="center"/>
            </w:pPr>
            <w:r w:rsidRPr="0094285E">
              <w:rPr>
                <w:b/>
                <w:sz w:val="13"/>
              </w:rPr>
              <w:t>LULC class</w:t>
            </w:r>
          </w:p>
        </w:tc>
        <w:tc>
          <w:tcPr>
            <w:tcW w:w="648" w:type="dxa"/>
            <w:shd w:val="clear" w:color="auto" w:fill="E7E6E6"/>
            <w:vAlign w:val="center"/>
          </w:tcPr>
          <w:p w14:paraId="061E8837" w14:textId="77777777" w:rsidR="009C6F03" w:rsidRPr="0094285E" w:rsidRDefault="00000000">
            <w:pPr>
              <w:jc w:val="center"/>
            </w:pPr>
            <w:r w:rsidRPr="0094285E">
              <w:rPr>
                <w:b/>
                <w:sz w:val="13"/>
              </w:rPr>
              <w:t>Year</w:t>
            </w:r>
          </w:p>
        </w:tc>
        <w:tc>
          <w:tcPr>
            <w:tcW w:w="1800" w:type="dxa"/>
            <w:shd w:val="clear" w:color="auto" w:fill="E7E6E6"/>
            <w:vAlign w:val="center"/>
          </w:tcPr>
          <w:p w14:paraId="5C5C5C61" w14:textId="77777777" w:rsidR="009C6F03" w:rsidRPr="0094285E" w:rsidRDefault="00000000">
            <w:pPr>
              <w:jc w:val="center"/>
            </w:pPr>
            <w:r w:rsidRPr="0094285E">
              <w:rPr>
                <w:b/>
                <w:sz w:val="13"/>
              </w:rPr>
              <w:t>Baseline coefficient (USD ha⁻¹ yr⁻¹)</w:t>
            </w:r>
          </w:p>
        </w:tc>
        <w:tc>
          <w:tcPr>
            <w:tcW w:w="1944" w:type="dxa"/>
            <w:shd w:val="clear" w:color="auto" w:fill="E7E6E6"/>
            <w:vAlign w:val="center"/>
          </w:tcPr>
          <w:p w14:paraId="5E50CA21" w14:textId="77777777" w:rsidR="009C6F03" w:rsidRPr="0094285E" w:rsidRDefault="00000000">
            <w:pPr>
              <w:jc w:val="center"/>
            </w:pPr>
            <w:r w:rsidRPr="0094285E">
              <w:rPr>
                <w:b/>
                <w:sz w:val="13"/>
              </w:rPr>
              <w:t>Baseline total ESV (USD million yr⁻¹)</w:t>
            </w:r>
          </w:p>
        </w:tc>
        <w:tc>
          <w:tcPr>
            <w:tcW w:w="1368" w:type="dxa"/>
            <w:shd w:val="clear" w:color="auto" w:fill="E7E6E6"/>
            <w:vAlign w:val="center"/>
          </w:tcPr>
          <w:p w14:paraId="5C674C79" w14:textId="77777777" w:rsidR="009C6F03" w:rsidRPr="0094285E" w:rsidRDefault="00000000">
            <w:pPr>
              <w:jc w:val="center"/>
            </w:pPr>
            <w:r w:rsidRPr="0094285E">
              <w:rPr>
                <w:b/>
                <w:sz w:val="13"/>
              </w:rPr>
              <w:t>−50% coefficient</w:t>
            </w:r>
          </w:p>
        </w:tc>
        <w:tc>
          <w:tcPr>
            <w:tcW w:w="1368" w:type="dxa"/>
            <w:shd w:val="clear" w:color="auto" w:fill="E7E6E6"/>
            <w:vAlign w:val="center"/>
          </w:tcPr>
          <w:p w14:paraId="01ED9ACC" w14:textId="77777777" w:rsidR="009C6F03" w:rsidRPr="0094285E" w:rsidRDefault="00000000">
            <w:pPr>
              <w:jc w:val="center"/>
            </w:pPr>
            <w:r w:rsidRPr="0094285E">
              <w:rPr>
                <w:b/>
                <w:sz w:val="13"/>
              </w:rPr>
              <w:t>−25% coefficient</w:t>
            </w:r>
          </w:p>
        </w:tc>
        <w:tc>
          <w:tcPr>
            <w:tcW w:w="1368" w:type="dxa"/>
            <w:shd w:val="clear" w:color="auto" w:fill="E7E6E6"/>
            <w:vAlign w:val="center"/>
          </w:tcPr>
          <w:p w14:paraId="1358399C" w14:textId="77777777" w:rsidR="009C6F03" w:rsidRPr="0094285E" w:rsidRDefault="00000000">
            <w:pPr>
              <w:jc w:val="center"/>
            </w:pPr>
            <w:r w:rsidRPr="0094285E">
              <w:rPr>
                <w:b/>
                <w:sz w:val="13"/>
              </w:rPr>
              <w:t>+25% coefficient</w:t>
            </w:r>
          </w:p>
        </w:tc>
        <w:tc>
          <w:tcPr>
            <w:tcW w:w="1368" w:type="dxa"/>
            <w:shd w:val="clear" w:color="auto" w:fill="E7E6E6"/>
            <w:vAlign w:val="center"/>
          </w:tcPr>
          <w:p w14:paraId="3AA6E3AD" w14:textId="77777777" w:rsidR="009C6F03" w:rsidRPr="0094285E" w:rsidRDefault="00000000">
            <w:pPr>
              <w:jc w:val="center"/>
            </w:pPr>
            <w:r w:rsidRPr="0094285E">
              <w:rPr>
                <w:b/>
                <w:sz w:val="13"/>
              </w:rPr>
              <w:t>+50% coefficient</w:t>
            </w:r>
          </w:p>
        </w:tc>
        <w:tc>
          <w:tcPr>
            <w:tcW w:w="1440" w:type="dxa"/>
            <w:shd w:val="clear" w:color="auto" w:fill="E7E6E6"/>
            <w:vAlign w:val="center"/>
          </w:tcPr>
          <w:p w14:paraId="2F7931B3" w14:textId="77777777" w:rsidR="009C6F03" w:rsidRPr="0094285E" w:rsidRDefault="00000000">
            <w:pPr>
              <w:jc w:val="center"/>
            </w:pPr>
            <w:r w:rsidRPr="0094285E">
              <w:rPr>
                <w:b/>
                <w:sz w:val="13"/>
              </w:rPr>
              <w:t>Coefficient dependence</w:t>
            </w:r>
          </w:p>
        </w:tc>
      </w:tr>
      <w:tr w:rsidR="009C6F03" w:rsidRPr="0094285E" w14:paraId="419EFB07" w14:textId="77777777">
        <w:trPr>
          <w:jc w:val="center"/>
        </w:trPr>
        <w:tc>
          <w:tcPr>
            <w:tcW w:w="1152" w:type="dxa"/>
            <w:vAlign w:val="center"/>
          </w:tcPr>
          <w:p w14:paraId="28DEBD8F" w14:textId="77777777" w:rsidR="009C6F03" w:rsidRPr="0094285E" w:rsidRDefault="00000000">
            <w:r w:rsidRPr="0094285E">
              <w:rPr>
                <w:sz w:val="13"/>
              </w:rPr>
              <w:t>Cropland</w:t>
            </w:r>
          </w:p>
        </w:tc>
        <w:tc>
          <w:tcPr>
            <w:tcW w:w="648" w:type="dxa"/>
            <w:vAlign w:val="center"/>
          </w:tcPr>
          <w:p w14:paraId="041ACF99" w14:textId="77777777" w:rsidR="009C6F03" w:rsidRPr="0094285E" w:rsidRDefault="00000000">
            <w:pPr>
              <w:jc w:val="center"/>
            </w:pPr>
            <w:r w:rsidRPr="0094285E">
              <w:rPr>
                <w:sz w:val="13"/>
              </w:rPr>
              <w:t>1988</w:t>
            </w:r>
          </w:p>
        </w:tc>
        <w:tc>
          <w:tcPr>
            <w:tcW w:w="1800" w:type="dxa"/>
            <w:vAlign w:val="center"/>
          </w:tcPr>
          <w:p w14:paraId="139AE059" w14:textId="77777777" w:rsidR="009C6F03" w:rsidRPr="0094285E" w:rsidRDefault="00000000">
            <w:pPr>
              <w:jc w:val="center"/>
            </w:pPr>
            <w:r w:rsidRPr="0094285E">
              <w:rPr>
                <w:sz w:val="13"/>
              </w:rPr>
              <w:t>699.37</w:t>
            </w:r>
          </w:p>
        </w:tc>
        <w:tc>
          <w:tcPr>
            <w:tcW w:w="1944" w:type="dxa"/>
            <w:vAlign w:val="center"/>
          </w:tcPr>
          <w:p w14:paraId="379D7FEA" w14:textId="77777777" w:rsidR="009C6F03" w:rsidRPr="0094285E" w:rsidRDefault="00000000">
            <w:pPr>
              <w:jc w:val="center"/>
            </w:pPr>
            <w:r w:rsidRPr="0094285E">
              <w:rPr>
                <w:sz w:val="13"/>
              </w:rPr>
              <w:t>82.7686</w:t>
            </w:r>
          </w:p>
        </w:tc>
        <w:tc>
          <w:tcPr>
            <w:tcW w:w="1368" w:type="dxa"/>
            <w:vAlign w:val="center"/>
          </w:tcPr>
          <w:p w14:paraId="3040F5B9" w14:textId="77777777" w:rsidR="009C6F03" w:rsidRPr="0094285E" w:rsidRDefault="00000000">
            <w:pPr>
              <w:jc w:val="center"/>
            </w:pPr>
            <w:r w:rsidRPr="0094285E">
              <w:rPr>
                <w:sz w:val="13"/>
              </w:rPr>
              <w:t>68.1406</w:t>
            </w:r>
          </w:p>
        </w:tc>
        <w:tc>
          <w:tcPr>
            <w:tcW w:w="1368" w:type="dxa"/>
            <w:vAlign w:val="center"/>
          </w:tcPr>
          <w:p w14:paraId="471F7926" w14:textId="77777777" w:rsidR="009C6F03" w:rsidRPr="0094285E" w:rsidRDefault="00000000">
            <w:pPr>
              <w:jc w:val="center"/>
            </w:pPr>
            <w:r w:rsidRPr="0094285E">
              <w:rPr>
                <w:sz w:val="13"/>
              </w:rPr>
              <w:t>75.4546</w:t>
            </w:r>
          </w:p>
        </w:tc>
        <w:tc>
          <w:tcPr>
            <w:tcW w:w="1368" w:type="dxa"/>
            <w:vAlign w:val="center"/>
          </w:tcPr>
          <w:p w14:paraId="1D777076" w14:textId="77777777" w:rsidR="009C6F03" w:rsidRPr="0094285E" w:rsidRDefault="00000000">
            <w:pPr>
              <w:jc w:val="center"/>
            </w:pPr>
            <w:r w:rsidRPr="0094285E">
              <w:rPr>
                <w:sz w:val="13"/>
              </w:rPr>
              <w:t>90.0827</w:t>
            </w:r>
          </w:p>
        </w:tc>
        <w:tc>
          <w:tcPr>
            <w:tcW w:w="1368" w:type="dxa"/>
            <w:vAlign w:val="center"/>
          </w:tcPr>
          <w:p w14:paraId="0A22278D" w14:textId="77777777" w:rsidR="009C6F03" w:rsidRPr="0094285E" w:rsidRDefault="00000000">
            <w:pPr>
              <w:jc w:val="center"/>
            </w:pPr>
            <w:r w:rsidRPr="0094285E">
              <w:rPr>
                <w:sz w:val="13"/>
              </w:rPr>
              <w:t>97.3967</w:t>
            </w:r>
          </w:p>
        </w:tc>
        <w:tc>
          <w:tcPr>
            <w:tcW w:w="1440" w:type="dxa"/>
            <w:vAlign w:val="center"/>
          </w:tcPr>
          <w:p w14:paraId="5B54070A" w14:textId="77777777" w:rsidR="009C6F03" w:rsidRPr="0094285E" w:rsidRDefault="00000000">
            <w:pPr>
              <w:jc w:val="center"/>
            </w:pPr>
            <w:r w:rsidRPr="0094285E">
              <w:rPr>
                <w:sz w:val="13"/>
              </w:rPr>
              <w:t>0.353</w:t>
            </w:r>
          </w:p>
        </w:tc>
      </w:tr>
      <w:tr w:rsidR="009C6F03" w:rsidRPr="0094285E" w14:paraId="5E7E22CB" w14:textId="77777777">
        <w:trPr>
          <w:jc w:val="center"/>
        </w:trPr>
        <w:tc>
          <w:tcPr>
            <w:tcW w:w="1152" w:type="dxa"/>
            <w:vAlign w:val="center"/>
          </w:tcPr>
          <w:p w14:paraId="0B1100B5" w14:textId="77777777" w:rsidR="009C6F03" w:rsidRPr="0094285E" w:rsidRDefault="00000000">
            <w:r w:rsidRPr="0094285E">
              <w:rPr>
                <w:sz w:val="13"/>
              </w:rPr>
              <w:t>Cropland</w:t>
            </w:r>
          </w:p>
        </w:tc>
        <w:tc>
          <w:tcPr>
            <w:tcW w:w="648" w:type="dxa"/>
            <w:vAlign w:val="center"/>
          </w:tcPr>
          <w:p w14:paraId="2654C5F8" w14:textId="77777777" w:rsidR="009C6F03" w:rsidRPr="0094285E" w:rsidRDefault="00000000">
            <w:pPr>
              <w:jc w:val="center"/>
            </w:pPr>
            <w:r w:rsidRPr="0094285E">
              <w:rPr>
                <w:sz w:val="13"/>
              </w:rPr>
              <w:t>1992</w:t>
            </w:r>
          </w:p>
        </w:tc>
        <w:tc>
          <w:tcPr>
            <w:tcW w:w="1800" w:type="dxa"/>
            <w:vAlign w:val="center"/>
          </w:tcPr>
          <w:p w14:paraId="1D3B8700" w14:textId="77777777" w:rsidR="009C6F03" w:rsidRPr="0094285E" w:rsidRDefault="00000000">
            <w:pPr>
              <w:jc w:val="center"/>
            </w:pPr>
            <w:r w:rsidRPr="0094285E">
              <w:rPr>
                <w:sz w:val="13"/>
              </w:rPr>
              <w:t>699.37</w:t>
            </w:r>
          </w:p>
        </w:tc>
        <w:tc>
          <w:tcPr>
            <w:tcW w:w="1944" w:type="dxa"/>
            <w:vAlign w:val="center"/>
          </w:tcPr>
          <w:p w14:paraId="0FB6BE8E" w14:textId="77777777" w:rsidR="009C6F03" w:rsidRPr="0094285E" w:rsidRDefault="00000000">
            <w:pPr>
              <w:jc w:val="center"/>
            </w:pPr>
            <w:r w:rsidRPr="0094285E">
              <w:rPr>
                <w:sz w:val="13"/>
              </w:rPr>
              <w:t>82.2079</w:t>
            </w:r>
          </w:p>
        </w:tc>
        <w:tc>
          <w:tcPr>
            <w:tcW w:w="1368" w:type="dxa"/>
            <w:vAlign w:val="center"/>
          </w:tcPr>
          <w:p w14:paraId="70B8FFDC" w14:textId="77777777" w:rsidR="009C6F03" w:rsidRPr="0094285E" w:rsidRDefault="00000000">
            <w:pPr>
              <w:jc w:val="center"/>
            </w:pPr>
            <w:r w:rsidRPr="0094285E">
              <w:rPr>
                <w:sz w:val="13"/>
              </w:rPr>
              <w:t>67.6016</w:t>
            </w:r>
          </w:p>
        </w:tc>
        <w:tc>
          <w:tcPr>
            <w:tcW w:w="1368" w:type="dxa"/>
            <w:vAlign w:val="center"/>
          </w:tcPr>
          <w:p w14:paraId="043C968F" w14:textId="77777777" w:rsidR="009C6F03" w:rsidRPr="0094285E" w:rsidRDefault="00000000">
            <w:pPr>
              <w:jc w:val="center"/>
            </w:pPr>
            <w:r w:rsidRPr="0094285E">
              <w:rPr>
                <w:sz w:val="13"/>
              </w:rPr>
              <w:t>74.9047</w:t>
            </w:r>
          </w:p>
        </w:tc>
        <w:tc>
          <w:tcPr>
            <w:tcW w:w="1368" w:type="dxa"/>
            <w:vAlign w:val="center"/>
          </w:tcPr>
          <w:p w14:paraId="23689456" w14:textId="77777777" w:rsidR="009C6F03" w:rsidRPr="0094285E" w:rsidRDefault="00000000">
            <w:pPr>
              <w:jc w:val="center"/>
            </w:pPr>
            <w:r w:rsidRPr="0094285E">
              <w:rPr>
                <w:sz w:val="13"/>
              </w:rPr>
              <w:t>89.5111</w:t>
            </w:r>
          </w:p>
        </w:tc>
        <w:tc>
          <w:tcPr>
            <w:tcW w:w="1368" w:type="dxa"/>
            <w:vAlign w:val="center"/>
          </w:tcPr>
          <w:p w14:paraId="7E0F7D68" w14:textId="77777777" w:rsidR="009C6F03" w:rsidRPr="0094285E" w:rsidRDefault="00000000">
            <w:pPr>
              <w:jc w:val="center"/>
            </w:pPr>
            <w:r w:rsidRPr="0094285E">
              <w:rPr>
                <w:sz w:val="13"/>
              </w:rPr>
              <w:t>96.8142</w:t>
            </w:r>
          </w:p>
        </w:tc>
        <w:tc>
          <w:tcPr>
            <w:tcW w:w="1440" w:type="dxa"/>
            <w:vAlign w:val="center"/>
          </w:tcPr>
          <w:p w14:paraId="334AFAA4" w14:textId="77777777" w:rsidR="009C6F03" w:rsidRPr="0094285E" w:rsidRDefault="00000000">
            <w:pPr>
              <w:jc w:val="center"/>
            </w:pPr>
            <w:r w:rsidRPr="0094285E">
              <w:rPr>
                <w:sz w:val="13"/>
              </w:rPr>
              <w:t>0.355</w:t>
            </w:r>
          </w:p>
        </w:tc>
      </w:tr>
      <w:tr w:rsidR="009C6F03" w:rsidRPr="0094285E" w14:paraId="1A870E61" w14:textId="77777777">
        <w:trPr>
          <w:jc w:val="center"/>
        </w:trPr>
        <w:tc>
          <w:tcPr>
            <w:tcW w:w="1152" w:type="dxa"/>
            <w:vAlign w:val="center"/>
          </w:tcPr>
          <w:p w14:paraId="2809AEF2" w14:textId="77777777" w:rsidR="009C6F03" w:rsidRPr="0094285E" w:rsidRDefault="00000000">
            <w:r w:rsidRPr="0094285E">
              <w:rPr>
                <w:sz w:val="13"/>
              </w:rPr>
              <w:t>Cropland</w:t>
            </w:r>
          </w:p>
        </w:tc>
        <w:tc>
          <w:tcPr>
            <w:tcW w:w="648" w:type="dxa"/>
            <w:vAlign w:val="center"/>
          </w:tcPr>
          <w:p w14:paraId="168954A8" w14:textId="77777777" w:rsidR="009C6F03" w:rsidRPr="0094285E" w:rsidRDefault="00000000">
            <w:pPr>
              <w:jc w:val="center"/>
            </w:pPr>
            <w:r w:rsidRPr="0094285E">
              <w:rPr>
                <w:sz w:val="13"/>
              </w:rPr>
              <w:t>2000</w:t>
            </w:r>
          </w:p>
        </w:tc>
        <w:tc>
          <w:tcPr>
            <w:tcW w:w="1800" w:type="dxa"/>
            <w:vAlign w:val="center"/>
          </w:tcPr>
          <w:p w14:paraId="2D81633C" w14:textId="77777777" w:rsidR="009C6F03" w:rsidRPr="0094285E" w:rsidRDefault="00000000">
            <w:pPr>
              <w:jc w:val="center"/>
            </w:pPr>
            <w:r w:rsidRPr="0094285E">
              <w:rPr>
                <w:sz w:val="13"/>
              </w:rPr>
              <w:t>699.37</w:t>
            </w:r>
          </w:p>
        </w:tc>
        <w:tc>
          <w:tcPr>
            <w:tcW w:w="1944" w:type="dxa"/>
            <w:vAlign w:val="center"/>
          </w:tcPr>
          <w:p w14:paraId="57C8C319" w14:textId="77777777" w:rsidR="009C6F03" w:rsidRPr="0094285E" w:rsidRDefault="00000000">
            <w:pPr>
              <w:jc w:val="center"/>
            </w:pPr>
            <w:r w:rsidRPr="0094285E">
              <w:rPr>
                <w:sz w:val="13"/>
              </w:rPr>
              <w:t>80.4581</w:t>
            </w:r>
          </w:p>
        </w:tc>
        <w:tc>
          <w:tcPr>
            <w:tcW w:w="1368" w:type="dxa"/>
            <w:vAlign w:val="center"/>
          </w:tcPr>
          <w:p w14:paraId="4BF168CD" w14:textId="77777777" w:rsidR="009C6F03" w:rsidRPr="0094285E" w:rsidRDefault="00000000">
            <w:pPr>
              <w:jc w:val="center"/>
            </w:pPr>
            <w:r w:rsidRPr="0094285E">
              <w:rPr>
                <w:sz w:val="13"/>
              </w:rPr>
              <w:t>67.1382</w:t>
            </w:r>
          </w:p>
        </w:tc>
        <w:tc>
          <w:tcPr>
            <w:tcW w:w="1368" w:type="dxa"/>
            <w:vAlign w:val="center"/>
          </w:tcPr>
          <w:p w14:paraId="074E6EB2" w14:textId="77777777" w:rsidR="009C6F03" w:rsidRPr="0094285E" w:rsidRDefault="00000000">
            <w:pPr>
              <w:jc w:val="center"/>
            </w:pPr>
            <w:r w:rsidRPr="0094285E">
              <w:rPr>
                <w:sz w:val="13"/>
              </w:rPr>
              <w:t>73.7981</w:t>
            </w:r>
          </w:p>
        </w:tc>
        <w:tc>
          <w:tcPr>
            <w:tcW w:w="1368" w:type="dxa"/>
            <w:vAlign w:val="center"/>
          </w:tcPr>
          <w:p w14:paraId="66F95D8E" w14:textId="77777777" w:rsidR="009C6F03" w:rsidRPr="0094285E" w:rsidRDefault="00000000">
            <w:pPr>
              <w:jc w:val="center"/>
            </w:pPr>
            <w:r w:rsidRPr="0094285E">
              <w:rPr>
                <w:sz w:val="13"/>
              </w:rPr>
              <w:t>87.1180</w:t>
            </w:r>
          </w:p>
        </w:tc>
        <w:tc>
          <w:tcPr>
            <w:tcW w:w="1368" w:type="dxa"/>
            <w:vAlign w:val="center"/>
          </w:tcPr>
          <w:p w14:paraId="078707F3" w14:textId="77777777" w:rsidR="009C6F03" w:rsidRPr="0094285E" w:rsidRDefault="00000000">
            <w:pPr>
              <w:jc w:val="center"/>
            </w:pPr>
            <w:r w:rsidRPr="0094285E">
              <w:rPr>
                <w:sz w:val="13"/>
              </w:rPr>
              <w:t>93.7779</w:t>
            </w:r>
          </w:p>
        </w:tc>
        <w:tc>
          <w:tcPr>
            <w:tcW w:w="1440" w:type="dxa"/>
            <w:vAlign w:val="center"/>
          </w:tcPr>
          <w:p w14:paraId="6248B650" w14:textId="77777777" w:rsidR="009C6F03" w:rsidRPr="0094285E" w:rsidRDefault="00000000">
            <w:pPr>
              <w:jc w:val="center"/>
            </w:pPr>
            <w:r w:rsidRPr="0094285E">
              <w:rPr>
                <w:sz w:val="13"/>
              </w:rPr>
              <w:t>0.331</w:t>
            </w:r>
          </w:p>
        </w:tc>
      </w:tr>
      <w:tr w:rsidR="009C6F03" w:rsidRPr="0094285E" w14:paraId="72CF38D1" w14:textId="77777777">
        <w:trPr>
          <w:jc w:val="center"/>
        </w:trPr>
        <w:tc>
          <w:tcPr>
            <w:tcW w:w="1152" w:type="dxa"/>
            <w:vAlign w:val="center"/>
          </w:tcPr>
          <w:p w14:paraId="4A3F679E" w14:textId="77777777" w:rsidR="009C6F03" w:rsidRPr="0094285E" w:rsidRDefault="00000000">
            <w:r w:rsidRPr="0094285E">
              <w:rPr>
                <w:sz w:val="13"/>
              </w:rPr>
              <w:t>Cropland</w:t>
            </w:r>
          </w:p>
        </w:tc>
        <w:tc>
          <w:tcPr>
            <w:tcW w:w="648" w:type="dxa"/>
            <w:vAlign w:val="center"/>
          </w:tcPr>
          <w:p w14:paraId="7D770411" w14:textId="77777777" w:rsidR="009C6F03" w:rsidRPr="0094285E" w:rsidRDefault="00000000">
            <w:pPr>
              <w:jc w:val="center"/>
            </w:pPr>
            <w:r w:rsidRPr="0094285E">
              <w:rPr>
                <w:sz w:val="13"/>
              </w:rPr>
              <w:t>2008</w:t>
            </w:r>
          </w:p>
        </w:tc>
        <w:tc>
          <w:tcPr>
            <w:tcW w:w="1800" w:type="dxa"/>
            <w:vAlign w:val="center"/>
          </w:tcPr>
          <w:p w14:paraId="59E4010D" w14:textId="77777777" w:rsidR="009C6F03" w:rsidRPr="0094285E" w:rsidRDefault="00000000">
            <w:pPr>
              <w:jc w:val="center"/>
            </w:pPr>
            <w:r w:rsidRPr="0094285E">
              <w:rPr>
                <w:sz w:val="13"/>
              </w:rPr>
              <w:t>699.37</w:t>
            </w:r>
          </w:p>
        </w:tc>
        <w:tc>
          <w:tcPr>
            <w:tcW w:w="1944" w:type="dxa"/>
            <w:vAlign w:val="center"/>
          </w:tcPr>
          <w:p w14:paraId="1B0939C0" w14:textId="77777777" w:rsidR="009C6F03" w:rsidRPr="0094285E" w:rsidRDefault="00000000">
            <w:pPr>
              <w:jc w:val="center"/>
            </w:pPr>
            <w:r w:rsidRPr="0094285E">
              <w:rPr>
                <w:sz w:val="13"/>
              </w:rPr>
              <w:t>78.2569</w:t>
            </w:r>
          </w:p>
        </w:tc>
        <w:tc>
          <w:tcPr>
            <w:tcW w:w="1368" w:type="dxa"/>
            <w:vAlign w:val="center"/>
          </w:tcPr>
          <w:p w14:paraId="4BF92F0D" w14:textId="77777777" w:rsidR="009C6F03" w:rsidRPr="0094285E" w:rsidRDefault="00000000">
            <w:pPr>
              <w:jc w:val="center"/>
            </w:pPr>
            <w:r w:rsidRPr="0094285E">
              <w:rPr>
                <w:sz w:val="13"/>
              </w:rPr>
              <w:t>65.7861</w:t>
            </w:r>
          </w:p>
        </w:tc>
        <w:tc>
          <w:tcPr>
            <w:tcW w:w="1368" w:type="dxa"/>
            <w:vAlign w:val="center"/>
          </w:tcPr>
          <w:p w14:paraId="318ED752" w14:textId="77777777" w:rsidR="009C6F03" w:rsidRPr="0094285E" w:rsidRDefault="00000000">
            <w:pPr>
              <w:jc w:val="center"/>
            </w:pPr>
            <w:r w:rsidRPr="0094285E">
              <w:rPr>
                <w:sz w:val="13"/>
              </w:rPr>
              <w:t>72.0215</w:t>
            </w:r>
          </w:p>
        </w:tc>
        <w:tc>
          <w:tcPr>
            <w:tcW w:w="1368" w:type="dxa"/>
            <w:vAlign w:val="center"/>
          </w:tcPr>
          <w:p w14:paraId="4FE73736" w14:textId="77777777" w:rsidR="009C6F03" w:rsidRPr="0094285E" w:rsidRDefault="00000000">
            <w:pPr>
              <w:jc w:val="center"/>
            </w:pPr>
            <w:r w:rsidRPr="0094285E">
              <w:rPr>
                <w:sz w:val="13"/>
              </w:rPr>
              <w:t>84.4923</w:t>
            </w:r>
          </w:p>
        </w:tc>
        <w:tc>
          <w:tcPr>
            <w:tcW w:w="1368" w:type="dxa"/>
            <w:vAlign w:val="center"/>
          </w:tcPr>
          <w:p w14:paraId="743DE4F6" w14:textId="77777777" w:rsidR="009C6F03" w:rsidRPr="0094285E" w:rsidRDefault="00000000">
            <w:pPr>
              <w:jc w:val="center"/>
            </w:pPr>
            <w:r w:rsidRPr="0094285E">
              <w:rPr>
                <w:sz w:val="13"/>
              </w:rPr>
              <w:t>90.7277</w:t>
            </w:r>
          </w:p>
        </w:tc>
        <w:tc>
          <w:tcPr>
            <w:tcW w:w="1440" w:type="dxa"/>
            <w:vAlign w:val="center"/>
          </w:tcPr>
          <w:p w14:paraId="0585A31D" w14:textId="77777777" w:rsidR="009C6F03" w:rsidRPr="0094285E" w:rsidRDefault="00000000">
            <w:pPr>
              <w:jc w:val="center"/>
            </w:pPr>
            <w:r w:rsidRPr="0094285E">
              <w:rPr>
                <w:sz w:val="13"/>
              </w:rPr>
              <w:t>0.319</w:t>
            </w:r>
          </w:p>
        </w:tc>
      </w:tr>
      <w:tr w:rsidR="009C6F03" w:rsidRPr="0094285E" w14:paraId="72A88301" w14:textId="77777777">
        <w:trPr>
          <w:jc w:val="center"/>
        </w:trPr>
        <w:tc>
          <w:tcPr>
            <w:tcW w:w="1152" w:type="dxa"/>
            <w:vAlign w:val="center"/>
          </w:tcPr>
          <w:p w14:paraId="12C3AD5A" w14:textId="77777777" w:rsidR="009C6F03" w:rsidRPr="0094285E" w:rsidRDefault="00000000">
            <w:r w:rsidRPr="0094285E">
              <w:rPr>
                <w:sz w:val="13"/>
              </w:rPr>
              <w:t>Cropland</w:t>
            </w:r>
          </w:p>
        </w:tc>
        <w:tc>
          <w:tcPr>
            <w:tcW w:w="648" w:type="dxa"/>
            <w:vAlign w:val="center"/>
          </w:tcPr>
          <w:p w14:paraId="77DE203F" w14:textId="77777777" w:rsidR="009C6F03" w:rsidRPr="0094285E" w:rsidRDefault="00000000">
            <w:pPr>
              <w:jc w:val="center"/>
            </w:pPr>
            <w:r w:rsidRPr="0094285E">
              <w:rPr>
                <w:sz w:val="13"/>
              </w:rPr>
              <w:t>2016</w:t>
            </w:r>
          </w:p>
        </w:tc>
        <w:tc>
          <w:tcPr>
            <w:tcW w:w="1800" w:type="dxa"/>
            <w:vAlign w:val="center"/>
          </w:tcPr>
          <w:p w14:paraId="1F8806D3" w14:textId="77777777" w:rsidR="009C6F03" w:rsidRPr="0094285E" w:rsidRDefault="00000000">
            <w:pPr>
              <w:jc w:val="center"/>
            </w:pPr>
            <w:r w:rsidRPr="0094285E">
              <w:rPr>
                <w:sz w:val="13"/>
              </w:rPr>
              <w:t>699.37</w:t>
            </w:r>
          </w:p>
        </w:tc>
        <w:tc>
          <w:tcPr>
            <w:tcW w:w="1944" w:type="dxa"/>
            <w:vAlign w:val="center"/>
          </w:tcPr>
          <w:p w14:paraId="407AA2E5" w14:textId="77777777" w:rsidR="009C6F03" w:rsidRPr="0094285E" w:rsidRDefault="00000000">
            <w:pPr>
              <w:jc w:val="center"/>
            </w:pPr>
            <w:r w:rsidRPr="0094285E">
              <w:rPr>
                <w:sz w:val="13"/>
              </w:rPr>
              <w:t>75.7961</w:t>
            </w:r>
          </w:p>
        </w:tc>
        <w:tc>
          <w:tcPr>
            <w:tcW w:w="1368" w:type="dxa"/>
            <w:vAlign w:val="center"/>
          </w:tcPr>
          <w:p w14:paraId="3BC807A7" w14:textId="77777777" w:rsidR="009C6F03" w:rsidRPr="0094285E" w:rsidRDefault="00000000">
            <w:pPr>
              <w:jc w:val="center"/>
            </w:pPr>
            <w:r w:rsidRPr="0094285E">
              <w:rPr>
                <w:sz w:val="13"/>
              </w:rPr>
              <w:t>64.8237</w:t>
            </w:r>
          </w:p>
        </w:tc>
        <w:tc>
          <w:tcPr>
            <w:tcW w:w="1368" w:type="dxa"/>
            <w:vAlign w:val="center"/>
          </w:tcPr>
          <w:p w14:paraId="03DA710E" w14:textId="77777777" w:rsidR="009C6F03" w:rsidRPr="0094285E" w:rsidRDefault="00000000">
            <w:pPr>
              <w:jc w:val="center"/>
            </w:pPr>
            <w:r w:rsidRPr="0094285E">
              <w:rPr>
                <w:sz w:val="13"/>
              </w:rPr>
              <w:t>70.3099</w:t>
            </w:r>
          </w:p>
        </w:tc>
        <w:tc>
          <w:tcPr>
            <w:tcW w:w="1368" w:type="dxa"/>
            <w:vAlign w:val="center"/>
          </w:tcPr>
          <w:p w14:paraId="6E2FE253" w14:textId="77777777" w:rsidR="009C6F03" w:rsidRPr="0094285E" w:rsidRDefault="00000000">
            <w:pPr>
              <w:jc w:val="center"/>
            </w:pPr>
            <w:r w:rsidRPr="0094285E">
              <w:rPr>
                <w:sz w:val="13"/>
              </w:rPr>
              <w:t>81.2823</w:t>
            </w:r>
          </w:p>
        </w:tc>
        <w:tc>
          <w:tcPr>
            <w:tcW w:w="1368" w:type="dxa"/>
            <w:vAlign w:val="center"/>
          </w:tcPr>
          <w:p w14:paraId="3E0A8BDB" w14:textId="77777777" w:rsidR="009C6F03" w:rsidRPr="0094285E" w:rsidRDefault="00000000">
            <w:pPr>
              <w:jc w:val="center"/>
            </w:pPr>
            <w:r w:rsidRPr="0094285E">
              <w:rPr>
                <w:sz w:val="13"/>
              </w:rPr>
              <w:t>86.7685</w:t>
            </w:r>
          </w:p>
        </w:tc>
        <w:tc>
          <w:tcPr>
            <w:tcW w:w="1440" w:type="dxa"/>
            <w:vAlign w:val="center"/>
          </w:tcPr>
          <w:p w14:paraId="35A41438" w14:textId="77777777" w:rsidR="009C6F03" w:rsidRPr="0094285E" w:rsidRDefault="00000000">
            <w:pPr>
              <w:jc w:val="center"/>
            </w:pPr>
            <w:r w:rsidRPr="0094285E">
              <w:rPr>
                <w:sz w:val="13"/>
              </w:rPr>
              <w:t>0.290</w:t>
            </w:r>
          </w:p>
        </w:tc>
      </w:tr>
      <w:tr w:rsidR="009C6F03" w:rsidRPr="0094285E" w14:paraId="03CD05FC" w14:textId="77777777">
        <w:trPr>
          <w:jc w:val="center"/>
        </w:trPr>
        <w:tc>
          <w:tcPr>
            <w:tcW w:w="1152" w:type="dxa"/>
            <w:vAlign w:val="center"/>
          </w:tcPr>
          <w:p w14:paraId="45B6B553" w14:textId="77777777" w:rsidR="009C6F03" w:rsidRPr="0094285E" w:rsidRDefault="00000000">
            <w:r w:rsidRPr="0094285E">
              <w:rPr>
                <w:sz w:val="13"/>
              </w:rPr>
              <w:t>Cropland</w:t>
            </w:r>
          </w:p>
        </w:tc>
        <w:tc>
          <w:tcPr>
            <w:tcW w:w="648" w:type="dxa"/>
            <w:vAlign w:val="center"/>
          </w:tcPr>
          <w:p w14:paraId="0D5703A7" w14:textId="77777777" w:rsidR="009C6F03" w:rsidRPr="0094285E" w:rsidRDefault="00000000">
            <w:pPr>
              <w:jc w:val="center"/>
            </w:pPr>
            <w:r w:rsidRPr="0094285E">
              <w:rPr>
                <w:sz w:val="13"/>
              </w:rPr>
              <w:t>2024</w:t>
            </w:r>
          </w:p>
        </w:tc>
        <w:tc>
          <w:tcPr>
            <w:tcW w:w="1800" w:type="dxa"/>
            <w:vAlign w:val="center"/>
          </w:tcPr>
          <w:p w14:paraId="5E33D09E" w14:textId="77777777" w:rsidR="009C6F03" w:rsidRPr="0094285E" w:rsidRDefault="00000000">
            <w:pPr>
              <w:jc w:val="center"/>
            </w:pPr>
            <w:r w:rsidRPr="0094285E">
              <w:rPr>
                <w:sz w:val="13"/>
              </w:rPr>
              <w:t>699.37</w:t>
            </w:r>
          </w:p>
        </w:tc>
        <w:tc>
          <w:tcPr>
            <w:tcW w:w="1944" w:type="dxa"/>
            <w:vAlign w:val="center"/>
          </w:tcPr>
          <w:p w14:paraId="04D72B06" w14:textId="77777777" w:rsidR="009C6F03" w:rsidRPr="0094285E" w:rsidRDefault="00000000">
            <w:pPr>
              <w:jc w:val="center"/>
            </w:pPr>
            <w:r w:rsidRPr="0094285E">
              <w:rPr>
                <w:sz w:val="13"/>
              </w:rPr>
              <w:t>72.6904</w:t>
            </w:r>
          </w:p>
        </w:tc>
        <w:tc>
          <w:tcPr>
            <w:tcW w:w="1368" w:type="dxa"/>
            <w:vAlign w:val="center"/>
          </w:tcPr>
          <w:p w14:paraId="4D9A2EB1" w14:textId="77777777" w:rsidR="009C6F03" w:rsidRPr="0094285E" w:rsidRDefault="00000000">
            <w:pPr>
              <w:jc w:val="center"/>
            </w:pPr>
            <w:r w:rsidRPr="0094285E">
              <w:rPr>
                <w:sz w:val="13"/>
              </w:rPr>
              <w:t>64.1204</w:t>
            </w:r>
          </w:p>
        </w:tc>
        <w:tc>
          <w:tcPr>
            <w:tcW w:w="1368" w:type="dxa"/>
            <w:vAlign w:val="center"/>
          </w:tcPr>
          <w:p w14:paraId="2EFE07E8" w14:textId="77777777" w:rsidR="009C6F03" w:rsidRPr="0094285E" w:rsidRDefault="00000000">
            <w:pPr>
              <w:jc w:val="center"/>
            </w:pPr>
            <w:r w:rsidRPr="0094285E">
              <w:rPr>
                <w:sz w:val="13"/>
              </w:rPr>
              <w:t>68.4054</w:t>
            </w:r>
          </w:p>
        </w:tc>
        <w:tc>
          <w:tcPr>
            <w:tcW w:w="1368" w:type="dxa"/>
            <w:vAlign w:val="center"/>
          </w:tcPr>
          <w:p w14:paraId="62820D52" w14:textId="77777777" w:rsidR="009C6F03" w:rsidRPr="0094285E" w:rsidRDefault="00000000">
            <w:pPr>
              <w:jc w:val="center"/>
            </w:pPr>
            <w:r w:rsidRPr="0094285E">
              <w:rPr>
                <w:sz w:val="13"/>
              </w:rPr>
              <w:t>76.9755</w:t>
            </w:r>
          </w:p>
        </w:tc>
        <w:tc>
          <w:tcPr>
            <w:tcW w:w="1368" w:type="dxa"/>
            <w:vAlign w:val="center"/>
          </w:tcPr>
          <w:p w14:paraId="3245EBEA" w14:textId="77777777" w:rsidR="009C6F03" w:rsidRPr="0094285E" w:rsidRDefault="00000000">
            <w:pPr>
              <w:jc w:val="center"/>
            </w:pPr>
            <w:r w:rsidRPr="0094285E">
              <w:rPr>
                <w:sz w:val="13"/>
              </w:rPr>
              <w:t>81.2605</w:t>
            </w:r>
          </w:p>
        </w:tc>
        <w:tc>
          <w:tcPr>
            <w:tcW w:w="1440" w:type="dxa"/>
            <w:vAlign w:val="center"/>
          </w:tcPr>
          <w:p w14:paraId="3F7843C7" w14:textId="77777777" w:rsidR="009C6F03" w:rsidRPr="0094285E" w:rsidRDefault="00000000">
            <w:pPr>
              <w:jc w:val="center"/>
            </w:pPr>
            <w:r w:rsidRPr="0094285E">
              <w:rPr>
                <w:sz w:val="13"/>
              </w:rPr>
              <w:t>0.236</w:t>
            </w:r>
          </w:p>
        </w:tc>
      </w:tr>
      <w:tr w:rsidR="009C6F03" w:rsidRPr="0094285E" w14:paraId="4C91BCF0" w14:textId="77777777">
        <w:trPr>
          <w:jc w:val="center"/>
        </w:trPr>
        <w:tc>
          <w:tcPr>
            <w:tcW w:w="1152" w:type="dxa"/>
            <w:vAlign w:val="center"/>
          </w:tcPr>
          <w:p w14:paraId="6B6B3C1B" w14:textId="77777777" w:rsidR="009C6F03" w:rsidRPr="0094285E" w:rsidRDefault="00000000">
            <w:r w:rsidRPr="0094285E">
              <w:rPr>
                <w:sz w:val="13"/>
              </w:rPr>
              <w:t>Vegetation</w:t>
            </w:r>
          </w:p>
        </w:tc>
        <w:tc>
          <w:tcPr>
            <w:tcW w:w="648" w:type="dxa"/>
            <w:vAlign w:val="center"/>
          </w:tcPr>
          <w:p w14:paraId="0BEDD46B" w14:textId="77777777" w:rsidR="009C6F03" w:rsidRPr="0094285E" w:rsidRDefault="00000000">
            <w:pPr>
              <w:jc w:val="center"/>
            </w:pPr>
            <w:r w:rsidRPr="0094285E">
              <w:rPr>
                <w:sz w:val="13"/>
              </w:rPr>
              <w:t>1988</w:t>
            </w:r>
          </w:p>
        </w:tc>
        <w:tc>
          <w:tcPr>
            <w:tcW w:w="1800" w:type="dxa"/>
            <w:vAlign w:val="center"/>
          </w:tcPr>
          <w:p w14:paraId="3DFAC30B" w14:textId="77777777" w:rsidR="009C6F03" w:rsidRPr="0094285E" w:rsidRDefault="00000000">
            <w:pPr>
              <w:jc w:val="center"/>
            </w:pPr>
            <w:r w:rsidRPr="0094285E">
              <w:rPr>
                <w:sz w:val="13"/>
              </w:rPr>
              <w:t>2168.84</w:t>
            </w:r>
          </w:p>
        </w:tc>
        <w:tc>
          <w:tcPr>
            <w:tcW w:w="1944" w:type="dxa"/>
            <w:vAlign w:val="center"/>
          </w:tcPr>
          <w:p w14:paraId="58196359" w14:textId="77777777" w:rsidR="009C6F03" w:rsidRPr="0094285E" w:rsidRDefault="00000000">
            <w:pPr>
              <w:jc w:val="center"/>
            </w:pPr>
            <w:r w:rsidRPr="0094285E">
              <w:rPr>
                <w:sz w:val="13"/>
              </w:rPr>
              <w:t>82.7686</w:t>
            </w:r>
          </w:p>
        </w:tc>
        <w:tc>
          <w:tcPr>
            <w:tcW w:w="1368" w:type="dxa"/>
            <w:vAlign w:val="center"/>
          </w:tcPr>
          <w:p w14:paraId="61052BD1" w14:textId="77777777" w:rsidR="009C6F03" w:rsidRPr="0094285E" w:rsidRDefault="00000000">
            <w:pPr>
              <w:jc w:val="center"/>
            </w:pPr>
            <w:r w:rsidRPr="0094285E">
              <w:rPr>
                <w:sz w:val="13"/>
              </w:rPr>
              <w:t>57.7522</w:t>
            </w:r>
          </w:p>
        </w:tc>
        <w:tc>
          <w:tcPr>
            <w:tcW w:w="1368" w:type="dxa"/>
            <w:vAlign w:val="center"/>
          </w:tcPr>
          <w:p w14:paraId="1E6ECCA4" w14:textId="77777777" w:rsidR="009C6F03" w:rsidRPr="0094285E" w:rsidRDefault="00000000">
            <w:pPr>
              <w:jc w:val="center"/>
            </w:pPr>
            <w:r w:rsidRPr="0094285E">
              <w:rPr>
                <w:sz w:val="13"/>
              </w:rPr>
              <w:t>70.2604</w:t>
            </w:r>
          </w:p>
        </w:tc>
        <w:tc>
          <w:tcPr>
            <w:tcW w:w="1368" w:type="dxa"/>
            <w:vAlign w:val="center"/>
          </w:tcPr>
          <w:p w14:paraId="1BAD6FA5" w14:textId="77777777" w:rsidR="009C6F03" w:rsidRPr="0094285E" w:rsidRDefault="00000000">
            <w:pPr>
              <w:jc w:val="center"/>
            </w:pPr>
            <w:r w:rsidRPr="0094285E">
              <w:rPr>
                <w:sz w:val="13"/>
              </w:rPr>
              <w:t>95.2769</w:t>
            </w:r>
          </w:p>
        </w:tc>
        <w:tc>
          <w:tcPr>
            <w:tcW w:w="1368" w:type="dxa"/>
            <w:vAlign w:val="center"/>
          </w:tcPr>
          <w:p w14:paraId="67A0CC07" w14:textId="77777777" w:rsidR="009C6F03" w:rsidRPr="0094285E" w:rsidRDefault="00000000">
            <w:pPr>
              <w:jc w:val="center"/>
            </w:pPr>
            <w:r w:rsidRPr="0094285E">
              <w:rPr>
                <w:sz w:val="13"/>
              </w:rPr>
              <w:t>107.7851</w:t>
            </w:r>
          </w:p>
        </w:tc>
        <w:tc>
          <w:tcPr>
            <w:tcW w:w="1440" w:type="dxa"/>
            <w:vAlign w:val="center"/>
          </w:tcPr>
          <w:p w14:paraId="1EC02680" w14:textId="77777777" w:rsidR="009C6F03" w:rsidRPr="0094285E" w:rsidRDefault="00000000">
            <w:pPr>
              <w:jc w:val="center"/>
            </w:pPr>
            <w:r w:rsidRPr="0094285E">
              <w:rPr>
                <w:sz w:val="13"/>
              </w:rPr>
              <w:t>0.604</w:t>
            </w:r>
          </w:p>
        </w:tc>
      </w:tr>
      <w:tr w:rsidR="009C6F03" w:rsidRPr="0094285E" w14:paraId="3E91EC83" w14:textId="77777777">
        <w:trPr>
          <w:jc w:val="center"/>
        </w:trPr>
        <w:tc>
          <w:tcPr>
            <w:tcW w:w="1152" w:type="dxa"/>
            <w:vAlign w:val="center"/>
          </w:tcPr>
          <w:p w14:paraId="0E0A251F" w14:textId="77777777" w:rsidR="009C6F03" w:rsidRPr="0094285E" w:rsidRDefault="00000000">
            <w:r w:rsidRPr="0094285E">
              <w:rPr>
                <w:sz w:val="13"/>
              </w:rPr>
              <w:t>Vegetation</w:t>
            </w:r>
          </w:p>
        </w:tc>
        <w:tc>
          <w:tcPr>
            <w:tcW w:w="648" w:type="dxa"/>
            <w:vAlign w:val="center"/>
          </w:tcPr>
          <w:p w14:paraId="363ED940" w14:textId="77777777" w:rsidR="009C6F03" w:rsidRPr="0094285E" w:rsidRDefault="00000000">
            <w:pPr>
              <w:jc w:val="center"/>
            </w:pPr>
            <w:r w:rsidRPr="0094285E">
              <w:rPr>
                <w:sz w:val="13"/>
              </w:rPr>
              <w:t>1992</w:t>
            </w:r>
          </w:p>
        </w:tc>
        <w:tc>
          <w:tcPr>
            <w:tcW w:w="1800" w:type="dxa"/>
            <w:vAlign w:val="center"/>
          </w:tcPr>
          <w:p w14:paraId="24212E90" w14:textId="77777777" w:rsidR="009C6F03" w:rsidRPr="0094285E" w:rsidRDefault="00000000">
            <w:pPr>
              <w:jc w:val="center"/>
            </w:pPr>
            <w:r w:rsidRPr="0094285E">
              <w:rPr>
                <w:sz w:val="13"/>
              </w:rPr>
              <w:t>2168.84</w:t>
            </w:r>
          </w:p>
        </w:tc>
        <w:tc>
          <w:tcPr>
            <w:tcW w:w="1944" w:type="dxa"/>
            <w:vAlign w:val="center"/>
          </w:tcPr>
          <w:p w14:paraId="28041AA3" w14:textId="77777777" w:rsidR="009C6F03" w:rsidRPr="0094285E" w:rsidRDefault="00000000">
            <w:pPr>
              <w:jc w:val="center"/>
            </w:pPr>
            <w:r w:rsidRPr="0094285E">
              <w:rPr>
                <w:sz w:val="13"/>
              </w:rPr>
              <w:t>82.2079</w:t>
            </w:r>
          </w:p>
        </w:tc>
        <w:tc>
          <w:tcPr>
            <w:tcW w:w="1368" w:type="dxa"/>
            <w:vAlign w:val="center"/>
          </w:tcPr>
          <w:p w14:paraId="407EAE44" w14:textId="77777777" w:rsidR="009C6F03" w:rsidRPr="0094285E" w:rsidRDefault="00000000">
            <w:pPr>
              <w:jc w:val="center"/>
            </w:pPr>
            <w:r w:rsidRPr="0094285E">
              <w:rPr>
                <w:sz w:val="13"/>
              </w:rPr>
              <w:t>57.5189</w:t>
            </w:r>
          </w:p>
        </w:tc>
        <w:tc>
          <w:tcPr>
            <w:tcW w:w="1368" w:type="dxa"/>
            <w:vAlign w:val="center"/>
          </w:tcPr>
          <w:p w14:paraId="56F03261" w14:textId="77777777" w:rsidR="009C6F03" w:rsidRPr="0094285E" w:rsidRDefault="00000000">
            <w:pPr>
              <w:jc w:val="center"/>
            </w:pPr>
            <w:r w:rsidRPr="0094285E">
              <w:rPr>
                <w:sz w:val="13"/>
              </w:rPr>
              <w:t>69.8634</w:t>
            </w:r>
          </w:p>
        </w:tc>
        <w:tc>
          <w:tcPr>
            <w:tcW w:w="1368" w:type="dxa"/>
            <w:vAlign w:val="center"/>
          </w:tcPr>
          <w:p w14:paraId="57C99E9C" w14:textId="77777777" w:rsidR="009C6F03" w:rsidRPr="0094285E" w:rsidRDefault="00000000">
            <w:pPr>
              <w:jc w:val="center"/>
            </w:pPr>
            <w:r w:rsidRPr="0094285E">
              <w:rPr>
                <w:sz w:val="13"/>
              </w:rPr>
              <w:t>94.5524</w:t>
            </w:r>
          </w:p>
        </w:tc>
        <w:tc>
          <w:tcPr>
            <w:tcW w:w="1368" w:type="dxa"/>
            <w:vAlign w:val="center"/>
          </w:tcPr>
          <w:p w14:paraId="6CD6ABAC" w14:textId="77777777" w:rsidR="009C6F03" w:rsidRPr="0094285E" w:rsidRDefault="00000000">
            <w:pPr>
              <w:jc w:val="center"/>
            </w:pPr>
            <w:r w:rsidRPr="0094285E">
              <w:rPr>
                <w:sz w:val="13"/>
              </w:rPr>
              <w:t>106.8969</w:t>
            </w:r>
          </w:p>
        </w:tc>
        <w:tc>
          <w:tcPr>
            <w:tcW w:w="1440" w:type="dxa"/>
            <w:vAlign w:val="center"/>
          </w:tcPr>
          <w:p w14:paraId="0284DFFF" w14:textId="77777777" w:rsidR="009C6F03" w:rsidRPr="0094285E" w:rsidRDefault="00000000">
            <w:pPr>
              <w:jc w:val="center"/>
            </w:pPr>
            <w:r w:rsidRPr="0094285E">
              <w:rPr>
                <w:sz w:val="13"/>
              </w:rPr>
              <w:t>0.601</w:t>
            </w:r>
          </w:p>
        </w:tc>
      </w:tr>
      <w:tr w:rsidR="009C6F03" w:rsidRPr="0094285E" w14:paraId="0C94DE9E" w14:textId="77777777">
        <w:trPr>
          <w:jc w:val="center"/>
        </w:trPr>
        <w:tc>
          <w:tcPr>
            <w:tcW w:w="1152" w:type="dxa"/>
            <w:vAlign w:val="center"/>
          </w:tcPr>
          <w:p w14:paraId="7F2B443E" w14:textId="77777777" w:rsidR="009C6F03" w:rsidRPr="0094285E" w:rsidRDefault="00000000">
            <w:r w:rsidRPr="0094285E">
              <w:rPr>
                <w:sz w:val="13"/>
              </w:rPr>
              <w:t>Vegetation</w:t>
            </w:r>
          </w:p>
        </w:tc>
        <w:tc>
          <w:tcPr>
            <w:tcW w:w="648" w:type="dxa"/>
            <w:vAlign w:val="center"/>
          </w:tcPr>
          <w:p w14:paraId="39E5E986" w14:textId="77777777" w:rsidR="009C6F03" w:rsidRPr="0094285E" w:rsidRDefault="00000000">
            <w:pPr>
              <w:jc w:val="center"/>
            </w:pPr>
            <w:r w:rsidRPr="0094285E">
              <w:rPr>
                <w:sz w:val="13"/>
              </w:rPr>
              <w:t>2000</w:t>
            </w:r>
          </w:p>
        </w:tc>
        <w:tc>
          <w:tcPr>
            <w:tcW w:w="1800" w:type="dxa"/>
            <w:vAlign w:val="center"/>
          </w:tcPr>
          <w:p w14:paraId="443C7BD7" w14:textId="77777777" w:rsidR="009C6F03" w:rsidRPr="0094285E" w:rsidRDefault="00000000">
            <w:pPr>
              <w:jc w:val="center"/>
            </w:pPr>
            <w:r w:rsidRPr="0094285E">
              <w:rPr>
                <w:sz w:val="13"/>
              </w:rPr>
              <w:t>2168.84</w:t>
            </w:r>
          </w:p>
        </w:tc>
        <w:tc>
          <w:tcPr>
            <w:tcW w:w="1944" w:type="dxa"/>
            <w:vAlign w:val="center"/>
          </w:tcPr>
          <w:p w14:paraId="5F67CFDB" w14:textId="77777777" w:rsidR="009C6F03" w:rsidRPr="0094285E" w:rsidRDefault="00000000">
            <w:pPr>
              <w:jc w:val="center"/>
            </w:pPr>
            <w:r w:rsidRPr="0094285E">
              <w:rPr>
                <w:sz w:val="13"/>
              </w:rPr>
              <w:t>80.4581</w:t>
            </w:r>
          </w:p>
        </w:tc>
        <w:tc>
          <w:tcPr>
            <w:tcW w:w="1368" w:type="dxa"/>
            <w:vAlign w:val="center"/>
          </w:tcPr>
          <w:p w14:paraId="2C9DDBDA" w14:textId="77777777" w:rsidR="009C6F03" w:rsidRPr="0094285E" w:rsidRDefault="00000000">
            <w:pPr>
              <w:jc w:val="center"/>
            </w:pPr>
            <w:r w:rsidRPr="0094285E">
              <w:rPr>
                <w:sz w:val="13"/>
              </w:rPr>
              <w:t>55.2854</w:t>
            </w:r>
          </w:p>
        </w:tc>
        <w:tc>
          <w:tcPr>
            <w:tcW w:w="1368" w:type="dxa"/>
            <w:vAlign w:val="center"/>
          </w:tcPr>
          <w:p w14:paraId="3F080520" w14:textId="77777777" w:rsidR="009C6F03" w:rsidRPr="0094285E" w:rsidRDefault="00000000">
            <w:pPr>
              <w:jc w:val="center"/>
            </w:pPr>
            <w:r w:rsidRPr="0094285E">
              <w:rPr>
                <w:sz w:val="13"/>
              </w:rPr>
              <w:t>67.8717</w:t>
            </w:r>
          </w:p>
        </w:tc>
        <w:tc>
          <w:tcPr>
            <w:tcW w:w="1368" w:type="dxa"/>
            <w:vAlign w:val="center"/>
          </w:tcPr>
          <w:p w14:paraId="31B968AE" w14:textId="77777777" w:rsidR="009C6F03" w:rsidRPr="0094285E" w:rsidRDefault="00000000">
            <w:pPr>
              <w:jc w:val="center"/>
            </w:pPr>
            <w:r w:rsidRPr="0094285E">
              <w:rPr>
                <w:sz w:val="13"/>
              </w:rPr>
              <w:t>93.0444</w:t>
            </w:r>
          </w:p>
        </w:tc>
        <w:tc>
          <w:tcPr>
            <w:tcW w:w="1368" w:type="dxa"/>
            <w:vAlign w:val="center"/>
          </w:tcPr>
          <w:p w14:paraId="30F19CB3" w14:textId="77777777" w:rsidR="009C6F03" w:rsidRPr="0094285E" w:rsidRDefault="00000000">
            <w:pPr>
              <w:jc w:val="center"/>
            </w:pPr>
            <w:r w:rsidRPr="0094285E">
              <w:rPr>
                <w:sz w:val="13"/>
              </w:rPr>
              <w:t>105.6307</w:t>
            </w:r>
          </w:p>
        </w:tc>
        <w:tc>
          <w:tcPr>
            <w:tcW w:w="1440" w:type="dxa"/>
            <w:vAlign w:val="center"/>
          </w:tcPr>
          <w:p w14:paraId="40154F6D" w14:textId="77777777" w:rsidR="009C6F03" w:rsidRPr="0094285E" w:rsidRDefault="00000000">
            <w:pPr>
              <w:jc w:val="center"/>
            </w:pPr>
            <w:r w:rsidRPr="0094285E">
              <w:rPr>
                <w:sz w:val="13"/>
              </w:rPr>
              <w:t>0.626</w:t>
            </w:r>
          </w:p>
        </w:tc>
      </w:tr>
      <w:tr w:rsidR="009C6F03" w:rsidRPr="0094285E" w14:paraId="0485AE7D" w14:textId="77777777">
        <w:trPr>
          <w:jc w:val="center"/>
        </w:trPr>
        <w:tc>
          <w:tcPr>
            <w:tcW w:w="1152" w:type="dxa"/>
            <w:vAlign w:val="center"/>
          </w:tcPr>
          <w:p w14:paraId="462D1AF4" w14:textId="77777777" w:rsidR="009C6F03" w:rsidRPr="0094285E" w:rsidRDefault="00000000">
            <w:r w:rsidRPr="0094285E">
              <w:rPr>
                <w:sz w:val="13"/>
              </w:rPr>
              <w:lastRenderedPageBreak/>
              <w:t>Vegetation</w:t>
            </w:r>
          </w:p>
        </w:tc>
        <w:tc>
          <w:tcPr>
            <w:tcW w:w="648" w:type="dxa"/>
            <w:vAlign w:val="center"/>
          </w:tcPr>
          <w:p w14:paraId="4B6FEE63" w14:textId="77777777" w:rsidR="009C6F03" w:rsidRPr="0094285E" w:rsidRDefault="00000000">
            <w:pPr>
              <w:jc w:val="center"/>
            </w:pPr>
            <w:r w:rsidRPr="0094285E">
              <w:rPr>
                <w:sz w:val="13"/>
              </w:rPr>
              <w:t>2008</w:t>
            </w:r>
          </w:p>
        </w:tc>
        <w:tc>
          <w:tcPr>
            <w:tcW w:w="1800" w:type="dxa"/>
            <w:vAlign w:val="center"/>
          </w:tcPr>
          <w:p w14:paraId="20192D73" w14:textId="77777777" w:rsidR="009C6F03" w:rsidRPr="0094285E" w:rsidRDefault="00000000">
            <w:pPr>
              <w:jc w:val="center"/>
            </w:pPr>
            <w:r w:rsidRPr="0094285E">
              <w:rPr>
                <w:sz w:val="13"/>
              </w:rPr>
              <w:t>2168.84</w:t>
            </w:r>
          </w:p>
        </w:tc>
        <w:tc>
          <w:tcPr>
            <w:tcW w:w="1944" w:type="dxa"/>
            <w:vAlign w:val="center"/>
          </w:tcPr>
          <w:p w14:paraId="00F15452" w14:textId="77777777" w:rsidR="009C6F03" w:rsidRPr="0094285E" w:rsidRDefault="00000000">
            <w:pPr>
              <w:jc w:val="center"/>
            </w:pPr>
            <w:r w:rsidRPr="0094285E">
              <w:rPr>
                <w:sz w:val="13"/>
              </w:rPr>
              <w:t>78.2569</w:t>
            </w:r>
          </w:p>
        </w:tc>
        <w:tc>
          <w:tcPr>
            <w:tcW w:w="1368" w:type="dxa"/>
            <w:vAlign w:val="center"/>
          </w:tcPr>
          <w:p w14:paraId="453C8277" w14:textId="77777777" w:rsidR="009C6F03" w:rsidRPr="0094285E" w:rsidRDefault="00000000">
            <w:pPr>
              <w:jc w:val="center"/>
            </w:pPr>
            <w:r w:rsidRPr="0094285E">
              <w:rPr>
                <w:sz w:val="13"/>
              </w:rPr>
              <w:t>52.7297</w:t>
            </w:r>
          </w:p>
        </w:tc>
        <w:tc>
          <w:tcPr>
            <w:tcW w:w="1368" w:type="dxa"/>
            <w:vAlign w:val="center"/>
          </w:tcPr>
          <w:p w14:paraId="3D65DD4F" w14:textId="77777777" w:rsidR="009C6F03" w:rsidRPr="0094285E" w:rsidRDefault="00000000">
            <w:pPr>
              <w:jc w:val="center"/>
            </w:pPr>
            <w:r w:rsidRPr="0094285E">
              <w:rPr>
                <w:sz w:val="13"/>
              </w:rPr>
              <w:t>65.4933</w:t>
            </w:r>
          </w:p>
        </w:tc>
        <w:tc>
          <w:tcPr>
            <w:tcW w:w="1368" w:type="dxa"/>
            <w:vAlign w:val="center"/>
          </w:tcPr>
          <w:p w14:paraId="07E7E8FC" w14:textId="77777777" w:rsidR="009C6F03" w:rsidRPr="0094285E" w:rsidRDefault="00000000">
            <w:pPr>
              <w:jc w:val="center"/>
            </w:pPr>
            <w:r w:rsidRPr="0094285E">
              <w:rPr>
                <w:sz w:val="13"/>
              </w:rPr>
              <w:t>91.0205</w:t>
            </w:r>
          </w:p>
        </w:tc>
        <w:tc>
          <w:tcPr>
            <w:tcW w:w="1368" w:type="dxa"/>
            <w:vAlign w:val="center"/>
          </w:tcPr>
          <w:p w14:paraId="66E1B162" w14:textId="77777777" w:rsidR="009C6F03" w:rsidRPr="0094285E" w:rsidRDefault="00000000">
            <w:pPr>
              <w:jc w:val="center"/>
            </w:pPr>
            <w:r w:rsidRPr="0094285E">
              <w:rPr>
                <w:sz w:val="13"/>
              </w:rPr>
              <w:t>103.7841</w:t>
            </w:r>
          </w:p>
        </w:tc>
        <w:tc>
          <w:tcPr>
            <w:tcW w:w="1440" w:type="dxa"/>
            <w:vAlign w:val="center"/>
          </w:tcPr>
          <w:p w14:paraId="7B5EF263" w14:textId="77777777" w:rsidR="009C6F03" w:rsidRPr="0094285E" w:rsidRDefault="00000000">
            <w:pPr>
              <w:jc w:val="center"/>
            </w:pPr>
            <w:r w:rsidRPr="0094285E">
              <w:rPr>
                <w:sz w:val="13"/>
              </w:rPr>
              <w:t>0.652</w:t>
            </w:r>
          </w:p>
        </w:tc>
      </w:tr>
      <w:tr w:rsidR="009C6F03" w:rsidRPr="0094285E" w14:paraId="03F5AC94" w14:textId="77777777">
        <w:trPr>
          <w:jc w:val="center"/>
        </w:trPr>
        <w:tc>
          <w:tcPr>
            <w:tcW w:w="1152" w:type="dxa"/>
            <w:vAlign w:val="center"/>
          </w:tcPr>
          <w:p w14:paraId="1783A1E4" w14:textId="77777777" w:rsidR="009C6F03" w:rsidRPr="0094285E" w:rsidRDefault="00000000">
            <w:r w:rsidRPr="0094285E">
              <w:rPr>
                <w:sz w:val="13"/>
              </w:rPr>
              <w:t>Vegetation</w:t>
            </w:r>
          </w:p>
        </w:tc>
        <w:tc>
          <w:tcPr>
            <w:tcW w:w="648" w:type="dxa"/>
            <w:vAlign w:val="center"/>
          </w:tcPr>
          <w:p w14:paraId="2FE66F50" w14:textId="77777777" w:rsidR="009C6F03" w:rsidRPr="0094285E" w:rsidRDefault="00000000">
            <w:pPr>
              <w:jc w:val="center"/>
            </w:pPr>
            <w:r w:rsidRPr="0094285E">
              <w:rPr>
                <w:sz w:val="13"/>
              </w:rPr>
              <w:t>2016</w:t>
            </w:r>
          </w:p>
        </w:tc>
        <w:tc>
          <w:tcPr>
            <w:tcW w:w="1800" w:type="dxa"/>
            <w:vAlign w:val="center"/>
          </w:tcPr>
          <w:p w14:paraId="36490E7B" w14:textId="77777777" w:rsidR="009C6F03" w:rsidRPr="0094285E" w:rsidRDefault="00000000">
            <w:pPr>
              <w:jc w:val="center"/>
            </w:pPr>
            <w:r w:rsidRPr="0094285E">
              <w:rPr>
                <w:sz w:val="13"/>
              </w:rPr>
              <w:t>2168.84</w:t>
            </w:r>
          </w:p>
        </w:tc>
        <w:tc>
          <w:tcPr>
            <w:tcW w:w="1944" w:type="dxa"/>
            <w:vAlign w:val="center"/>
          </w:tcPr>
          <w:p w14:paraId="2BBD43ED" w14:textId="77777777" w:rsidR="009C6F03" w:rsidRPr="0094285E" w:rsidRDefault="00000000">
            <w:pPr>
              <w:jc w:val="center"/>
            </w:pPr>
            <w:r w:rsidRPr="0094285E">
              <w:rPr>
                <w:sz w:val="13"/>
              </w:rPr>
              <w:t>75.7961</w:t>
            </w:r>
          </w:p>
        </w:tc>
        <w:tc>
          <w:tcPr>
            <w:tcW w:w="1368" w:type="dxa"/>
            <w:vAlign w:val="center"/>
          </w:tcPr>
          <w:p w14:paraId="16E39A44" w14:textId="77777777" w:rsidR="009C6F03" w:rsidRPr="0094285E" w:rsidRDefault="00000000">
            <w:pPr>
              <w:jc w:val="center"/>
            </w:pPr>
            <w:r w:rsidRPr="0094285E">
              <w:rPr>
                <w:sz w:val="13"/>
              </w:rPr>
              <w:t>50.1745</w:t>
            </w:r>
          </w:p>
        </w:tc>
        <w:tc>
          <w:tcPr>
            <w:tcW w:w="1368" w:type="dxa"/>
            <w:vAlign w:val="center"/>
          </w:tcPr>
          <w:p w14:paraId="34A1DAE6" w14:textId="77777777" w:rsidR="009C6F03" w:rsidRPr="0094285E" w:rsidRDefault="00000000">
            <w:pPr>
              <w:jc w:val="center"/>
            </w:pPr>
            <w:r w:rsidRPr="0094285E">
              <w:rPr>
                <w:sz w:val="13"/>
              </w:rPr>
              <w:t>62.9853</w:t>
            </w:r>
          </w:p>
        </w:tc>
        <w:tc>
          <w:tcPr>
            <w:tcW w:w="1368" w:type="dxa"/>
            <w:vAlign w:val="center"/>
          </w:tcPr>
          <w:p w14:paraId="40578C3C" w14:textId="77777777" w:rsidR="009C6F03" w:rsidRPr="0094285E" w:rsidRDefault="00000000">
            <w:pPr>
              <w:jc w:val="center"/>
            </w:pPr>
            <w:r w:rsidRPr="0094285E">
              <w:rPr>
                <w:sz w:val="13"/>
              </w:rPr>
              <w:t>88.6069</w:t>
            </w:r>
          </w:p>
        </w:tc>
        <w:tc>
          <w:tcPr>
            <w:tcW w:w="1368" w:type="dxa"/>
            <w:vAlign w:val="center"/>
          </w:tcPr>
          <w:p w14:paraId="79ABBC19" w14:textId="77777777" w:rsidR="009C6F03" w:rsidRPr="0094285E" w:rsidRDefault="00000000">
            <w:pPr>
              <w:jc w:val="center"/>
            </w:pPr>
            <w:r w:rsidRPr="0094285E">
              <w:rPr>
                <w:sz w:val="13"/>
              </w:rPr>
              <w:t>101.4177</w:t>
            </w:r>
          </w:p>
        </w:tc>
        <w:tc>
          <w:tcPr>
            <w:tcW w:w="1440" w:type="dxa"/>
            <w:vAlign w:val="center"/>
          </w:tcPr>
          <w:p w14:paraId="4C5C1746" w14:textId="77777777" w:rsidR="009C6F03" w:rsidRPr="0094285E" w:rsidRDefault="00000000">
            <w:pPr>
              <w:jc w:val="center"/>
            </w:pPr>
            <w:r w:rsidRPr="0094285E">
              <w:rPr>
                <w:sz w:val="13"/>
              </w:rPr>
              <w:t>0.676</w:t>
            </w:r>
          </w:p>
        </w:tc>
      </w:tr>
      <w:tr w:rsidR="009C6F03" w:rsidRPr="0094285E" w14:paraId="5251AB3E" w14:textId="77777777">
        <w:trPr>
          <w:jc w:val="center"/>
        </w:trPr>
        <w:tc>
          <w:tcPr>
            <w:tcW w:w="1152" w:type="dxa"/>
            <w:vAlign w:val="center"/>
          </w:tcPr>
          <w:p w14:paraId="02EA5C92" w14:textId="77777777" w:rsidR="009C6F03" w:rsidRPr="0094285E" w:rsidRDefault="00000000">
            <w:r w:rsidRPr="0094285E">
              <w:rPr>
                <w:sz w:val="13"/>
              </w:rPr>
              <w:t>Vegetation</w:t>
            </w:r>
          </w:p>
        </w:tc>
        <w:tc>
          <w:tcPr>
            <w:tcW w:w="648" w:type="dxa"/>
            <w:vAlign w:val="center"/>
          </w:tcPr>
          <w:p w14:paraId="73EE065B" w14:textId="77777777" w:rsidR="009C6F03" w:rsidRPr="0094285E" w:rsidRDefault="00000000">
            <w:pPr>
              <w:jc w:val="center"/>
            </w:pPr>
            <w:r w:rsidRPr="0094285E">
              <w:rPr>
                <w:sz w:val="13"/>
              </w:rPr>
              <w:t>2024</w:t>
            </w:r>
          </w:p>
        </w:tc>
        <w:tc>
          <w:tcPr>
            <w:tcW w:w="1800" w:type="dxa"/>
            <w:vAlign w:val="center"/>
          </w:tcPr>
          <w:p w14:paraId="0D76CF8B" w14:textId="77777777" w:rsidR="009C6F03" w:rsidRPr="0094285E" w:rsidRDefault="00000000">
            <w:pPr>
              <w:jc w:val="center"/>
            </w:pPr>
            <w:r w:rsidRPr="0094285E">
              <w:rPr>
                <w:sz w:val="13"/>
              </w:rPr>
              <w:t>2168.84</w:t>
            </w:r>
          </w:p>
        </w:tc>
        <w:tc>
          <w:tcPr>
            <w:tcW w:w="1944" w:type="dxa"/>
            <w:vAlign w:val="center"/>
          </w:tcPr>
          <w:p w14:paraId="2204C311" w14:textId="77777777" w:rsidR="009C6F03" w:rsidRPr="0094285E" w:rsidRDefault="00000000">
            <w:pPr>
              <w:jc w:val="center"/>
            </w:pPr>
            <w:r w:rsidRPr="0094285E">
              <w:rPr>
                <w:sz w:val="13"/>
              </w:rPr>
              <w:t>72.6904</w:t>
            </w:r>
          </w:p>
        </w:tc>
        <w:tc>
          <w:tcPr>
            <w:tcW w:w="1368" w:type="dxa"/>
            <w:vAlign w:val="center"/>
          </w:tcPr>
          <w:p w14:paraId="2BBC262A" w14:textId="77777777" w:rsidR="009C6F03" w:rsidRPr="0094285E" w:rsidRDefault="00000000">
            <w:pPr>
              <w:jc w:val="center"/>
            </w:pPr>
            <w:r w:rsidRPr="0094285E">
              <w:rPr>
                <w:sz w:val="13"/>
              </w:rPr>
              <w:t>46.4290</w:t>
            </w:r>
          </w:p>
        </w:tc>
        <w:tc>
          <w:tcPr>
            <w:tcW w:w="1368" w:type="dxa"/>
            <w:vAlign w:val="center"/>
          </w:tcPr>
          <w:p w14:paraId="6C10DB91" w14:textId="77777777" w:rsidR="009C6F03" w:rsidRPr="0094285E" w:rsidRDefault="00000000">
            <w:pPr>
              <w:jc w:val="center"/>
            </w:pPr>
            <w:r w:rsidRPr="0094285E">
              <w:rPr>
                <w:sz w:val="13"/>
              </w:rPr>
              <w:t>59.5597</w:t>
            </w:r>
          </w:p>
        </w:tc>
        <w:tc>
          <w:tcPr>
            <w:tcW w:w="1368" w:type="dxa"/>
            <w:vAlign w:val="center"/>
          </w:tcPr>
          <w:p w14:paraId="5DC4405C" w14:textId="77777777" w:rsidR="009C6F03" w:rsidRPr="0094285E" w:rsidRDefault="00000000">
            <w:pPr>
              <w:jc w:val="center"/>
            </w:pPr>
            <w:r w:rsidRPr="0094285E">
              <w:rPr>
                <w:sz w:val="13"/>
              </w:rPr>
              <w:t>85.8211</w:t>
            </w:r>
          </w:p>
        </w:tc>
        <w:tc>
          <w:tcPr>
            <w:tcW w:w="1368" w:type="dxa"/>
            <w:vAlign w:val="center"/>
          </w:tcPr>
          <w:p w14:paraId="4CE5FED6" w14:textId="77777777" w:rsidR="009C6F03" w:rsidRPr="0094285E" w:rsidRDefault="00000000">
            <w:pPr>
              <w:jc w:val="center"/>
            </w:pPr>
            <w:r w:rsidRPr="0094285E">
              <w:rPr>
                <w:sz w:val="13"/>
              </w:rPr>
              <w:t>98.9518</w:t>
            </w:r>
          </w:p>
        </w:tc>
        <w:tc>
          <w:tcPr>
            <w:tcW w:w="1440" w:type="dxa"/>
            <w:vAlign w:val="center"/>
          </w:tcPr>
          <w:p w14:paraId="2E6E236C" w14:textId="77777777" w:rsidR="009C6F03" w:rsidRPr="0094285E" w:rsidRDefault="00000000">
            <w:pPr>
              <w:jc w:val="center"/>
            </w:pPr>
            <w:r w:rsidRPr="0094285E">
              <w:rPr>
                <w:sz w:val="13"/>
              </w:rPr>
              <w:t>0.723</w:t>
            </w:r>
          </w:p>
        </w:tc>
      </w:tr>
      <w:tr w:rsidR="009C6F03" w:rsidRPr="0094285E" w14:paraId="1068B6D5" w14:textId="77777777">
        <w:trPr>
          <w:jc w:val="center"/>
        </w:trPr>
        <w:tc>
          <w:tcPr>
            <w:tcW w:w="1152" w:type="dxa"/>
            <w:vAlign w:val="center"/>
          </w:tcPr>
          <w:p w14:paraId="22234E87" w14:textId="77777777" w:rsidR="009C6F03" w:rsidRPr="0094285E" w:rsidRDefault="00000000">
            <w:r w:rsidRPr="0094285E">
              <w:rPr>
                <w:sz w:val="13"/>
              </w:rPr>
              <w:t>Waterbody</w:t>
            </w:r>
          </w:p>
        </w:tc>
        <w:tc>
          <w:tcPr>
            <w:tcW w:w="648" w:type="dxa"/>
            <w:vAlign w:val="center"/>
          </w:tcPr>
          <w:p w14:paraId="3F886530" w14:textId="77777777" w:rsidR="009C6F03" w:rsidRPr="0094285E" w:rsidRDefault="00000000">
            <w:pPr>
              <w:jc w:val="center"/>
            </w:pPr>
            <w:r w:rsidRPr="0094285E">
              <w:rPr>
                <w:sz w:val="13"/>
              </w:rPr>
              <w:t>1988</w:t>
            </w:r>
          </w:p>
        </w:tc>
        <w:tc>
          <w:tcPr>
            <w:tcW w:w="1800" w:type="dxa"/>
            <w:vAlign w:val="center"/>
          </w:tcPr>
          <w:p w14:paraId="6E9EBB9A" w14:textId="77777777" w:rsidR="009C6F03" w:rsidRPr="0094285E" w:rsidRDefault="00000000">
            <w:pPr>
              <w:jc w:val="center"/>
            </w:pPr>
            <w:r w:rsidRPr="0094285E">
              <w:rPr>
                <w:sz w:val="13"/>
              </w:rPr>
              <w:t>6552.97</w:t>
            </w:r>
          </w:p>
        </w:tc>
        <w:tc>
          <w:tcPr>
            <w:tcW w:w="1944" w:type="dxa"/>
            <w:vAlign w:val="center"/>
          </w:tcPr>
          <w:p w14:paraId="5A8FE2A1" w14:textId="77777777" w:rsidR="009C6F03" w:rsidRPr="0094285E" w:rsidRDefault="00000000">
            <w:pPr>
              <w:jc w:val="center"/>
            </w:pPr>
            <w:r w:rsidRPr="0094285E">
              <w:rPr>
                <w:sz w:val="13"/>
              </w:rPr>
              <w:t>82.7686</w:t>
            </w:r>
          </w:p>
        </w:tc>
        <w:tc>
          <w:tcPr>
            <w:tcW w:w="1368" w:type="dxa"/>
            <w:vAlign w:val="center"/>
          </w:tcPr>
          <w:p w14:paraId="5CF612AD" w14:textId="77777777" w:rsidR="009C6F03" w:rsidRPr="0094285E" w:rsidRDefault="00000000">
            <w:pPr>
              <w:jc w:val="center"/>
            </w:pPr>
            <w:r w:rsidRPr="0094285E">
              <w:rPr>
                <w:sz w:val="13"/>
              </w:rPr>
              <w:t>81.0288</w:t>
            </w:r>
          </w:p>
        </w:tc>
        <w:tc>
          <w:tcPr>
            <w:tcW w:w="1368" w:type="dxa"/>
            <w:vAlign w:val="center"/>
          </w:tcPr>
          <w:p w14:paraId="67376F08" w14:textId="77777777" w:rsidR="009C6F03" w:rsidRPr="0094285E" w:rsidRDefault="00000000">
            <w:pPr>
              <w:jc w:val="center"/>
            </w:pPr>
            <w:r w:rsidRPr="0094285E">
              <w:rPr>
                <w:sz w:val="13"/>
              </w:rPr>
              <w:t>81.8987</w:t>
            </w:r>
          </w:p>
        </w:tc>
        <w:tc>
          <w:tcPr>
            <w:tcW w:w="1368" w:type="dxa"/>
            <w:vAlign w:val="center"/>
          </w:tcPr>
          <w:p w14:paraId="54AB6D3B" w14:textId="77777777" w:rsidR="009C6F03" w:rsidRPr="0094285E" w:rsidRDefault="00000000">
            <w:pPr>
              <w:jc w:val="center"/>
            </w:pPr>
            <w:r w:rsidRPr="0094285E">
              <w:rPr>
                <w:sz w:val="13"/>
              </w:rPr>
              <w:t>83.6385</w:t>
            </w:r>
          </w:p>
        </w:tc>
        <w:tc>
          <w:tcPr>
            <w:tcW w:w="1368" w:type="dxa"/>
            <w:vAlign w:val="center"/>
          </w:tcPr>
          <w:p w14:paraId="4F8A5CC7" w14:textId="77777777" w:rsidR="009C6F03" w:rsidRPr="0094285E" w:rsidRDefault="00000000">
            <w:pPr>
              <w:jc w:val="center"/>
            </w:pPr>
            <w:r w:rsidRPr="0094285E">
              <w:rPr>
                <w:sz w:val="13"/>
              </w:rPr>
              <w:t>84.5085</w:t>
            </w:r>
          </w:p>
        </w:tc>
        <w:tc>
          <w:tcPr>
            <w:tcW w:w="1440" w:type="dxa"/>
            <w:vAlign w:val="center"/>
          </w:tcPr>
          <w:p w14:paraId="0A163129" w14:textId="77777777" w:rsidR="009C6F03" w:rsidRPr="0094285E" w:rsidRDefault="00000000">
            <w:pPr>
              <w:jc w:val="center"/>
            </w:pPr>
            <w:r w:rsidRPr="0094285E">
              <w:rPr>
                <w:sz w:val="13"/>
              </w:rPr>
              <w:t>0.042</w:t>
            </w:r>
          </w:p>
        </w:tc>
      </w:tr>
      <w:tr w:rsidR="009C6F03" w:rsidRPr="0094285E" w14:paraId="16D9F963" w14:textId="77777777">
        <w:trPr>
          <w:jc w:val="center"/>
        </w:trPr>
        <w:tc>
          <w:tcPr>
            <w:tcW w:w="1152" w:type="dxa"/>
            <w:vAlign w:val="center"/>
          </w:tcPr>
          <w:p w14:paraId="1C3AC10E" w14:textId="77777777" w:rsidR="009C6F03" w:rsidRPr="0094285E" w:rsidRDefault="00000000">
            <w:r w:rsidRPr="0094285E">
              <w:rPr>
                <w:sz w:val="13"/>
              </w:rPr>
              <w:t>Waterbody</w:t>
            </w:r>
          </w:p>
        </w:tc>
        <w:tc>
          <w:tcPr>
            <w:tcW w:w="648" w:type="dxa"/>
            <w:vAlign w:val="center"/>
          </w:tcPr>
          <w:p w14:paraId="150CE7FE" w14:textId="77777777" w:rsidR="009C6F03" w:rsidRPr="0094285E" w:rsidRDefault="00000000">
            <w:pPr>
              <w:jc w:val="center"/>
            </w:pPr>
            <w:r w:rsidRPr="0094285E">
              <w:rPr>
                <w:sz w:val="13"/>
              </w:rPr>
              <w:t>1992</w:t>
            </w:r>
          </w:p>
        </w:tc>
        <w:tc>
          <w:tcPr>
            <w:tcW w:w="1800" w:type="dxa"/>
            <w:vAlign w:val="center"/>
          </w:tcPr>
          <w:p w14:paraId="2B2CADB4" w14:textId="77777777" w:rsidR="009C6F03" w:rsidRPr="0094285E" w:rsidRDefault="00000000">
            <w:pPr>
              <w:jc w:val="center"/>
            </w:pPr>
            <w:r w:rsidRPr="0094285E">
              <w:rPr>
                <w:sz w:val="13"/>
              </w:rPr>
              <w:t>6552.97</w:t>
            </w:r>
          </w:p>
        </w:tc>
        <w:tc>
          <w:tcPr>
            <w:tcW w:w="1944" w:type="dxa"/>
            <w:vAlign w:val="center"/>
          </w:tcPr>
          <w:p w14:paraId="6C108F3B" w14:textId="77777777" w:rsidR="009C6F03" w:rsidRPr="0094285E" w:rsidRDefault="00000000">
            <w:pPr>
              <w:jc w:val="center"/>
            </w:pPr>
            <w:r w:rsidRPr="0094285E">
              <w:rPr>
                <w:sz w:val="13"/>
              </w:rPr>
              <w:t>82.2079</w:t>
            </w:r>
          </w:p>
        </w:tc>
        <w:tc>
          <w:tcPr>
            <w:tcW w:w="1368" w:type="dxa"/>
            <w:vAlign w:val="center"/>
          </w:tcPr>
          <w:p w14:paraId="5253B727" w14:textId="77777777" w:rsidR="009C6F03" w:rsidRPr="0094285E" w:rsidRDefault="00000000">
            <w:pPr>
              <w:jc w:val="center"/>
            </w:pPr>
            <w:r w:rsidRPr="0094285E">
              <w:rPr>
                <w:sz w:val="13"/>
              </w:rPr>
              <w:t>80.3993</w:t>
            </w:r>
          </w:p>
        </w:tc>
        <w:tc>
          <w:tcPr>
            <w:tcW w:w="1368" w:type="dxa"/>
            <w:vAlign w:val="center"/>
          </w:tcPr>
          <w:p w14:paraId="70A64295" w14:textId="77777777" w:rsidR="009C6F03" w:rsidRPr="0094285E" w:rsidRDefault="00000000">
            <w:pPr>
              <w:jc w:val="center"/>
            </w:pPr>
            <w:r w:rsidRPr="0094285E">
              <w:rPr>
                <w:sz w:val="13"/>
              </w:rPr>
              <w:t>81.3036</w:t>
            </w:r>
          </w:p>
        </w:tc>
        <w:tc>
          <w:tcPr>
            <w:tcW w:w="1368" w:type="dxa"/>
            <w:vAlign w:val="center"/>
          </w:tcPr>
          <w:p w14:paraId="35555227" w14:textId="77777777" w:rsidR="009C6F03" w:rsidRPr="0094285E" w:rsidRDefault="00000000">
            <w:pPr>
              <w:jc w:val="center"/>
            </w:pPr>
            <w:r w:rsidRPr="0094285E">
              <w:rPr>
                <w:sz w:val="13"/>
              </w:rPr>
              <w:t>83.1122</w:t>
            </w:r>
          </w:p>
        </w:tc>
        <w:tc>
          <w:tcPr>
            <w:tcW w:w="1368" w:type="dxa"/>
            <w:vAlign w:val="center"/>
          </w:tcPr>
          <w:p w14:paraId="253D7E1B" w14:textId="77777777" w:rsidR="009C6F03" w:rsidRPr="0094285E" w:rsidRDefault="00000000">
            <w:pPr>
              <w:jc w:val="center"/>
            </w:pPr>
            <w:r w:rsidRPr="0094285E">
              <w:rPr>
                <w:sz w:val="13"/>
              </w:rPr>
              <w:t>84.0165</w:t>
            </w:r>
          </w:p>
        </w:tc>
        <w:tc>
          <w:tcPr>
            <w:tcW w:w="1440" w:type="dxa"/>
            <w:vAlign w:val="center"/>
          </w:tcPr>
          <w:p w14:paraId="431BA6C7" w14:textId="77777777" w:rsidR="009C6F03" w:rsidRPr="0094285E" w:rsidRDefault="00000000">
            <w:pPr>
              <w:jc w:val="center"/>
            </w:pPr>
            <w:r w:rsidRPr="0094285E">
              <w:rPr>
                <w:sz w:val="13"/>
              </w:rPr>
              <w:t>0.044</w:t>
            </w:r>
          </w:p>
        </w:tc>
      </w:tr>
      <w:tr w:rsidR="009C6F03" w:rsidRPr="0094285E" w14:paraId="6EA7AEB8" w14:textId="77777777">
        <w:trPr>
          <w:jc w:val="center"/>
        </w:trPr>
        <w:tc>
          <w:tcPr>
            <w:tcW w:w="1152" w:type="dxa"/>
            <w:vAlign w:val="center"/>
          </w:tcPr>
          <w:p w14:paraId="4340FD51" w14:textId="77777777" w:rsidR="009C6F03" w:rsidRPr="0094285E" w:rsidRDefault="00000000">
            <w:r w:rsidRPr="0094285E">
              <w:rPr>
                <w:sz w:val="13"/>
              </w:rPr>
              <w:t>Waterbody</w:t>
            </w:r>
          </w:p>
        </w:tc>
        <w:tc>
          <w:tcPr>
            <w:tcW w:w="648" w:type="dxa"/>
            <w:vAlign w:val="center"/>
          </w:tcPr>
          <w:p w14:paraId="2F42E8AA" w14:textId="77777777" w:rsidR="009C6F03" w:rsidRPr="0094285E" w:rsidRDefault="00000000">
            <w:pPr>
              <w:jc w:val="center"/>
            </w:pPr>
            <w:r w:rsidRPr="0094285E">
              <w:rPr>
                <w:sz w:val="13"/>
              </w:rPr>
              <w:t>2000</w:t>
            </w:r>
          </w:p>
        </w:tc>
        <w:tc>
          <w:tcPr>
            <w:tcW w:w="1800" w:type="dxa"/>
            <w:vAlign w:val="center"/>
          </w:tcPr>
          <w:p w14:paraId="34E48C3D" w14:textId="77777777" w:rsidR="009C6F03" w:rsidRPr="0094285E" w:rsidRDefault="00000000">
            <w:pPr>
              <w:jc w:val="center"/>
            </w:pPr>
            <w:r w:rsidRPr="0094285E">
              <w:rPr>
                <w:sz w:val="13"/>
              </w:rPr>
              <w:t>6552.97</w:t>
            </w:r>
          </w:p>
        </w:tc>
        <w:tc>
          <w:tcPr>
            <w:tcW w:w="1944" w:type="dxa"/>
            <w:vAlign w:val="center"/>
          </w:tcPr>
          <w:p w14:paraId="3EE4C8C4" w14:textId="77777777" w:rsidR="009C6F03" w:rsidRPr="0094285E" w:rsidRDefault="00000000">
            <w:pPr>
              <w:jc w:val="center"/>
            </w:pPr>
            <w:r w:rsidRPr="0094285E">
              <w:rPr>
                <w:sz w:val="13"/>
              </w:rPr>
              <w:t>80.4581</w:t>
            </w:r>
          </w:p>
        </w:tc>
        <w:tc>
          <w:tcPr>
            <w:tcW w:w="1368" w:type="dxa"/>
            <w:vAlign w:val="center"/>
          </w:tcPr>
          <w:p w14:paraId="69F6E16A" w14:textId="77777777" w:rsidR="009C6F03" w:rsidRPr="0094285E" w:rsidRDefault="00000000">
            <w:pPr>
              <w:jc w:val="center"/>
            </w:pPr>
            <w:r w:rsidRPr="0094285E">
              <w:rPr>
                <w:sz w:val="13"/>
              </w:rPr>
              <w:t>78.7215</w:t>
            </w:r>
          </w:p>
        </w:tc>
        <w:tc>
          <w:tcPr>
            <w:tcW w:w="1368" w:type="dxa"/>
            <w:vAlign w:val="center"/>
          </w:tcPr>
          <w:p w14:paraId="3F329406" w14:textId="77777777" w:rsidR="009C6F03" w:rsidRPr="0094285E" w:rsidRDefault="00000000">
            <w:pPr>
              <w:jc w:val="center"/>
            </w:pPr>
            <w:r w:rsidRPr="0094285E">
              <w:rPr>
                <w:sz w:val="13"/>
              </w:rPr>
              <w:t>79.5898</w:t>
            </w:r>
          </w:p>
        </w:tc>
        <w:tc>
          <w:tcPr>
            <w:tcW w:w="1368" w:type="dxa"/>
            <w:vAlign w:val="center"/>
          </w:tcPr>
          <w:p w14:paraId="12656EF8" w14:textId="77777777" w:rsidR="009C6F03" w:rsidRPr="0094285E" w:rsidRDefault="00000000">
            <w:pPr>
              <w:jc w:val="center"/>
            </w:pPr>
            <w:r w:rsidRPr="0094285E">
              <w:rPr>
                <w:sz w:val="13"/>
              </w:rPr>
              <w:t>81.3263</w:t>
            </w:r>
          </w:p>
        </w:tc>
        <w:tc>
          <w:tcPr>
            <w:tcW w:w="1368" w:type="dxa"/>
            <w:vAlign w:val="center"/>
          </w:tcPr>
          <w:p w14:paraId="585EC9D4" w14:textId="77777777" w:rsidR="009C6F03" w:rsidRPr="0094285E" w:rsidRDefault="00000000">
            <w:pPr>
              <w:jc w:val="center"/>
            </w:pPr>
            <w:r w:rsidRPr="0094285E">
              <w:rPr>
                <w:sz w:val="13"/>
              </w:rPr>
              <w:t>82.1946</w:t>
            </w:r>
          </w:p>
        </w:tc>
        <w:tc>
          <w:tcPr>
            <w:tcW w:w="1440" w:type="dxa"/>
            <w:vAlign w:val="center"/>
          </w:tcPr>
          <w:p w14:paraId="4771AA86" w14:textId="77777777" w:rsidR="009C6F03" w:rsidRPr="0094285E" w:rsidRDefault="00000000">
            <w:pPr>
              <w:jc w:val="center"/>
            </w:pPr>
            <w:r w:rsidRPr="0094285E">
              <w:rPr>
                <w:sz w:val="13"/>
              </w:rPr>
              <w:t>0.043</w:t>
            </w:r>
          </w:p>
        </w:tc>
      </w:tr>
      <w:tr w:rsidR="009C6F03" w:rsidRPr="0094285E" w14:paraId="1A574EA0" w14:textId="77777777">
        <w:trPr>
          <w:jc w:val="center"/>
        </w:trPr>
        <w:tc>
          <w:tcPr>
            <w:tcW w:w="1152" w:type="dxa"/>
            <w:vAlign w:val="center"/>
          </w:tcPr>
          <w:p w14:paraId="31E6B318" w14:textId="77777777" w:rsidR="009C6F03" w:rsidRPr="0094285E" w:rsidRDefault="00000000">
            <w:r w:rsidRPr="0094285E">
              <w:rPr>
                <w:sz w:val="13"/>
              </w:rPr>
              <w:t>Waterbody</w:t>
            </w:r>
          </w:p>
        </w:tc>
        <w:tc>
          <w:tcPr>
            <w:tcW w:w="648" w:type="dxa"/>
            <w:vAlign w:val="center"/>
          </w:tcPr>
          <w:p w14:paraId="7A716912" w14:textId="77777777" w:rsidR="009C6F03" w:rsidRPr="0094285E" w:rsidRDefault="00000000">
            <w:pPr>
              <w:jc w:val="center"/>
            </w:pPr>
            <w:r w:rsidRPr="0094285E">
              <w:rPr>
                <w:sz w:val="13"/>
              </w:rPr>
              <w:t>2008</w:t>
            </w:r>
          </w:p>
        </w:tc>
        <w:tc>
          <w:tcPr>
            <w:tcW w:w="1800" w:type="dxa"/>
            <w:vAlign w:val="center"/>
          </w:tcPr>
          <w:p w14:paraId="6BD8D112" w14:textId="77777777" w:rsidR="009C6F03" w:rsidRPr="0094285E" w:rsidRDefault="00000000">
            <w:pPr>
              <w:jc w:val="center"/>
            </w:pPr>
            <w:r w:rsidRPr="0094285E">
              <w:rPr>
                <w:sz w:val="13"/>
              </w:rPr>
              <w:t>6552.97</w:t>
            </w:r>
          </w:p>
        </w:tc>
        <w:tc>
          <w:tcPr>
            <w:tcW w:w="1944" w:type="dxa"/>
            <w:vAlign w:val="center"/>
          </w:tcPr>
          <w:p w14:paraId="77D9915A" w14:textId="77777777" w:rsidR="009C6F03" w:rsidRPr="0094285E" w:rsidRDefault="00000000">
            <w:pPr>
              <w:jc w:val="center"/>
            </w:pPr>
            <w:r w:rsidRPr="0094285E">
              <w:rPr>
                <w:sz w:val="13"/>
              </w:rPr>
              <w:t>78.2569</w:t>
            </w:r>
          </w:p>
        </w:tc>
        <w:tc>
          <w:tcPr>
            <w:tcW w:w="1368" w:type="dxa"/>
            <w:vAlign w:val="center"/>
          </w:tcPr>
          <w:p w14:paraId="70AA2699" w14:textId="77777777" w:rsidR="009C6F03" w:rsidRPr="0094285E" w:rsidRDefault="00000000">
            <w:pPr>
              <w:jc w:val="center"/>
            </w:pPr>
            <w:r w:rsidRPr="0094285E">
              <w:rPr>
                <w:sz w:val="13"/>
              </w:rPr>
              <w:t>77.1265</w:t>
            </w:r>
          </w:p>
        </w:tc>
        <w:tc>
          <w:tcPr>
            <w:tcW w:w="1368" w:type="dxa"/>
            <w:vAlign w:val="center"/>
          </w:tcPr>
          <w:p w14:paraId="4A97B3FE" w14:textId="77777777" w:rsidR="009C6F03" w:rsidRPr="0094285E" w:rsidRDefault="00000000">
            <w:pPr>
              <w:jc w:val="center"/>
            </w:pPr>
            <w:r w:rsidRPr="0094285E">
              <w:rPr>
                <w:sz w:val="13"/>
              </w:rPr>
              <w:t>77.6917</w:t>
            </w:r>
          </w:p>
        </w:tc>
        <w:tc>
          <w:tcPr>
            <w:tcW w:w="1368" w:type="dxa"/>
            <w:vAlign w:val="center"/>
          </w:tcPr>
          <w:p w14:paraId="38E0ED38" w14:textId="77777777" w:rsidR="009C6F03" w:rsidRPr="0094285E" w:rsidRDefault="00000000">
            <w:pPr>
              <w:jc w:val="center"/>
            </w:pPr>
            <w:r w:rsidRPr="0094285E">
              <w:rPr>
                <w:sz w:val="13"/>
              </w:rPr>
              <w:t>78.8221</w:t>
            </w:r>
          </w:p>
        </w:tc>
        <w:tc>
          <w:tcPr>
            <w:tcW w:w="1368" w:type="dxa"/>
            <w:vAlign w:val="center"/>
          </w:tcPr>
          <w:p w14:paraId="27F93DEF" w14:textId="77777777" w:rsidR="009C6F03" w:rsidRPr="0094285E" w:rsidRDefault="00000000">
            <w:pPr>
              <w:jc w:val="center"/>
            </w:pPr>
            <w:r w:rsidRPr="0094285E">
              <w:rPr>
                <w:sz w:val="13"/>
              </w:rPr>
              <w:t>79.3873</w:t>
            </w:r>
          </w:p>
        </w:tc>
        <w:tc>
          <w:tcPr>
            <w:tcW w:w="1440" w:type="dxa"/>
            <w:vAlign w:val="center"/>
          </w:tcPr>
          <w:p w14:paraId="1FC9C355" w14:textId="77777777" w:rsidR="009C6F03" w:rsidRPr="0094285E" w:rsidRDefault="00000000">
            <w:pPr>
              <w:jc w:val="center"/>
            </w:pPr>
            <w:r w:rsidRPr="0094285E">
              <w:rPr>
                <w:sz w:val="13"/>
              </w:rPr>
              <w:t>0.029</w:t>
            </w:r>
          </w:p>
        </w:tc>
      </w:tr>
      <w:tr w:rsidR="009C6F03" w:rsidRPr="0094285E" w14:paraId="48A7A9C2" w14:textId="77777777">
        <w:trPr>
          <w:jc w:val="center"/>
        </w:trPr>
        <w:tc>
          <w:tcPr>
            <w:tcW w:w="1152" w:type="dxa"/>
            <w:vAlign w:val="center"/>
          </w:tcPr>
          <w:p w14:paraId="22701330" w14:textId="77777777" w:rsidR="009C6F03" w:rsidRPr="0094285E" w:rsidRDefault="00000000">
            <w:r w:rsidRPr="0094285E">
              <w:rPr>
                <w:sz w:val="13"/>
              </w:rPr>
              <w:t>Waterbody</w:t>
            </w:r>
          </w:p>
        </w:tc>
        <w:tc>
          <w:tcPr>
            <w:tcW w:w="648" w:type="dxa"/>
            <w:vAlign w:val="center"/>
          </w:tcPr>
          <w:p w14:paraId="409CE1B8" w14:textId="77777777" w:rsidR="009C6F03" w:rsidRPr="0094285E" w:rsidRDefault="00000000">
            <w:pPr>
              <w:jc w:val="center"/>
            </w:pPr>
            <w:r w:rsidRPr="0094285E">
              <w:rPr>
                <w:sz w:val="13"/>
              </w:rPr>
              <w:t>2016</w:t>
            </w:r>
          </w:p>
        </w:tc>
        <w:tc>
          <w:tcPr>
            <w:tcW w:w="1800" w:type="dxa"/>
            <w:vAlign w:val="center"/>
          </w:tcPr>
          <w:p w14:paraId="5D8C1C0B" w14:textId="77777777" w:rsidR="009C6F03" w:rsidRPr="0094285E" w:rsidRDefault="00000000">
            <w:pPr>
              <w:jc w:val="center"/>
            </w:pPr>
            <w:r w:rsidRPr="0094285E">
              <w:rPr>
                <w:sz w:val="13"/>
              </w:rPr>
              <w:t>6552.97</w:t>
            </w:r>
          </w:p>
        </w:tc>
        <w:tc>
          <w:tcPr>
            <w:tcW w:w="1944" w:type="dxa"/>
            <w:vAlign w:val="center"/>
          </w:tcPr>
          <w:p w14:paraId="631CC7C8" w14:textId="77777777" w:rsidR="009C6F03" w:rsidRPr="0094285E" w:rsidRDefault="00000000">
            <w:pPr>
              <w:jc w:val="center"/>
            </w:pPr>
            <w:r w:rsidRPr="0094285E">
              <w:rPr>
                <w:sz w:val="13"/>
              </w:rPr>
              <w:t>75.7961</w:t>
            </w:r>
          </w:p>
        </w:tc>
        <w:tc>
          <w:tcPr>
            <w:tcW w:w="1368" w:type="dxa"/>
            <w:vAlign w:val="center"/>
          </w:tcPr>
          <w:p w14:paraId="6229322C" w14:textId="77777777" w:rsidR="009C6F03" w:rsidRPr="0094285E" w:rsidRDefault="00000000">
            <w:pPr>
              <w:jc w:val="center"/>
            </w:pPr>
            <w:r w:rsidRPr="0094285E">
              <w:rPr>
                <w:sz w:val="13"/>
              </w:rPr>
              <w:t>74.4921</w:t>
            </w:r>
          </w:p>
        </w:tc>
        <w:tc>
          <w:tcPr>
            <w:tcW w:w="1368" w:type="dxa"/>
            <w:vAlign w:val="center"/>
          </w:tcPr>
          <w:p w14:paraId="6176BF1D" w14:textId="77777777" w:rsidR="009C6F03" w:rsidRPr="0094285E" w:rsidRDefault="00000000">
            <w:pPr>
              <w:jc w:val="center"/>
            </w:pPr>
            <w:r w:rsidRPr="0094285E">
              <w:rPr>
                <w:sz w:val="13"/>
              </w:rPr>
              <w:t>75.1441</w:t>
            </w:r>
          </w:p>
        </w:tc>
        <w:tc>
          <w:tcPr>
            <w:tcW w:w="1368" w:type="dxa"/>
            <w:vAlign w:val="center"/>
          </w:tcPr>
          <w:p w14:paraId="238EA26A" w14:textId="77777777" w:rsidR="009C6F03" w:rsidRPr="0094285E" w:rsidRDefault="00000000">
            <w:pPr>
              <w:jc w:val="center"/>
            </w:pPr>
            <w:r w:rsidRPr="0094285E">
              <w:rPr>
                <w:sz w:val="13"/>
              </w:rPr>
              <w:t>76.4481</w:t>
            </w:r>
          </w:p>
        </w:tc>
        <w:tc>
          <w:tcPr>
            <w:tcW w:w="1368" w:type="dxa"/>
            <w:vAlign w:val="center"/>
          </w:tcPr>
          <w:p w14:paraId="31F97F0C" w14:textId="77777777" w:rsidR="009C6F03" w:rsidRPr="0094285E" w:rsidRDefault="00000000">
            <w:pPr>
              <w:jc w:val="center"/>
            </w:pPr>
            <w:r w:rsidRPr="0094285E">
              <w:rPr>
                <w:sz w:val="13"/>
              </w:rPr>
              <w:t>77.1001</w:t>
            </w:r>
          </w:p>
        </w:tc>
        <w:tc>
          <w:tcPr>
            <w:tcW w:w="1440" w:type="dxa"/>
            <w:vAlign w:val="center"/>
          </w:tcPr>
          <w:p w14:paraId="4B8BAE39" w14:textId="77777777" w:rsidR="009C6F03" w:rsidRPr="0094285E" w:rsidRDefault="00000000">
            <w:pPr>
              <w:jc w:val="center"/>
            </w:pPr>
            <w:r w:rsidRPr="0094285E">
              <w:rPr>
                <w:sz w:val="13"/>
              </w:rPr>
              <w:t>0.034</w:t>
            </w:r>
          </w:p>
        </w:tc>
      </w:tr>
      <w:tr w:rsidR="009C6F03" w:rsidRPr="0094285E" w14:paraId="2DEC2682" w14:textId="77777777">
        <w:trPr>
          <w:jc w:val="center"/>
        </w:trPr>
        <w:tc>
          <w:tcPr>
            <w:tcW w:w="1152" w:type="dxa"/>
            <w:vAlign w:val="center"/>
          </w:tcPr>
          <w:p w14:paraId="63284447" w14:textId="77777777" w:rsidR="009C6F03" w:rsidRPr="0094285E" w:rsidRDefault="00000000">
            <w:r w:rsidRPr="0094285E">
              <w:rPr>
                <w:sz w:val="13"/>
              </w:rPr>
              <w:t>Waterbody</w:t>
            </w:r>
          </w:p>
        </w:tc>
        <w:tc>
          <w:tcPr>
            <w:tcW w:w="648" w:type="dxa"/>
            <w:vAlign w:val="center"/>
          </w:tcPr>
          <w:p w14:paraId="1AD0389A" w14:textId="77777777" w:rsidR="009C6F03" w:rsidRPr="0094285E" w:rsidRDefault="00000000">
            <w:pPr>
              <w:jc w:val="center"/>
            </w:pPr>
            <w:r w:rsidRPr="0094285E">
              <w:rPr>
                <w:sz w:val="13"/>
              </w:rPr>
              <w:t>2024</w:t>
            </w:r>
          </w:p>
        </w:tc>
        <w:tc>
          <w:tcPr>
            <w:tcW w:w="1800" w:type="dxa"/>
            <w:vAlign w:val="center"/>
          </w:tcPr>
          <w:p w14:paraId="4118397F" w14:textId="77777777" w:rsidR="009C6F03" w:rsidRPr="0094285E" w:rsidRDefault="00000000">
            <w:pPr>
              <w:jc w:val="center"/>
            </w:pPr>
            <w:r w:rsidRPr="0094285E">
              <w:rPr>
                <w:sz w:val="13"/>
              </w:rPr>
              <w:t>6552.97</w:t>
            </w:r>
          </w:p>
        </w:tc>
        <w:tc>
          <w:tcPr>
            <w:tcW w:w="1944" w:type="dxa"/>
            <w:vAlign w:val="center"/>
          </w:tcPr>
          <w:p w14:paraId="596296E6" w14:textId="77777777" w:rsidR="009C6F03" w:rsidRPr="0094285E" w:rsidRDefault="00000000">
            <w:pPr>
              <w:jc w:val="center"/>
            </w:pPr>
            <w:r w:rsidRPr="0094285E">
              <w:rPr>
                <w:sz w:val="13"/>
              </w:rPr>
              <w:t>72.6904</w:t>
            </w:r>
          </w:p>
        </w:tc>
        <w:tc>
          <w:tcPr>
            <w:tcW w:w="1368" w:type="dxa"/>
            <w:vAlign w:val="center"/>
          </w:tcPr>
          <w:p w14:paraId="3643E69F" w14:textId="77777777" w:rsidR="009C6F03" w:rsidRPr="0094285E" w:rsidRDefault="00000000">
            <w:pPr>
              <w:jc w:val="center"/>
            </w:pPr>
            <w:r w:rsidRPr="0094285E">
              <w:rPr>
                <w:sz w:val="13"/>
              </w:rPr>
              <w:t>71.1767</w:t>
            </w:r>
          </w:p>
        </w:tc>
        <w:tc>
          <w:tcPr>
            <w:tcW w:w="1368" w:type="dxa"/>
            <w:vAlign w:val="center"/>
          </w:tcPr>
          <w:p w14:paraId="65F33F45" w14:textId="77777777" w:rsidR="009C6F03" w:rsidRPr="0094285E" w:rsidRDefault="00000000">
            <w:pPr>
              <w:jc w:val="center"/>
            </w:pPr>
            <w:r w:rsidRPr="0094285E">
              <w:rPr>
                <w:sz w:val="13"/>
              </w:rPr>
              <w:t>71.9336</w:t>
            </w:r>
          </w:p>
        </w:tc>
        <w:tc>
          <w:tcPr>
            <w:tcW w:w="1368" w:type="dxa"/>
            <w:vAlign w:val="center"/>
          </w:tcPr>
          <w:p w14:paraId="3FCF2E48" w14:textId="77777777" w:rsidR="009C6F03" w:rsidRPr="0094285E" w:rsidRDefault="00000000">
            <w:pPr>
              <w:jc w:val="center"/>
            </w:pPr>
            <w:r w:rsidRPr="0094285E">
              <w:rPr>
                <w:sz w:val="13"/>
              </w:rPr>
              <w:t>73.4473</w:t>
            </w:r>
          </w:p>
        </w:tc>
        <w:tc>
          <w:tcPr>
            <w:tcW w:w="1368" w:type="dxa"/>
            <w:vAlign w:val="center"/>
          </w:tcPr>
          <w:p w14:paraId="0A2F4F6F" w14:textId="77777777" w:rsidR="009C6F03" w:rsidRPr="0094285E" w:rsidRDefault="00000000">
            <w:pPr>
              <w:jc w:val="center"/>
            </w:pPr>
            <w:r w:rsidRPr="0094285E">
              <w:rPr>
                <w:sz w:val="13"/>
              </w:rPr>
              <w:t>74.2042</w:t>
            </w:r>
          </w:p>
        </w:tc>
        <w:tc>
          <w:tcPr>
            <w:tcW w:w="1440" w:type="dxa"/>
            <w:vAlign w:val="center"/>
          </w:tcPr>
          <w:p w14:paraId="54070F8B" w14:textId="77777777" w:rsidR="009C6F03" w:rsidRPr="0094285E" w:rsidRDefault="00000000">
            <w:pPr>
              <w:jc w:val="center"/>
            </w:pPr>
            <w:r w:rsidRPr="0094285E">
              <w:rPr>
                <w:sz w:val="13"/>
              </w:rPr>
              <w:t>0.042</w:t>
            </w:r>
          </w:p>
        </w:tc>
      </w:tr>
    </w:tbl>
    <w:p w14:paraId="578E08FD" w14:textId="77777777" w:rsidR="009C6F03" w:rsidRPr="0094285E" w:rsidRDefault="00000000">
      <w:pPr>
        <w:spacing w:before="60" w:after="60"/>
      </w:pPr>
      <w:r w:rsidRPr="0094285E">
        <w:rPr>
          <w:b/>
          <w:sz w:val="17"/>
        </w:rPr>
        <w:t xml:space="preserve">Note: </w:t>
      </w:r>
      <w:r w:rsidRPr="0094285E">
        <w:rPr>
          <w:sz w:val="17"/>
        </w:rPr>
        <w:t>Scenario values represent total estimated annual ESV after independently modifying the indicated valuation coefficient by −50%, −25%, +25%, or +50%, while holding LULC areas and all other coefficients constant. Coefficient dependence represents the proportional contribution of the affected LULC category to total estimated ESV under the linear valuation model. These scenarios are coefficient-robustness tests and are not statistical confidence intervals.</w:t>
      </w:r>
      <w:r w:rsidRPr="0094285E">
        <w:rPr>
          <w:b/>
          <w:sz w:val="17"/>
        </w:rPr>
        <w:t xml:space="preserve"> Source: </w:t>
      </w:r>
      <w:r w:rsidRPr="0094285E">
        <w:rPr>
          <w:sz w:val="17"/>
        </w:rPr>
        <w:t>Calculations by the authors.</w:t>
      </w:r>
    </w:p>
    <w:sectPr w:rsidR="009C6F03" w:rsidRPr="0094285E"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4444649">
    <w:abstractNumId w:val="8"/>
  </w:num>
  <w:num w:numId="2" w16cid:durableId="967857226">
    <w:abstractNumId w:val="6"/>
  </w:num>
  <w:num w:numId="3" w16cid:durableId="167329626">
    <w:abstractNumId w:val="5"/>
  </w:num>
  <w:num w:numId="4" w16cid:durableId="101389174">
    <w:abstractNumId w:val="4"/>
  </w:num>
  <w:num w:numId="5" w16cid:durableId="753477872">
    <w:abstractNumId w:val="7"/>
  </w:num>
  <w:num w:numId="6" w16cid:durableId="1360938011">
    <w:abstractNumId w:val="3"/>
  </w:num>
  <w:num w:numId="7" w16cid:durableId="549922163">
    <w:abstractNumId w:val="2"/>
  </w:num>
  <w:num w:numId="8" w16cid:durableId="1048189082">
    <w:abstractNumId w:val="1"/>
  </w:num>
  <w:num w:numId="9" w16cid:durableId="1116561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444"/>
    <w:rsid w:val="0015074B"/>
    <w:rsid w:val="0029639D"/>
    <w:rsid w:val="00326F90"/>
    <w:rsid w:val="004C2442"/>
    <w:rsid w:val="007F5325"/>
    <w:rsid w:val="0082797E"/>
    <w:rsid w:val="008572C3"/>
    <w:rsid w:val="0094285E"/>
    <w:rsid w:val="009C6F03"/>
    <w:rsid w:val="00A31255"/>
    <w:rsid w:val="00AA1D8D"/>
    <w:rsid w:val="00B407FF"/>
    <w:rsid w:val="00B47730"/>
    <w:rsid w:val="00BB28CF"/>
    <w:rsid w:val="00CB0664"/>
    <w:rsid w:val="00E36F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1E5F5C"/>
  <w14:defaultImageDpi w14:val="300"/>
  <w15:docId w15:val="{3B80FDC3-9E45-40DC-B6F0-4A687113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Supplementary Tables S1–S5 — Kathmandu Valley LULC and Estimated ESV</vt:lpstr>
    </vt:vector>
  </TitlesOfParts>
  <Manager/>
  <Company/>
  <LinksUpToDate>false</LinksUpToDate>
  <CharactersWithSpaces>6501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Tables S1–S5 — Kathmandu Valley LULC and Estimated ESV</dc:title>
  <dc:subject>Supplementary material for Urban Expansion, Land-Cover Transitions and Estimated Ecosystem Service Value in Kathmandu Valley, Nepal, 1988–2024</dc:subject>
  <dc:creator/>
  <cp:keywords/>
  <dc:description>Final supplementary tables prepared for journal submission.</dc:description>
  <cp:lastModifiedBy>Amrit Dhakal</cp:lastModifiedBy>
  <cp:revision>9</cp:revision>
  <dcterms:created xsi:type="dcterms:W3CDTF">2013-12-23T23:15:00Z</dcterms:created>
  <dcterms:modified xsi:type="dcterms:W3CDTF">2026-09-20T18:56:00Z</dcterms:modified>
  <cp:category/>
</cp:coreProperties>
</file>