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E1DFA" w:rsidRPr="004541BE" w:rsidRDefault="00000000">
      <w:pPr>
        <w:rPr>
          <w:iCs/>
        </w:rPr>
      </w:pPr>
      <w:r w:rsidRPr="004541BE">
        <w:rPr>
          <w:b/>
          <w:iCs/>
        </w:rPr>
        <w:t>Semi-structured key informant interview guide</w:t>
      </w:r>
    </w:p>
    <w:p w:rsidR="004E1DFA" w:rsidRDefault="00000000">
      <w:r>
        <w:t>Manuscript: Evaluation of Hospital Preparedness and Response to Trauma Through a Full-Scale Disaster Drill: A Multimethod Study</w:t>
      </w:r>
    </w:p>
    <w:p w:rsidR="004E1DFA" w:rsidRDefault="00000000">
      <w:r>
        <w:t>This interview guide was developed specifically for this study, informed by Federal Emergency Management Agency (FEMA) and Hospital Emergency Response Training (HERT) frameworks, and was expert-validated at the study institution. It has not been published previously. It was used to guide semi-structured, in-person key informant interviews (KIIs) with drill planners, emergency department coordinators, members of the Hospital Incident Command System (HICS), and senior clinical staff, exploring planning challenges, communication flow, resource adequacy, and role clarity, organized across the five domains of the evaluation checklist used in this study.</w:t>
      </w:r>
    </w:p>
    <w:p w:rsidR="004E1DFA" w:rsidRDefault="004E1DFA"/>
    <w:p w:rsidR="004E1DFA" w:rsidRDefault="00000000">
      <w:r>
        <w:rPr>
          <w:b/>
        </w:rPr>
        <w:t>Open-ended questions for the qualitative analysis</w:t>
      </w:r>
    </w:p>
    <w:p w:rsidR="004E1DFA" w:rsidRDefault="00000000" w:rsidP="00F51E09">
      <w:pPr>
        <w:pStyle w:val="ListParagraph"/>
        <w:numPr>
          <w:ilvl w:val="0"/>
          <w:numId w:val="10"/>
        </w:numPr>
      </w:pPr>
      <w:r w:rsidRPr="00F51E09">
        <w:rPr>
          <w:b/>
        </w:rPr>
        <w:t>Pre-drill planning and structure</w:t>
      </w:r>
    </w:p>
    <w:p w:rsidR="004E1DFA" w:rsidRDefault="00000000">
      <w:pPr>
        <w:pStyle w:val="ListNumber"/>
      </w:pPr>
      <w:r>
        <w:t>What challenges did you face during the preparation phase?</w:t>
      </w:r>
    </w:p>
    <w:p w:rsidR="004E1DFA" w:rsidRDefault="00000000">
      <w:pPr>
        <w:pStyle w:val="ListNumber"/>
      </w:pPr>
      <w:r>
        <w:t>To what extent were staff aware of their roles before the drill began?</w:t>
      </w:r>
    </w:p>
    <w:p w:rsidR="004E1DFA" w:rsidRDefault="00000000">
      <w:pPr>
        <w:pStyle w:val="ListNumber"/>
      </w:pPr>
      <w:r>
        <w:t>In your opinion, what could have been done differently in the planning stage?</w:t>
      </w:r>
    </w:p>
    <w:p w:rsidR="004E1DFA" w:rsidRDefault="00000000" w:rsidP="00F51E09">
      <w:pPr>
        <w:pStyle w:val="ListParagraph"/>
        <w:numPr>
          <w:ilvl w:val="0"/>
          <w:numId w:val="10"/>
        </w:numPr>
      </w:pPr>
      <w:r w:rsidRPr="00F51E09">
        <w:rPr>
          <w:b/>
        </w:rPr>
        <w:t>Drill execution</w:t>
      </w:r>
    </w:p>
    <w:p w:rsidR="004E1DFA" w:rsidRDefault="00000000">
      <w:pPr>
        <w:pStyle w:val="ListNumber"/>
      </w:pPr>
      <w:r>
        <w:t>How did you feel about the way the drill was carried out?</w:t>
      </w:r>
    </w:p>
    <w:p w:rsidR="004E1DFA" w:rsidRDefault="00000000">
      <w:pPr>
        <w:pStyle w:val="ListNumber"/>
      </w:pPr>
      <w:r>
        <w:t>Were there moments where you thought the drill did not reflect a real-life scenario?</w:t>
      </w:r>
    </w:p>
    <w:p w:rsidR="004E1DFA" w:rsidRDefault="00000000">
      <w:pPr>
        <w:pStyle w:val="ListNumber"/>
      </w:pPr>
      <w:r>
        <w:t>Can you describe any obstacles that arose during the execution phase?</w:t>
      </w:r>
    </w:p>
    <w:p w:rsidR="004E1DFA" w:rsidRDefault="00000000" w:rsidP="00F51E09">
      <w:pPr>
        <w:pStyle w:val="ListParagraph"/>
        <w:numPr>
          <w:ilvl w:val="0"/>
          <w:numId w:val="10"/>
        </w:numPr>
      </w:pPr>
      <w:r w:rsidRPr="00F51E09">
        <w:rPr>
          <w:b/>
        </w:rPr>
        <w:t>Command and control system</w:t>
      </w:r>
    </w:p>
    <w:p w:rsidR="004E1DFA" w:rsidRDefault="00000000">
      <w:pPr>
        <w:pStyle w:val="ListNumber"/>
      </w:pPr>
      <w:r>
        <w:t>How clear was the chain of command during the drill?</w:t>
      </w:r>
    </w:p>
    <w:p w:rsidR="004E1DFA" w:rsidRDefault="00000000">
      <w:pPr>
        <w:pStyle w:val="ListNumber"/>
      </w:pPr>
      <w:r>
        <w:t>What worked well in terms of communication between leadership and frontline staff?</w:t>
      </w:r>
    </w:p>
    <w:p w:rsidR="004E1DFA" w:rsidRDefault="00000000">
      <w:pPr>
        <w:pStyle w:val="ListNumber"/>
      </w:pPr>
      <w:r>
        <w:t>Were there any points where the command system broke down? Can you describe them?</w:t>
      </w:r>
    </w:p>
    <w:p w:rsidR="004E1DFA" w:rsidRDefault="00000000" w:rsidP="00F51E09">
      <w:pPr>
        <w:pStyle w:val="ListParagraph"/>
        <w:numPr>
          <w:ilvl w:val="0"/>
          <w:numId w:val="10"/>
        </w:numPr>
      </w:pPr>
      <w:r w:rsidRPr="00F51E09">
        <w:rPr>
          <w:b/>
        </w:rPr>
        <w:t>Resources and logistics</w:t>
      </w:r>
    </w:p>
    <w:p w:rsidR="004E1DFA" w:rsidRDefault="00000000">
      <w:pPr>
        <w:pStyle w:val="ListNumber"/>
      </w:pPr>
      <w:r>
        <w:t>How would you describe the adequacy of the resources (equipment, space, staffing) during the drill?</w:t>
      </w:r>
    </w:p>
    <w:p w:rsidR="004E1DFA" w:rsidRDefault="00000000">
      <w:pPr>
        <w:pStyle w:val="ListNumber"/>
      </w:pPr>
      <w:r>
        <w:t>Were there situations where you felt resources were insufficient or misallocated?</w:t>
      </w:r>
    </w:p>
    <w:p w:rsidR="004E1DFA" w:rsidRDefault="00000000">
      <w:pPr>
        <w:pStyle w:val="ListNumber"/>
      </w:pPr>
      <w:r>
        <w:t>What logistical challenges stood out to you most?</w:t>
      </w:r>
    </w:p>
    <w:p w:rsidR="004E1DFA" w:rsidRDefault="00000000" w:rsidP="00F51E09">
      <w:pPr>
        <w:pStyle w:val="ListParagraph"/>
        <w:numPr>
          <w:ilvl w:val="0"/>
          <w:numId w:val="10"/>
        </w:numPr>
      </w:pPr>
      <w:r w:rsidRPr="00F51E09">
        <w:rPr>
          <w:b/>
        </w:rPr>
        <w:t>Post-drill evaluation and debriefing</w:t>
      </w:r>
    </w:p>
    <w:p w:rsidR="004E1DFA" w:rsidRDefault="00000000">
      <w:pPr>
        <w:pStyle w:val="ListNumber"/>
      </w:pPr>
      <w:r>
        <w:t>How effective do you think the debriefing was in identifying strengths and weaknesses?</w:t>
      </w:r>
    </w:p>
    <w:p w:rsidR="004E1DFA" w:rsidRDefault="00000000">
      <w:pPr>
        <w:pStyle w:val="ListNumber"/>
      </w:pPr>
      <w:r>
        <w:t>What key lessons did you personally take away from the drill?</w:t>
      </w:r>
    </w:p>
    <w:p w:rsidR="004E1DFA" w:rsidRDefault="00000000">
      <w:pPr>
        <w:pStyle w:val="ListNumber"/>
      </w:pPr>
      <w:r>
        <w:t>If you could change one thing for the next drill, what would it be?</w:t>
      </w:r>
    </w:p>
    <w:sectPr w:rsidR="004E1DF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7D1A22"/>
    <w:multiLevelType w:val="hybridMultilevel"/>
    <w:tmpl w:val="ABA8FF2C"/>
    <w:lvl w:ilvl="0" w:tplc="6202428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2371705">
    <w:abstractNumId w:val="8"/>
  </w:num>
  <w:num w:numId="2" w16cid:durableId="159781468">
    <w:abstractNumId w:val="6"/>
  </w:num>
  <w:num w:numId="3" w16cid:durableId="233662083">
    <w:abstractNumId w:val="5"/>
  </w:num>
  <w:num w:numId="4" w16cid:durableId="1033114501">
    <w:abstractNumId w:val="4"/>
  </w:num>
  <w:num w:numId="5" w16cid:durableId="712076539">
    <w:abstractNumId w:val="7"/>
  </w:num>
  <w:num w:numId="6" w16cid:durableId="1953323759">
    <w:abstractNumId w:val="3"/>
  </w:num>
  <w:num w:numId="7" w16cid:durableId="372971138">
    <w:abstractNumId w:val="2"/>
  </w:num>
  <w:num w:numId="8" w16cid:durableId="910580553">
    <w:abstractNumId w:val="1"/>
  </w:num>
  <w:num w:numId="9" w16cid:durableId="283509983">
    <w:abstractNumId w:val="0"/>
  </w:num>
  <w:num w:numId="10" w16cid:durableId="17788652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16"/>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541BE"/>
    <w:rsid w:val="004E1DFA"/>
    <w:rsid w:val="00AA1D8D"/>
    <w:rsid w:val="00B47730"/>
    <w:rsid w:val="00CB0664"/>
    <w:rsid w:val="00F51E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1CC0C0"/>
  <w14:defaultImageDpi w14:val="300"/>
  <w15:docId w15:val="{05A52FF2-E1DC-3E49-9841-CBB2B451A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maharjankripa35@gmail.com</cp:lastModifiedBy>
  <cp:revision>3</cp:revision>
  <dcterms:created xsi:type="dcterms:W3CDTF">2013-12-23T23:15:00Z</dcterms:created>
  <dcterms:modified xsi:type="dcterms:W3CDTF">2026-09-27T11:05:00Z</dcterms:modified>
  <cp:category/>
</cp:coreProperties>
</file>