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3B2C23" w14:textId="77777777" w:rsidR="00297D2C" w:rsidRPr="006D4DB8" w:rsidRDefault="00297D2C" w:rsidP="00297D2C">
      <w:pPr>
        <w:pStyle w:val="Bibliography"/>
        <w:rPr>
          <w:b/>
          <w:bCs/>
          <w:sz w:val="36"/>
          <w:szCs w:val="36"/>
          <w:lang w:val="en-GB"/>
        </w:rPr>
      </w:pPr>
      <w:r>
        <w:rPr>
          <w:b/>
          <w:bCs/>
          <w:sz w:val="36"/>
          <w:szCs w:val="36"/>
          <w:lang w:val="en-GB"/>
        </w:rPr>
        <w:t xml:space="preserve">Limbic Network dysfunction and degeneration in </w:t>
      </w:r>
      <w:proofErr w:type="spellStart"/>
      <w:r>
        <w:rPr>
          <w:b/>
          <w:bCs/>
          <w:sz w:val="36"/>
          <w:szCs w:val="36"/>
          <w:lang w:val="en-GB"/>
        </w:rPr>
        <w:t>iRBD</w:t>
      </w:r>
      <w:proofErr w:type="spellEnd"/>
    </w:p>
    <w:p w14:paraId="3F1931ED" w14:textId="77777777" w:rsidR="00297D2C" w:rsidRPr="006D4DB8" w:rsidRDefault="00297D2C" w:rsidP="00297D2C">
      <w:pPr>
        <w:jc w:val="center"/>
        <w:rPr>
          <w:b/>
          <w:bCs/>
          <w:sz w:val="36"/>
          <w:szCs w:val="36"/>
          <w:lang w:val="en-GB"/>
        </w:rPr>
      </w:pPr>
    </w:p>
    <w:p w14:paraId="449D2AA3" w14:textId="77777777" w:rsidR="00297D2C" w:rsidRDefault="00297D2C" w:rsidP="00297D2C">
      <w:pPr>
        <w:jc w:val="center"/>
        <w:rPr>
          <w:b/>
          <w:bCs/>
          <w:sz w:val="32"/>
          <w:szCs w:val="32"/>
        </w:rPr>
      </w:pPr>
      <w:r>
        <w:rPr>
          <w:b/>
          <w:bCs/>
          <w:sz w:val="32"/>
          <w:szCs w:val="32"/>
        </w:rPr>
        <w:t>Supplementary material</w:t>
      </w:r>
    </w:p>
    <w:p w14:paraId="5C798B60" w14:textId="77777777" w:rsidR="00297D2C" w:rsidRDefault="00297D2C" w:rsidP="00297D2C">
      <w:pPr>
        <w:jc w:val="center"/>
        <w:rPr>
          <w:b/>
          <w:bCs/>
          <w:sz w:val="32"/>
          <w:szCs w:val="32"/>
        </w:rPr>
      </w:pPr>
    </w:p>
    <w:p w14:paraId="3DE4CBC0" w14:textId="77777777" w:rsidR="00297D2C" w:rsidRDefault="00297D2C" w:rsidP="00297D2C">
      <w:pPr>
        <w:jc w:val="center"/>
        <w:rPr>
          <w:b/>
          <w:bCs/>
          <w:sz w:val="32"/>
          <w:szCs w:val="32"/>
        </w:rPr>
      </w:pPr>
    </w:p>
    <w:p w14:paraId="0D69517B" w14:textId="77777777" w:rsidR="00297D2C" w:rsidRPr="006D4DB8" w:rsidRDefault="00297D2C" w:rsidP="00297D2C">
      <w:pPr>
        <w:jc w:val="center"/>
        <w:rPr>
          <w:i/>
          <w:iCs/>
          <w:sz w:val="32"/>
          <w:szCs w:val="32"/>
        </w:rPr>
      </w:pPr>
      <w:r>
        <w:rPr>
          <w:i/>
          <w:iCs/>
          <w:sz w:val="32"/>
          <w:szCs w:val="32"/>
        </w:rPr>
        <w:t>Table of Contents</w:t>
      </w:r>
    </w:p>
    <w:p w14:paraId="1C678F29" w14:textId="77777777" w:rsidR="00297D2C" w:rsidRDefault="00297D2C" w:rsidP="00297D2C">
      <w:pPr>
        <w:pStyle w:val="Heading1"/>
        <w:spacing w:before="0" w:line="360" w:lineRule="auto"/>
        <w:rPr>
          <w:rFonts w:ascii="Times New Roman" w:hAnsi="Times New Roman" w:cs="Times New Roman"/>
          <w:b/>
          <w:bCs/>
          <w:color w:val="000000" w:themeColor="text1"/>
        </w:rPr>
      </w:pPr>
    </w:p>
    <w:p w14:paraId="4BEBE991" w14:textId="77777777" w:rsidR="00297D2C" w:rsidRPr="006D4DB8" w:rsidRDefault="00297D2C" w:rsidP="00297D2C">
      <w:pPr>
        <w:pStyle w:val="Heading1"/>
        <w:spacing w:before="0" w:line="360" w:lineRule="auto"/>
        <w:rPr>
          <w:rFonts w:ascii="Times New Roman" w:hAnsi="Times New Roman" w:cs="Times New Roman"/>
          <w:b/>
          <w:bCs/>
          <w:color w:val="000000" w:themeColor="text1"/>
        </w:rPr>
      </w:pPr>
      <w:r>
        <w:rPr>
          <w:rFonts w:ascii="Times New Roman" w:hAnsi="Times New Roman" w:cs="Times New Roman"/>
          <w:b/>
          <w:bCs/>
          <w:color w:val="000000" w:themeColor="text1"/>
        </w:rPr>
        <w:t>Supplementary methods</w:t>
      </w:r>
    </w:p>
    <w:p w14:paraId="346C3911" w14:textId="77777777" w:rsidR="00297D2C" w:rsidRPr="00092C33" w:rsidRDefault="00297D2C" w:rsidP="00297D2C">
      <w:pPr>
        <w:spacing w:before="240" w:after="240"/>
        <w:rPr>
          <w:rFonts w:eastAsia="Aptos"/>
          <w:b/>
          <w:bCs/>
          <w:sz w:val="32"/>
          <w:szCs w:val="32"/>
        </w:rPr>
      </w:pPr>
      <w:r>
        <w:rPr>
          <w:rFonts w:eastAsia="Aptos"/>
          <w:b/>
          <w:bCs/>
          <w:sz w:val="32"/>
          <w:szCs w:val="32"/>
        </w:rPr>
        <w:t>MRI Acquisition and Preprocessing</w:t>
      </w:r>
    </w:p>
    <w:p w14:paraId="36D60F67" w14:textId="4931D997" w:rsidR="00297D2C" w:rsidRDefault="00297D2C" w:rsidP="00297D2C">
      <w:pPr>
        <w:spacing w:after="160" w:line="360" w:lineRule="auto"/>
        <w:jc w:val="both"/>
      </w:pPr>
      <w:r>
        <w:rPr>
          <w:rFonts w:eastAsia="Gill Sans MT"/>
        </w:rPr>
        <w:t>Whole-brain T1-weighted anatomical and resting-state BOLD functional images were acquired on 3T systems. Functional data were collected with a T2*-weighted echo-planar sequence</w:t>
      </w:r>
      <w:r w:rsidR="00E62A40">
        <w:rPr>
          <w:rFonts w:eastAsia="Gill Sans MT"/>
        </w:rPr>
        <w:t xml:space="preserve">. </w:t>
      </w:r>
      <w:r>
        <w:rPr>
          <w:rFonts w:eastAsia="Gill Sans MT"/>
        </w:rPr>
        <w:t>Anatomical images were acquired at 1 mm isotropic resolution using either a Magnetization-Prepared Rapid Gradient-Echo or an Inversion Recovery Prepared Fast Spoiled Gradient Recalled Echo sequence.</w:t>
      </w:r>
    </w:p>
    <w:p w14:paraId="4D19AE2C" w14:textId="77777777" w:rsidR="00297D2C" w:rsidRPr="00A548A6" w:rsidRDefault="00297D2C" w:rsidP="00297D2C">
      <w:pPr>
        <w:spacing w:after="160" w:line="360" w:lineRule="auto"/>
        <w:jc w:val="both"/>
      </w:pPr>
      <w:r>
        <w:rPr>
          <w:rFonts w:eastAsia="Aptos"/>
          <w:b/>
          <w:bCs/>
          <w:sz w:val="32"/>
          <w:szCs w:val="32"/>
        </w:rPr>
        <w:br/>
        <w:t>Anatomical data preprocessing</w:t>
      </w:r>
    </w:p>
    <w:p w14:paraId="6D3B99F6" w14:textId="77777777" w:rsidR="00297D2C" w:rsidRPr="005730EA" w:rsidRDefault="00297D2C" w:rsidP="00297D2C">
      <w:pPr>
        <w:spacing w:after="160" w:line="360" w:lineRule="auto"/>
        <w:jc w:val="both"/>
      </w:pPr>
      <w:r>
        <w:rPr>
          <w:rFonts w:eastAsia="Gill Sans MT"/>
        </w:rPr>
        <w:t xml:space="preserve">The T1-weighted (T1w) image was corrected for intensity non-uniformity (INU) with </w:t>
      </w:r>
      <w:r>
        <w:rPr>
          <w:rFonts w:eastAsia="Consolas"/>
        </w:rPr>
        <w:t>N4BiasFieldCorrection</w:t>
      </w:r>
      <w:r>
        <w:rPr>
          <w:rFonts w:eastAsia="Gill Sans MT"/>
        </w:rPr>
        <w:t xml:space="preserve"> [@n4], distributed with ANTs 2.5.3 [@ants, RRID:SCR_004757], and used as T1w-reference throughout the workflow. The T1w-reference was then skull-stripped with a </w:t>
      </w:r>
      <w:proofErr w:type="spellStart"/>
      <w:r>
        <w:rPr>
          <w:rFonts w:eastAsia="Gill Sans MT"/>
          <w:i/>
          <w:iCs/>
        </w:rPr>
        <w:t>Nipype</w:t>
      </w:r>
      <w:proofErr w:type="spellEnd"/>
      <w:r>
        <w:rPr>
          <w:rFonts w:eastAsia="Gill Sans MT"/>
        </w:rPr>
        <w:t xml:space="preserve"> implementation of the </w:t>
      </w:r>
      <w:r>
        <w:rPr>
          <w:rFonts w:eastAsia="Consolas"/>
        </w:rPr>
        <w:t>antsBrainExtraction.sh</w:t>
      </w:r>
      <w:r>
        <w:rPr>
          <w:rFonts w:eastAsia="Gill Sans MT"/>
        </w:rPr>
        <w:t xml:space="preserve"> workflow (from ANTs), using OASIS30ANTs as target template. Brain tissue segmentation of cerebrospinal fluid (CSF), white-matter (WM) and </w:t>
      </w:r>
      <w:proofErr w:type="spellStart"/>
      <w:r>
        <w:rPr>
          <w:rFonts w:eastAsia="Gill Sans MT"/>
        </w:rPr>
        <w:t>gray</w:t>
      </w:r>
      <w:proofErr w:type="spellEnd"/>
      <w:r>
        <w:rPr>
          <w:rFonts w:eastAsia="Gill Sans MT"/>
        </w:rPr>
        <w:t xml:space="preserve">-matter (GM) was performed on the brain-extracted T1w using </w:t>
      </w:r>
      <w:r>
        <w:rPr>
          <w:rFonts w:eastAsia="Consolas"/>
        </w:rPr>
        <w:t>fast</w:t>
      </w:r>
      <w:r>
        <w:rPr>
          <w:rFonts w:eastAsia="Gill Sans MT"/>
        </w:rPr>
        <w:t xml:space="preserve"> [FSL 6.0.x, RRID:SCR_002823, @fsl_fast]. Brain surfaces were reconstructed using </w:t>
      </w:r>
      <w:r>
        <w:rPr>
          <w:rFonts w:eastAsia="Consolas"/>
        </w:rPr>
        <w:t>recon-all</w:t>
      </w:r>
      <w:r>
        <w:rPr>
          <w:rFonts w:eastAsia="Gill Sans MT"/>
        </w:rPr>
        <w:t xml:space="preserve"> [</w:t>
      </w:r>
      <w:proofErr w:type="spellStart"/>
      <w:r>
        <w:rPr>
          <w:rFonts w:eastAsia="Gill Sans MT"/>
        </w:rPr>
        <w:t>FreeSurfer</w:t>
      </w:r>
      <w:proofErr w:type="spellEnd"/>
      <w:r>
        <w:rPr>
          <w:rFonts w:eastAsia="Gill Sans MT"/>
        </w:rPr>
        <w:t xml:space="preserve"> 7.3.2, RRID:SCR_001847, @fs_reconall], and the brain mask estimated previously was refined with a custom variation of the method to reconcile ANTs-derived and </w:t>
      </w:r>
      <w:proofErr w:type="spellStart"/>
      <w:r>
        <w:rPr>
          <w:rFonts w:eastAsia="Gill Sans MT"/>
        </w:rPr>
        <w:t>FreeSurfer</w:t>
      </w:r>
      <w:proofErr w:type="spellEnd"/>
      <w:r>
        <w:rPr>
          <w:rFonts w:eastAsia="Gill Sans MT"/>
        </w:rPr>
        <w:t xml:space="preserve">-derived segmentations of the cortical </w:t>
      </w:r>
      <w:proofErr w:type="spellStart"/>
      <w:r>
        <w:rPr>
          <w:rFonts w:eastAsia="Gill Sans MT"/>
        </w:rPr>
        <w:t>gray</w:t>
      </w:r>
      <w:proofErr w:type="spellEnd"/>
      <w:r>
        <w:rPr>
          <w:rFonts w:eastAsia="Gill Sans MT"/>
        </w:rPr>
        <w:t xml:space="preserve">-matter of </w:t>
      </w:r>
      <w:proofErr w:type="spellStart"/>
      <w:r>
        <w:rPr>
          <w:rFonts w:eastAsia="Gill Sans MT"/>
        </w:rPr>
        <w:t>Mindboggle</w:t>
      </w:r>
      <w:proofErr w:type="spellEnd"/>
      <w:r>
        <w:rPr>
          <w:rFonts w:eastAsia="Gill Sans MT"/>
        </w:rPr>
        <w:t xml:space="preserve"> [RRID:SCR_002438, @mindboggle]. Volume-based spatial normalization to two standard spaces (MNI152NLin6Asym, MNI152NLin2009cAsym) was performed through nonlinear registration with </w:t>
      </w:r>
      <w:proofErr w:type="spellStart"/>
      <w:r>
        <w:rPr>
          <w:rFonts w:eastAsia="Consolas"/>
        </w:rPr>
        <w:t>antsRegistration</w:t>
      </w:r>
      <w:proofErr w:type="spellEnd"/>
      <w:r>
        <w:rPr>
          <w:rFonts w:eastAsia="Gill Sans MT"/>
        </w:rPr>
        <w:t xml:space="preserve"> (ANTs 2.5.3), using brain-extracted versions of both T1w </w:t>
      </w:r>
      <w:r>
        <w:rPr>
          <w:rFonts w:eastAsia="Gill Sans MT"/>
        </w:rPr>
        <w:lastRenderedPageBreak/>
        <w:t xml:space="preserve">reference and the T1w template. The following templates were selected for spatial normalization and accessed with </w:t>
      </w:r>
      <w:proofErr w:type="spellStart"/>
      <w:r>
        <w:rPr>
          <w:rFonts w:eastAsia="Gill Sans MT"/>
          <w:i/>
          <w:iCs/>
        </w:rPr>
        <w:t>TemplateFlow</w:t>
      </w:r>
      <w:proofErr w:type="spellEnd"/>
      <w:r>
        <w:rPr>
          <w:rFonts w:eastAsia="Gill Sans MT"/>
        </w:rPr>
        <w:t xml:space="preserve"> [24.2.0, @templateflow]: </w:t>
      </w:r>
      <w:r>
        <w:rPr>
          <w:rFonts w:eastAsia="Gill Sans MT"/>
          <w:i/>
          <w:iCs/>
        </w:rPr>
        <w:t>FSL's MNI ICBM 152 non-linear 6th Generation Asymmetric Average Brain Stereotaxic Registration Model</w:t>
      </w:r>
      <w:r>
        <w:rPr>
          <w:rFonts w:eastAsia="Gill Sans MT"/>
        </w:rPr>
        <w:t xml:space="preserve"> [@mni152nlin6asym, RRID:SCR_002823; </w:t>
      </w:r>
      <w:proofErr w:type="spellStart"/>
      <w:r>
        <w:rPr>
          <w:rFonts w:eastAsia="Gill Sans MT"/>
        </w:rPr>
        <w:t>TemplateFlow</w:t>
      </w:r>
      <w:proofErr w:type="spellEnd"/>
      <w:r>
        <w:rPr>
          <w:rFonts w:eastAsia="Gill Sans MT"/>
        </w:rPr>
        <w:t xml:space="preserve"> ID: MNI152NLin6Asym], </w:t>
      </w:r>
      <w:r>
        <w:rPr>
          <w:rFonts w:eastAsia="Gill Sans MT"/>
          <w:i/>
          <w:iCs/>
        </w:rPr>
        <w:t>ICBM 152 Nonlinear Asymmetrical template version 2009c</w:t>
      </w:r>
      <w:r>
        <w:rPr>
          <w:rFonts w:eastAsia="Gill Sans MT"/>
        </w:rPr>
        <w:t xml:space="preserve"> [@mni152nlin2009casym, RRID:SCR_008796; </w:t>
      </w:r>
      <w:proofErr w:type="spellStart"/>
      <w:r>
        <w:rPr>
          <w:rFonts w:eastAsia="Gill Sans MT"/>
        </w:rPr>
        <w:t>TemplateFlow</w:t>
      </w:r>
      <w:proofErr w:type="spellEnd"/>
      <w:r>
        <w:rPr>
          <w:rFonts w:eastAsia="Gill Sans MT"/>
        </w:rPr>
        <w:t xml:space="preserve"> ID: MNI152NLin2009cAsym]. Analyses in this manuscript used the MNI152NLin6Asym space.</w:t>
      </w:r>
    </w:p>
    <w:p w14:paraId="228E5340" w14:textId="77777777" w:rsidR="00297D2C" w:rsidRDefault="00297D2C" w:rsidP="00297D2C">
      <w:pPr>
        <w:spacing w:before="120" w:after="100" w:line="360" w:lineRule="auto"/>
        <w:rPr>
          <w:rFonts w:eastAsia="Gill Sans MT"/>
          <w:b/>
          <w:bCs/>
          <w:i/>
          <w:iCs/>
        </w:rPr>
      </w:pPr>
    </w:p>
    <w:p w14:paraId="491C92D8" w14:textId="77777777" w:rsidR="00297D2C" w:rsidRDefault="00297D2C" w:rsidP="00297D2C">
      <w:pPr>
        <w:spacing w:after="160" w:line="360" w:lineRule="auto"/>
        <w:jc w:val="both"/>
        <w:rPr>
          <w:rFonts w:eastAsia="Gill Sans MT"/>
        </w:rPr>
      </w:pPr>
      <w:r>
        <w:rPr>
          <w:rFonts w:eastAsia="Aptos"/>
          <w:b/>
          <w:bCs/>
          <w:sz w:val="32"/>
          <w:szCs w:val="32"/>
        </w:rPr>
        <w:t>Functional data preprocessing</w:t>
      </w:r>
      <w:r>
        <w:rPr>
          <w:rFonts w:eastAsia="Gill Sans MT"/>
        </w:rPr>
        <w:t xml:space="preserve"> </w:t>
      </w:r>
    </w:p>
    <w:p w14:paraId="683A4514" w14:textId="77777777" w:rsidR="00297D2C" w:rsidRPr="005730EA" w:rsidRDefault="00297D2C" w:rsidP="00297D2C">
      <w:pPr>
        <w:spacing w:after="160" w:line="360" w:lineRule="auto"/>
        <w:jc w:val="both"/>
      </w:pPr>
      <w:r>
        <w:rPr>
          <w:rFonts w:eastAsia="Gill Sans MT"/>
        </w:rPr>
        <w:t xml:space="preserve">For each BOLD run, a reference volume was generated using a custom methodology of </w:t>
      </w:r>
      <w:proofErr w:type="spellStart"/>
      <w:r>
        <w:rPr>
          <w:rFonts w:eastAsia="Gill Sans MT"/>
          <w:i/>
          <w:iCs/>
        </w:rPr>
        <w:t>fMRIPrep</w:t>
      </w:r>
      <w:proofErr w:type="spellEnd"/>
      <w:r>
        <w:rPr>
          <w:rFonts w:eastAsia="Gill Sans MT"/>
        </w:rPr>
        <w:t xml:space="preserve">, for use in head motion correction. Head-motion parameters with respect to the BOLD reference (transformation matrices, and six corresponding rotation and translation parameters) were estimated before any spatiotemporal filtering using </w:t>
      </w:r>
      <w:proofErr w:type="spellStart"/>
      <w:r>
        <w:rPr>
          <w:rFonts w:eastAsia="Consolas"/>
        </w:rPr>
        <w:t>mcflirt</w:t>
      </w:r>
      <w:proofErr w:type="spellEnd"/>
      <w:r>
        <w:rPr>
          <w:rFonts w:eastAsia="Gill Sans MT"/>
        </w:rPr>
        <w:t xml:space="preserve"> [FSL 6.0.x, @mcflirt]. The BOLD reference was then co-registered to the T1w reference using </w:t>
      </w:r>
      <w:proofErr w:type="spellStart"/>
      <w:r>
        <w:rPr>
          <w:rFonts w:eastAsia="Consolas"/>
        </w:rPr>
        <w:t>bbregister</w:t>
      </w:r>
      <w:proofErr w:type="spellEnd"/>
      <w:r>
        <w:rPr>
          <w:rFonts w:eastAsia="Gill Sans MT"/>
        </w:rPr>
        <w:t xml:space="preserve"> (</w:t>
      </w:r>
      <w:proofErr w:type="spellStart"/>
      <w:r>
        <w:rPr>
          <w:rFonts w:eastAsia="Gill Sans MT"/>
        </w:rPr>
        <w:t>FreeSurfer</w:t>
      </w:r>
      <w:proofErr w:type="spellEnd"/>
      <w:r>
        <w:rPr>
          <w:rFonts w:eastAsia="Gill Sans MT"/>
        </w:rPr>
        <w:t xml:space="preserve">), which implements boundary-based registration [@bbr]; co-registration was configured with six degrees of freedom. Several confounding time-series were calculated based on the </w:t>
      </w:r>
      <w:proofErr w:type="spellStart"/>
      <w:r>
        <w:rPr>
          <w:rFonts w:eastAsia="Gill Sans MT"/>
        </w:rPr>
        <w:t>preprocessed</w:t>
      </w:r>
      <w:proofErr w:type="spellEnd"/>
      <w:r>
        <w:rPr>
          <w:rFonts w:eastAsia="Gill Sans MT"/>
        </w:rPr>
        <w:t xml:space="preserve"> BOLD: framewise displacement (FD), DVARS and three region-wise global signals. FD was computed using two formulations following Power (absolute sum of relative motions, @power_fd_dvars) and Jenkinson (relative root mean square displacement between </w:t>
      </w:r>
      <w:proofErr w:type="spellStart"/>
      <w:r>
        <w:rPr>
          <w:rFonts w:eastAsia="Gill Sans MT"/>
        </w:rPr>
        <w:t>affines</w:t>
      </w:r>
      <w:proofErr w:type="spellEnd"/>
      <w:r>
        <w:rPr>
          <w:rFonts w:eastAsia="Gill Sans MT"/>
        </w:rPr>
        <w:t xml:space="preserve">, @mcflirt), using their implementations in </w:t>
      </w:r>
      <w:proofErr w:type="spellStart"/>
      <w:r>
        <w:rPr>
          <w:rFonts w:eastAsia="Gill Sans MT"/>
          <w:i/>
          <w:iCs/>
        </w:rPr>
        <w:t>Nipype</w:t>
      </w:r>
      <w:proofErr w:type="spellEnd"/>
      <w:r>
        <w:rPr>
          <w:rFonts w:eastAsia="Gill Sans MT"/>
        </w:rPr>
        <w:t>. The three global signals were extracted within the CSF, the WM, and the whole-brain masks. Component-based noise correction regressors (</w:t>
      </w:r>
      <w:proofErr w:type="spellStart"/>
      <w:r>
        <w:rPr>
          <w:rFonts w:eastAsia="Gill Sans MT"/>
        </w:rPr>
        <w:t>CompCor</w:t>
      </w:r>
      <w:proofErr w:type="spellEnd"/>
      <w:r>
        <w:rPr>
          <w:rFonts w:eastAsia="Gill Sans MT"/>
        </w:rPr>
        <w:t xml:space="preserve">; @compcor) and edge-band (“crown”) regressors [@patriat_improved_2017] were additionally computed and are available in the confounds </w:t>
      </w:r>
      <w:proofErr w:type="gramStart"/>
      <w:r>
        <w:rPr>
          <w:rFonts w:eastAsia="Gill Sans MT"/>
        </w:rPr>
        <w:t>file, but</w:t>
      </w:r>
      <w:proofErr w:type="gramEnd"/>
      <w:r>
        <w:rPr>
          <w:rFonts w:eastAsia="Gill Sans MT"/>
        </w:rPr>
        <w:t xml:space="preserve"> were not used in the present analysis (nuisance regression is specified in the main text). Head-motion and global-signal series were expanded with their temporal derivatives and quadratic terms [@confounds_satterthwaite_2013]. Frames exceeding 0.5 mm FD or 1.5 standardized DVARS were annotated as motion outliers. All </w:t>
      </w:r>
      <w:proofErr w:type="spellStart"/>
      <w:r>
        <w:rPr>
          <w:rFonts w:eastAsia="Gill Sans MT"/>
        </w:rPr>
        <w:t>resamplings</w:t>
      </w:r>
      <w:proofErr w:type="spellEnd"/>
      <w:r>
        <w:rPr>
          <w:rFonts w:eastAsia="Gill Sans MT"/>
        </w:rPr>
        <w:t xml:space="preserve"> were performed with a single interpolation step by composing all pertinent transformations (head-motion transform matrices and co-registrations to anatomical and output spaces); gridded (volumetric) </w:t>
      </w:r>
      <w:proofErr w:type="spellStart"/>
      <w:r>
        <w:rPr>
          <w:rFonts w:eastAsia="Gill Sans MT"/>
        </w:rPr>
        <w:t>resamplings</w:t>
      </w:r>
      <w:proofErr w:type="spellEnd"/>
      <w:r>
        <w:rPr>
          <w:rFonts w:eastAsia="Gill Sans MT"/>
        </w:rPr>
        <w:t xml:space="preserve"> were performed using </w:t>
      </w:r>
      <w:proofErr w:type="spellStart"/>
      <w:r>
        <w:rPr>
          <w:rFonts w:eastAsia="Consolas"/>
        </w:rPr>
        <w:t>nitransforms</w:t>
      </w:r>
      <w:proofErr w:type="spellEnd"/>
      <w:r>
        <w:rPr>
          <w:rFonts w:eastAsia="Gill Sans MT"/>
        </w:rPr>
        <w:t>, configured with cubic B-spline interpolation.</w:t>
      </w:r>
    </w:p>
    <w:p w14:paraId="1E78FD97" w14:textId="77777777" w:rsidR="00297D2C" w:rsidRPr="005730EA" w:rsidRDefault="00297D2C" w:rsidP="00297D2C">
      <w:pPr>
        <w:spacing w:after="160" w:line="360" w:lineRule="auto"/>
        <w:jc w:val="both"/>
      </w:pPr>
      <w:r>
        <w:rPr>
          <w:rFonts w:eastAsia="Gill Sans MT"/>
        </w:rPr>
        <w:lastRenderedPageBreak/>
        <w:t xml:space="preserve">Many internal operations of </w:t>
      </w:r>
      <w:proofErr w:type="spellStart"/>
      <w:r>
        <w:rPr>
          <w:rFonts w:eastAsia="Gill Sans MT"/>
          <w:i/>
          <w:iCs/>
        </w:rPr>
        <w:t>fMRIPrep</w:t>
      </w:r>
      <w:proofErr w:type="spellEnd"/>
      <w:r>
        <w:rPr>
          <w:rFonts w:eastAsia="Gill Sans MT"/>
        </w:rPr>
        <w:t xml:space="preserve"> use </w:t>
      </w:r>
      <w:proofErr w:type="spellStart"/>
      <w:r>
        <w:rPr>
          <w:rFonts w:eastAsia="Gill Sans MT"/>
          <w:i/>
          <w:iCs/>
        </w:rPr>
        <w:t>Nilearn</w:t>
      </w:r>
      <w:proofErr w:type="spellEnd"/>
      <w:r>
        <w:rPr>
          <w:rFonts w:eastAsia="Gill Sans MT"/>
        </w:rPr>
        <w:t xml:space="preserve"> 0.10.4 [@nilearn, RRID:SCR_001362], mostly within the functional processing workflow. For more details of the pipeline, see the section corresponding to workflows in </w:t>
      </w:r>
      <w:proofErr w:type="spellStart"/>
      <w:r>
        <w:rPr>
          <w:rFonts w:eastAsia="Gill Sans MT"/>
          <w:i/>
          <w:iCs/>
        </w:rPr>
        <w:t>fMRIPrep</w:t>
      </w:r>
      <w:r>
        <w:rPr>
          <w:rFonts w:eastAsia="Gill Sans MT"/>
        </w:rPr>
        <w:t>'s</w:t>
      </w:r>
      <w:proofErr w:type="spellEnd"/>
      <w:r>
        <w:rPr>
          <w:rFonts w:eastAsia="Gill Sans MT"/>
        </w:rPr>
        <w:t xml:space="preserve"> documentation.</w:t>
      </w:r>
    </w:p>
    <w:p w14:paraId="22A53DDC" w14:textId="77777777" w:rsidR="00297D2C" w:rsidRDefault="00297D2C" w:rsidP="00297D2C">
      <w:pPr>
        <w:spacing w:after="160" w:line="360" w:lineRule="auto"/>
        <w:jc w:val="both"/>
        <w:rPr>
          <w:rFonts w:eastAsia="Gill Sans MT"/>
          <w:b/>
          <w:bCs/>
          <w:sz w:val="32"/>
          <w:szCs w:val="32"/>
        </w:rPr>
      </w:pPr>
    </w:p>
    <w:p w14:paraId="3842D6A5" w14:textId="77777777" w:rsidR="00297D2C" w:rsidRDefault="00297D2C" w:rsidP="00297D2C">
      <w:pPr>
        <w:spacing w:line="360" w:lineRule="auto"/>
        <w:jc w:val="both"/>
        <w:rPr>
          <w:rFonts w:eastAsia="Gill Sans MT"/>
          <w:b/>
          <w:bCs/>
          <w:sz w:val="32"/>
          <w:szCs w:val="32"/>
        </w:rPr>
      </w:pPr>
      <w:r>
        <w:rPr>
          <w:rFonts w:eastAsia="Gill Sans MT"/>
          <w:b/>
          <w:bCs/>
          <w:sz w:val="32"/>
          <w:szCs w:val="32"/>
        </w:rPr>
        <w:t>Region of Interest Resampling</w:t>
      </w:r>
    </w:p>
    <w:p w14:paraId="77315AD8" w14:textId="77777777" w:rsidR="00297D2C" w:rsidRDefault="00297D2C" w:rsidP="00297D2C">
      <w:pPr>
        <w:spacing w:line="360" w:lineRule="auto"/>
        <w:jc w:val="both"/>
      </w:pPr>
      <w:r>
        <w:t xml:space="preserve">The hippocampus, amygdala, and anterior cingulate cortex were defined from each participant's own </w:t>
      </w:r>
      <w:proofErr w:type="spellStart"/>
      <w:r>
        <w:t>FreeSurfer</w:t>
      </w:r>
      <w:proofErr w:type="spellEnd"/>
      <w:r>
        <w:t xml:space="preserve"> segmentation, matching the definitions used for the volumetric analysis. The hippocampus and amygdala were taken from the subcortical (</w:t>
      </w:r>
      <w:proofErr w:type="spellStart"/>
      <w:r>
        <w:t>aseg</w:t>
      </w:r>
      <w:proofErr w:type="spellEnd"/>
      <w:r>
        <w:t xml:space="preserve">) segmentation, and the anterior cingulate cortex from the </w:t>
      </w:r>
      <w:proofErr w:type="spellStart"/>
      <w:r>
        <w:t>Destrieux</w:t>
      </w:r>
      <w:proofErr w:type="spellEnd"/>
      <w:r>
        <w:t xml:space="preserve"> (</w:t>
      </w:r>
      <w:proofErr w:type="gramStart"/>
      <w:r>
        <w:t>aparc.a</w:t>
      </w:r>
      <w:proofErr w:type="gramEnd"/>
      <w:r>
        <w:t xml:space="preserve">2009s) parcellation as the combined gyrus and sulcus of the anterior cingulate. All three regions were read from a single per-participant parcellation, so the functional and structural regions were the same physical structures in the same subject. Each participant's segmentation was resampled from </w:t>
      </w:r>
      <w:proofErr w:type="spellStart"/>
      <w:r>
        <w:t>FreeSurfer</w:t>
      </w:r>
      <w:proofErr w:type="spellEnd"/>
      <w:r>
        <w:t xml:space="preserve"> space onto the functional grid (MNI152NLin6Asym, 2 mm isotropic) by composing the </w:t>
      </w:r>
      <w:proofErr w:type="spellStart"/>
      <w:r>
        <w:t>FreeSurfer</w:t>
      </w:r>
      <w:proofErr w:type="spellEnd"/>
      <w:r>
        <w:t xml:space="preserve">-to-anatomical and anatomical-to-standard transforms estimated during preprocessing, with nearest-neighbour interpolation to preserve label boundaries. Resampling targeted the </w:t>
      </w:r>
      <w:proofErr w:type="spellStart"/>
      <w:r>
        <w:t>preprocessed</w:t>
      </w:r>
      <w:proofErr w:type="spellEnd"/>
      <w:r>
        <w:t xml:space="preserve"> BOLD reference image directly, placing each region in exact voxel correspondence with the functional data. The anatomical fidelity of each resampled region was then checked in standard space. For every region we computed the centroid of the resampled label and measured its Euclidean distance from the expected MNI coordinate for that structure. Regions were required to fall within 15 mm of that coordinate. The distance criterion was applied to the four lateral subcortical regions (the left and right amygdala and hippocampus), which lie off the midline and are the most sensitive to registration error, and every region was additionally required to contain at least one labelled voxel. Participants who failed either criterion were flagged for review, so that failed warps were identified rather than carried into the connectivity analysis.</w:t>
      </w:r>
    </w:p>
    <w:p w14:paraId="3B7707AE" w14:textId="77777777" w:rsidR="00297D2C" w:rsidRPr="005730EA" w:rsidRDefault="00297D2C" w:rsidP="00297D2C">
      <w:pPr>
        <w:spacing w:before="240" w:after="240"/>
        <w:rPr>
          <w:rFonts w:eastAsia="Aptos"/>
          <w:b/>
          <w:bCs/>
          <w:sz w:val="32"/>
          <w:szCs w:val="32"/>
        </w:rPr>
      </w:pPr>
      <w:r>
        <w:rPr>
          <w:rFonts w:eastAsia="Aptos"/>
          <w:b/>
          <w:bCs/>
          <w:sz w:val="32"/>
          <w:szCs w:val="32"/>
        </w:rPr>
        <w:t>Functional Connectivity Analysis</w:t>
      </w:r>
    </w:p>
    <w:p w14:paraId="606E77C0" w14:textId="77777777" w:rsidR="00297D2C" w:rsidRPr="009D4799" w:rsidRDefault="00297D2C" w:rsidP="00297D2C">
      <w:pPr>
        <w:spacing w:before="240" w:after="240" w:line="360" w:lineRule="auto"/>
        <w:jc w:val="both"/>
        <w:rPr>
          <w:rFonts w:eastAsia="Aptos"/>
        </w:rPr>
      </w:pPr>
      <w:r>
        <w:rPr>
          <w:rFonts w:eastAsia="Aptos"/>
        </w:rPr>
        <w:t xml:space="preserve">For network-level analyses, regional time series were extracted in MNI152NLin6Asym space using a combined parcellation comprising the above extracted subcortical regions and 400-region Schaefer 7-network cortical atlas. Nuisance regression, temporal filtering, and standardisation were applied in a single step during </w:t>
      </w:r>
      <w:proofErr w:type="gramStart"/>
      <w:r>
        <w:rPr>
          <w:rFonts w:eastAsia="Aptos"/>
        </w:rPr>
        <w:t>extraction:</w:t>
      </w:r>
      <w:proofErr w:type="gramEnd"/>
      <w:r>
        <w:rPr>
          <w:rFonts w:eastAsia="Aptos"/>
        </w:rPr>
        <w:t xml:space="preserve"> confounds comprised the six rigid-body motion parameters together with their temporal derivatives, and the mean white </w:t>
      </w:r>
      <w:r>
        <w:rPr>
          <w:rFonts w:eastAsia="Aptos"/>
        </w:rPr>
        <w:lastRenderedPageBreak/>
        <w:t xml:space="preserve">matter, mean cerebrospinal fluid, and whole-brain global signals; the time series were simultaneously linearly detrended, band-pass filtered between 0.01 and 0.1 Hz, and z-scored. Functional connectivity was estimated as the Pearson correlation between the time series of each pair of regions and Fisher </w:t>
      </w:r>
      <w:proofErr w:type="gramStart"/>
      <w:r>
        <w:rPr>
          <w:rFonts w:eastAsia="Aptos"/>
        </w:rPr>
        <w:t>z-transformed</w:t>
      </w:r>
      <w:proofErr w:type="gramEnd"/>
      <w:r>
        <w:rPr>
          <w:rFonts w:eastAsia="Aptos"/>
        </w:rPr>
        <w:t xml:space="preserve">. </w:t>
      </w:r>
      <w:r>
        <w:t>Cortical regions were assigned to the seven Yeo networks. Network-level connectivity was summarised as the mean connectivity of the limbic network with each cortical network and with the whole cortex. For the subcortical analysis, functional connectivity was computed between the hippocampus, amygdala, and anterior cingulate cortex (both pairwise and to the limbic network).</w:t>
      </w:r>
    </w:p>
    <w:p w14:paraId="08F4DCEA" w14:textId="77777777" w:rsidR="00297D2C" w:rsidRDefault="00297D2C" w:rsidP="00297D2C">
      <w:pPr>
        <w:rPr>
          <w:lang w:eastAsia="en-US"/>
        </w:rPr>
      </w:pPr>
    </w:p>
    <w:p w14:paraId="34CBC085" w14:textId="77777777" w:rsidR="00297D2C" w:rsidRDefault="00297D2C" w:rsidP="00297D2C">
      <w:pPr>
        <w:spacing w:before="240" w:after="240"/>
        <w:rPr>
          <w:rFonts w:eastAsia="Aptos"/>
          <w:b/>
          <w:bCs/>
          <w:sz w:val="32"/>
          <w:szCs w:val="32"/>
        </w:rPr>
      </w:pPr>
      <w:r>
        <w:rPr>
          <w:rFonts w:eastAsia="Aptos"/>
          <w:b/>
          <w:bCs/>
          <w:sz w:val="32"/>
          <w:szCs w:val="32"/>
        </w:rPr>
        <w:t>Limbic vulnerability index</w:t>
      </w:r>
    </w:p>
    <w:p w14:paraId="07A57B0C" w14:textId="77777777" w:rsidR="00297D2C" w:rsidRPr="00FB498C" w:rsidRDefault="00297D2C" w:rsidP="00297D2C">
      <w:pPr>
        <w:spacing w:before="240" w:after="240" w:line="360" w:lineRule="auto"/>
        <w:jc w:val="both"/>
        <w:rPr>
          <w:rFonts w:eastAsia="Aptos"/>
        </w:rPr>
      </w:pPr>
      <w:r>
        <w:rPr>
          <w:rFonts w:eastAsia="Aptos"/>
        </w:rPr>
        <w:t>To summarise limbic compromise within the derived structural and functional measures, we computed a normative Limbic Vulnerability Index (LVI) for each participant, in structural and functional forms. The structural index was based on three intracranial-volume-adjusted measures: the bilateral amygdala, the bilateral hippocampus, and the bilateral anterior cingulate cortex. The functional index was based on four resting-state measures capturing integration of the limbic network: the connectivity of the limbic network with the whole cortex, and the connectivity of the hippocampus, amygdala, and anterior cingulate cortex with the limbic network.</w:t>
      </w:r>
    </w:p>
    <w:p w14:paraId="726E2ED5" w14:textId="77777777" w:rsidR="00297D2C" w:rsidRPr="00FB498C" w:rsidRDefault="00297D2C" w:rsidP="00297D2C">
      <w:pPr>
        <w:spacing w:before="240" w:after="240" w:line="360" w:lineRule="auto"/>
        <w:jc w:val="both"/>
        <w:rPr>
          <w:rFonts w:eastAsia="Aptos"/>
        </w:rPr>
      </w:pPr>
      <w:r>
        <w:rPr>
          <w:rFonts w:eastAsia="Aptos"/>
        </w:rPr>
        <w:t>Each measure was converted to a w-score referenced to the healthy control distribution. For every measure, an ordinary least squares model regressing the measure on age and sex was fit in the healthy controls only. Each participant's w-score was defined as their observed value minus the value predicted by the control model, divided by the standard deviation of the control model residuals. w-scores were oriented so that higher values denote a greater departure from healthy expectation, that is lower volume or lower connectivity. The structural index (LVI structural) was computed as the mean of the three oriented structural w-scores and the functional index (LVI functional) as the mean of the four oriented functional w-scores. A combined index (LVI multimodal) was computed as the mean of the structural and functional indices. Each index was standardised to zero mean and unit standard deviation across the analysed sample, so that associations are expressed per standard deviation. Because each measure is referenced to the control age and sex distribution, the indices are adjusted for age and sex by construction.</w:t>
      </w:r>
    </w:p>
    <w:p w14:paraId="0807996B" w14:textId="77777777" w:rsidR="00297D2C" w:rsidRDefault="00297D2C" w:rsidP="00297D2C">
      <w:pPr>
        <w:rPr>
          <w:lang w:eastAsia="en-US"/>
        </w:rPr>
      </w:pPr>
    </w:p>
    <w:p w14:paraId="269550E6" w14:textId="77777777" w:rsidR="00297D2C" w:rsidRDefault="00297D2C" w:rsidP="00297D2C">
      <w:pPr>
        <w:spacing w:before="240" w:after="240"/>
        <w:rPr>
          <w:rFonts w:eastAsia="Aptos"/>
          <w:b/>
          <w:bCs/>
          <w:sz w:val="32"/>
          <w:szCs w:val="32"/>
        </w:rPr>
      </w:pPr>
      <w:r>
        <w:rPr>
          <w:rFonts w:eastAsia="Aptos"/>
          <w:b/>
          <w:bCs/>
          <w:sz w:val="32"/>
          <w:szCs w:val="32"/>
        </w:rPr>
        <w:t>Statistical Analysis</w:t>
      </w:r>
    </w:p>
    <w:p w14:paraId="494D55C8" w14:textId="77777777" w:rsidR="00297D2C" w:rsidRDefault="00297D2C" w:rsidP="00297D2C">
      <w:pPr>
        <w:pStyle w:val="font-claude-response-body"/>
        <w:spacing w:line="360" w:lineRule="auto"/>
        <w:jc w:val="both"/>
      </w:pPr>
      <w:r>
        <w:t>Group differences in limbic imaging measures and in the Limbic Vulnerability Indices were assessed across all four diagnostic groups using general linear models, with each measure as the outcome and diagnostic group as the predictor, adjusting for age and sex. For each measure we first fit an omnibus model testing the overall effect of group (four-level factor), reported as an F statistic. We then estimated a pre-specified set of pairwise contrasts from the same pooled model: isolated REM sleep behaviour disorder (</w:t>
      </w:r>
      <w:proofErr w:type="spellStart"/>
      <w:r>
        <w:t>iRBD</w:t>
      </w:r>
      <w:proofErr w:type="spellEnd"/>
      <w:r>
        <w:t>) versus each other group, and PD-RBD versus PD-</w:t>
      </w:r>
      <w:proofErr w:type="spellStart"/>
      <w:r>
        <w:t>nRBD</w:t>
      </w:r>
      <w:proofErr w:type="spellEnd"/>
      <w:r>
        <w:t>. Each outcome was standardised across the analysis sample, so the resulting beta (β) reflects the between-group difference in standard deviation units, with positive values in the direction of the first-named group. Age and sex were included as covariates throughout. For all limbic measures other than the Limbic Vulnerability Indices, we additionally applied Benjamini-Hochberg false discovery rate correction within each measure family.</w:t>
      </w:r>
    </w:p>
    <w:p w14:paraId="36E0A569" w14:textId="3792C1EE" w:rsidR="00297D2C" w:rsidRDefault="00297D2C" w:rsidP="00297D2C">
      <w:pPr>
        <w:spacing w:line="360" w:lineRule="auto"/>
        <w:jc w:val="both"/>
        <w:rPr>
          <w:rFonts w:eastAsia="Aptos"/>
          <w:b/>
          <w:bCs/>
          <w:sz w:val="32"/>
          <w:szCs w:val="32"/>
        </w:rPr>
      </w:pPr>
      <w:r>
        <w:t xml:space="preserve">Relationships between limbic imaging measures and molecular markers were examined within the polysomnography-confirmed </w:t>
      </w:r>
      <w:proofErr w:type="spellStart"/>
      <w:r>
        <w:t>iRBD</w:t>
      </w:r>
      <w:proofErr w:type="spellEnd"/>
      <w:r>
        <w:t xml:space="preserve"> group. These markers were available in overlapping subsets of the 175 participants: dopamine transporter imaging in 173 (98.9%), and cerebrospinal fluid amyloid-β in 103 (58.9%) and </w:t>
      </w:r>
      <w:r w:rsidR="009268D9">
        <w:t xml:space="preserve">plasma </w:t>
      </w:r>
      <w:r>
        <w:t>p-</w:t>
      </w:r>
      <w:r w:rsidR="009268D9">
        <w:t>t</w:t>
      </w:r>
      <w:r>
        <w:t xml:space="preserve">au-217 in 100 (57.1%). Associations were therefore restricted to participants with the relevant data, and the sample size is reported for each association. Each participant's biomarker value was matched </w:t>
      </w:r>
      <w:r w:rsidR="001C43AF">
        <w:t xml:space="preserve">within 6 months </w:t>
      </w:r>
      <w:r>
        <w:t xml:space="preserve">to the visit at which their MRI was acquired. </w:t>
      </w:r>
      <w:proofErr w:type="spellStart"/>
      <w:proofErr w:type="gramStart"/>
      <w:r>
        <w:t>Spearmans</w:t>
      </w:r>
      <w:proofErr w:type="spellEnd"/>
      <w:proofErr w:type="gramEnd"/>
      <w:r>
        <w:t xml:space="preserve"> correlations were analysed between biomarkers and functional/structural MRI measures. </w:t>
      </w:r>
    </w:p>
    <w:p w14:paraId="6336791F" w14:textId="77777777" w:rsidR="00297D2C" w:rsidRDefault="00297D2C" w:rsidP="00297D2C">
      <w:pPr>
        <w:rPr>
          <w:rFonts w:eastAsia="Aptos"/>
          <w:b/>
          <w:bCs/>
          <w:sz w:val="32"/>
          <w:szCs w:val="32"/>
        </w:rPr>
      </w:pPr>
    </w:p>
    <w:p w14:paraId="3BD17B25" w14:textId="77777777" w:rsidR="00297D2C" w:rsidRDefault="00297D2C" w:rsidP="00297D2C">
      <w:pPr>
        <w:spacing w:before="240" w:after="240"/>
        <w:rPr>
          <w:rFonts w:eastAsia="Aptos"/>
          <w:b/>
          <w:bCs/>
          <w:sz w:val="32"/>
          <w:szCs w:val="32"/>
        </w:rPr>
      </w:pPr>
      <w:r>
        <w:rPr>
          <w:rFonts w:eastAsia="Aptos"/>
          <w:b/>
          <w:bCs/>
          <w:sz w:val="32"/>
          <w:szCs w:val="32"/>
        </w:rPr>
        <w:t>Survival Analysis</w:t>
      </w:r>
    </w:p>
    <w:p w14:paraId="6E6E0EF5" w14:textId="77777777" w:rsidR="00297D2C" w:rsidRDefault="00297D2C" w:rsidP="00297D2C">
      <w:pPr>
        <w:spacing w:before="240" w:after="240" w:line="360" w:lineRule="auto"/>
        <w:jc w:val="both"/>
        <w:rPr>
          <w:rFonts w:eastAsia="Aptos"/>
          <w:b/>
          <w:bCs/>
          <w:sz w:val="32"/>
          <w:szCs w:val="32"/>
        </w:rPr>
      </w:pPr>
      <w:r>
        <w:t xml:space="preserve">Within the polysomnography-confirmed </w:t>
      </w:r>
      <w:proofErr w:type="spellStart"/>
      <w:r>
        <w:t>iRBD</w:t>
      </w:r>
      <w:proofErr w:type="spellEnd"/>
      <w:r>
        <w:t xml:space="preserve"> group, development of visual hallucinations was assessed (defined as the first follow-up assessment with </w:t>
      </w:r>
      <w:proofErr w:type="gramStart"/>
      <w:r>
        <w:t>a</w:t>
      </w:r>
      <w:proofErr w:type="gramEnd"/>
      <w:r>
        <w:t xml:space="preserve"> MDS-UPDRS Part I hallucinations item score above zero) using Cox proportional hazards models. For each endpoint, participants meeting the endpoint at baseline were excluded, and time was measured from the baseline scan to the first assessment meeting the endpoint, or to the last available assessment for those who did not. Each imaging measure was entered as a separate predictor, standardised and adjusted for age and sex, with hazard ratios expressed per one standard deviation. For the Limbic Vulnerability Indices, higher values denote greater vulnerability, </w:t>
      </w:r>
      <w:r>
        <w:lastRenderedPageBreak/>
        <w:t>such that a hazard ratio above one indicates higher risk with greater vulnerability; for individual volumes and connectivity measures, hazard ratios are expressed per one standard deviation decrease, so that a hazard ratio above one uniformly denotes higher risk with lower volume or connectivity. The number of events is reported for each model. The proportional hazards assumption was assessed for all Cox models using the test of scaled Schoenfeld residuals against rank-transformed survival time.</w:t>
      </w:r>
    </w:p>
    <w:p w14:paraId="0F40C903" w14:textId="77777777" w:rsidR="00297D2C" w:rsidRPr="00BD2F39" w:rsidRDefault="00297D2C" w:rsidP="00297D2C">
      <w:pPr>
        <w:rPr>
          <w:lang w:eastAsia="en-US"/>
        </w:rPr>
      </w:pPr>
    </w:p>
    <w:p w14:paraId="436C433E" w14:textId="77777777" w:rsidR="00297D2C" w:rsidRDefault="00297D2C" w:rsidP="00297D2C">
      <w:pPr>
        <w:pStyle w:val="font-claude-response-body"/>
        <w:spacing w:line="360" w:lineRule="auto"/>
        <w:jc w:val="both"/>
      </w:pPr>
    </w:p>
    <w:p w14:paraId="2B5C827B" w14:textId="77777777" w:rsidR="00297D2C" w:rsidRDefault="00297D2C" w:rsidP="00297D2C">
      <w:pPr>
        <w:pStyle w:val="font-claude-response-body"/>
        <w:spacing w:line="360" w:lineRule="auto"/>
        <w:jc w:val="both"/>
      </w:pPr>
    </w:p>
    <w:p w14:paraId="1706842D" w14:textId="77777777" w:rsidR="00297D2C" w:rsidRDefault="00297D2C" w:rsidP="00297D2C">
      <w:pPr>
        <w:pStyle w:val="font-claude-response-body"/>
        <w:spacing w:line="360" w:lineRule="auto"/>
        <w:jc w:val="both"/>
      </w:pPr>
    </w:p>
    <w:p w14:paraId="70095D81" w14:textId="77777777" w:rsidR="00297D2C" w:rsidRDefault="00297D2C" w:rsidP="00297D2C">
      <w:pPr>
        <w:spacing w:after="160" w:line="278" w:lineRule="auto"/>
        <w:rPr>
          <w:rFonts w:eastAsiaTheme="majorEastAsia"/>
          <w:b/>
          <w:bCs/>
          <w:color w:val="000000" w:themeColor="text1"/>
          <w:sz w:val="40"/>
          <w:szCs w:val="40"/>
        </w:rPr>
      </w:pPr>
      <w:r>
        <w:rPr>
          <w:b/>
          <w:bCs/>
          <w:color w:val="000000" w:themeColor="text1"/>
        </w:rPr>
        <w:br w:type="page"/>
      </w:r>
    </w:p>
    <w:p w14:paraId="32550FAE" w14:textId="77777777" w:rsidR="00297D2C" w:rsidRPr="00363600" w:rsidRDefault="00297D2C" w:rsidP="00297D2C">
      <w:pPr>
        <w:pStyle w:val="Heading1"/>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Supplementary Tables</w:t>
      </w:r>
    </w:p>
    <w:p w14:paraId="04475CC2" w14:textId="77777777" w:rsidR="00297D2C" w:rsidRDefault="00297D2C" w:rsidP="00297D2C"/>
    <w:p w14:paraId="40BE2A16" w14:textId="77777777" w:rsidR="00297D2C" w:rsidRDefault="00297D2C" w:rsidP="00297D2C">
      <w:r>
        <w:rPr>
          <w:rFonts w:ascii="Gill Sans MT" w:eastAsia="Gill Sans MT" w:hAnsi="Gill Sans MT" w:cs="Gill Sans MT"/>
          <w:b/>
          <w:bCs/>
          <w:sz w:val="16"/>
          <w:szCs w:val="16"/>
        </w:rPr>
        <w:t>Supplementary Table 1: Full limbic measures in Lewy body disease</w:t>
      </w:r>
    </w:p>
    <w:p w14:paraId="5A615CE4" w14:textId="77777777" w:rsidR="00297D2C" w:rsidRPr="00937D18" w:rsidRDefault="00297D2C" w:rsidP="00297D2C"/>
    <w:tbl>
      <w:tblPr>
        <w:tblStyle w:val="TableGrid1"/>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135"/>
        <w:gridCol w:w="992"/>
        <w:gridCol w:w="1134"/>
        <w:gridCol w:w="1276"/>
        <w:gridCol w:w="1134"/>
        <w:gridCol w:w="1275"/>
        <w:gridCol w:w="1134"/>
        <w:gridCol w:w="1276"/>
      </w:tblGrid>
      <w:tr w:rsidR="00297D2C" w:rsidRPr="00E65AD3" w14:paraId="72B9F013" w14:textId="77777777" w:rsidTr="007B2FD8">
        <w:trPr>
          <w:trHeight w:val="483"/>
        </w:trPr>
        <w:tc>
          <w:tcPr>
            <w:tcW w:w="9356" w:type="dxa"/>
            <w:gridSpan w:val="8"/>
            <w:tcBorders>
              <w:top w:val="single" w:sz="4" w:space="0" w:color="auto"/>
            </w:tcBorders>
            <w:shd w:val="clear" w:color="auto" w:fill="FFFFFF" w:themeFill="background1"/>
            <w:vAlign w:val="center"/>
          </w:tcPr>
          <w:p w14:paraId="64357AEE" w14:textId="77777777" w:rsidR="00297D2C" w:rsidRPr="002561DC" w:rsidRDefault="00297D2C" w:rsidP="007B2FD8">
            <w:pPr>
              <w:spacing w:line="276" w:lineRule="auto"/>
              <w:jc w:val="center"/>
              <w:rPr>
                <w:rFonts w:ascii="Gill Sans MT" w:eastAsia="MS Mincho" w:hAnsi="Gill Sans MT" w:cs="Calibri"/>
                <w:bCs/>
                <w:sz w:val="20"/>
                <w:szCs w:val="20"/>
                <w:lang w:eastAsia="en-US"/>
              </w:rPr>
            </w:pPr>
            <w:r>
              <w:rPr>
                <w:rFonts w:ascii="Gill Sans MT" w:eastAsia="MS Mincho" w:hAnsi="Gill Sans MT" w:cs="Calibri"/>
                <w:bCs/>
                <w:i/>
                <w:sz w:val="20"/>
                <w:szCs w:val="20"/>
                <w:lang w:eastAsia="en-US"/>
              </w:rPr>
              <w:t>Limbic vulnerability indices</w:t>
            </w:r>
          </w:p>
        </w:tc>
      </w:tr>
      <w:tr w:rsidR="00297D2C" w:rsidRPr="00E65AD3" w14:paraId="54272B0E" w14:textId="77777777" w:rsidTr="007B2FD8">
        <w:trPr>
          <w:trHeight w:val="75"/>
        </w:trPr>
        <w:tc>
          <w:tcPr>
            <w:tcW w:w="1135" w:type="dxa"/>
            <w:tcBorders>
              <w:bottom w:val="single" w:sz="4" w:space="0" w:color="auto"/>
            </w:tcBorders>
            <w:shd w:val="clear" w:color="auto" w:fill="FFFFFF" w:themeFill="background1"/>
          </w:tcPr>
          <w:p w14:paraId="623BED2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Measure</w:t>
            </w:r>
          </w:p>
        </w:tc>
        <w:tc>
          <w:tcPr>
            <w:tcW w:w="992" w:type="dxa"/>
            <w:tcBorders>
              <w:bottom w:val="single" w:sz="4" w:space="0" w:color="auto"/>
            </w:tcBorders>
            <w:shd w:val="clear" w:color="auto" w:fill="FFFFFF" w:themeFill="background1"/>
          </w:tcPr>
          <w:p w14:paraId="3005F2B8" w14:textId="77777777" w:rsidR="00297D2C" w:rsidRPr="00E65AD3" w:rsidRDefault="00297D2C" w:rsidP="007B2FD8">
            <w:pPr>
              <w:spacing w:line="276" w:lineRule="auto"/>
              <w:rPr>
                <w:rFonts w:ascii="Gill Sans MT" w:eastAsia="MS Mincho" w:hAnsi="Gill Sans MT" w:cs="Calibri"/>
                <w:b/>
                <w:sz w:val="15"/>
                <w:szCs w:val="15"/>
                <w:lang w:eastAsia="en-US"/>
              </w:rPr>
            </w:pPr>
            <w:r>
              <w:rPr>
                <w:rFonts w:ascii="Gill Sans MT" w:eastAsia="MS Mincho" w:hAnsi="Gill Sans MT" w:cs="Calibri"/>
                <w:b/>
                <w:sz w:val="15"/>
                <w:szCs w:val="15"/>
                <w:lang w:eastAsia="en-US"/>
              </w:rPr>
              <w:t>F statistic (p value)</w:t>
            </w:r>
          </w:p>
        </w:tc>
        <w:tc>
          <w:tcPr>
            <w:tcW w:w="1134" w:type="dxa"/>
            <w:tcBorders>
              <w:bottom w:val="single" w:sz="4" w:space="0" w:color="auto"/>
            </w:tcBorders>
            <w:shd w:val="clear" w:color="auto" w:fill="FFFFFF" w:themeFill="background1"/>
          </w:tcPr>
          <w:p w14:paraId="6F3D58DA" w14:textId="77777777" w:rsidR="00297D2C" w:rsidRPr="00E65AD3" w:rsidRDefault="00297D2C" w:rsidP="007B2FD8">
            <w:pPr>
              <w:spacing w:line="276" w:lineRule="auto"/>
              <w:rPr>
                <w:rFonts w:ascii="Gill Sans MT" w:eastAsia="MS Mincho" w:hAnsi="Gill Sans MT" w:cs="Calibri"/>
                <w:b/>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HC</w:t>
            </w:r>
          </w:p>
        </w:tc>
        <w:tc>
          <w:tcPr>
            <w:tcW w:w="1276" w:type="dxa"/>
            <w:tcBorders>
              <w:bottom w:val="single" w:sz="4" w:space="0" w:color="auto"/>
            </w:tcBorders>
            <w:shd w:val="clear" w:color="auto" w:fill="FFFFFF" w:themeFill="background1"/>
          </w:tcPr>
          <w:p w14:paraId="1F86A57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w:t>
            </w:r>
            <w:proofErr w:type="spellStart"/>
            <w:r>
              <w:rPr>
                <w:rFonts w:ascii="Gill Sans MT" w:eastAsia="MS Mincho" w:hAnsi="Gill Sans MT" w:cs="Calibri"/>
                <w:b/>
                <w:sz w:val="15"/>
                <w:szCs w:val="15"/>
                <w:lang w:eastAsia="en-US"/>
              </w:rPr>
              <w:t>nRBD</w:t>
            </w:r>
            <w:proofErr w:type="spellEnd"/>
            <w:r>
              <w:rPr>
                <w:rFonts w:ascii="Gill Sans MT" w:eastAsia="MS Mincho" w:hAnsi="Gill Sans MT" w:cs="Calibri"/>
                <w:b/>
                <w:sz w:val="15"/>
                <w:szCs w:val="15"/>
                <w:lang w:eastAsia="en-US"/>
              </w:rPr>
              <w:t xml:space="preserve"> vs HC</w:t>
            </w:r>
          </w:p>
        </w:tc>
        <w:tc>
          <w:tcPr>
            <w:tcW w:w="1134" w:type="dxa"/>
            <w:tcBorders>
              <w:bottom w:val="single" w:sz="4" w:space="0" w:color="auto"/>
            </w:tcBorders>
            <w:shd w:val="clear" w:color="auto" w:fill="FFFFFF" w:themeFill="background1"/>
          </w:tcPr>
          <w:p w14:paraId="0B87CE2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PD-RBD vs HC</w:t>
            </w:r>
          </w:p>
        </w:tc>
        <w:tc>
          <w:tcPr>
            <w:tcW w:w="1275" w:type="dxa"/>
            <w:tcBorders>
              <w:bottom w:val="single" w:sz="4" w:space="0" w:color="auto"/>
            </w:tcBorders>
            <w:shd w:val="clear" w:color="auto" w:fill="FFFFFF" w:themeFill="background1"/>
          </w:tcPr>
          <w:p w14:paraId="73FD9AC4" w14:textId="77777777" w:rsidR="00297D2C" w:rsidRPr="00E65AD3" w:rsidRDefault="00297D2C" w:rsidP="007B2FD8">
            <w:pPr>
              <w:spacing w:line="276" w:lineRule="auto"/>
              <w:rPr>
                <w:rFonts w:ascii="Gill Sans MT" w:eastAsia="MS Mincho" w:hAnsi="Gill Sans MT" w:cs="Calibri"/>
                <w:b/>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w:t>
            </w:r>
            <w:proofErr w:type="spellStart"/>
            <w:r>
              <w:rPr>
                <w:rFonts w:ascii="Gill Sans MT" w:eastAsia="MS Mincho" w:hAnsi="Gill Sans MT" w:cs="Calibri"/>
                <w:b/>
                <w:sz w:val="15"/>
                <w:szCs w:val="15"/>
                <w:lang w:eastAsia="en-US"/>
              </w:rPr>
              <w:t>nRBD</w:t>
            </w:r>
            <w:proofErr w:type="spellEnd"/>
          </w:p>
        </w:tc>
        <w:tc>
          <w:tcPr>
            <w:tcW w:w="1134" w:type="dxa"/>
            <w:tcBorders>
              <w:bottom w:val="single" w:sz="4" w:space="0" w:color="auto"/>
            </w:tcBorders>
            <w:shd w:val="clear" w:color="auto" w:fill="FFFFFF" w:themeFill="background1"/>
          </w:tcPr>
          <w:p w14:paraId="63274C29" w14:textId="77777777" w:rsidR="00297D2C" w:rsidRPr="00E65AD3" w:rsidRDefault="00297D2C" w:rsidP="007B2FD8">
            <w:pPr>
              <w:spacing w:line="276" w:lineRule="auto"/>
              <w:rPr>
                <w:rFonts w:ascii="Gill Sans MT" w:eastAsia="MS Mincho" w:hAnsi="Gill Sans MT" w:cs="Calibri"/>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PD-RBD</w:t>
            </w:r>
          </w:p>
        </w:tc>
        <w:tc>
          <w:tcPr>
            <w:tcW w:w="1276" w:type="dxa"/>
            <w:tcBorders>
              <w:bottom w:val="single" w:sz="4" w:space="0" w:color="auto"/>
            </w:tcBorders>
            <w:shd w:val="clear" w:color="auto" w:fill="FFFFFF" w:themeFill="background1"/>
          </w:tcPr>
          <w:p w14:paraId="75A19D94" w14:textId="77777777" w:rsidR="00297D2C" w:rsidRPr="00E65AD3" w:rsidRDefault="00297D2C" w:rsidP="007B2FD8">
            <w:pPr>
              <w:spacing w:line="276" w:lineRule="auto"/>
              <w:rPr>
                <w:rFonts w:ascii="Gill Sans MT" w:eastAsia="MS Mincho" w:hAnsi="Gill Sans MT" w:cs="Calibri"/>
                <w:b/>
                <w:sz w:val="15"/>
                <w:szCs w:val="15"/>
                <w:lang w:eastAsia="en-US"/>
              </w:rPr>
            </w:pPr>
            <w:r>
              <w:rPr>
                <w:rFonts w:ascii="Gill Sans MT" w:eastAsia="MS Mincho" w:hAnsi="Gill Sans MT" w:cs="Calibri"/>
                <w:b/>
                <w:sz w:val="15"/>
                <w:szCs w:val="15"/>
                <w:lang w:eastAsia="en-US"/>
              </w:rPr>
              <w:t>PD-RBD vs PD-</w:t>
            </w:r>
            <w:proofErr w:type="spellStart"/>
            <w:r>
              <w:rPr>
                <w:rFonts w:ascii="Gill Sans MT" w:eastAsia="MS Mincho" w:hAnsi="Gill Sans MT" w:cs="Calibri"/>
                <w:b/>
                <w:sz w:val="15"/>
                <w:szCs w:val="15"/>
                <w:lang w:eastAsia="en-US"/>
              </w:rPr>
              <w:t>nRBD</w:t>
            </w:r>
            <w:proofErr w:type="spellEnd"/>
          </w:p>
        </w:tc>
      </w:tr>
      <w:tr w:rsidR="00297D2C" w:rsidRPr="00E65AD3" w14:paraId="170E4C21" w14:textId="77777777" w:rsidTr="007B2FD8">
        <w:trPr>
          <w:trHeight w:val="428"/>
        </w:trPr>
        <w:tc>
          <w:tcPr>
            <w:tcW w:w="1135" w:type="dxa"/>
            <w:tcBorders>
              <w:top w:val="single" w:sz="4" w:space="0" w:color="auto"/>
            </w:tcBorders>
            <w:shd w:val="clear" w:color="auto" w:fill="FFFFFF" w:themeFill="background1"/>
            <w:vAlign w:val="bottom"/>
          </w:tcPr>
          <w:p w14:paraId="7DAB8E5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LVI structural</w:t>
            </w:r>
          </w:p>
        </w:tc>
        <w:tc>
          <w:tcPr>
            <w:tcW w:w="992" w:type="dxa"/>
            <w:tcBorders>
              <w:top w:val="single" w:sz="4" w:space="0" w:color="auto"/>
            </w:tcBorders>
            <w:shd w:val="clear" w:color="auto" w:fill="FFFFFF" w:themeFill="background1"/>
            <w:vAlign w:val="bottom"/>
          </w:tcPr>
          <w:p w14:paraId="398008F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5.19 (p=0.002)</w:t>
            </w:r>
          </w:p>
        </w:tc>
        <w:tc>
          <w:tcPr>
            <w:tcW w:w="1134" w:type="dxa"/>
            <w:tcBorders>
              <w:top w:val="single" w:sz="4" w:space="0" w:color="auto"/>
            </w:tcBorders>
            <w:shd w:val="clear" w:color="auto" w:fill="FFFFFF" w:themeFill="background1"/>
            <w:vAlign w:val="bottom"/>
          </w:tcPr>
          <w:p w14:paraId="7FE53E3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+0.31 (p=0.</w:t>
            </w:r>
            <w:proofErr w:type="gramStart"/>
            <w:r>
              <w:rPr>
                <w:rFonts w:ascii="Gill Sans MT" w:eastAsia="MS Mincho" w:hAnsi="Gill Sans MT" w:cs="Calibri"/>
                <w:b/>
                <w:sz w:val="15"/>
                <w:szCs w:val="15"/>
                <w:lang w:eastAsia="en-US"/>
              </w:rPr>
              <w:t>043)*</w:t>
            </w:r>
            <w:proofErr w:type="gramEnd"/>
          </w:p>
        </w:tc>
        <w:tc>
          <w:tcPr>
            <w:tcW w:w="1276" w:type="dxa"/>
            <w:tcBorders>
              <w:top w:val="single" w:sz="4" w:space="0" w:color="auto"/>
            </w:tcBorders>
            <w:shd w:val="clear" w:color="auto" w:fill="FFFFFF" w:themeFill="background1"/>
            <w:vAlign w:val="bottom"/>
          </w:tcPr>
          <w:p w14:paraId="1890338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-0.06 (p=0.708)</w:t>
            </w:r>
          </w:p>
        </w:tc>
        <w:tc>
          <w:tcPr>
            <w:tcW w:w="1134" w:type="dxa"/>
            <w:tcBorders>
              <w:top w:val="single" w:sz="4" w:space="0" w:color="auto"/>
            </w:tcBorders>
            <w:shd w:val="clear" w:color="auto" w:fill="FFFFFF" w:themeFill="background1"/>
            <w:vAlign w:val="bottom"/>
          </w:tcPr>
          <w:p w14:paraId="6F146A7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+0.22 (p=0.192)</w:t>
            </w:r>
          </w:p>
        </w:tc>
        <w:tc>
          <w:tcPr>
            <w:tcW w:w="1275" w:type="dxa"/>
            <w:tcBorders>
              <w:top w:val="single" w:sz="4" w:space="0" w:color="auto"/>
            </w:tcBorders>
            <w:shd w:val="clear" w:color="auto" w:fill="FFFFFF" w:themeFill="background1"/>
            <w:vAlign w:val="bottom"/>
          </w:tcPr>
          <w:p w14:paraId="7D458DE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+0.36 (p=&lt;</w:t>
            </w:r>
            <w:proofErr w:type="gramStart"/>
            <w:r>
              <w:rPr>
                <w:rFonts w:ascii="Gill Sans MT" w:eastAsia="MS Mincho" w:hAnsi="Gill Sans MT" w:cs="Calibri"/>
                <w:b/>
                <w:sz w:val="15"/>
                <w:szCs w:val="15"/>
                <w:lang w:eastAsia="en-US"/>
              </w:rPr>
              <w:t>0.001)*</w:t>
            </w:r>
            <w:proofErr w:type="gramEnd"/>
          </w:p>
        </w:tc>
        <w:tc>
          <w:tcPr>
            <w:tcW w:w="1134" w:type="dxa"/>
            <w:tcBorders>
              <w:top w:val="single" w:sz="4" w:space="0" w:color="auto"/>
            </w:tcBorders>
            <w:shd w:val="clear" w:color="auto" w:fill="FFFFFF" w:themeFill="background1"/>
            <w:vAlign w:val="bottom"/>
          </w:tcPr>
          <w:p w14:paraId="7061D0F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+0.08 (p=0.521)</w:t>
            </w:r>
          </w:p>
        </w:tc>
        <w:tc>
          <w:tcPr>
            <w:tcW w:w="1276" w:type="dxa"/>
            <w:tcBorders>
              <w:top w:val="single" w:sz="4" w:space="0" w:color="auto"/>
            </w:tcBorders>
            <w:shd w:val="clear" w:color="auto" w:fill="FFFFFF" w:themeFill="background1"/>
            <w:vAlign w:val="bottom"/>
          </w:tcPr>
          <w:p w14:paraId="739ADC9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+0.28 (p=0.</w:t>
            </w:r>
            <w:proofErr w:type="gramStart"/>
            <w:r>
              <w:rPr>
                <w:rFonts w:ascii="Gill Sans MT" w:eastAsia="MS Mincho" w:hAnsi="Gill Sans MT" w:cs="Calibri"/>
                <w:b/>
                <w:sz w:val="15"/>
                <w:szCs w:val="15"/>
                <w:lang w:eastAsia="en-US"/>
              </w:rPr>
              <w:t>027)*</w:t>
            </w:r>
            <w:proofErr w:type="gramEnd"/>
          </w:p>
        </w:tc>
      </w:tr>
      <w:tr w:rsidR="00297D2C" w:rsidRPr="00E65AD3" w14:paraId="5CC5F827" w14:textId="77777777" w:rsidTr="007B2FD8">
        <w:trPr>
          <w:trHeight w:val="505"/>
        </w:trPr>
        <w:tc>
          <w:tcPr>
            <w:tcW w:w="1135" w:type="dxa"/>
            <w:shd w:val="clear" w:color="auto" w:fill="FFFFFF" w:themeFill="background1"/>
            <w:vAlign w:val="bottom"/>
          </w:tcPr>
          <w:p w14:paraId="1A8B406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LVI functional</w:t>
            </w:r>
          </w:p>
        </w:tc>
        <w:tc>
          <w:tcPr>
            <w:tcW w:w="992" w:type="dxa"/>
            <w:shd w:val="clear" w:color="auto" w:fill="FFFFFF" w:themeFill="background1"/>
            <w:vAlign w:val="bottom"/>
          </w:tcPr>
          <w:p w14:paraId="6B3305B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2.55 (p=0.055)</w:t>
            </w:r>
          </w:p>
        </w:tc>
        <w:tc>
          <w:tcPr>
            <w:tcW w:w="1134" w:type="dxa"/>
            <w:shd w:val="clear" w:color="auto" w:fill="FFFFFF" w:themeFill="background1"/>
            <w:vAlign w:val="bottom"/>
          </w:tcPr>
          <w:p w14:paraId="1F6F03D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+0.39 (p=0.</w:t>
            </w:r>
            <w:proofErr w:type="gramStart"/>
            <w:r>
              <w:rPr>
                <w:rFonts w:ascii="Gill Sans MT" w:eastAsia="MS Mincho" w:hAnsi="Gill Sans MT" w:cs="Calibri"/>
                <w:b/>
                <w:sz w:val="15"/>
                <w:szCs w:val="15"/>
                <w:lang w:eastAsia="en-US"/>
              </w:rPr>
              <w:t>014)*</w:t>
            </w:r>
            <w:proofErr w:type="gramEnd"/>
          </w:p>
        </w:tc>
        <w:tc>
          <w:tcPr>
            <w:tcW w:w="1276" w:type="dxa"/>
            <w:shd w:val="clear" w:color="auto" w:fill="FFFFFF" w:themeFill="background1"/>
            <w:vAlign w:val="bottom"/>
          </w:tcPr>
          <w:p w14:paraId="00F3182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+0.18 (p=0.240)</w:t>
            </w:r>
          </w:p>
        </w:tc>
        <w:tc>
          <w:tcPr>
            <w:tcW w:w="1134" w:type="dxa"/>
            <w:shd w:val="clear" w:color="auto" w:fill="FFFFFF" w:themeFill="background1"/>
            <w:vAlign w:val="bottom"/>
          </w:tcPr>
          <w:p w14:paraId="08F2BA8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+0.26 (p=0.135)</w:t>
            </w:r>
          </w:p>
        </w:tc>
        <w:tc>
          <w:tcPr>
            <w:tcW w:w="1275" w:type="dxa"/>
            <w:shd w:val="clear" w:color="auto" w:fill="FFFFFF" w:themeFill="background1"/>
            <w:vAlign w:val="bottom"/>
          </w:tcPr>
          <w:p w14:paraId="62EBB55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+0.21 (p=0.</w:t>
            </w:r>
            <w:proofErr w:type="gramStart"/>
            <w:r>
              <w:rPr>
                <w:rFonts w:ascii="Gill Sans MT" w:eastAsia="MS Mincho" w:hAnsi="Gill Sans MT" w:cs="Calibri"/>
                <w:b/>
                <w:sz w:val="15"/>
                <w:szCs w:val="15"/>
                <w:lang w:eastAsia="en-US"/>
              </w:rPr>
              <w:t>038)*</w:t>
            </w:r>
            <w:proofErr w:type="gramEnd"/>
          </w:p>
        </w:tc>
        <w:tc>
          <w:tcPr>
            <w:tcW w:w="1134" w:type="dxa"/>
            <w:shd w:val="clear" w:color="auto" w:fill="FFFFFF" w:themeFill="background1"/>
            <w:vAlign w:val="bottom"/>
          </w:tcPr>
          <w:p w14:paraId="0799F66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+0.12 (p=0.365)</w:t>
            </w:r>
          </w:p>
        </w:tc>
        <w:tc>
          <w:tcPr>
            <w:tcW w:w="1276" w:type="dxa"/>
            <w:shd w:val="clear" w:color="auto" w:fill="FFFFFF" w:themeFill="background1"/>
            <w:vAlign w:val="bottom"/>
          </w:tcPr>
          <w:p w14:paraId="388EE3C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+0.09 (p=0.505)</w:t>
            </w:r>
          </w:p>
        </w:tc>
      </w:tr>
      <w:tr w:rsidR="00297D2C" w:rsidRPr="00E65AD3" w14:paraId="3276C813" w14:textId="77777777" w:rsidTr="007B2FD8">
        <w:trPr>
          <w:trHeight w:val="581"/>
        </w:trPr>
        <w:tc>
          <w:tcPr>
            <w:tcW w:w="1135" w:type="dxa"/>
            <w:shd w:val="clear" w:color="auto" w:fill="FFFFFF" w:themeFill="background1"/>
            <w:vAlign w:val="bottom"/>
          </w:tcPr>
          <w:p w14:paraId="31CDD15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LVI multimodal</w:t>
            </w:r>
          </w:p>
        </w:tc>
        <w:tc>
          <w:tcPr>
            <w:tcW w:w="992" w:type="dxa"/>
            <w:shd w:val="clear" w:color="auto" w:fill="FFFFFF" w:themeFill="background1"/>
            <w:vAlign w:val="bottom"/>
          </w:tcPr>
          <w:p w14:paraId="3FE533B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6.68 (p=&lt;0.001)</w:t>
            </w:r>
          </w:p>
        </w:tc>
        <w:tc>
          <w:tcPr>
            <w:tcW w:w="1134" w:type="dxa"/>
            <w:shd w:val="clear" w:color="auto" w:fill="FFFFFF" w:themeFill="background1"/>
            <w:vAlign w:val="bottom"/>
          </w:tcPr>
          <w:p w14:paraId="56FE2BB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+0.48 (p=0.</w:t>
            </w:r>
            <w:proofErr w:type="gramStart"/>
            <w:r>
              <w:rPr>
                <w:rFonts w:ascii="Gill Sans MT" w:eastAsia="MS Mincho" w:hAnsi="Gill Sans MT" w:cs="Calibri"/>
                <w:b/>
                <w:sz w:val="15"/>
                <w:szCs w:val="15"/>
                <w:lang w:eastAsia="en-US"/>
              </w:rPr>
              <w:t>002)*</w:t>
            </w:r>
            <w:proofErr w:type="gramEnd"/>
          </w:p>
        </w:tc>
        <w:tc>
          <w:tcPr>
            <w:tcW w:w="1276" w:type="dxa"/>
            <w:shd w:val="clear" w:color="auto" w:fill="FFFFFF" w:themeFill="background1"/>
            <w:vAlign w:val="bottom"/>
          </w:tcPr>
          <w:p w14:paraId="6FE0718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+0.09 (p=0.542)</w:t>
            </w:r>
          </w:p>
        </w:tc>
        <w:tc>
          <w:tcPr>
            <w:tcW w:w="1134" w:type="dxa"/>
            <w:shd w:val="clear" w:color="auto" w:fill="FFFFFF" w:themeFill="background1"/>
            <w:vAlign w:val="bottom"/>
          </w:tcPr>
          <w:p w14:paraId="106F7A7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+0.34 (p=0.</w:t>
            </w:r>
            <w:proofErr w:type="gramStart"/>
            <w:r>
              <w:rPr>
                <w:rFonts w:ascii="Gill Sans MT" w:eastAsia="MS Mincho" w:hAnsi="Gill Sans MT" w:cs="Calibri"/>
                <w:b/>
                <w:sz w:val="15"/>
                <w:szCs w:val="15"/>
                <w:lang w:eastAsia="en-US"/>
              </w:rPr>
              <w:t>050)*</w:t>
            </w:r>
            <w:proofErr w:type="gramEnd"/>
          </w:p>
        </w:tc>
        <w:tc>
          <w:tcPr>
            <w:tcW w:w="1275" w:type="dxa"/>
            <w:shd w:val="clear" w:color="auto" w:fill="FFFFFF" w:themeFill="background1"/>
            <w:vAlign w:val="bottom"/>
          </w:tcPr>
          <w:p w14:paraId="1FBB0DC4"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+0.39 (p=&lt;</w:t>
            </w:r>
            <w:proofErr w:type="gramStart"/>
            <w:r>
              <w:rPr>
                <w:rFonts w:ascii="Gill Sans MT" w:eastAsia="MS Mincho" w:hAnsi="Gill Sans MT" w:cs="Calibri"/>
                <w:b/>
                <w:sz w:val="15"/>
                <w:szCs w:val="15"/>
                <w:lang w:eastAsia="en-US"/>
              </w:rPr>
              <w:t>0.001)*</w:t>
            </w:r>
            <w:proofErr w:type="gramEnd"/>
          </w:p>
        </w:tc>
        <w:tc>
          <w:tcPr>
            <w:tcW w:w="1134" w:type="dxa"/>
            <w:shd w:val="clear" w:color="auto" w:fill="FFFFFF" w:themeFill="background1"/>
            <w:vAlign w:val="bottom"/>
          </w:tcPr>
          <w:p w14:paraId="660BD17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+0.14 (p=0.275)</w:t>
            </w:r>
          </w:p>
        </w:tc>
        <w:tc>
          <w:tcPr>
            <w:tcW w:w="1276" w:type="dxa"/>
            <w:shd w:val="clear" w:color="auto" w:fill="FFFFFF" w:themeFill="background1"/>
            <w:vAlign w:val="bottom"/>
          </w:tcPr>
          <w:p w14:paraId="6E6EF9E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+0.25 (p=0.</w:t>
            </w:r>
            <w:proofErr w:type="gramStart"/>
            <w:r>
              <w:rPr>
                <w:rFonts w:ascii="Gill Sans MT" w:eastAsia="MS Mincho" w:hAnsi="Gill Sans MT" w:cs="Calibri"/>
                <w:b/>
                <w:sz w:val="15"/>
                <w:szCs w:val="15"/>
                <w:lang w:eastAsia="en-US"/>
              </w:rPr>
              <w:t>049)*</w:t>
            </w:r>
            <w:proofErr w:type="gramEnd"/>
          </w:p>
        </w:tc>
      </w:tr>
      <w:tr w:rsidR="00297D2C" w:rsidRPr="00E65AD3" w14:paraId="4A09612A" w14:textId="77777777" w:rsidTr="007B2FD8">
        <w:trPr>
          <w:trHeight w:val="562"/>
        </w:trPr>
        <w:tc>
          <w:tcPr>
            <w:tcW w:w="9356" w:type="dxa"/>
            <w:gridSpan w:val="8"/>
            <w:shd w:val="clear" w:color="auto" w:fill="FFFFFF" w:themeFill="background1"/>
            <w:vAlign w:val="center"/>
          </w:tcPr>
          <w:p w14:paraId="11E6459D" w14:textId="77777777" w:rsidR="00297D2C" w:rsidRPr="002561DC" w:rsidRDefault="00297D2C" w:rsidP="007B2FD8">
            <w:pPr>
              <w:spacing w:line="276" w:lineRule="auto"/>
              <w:jc w:val="center"/>
              <w:rPr>
                <w:rFonts w:ascii="Gill Sans MT" w:eastAsia="MS Mincho" w:hAnsi="Gill Sans MT" w:cs="Calibri"/>
                <w:bCs/>
                <w:sz w:val="20"/>
                <w:szCs w:val="20"/>
                <w:lang w:eastAsia="en-US"/>
              </w:rPr>
            </w:pPr>
            <w:r>
              <w:rPr>
                <w:rFonts w:ascii="Gill Sans MT" w:eastAsia="MS Mincho" w:hAnsi="Gill Sans MT" w:cs="Calibri"/>
                <w:bCs/>
                <w:i/>
                <w:sz w:val="20"/>
                <w:szCs w:val="20"/>
                <w:lang w:eastAsia="en-US"/>
              </w:rPr>
              <w:t>Bilateral structural volumes</w:t>
            </w:r>
          </w:p>
        </w:tc>
      </w:tr>
      <w:tr w:rsidR="00297D2C" w:rsidRPr="00E65AD3" w14:paraId="6080D108" w14:textId="77777777" w:rsidTr="007B2FD8">
        <w:trPr>
          <w:trHeight w:val="145"/>
        </w:trPr>
        <w:tc>
          <w:tcPr>
            <w:tcW w:w="1135" w:type="dxa"/>
            <w:tcBorders>
              <w:bottom w:val="single" w:sz="4" w:space="0" w:color="auto"/>
            </w:tcBorders>
            <w:shd w:val="clear" w:color="auto" w:fill="FFFFFF" w:themeFill="background1"/>
          </w:tcPr>
          <w:p w14:paraId="64E16CE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Measure</w:t>
            </w:r>
          </w:p>
        </w:tc>
        <w:tc>
          <w:tcPr>
            <w:tcW w:w="992" w:type="dxa"/>
            <w:tcBorders>
              <w:bottom w:val="single" w:sz="4" w:space="0" w:color="auto"/>
            </w:tcBorders>
            <w:shd w:val="clear" w:color="auto" w:fill="FFFFFF" w:themeFill="background1"/>
          </w:tcPr>
          <w:p w14:paraId="371B182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F statistic (p value)</w:t>
            </w:r>
          </w:p>
        </w:tc>
        <w:tc>
          <w:tcPr>
            <w:tcW w:w="1134" w:type="dxa"/>
            <w:tcBorders>
              <w:bottom w:val="single" w:sz="4" w:space="0" w:color="auto"/>
            </w:tcBorders>
            <w:shd w:val="clear" w:color="auto" w:fill="FFFFFF" w:themeFill="background1"/>
          </w:tcPr>
          <w:p w14:paraId="257997C3" w14:textId="77777777" w:rsidR="00297D2C" w:rsidRPr="00E65AD3" w:rsidRDefault="00297D2C" w:rsidP="007B2FD8">
            <w:pPr>
              <w:spacing w:line="276" w:lineRule="auto"/>
              <w:rPr>
                <w:rFonts w:ascii="Gill Sans MT" w:eastAsia="MS Mincho" w:hAnsi="Gill Sans MT" w:cs="Calibri"/>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HC</w:t>
            </w:r>
          </w:p>
        </w:tc>
        <w:tc>
          <w:tcPr>
            <w:tcW w:w="1276" w:type="dxa"/>
            <w:tcBorders>
              <w:bottom w:val="single" w:sz="4" w:space="0" w:color="auto"/>
            </w:tcBorders>
            <w:shd w:val="clear" w:color="auto" w:fill="FFFFFF" w:themeFill="background1"/>
          </w:tcPr>
          <w:p w14:paraId="44BFCB4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w:t>
            </w:r>
            <w:proofErr w:type="spellStart"/>
            <w:r>
              <w:rPr>
                <w:rFonts w:ascii="Gill Sans MT" w:eastAsia="MS Mincho" w:hAnsi="Gill Sans MT" w:cs="Calibri"/>
                <w:b/>
                <w:sz w:val="15"/>
                <w:szCs w:val="15"/>
                <w:lang w:eastAsia="en-US"/>
              </w:rPr>
              <w:t>nRBD</w:t>
            </w:r>
            <w:proofErr w:type="spellEnd"/>
            <w:r>
              <w:rPr>
                <w:rFonts w:ascii="Gill Sans MT" w:eastAsia="MS Mincho" w:hAnsi="Gill Sans MT" w:cs="Calibri"/>
                <w:b/>
                <w:sz w:val="15"/>
                <w:szCs w:val="15"/>
                <w:lang w:eastAsia="en-US"/>
              </w:rPr>
              <w:t xml:space="preserve"> vs HC</w:t>
            </w:r>
          </w:p>
        </w:tc>
        <w:tc>
          <w:tcPr>
            <w:tcW w:w="1134" w:type="dxa"/>
            <w:tcBorders>
              <w:bottom w:val="single" w:sz="4" w:space="0" w:color="auto"/>
            </w:tcBorders>
            <w:shd w:val="clear" w:color="auto" w:fill="FFFFFF" w:themeFill="background1"/>
          </w:tcPr>
          <w:p w14:paraId="0CE6993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PD-RBD vs HC</w:t>
            </w:r>
          </w:p>
        </w:tc>
        <w:tc>
          <w:tcPr>
            <w:tcW w:w="1275" w:type="dxa"/>
            <w:tcBorders>
              <w:bottom w:val="single" w:sz="4" w:space="0" w:color="auto"/>
            </w:tcBorders>
            <w:shd w:val="clear" w:color="auto" w:fill="FFFFFF" w:themeFill="background1"/>
          </w:tcPr>
          <w:p w14:paraId="0591C4AE" w14:textId="77777777" w:rsidR="00297D2C" w:rsidRPr="00E65AD3" w:rsidRDefault="00297D2C" w:rsidP="007B2FD8">
            <w:pPr>
              <w:spacing w:line="276" w:lineRule="auto"/>
              <w:rPr>
                <w:rFonts w:ascii="Gill Sans MT" w:eastAsia="MS Mincho" w:hAnsi="Gill Sans MT" w:cs="Calibri"/>
                <w:b/>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w:t>
            </w:r>
            <w:proofErr w:type="spellStart"/>
            <w:r>
              <w:rPr>
                <w:rFonts w:ascii="Gill Sans MT" w:eastAsia="MS Mincho" w:hAnsi="Gill Sans MT" w:cs="Calibri"/>
                <w:b/>
                <w:sz w:val="15"/>
                <w:szCs w:val="15"/>
                <w:lang w:eastAsia="en-US"/>
              </w:rPr>
              <w:t>nRBD</w:t>
            </w:r>
            <w:proofErr w:type="spellEnd"/>
          </w:p>
        </w:tc>
        <w:tc>
          <w:tcPr>
            <w:tcW w:w="1134" w:type="dxa"/>
            <w:tcBorders>
              <w:bottom w:val="single" w:sz="4" w:space="0" w:color="auto"/>
            </w:tcBorders>
            <w:shd w:val="clear" w:color="auto" w:fill="FFFFFF" w:themeFill="background1"/>
          </w:tcPr>
          <w:p w14:paraId="443302EE" w14:textId="77777777" w:rsidR="00297D2C" w:rsidRPr="00E65AD3" w:rsidRDefault="00297D2C" w:rsidP="007B2FD8">
            <w:pPr>
              <w:spacing w:line="276" w:lineRule="auto"/>
              <w:rPr>
                <w:rFonts w:ascii="Gill Sans MT" w:eastAsia="MS Mincho" w:hAnsi="Gill Sans MT" w:cs="Calibri"/>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PD-RBD</w:t>
            </w:r>
          </w:p>
        </w:tc>
        <w:tc>
          <w:tcPr>
            <w:tcW w:w="1276" w:type="dxa"/>
            <w:tcBorders>
              <w:bottom w:val="single" w:sz="4" w:space="0" w:color="auto"/>
            </w:tcBorders>
            <w:shd w:val="clear" w:color="auto" w:fill="FFFFFF" w:themeFill="background1"/>
          </w:tcPr>
          <w:p w14:paraId="7404356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PD-RBD vs PD-</w:t>
            </w:r>
            <w:proofErr w:type="spellStart"/>
            <w:r>
              <w:rPr>
                <w:rFonts w:ascii="Gill Sans MT" w:eastAsia="MS Mincho" w:hAnsi="Gill Sans MT" w:cs="Calibri"/>
                <w:b/>
                <w:sz w:val="15"/>
                <w:szCs w:val="15"/>
                <w:lang w:eastAsia="en-US"/>
              </w:rPr>
              <w:t>nRBD</w:t>
            </w:r>
            <w:proofErr w:type="spellEnd"/>
          </w:p>
        </w:tc>
      </w:tr>
      <w:tr w:rsidR="00297D2C" w:rsidRPr="00E65AD3" w14:paraId="61BA757C" w14:textId="77777777" w:rsidTr="007B2FD8">
        <w:trPr>
          <w:trHeight w:val="447"/>
        </w:trPr>
        <w:tc>
          <w:tcPr>
            <w:tcW w:w="1135" w:type="dxa"/>
            <w:tcBorders>
              <w:top w:val="single" w:sz="4" w:space="0" w:color="auto"/>
            </w:tcBorders>
            <w:shd w:val="clear" w:color="auto" w:fill="FFFFFF" w:themeFill="background1"/>
            <w:vAlign w:val="bottom"/>
          </w:tcPr>
          <w:p w14:paraId="48E0176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Bilateral Amygdala</w:t>
            </w:r>
          </w:p>
        </w:tc>
        <w:tc>
          <w:tcPr>
            <w:tcW w:w="992" w:type="dxa"/>
            <w:tcBorders>
              <w:top w:val="single" w:sz="4" w:space="0" w:color="auto"/>
            </w:tcBorders>
            <w:shd w:val="clear" w:color="auto" w:fill="FFFFFF" w:themeFill="background1"/>
            <w:vAlign w:val="bottom"/>
          </w:tcPr>
          <w:p w14:paraId="57EF32D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2.61 (p=0.051)</w:t>
            </w:r>
          </w:p>
        </w:tc>
        <w:tc>
          <w:tcPr>
            <w:tcW w:w="1134" w:type="dxa"/>
            <w:tcBorders>
              <w:top w:val="single" w:sz="4" w:space="0" w:color="auto"/>
            </w:tcBorders>
            <w:shd w:val="clear" w:color="auto" w:fill="FFFFFF" w:themeFill="background1"/>
            <w:vAlign w:val="bottom"/>
          </w:tcPr>
          <w:p w14:paraId="0E7E738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-0.30 (p=0.026; q=0.079)</w:t>
            </w:r>
          </w:p>
        </w:tc>
        <w:tc>
          <w:tcPr>
            <w:tcW w:w="1276" w:type="dxa"/>
            <w:tcBorders>
              <w:top w:val="single" w:sz="4" w:space="0" w:color="auto"/>
            </w:tcBorders>
            <w:shd w:val="clear" w:color="auto" w:fill="FFFFFF" w:themeFill="background1"/>
            <w:vAlign w:val="bottom"/>
          </w:tcPr>
          <w:p w14:paraId="242364A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-0.10 (p=0.472; q=0.709)</w:t>
            </w:r>
          </w:p>
        </w:tc>
        <w:tc>
          <w:tcPr>
            <w:tcW w:w="1134" w:type="dxa"/>
            <w:tcBorders>
              <w:top w:val="single" w:sz="4" w:space="0" w:color="auto"/>
            </w:tcBorders>
            <w:shd w:val="clear" w:color="auto" w:fill="FFFFFF" w:themeFill="background1"/>
            <w:vAlign w:val="bottom"/>
          </w:tcPr>
          <w:p w14:paraId="7CD832C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-0.19 (p=0.214; q=0.320)</w:t>
            </w:r>
          </w:p>
        </w:tc>
        <w:tc>
          <w:tcPr>
            <w:tcW w:w="1275" w:type="dxa"/>
            <w:tcBorders>
              <w:top w:val="single" w:sz="4" w:space="0" w:color="auto"/>
            </w:tcBorders>
            <w:shd w:val="clear" w:color="auto" w:fill="FFFFFF" w:themeFill="background1"/>
            <w:vAlign w:val="bottom"/>
          </w:tcPr>
          <w:p w14:paraId="0D1FEDC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-0.21 (p=0.017; q=0.</w:t>
            </w:r>
            <w:proofErr w:type="gramStart"/>
            <w:r>
              <w:rPr>
                <w:rFonts w:ascii="Gill Sans MT" w:eastAsia="MS Mincho" w:hAnsi="Gill Sans MT" w:cs="Calibri"/>
                <w:b/>
                <w:sz w:val="15"/>
                <w:szCs w:val="15"/>
                <w:lang w:eastAsia="en-US"/>
              </w:rPr>
              <w:t>026)*</w:t>
            </w:r>
            <w:proofErr w:type="gramEnd"/>
          </w:p>
        </w:tc>
        <w:tc>
          <w:tcPr>
            <w:tcW w:w="1134" w:type="dxa"/>
            <w:tcBorders>
              <w:top w:val="single" w:sz="4" w:space="0" w:color="auto"/>
            </w:tcBorders>
            <w:shd w:val="clear" w:color="auto" w:fill="FFFFFF" w:themeFill="background1"/>
            <w:vAlign w:val="bottom"/>
          </w:tcPr>
          <w:p w14:paraId="1CF1D91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-0.11 (p=0.339; q=0.340)</w:t>
            </w:r>
          </w:p>
        </w:tc>
        <w:tc>
          <w:tcPr>
            <w:tcW w:w="1276" w:type="dxa"/>
            <w:tcBorders>
              <w:top w:val="single" w:sz="4" w:space="0" w:color="auto"/>
            </w:tcBorders>
            <w:shd w:val="clear" w:color="auto" w:fill="FFFFFF" w:themeFill="background1"/>
            <w:vAlign w:val="bottom"/>
          </w:tcPr>
          <w:p w14:paraId="052118A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-0.10 (p=0.391; q=0.391)</w:t>
            </w:r>
          </w:p>
        </w:tc>
      </w:tr>
      <w:tr w:rsidR="00297D2C" w:rsidRPr="00E65AD3" w14:paraId="1F98B5A9" w14:textId="77777777" w:rsidTr="007B2FD8">
        <w:trPr>
          <w:trHeight w:val="522"/>
        </w:trPr>
        <w:tc>
          <w:tcPr>
            <w:tcW w:w="1135" w:type="dxa"/>
            <w:shd w:val="clear" w:color="auto" w:fill="FFFFFF" w:themeFill="background1"/>
            <w:vAlign w:val="bottom"/>
          </w:tcPr>
          <w:p w14:paraId="4939FB3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Bilateral Hippocampus</w:t>
            </w:r>
          </w:p>
        </w:tc>
        <w:tc>
          <w:tcPr>
            <w:tcW w:w="992" w:type="dxa"/>
            <w:shd w:val="clear" w:color="auto" w:fill="FFFFFF" w:themeFill="background1"/>
            <w:vAlign w:val="bottom"/>
          </w:tcPr>
          <w:p w14:paraId="5066B59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1.05 (p=0.369)</w:t>
            </w:r>
          </w:p>
        </w:tc>
        <w:tc>
          <w:tcPr>
            <w:tcW w:w="1134" w:type="dxa"/>
            <w:shd w:val="clear" w:color="auto" w:fill="FFFFFF" w:themeFill="background1"/>
            <w:vAlign w:val="bottom"/>
          </w:tcPr>
          <w:p w14:paraId="0F51F29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-0.09 (p=0.516; q=0.516)</w:t>
            </w:r>
          </w:p>
        </w:tc>
        <w:tc>
          <w:tcPr>
            <w:tcW w:w="1276" w:type="dxa"/>
            <w:shd w:val="clear" w:color="auto" w:fill="FFFFFF" w:themeFill="background1"/>
            <w:vAlign w:val="bottom"/>
          </w:tcPr>
          <w:p w14:paraId="55D491A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-0.01 (p=0.910; q=0.910)</w:t>
            </w:r>
          </w:p>
        </w:tc>
        <w:tc>
          <w:tcPr>
            <w:tcW w:w="1134" w:type="dxa"/>
            <w:shd w:val="clear" w:color="auto" w:fill="FFFFFF" w:themeFill="background1"/>
            <w:vAlign w:val="bottom"/>
          </w:tcPr>
          <w:p w14:paraId="56E484B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-0.20 (p=0.191; q=0.320)</w:t>
            </w:r>
          </w:p>
        </w:tc>
        <w:tc>
          <w:tcPr>
            <w:tcW w:w="1275" w:type="dxa"/>
            <w:shd w:val="clear" w:color="auto" w:fill="FFFFFF" w:themeFill="background1"/>
            <w:vAlign w:val="bottom"/>
          </w:tcPr>
          <w:p w14:paraId="17C5350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-0.07 (p=0.401; q=0.401)</w:t>
            </w:r>
          </w:p>
        </w:tc>
        <w:tc>
          <w:tcPr>
            <w:tcW w:w="1134" w:type="dxa"/>
            <w:shd w:val="clear" w:color="auto" w:fill="FFFFFF" w:themeFill="background1"/>
            <w:vAlign w:val="bottom"/>
          </w:tcPr>
          <w:p w14:paraId="03903CB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+0.11 (p=0.340; q=0.340)</w:t>
            </w:r>
          </w:p>
        </w:tc>
        <w:tc>
          <w:tcPr>
            <w:tcW w:w="1276" w:type="dxa"/>
            <w:shd w:val="clear" w:color="auto" w:fill="FFFFFF" w:themeFill="background1"/>
            <w:vAlign w:val="bottom"/>
          </w:tcPr>
          <w:p w14:paraId="4F76E76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-0.18 (p=0.099; q=0.148)</w:t>
            </w:r>
          </w:p>
        </w:tc>
      </w:tr>
      <w:tr w:rsidR="00297D2C" w:rsidRPr="00E65AD3" w14:paraId="049851E3" w14:textId="77777777" w:rsidTr="007B2FD8">
        <w:trPr>
          <w:trHeight w:val="457"/>
        </w:trPr>
        <w:tc>
          <w:tcPr>
            <w:tcW w:w="1135" w:type="dxa"/>
            <w:shd w:val="clear" w:color="auto" w:fill="FFFFFF" w:themeFill="background1"/>
            <w:vAlign w:val="bottom"/>
          </w:tcPr>
          <w:p w14:paraId="407DDA4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Bilateral ACC</w:t>
            </w:r>
          </w:p>
        </w:tc>
        <w:tc>
          <w:tcPr>
            <w:tcW w:w="992" w:type="dxa"/>
            <w:shd w:val="clear" w:color="auto" w:fill="FFFFFF" w:themeFill="background1"/>
            <w:vAlign w:val="bottom"/>
          </w:tcPr>
          <w:p w14:paraId="372CA7D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7.44 (p=&lt;0.001)</w:t>
            </w:r>
          </w:p>
        </w:tc>
        <w:tc>
          <w:tcPr>
            <w:tcW w:w="1134" w:type="dxa"/>
            <w:shd w:val="clear" w:color="auto" w:fill="FFFFFF" w:themeFill="background1"/>
            <w:vAlign w:val="bottom"/>
          </w:tcPr>
          <w:p w14:paraId="4730DF1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-0.23 (p=0.126; q=0.190)</w:t>
            </w:r>
          </w:p>
        </w:tc>
        <w:tc>
          <w:tcPr>
            <w:tcW w:w="1276" w:type="dxa"/>
            <w:shd w:val="clear" w:color="auto" w:fill="FFFFFF" w:themeFill="background1"/>
            <w:vAlign w:val="bottom"/>
          </w:tcPr>
          <w:p w14:paraId="38EA6CD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+0.22 (p=0.130; q=0.391)</w:t>
            </w:r>
          </w:p>
        </w:tc>
        <w:tc>
          <w:tcPr>
            <w:tcW w:w="1134" w:type="dxa"/>
            <w:shd w:val="clear" w:color="auto" w:fill="FFFFFF" w:themeFill="background1"/>
            <w:vAlign w:val="bottom"/>
          </w:tcPr>
          <w:p w14:paraId="145E298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-0.07 (p=0.695; q=0.695)</w:t>
            </w:r>
          </w:p>
        </w:tc>
        <w:tc>
          <w:tcPr>
            <w:tcW w:w="1275" w:type="dxa"/>
            <w:shd w:val="clear" w:color="auto" w:fill="FFFFFF" w:themeFill="background1"/>
            <w:vAlign w:val="bottom"/>
          </w:tcPr>
          <w:p w14:paraId="7B6C0D6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-0.44 (p=&lt;</w:t>
            </w:r>
            <w:proofErr w:type="gramStart"/>
            <w:r>
              <w:rPr>
                <w:rFonts w:ascii="Gill Sans MT" w:eastAsia="MS Mincho" w:hAnsi="Gill Sans MT" w:cs="Calibri"/>
                <w:b/>
                <w:sz w:val="15"/>
                <w:szCs w:val="15"/>
                <w:lang w:eastAsia="en-US"/>
              </w:rPr>
              <w:t>0.001)*</w:t>
            </w:r>
            <w:proofErr w:type="gramEnd"/>
          </w:p>
        </w:tc>
        <w:tc>
          <w:tcPr>
            <w:tcW w:w="1134" w:type="dxa"/>
            <w:shd w:val="clear" w:color="auto" w:fill="FFFFFF" w:themeFill="background1"/>
            <w:vAlign w:val="bottom"/>
          </w:tcPr>
          <w:p w14:paraId="7B4C6304"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-0.16 (p=0.208; q=0.340)</w:t>
            </w:r>
          </w:p>
        </w:tc>
        <w:tc>
          <w:tcPr>
            <w:tcW w:w="1276" w:type="dxa"/>
            <w:shd w:val="clear" w:color="auto" w:fill="FFFFFF" w:themeFill="background1"/>
            <w:vAlign w:val="bottom"/>
          </w:tcPr>
          <w:p w14:paraId="3C7F8ED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-0.28 (p=0.022; q=0.065)</w:t>
            </w:r>
          </w:p>
        </w:tc>
      </w:tr>
      <w:tr w:rsidR="00297D2C" w:rsidRPr="00E65AD3" w14:paraId="674533E7" w14:textId="77777777" w:rsidTr="007B2FD8">
        <w:trPr>
          <w:trHeight w:val="574"/>
        </w:trPr>
        <w:tc>
          <w:tcPr>
            <w:tcW w:w="9356" w:type="dxa"/>
            <w:gridSpan w:val="8"/>
            <w:shd w:val="clear" w:color="auto" w:fill="FFFFFF" w:themeFill="background1"/>
            <w:vAlign w:val="center"/>
          </w:tcPr>
          <w:p w14:paraId="628A1B46" w14:textId="77777777" w:rsidR="00297D2C" w:rsidRPr="002561DC" w:rsidRDefault="00297D2C" w:rsidP="007B2FD8">
            <w:pPr>
              <w:spacing w:line="276" w:lineRule="auto"/>
              <w:jc w:val="center"/>
              <w:rPr>
                <w:rFonts w:ascii="Gill Sans MT" w:eastAsia="MS Mincho" w:hAnsi="Gill Sans MT" w:cs="Calibri"/>
                <w:bCs/>
                <w:sz w:val="20"/>
                <w:szCs w:val="20"/>
                <w:lang w:eastAsia="en-US"/>
              </w:rPr>
            </w:pPr>
            <w:proofErr w:type="spellStart"/>
            <w:r>
              <w:rPr>
                <w:rFonts w:ascii="Gill Sans MT" w:eastAsia="MS Mincho" w:hAnsi="Gill Sans MT" w:cs="Calibri"/>
                <w:bCs/>
                <w:i/>
                <w:sz w:val="20"/>
                <w:szCs w:val="20"/>
                <w:lang w:eastAsia="en-US"/>
              </w:rPr>
              <w:t>Lateralised</w:t>
            </w:r>
            <w:proofErr w:type="spellEnd"/>
            <w:r>
              <w:rPr>
                <w:rFonts w:ascii="Gill Sans MT" w:eastAsia="MS Mincho" w:hAnsi="Gill Sans MT" w:cs="Calibri"/>
                <w:bCs/>
                <w:i/>
                <w:sz w:val="20"/>
                <w:szCs w:val="20"/>
                <w:lang w:eastAsia="en-US"/>
              </w:rPr>
              <w:t xml:space="preserve"> structural volumes</w:t>
            </w:r>
          </w:p>
        </w:tc>
      </w:tr>
      <w:tr w:rsidR="00297D2C" w:rsidRPr="00E65AD3" w14:paraId="64363242" w14:textId="77777777" w:rsidTr="007B2FD8">
        <w:trPr>
          <w:trHeight w:val="285"/>
        </w:trPr>
        <w:tc>
          <w:tcPr>
            <w:tcW w:w="1135" w:type="dxa"/>
            <w:tcBorders>
              <w:bottom w:val="single" w:sz="4" w:space="0" w:color="auto"/>
            </w:tcBorders>
            <w:shd w:val="clear" w:color="auto" w:fill="FFFFFF" w:themeFill="background1"/>
          </w:tcPr>
          <w:p w14:paraId="64E51F3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Measure</w:t>
            </w:r>
          </w:p>
        </w:tc>
        <w:tc>
          <w:tcPr>
            <w:tcW w:w="992" w:type="dxa"/>
            <w:tcBorders>
              <w:bottom w:val="single" w:sz="4" w:space="0" w:color="auto"/>
            </w:tcBorders>
            <w:shd w:val="clear" w:color="auto" w:fill="FFFFFF" w:themeFill="background1"/>
          </w:tcPr>
          <w:p w14:paraId="44EAD22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F statistic (p value)</w:t>
            </w:r>
          </w:p>
        </w:tc>
        <w:tc>
          <w:tcPr>
            <w:tcW w:w="1134" w:type="dxa"/>
            <w:tcBorders>
              <w:bottom w:val="single" w:sz="4" w:space="0" w:color="auto"/>
            </w:tcBorders>
            <w:shd w:val="clear" w:color="auto" w:fill="FFFFFF" w:themeFill="background1"/>
          </w:tcPr>
          <w:p w14:paraId="7F8CE7D9" w14:textId="77777777" w:rsidR="00297D2C" w:rsidRPr="00E65AD3" w:rsidRDefault="00297D2C" w:rsidP="007B2FD8">
            <w:pPr>
              <w:spacing w:line="276" w:lineRule="auto"/>
              <w:rPr>
                <w:rFonts w:ascii="Gill Sans MT" w:eastAsia="MS Mincho" w:hAnsi="Gill Sans MT" w:cs="Calibri"/>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HC</w:t>
            </w:r>
          </w:p>
        </w:tc>
        <w:tc>
          <w:tcPr>
            <w:tcW w:w="1276" w:type="dxa"/>
            <w:tcBorders>
              <w:bottom w:val="single" w:sz="4" w:space="0" w:color="auto"/>
            </w:tcBorders>
            <w:shd w:val="clear" w:color="auto" w:fill="FFFFFF" w:themeFill="background1"/>
          </w:tcPr>
          <w:p w14:paraId="5BA76D3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w:t>
            </w:r>
            <w:proofErr w:type="spellStart"/>
            <w:r>
              <w:rPr>
                <w:rFonts w:ascii="Gill Sans MT" w:eastAsia="MS Mincho" w:hAnsi="Gill Sans MT" w:cs="Calibri"/>
                <w:b/>
                <w:sz w:val="15"/>
                <w:szCs w:val="15"/>
                <w:lang w:eastAsia="en-US"/>
              </w:rPr>
              <w:t>nRBD</w:t>
            </w:r>
            <w:proofErr w:type="spellEnd"/>
            <w:r>
              <w:rPr>
                <w:rFonts w:ascii="Gill Sans MT" w:eastAsia="MS Mincho" w:hAnsi="Gill Sans MT" w:cs="Calibri"/>
                <w:b/>
                <w:sz w:val="15"/>
                <w:szCs w:val="15"/>
                <w:lang w:eastAsia="en-US"/>
              </w:rPr>
              <w:t xml:space="preserve"> vs HC</w:t>
            </w:r>
          </w:p>
        </w:tc>
        <w:tc>
          <w:tcPr>
            <w:tcW w:w="1134" w:type="dxa"/>
            <w:tcBorders>
              <w:bottom w:val="single" w:sz="4" w:space="0" w:color="auto"/>
            </w:tcBorders>
            <w:shd w:val="clear" w:color="auto" w:fill="FFFFFF" w:themeFill="background1"/>
          </w:tcPr>
          <w:p w14:paraId="41149FE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PD-RBD vs HC</w:t>
            </w:r>
          </w:p>
        </w:tc>
        <w:tc>
          <w:tcPr>
            <w:tcW w:w="1275" w:type="dxa"/>
            <w:tcBorders>
              <w:bottom w:val="single" w:sz="4" w:space="0" w:color="auto"/>
            </w:tcBorders>
            <w:shd w:val="clear" w:color="auto" w:fill="FFFFFF" w:themeFill="background1"/>
          </w:tcPr>
          <w:p w14:paraId="4F4850F7" w14:textId="77777777" w:rsidR="00297D2C" w:rsidRPr="00E65AD3" w:rsidRDefault="00297D2C" w:rsidP="007B2FD8">
            <w:pPr>
              <w:spacing w:line="276" w:lineRule="auto"/>
              <w:rPr>
                <w:rFonts w:ascii="Gill Sans MT" w:eastAsia="MS Mincho" w:hAnsi="Gill Sans MT" w:cs="Calibri"/>
                <w:b/>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w:t>
            </w:r>
            <w:proofErr w:type="spellStart"/>
            <w:r>
              <w:rPr>
                <w:rFonts w:ascii="Gill Sans MT" w:eastAsia="MS Mincho" w:hAnsi="Gill Sans MT" w:cs="Calibri"/>
                <w:b/>
                <w:sz w:val="15"/>
                <w:szCs w:val="15"/>
                <w:lang w:eastAsia="en-US"/>
              </w:rPr>
              <w:t>nRBD</w:t>
            </w:r>
            <w:proofErr w:type="spellEnd"/>
          </w:p>
        </w:tc>
        <w:tc>
          <w:tcPr>
            <w:tcW w:w="1134" w:type="dxa"/>
            <w:tcBorders>
              <w:bottom w:val="single" w:sz="4" w:space="0" w:color="auto"/>
            </w:tcBorders>
            <w:shd w:val="clear" w:color="auto" w:fill="FFFFFF" w:themeFill="background1"/>
          </w:tcPr>
          <w:p w14:paraId="2456F5F7" w14:textId="77777777" w:rsidR="00297D2C" w:rsidRPr="00E65AD3" w:rsidRDefault="00297D2C" w:rsidP="007B2FD8">
            <w:pPr>
              <w:spacing w:line="276" w:lineRule="auto"/>
              <w:rPr>
                <w:rFonts w:ascii="Gill Sans MT" w:eastAsia="MS Mincho" w:hAnsi="Gill Sans MT" w:cs="Calibri"/>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PD-RBD</w:t>
            </w:r>
          </w:p>
        </w:tc>
        <w:tc>
          <w:tcPr>
            <w:tcW w:w="1276" w:type="dxa"/>
            <w:tcBorders>
              <w:bottom w:val="single" w:sz="4" w:space="0" w:color="auto"/>
            </w:tcBorders>
            <w:shd w:val="clear" w:color="auto" w:fill="FFFFFF" w:themeFill="background1"/>
          </w:tcPr>
          <w:p w14:paraId="3726BD3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PD-RBD vs PD-</w:t>
            </w:r>
            <w:proofErr w:type="spellStart"/>
            <w:r>
              <w:rPr>
                <w:rFonts w:ascii="Gill Sans MT" w:eastAsia="MS Mincho" w:hAnsi="Gill Sans MT" w:cs="Calibri"/>
                <w:b/>
                <w:sz w:val="15"/>
                <w:szCs w:val="15"/>
                <w:lang w:eastAsia="en-US"/>
              </w:rPr>
              <w:t>nRBD</w:t>
            </w:r>
            <w:proofErr w:type="spellEnd"/>
          </w:p>
        </w:tc>
      </w:tr>
      <w:tr w:rsidR="00297D2C" w:rsidRPr="00E65AD3" w14:paraId="414772FD" w14:textId="77777777" w:rsidTr="007B2FD8">
        <w:trPr>
          <w:trHeight w:val="479"/>
        </w:trPr>
        <w:tc>
          <w:tcPr>
            <w:tcW w:w="1135" w:type="dxa"/>
            <w:tcBorders>
              <w:top w:val="single" w:sz="4" w:space="0" w:color="auto"/>
            </w:tcBorders>
            <w:shd w:val="clear" w:color="auto" w:fill="FFFFFF" w:themeFill="background1"/>
            <w:vAlign w:val="bottom"/>
          </w:tcPr>
          <w:p w14:paraId="0E33062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Left Amygdala</w:t>
            </w:r>
          </w:p>
        </w:tc>
        <w:tc>
          <w:tcPr>
            <w:tcW w:w="992" w:type="dxa"/>
            <w:tcBorders>
              <w:top w:val="single" w:sz="4" w:space="0" w:color="auto"/>
            </w:tcBorders>
            <w:shd w:val="clear" w:color="auto" w:fill="FFFFFF" w:themeFill="background1"/>
            <w:vAlign w:val="bottom"/>
          </w:tcPr>
          <w:p w14:paraId="56803A3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2.44 (p=0.064)</w:t>
            </w:r>
          </w:p>
        </w:tc>
        <w:tc>
          <w:tcPr>
            <w:tcW w:w="1134" w:type="dxa"/>
            <w:tcBorders>
              <w:top w:val="single" w:sz="4" w:space="0" w:color="auto"/>
            </w:tcBorders>
            <w:shd w:val="clear" w:color="auto" w:fill="FFFFFF" w:themeFill="background1"/>
            <w:vAlign w:val="bottom"/>
          </w:tcPr>
          <w:p w14:paraId="104662B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-0.29 (p=0.030; q=0.177)</w:t>
            </w:r>
          </w:p>
        </w:tc>
        <w:tc>
          <w:tcPr>
            <w:tcW w:w="1276" w:type="dxa"/>
            <w:tcBorders>
              <w:top w:val="single" w:sz="4" w:space="0" w:color="auto"/>
            </w:tcBorders>
            <w:shd w:val="clear" w:color="auto" w:fill="FFFFFF" w:themeFill="background1"/>
            <w:vAlign w:val="bottom"/>
          </w:tcPr>
          <w:p w14:paraId="7744ECC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-0.10 (p=0.454; q=0.789)</w:t>
            </w:r>
          </w:p>
        </w:tc>
        <w:tc>
          <w:tcPr>
            <w:tcW w:w="1134" w:type="dxa"/>
            <w:tcBorders>
              <w:top w:val="single" w:sz="4" w:space="0" w:color="auto"/>
            </w:tcBorders>
            <w:shd w:val="clear" w:color="auto" w:fill="FFFFFF" w:themeFill="background1"/>
            <w:vAlign w:val="bottom"/>
          </w:tcPr>
          <w:p w14:paraId="2A3D5FC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-0.12 (p=0.414; q=0.515)</w:t>
            </w:r>
          </w:p>
        </w:tc>
        <w:tc>
          <w:tcPr>
            <w:tcW w:w="1275" w:type="dxa"/>
            <w:tcBorders>
              <w:top w:val="single" w:sz="4" w:space="0" w:color="auto"/>
            </w:tcBorders>
            <w:shd w:val="clear" w:color="auto" w:fill="FFFFFF" w:themeFill="background1"/>
            <w:vAlign w:val="bottom"/>
          </w:tcPr>
          <w:p w14:paraId="0F8FE69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-0.20 (p=0.023; q=0.</w:t>
            </w:r>
            <w:proofErr w:type="gramStart"/>
            <w:r>
              <w:rPr>
                <w:rFonts w:ascii="Gill Sans MT" w:eastAsia="MS Mincho" w:hAnsi="Gill Sans MT" w:cs="Calibri"/>
                <w:b/>
                <w:sz w:val="15"/>
                <w:szCs w:val="15"/>
                <w:lang w:eastAsia="en-US"/>
              </w:rPr>
              <w:t>047)*</w:t>
            </w:r>
            <w:proofErr w:type="gramEnd"/>
          </w:p>
        </w:tc>
        <w:tc>
          <w:tcPr>
            <w:tcW w:w="1134" w:type="dxa"/>
            <w:tcBorders>
              <w:top w:val="single" w:sz="4" w:space="0" w:color="auto"/>
            </w:tcBorders>
            <w:shd w:val="clear" w:color="auto" w:fill="FFFFFF" w:themeFill="background1"/>
            <w:vAlign w:val="bottom"/>
          </w:tcPr>
          <w:p w14:paraId="1E8E7A3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-0.17 (p=0.144; q=0.509)</w:t>
            </w:r>
          </w:p>
        </w:tc>
        <w:tc>
          <w:tcPr>
            <w:tcW w:w="1276" w:type="dxa"/>
            <w:tcBorders>
              <w:top w:val="single" w:sz="4" w:space="0" w:color="auto"/>
            </w:tcBorders>
            <w:shd w:val="clear" w:color="auto" w:fill="FFFFFF" w:themeFill="background1"/>
            <w:vAlign w:val="bottom"/>
          </w:tcPr>
          <w:p w14:paraId="5AF3426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-0.03 (p=0.811; q=0.811)</w:t>
            </w:r>
          </w:p>
        </w:tc>
      </w:tr>
      <w:tr w:rsidR="00297D2C" w:rsidRPr="00E65AD3" w14:paraId="1F1B26BE" w14:textId="77777777" w:rsidTr="007B2FD8">
        <w:trPr>
          <w:trHeight w:val="540"/>
        </w:trPr>
        <w:tc>
          <w:tcPr>
            <w:tcW w:w="1135" w:type="dxa"/>
            <w:shd w:val="clear" w:color="auto" w:fill="FFFFFF" w:themeFill="background1"/>
            <w:vAlign w:val="bottom"/>
          </w:tcPr>
          <w:p w14:paraId="6D131A44"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Right Amygdala</w:t>
            </w:r>
          </w:p>
        </w:tc>
        <w:tc>
          <w:tcPr>
            <w:tcW w:w="992" w:type="dxa"/>
            <w:shd w:val="clear" w:color="auto" w:fill="FFFFFF" w:themeFill="background1"/>
            <w:vAlign w:val="bottom"/>
          </w:tcPr>
          <w:p w14:paraId="10E3920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2.17 (p=0.090)</w:t>
            </w:r>
          </w:p>
        </w:tc>
        <w:tc>
          <w:tcPr>
            <w:tcW w:w="1134" w:type="dxa"/>
            <w:shd w:val="clear" w:color="auto" w:fill="FFFFFF" w:themeFill="background1"/>
            <w:vAlign w:val="bottom"/>
          </w:tcPr>
          <w:p w14:paraId="0566AD0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-0.27 (p=0.060; q=0.179)</w:t>
            </w:r>
          </w:p>
        </w:tc>
        <w:tc>
          <w:tcPr>
            <w:tcW w:w="1276" w:type="dxa"/>
            <w:shd w:val="clear" w:color="auto" w:fill="FFFFFF" w:themeFill="background1"/>
            <w:vAlign w:val="bottom"/>
          </w:tcPr>
          <w:p w14:paraId="4F09ABA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-0.08 (p=0.573; q=0.789)</w:t>
            </w:r>
          </w:p>
        </w:tc>
        <w:tc>
          <w:tcPr>
            <w:tcW w:w="1134" w:type="dxa"/>
            <w:shd w:val="clear" w:color="auto" w:fill="FFFFFF" w:themeFill="background1"/>
            <w:vAlign w:val="bottom"/>
          </w:tcPr>
          <w:p w14:paraId="410A2C8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-0.24 (p=0.144; q=0.431)</w:t>
            </w:r>
          </w:p>
        </w:tc>
        <w:tc>
          <w:tcPr>
            <w:tcW w:w="1275" w:type="dxa"/>
            <w:shd w:val="clear" w:color="auto" w:fill="FFFFFF" w:themeFill="background1"/>
            <w:vAlign w:val="bottom"/>
          </w:tcPr>
          <w:p w14:paraId="3E5A5C15"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-0.20 (p=0.037; q=0.055)</w:t>
            </w:r>
          </w:p>
        </w:tc>
        <w:tc>
          <w:tcPr>
            <w:tcW w:w="1134" w:type="dxa"/>
            <w:shd w:val="clear" w:color="auto" w:fill="FFFFFF" w:themeFill="background1"/>
            <w:vAlign w:val="bottom"/>
          </w:tcPr>
          <w:p w14:paraId="2B8B57D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-0.04 (p=0.780; q=0.780)</w:t>
            </w:r>
          </w:p>
        </w:tc>
        <w:tc>
          <w:tcPr>
            <w:tcW w:w="1276" w:type="dxa"/>
            <w:shd w:val="clear" w:color="auto" w:fill="FFFFFF" w:themeFill="background1"/>
            <w:vAlign w:val="bottom"/>
          </w:tcPr>
          <w:p w14:paraId="1BB58E2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-0.16 (p=0.181; q=0.217)</w:t>
            </w:r>
          </w:p>
        </w:tc>
      </w:tr>
      <w:tr w:rsidR="00297D2C" w:rsidRPr="00E65AD3" w14:paraId="6A184318" w14:textId="77777777" w:rsidTr="007B2FD8">
        <w:trPr>
          <w:trHeight w:val="474"/>
        </w:trPr>
        <w:tc>
          <w:tcPr>
            <w:tcW w:w="1135" w:type="dxa"/>
            <w:shd w:val="clear" w:color="auto" w:fill="FFFFFF" w:themeFill="background1"/>
            <w:vAlign w:val="bottom"/>
          </w:tcPr>
          <w:p w14:paraId="6FA9FFD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Left Hippocampus</w:t>
            </w:r>
          </w:p>
        </w:tc>
        <w:tc>
          <w:tcPr>
            <w:tcW w:w="992" w:type="dxa"/>
            <w:shd w:val="clear" w:color="auto" w:fill="FFFFFF" w:themeFill="background1"/>
            <w:vAlign w:val="bottom"/>
          </w:tcPr>
          <w:p w14:paraId="67C7E8F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1.04 (p=0.374)</w:t>
            </w:r>
          </w:p>
        </w:tc>
        <w:tc>
          <w:tcPr>
            <w:tcW w:w="1134" w:type="dxa"/>
            <w:shd w:val="clear" w:color="auto" w:fill="FFFFFF" w:themeFill="background1"/>
            <w:vAlign w:val="bottom"/>
          </w:tcPr>
          <w:p w14:paraId="7B4219A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-0.12 (p=0.403; q=0.484)</w:t>
            </w:r>
          </w:p>
        </w:tc>
        <w:tc>
          <w:tcPr>
            <w:tcW w:w="1276" w:type="dxa"/>
            <w:shd w:val="clear" w:color="auto" w:fill="FFFFFF" w:themeFill="background1"/>
            <w:vAlign w:val="bottom"/>
          </w:tcPr>
          <w:p w14:paraId="31E03E5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-0.06 (p=0.658; q=0.789)</w:t>
            </w:r>
          </w:p>
        </w:tc>
        <w:tc>
          <w:tcPr>
            <w:tcW w:w="1134" w:type="dxa"/>
            <w:shd w:val="clear" w:color="auto" w:fill="FFFFFF" w:themeFill="background1"/>
            <w:vAlign w:val="bottom"/>
          </w:tcPr>
          <w:p w14:paraId="02C5764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-0.23 (p=0.131; q=0.431)</w:t>
            </w:r>
          </w:p>
        </w:tc>
        <w:tc>
          <w:tcPr>
            <w:tcW w:w="1275" w:type="dxa"/>
            <w:shd w:val="clear" w:color="auto" w:fill="FFFFFF" w:themeFill="background1"/>
            <w:vAlign w:val="bottom"/>
          </w:tcPr>
          <w:p w14:paraId="6C57BC1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-0.06 (p=0.524; q=0.524)</w:t>
            </w:r>
          </w:p>
        </w:tc>
        <w:tc>
          <w:tcPr>
            <w:tcW w:w="1134" w:type="dxa"/>
            <w:shd w:val="clear" w:color="auto" w:fill="FFFFFF" w:themeFill="background1"/>
            <w:vAlign w:val="bottom"/>
          </w:tcPr>
          <w:p w14:paraId="7CD6A114"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+0.12 (p=0.317; q=0.523)</w:t>
            </w:r>
          </w:p>
        </w:tc>
        <w:tc>
          <w:tcPr>
            <w:tcW w:w="1276" w:type="dxa"/>
            <w:shd w:val="clear" w:color="auto" w:fill="FFFFFF" w:themeFill="background1"/>
            <w:vAlign w:val="bottom"/>
          </w:tcPr>
          <w:p w14:paraId="50EE895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-0.17 (p=0.123; q=0.191)</w:t>
            </w:r>
          </w:p>
        </w:tc>
      </w:tr>
      <w:tr w:rsidR="00297D2C" w:rsidRPr="00E65AD3" w14:paraId="1835D997" w14:textId="77777777" w:rsidTr="007B2FD8">
        <w:trPr>
          <w:trHeight w:val="537"/>
        </w:trPr>
        <w:tc>
          <w:tcPr>
            <w:tcW w:w="1135" w:type="dxa"/>
            <w:shd w:val="clear" w:color="auto" w:fill="FFFFFF" w:themeFill="background1"/>
            <w:vAlign w:val="bottom"/>
          </w:tcPr>
          <w:p w14:paraId="3FD2E42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Right Hippocampus</w:t>
            </w:r>
          </w:p>
        </w:tc>
        <w:tc>
          <w:tcPr>
            <w:tcW w:w="992" w:type="dxa"/>
            <w:shd w:val="clear" w:color="auto" w:fill="FFFFFF" w:themeFill="background1"/>
            <w:vAlign w:val="bottom"/>
          </w:tcPr>
          <w:p w14:paraId="1887B6B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0.86 (p=0.464)</w:t>
            </w:r>
          </w:p>
        </w:tc>
        <w:tc>
          <w:tcPr>
            <w:tcW w:w="1134" w:type="dxa"/>
            <w:shd w:val="clear" w:color="auto" w:fill="FFFFFF" w:themeFill="background1"/>
            <w:vAlign w:val="bottom"/>
          </w:tcPr>
          <w:p w14:paraId="2979385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-0.05 (p=0.706; q=0.706)</w:t>
            </w:r>
          </w:p>
        </w:tc>
        <w:tc>
          <w:tcPr>
            <w:tcW w:w="1276" w:type="dxa"/>
            <w:shd w:val="clear" w:color="auto" w:fill="FFFFFF" w:themeFill="background1"/>
            <w:vAlign w:val="bottom"/>
          </w:tcPr>
          <w:p w14:paraId="2A731B6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+0.03 (p=0.825; q=0.825)</w:t>
            </w:r>
          </w:p>
        </w:tc>
        <w:tc>
          <w:tcPr>
            <w:tcW w:w="1134" w:type="dxa"/>
            <w:shd w:val="clear" w:color="auto" w:fill="FFFFFF" w:themeFill="background1"/>
            <w:vAlign w:val="bottom"/>
          </w:tcPr>
          <w:p w14:paraId="1CEE0D7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-0.14 (p=0.353; q=0.515)</w:t>
            </w:r>
          </w:p>
        </w:tc>
        <w:tc>
          <w:tcPr>
            <w:tcW w:w="1275" w:type="dxa"/>
            <w:shd w:val="clear" w:color="auto" w:fill="FFFFFF" w:themeFill="background1"/>
            <w:vAlign w:val="bottom"/>
          </w:tcPr>
          <w:p w14:paraId="73865A2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-0.08 (p=0.359; q=0.431)</w:t>
            </w:r>
          </w:p>
        </w:tc>
        <w:tc>
          <w:tcPr>
            <w:tcW w:w="1134" w:type="dxa"/>
            <w:shd w:val="clear" w:color="auto" w:fill="FFFFFF" w:themeFill="background1"/>
            <w:vAlign w:val="bottom"/>
          </w:tcPr>
          <w:p w14:paraId="043E5E0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+0.09 (p=0.439; q=0.527)</w:t>
            </w:r>
          </w:p>
        </w:tc>
        <w:tc>
          <w:tcPr>
            <w:tcW w:w="1276" w:type="dxa"/>
            <w:shd w:val="clear" w:color="auto" w:fill="FFFFFF" w:themeFill="background1"/>
            <w:vAlign w:val="bottom"/>
          </w:tcPr>
          <w:p w14:paraId="67AAA2D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-0.17 (p=0.128; q=0.191)</w:t>
            </w:r>
          </w:p>
        </w:tc>
      </w:tr>
      <w:tr w:rsidR="00297D2C" w:rsidRPr="00E65AD3" w14:paraId="2E18693D" w14:textId="77777777" w:rsidTr="007B2FD8">
        <w:trPr>
          <w:trHeight w:val="456"/>
        </w:trPr>
        <w:tc>
          <w:tcPr>
            <w:tcW w:w="1135" w:type="dxa"/>
            <w:shd w:val="clear" w:color="auto" w:fill="FFFFFF" w:themeFill="background1"/>
            <w:vAlign w:val="bottom"/>
          </w:tcPr>
          <w:p w14:paraId="64E93445"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Left ACC</w:t>
            </w:r>
          </w:p>
        </w:tc>
        <w:tc>
          <w:tcPr>
            <w:tcW w:w="992" w:type="dxa"/>
            <w:shd w:val="clear" w:color="auto" w:fill="FFFFFF" w:themeFill="background1"/>
            <w:vAlign w:val="bottom"/>
          </w:tcPr>
          <w:p w14:paraId="618720A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5.92 (p=&lt;0.001)</w:t>
            </w:r>
          </w:p>
        </w:tc>
        <w:tc>
          <w:tcPr>
            <w:tcW w:w="1134" w:type="dxa"/>
            <w:shd w:val="clear" w:color="auto" w:fill="FFFFFF" w:themeFill="background1"/>
            <w:vAlign w:val="bottom"/>
          </w:tcPr>
          <w:p w14:paraId="17FD25A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-0.26 (p=0.090; q=0.179)</w:t>
            </w:r>
          </w:p>
        </w:tc>
        <w:tc>
          <w:tcPr>
            <w:tcW w:w="1276" w:type="dxa"/>
            <w:shd w:val="clear" w:color="auto" w:fill="FFFFFF" w:themeFill="background1"/>
            <w:vAlign w:val="bottom"/>
          </w:tcPr>
          <w:p w14:paraId="659A2FD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+0.14 (p=0.331; q=0.789)</w:t>
            </w:r>
          </w:p>
        </w:tc>
        <w:tc>
          <w:tcPr>
            <w:tcW w:w="1134" w:type="dxa"/>
            <w:shd w:val="clear" w:color="auto" w:fill="FFFFFF" w:themeFill="background1"/>
            <w:vAlign w:val="bottom"/>
          </w:tcPr>
          <w:p w14:paraId="672B13F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-0.13 (p=0.429; q=0.515)</w:t>
            </w:r>
          </w:p>
        </w:tc>
        <w:tc>
          <w:tcPr>
            <w:tcW w:w="1275" w:type="dxa"/>
            <w:shd w:val="clear" w:color="auto" w:fill="FFFFFF" w:themeFill="background1"/>
            <w:vAlign w:val="bottom"/>
          </w:tcPr>
          <w:p w14:paraId="7AA9CD0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-0.40 (p=&lt;</w:t>
            </w:r>
            <w:proofErr w:type="gramStart"/>
            <w:r>
              <w:rPr>
                <w:rFonts w:ascii="Gill Sans MT" w:eastAsia="MS Mincho" w:hAnsi="Gill Sans MT" w:cs="Calibri"/>
                <w:b/>
                <w:sz w:val="15"/>
                <w:szCs w:val="15"/>
                <w:lang w:eastAsia="en-US"/>
              </w:rPr>
              <w:t>0.001)*</w:t>
            </w:r>
            <w:proofErr w:type="gramEnd"/>
          </w:p>
        </w:tc>
        <w:tc>
          <w:tcPr>
            <w:tcW w:w="1134" w:type="dxa"/>
            <w:shd w:val="clear" w:color="auto" w:fill="FFFFFF" w:themeFill="background1"/>
            <w:vAlign w:val="bottom"/>
          </w:tcPr>
          <w:p w14:paraId="5F2BB81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-0.12 (p=0.349; q=0.523)</w:t>
            </w:r>
          </w:p>
        </w:tc>
        <w:tc>
          <w:tcPr>
            <w:tcW w:w="1276" w:type="dxa"/>
            <w:shd w:val="clear" w:color="auto" w:fill="FFFFFF" w:themeFill="background1"/>
            <w:vAlign w:val="bottom"/>
          </w:tcPr>
          <w:p w14:paraId="2B426B3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-0.28 (p=0.027; q=0.111)</w:t>
            </w:r>
          </w:p>
        </w:tc>
      </w:tr>
      <w:tr w:rsidR="00297D2C" w:rsidRPr="00E65AD3" w14:paraId="48F5332B" w14:textId="77777777" w:rsidTr="007B2FD8">
        <w:trPr>
          <w:trHeight w:val="519"/>
        </w:trPr>
        <w:tc>
          <w:tcPr>
            <w:tcW w:w="1135" w:type="dxa"/>
            <w:shd w:val="clear" w:color="auto" w:fill="FFFFFF" w:themeFill="background1"/>
            <w:vAlign w:val="bottom"/>
          </w:tcPr>
          <w:p w14:paraId="798A027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Right ACC</w:t>
            </w:r>
          </w:p>
        </w:tc>
        <w:tc>
          <w:tcPr>
            <w:tcW w:w="992" w:type="dxa"/>
            <w:shd w:val="clear" w:color="auto" w:fill="FFFFFF" w:themeFill="background1"/>
            <w:vAlign w:val="bottom"/>
          </w:tcPr>
          <w:p w14:paraId="3E8E00C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7.05 (p=&lt;0.001)</w:t>
            </w:r>
          </w:p>
        </w:tc>
        <w:tc>
          <w:tcPr>
            <w:tcW w:w="1134" w:type="dxa"/>
            <w:shd w:val="clear" w:color="auto" w:fill="FFFFFF" w:themeFill="background1"/>
            <w:vAlign w:val="bottom"/>
          </w:tcPr>
          <w:p w14:paraId="68C1835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-0.18 (p=0.231; q=0.347)</w:t>
            </w:r>
          </w:p>
        </w:tc>
        <w:tc>
          <w:tcPr>
            <w:tcW w:w="1276" w:type="dxa"/>
            <w:shd w:val="clear" w:color="auto" w:fill="FFFFFF" w:themeFill="background1"/>
            <w:vAlign w:val="bottom"/>
          </w:tcPr>
          <w:p w14:paraId="62D7F29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+0.26 (p=0.076; q=0.455)</w:t>
            </w:r>
          </w:p>
        </w:tc>
        <w:tc>
          <w:tcPr>
            <w:tcW w:w="1134" w:type="dxa"/>
            <w:shd w:val="clear" w:color="auto" w:fill="FFFFFF" w:themeFill="background1"/>
            <w:vAlign w:val="bottom"/>
          </w:tcPr>
          <w:p w14:paraId="1182C38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-0.00 (p=0.992; q=0.992)</w:t>
            </w:r>
          </w:p>
        </w:tc>
        <w:tc>
          <w:tcPr>
            <w:tcW w:w="1275" w:type="dxa"/>
            <w:shd w:val="clear" w:color="auto" w:fill="FFFFFF" w:themeFill="background1"/>
            <w:vAlign w:val="bottom"/>
          </w:tcPr>
          <w:p w14:paraId="6094EE9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-0.43 (p=&lt;</w:t>
            </w:r>
            <w:proofErr w:type="gramStart"/>
            <w:r>
              <w:rPr>
                <w:rFonts w:ascii="Gill Sans MT" w:eastAsia="MS Mincho" w:hAnsi="Gill Sans MT" w:cs="Calibri"/>
                <w:b/>
                <w:sz w:val="15"/>
                <w:szCs w:val="15"/>
                <w:lang w:eastAsia="en-US"/>
              </w:rPr>
              <w:t>0.001)*</w:t>
            </w:r>
            <w:proofErr w:type="gramEnd"/>
          </w:p>
        </w:tc>
        <w:tc>
          <w:tcPr>
            <w:tcW w:w="1134" w:type="dxa"/>
            <w:shd w:val="clear" w:color="auto" w:fill="FFFFFF" w:themeFill="background1"/>
            <w:vAlign w:val="bottom"/>
          </w:tcPr>
          <w:p w14:paraId="4C92B03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-0.18 (p=0.170; q=0.509)</w:t>
            </w:r>
          </w:p>
        </w:tc>
        <w:tc>
          <w:tcPr>
            <w:tcW w:w="1276" w:type="dxa"/>
            <w:shd w:val="clear" w:color="auto" w:fill="FFFFFF" w:themeFill="background1"/>
            <w:vAlign w:val="bottom"/>
          </w:tcPr>
          <w:p w14:paraId="327EE3C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-0.26 (p=0.037; q=0.111)</w:t>
            </w:r>
          </w:p>
        </w:tc>
      </w:tr>
      <w:tr w:rsidR="00297D2C" w:rsidRPr="00E65AD3" w14:paraId="2877C12C" w14:textId="77777777" w:rsidTr="007B2FD8">
        <w:trPr>
          <w:trHeight w:val="553"/>
        </w:trPr>
        <w:tc>
          <w:tcPr>
            <w:tcW w:w="9356" w:type="dxa"/>
            <w:gridSpan w:val="8"/>
            <w:shd w:val="clear" w:color="auto" w:fill="FFFFFF" w:themeFill="background1"/>
            <w:vAlign w:val="center"/>
          </w:tcPr>
          <w:p w14:paraId="01B8C55A" w14:textId="77777777" w:rsidR="00297D2C" w:rsidRPr="002561DC" w:rsidRDefault="00297D2C" w:rsidP="007B2FD8">
            <w:pPr>
              <w:spacing w:line="276" w:lineRule="auto"/>
              <w:jc w:val="center"/>
              <w:rPr>
                <w:rFonts w:ascii="Gill Sans MT" w:eastAsia="MS Mincho" w:hAnsi="Gill Sans MT" w:cs="Calibri"/>
                <w:bCs/>
                <w:sz w:val="20"/>
                <w:szCs w:val="20"/>
                <w:lang w:eastAsia="en-US"/>
              </w:rPr>
            </w:pPr>
            <w:r>
              <w:rPr>
                <w:rFonts w:ascii="Gill Sans MT" w:eastAsia="MS Mincho" w:hAnsi="Gill Sans MT" w:cs="Calibri"/>
                <w:bCs/>
                <w:i/>
                <w:sz w:val="20"/>
                <w:szCs w:val="20"/>
                <w:lang w:eastAsia="en-US"/>
              </w:rPr>
              <w:t>Subcortical connectivity</w:t>
            </w:r>
          </w:p>
        </w:tc>
      </w:tr>
      <w:tr w:rsidR="00297D2C" w:rsidRPr="00E65AD3" w14:paraId="090805A9" w14:textId="77777777" w:rsidTr="007B2FD8">
        <w:trPr>
          <w:trHeight w:val="181"/>
        </w:trPr>
        <w:tc>
          <w:tcPr>
            <w:tcW w:w="1135" w:type="dxa"/>
            <w:tcBorders>
              <w:bottom w:val="single" w:sz="4" w:space="0" w:color="auto"/>
            </w:tcBorders>
            <w:shd w:val="clear" w:color="auto" w:fill="FFFFFF" w:themeFill="background1"/>
          </w:tcPr>
          <w:p w14:paraId="153A86A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Measure</w:t>
            </w:r>
          </w:p>
        </w:tc>
        <w:tc>
          <w:tcPr>
            <w:tcW w:w="992" w:type="dxa"/>
            <w:tcBorders>
              <w:bottom w:val="single" w:sz="4" w:space="0" w:color="auto"/>
            </w:tcBorders>
            <w:shd w:val="clear" w:color="auto" w:fill="FFFFFF" w:themeFill="background1"/>
          </w:tcPr>
          <w:p w14:paraId="014CCB6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F statistic (p value)</w:t>
            </w:r>
          </w:p>
        </w:tc>
        <w:tc>
          <w:tcPr>
            <w:tcW w:w="1134" w:type="dxa"/>
            <w:tcBorders>
              <w:bottom w:val="single" w:sz="4" w:space="0" w:color="auto"/>
            </w:tcBorders>
            <w:shd w:val="clear" w:color="auto" w:fill="FFFFFF" w:themeFill="background1"/>
          </w:tcPr>
          <w:p w14:paraId="7A24D9C1" w14:textId="77777777" w:rsidR="00297D2C" w:rsidRPr="00E65AD3" w:rsidRDefault="00297D2C" w:rsidP="007B2FD8">
            <w:pPr>
              <w:spacing w:line="276" w:lineRule="auto"/>
              <w:rPr>
                <w:rFonts w:ascii="Gill Sans MT" w:eastAsia="MS Mincho" w:hAnsi="Gill Sans MT" w:cs="Calibri"/>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HC</w:t>
            </w:r>
          </w:p>
        </w:tc>
        <w:tc>
          <w:tcPr>
            <w:tcW w:w="1276" w:type="dxa"/>
            <w:tcBorders>
              <w:bottom w:val="single" w:sz="4" w:space="0" w:color="auto"/>
            </w:tcBorders>
            <w:shd w:val="clear" w:color="auto" w:fill="FFFFFF" w:themeFill="background1"/>
          </w:tcPr>
          <w:p w14:paraId="72C2B40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w:t>
            </w:r>
            <w:proofErr w:type="spellStart"/>
            <w:r>
              <w:rPr>
                <w:rFonts w:ascii="Gill Sans MT" w:eastAsia="MS Mincho" w:hAnsi="Gill Sans MT" w:cs="Calibri"/>
                <w:b/>
                <w:sz w:val="15"/>
                <w:szCs w:val="15"/>
                <w:lang w:eastAsia="en-US"/>
              </w:rPr>
              <w:t>nRBD</w:t>
            </w:r>
            <w:proofErr w:type="spellEnd"/>
            <w:r>
              <w:rPr>
                <w:rFonts w:ascii="Gill Sans MT" w:eastAsia="MS Mincho" w:hAnsi="Gill Sans MT" w:cs="Calibri"/>
                <w:b/>
                <w:sz w:val="15"/>
                <w:szCs w:val="15"/>
                <w:lang w:eastAsia="en-US"/>
              </w:rPr>
              <w:t xml:space="preserve"> vs HC</w:t>
            </w:r>
          </w:p>
        </w:tc>
        <w:tc>
          <w:tcPr>
            <w:tcW w:w="1134" w:type="dxa"/>
            <w:tcBorders>
              <w:bottom w:val="single" w:sz="4" w:space="0" w:color="auto"/>
            </w:tcBorders>
            <w:shd w:val="clear" w:color="auto" w:fill="FFFFFF" w:themeFill="background1"/>
          </w:tcPr>
          <w:p w14:paraId="3282548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PD-RBD vs HC</w:t>
            </w:r>
          </w:p>
        </w:tc>
        <w:tc>
          <w:tcPr>
            <w:tcW w:w="1275" w:type="dxa"/>
            <w:tcBorders>
              <w:bottom w:val="single" w:sz="4" w:space="0" w:color="auto"/>
            </w:tcBorders>
            <w:shd w:val="clear" w:color="auto" w:fill="FFFFFF" w:themeFill="background1"/>
          </w:tcPr>
          <w:p w14:paraId="4CF197FB" w14:textId="77777777" w:rsidR="00297D2C" w:rsidRPr="00E65AD3" w:rsidRDefault="00297D2C" w:rsidP="007B2FD8">
            <w:pPr>
              <w:spacing w:line="276" w:lineRule="auto"/>
              <w:rPr>
                <w:rFonts w:ascii="Gill Sans MT" w:eastAsia="MS Mincho" w:hAnsi="Gill Sans MT" w:cs="Calibri"/>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w:t>
            </w:r>
            <w:proofErr w:type="spellStart"/>
            <w:r>
              <w:rPr>
                <w:rFonts w:ascii="Gill Sans MT" w:eastAsia="MS Mincho" w:hAnsi="Gill Sans MT" w:cs="Calibri"/>
                <w:b/>
                <w:sz w:val="15"/>
                <w:szCs w:val="15"/>
                <w:lang w:eastAsia="en-US"/>
              </w:rPr>
              <w:t>nRBD</w:t>
            </w:r>
            <w:proofErr w:type="spellEnd"/>
          </w:p>
        </w:tc>
        <w:tc>
          <w:tcPr>
            <w:tcW w:w="1134" w:type="dxa"/>
            <w:tcBorders>
              <w:bottom w:val="single" w:sz="4" w:space="0" w:color="auto"/>
            </w:tcBorders>
            <w:shd w:val="clear" w:color="auto" w:fill="FFFFFF" w:themeFill="background1"/>
          </w:tcPr>
          <w:p w14:paraId="6B606953" w14:textId="77777777" w:rsidR="00297D2C" w:rsidRPr="00E65AD3" w:rsidRDefault="00297D2C" w:rsidP="007B2FD8">
            <w:pPr>
              <w:spacing w:line="276" w:lineRule="auto"/>
              <w:rPr>
                <w:rFonts w:ascii="Gill Sans MT" w:eastAsia="MS Mincho" w:hAnsi="Gill Sans MT" w:cs="Calibri"/>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PD-RBD</w:t>
            </w:r>
          </w:p>
        </w:tc>
        <w:tc>
          <w:tcPr>
            <w:tcW w:w="1276" w:type="dxa"/>
            <w:tcBorders>
              <w:bottom w:val="single" w:sz="4" w:space="0" w:color="auto"/>
            </w:tcBorders>
            <w:shd w:val="clear" w:color="auto" w:fill="FFFFFF" w:themeFill="background1"/>
          </w:tcPr>
          <w:p w14:paraId="6CB579A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PD-RBD vs PD-</w:t>
            </w:r>
            <w:proofErr w:type="spellStart"/>
            <w:r>
              <w:rPr>
                <w:rFonts w:ascii="Gill Sans MT" w:eastAsia="MS Mincho" w:hAnsi="Gill Sans MT" w:cs="Calibri"/>
                <w:b/>
                <w:sz w:val="15"/>
                <w:szCs w:val="15"/>
                <w:lang w:eastAsia="en-US"/>
              </w:rPr>
              <w:t>nRBD</w:t>
            </w:r>
            <w:proofErr w:type="spellEnd"/>
          </w:p>
        </w:tc>
      </w:tr>
      <w:tr w:rsidR="00297D2C" w:rsidRPr="00E65AD3" w14:paraId="1EECFC2A" w14:textId="77777777" w:rsidTr="007B2FD8">
        <w:trPr>
          <w:trHeight w:val="555"/>
        </w:trPr>
        <w:tc>
          <w:tcPr>
            <w:tcW w:w="1135" w:type="dxa"/>
            <w:tcBorders>
              <w:top w:val="single" w:sz="4" w:space="0" w:color="auto"/>
            </w:tcBorders>
            <w:shd w:val="clear" w:color="auto" w:fill="FFFFFF" w:themeFill="background1"/>
            <w:vAlign w:val="bottom"/>
          </w:tcPr>
          <w:p w14:paraId="13CDD4B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HIP-LIM</w:t>
            </w:r>
          </w:p>
        </w:tc>
        <w:tc>
          <w:tcPr>
            <w:tcW w:w="992" w:type="dxa"/>
            <w:tcBorders>
              <w:top w:val="single" w:sz="4" w:space="0" w:color="auto"/>
            </w:tcBorders>
            <w:shd w:val="clear" w:color="auto" w:fill="FFFFFF" w:themeFill="background1"/>
            <w:vAlign w:val="bottom"/>
          </w:tcPr>
          <w:p w14:paraId="5A669D1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1.62 (p=0.184)</w:t>
            </w:r>
          </w:p>
        </w:tc>
        <w:tc>
          <w:tcPr>
            <w:tcW w:w="1134" w:type="dxa"/>
            <w:tcBorders>
              <w:top w:val="single" w:sz="4" w:space="0" w:color="auto"/>
            </w:tcBorders>
            <w:shd w:val="clear" w:color="auto" w:fill="FFFFFF" w:themeFill="background1"/>
            <w:vAlign w:val="bottom"/>
          </w:tcPr>
          <w:p w14:paraId="2DA64E8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-0.34 (p=0.030; q=0.091)</w:t>
            </w:r>
          </w:p>
        </w:tc>
        <w:tc>
          <w:tcPr>
            <w:tcW w:w="1276" w:type="dxa"/>
            <w:tcBorders>
              <w:top w:val="single" w:sz="4" w:space="0" w:color="auto"/>
            </w:tcBorders>
            <w:shd w:val="clear" w:color="auto" w:fill="FFFFFF" w:themeFill="background1"/>
            <w:vAlign w:val="bottom"/>
          </w:tcPr>
          <w:p w14:paraId="6020827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-0.29 (p=0.054; q=0.161)</w:t>
            </w:r>
          </w:p>
        </w:tc>
        <w:tc>
          <w:tcPr>
            <w:tcW w:w="1134" w:type="dxa"/>
            <w:tcBorders>
              <w:top w:val="single" w:sz="4" w:space="0" w:color="auto"/>
            </w:tcBorders>
            <w:shd w:val="clear" w:color="auto" w:fill="FFFFFF" w:themeFill="background1"/>
            <w:vAlign w:val="bottom"/>
          </w:tcPr>
          <w:p w14:paraId="5A38EF4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-0.28 (p=0.118; q=0.355)</w:t>
            </w:r>
          </w:p>
        </w:tc>
        <w:tc>
          <w:tcPr>
            <w:tcW w:w="1275" w:type="dxa"/>
            <w:tcBorders>
              <w:top w:val="single" w:sz="4" w:space="0" w:color="auto"/>
            </w:tcBorders>
            <w:shd w:val="clear" w:color="auto" w:fill="FFFFFF" w:themeFill="background1"/>
            <w:vAlign w:val="bottom"/>
          </w:tcPr>
          <w:p w14:paraId="553F986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-0.05 (p=0.628; q=0.753)</w:t>
            </w:r>
          </w:p>
        </w:tc>
        <w:tc>
          <w:tcPr>
            <w:tcW w:w="1134" w:type="dxa"/>
            <w:tcBorders>
              <w:top w:val="single" w:sz="4" w:space="0" w:color="auto"/>
            </w:tcBorders>
            <w:shd w:val="clear" w:color="auto" w:fill="FFFFFF" w:themeFill="background1"/>
            <w:vAlign w:val="bottom"/>
          </w:tcPr>
          <w:p w14:paraId="03C5C68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-0.07 (p=0.632; q=0.759)</w:t>
            </w:r>
          </w:p>
        </w:tc>
        <w:tc>
          <w:tcPr>
            <w:tcW w:w="1276" w:type="dxa"/>
            <w:tcBorders>
              <w:top w:val="single" w:sz="4" w:space="0" w:color="auto"/>
            </w:tcBorders>
            <w:shd w:val="clear" w:color="auto" w:fill="FFFFFF" w:themeFill="background1"/>
            <w:vAlign w:val="bottom"/>
          </w:tcPr>
          <w:p w14:paraId="555E54E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+0.02 (p=0.902; q=0.902)</w:t>
            </w:r>
          </w:p>
        </w:tc>
      </w:tr>
      <w:tr w:rsidR="00297D2C" w:rsidRPr="00E65AD3" w14:paraId="05F446B9" w14:textId="77777777" w:rsidTr="007B2FD8">
        <w:trPr>
          <w:trHeight w:val="617"/>
        </w:trPr>
        <w:tc>
          <w:tcPr>
            <w:tcW w:w="1135" w:type="dxa"/>
            <w:shd w:val="clear" w:color="auto" w:fill="FFFFFF" w:themeFill="background1"/>
            <w:vAlign w:val="bottom"/>
          </w:tcPr>
          <w:p w14:paraId="0492989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AMY-LIM</w:t>
            </w:r>
          </w:p>
        </w:tc>
        <w:tc>
          <w:tcPr>
            <w:tcW w:w="992" w:type="dxa"/>
            <w:shd w:val="clear" w:color="auto" w:fill="FFFFFF" w:themeFill="background1"/>
            <w:vAlign w:val="bottom"/>
          </w:tcPr>
          <w:p w14:paraId="06F4E80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2.96 (p=0.032)</w:t>
            </w:r>
          </w:p>
        </w:tc>
        <w:tc>
          <w:tcPr>
            <w:tcW w:w="1134" w:type="dxa"/>
            <w:shd w:val="clear" w:color="auto" w:fill="FFFFFF" w:themeFill="background1"/>
            <w:vAlign w:val="bottom"/>
          </w:tcPr>
          <w:p w14:paraId="7C76CC4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-0.44 (p=0.005; q=0.</w:t>
            </w:r>
            <w:proofErr w:type="gramStart"/>
            <w:r>
              <w:rPr>
                <w:rFonts w:ascii="Gill Sans MT" w:eastAsia="MS Mincho" w:hAnsi="Gill Sans MT" w:cs="Calibri"/>
                <w:b/>
                <w:sz w:val="15"/>
                <w:szCs w:val="15"/>
                <w:lang w:eastAsia="en-US"/>
              </w:rPr>
              <w:t>028)*</w:t>
            </w:r>
            <w:proofErr w:type="gramEnd"/>
          </w:p>
        </w:tc>
        <w:tc>
          <w:tcPr>
            <w:tcW w:w="1276" w:type="dxa"/>
            <w:shd w:val="clear" w:color="auto" w:fill="FFFFFF" w:themeFill="background1"/>
            <w:vAlign w:val="bottom"/>
          </w:tcPr>
          <w:p w14:paraId="7486C6C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-0.30 (p=0.046; q=0.161)</w:t>
            </w:r>
          </w:p>
        </w:tc>
        <w:tc>
          <w:tcPr>
            <w:tcW w:w="1134" w:type="dxa"/>
            <w:shd w:val="clear" w:color="auto" w:fill="FFFFFF" w:themeFill="background1"/>
            <w:vAlign w:val="bottom"/>
          </w:tcPr>
          <w:p w14:paraId="7184D985"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-0.42 (p=0.018; q=0.105)</w:t>
            </w:r>
          </w:p>
        </w:tc>
        <w:tc>
          <w:tcPr>
            <w:tcW w:w="1275" w:type="dxa"/>
            <w:shd w:val="clear" w:color="auto" w:fill="FFFFFF" w:themeFill="background1"/>
            <w:vAlign w:val="bottom"/>
          </w:tcPr>
          <w:p w14:paraId="1099AEB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-0.14 (p=0.153; q=0.230)</w:t>
            </w:r>
          </w:p>
        </w:tc>
        <w:tc>
          <w:tcPr>
            <w:tcW w:w="1134" w:type="dxa"/>
            <w:shd w:val="clear" w:color="auto" w:fill="FFFFFF" w:themeFill="background1"/>
            <w:vAlign w:val="bottom"/>
          </w:tcPr>
          <w:p w14:paraId="72CF7B0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-0.03 (p=0.852; q=0.852)</w:t>
            </w:r>
          </w:p>
        </w:tc>
        <w:tc>
          <w:tcPr>
            <w:tcW w:w="1276" w:type="dxa"/>
            <w:shd w:val="clear" w:color="auto" w:fill="FFFFFF" w:themeFill="background1"/>
            <w:vAlign w:val="bottom"/>
          </w:tcPr>
          <w:p w14:paraId="1CAF239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-0.12 (p=0.358; q=0.782)</w:t>
            </w:r>
          </w:p>
        </w:tc>
      </w:tr>
      <w:tr w:rsidR="00297D2C" w:rsidRPr="00E65AD3" w14:paraId="71F675B3" w14:textId="77777777" w:rsidTr="007B2FD8">
        <w:trPr>
          <w:trHeight w:val="511"/>
        </w:trPr>
        <w:tc>
          <w:tcPr>
            <w:tcW w:w="1135" w:type="dxa"/>
            <w:shd w:val="clear" w:color="auto" w:fill="FFFFFF" w:themeFill="background1"/>
            <w:vAlign w:val="bottom"/>
          </w:tcPr>
          <w:p w14:paraId="0749E0E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ACC-LIM</w:t>
            </w:r>
          </w:p>
        </w:tc>
        <w:tc>
          <w:tcPr>
            <w:tcW w:w="992" w:type="dxa"/>
            <w:shd w:val="clear" w:color="auto" w:fill="FFFFFF" w:themeFill="background1"/>
            <w:vAlign w:val="bottom"/>
          </w:tcPr>
          <w:p w14:paraId="3845D28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1.61 (p=0.186)</w:t>
            </w:r>
          </w:p>
        </w:tc>
        <w:tc>
          <w:tcPr>
            <w:tcW w:w="1134" w:type="dxa"/>
            <w:shd w:val="clear" w:color="auto" w:fill="FFFFFF" w:themeFill="background1"/>
            <w:vAlign w:val="bottom"/>
          </w:tcPr>
          <w:p w14:paraId="69A9C83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-0.13 (p=0.405; q=0.486)</w:t>
            </w:r>
          </w:p>
        </w:tc>
        <w:tc>
          <w:tcPr>
            <w:tcW w:w="1276" w:type="dxa"/>
            <w:shd w:val="clear" w:color="auto" w:fill="FFFFFF" w:themeFill="background1"/>
            <w:vAlign w:val="bottom"/>
          </w:tcPr>
          <w:p w14:paraId="317239D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+0.09 (p=0.549; q=0.615)</w:t>
            </w:r>
          </w:p>
        </w:tc>
        <w:tc>
          <w:tcPr>
            <w:tcW w:w="1134" w:type="dxa"/>
            <w:shd w:val="clear" w:color="auto" w:fill="FFFFFF" w:themeFill="background1"/>
            <w:vAlign w:val="bottom"/>
          </w:tcPr>
          <w:p w14:paraId="0622143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+0.01 (p=0.946; q=0.946)</w:t>
            </w:r>
          </w:p>
        </w:tc>
        <w:tc>
          <w:tcPr>
            <w:tcW w:w="1275" w:type="dxa"/>
            <w:shd w:val="clear" w:color="auto" w:fill="FFFFFF" w:themeFill="background1"/>
            <w:vAlign w:val="bottom"/>
          </w:tcPr>
          <w:p w14:paraId="646D9E4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-0.22 (p=0.029; q=0.057)</w:t>
            </w:r>
          </w:p>
        </w:tc>
        <w:tc>
          <w:tcPr>
            <w:tcW w:w="1134" w:type="dxa"/>
            <w:shd w:val="clear" w:color="auto" w:fill="FFFFFF" w:themeFill="background1"/>
            <w:vAlign w:val="bottom"/>
          </w:tcPr>
          <w:p w14:paraId="5C5CE02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-0.14 (p=0.293; q=0.586)</w:t>
            </w:r>
          </w:p>
        </w:tc>
        <w:tc>
          <w:tcPr>
            <w:tcW w:w="1276" w:type="dxa"/>
            <w:shd w:val="clear" w:color="auto" w:fill="FFFFFF" w:themeFill="background1"/>
            <w:vAlign w:val="bottom"/>
          </w:tcPr>
          <w:p w14:paraId="72102F6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-0.08 (p=0.543; q=0.782)</w:t>
            </w:r>
          </w:p>
        </w:tc>
      </w:tr>
      <w:tr w:rsidR="00297D2C" w:rsidRPr="00E65AD3" w14:paraId="57328AFD" w14:textId="77777777" w:rsidTr="007B2FD8">
        <w:trPr>
          <w:trHeight w:val="430"/>
        </w:trPr>
        <w:tc>
          <w:tcPr>
            <w:tcW w:w="1135" w:type="dxa"/>
            <w:shd w:val="clear" w:color="auto" w:fill="FFFFFF" w:themeFill="background1"/>
            <w:vAlign w:val="bottom"/>
          </w:tcPr>
          <w:p w14:paraId="170E4F9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lastRenderedPageBreak/>
              <w:t>HIP-ACC</w:t>
            </w:r>
          </w:p>
        </w:tc>
        <w:tc>
          <w:tcPr>
            <w:tcW w:w="992" w:type="dxa"/>
            <w:shd w:val="clear" w:color="auto" w:fill="FFFFFF" w:themeFill="background1"/>
            <w:vAlign w:val="bottom"/>
          </w:tcPr>
          <w:p w14:paraId="1B0FF53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2.03 (p=0.109)</w:t>
            </w:r>
          </w:p>
        </w:tc>
        <w:tc>
          <w:tcPr>
            <w:tcW w:w="1134" w:type="dxa"/>
            <w:shd w:val="clear" w:color="auto" w:fill="FFFFFF" w:themeFill="background1"/>
            <w:vAlign w:val="bottom"/>
          </w:tcPr>
          <w:p w14:paraId="4E3E78D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-0.15 (p=0.343; q=0.486)</w:t>
            </w:r>
          </w:p>
        </w:tc>
        <w:tc>
          <w:tcPr>
            <w:tcW w:w="1276" w:type="dxa"/>
            <w:shd w:val="clear" w:color="auto" w:fill="FFFFFF" w:themeFill="background1"/>
            <w:vAlign w:val="bottom"/>
          </w:tcPr>
          <w:p w14:paraId="4DAEF61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+0.10 (p=0.511; q=0.615)</w:t>
            </w:r>
          </w:p>
        </w:tc>
        <w:tc>
          <w:tcPr>
            <w:tcW w:w="1134" w:type="dxa"/>
            <w:shd w:val="clear" w:color="auto" w:fill="FFFFFF" w:themeFill="background1"/>
            <w:vAlign w:val="bottom"/>
          </w:tcPr>
          <w:p w14:paraId="4C22F73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+0.01 (p=0.938; q=0.946)</w:t>
            </w:r>
          </w:p>
        </w:tc>
        <w:tc>
          <w:tcPr>
            <w:tcW w:w="1275" w:type="dxa"/>
            <w:shd w:val="clear" w:color="auto" w:fill="FFFFFF" w:themeFill="background1"/>
            <w:vAlign w:val="bottom"/>
          </w:tcPr>
          <w:p w14:paraId="7471E6C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-0.25 (p=0.014; q=0.</w:t>
            </w:r>
            <w:proofErr w:type="gramStart"/>
            <w:r>
              <w:rPr>
                <w:rFonts w:ascii="Gill Sans MT" w:eastAsia="MS Mincho" w:hAnsi="Gill Sans MT" w:cs="Calibri"/>
                <w:b/>
                <w:sz w:val="15"/>
                <w:szCs w:val="15"/>
                <w:lang w:eastAsia="en-US"/>
              </w:rPr>
              <w:t>050)*</w:t>
            </w:r>
            <w:proofErr w:type="gramEnd"/>
          </w:p>
        </w:tc>
        <w:tc>
          <w:tcPr>
            <w:tcW w:w="1134" w:type="dxa"/>
            <w:shd w:val="clear" w:color="auto" w:fill="FFFFFF" w:themeFill="background1"/>
            <w:vAlign w:val="bottom"/>
          </w:tcPr>
          <w:p w14:paraId="50AFEB5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-0.16 (p=0.230; q=0.586)</w:t>
            </w:r>
          </w:p>
        </w:tc>
        <w:tc>
          <w:tcPr>
            <w:tcW w:w="1276" w:type="dxa"/>
            <w:shd w:val="clear" w:color="auto" w:fill="FFFFFF" w:themeFill="background1"/>
            <w:vAlign w:val="bottom"/>
          </w:tcPr>
          <w:p w14:paraId="07E42A2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-0.09 (p=0.509; q=0.782)</w:t>
            </w:r>
          </w:p>
        </w:tc>
      </w:tr>
      <w:tr w:rsidR="00297D2C" w:rsidRPr="00E65AD3" w14:paraId="190AFB7A" w14:textId="77777777" w:rsidTr="007B2FD8">
        <w:trPr>
          <w:trHeight w:val="507"/>
        </w:trPr>
        <w:tc>
          <w:tcPr>
            <w:tcW w:w="1135" w:type="dxa"/>
            <w:shd w:val="clear" w:color="auto" w:fill="FFFFFF" w:themeFill="background1"/>
            <w:vAlign w:val="bottom"/>
          </w:tcPr>
          <w:p w14:paraId="490ADDC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HIP-AMY</w:t>
            </w:r>
          </w:p>
        </w:tc>
        <w:tc>
          <w:tcPr>
            <w:tcW w:w="992" w:type="dxa"/>
            <w:shd w:val="clear" w:color="auto" w:fill="FFFFFF" w:themeFill="background1"/>
            <w:vAlign w:val="bottom"/>
          </w:tcPr>
          <w:p w14:paraId="40EC162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0.38 (p=0.770)</w:t>
            </w:r>
          </w:p>
        </w:tc>
        <w:tc>
          <w:tcPr>
            <w:tcW w:w="1134" w:type="dxa"/>
            <w:shd w:val="clear" w:color="auto" w:fill="FFFFFF" w:themeFill="background1"/>
            <w:vAlign w:val="bottom"/>
          </w:tcPr>
          <w:p w14:paraId="3C19D83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-0.08 (p=0.596; q=0.596)</w:t>
            </w:r>
          </w:p>
        </w:tc>
        <w:tc>
          <w:tcPr>
            <w:tcW w:w="1276" w:type="dxa"/>
            <w:shd w:val="clear" w:color="auto" w:fill="FFFFFF" w:themeFill="background1"/>
            <w:vAlign w:val="bottom"/>
          </w:tcPr>
          <w:p w14:paraId="468882D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-0.07 (p=0.615; q=0.615)</w:t>
            </w:r>
          </w:p>
        </w:tc>
        <w:tc>
          <w:tcPr>
            <w:tcW w:w="1134" w:type="dxa"/>
            <w:shd w:val="clear" w:color="auto" w:fill="FFFFFF" w:themeFill="background1"/>
            <w:vAlign w:val="bottom"/>
          </w:tcPr>
          <w:p w14:paraId="7E10F355"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-0.18 (p=0.308; q=0.615)</w:t>
            </w:r>
          </w:p>
        </w:tc>
        <w:tc>
          <w:tcPr>
            <w:tcW w:w="1275" w:type="dxa"/>
            <w:shd w:val="clear" w:color="auto" w:fill="FFFFFF" w:themeFill="background1"/>
            <w:vAlign w:val="bottom"/>
          </w:tcPr>
          <w:p w14:paraId="6B53F3A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-0.01 (p=0.941; q=0.941)</w:t>
            </w:r>
          </w:p>
        </w:tc>
        <w:tc>
          <w:tcPr>
            <w:tcW w:w="1134" w:type="dxa"/>
            <w:shd w:val="clear" w:color="auto" w:fill="FFFFFF" w:themeFill="background1"/>
            <w:vAlign w:val="bottom"/>
          </w:tcPr>
          <w:p w14:paraId="0EB7E7A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+0.10 (p=0.475; q=0.713)</w:t>
            </w:r>
          </w:p>
        </w:tc>
        <w:tc>
          <w:tcPr>
            <w:tcW w:w="1276" w:type="dxa"/>
            <w:shd w:val="clear" w:color="auto" w:fill="FFFFFF" w:themeFill="background1"/>
            <w:vAlign w:val="bottom"/>
          </w:tcPr>
          <w:p w14:paraId="403DAC6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-0.10 (p=0.420; q=0.782)</w:t>
            </w:r>
          </w:p>
        </w:tc>
      </w:tr>
      <w:tr w:rsidR="00297D2C" w:rsidRPr="00E65AD3" w14:paraId="3D8A3414" w14:textId="77777777" w:rsidTr="007B2FD8">
        <w:trPr>
          <w:trHeight w:val="568"/>
        </w:trPr>
        <w:tc>
          <w:tcPr>
            <w:tcW w:w="1135" w:type="dxa"/>
            <w:shd w:val="clear" w:color="auto" w:fill="FFFFFF" w:themeFill="background1"/>
            <w:vAlign w:val="bottom"/>
          </w:tcPr>
          <w:p w14:paraId="555E42E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AMY-ACC</w:t>
            </w:r>
          </w:p>
        </w:tc>
        <w:tc>
          <w:tcPr>
            <w:tcW w:w="992" w:type="dxa"/>
            <w:shd w:val="clear" w:color="auto" w:fill="FFFFFF" w:themeFill="background1"/>
            <w:vAlign w:val="bottom"/>
          </w:tcPr>
          <w:p w14:paraId="1C3A3C24"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1.97 (p=0.118)</w:t>
            </w:r>
          </w:p>
        </w:tc>
        <w:tc>
          <w:tcPr>
            <w:tcW w:w="1134" w:type="dxa"/>
            <w:shd w:val="clear" w:color="auto" w:fill="FFFFFF" w:themeFill="background1"/>
            <w:vAlign w:val="bottom"/>
          </w:tcPr>
          <w:p w14:paraId="0121F3D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-0.14 (p=0.358; q=0.486)</w:t>
            </w:r>
          </w:p>
        </w:tc>
        <w:tc>
          <w:tcPr>
            <w:tcW w:w="1276" w:type="dxa"/>
            <w:shd w:val="clear" w:color="auto" w:fill="FFFFFF" w:themeFill="background1"/>
            <w:vAlign w:val="bottom"/>
          </w:tcPr>
          <w:p w14:paraId="0E9452E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+0.10 (p=0.517; q=0.615)</w:t>
            </w:r>
          </w:p>
        </w:tc>
        <w:tc>
          <w:tcPr>
            <w:tcW w:w="1134" w:type="dxa"/>
            <w:shd w:val="clear" w:color="auto" w:fill="FFFFFF" w:themeFill="background1"/>
            <w:vAlign w:val="bottom"/>
          </w:tcPr>
          <w:p w14:paraId="6B3C380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+0.04 (p=0.823; q=0.946)</w:t>
            </w:r>
          </w:p>
        </w:tc>
        <w:tc>
          <w:tcPr>
            <w:tcW w:w="1275" w:type="dxa"/>
            <w:shd w:val="clear" w:color="auto" w:fill="FFFFFF" w:themeFill="background1"/>
            <w:vAlign w:val="bottom"/>
          </w:tcPr>
          <w:p w14:paraId="003F973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-0.24 (p=0.017; q=0.</w:t>
            </w:r>
            <w:proofErr w:type="gramStart"/>
            <w:r>
              <w:rPr>
                <w:rFonts w:ascii="Gill Sans MT" w:eastAsia="MS Mincho" w:hAnsi="Gill Sans MT" w:cs="Calibri"/>
                <w:b/>
                <w:sz w:val="15"/>
                <w:szCs w:val="15"/>
                <w:lang w:eastAsia="en-US"/>
              </w:rPr>
              <w:t>050)*</w:t>
            </w:r>
            <w:proofErr w:type="gramEnd"/>
          </w:p>
        </w:tc>
        <w:tc>
          <w:tcPr>
            <w:tcW w:w="1134" w:type="dxa"/>
            <w:shd w:val="clear" w:color="auto" w:fill="FFFFFF" w:themeFill="background1"/>
            <w:vAlign w:val="bottom"/>
          </w:tcPr>
          <w:p w14:paraId="2299E41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-0.18 (p=0.176; q=0.586)</w:t>
            </w:r>
          </w:p>
        </w:tc>
        <w:tc>
          <w:tcPr>
            <w:tcW w:w="1276" w:type="dxa"/>
            <w:shd w:val="clear" w:color="auto" w:fill="FFFFFF" w:themeFill="background1"/>
            <w:vAlign w:val="bottom"/>
          </w:tcPr>
          <w:p w14:paraId="04D0138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-0.06 (p=0.651; q=0.782)</w:t>
            </w:r>
          </w:p>
        </w:tc>
      </w:tr>
      <w:tr w:rsidR="00297D2C" w:rsidRPr="00E65AD3" w14:paraId="70096550" w14:textId="77777777" w:rsidTr="007B2FD8">
        <w:trPr>
          <w:trHeight w:val="447"/>
        </w:trPr>
        <w:tc>
          <w:tcPr>
            <w:tcW w:w="9356" w:type="dxa"/>
            <w:gridSpan w:val="8"/>
            <w:shd w:val="clear" w:color="auto" w:fill="FFFFFF" w:themeFill="background1"/>
            <w:vAlign w:val="center"/>
          </w:tcPr>
          <w:p w14:paraId="79FCBDC7" w14:textId="77777777" w:rsidR="00297D2C" w:rsidRPr="002561DC" w:rsidRDefault="00297D2C" w:rsidP="007B2FD8">
            <w:pPr>
              <w:spacing w:line="276" w:lineRule="auto"/>
              <w:jc w:val="center"/>
              <w:rPr>
                <w:rFonts w:ascii="Gill Sans MT" w:eastAsia="MS Mincho" w:hAnsi="Gill Sans MT" w:cs="Calibri"/>
                <w:bCs/>
                <w:sz w:val="20"/>
                <w:szCs w:val="20"/>
                <w:lang w:eastAsia="en-US"/>
              </w:rPr>
            </w:pPr>
            <w:r>
              <w:rPr>
                <w:rFonts w:ascii="Gill Sans MT" w:eastAsia="MS Mincho" w:hAnsi="Gill Sans MT" w:cs="Calibri"/>
                <w:bCs/>
                <w:i/>
                <w:sz w:val="20"/>
                <w:szCs w:val="20"/>
                <w:lang w:eastAsia="en-US"/>
              </w:rPr>
              <w:t>Cortical connectivity</w:t>
            </w:r>
          </w:p>
        </w:tc>
      </w:tr>
      <w:tr w:rsidR="00297D2C" w:rsidRPr="00E65AD3" w14:paraId="26102FB0" w14:textId="77777777" w:rsidTr="007B2FD8">
        <w:trPr>
          <w:trHeight w:val="75"/>
        </w:trPr>
        <w:tc>
          <w:tcPr>
            <w:tcW w:w="1135" w:type="dxa"/>
            <w:tcBorders>
              <w:bottom w:val="single" w:sz="4" w:space="0" w:color="auto"/>
            </w:tcBorders>
            <w:shd w:val="clear" w:color="auto" w:fill="FFFFFF" w:themeFill="background1"/>
          </w:tcPr>
          <w:p w14:paraId="3380AF2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Measure</w:t>
            </w:r>
          </w:p>
        </w:tc>
        <w:tc>
          <w:tcPr>
            <w:tcW w:w="992" w:type="dxa"/>
            <w:tcBorders>
              <w:bottom w:val="single" w:sz="4" w:space="0" w:color="auto"/>
            </w:tcBorders>
            <w:shd w:val="clear" w:color="auto" w:fill="FFFFFF" w:themeFill="background1"/>
          </w:tcPr>
          <w:p w14:paraId="6ACCB6E5" w14:textId="77777777" w:rsidR="00297D2C" w:rsidRPr="00E65AD3" w:rsidRDefault="00297D2C" w:rsidP="007B2FD8">
            <w:pPr>
              <w:spacing w:line="276" w:lineRule="auto"/>
              <w:rPr>
                <w:rFonts w:ascii="Gill Sans MT" w:eastAsia="MS Mincho" w:hAnsi="Gill Sans MT" w:cs="Calibri"/>
                <w:b/>
                <w:sz w:val="15"/>
                <w:szCs w:val="15"/>
                <w:lang w:eastAsia="en-US"/>
              </w:rPr>
            </w:pPr>
            <w:r>
              <w:rPr>
                <w:rFonts w:ascii="Gill Sans MT" w:eastAsia="MS Mincho" w:hAnsi="Gill Sans MT" w:cs="Calibri"/>
                <w:b/>
                <w:sz w:val="15"/>
                <w:szCs w:val="15"/>
                <w:lang w:eastAsia="en-US"/>
              </w:rPr>
              <w:t>F statistic (p value)</w:t>
            </w:r>
          </w:p>
        </w:tc>
        <w:tc>
          <w:tcPr>
            <w:tcW w:w="1134" w:type="dxa"/>
            <w:tcBorders>
              <w:bottom w:val="single" w:sz="4" w:space="0" w:color="auto"/>
            </w:tcBorders>
            <w:shd w:val="clear" w:color="auto" w:fill="FFFFFF" w:themeFill="background1"/>
          </w:tcPr>
          <w:p w14:paraId="4A916AD3" w14:textId="77777777" w:rsidR="00297D2C" w:rsidRPr="00E65AD3" w:rsidRDefault="00297D2C" w:rsidP="007B2FD8">
            <w:pPr>
              <w:spacing w:line="276" w:lineRule="auto"/>
              <w:rPr>
                <w:rFonts w:ascii="Gill Sans MT" w:eastAsia="MS Mincho" w:hAnsi="Gill Sans MT" w:cs="Calibri"/>
                <w:b/>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HC</w:t>
            </w:r>
          </w:p>
        </w:tc>
        <w:tc>
          <w:tcPr>
            <w:tcW w:w="1276" w:type="dxa"/>
            <w:tcBorders>
              <w:bottom w:val="single" w:sz="4" w:space="0" w:color="auto"/>
            </w:tcBorders>
            <w:shd w:val="clear" w:color="auto" w:fill="FFFFFF" w:themeFill="background1"/>
          </w:tcPr>
          <w:p w14:paraId="47BBEF4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w:t>
            </w:r>
            <w:proofErr w:type="spellStart"/>
            <w:r>
              <w:rPr>
                <w:rFonts w:ascii="Gill Sans MT" w:eastAsia="MS Mincho" w:hAnsi="Gill Sans MT" w:cs="Calibri"/>
                <w:b/>
                <w:sz w:val="15"/>
                <w:szCs w:val="15"/>
                <w:lang w:eastAsia="en-US"/>
              </w:rPr>
              <w:t>nRBD</w:t>
            </w:r>
            <w:proofErr w:type="spellEnd"/>
            <w:r>
              <w:rPr>
                <w:rFonts w:ascii="Gill Sans MT" w:eastAsia="MS Mincho" w:hAnsi="Gill Sans MT" w:cs="Calibri"/>
                <w:b/>
                <w:sz w:val="15"/>
                <w:szCs w:val="15"/>
                <w:lang w:eastAsia="en-US"/>
              </w:rPr>
              <w:t xml:space="preserve"> vs HC</w:t>
            </w:r>
          </w:p>
        </w:tc>
        <w:tc>
          <w:tcPr>
            <w:tcW w:w="1134" w:type="dxa"/>
            <w:tcBorders>
              <w:bottom w:val="single" w:sz="4" w:space="0" w:color="auto"/>
            </w:tcBorders>
            <w:shd w:val="clear" w:color="auto" w:fill="FFFFFF" w:themeFill="background1"/>
          </w:tcPr>
          <w:p w14:paraId="0FD658D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PD-RBD vs HC</w:t>
            </w:r>
          </w:p>
        </w:tc>
        <w:tc>
          <w:tcPr>
            <w:tcW w:w="1275" w:type="dxa"/>
            <w:tcBorders>
              <w:bottom w:val="single" w:sz="4" w:space="0" w:color="auto"/>
            </w:tcBorders>
            <w:shd w:val="clear" w:color="auto" w:fill="FFFFFF" w:themeFill="background1"/>
          </w:tcPr>
          <w:p w14:paraId="2D1B3435" w14:textId="77777777" w:rsidR="00297D2C" w:rsidRPr="00E65AD3" w:rsidRDefault="00297D2C" w:rsidP="007B2FD8">
            <w:pPr>
              <w:spacing w:line="276" w:lineRule="auto"/>
              <w:rPr>
                <w:rFonts w:ascii="Gill Sans MT" w:eastAsia="MS Mincho" w:hAnsi="Gill Sans MT" w:cs="Calibri"/>
                <w:b/>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w:t>
            </w:r>
            <w:proofErr w:type="spellStart"/>
            <w:r>
              <w:rPr>
                <w:rFonts w:ascii="Gill Sans MT" w:eastAsia="MS Mincho" w:hAnsi="Gill Sans MT" w:cs="Calibri"/>
                <w:b/>
                <w:sz w:val="15"/>
                <w:szCs w:val="15"/>
                <w:lang w:eastAsia="en-US"/>
              </w:rPr>
              <w:t>nRBD</w:t>
            </w:r>
            <w:proofErr w:type="spellEnd"/>
          </w:p>
        </w:tc>
        <w:tc>
          <w:tcPr>
            <w:tcW w:w="1134" w:type="dxa"/>
            <w:tcBorders>
              <w:bottom w:val="single" w:sz="4" w:space="0" w:color="auto"/>
            </w:tcBorders>
            <w:shd w:val="clear" w:color="auto" w:fill="FFFFFF" w:themeFill="background1"/>
          </w:tcPr>
          <w:p w14:paraId="07AE91A6" w14:textId="77777777" w:rsidR="00297D2C" w:rsidRPr="00E65AD3" w:rsidRDefault="00297D2C" w:rsidP="007B2FD8">
            <w:pPr>
              <w:spacing w:line="276" w:lineRule="auto"/>
              <w:rPr>
                <w:rFonts w:ascii="Gill Sans MT" w:eastAsia="MS Mincho" w:hAnsi="Gill Sans MT" w:cs="Calibri"/>
                <w:sz w:val="15"/>
                <w:szCs w:val="15"/>
                <w:lang w:eastAsia="en-US"/>
              </w:rPr>
            </w:pPr>
            <w:proofErr w:type="spellStart"/>
            <w:r>
              <w:rPr>
                <w:rFonts w:ascii="Gill Sans MT" w:eastAsia="MS Mincho" w:hAnsi="Gill Sans MT" w:cs="Calibri"/>
                <w:b/>
                <w:sz w:val="15"/>
                <w:szCs w:val="15"/>
                <w:lang w:eastAsia="en-US"/>
              </w:rPr>
              <w:t>iRBD</w:t>
            </w:r>
            <w:proofErr w:type="spellEnd"/>
            <w:r>
              <w:rPr>
                <w:rFonts w:ascii="Gill Sans MT" w:eastAsia="MS Mincho" w:hAnsi="Gill Sans MT" w:cs="Calibri"/>
                <w:b/>
                <w:sz w:val="15"/>
                <w:szCs w:val="15"/>
                <w:lang w:eastAsia="en-US"/>
              </w:rPr>
              <w:t xml:space="preserve"> vs PD-RBD</w:t>
            </w:r>
          </w:p>
        </w:tc>
        <w:tc>
          <w:tcPr>
            <w:tcW w:w="1276" w:type="dxa"/>
            <w:tcBorders>
              <w:bottom w:val="single" w:sz="4" w:space="0" w:color="auto"/>
            </w:tcBorders>
            <w:shd w:val="clear" w:color="auto" w:fill="FFFFFF" w:themeFill="background1"/>
          </w:tcPr>
          <w:p w14:paraId="4F16503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PD-RBD vs PD-</w:t>
            </w:r>
            <w:proofErr w:type="spellStart"/>
            <w:r>
              <w:rPr>
                <w:rFonts w:ascii="Gill Sans MT" w:eastAsia="MS Mincho" w:hAnsi="Gill Sans MT" w:cs="Calibri"/>
                <w:b/>
                <w:sz w:val="15"/>
                <w:szCs w:val="15"/>
                <w:lang w:eastAsia="en-US"/>
              </w:rPr>
              <w:t>nRBD</w:t>
            </w:r>
            <w:proofErr w:type="spellEnd"/>
          </w:p>
        </w:tc>
      </w:tr>
      <w:tr w:rsidR="00297D2C" w:rsidRPr="00E65AD3" w14:paraId="699FA455" w14:textId="77777777" w:rsidTr="007B2FD8">
        <w:trPr>
          <w:trHeight w:val="57"/>
        </w:trPr>
        <w:tc>
          <w:tcPr>
            <w:tcW w:w="1135" w:type="dxa"/>
            <w:tcBorders>
              <w:top w:val="single" w:sz="4" w:space="0" w:color="auto"/>
            </w:tcBorders>
            <w:shd w:val="clear" w:color="auto" w:fill="FFFFFF" w:themeFill="background1"/>
            <w:vAlign w:val="bottom"/>
          </w:tcPr>
          <w:p w14:paraId="5602476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LIM-WC</w:t>
            </w:r>
          </w:p>
        </w:tc>
        <w:tc>
          <w:tcPr>
            <w:tcW w:w="992" w:type="dxa"/>
            <w:tcBorders>
              <w:top w:val="single" w:sz="4" w:space="0" w:color="auto"/>
            </w:tcBorders>
            <w:shd w:val="clear" w:color="auto" w:fill="FFFFFF" w:themeFill="background1"/>
            <w:vAlign w:val="bottom"/>
          </w:tcPr>
          <w:p w14:paraId="3079494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5.32 (p=0.001)</w:t>
            </w:r>
          </w:p>
        </w:tc>
        <w:tc>
          <w:tcPr>
            <w:tcW w:w="1134" w:type="dxa"/>
            <w:tcBorders>
              <w:top w:val="single" w:sz="4" w:space="0" w:color="auto"/>
            </w:tcBorders>
            <w:shd w:val="clear" w:color="auto" w:fill="FFFFFF" w:themeFill="background1"/>
            <w:vAlign w:val="bottom"/>
          </w:tcPr>
          <w:p w14:paraId="37FCF7F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-0.43 (p=0.005; q=0.</w:t>
            </w:r>
            <w:proofErr w:type="gramStart"/>
            <w:r>
              <w:rPr>
                <w:rFonts w:ascii="Gill Sans MT" w:eastAsia="MS Mincho" w:hAnsi="Gill Sans MT" w:cs="Calibri"/>
                <w:b/>
                <w:sz w:val="15"/>
                <w:szCs w:val="15"/>
                <w:lang w:eastAsia="en-US"/>
              </w:rPr>
              <w:t>017)*</w:t>
            </w:r>
            <w:proofErr w:type="gramEnd"/>
          </w:p>
        </w:tc>
        <w:tc>
          <w:tcPr>
            <w:tcW w:w="1276" w:type="dxa"/>
            <w:tcBorders>
              <w:top w:val="single" w:sz="4" w:space="0" w:color="auto"/>
            </w:tcBorders>
            <w:shd w:val="clear" w:color="auto" w:fill="FFFFFF" w:themeFill="background1"/>
            <w:vAlign w:val="bottom"/>
          </w:tcPr>
          <w:p w14:paraId="7EC2A4E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-0.07 (p=0.650; q=0.659)</w:t>
            </w:r>
          </w:p>
        </w:tc>
        <w:tc>
          <w:tcPr>
            <w:tcW w:w="1134" w:type="dxa"/>
            <w:tcBorders>
              <w:top w:val="single" w:sz="4" w:space="0" w:color="auto"/>
            </w:tcBorders>
            <w:shd w:val="clear" w:color="auto" w:fill="FFFFFF" w:themeFill="background1"/>
            <w:vAlign w:val="bottom"/>
          </w:tcPr>
          <w:p w14:paraId="0C3C7B9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-0.19 (p=0.261; q=0.375)</w:t>
            </w:r>
          </w:p>
        </w:tc>
        <w:tc>
          <w:tcPr>
            <w:tcW w:w="1275" w:type="dxa"/>
            <w:tcBorders>
              <w:top w:val="single" w:sz="4" w:space="0" w:color="auto"/>
            </w:tcBorders>
            <w:shd w:val="clear" w:color="auto" w:fill="FFFFFF" w:themeFill="background1"/>
            <w:vAlign w:val="bottom"/>
          </w:tcPr>
          <w:p w14:paraId="075E5C0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-0.36 (p=&lt;0.001; q=0.</w:t>
            </w:r>
            <w:proofErr w:type="gramStart"/>
            <w:r>
              <w:rPr>
                <w:rFonts w:ascii="Gill Sans MT" w:eastAsia="MS Mincho" w:hAnsi="Gill Sans MT" w:cs="Calibri"/>
                <w:b/>
                <w:sz w:val="15"/>
                <w:szCs w:val="15"/>
                <w:lang w:eastAsia="en-US"/>
              </w:rPr>
              <w:t>002)*</w:t>
            </w:r>
            <w:proofErr w:type="gramEnd"/>
          </w:p>
        </w:tc>
        <w:tc>
          <w:tcPr>
            <w:tcW w:w="1134" w:type="dxa"/>
            <w:tcBorders>
              <w:top w:val="single" w:sz="4" w:space="0" w:color="auto"/>
            </w:tcBorders>
            <w:shd w:val="clear" w:color="auto" w:fill="FFFFFF" w:themeFill="background1"/>
            <w:vAlign w:val="bottom"/>
          </w:tcPr>
          <w:p w14:paraId="49FE0C6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-0.24 (p=0.074; q=0.176)</w:t>
            </w:r>
          </w:p>
        </w:tc>
        <w:tc>
          <w:tcPr>
            <w:tcW w:w="1276" w:type="dxa"/>
            <w:tcBorders>
              <w:top w:val="single" w:sz="4" w:space="0" w:color="auto"/>
            </w:tcBorders>
            <w:shd w:val="clear" w:color="auto" w:fill="FFFFFF" w:themeFill="background1"/>
            <w:vAlign w:val="bottom"/>
          </w:tcPr>
          <w:p w14:paraId="322FAA2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-0.13 (p=0.315; q=0.665)</w:t>
            </w:r>
          </w:p>
        </w:tc>
      </w:tr>
      <w:tr w:rsidR="00297D2C" w:rsidRPr="00E65AD3" w14:paraId="05455271" w14:textId="77777777" w:rsidTr="007B2FD8">
        <w:trPr>
          <w:trHeight w:val="57"/>
        </w:trPr>
        <w:tc>
          <w:tcPr>
            <w:tcW w:w="1135" w:type="dxa"/>
            <w:shd w:val="clear" w:color="auto" w:fill="FFFFFF" w:themeFill="background1"/>
            <w:vAlign w:val="bottom"/>
          </w:tcPr>
          <w:p w14:paraId="2C704EF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LIM-VIS</w:t>
            </w:r>
          </w:p>
        </w:tc>
        <w:tc>
          <w:tcPr>
            <w:tcW w:w="992" w:type="dxa"/>
            <w:shd w:val="clear" w:color="auto" w:fill="FFFFFF" w:themeFill="background1"/>
            <w:vAlign w:val="bottom"/>
          </w:tcPr>
          <w:p w14:paraId="6B92E7E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4.42 (p=0.004)</w:t>
            </w:r>
          </w:p>
        </w:tc>
        <w:tc>
          <w:tcPr>
            <w:tcW w:w="1134" w:type="dxa"/>
            <w:shd w:val="clear" w:color="auto" w:fill="FFFFFF" w:themeFill="background1"/>
            <w:vAlign w:val="bottom"/>
          </w:tcPr>
          <w:p w14:paraId="7DD8226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-0.42 (p=0.007; q=0.</w:t>
            </w:r>
            <w:proofErr w:type="gramStart"/>
            <w:r>
              <w:rPr>
                <w:rFonts w:ascii="Gill Sans MT" w:eastAsia="MS Mincho" w:hAnsi="Gill Sans MT" w:cs="Calibri"/>
                <w:b/>
                <w:sz w:val="15"/>
                <w:szCs w:val="15"/>
                <w:lang w:eastAsia="en-US"/>
              </w:rPr>
              <w:t>017)*</w:t>
            </w:r>
            <w:proofErr w:type="gramEnd"/>
          </w:p>
        </w:tc>
        <w:tc>
          <w:tcPr>
            <w:tcW w:w="1276" w:type="dxa"/>
            <w:shd w:val="clear" w:color="auto" w:fill="FFFFFF" w:themeFill="background1"/>
            <w:vAlign w:val="bottom"/>
          </w:tcPr>
          <w:p w14:paraId="67AD736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-0.12 (p=0.432; q=0.659)</w:t>
            </w:r>
          </w:p>
        </w:tc>
        <w:tc>
          <w:tcPr>
            <w:tcW w:w="1134" w:type="dxa"/>
            <w:shd w:val="clear" w:color="auto" w:fill="FFFFFF" w:themeFill="background1"/>
            <w:vAlign w:val="bottom"/>
          </w:tcPr>
          <w:p w14:paraId="0431457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-0.35 (p=0.043; q=0.302)</w:t>
            </w:r>
          </w:p>
        </w:tc>
        <w:tc>
          <w:tcPr>
            <w:tcW w:w="1275" w:type="dxa"/>
            <w:shd w:val="clear" w:color="auto" w:fill="FFFFFF" w:themeFill="background1"/>
            <w:vAlign w:val="bottom"/>
          </w:tcPr>
          <w:p w14:paraId="714269D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-0.30 (p=0.003; q=0.</w:t>
            </w:r>
            <w:proofErr w:type="gramStart"/>
            <w:r>
              <w:rPr>
                <w:rFonts w:ascii="Gill Sans MT" w:eastAsia="MS Mincho" w:hAnsi="Gill Sans MT" w:cs="Calibri"/>
                <w:b/>
                <w:sz w:val="15"/>
                <w:szCs w:val="15"/>
                <w:lang w:eastAsia="en-US"/>
              </w:rPr>
              <w:t>009)*</w:t>
            </w:r>
            <w:proofErr w:type="gramEnd"/>
          </w:p>
        </w:tc>
        <w:tc>
          <w:tcPr>
            <w:tcW w:w="1134" w:type="dxa"/>
            <w:shd w:val="clear" w:color="auto" w:fill="FFFFFF" w:themeFill="background1"/>
            <w:vAlign w:val="bottom"/>
          </w:tcPr>
          <w:p w14:paraId="1BE2B91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-0.07 (p=0.630; q=0.630)</w:t>
            </w:r>
          </w:p>
        </w:tc>
        <w:tc>
          <w:tcPr>
            <w:tcW w:w="1276" w:type="dxa"/>
            <w:shd w:val="clear" w:color="auto" w:fill="FFFFFF" w:themeFill="background1"/>
            <w:vAlign w:val="bottom"/>
          </w:tcPr>
          <w:p w14:paraId="63E28CE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-0.24 (p=0.065; q=0.456)</w:t>
            </w:r>
          </w:p>
        </w:tc>
      </w:tr>
      <w:tr w:rsidR="00297D2C" w:rsidRPr="00E65AD3" w14:paraId="0DB09E9B" w14:textId="77777777" w:rsidTr="007B2FD8">
        <w:trPr>
          <w:trHeight w:val="57"/>
        </w:trPr>
        <w:tc>
          <w:tcPr>
            <w:tcW w:w="1135" w:type="dxa"/>
            <w:shd w:val="clear" w:color="auto" w:fill="FFFFFF" w:themeFill="background1"/>
            <w:vAlign w:val="bottom"/>
          </w:tcPr>
          <w:p w14:paraId="4F78739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LIM-SMN</w:t>
            </w:r>
          </w:p>
        </w:tc>
        <w:tc>
          <w:tcPr>
            <w:tcW w:w="992" w:type="dxa"/>
            <w:shd w:val="clear" w:color="auto" w:fill="FFFFFF" w:themeFill="background1"/>
            <w:vAlign w:val="bottom"/>
          </w:tcPr>
          <w:p w14:paraId="5AF67C8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3.64 (p=0.013)</w:t>
            </w:r>
          </w:p>
        </w:tc>
        <w:tc>
          <w:tcPr>
            <w:tcW w:w="1134" w:type="dxa"/>
            <w:shd w:val="clear" w:color="auto" w:fill="FFFFFF" w:themeFill="background1"/>
            <w:vAlign w:val="bottom"/>
          </w:tcPr>
          <w:p w14:paraId="3D154F98"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-0.43 (p=0.005; q=0.</w:t>
            </w:r>
            <w:proofErr w:type="gramStart"/>
            <w:r>
              <w:rPr>
                <w:rFonts w:ascii="Gill Sans MT" w:eastAsia="MS Mincho" w:hAnsi="Gill Sans MT" w:cs="Calibri"/>
                <w:b/>
                <w:sz w:val="15"/>
                <w:szCs w:val="15"/>
                <w:lang w:eastAsia="en-US"/>
              </w:rPr>
              <w:t>017)*</w:t>
            </w:r>
            <w:proofErr w:type="gramEnd"/>
          </w:p>
        </w:tc>
        <w:tc>
          <w:tcPr>
            <w:tcW w:w="1276" w:type="dxa"/>
            <w:shd w:val="clear" w:color="auto" w:fill="FFFFFF" w:themeFill="background1"/>
            <w:vAlign w:val="bottom"/>
          </w:tcPr>
          <w:p w14:paraId="759B454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-0.16 (p=0.273; q=0.659)</w:t>
            </w:r>
          </w:p>
        </w:tc>
        <w:tc>
          <w:tcPr>
            <w:tcW w:w="1134" w:type="dxa"/>
            <w:shd w:val="clear" w:color="auto" w:fill="FFFFFF" w:themeFill="background1"/>
            <w:vAlign w:val="bottom"/>
          </w:tcPr>
          <w:p w14:paraId="60BE4E9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-0.23 (p=0.176; q=0.375)</w:t>
            </w:r>
          </w:p>
        </w:tc>
        <w:tc>
          <w:tcPr>
            <w:tcW w:w="1275" w:type="dxa"/>
            <w:shd w:val="clear" w:color="auto" w:fill="FFFFFF" w:themeFill="background1"/>
            <w:vAlign w:val="bottom"/>
          </w:tcPr>
          <w:p w14:paraId="7FDA234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-0.27 (p=0.007; q=0.</w:t>
            </w:r>
            <w:proofErr w:type="gramStart"/>
            <w:r>
              <w:rPr>
                <w:rFonts w:ascii="Gill Sans MT" w:eastAsia="MS Mincho" w:hAnsi="Gill Sans MT" w:cs="Calibri"/>
                <w:b/>
                <w:sz w:val="15"/>
                <w:szCs w:val="15"/>
                <w:lang w:eastAsia="en-US"/>
              </w:rPr>
              <w:t>010)*</w:t>
            </w:r>
            <w:proofErr w:type="gramEnd"/>
          </w:p>
        </w:tc>
        <w:tc>
          <w:tcPr>
            <w:tcW w:w="1134" w:type="dxa"/>
            <w:shd w:val="clear" w:color="auto" w:fill="FFFFFF" w:themeFill="background1"/>
            <w:vAlign w:val="bottom"/>
          </w:tcPr>
          <w:p w14:paraId="6E87BFD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-0.19 (p=0.143; q=0.251)</w:t>
            </w:r>
          </w:p>
        </w:tc>
        <w:tc>
          <w:tcPr>
            <w:tcW w:w="1276" w:type="dxa"/>
            <w:shd w:val="clear" w:color="auto" w:fill="FFFFFF" w:themeFill="background1"/>
            <w:vAlign w:val="bottom"/>
          </w:tcPr>
          <w:p w14:paraId="68D6A624"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-0.07 (p=0.570; q=0.665)</w:t>
            </w:r>
          </w:p>
        </w:tc>
      </w:tr>
      <w:tr w:rsidR="00297D2C" w:rsidRPr="00E65AD3" w14:paraId="50F82B9E" w14:textId="77777777" w:rsidTr="007B2FD8">
        <w:trPr>
          <w:trHeight w:val="556"/>
        </w:trPr>
        <w:tc>
          <w:tcPr>
            <w:tcW w:w="1135" w:type="dxa"/>
            <w:shd w:val="clear" w:color="auto" w:fill="FFFFFF" w:themeFill="background1"/>
            <w:vAlign w:val="bottom"/>
          </w:tcPr>
          <w:p w14:paraId="4BC1468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LIM-DAN</w:t>
            </w:r>
          </w:p>
        </w:tc>
        <w:tc>
          <w:tcPr>
            <w:tcW w:w="992" w:type="dxa"/>
            <w:shd w:val="clear" w:color="auto" w:fill="FFFFFF" w:themeFill="background1"/>
            <w:vAlign w:val="bottom"/>
          </w:tcPr>
          <w:p w14:paraId="50BB4E95"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2.75 (p=0.042)</w:t>
            </w:r>
          </w:p>
        </w:tc>
        <w:tc>
          <w:tcPr>
            <w:tcW w:w="1134" w:type="dxa"/>
            <w:shd w:val="clear" w:color="auto" w:fill="FFFFFF" w:themeFill="background1"/>
            <w:vAlign w:val="bottom"/>
          </w:tcPr>
          <w:p w14:paraId="3CC2840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-0.33 (p=0.036; q=0.051)</w:t>
            </w:r>
          </w:p>
        </w:tc>
        <w:tc>
          <w:tcPr>
            <w:tcW w:w="1276" w:type="dxa"/>
            <w:shd w:val="clear" w:color="auto" w:fill="FFFFFF" w:themeFill="background1"/>
            <w:vAlign w:val="bottom"/>
          </w:tcPr>
          <w:p w14:paraId="0D5072A4"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-0.07 (p=0.659; q=0.659)</w:t>
            </w:r>
          </w:p>
        </w:tc>
        <w:tc>
          <w:tcPr>
            <w:tcW w:w="1134" w:type="dxa"/>
            <w:shd w:val="clear" w:color="auto" w:fill="FFFFFF" w:themeFill="background1"/>
            <w:vAlign w:val="bottom"/>
          </w:tcPr>
          <w:p w14:paraId="624AAC7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-0.17 (p=0.322; q=0.375)</w:t>
            </w:r>
          </w:p>
        </w:tc>
        <w:tc>
          <w:tcPr>
            <w:tcW w:w="1275" w:type="dxa"/>
            <w:shd w:val="clear" w:color="auto" w:fill="FFFFFF" w:themeFill="background1"/>
            <w:vAlign w:val="bottom"/>
          </w:tcPr>
          <w:p w14:paraId="65C7DFA5"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-0.26 (p=0.009; q=0.</w:t>
            </w:r>
            <w:proofErr w:type="gramStart"/>
            <w:r>
              <w:rPr>
                <w:rFonts w:ascii="Gill Sans MT" w:eastAsia="MS Mincho" w:hAnsi="Gill Sans MT" w:cs="Calibri"/>
                <w:b/>
                <w:sz w:val="15"/>
                <w:szCs w:val="15"/>
                <w:lang w:eastAsia="en-US"/>
              </w:rPr>
              <w:t>011)*</w:t>
            </w:r>
            <w:proofErr w:type="gramEnd"/>
          </w:p>
        </w:tc>
        <w:tc>
          <w:tcPr>
            <w:tcW w:w="1134" w:type="dxa"/>
            <w:shd w:val="clear" w:color="auto" w:fill="FFFFFF" w:themeFill="background1"/>
            <w:vAlign w:val="bottom"/>
          </w:tcPr>
          <w:p w14:paraId="3FDBAB8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-0.15 (p=0.255; q=0.357)</w:t>
            </w:r>
          </w:p>
        </w:tc>
        <w:tc>
          <w:tcPr>
            <w:tcW w:w="1276" w:type="dxa"/>
            <w:shd w:val="clear" w:color="auto" w:fill="FFFFFF" w:themeFill="background1"/>
            <w:vAlign w:val="bottom"/>
          </w:tcPr>
          <w:p w14:paraId="6950848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-0.11 (p=0.403; q=0.665)</w:t>
            </w:r>
          </w:p>
        </w:tc>
      </w:tr>
      <w:tr w:rsidR="00297D2C" w:rsidRPr="00E65AD3" w14:paraId="4FCA3324" w14:textId="77777777" w:rsidTr="007B2FD8">
        <w:trPr>
          <w:trHeight w:val="633"/>
        </w:trPr>
        <w:tc>
          <w:tcPr>
            <w:tcW w:w="1135" w:type="dxa"/>
            <w:shd w:val="clear" w:color="auto" w:fill="FFFFFF" w:themeFill="background1"/>
            <w:vAlign w:val="bottom"/>
          </w:tcPr>
          <w:p w14:paraId="5BAE35A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LIM-VAN</w:t>
            </w:r>
          </w:p>
        </w:tc>
        <w:tc>
          <w:tcPr>
            <w:tcW w:w="992" w:type="dxa"/>
            <w:shd w:val="clear" w:color="auto" w:fill="FFFFFF" w:themeFill="background1"/>
            <w:vAlign w:val="bottom"/>
          </w:tcPr>
          <w:p w14:paraId="454DE93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3.31 (p=0.020)</w:t>
            </w:r>
          </w:p>
        </w:tc>
        <w:tc>
          <w:tcPr>
            <w:tcW w:w="1134" w:type="dxa"/>
            <w:shd w:val="clear" w:color="auto" w:fill="FFFFFF" w:themeFill="background1"/>
            <w:vAlign w:val="bottom"/>
          </w:tcPr>
          <w:p w14:paraId="58F7D13E"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-0.37 (p=0.017; q=0.</w:t>
            </w:r>
            <w:proofErr w:type="gramStart"/>
            <w:r>
              <w:rPr>
                <w:rFonts w:ascii="Gill Sans MT" w:eastAsia="MS Mincho" w:hAnsi="Gill Sans MT" w:cs="Calibri"/>
                <w:b/>
                <w:sz w:val="15"/>
                <w:szCs w:val="15"/>
                <w:lang w:eastAsia="en-US"/>
              </w:rPr>
              <w:t>030)*</w:t>
            </w:r>
            <w:proofErr w:type="gramEnd"/>
          </w:p>
        </w:tc>
        <w:tc>
          <w:tcPr>
            <w:tcW w:w="1276" w:type="dxa"/>
            <w:shd w:val="clear" w:color="auto" w:fill="FFFFFF" w:themeFill="background1"/>
            <w:vAlign w:val="bottom"/>
          </w:tcPr>
          <w:p w14:paraId="36232C9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-0.10 (p=0.510; q=0.659)</w:t>
            </w:r>
          </w:p>
        </w:tc>
        <w:tc>
          <w:tcPr>
            <w:tcW w:w="1134" w:type="dxa"/>
            <w:shd w:val="clear" w:color="auto" w:fill="FFFFFF" w:themeFill="background1"/>
            <w:vAlign w:val="bottom"/>
          </w:tcPr>
          <w:p w14:paraId="7E715F82"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-0.25 (p=0.150; q=0.375)</w:t>
            </w:r>
          </w:p>
        </w:tc>
        <w:tc>
          <w:tcPr>
            <w:tcW w:w="1275" w:type="dxa"/>
            <w:shd w:val="clear" w:color="auto" w:fill="FFFFFF" w:themeFill="background1"/>
            <w:vAlign w:val="bottom"/>
          </w:tcPr>
          <w:p w14:paraId="5E69FE34"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-0.27 (p=0.006; q=0.</w:t>
            </w:r>
            <w:proofErr w:type="gramStart"/>
            <w:r>
              <w:rPr>
                <w:rFonts w:ascii="Gill Sans MT" w:eastAsia="MS Mincho" w:hAnsi="Gill Sans MT" w:cs="Calibri"/>
                <w:b/>
                <w:sz w:val="15"/>
                <w:szCs w:val="15"/>
                <w:lang w:eastAsia="en-US"/>
              </w:rPr>
              <w:t>010)*</w:t>
            </w:r>
            <w:proofErr w:type="gramEnd"/>
          </w:p>
        </w:tc>
        <w:tc>
          <w:tcPr>
            <w:tcW w:w="1134" w:type="dxa"/>
            <w:shd w:val="clear" w:color="auto" w:fill="FFFFFF" w:themeFill="background1"/>
            <w:vAlign w:val="bottom"/>
          </w:tcPr>
          <w:p w14:paraId="2349F40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-0.12 (p=0.371; q=0.433)</w:t>
            </w:r>
          </w:p>
        </w:tc>
        <w:tc>
          <w:tcPr>
            <w:tcW w:w="1276" w:type="dxa"/>
            <w:shd w:val="clear" w:color="auto" w:fill="FFFFFF" w:themeFill="background1"/>
            <w:vAlign w:val="bottom"/>
          </w:tcPr>
          <w:p w14:paraId="67234991"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-0.15 (p=0.232; q=0.665)</w:t>
            </w:r>
          </w:p>
        </w:tc>
      </w:tr>
      <w:tr w:rsidR="00297D2C" w:rsidRPr="00E65AD3" w14:paraId="2A4254CC" w14:textId="77777777" w:rsidTr="007B2FD8">
        <w:trPr>
          <w:trHeight w:val="527"/>
        </w:trPr>
        <w:tc>
          <w:tcPr>
            <w:tcW w:w="1135" w:type="dxa"/>
            <w:shd w:val="clear" w:color="auto" w:fill="FFFFFF" w:themeFill="background1"/>
            <w:vAlign w:val="bottom"/>
          </w:tcPr>
          <w:p w14:paraId="1B18C26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LIM-FPN</w:t>
            </w:r>
          </w:p>
        </w:tc>
        <w:tc>
          <w:tcPr>
            <w:tcW w:w="992" w:type="dxa"/>
            <w:shd w:val="clear" w:color="auto" w:fill="FFFFFF" w:themeFill="background1"/>
            <w:vAlign w:val="bottom"/>
          </w:tcPr>
          <w:p w14:paraId="1FE6802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2.35 (p=0.072)</w:t>
            </w:r>
          </w:p>
        </w:tc>
        <w:tc>
          <w:tcPr>
            <w:tcW w:w="1134" w:type="dxa"/>
            <w:shd w:val="clear" w:color="auto" w:fill="FFFFFF" w:themeFill="background1"/>
            <w:vAlign w:val="bottom"/>
          </w:tcPr>
          <w:p w14:paraId="68CE008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-0.13 (p=0.410; q=0.410)</w:t>
            </w:r>
          </w:p>
        </w:tc>
        <w:tc>
          <w:tcPr>
            <w:tcW w:w="1276" w:type="dxa"/>
            <w:shd w:val="clear" w:color="auto" w:fill="FFFFFF" w:themeFill="background1"/>
            <w:vAlign w:val="bottom"/>
          </w:tcPr>
          <w:p w14:paraId="41F6F7A9"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+0.09 (p=0.547; q=0.659)</w:t>
            </w:r>
          </w:p>
        </w:tc>
        <w:tc>
          <w:tcPr>
            <w:tcW w:w="1134" w:type="dxa"/>
            <w:shd w:val="clear" w:color="auto" w:fill="FFFFFF" w:themeFill="background1"/>
            <w:vAlign w:val="bottom"/>
          </w:tcPr>
          <w:p w14:paraId="3A87E636"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+0.18 (p=0.307; q=0.375)</w:t>
            </w:r>
          </w:p>
        </w:tc>
        <w:tc>
          <w:tcPr>
            <w:tcW w:w="1275" w:type="dxa"/>
            <w:shd w:val="clear" w:color="auto" w:fill="FFFFFF" w:themeFill="background1"/>
            <w:vAlign w:val="bottom"/>
          </w:tcPr>
          <w:p w14:paraId="0A977AF7"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-0.22 (p=0.029; q=0.</w:t>
            </w:r>
            <w:proofErr w:type="gramStart"/>
            <w:r>
              <w:rPr>
                <w:rFonts w:ascii="Gill Sans MT" w:eastAsia="MS Mincho" w:hAnsi="Gill Sans MT" w:cs="Calibri"/>
                <w:b/>
                <w:sz w:val="15"/>
                <w:szCs w:val="15"/>
                <w:lang w:eastAsia="en-US"/>
              </w:rPr>
              <w:t>029)*</w:t>
            </w:r>
            <w:proofErr w:type="gramEnd"/>
          </w:p>
        </w:tc>
        <w:tc>
          <w:tcPr>
            <w:tcW w:w="1134" w:type="dxa"/>
            <w:shd w:val="clear" w:color="auto" w:fill="FFFFFF" w:themeFill="background1"/>
            <w:vAlign w:val="bottom"/>
          </w:tcPr>
          <w:p w14:paraId="705504EF"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-0.31 (p=0.023; q=0.158)</w:t>
            </w:r>
          </w:p>
        </w:tc>
        <w:tc>
          <w:tcPr>
            <w:tcW w:w="1276" w:type="dxa"/>
            <w:shd w:val="clear" w:color="auto" w:fill="FFFFFF" w:themeFill="background1"/>
            <w:vAlign w:val="bottom"/>
          </w:tcPr>
          <w:p w14:paraId="08AB2F4D"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+0.09 (p=0.490; q=0.665)</w:t>
            </w:r>
          </w:p>
        </w:tc>
      </w:tr>
      <w:tr w:rsidR="00297D2C" w:rsidRPr="00E65AD3" w14:paraId="2487B0AE" w14:textId="77777777" w:rsidTr="007B2FD8">
        <w:trPr>
          <w:trHeight w:val="588"/>
        </w:trPr>
        <w:tc>
          <w:tcPr>
            <w:tcW w:w="1135" w:type="dxa"/>
            <w:tcBorders>
              <w:bottom w:val="single" w:sz="4" w:space="0" w:color="auto"/>
            </w:tcBorders>
            <w:shd w:val="clear" w:color="auto" w:fill="FFFFFF" w:themeFill="background1"/>
            <w:vAlign w:val="bottom"/>
          </w:tcPr>
          <w:p w14:paraId="4DBBD5F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LIM-DMN</w:t>
            </w:r>
          </w:p>
        </w:tc>
        <w:tc>
          <w:tcPr>
            <w:tcW w:w="992" w:type="dxa"/>
            <w:tcBorders>
              <w:bottom w:val="single" w:sz="4" w:space="0" w:color="auto"/>
            </w:tcBorders>
            <w:shd w:val="clear" w:color="auto" w:fill="FFFFFF" w:themeFill="background1"/>
            <w:vAlign w:val="bottom"/>
          </w:tcPr>
          <w:p w14:paraId="3A0B9BD3"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2.71 (p=0.044)</w:t>
            </w:r>
          </w:p>
        </w:tc>
        <w:tc>
          <w:tcPr>
            <w:tcW w:w="1134" w:type="dxa"/>
            <w:tcBorders>
              <w:bottom w:val="single" w:sz="4" w:space="0" w:color="auto"/>
            </w:tcBorders>
            <w:shd w:val="clear" w:color="auto" w:fill="FFFFFF" w:themeFill="background1"/>
            <w:vAlign w:val="bottom"/>
          </w:tcPr>
          <w:p w14:paraId="6A65D19B"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-0.18 (p=0.259; q=0.302)</w:t>
            </w:r>
          </w:p>
        </w:tc>
        <w:tc>
          <w:tcPr>
            <w:tcW w:w="1276" w:type="dxa"/>
            <w:tcBorders>
              <w:bottom w:val="single" w:sz="4" w:space="0" w:color="auto"/>
            </w:tcBorders>
            <w:shd w:val="clear" w:color="auto" w:fill="FFFFFF" w:themeFill="background1"/>
            <w:vAlign w:val="bottom"/>
          </w:tcPr>
          <w:p w14:paraId="5F270CFC"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+0.10 (p=0.496; q=0.659)</w:t>
            </w:r>
          </w:p>
        </w:tc>
        <w:tc>
          <w:tcPr>
            <w:tcW w:w="1134" w:type="dxa"/>
            <w:tcBorders>
              <w:bottom w:val="single" w:sz="4" w:space="0" w:color="auto"/>
            </w:tcBorders>
            <w:shd w:val="clear" w:color="auto" w:fill="FFFFFF" w:themeFill="background1"/>
            <w:vAlign w:val="bottom"/>
          </w:tcPr>
          <w:p w14:paraId="782A0C0A"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+0.06 (p=0.716; q=0.716)</w:t>
            </w:r>
          </w:p>
        </w:tc>
        <w:tc>
          <w:tcPr>
            <w:tcW w:w="1275" w:type="dxa"/>
            <w:tcBorders>
              <w:bottom w:val="single" w:sz="4" w:space="0" w:color="auto"/>
            </w:tcBorders>
            <w:shd w:val="clear" w:color="auto" w:fill="FFFFFF" w:themeFill="background1"/>
            <w:vAlign w:val="bottom"/>
          </w:tcPr>
          <w:p w14:paraId="001CDC70"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b/>
                <w:sz w:val="15"/>
                <w:szCs w:val="15"/>
                <w:lang w:eastAsia="en-US"/>
              </w:rPr>
              <w:t>-0.28 (p=0.006; q=0.</w:t>
            </w:r>
            <w:proofErr w:type="gramStart"/>
            <w:r>
              <w:rPr>
                <w:rFonts w:ascii="Gill Sans MT" w:eastAsia="MS Mincho" w:hAnsi="Gill Sans MT" w:cs="Calibri"/>
                <w:b/>
                <w:sz w:val="15"/>
                <w:szCs w:val="15"/>
                <w:lang w:eastAsia="en-US"/>
              </w:rPr>
              <w:t>010)*</w:t>
            </w:r>
            <w:proofErr w:type="gramEnd"/>
          </w:p>
        </w:tc>
        <w:tc>
          <w:tcPr>
            <w:tcW w:w="1134" w:type="dxa"/>
            <w:tcBorders>
              <w:bottom w:val="single" w:sz="4" w:space="0" w:color="auto"/>
            </w:tcBorders>
            <w:shd w:val="clear" w:color="auto" w:fill="FFFFFF" w:themeFill="background1"/>
            <w:vAlign w:val="bottom"/>
          </w:tcPr>
          <w:p w14:paraId="6E417174"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-0.24 (p=0.075; q=0.176)</w:t>
            </w:r>
          </w:p>
        </w:tc>
        <w:tc>
          <w:tcPr>
            <w:tcW w:w="1276" w:type="dxa"/>
            <w:tcBorders>
              <w:bottom w:val="single" w:sz="4" w:space="0" w:color="auto"/>
            </w:tcBorders>
            <w:shd w:val="clear" w:color="auto" w:fill="FFFFFF" w:themeFill="background1"/>
            <w:vAlign w:val="bottom"/>
          </w:tcPr>
          <w:p w14:paraId="5FAA54E5" w14:textId="77777777" w:rsidR="00297D2C" w:rsidRPr="00E65AD3" w:rsidRDefault="00297D2C" w:rsidP="007B2FD8">
            <w:pPr>
              <w:spacing w:line="276" w:lineRule="auto"/>
              <w:rPr>
                <w:rFonts w:ascii="Gill Sans MT" w:eastAsia="MS Mincho" w:hAnsi="Gill Sans MT" w:cs="Calibri"/>
                <w:sz w:val="15"/>
                <w:szCs w:val="15"/>
                <w:lang w:eastAsia="en-US"/>
              </w:rPr>
            </w:pPr>
            <w:r>
              <w:rPr>
                <w:rFonts w:ascii="Gill Sans MT" w:eastAsia="MS Mincho" w:hAnsi="Gill Sans MT" w:cs="Calibri"/>
                <w:sz w:val="15"/>
                <w:szCs w:val="15"/>
                <w:lang w:eastAsia="en-US"/>
              </w:rPr>
              <w:t>-0.04 (p=0.765; q=0.765)</w:t>
            </w:r>
          </w:p>
        </w:tc>
      </w:tr>
    </w:tbl>
    <w:p w14:paraId="699AFBBF" w14:textId="0F7AA324" w:rsidR="00297D2C" w:rsidRPr="00825104" w:rsidRDefault="00297D2C" w:rsidP="00297D2C">
      <w:pPr>
        <w:jc w:val="both"/>
        <w:rPr>
          <w:rFonts w:ascii="Gill Sans MT" w:hAnsi="Gill Sans MT"/>
        </w:rPr>
      </w:pPr>
      <w:r>
        <w:rPr>
          <w:rFonts w:ascii="Gill Sans MT" w:hAnsi="Gill Sans MT"/>
          <w:sz w:val="16"/>
        </w:rPr>
        <w:t xml:space="preserve">Group differences in limbic structural and functional measures across all four groups. Each cell shows the standardised </w:t>
      </w:r>
      <w:r>
        <w:rPr>
          <w:rFonts w:ascii="Calibri" w:hAnsi="Calibri" w:cs="Calibri"/>
          <w:sz w:val="16"/>
        </w:rPr>
        <w:t>β</w:t>
      </w:r>
      <w:r>
        <w:rPr>
          <w:rFonts w:ascii="Gill Sans MT" w:hAnsi="Gill Sans MT"/>
          <w:sz w:val="16"/>
        </w:rPr>
        <w:t xml:space="preserve"> (difference in the column contrast, in SD units, from an age- and sex-adjusted linear model on all groups) with its uncorrected P value; for all measures other than the Limbic Vulnerability Indices, the Benjamini-Hochberg FDR q value is also given. FDR correction was applied within each measure family and within each comparison, with families defined as bilateral structural volumes, lateralised structural volumes, subcortical connectivity and cortical connectivity; the Limbic Vulnerability Indices are reported on uncorrected P. The F statistic column gives the omnibus four-group effect (age/sex-adjusted) and is not FDR-corrected. Bold with * denotes significance (q&lt;0.05 for FDR-corrected measures; uncorrected P&lt;0.05 for the Limbic Vulnerability Indices). ACC, anterior cingulate cortex; AMY, amygdala; DAN, dorsal attention; DMN, default mode; FPN, frontoparietal; HIP, hippocampus; LIM, limbic network; SMN, </w:t>
      </w:r>
      <w:proofErr w:type="spellStart"/>
      <w:r>
        <w:rPr>
          <w:rFonts w:ascii="Gill Sans MT" w:hAnsi="Gill Sans MT"/>
          <w:sz w:val="16"/>
        </w:rPr>
        <w:t>somatomotor</w:t>
      </w:r>
      <w:proofErr w:type="spellEnd"/>
      <w:r>
        <w:rPr>
          <w:rFonts w:ascii="Gill Sans MT" w:hAnsi="Gill Sans MT"/>
          <w:sz w:val="16"/>
        </w:rPr>
        <w:t xml:space="preserve">; VAN, ventral attention; VIS, visual; WC, whole cortex; HC, healthy control; </w:t>
      </w:r>
      <w:proofErr w:type="spellStart"/>
      <w:r>
        <w:rPr>
          <w:rFonts w:ascii="Gill Sans MT" w:hAnsi="Gill Sans MT"/>
          <w:sz w:val="16"/>
        </w:rPr>
        <w:t>iRBD</w:t>
      </w:r>
      <w:proofErr w:type="spellEnd"/>
      <w:r>
        <w:rPr>
          <w:rFonts w:ascii="Gill Sans MT" w:hAnsi="Gill Sans MT"/>
          <w:sz w:val="16"/>
        </w:rPr>
        <w:t>, isolated REM sleep behaviour disorder; PD, Parkinson's disease; RBD, REM sleep behaviour disorder; PD-RBD, PD with RBD; PD-</w:t>
      </w:r>
      <w:proofErr w:type="spellStart"/>
      <w:r>
        <w:rPr>
          <w:rFonts w:ascii="Gill Sans MT" w:hAnsi="Gill Sans MT"/>
          <w:sz w:val="16"/>
        </w:rPr>
        <w:t>nRBD</w:t>
      </w:r>
      <w:proofErr w:type="spellEnd"/>
      <w:r>
        <w:rPr>
          <w:rFonts w:ascii="Gill Sans MT" w:hAnsi="Gill Sans MT"/>
          <w:sz w:val="16"/>
        </w:rPr>
        <w:t>, PD without RBD.</w:t>
      </w:r>
    </w:p>
    <w:p w14:paraId="79B8CB37" w14:textId="77777777" w:rsidR="00297D2C" w:rsidRDefault="00297D2C" w:rsidP="00297D2C"/>
    <w:p w14:paraId="4158EE59" w14:textId="77777777" w:rsidR="00297D2C" w:rsidRDefault="00297D2C" w:rsidP="00297D2C">
      <w:pPr>
        <w:rPr>
          <w:lang w:eastAsia="en-US"/>
        </w:rPr>
      </w:pPr>
    </w:p>
    <w:p w14:paraId="0BBC9F6E" w14:textId="77777777" w:rsidR="00297D2C" w:rsidRPr="00F67729" w:rsidRDefault="00297D2C" w:rsidP="00297D2C">
      <w:pPr>
        <w:spacing w:after="60"/>
        <w:rPr>
          <w:rFonts w:ascii="Gill Sans MT" w:hAnsi="Gill Sans MT"/>
          <w:sz w:val="16"/>
          <w:szCs w:val="16"/>
        </w:rPr>
      </w:pPr>
      <w:r>
        <w:rPr>
          <w:rFonts w:ascii="Gill Sans MT" w:eastAsia="Calibri" w:hAnsi="Gill Sans MT" w:cs="Calibri"/>
          <w:b/>
          <w:bCs/>
          <w:sz w:val="16"/>
          <w:szCs w:val="16"/>
        </w:rPr>
        <w:t xml:space="preserve">Supplementary Table 2: Correlations of clinical measures with limbic measures in PSG-confirmed </w:t>
      </w:r>
      <w:proofErr w:type="spellStart"/>
      <w:r>
        <w:rPr>
          <w:rFonts w:ascii="Gill Sans MT" w:eastAsia="Calibri" w:hAnsi="Gill Sans MT" w:cs="Calibri"/>
          <w:b/>
          <w:bCs/>
          <w:sz w:val="16"/>
          <w:szCs w:val="16"/>
        </w:rPr>
        <w:t>iRBD</w:t>
      </w:r>
      <w:proofErr w:type="spellEnd"/>
    </w:p>
    <w:tbl>
      <w:tblPr>
        <w:tblW w:w="9166" w:type="dxa"/>
        <w:tblBorders>
          <w:top w:val="single" w:sz="4" w:space="0" w:color="000000"/>
          <w:left w:val="none" w:sz="0" w:space="0" w:color="FFFFFF"/>
          <w:bottom w:val="single" w:sz="4" w:space="0" w:color="000000"/>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08"/>
        <w:gridCol w:w="1812"/>
        <w:gridCol w:w="1768"/>
        <w:gridCol w:w="1812"/>
        <w:gridCol w:w="1766"/>
      </w:tblGrid>
      <w:tr w:rsidR="00297D2C" w:rsidRPr="00F67729" w14:paraId="65B44742"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5E3D034B"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Global Cognition (MoCA) (n = 175)</w:t>
            </w:r>
          </w:p>
        </w:tc>
      </w:tr>
      <w:tr w:rsidR="00297D2C" w:rsidRPr="00F67729" w14:paraId="048A7C2B" w14:textId="77777777" w:rsidTr="007B2FD8">
        <w:tc>
          <w:tcPr>
            <w:tcW w:w="200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01EA836" w14:textId="77777777" w:rsidR="00297D2C" w:rsidRPr="00F67729" w:rsidRDefault="00297D2C" w:rsidP="007B2FD8">
            <w:pPr>
              <w:rPr>
                <w:rFonts w:ascii="Gill Sans MT" w:hAnsi="Gill Sans MT"/>
                <w:sz w:val="16"/>
                <w:szCs w:val="16"/>
              </w:rPr>
            </w:pP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327F569"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6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EFE9628"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7D374A4"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66"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62E9803"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181E3C89"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FCA1F43"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7DE3718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051C86"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2428D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3F394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85917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0.400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2B5EDF" w14:textId="77777777" w:rsidR="00297D2C" w:rsidRPr="00F67729" w:rsidRDefault="00297D2C" w:rsidP="007B2FD8">
            <w:pPr>
              <w:jc w:val="center"/>
              <w:rPr>
                <w:rFonts w:ascii="Gill Sans MT" w:hAnsi="Gill Sans MT"/>
                <w:sz w:val="16"/>
                <w:szCs w:val="16"/>
              </w:rPr>
            </w:pPr>
          </w:p>
        </w:tc>
      </w:tr>
      <w:tr w:rsidR="00297D2C" w:rsidRPr="00F67729" w14:paraId="49F33CA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86D35C"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67346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5163C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6D8A6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0.420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638BB4" w14:textId="77777777" w:rsidR="00297D2C" w:rsidRPr="00F67729" w:rsidRDefault="00297D2C" w:rsidP="007B2FD8">
            <w:pPr>
              <w:jc w:val="center"/>
              <w:rPr>
                <w:rFonts w:ascii="Gill Sans MT" w:hAnsi="Gill Sans MT"/>
                <w:sz w:val="16"/>
                <w:szCs w:val="16"/>
              </w:rPr>
            </w:pPr>
          </w:p>
        </w:tc>
      </w:tr>
      <w:tr w:rsidR="00297D2C" w:rsidRPr="00F67729" w14:paraId="5CB4D38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6A985B"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638BA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F2B45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FDE39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0.990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112491" w14:textId="77777777" w:rsidR="00297D2C" w:rsidRPr="00F67729" w:rsidRDefault="00297D2C" w:rsidP="007B2FD8">
            <w:pPr>
              <w:jc w:val="center"/>
              <w:rPr>
                <w:rFonts w:ascii="Gill Sans MT" w:hAnsi="Gill Sans MT"/>
                <w:sz w:val="16"/>
                <w:szCs w:val="16"/>
              </w:rPr>
            </w:pPr>
          </w:p>
        </w:tc>
      </w:tr>
      <w:tr w:rsidR="00297D2C" w:rsidRPr="00F67729" w14:paraId="10769DA1"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0239778"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27170C6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89E47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0E347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FFC2E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E3D8B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0.777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FD363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0.777</w:t>
            </w:r>
          </w:p>
        </w:tc>
      </w:tr>
      <w:tr w:rsidR="00297D2C" w:rsidRPr="00F67729" w14:paraId="155E2BEF"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433BA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557CD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A437C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+2.06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FB983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0A68A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0.122</w:t>
            </w:r>
          </w:p>
        </w:tc>
      </w:tr>
      <w:tr w:rsidR="00297D2C" w:rsidRPr="00F67729" w14:paraId="4A98B75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C8320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35592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AA99C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DACC0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0.722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D2D74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0.777</w:t>
            </w:r>
          </w:p>
        </w:tc>
      </w:tr>
      <w:tr w:rsidR="00297D2C" w:rsidRPr="00F67729" w14:paraId="430865D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FBF2557"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3E480B3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374D1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94FB0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6EA0D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1E4B6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0.724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3E7CD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0.864</w:t>
            </w:r>
          </w:p>
        </w:tc>
      </w:tr>
      <w:tr w:rsidR="00297D2C" w:rsidRPr="00F67729" w14:paraId="560F313F"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E2FEF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5D311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30F88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BB1D3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0.864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5CE6C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0.864</w:t>
            </w:r>
          </w:p>
        </w:tc>
      </w:tr>
      <w:tr w:rsidR="00297D2C" w:rsidRPr="00F67729" w14:paraId="0F6FD2F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E1118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6976F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062AF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AC016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BEAFE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0.241</w:t>
            </w:r>
          </w:p>
        </w:tc>
      </w:tr>
      <w:tr w:rsidR="00297D2C" w:rsidRPr="00F67729" w14:paraId="3DC851E7"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FD2C9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A4750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2B1F2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+2.14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580F0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45B89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0.205</w:t>
            </w:r>
          </w:p>
        </w:tc>
      </w:tr>
      <w:tr w:rsidR="00297D2C" w:rsidRPr="00F67729" w14:paraId="4C6F8C9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FACFE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079C1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FC659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D22B0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0.633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C93E8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0.864</w:t>
            </w:r>
          </w:p>
        </w:tc>
      </w:tr>
      <w:tr w:rsidR="00297D2C" w:rsidRPr="00F67729" w14:paraId="7EB45B4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72544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1706B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68C6A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992B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0.833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1C9CB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0.864</w:t>
            </w:r>
          </w:p>
        </w:tc>
      </w:tr>
      <w:tr w:rsidR="00297D2C" w:rsidRPr="00F67729" w14:paraId="637975AE"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81E0A2E"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1B3F917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A46E6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2D19B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419F8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921AD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0.296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1D973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0.593</w:t>
            </w:r>
          </w:p>
        </w:tc>
      </w:tr>
      <w:tr w:rsidR="00297D2C" w:rsidRPr="00F67729" w14:paraId="4BF665D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BB822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7DE84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4546F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C00A4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58425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0.593</w:t>
            </w:r>
          </w:p>
        </w:tc>
      </w:tr>
      <w:tr w:rsidR="00297D2C" w:rsidRPr="00F67729" w14:paraId="4682617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ACC4B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03666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7BCFD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E21A5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0.874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19594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0.901</w:t>
            </w:r>
          </w:p>
        </w:tc>
      </w:tr>
      <w:tr w:rsidR="00297D2C" w:rsidRPr="00F67729" w14:paraId="2BE813B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E2E5E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lastRenderedPageBreak/>
              <w:t>HIP-ACC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99D10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F5407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B76BF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0.235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B61F9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0.593</w:t>
            </w:r>
          </w:p>
        </w:tc>
      </w:tr>
      <w:tr w:rsidR="00297D2C" w:rsidRPr="00F67729" w14:paraId="3D369DE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4A38F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78268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6A2DB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684DF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0.744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849AE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0.901</w:t>
            </w:r>
          </w:p>
        </w:tc>
      </w:tr>
      <w:tr w:rsidR="00297D2C" w:rsidRPr="00F67729" w14:paraId="7E6597E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53890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BD4FB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7A764A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CD910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42312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0.901</w:t>
            </w:r>
          </w:p>
        </w:tc>
      </w:tr>
      <w:tr w:rsidR="00297D2C" w:rsidRPr="00F67729" w14:paraId="7E2B779D"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A81BC8F"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5FA05CE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98AEA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7231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E5224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61E9D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0.459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55DA3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0.836</w:t>
            </w:r>
          </w:p>
        </w:tc>
      </w:tr>
      <w:tr w:rsidR="00297D2C" w:rsidRPr="00F67729" w14:paraId="025A755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18A7E4"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LIM-VIS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EDA27B"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+0.257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7F1B8E"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+3.37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50EC62"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&lt;0.001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891E4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0.007</w:t>
            </w:r>
          </w:p>
        </w:tc>
      </w:tr>
      <w:tr w:rsidR="00297D2C" w:rsidRPr="00F67729" w14:paraId="119EA63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552AC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5704C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5E8FF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C602D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0.761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680BE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0.836</w:t>
            </w:r>
          </w:p>
        </w:tc>
      </w:tr>
      <w:tr w:rsidR="00297D2C" w:rsidRPr="00F67729" w14:paraId="162975A7"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5B767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DC1E4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815C7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C5D5B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0.764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A4B11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0.836</w:t>
            </w:r>
          </w:p>
        </w:tc>
      </w:tr>
      <w:tr w:rsidR="00297D2C" w:rsidRPr="00F67729" w14:paraId="250A052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933C0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734A8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00449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550DC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0.763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FD935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0.836</w:t>
            </w:r>
          </w:p>
        </w:tc>
      </w:tr>
      <w:tr w:rsidR="00297D2C" w:rsidRPr="00F67729" w14:paraId="71909E8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73E0B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808D8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C1F44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C4C37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0.836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8AD81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0.836</w:t>
            </w:r>
          </w:p>
        </w:tc>
      </w:tr>
      <w:tr w:rsidR="00297D2C" w:rsidRPr="00F67729" w14:paraId="59341ACE" w14:textId="77777777" w:rsidTr="007B2FD8">
        <w:tc>
          <w:tcPr>
            <w:tcW w:w="200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41DA4E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04B733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-0.066</w:t>
            </w:r>
          </w:p>
        </w:tc>
        <w:tc>
          <w:tcPr>
            <w:tcW w:w="176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98F6A7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-0.84</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4DF3D8C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0.400</w:t>
            </w:r>
          </w:p>
        </w:tc>
        <w:tc>
          <w:tcPr>
            <w:tcW w:w="1766"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ED1298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0.836</w:t>
            </w:r>
          </w:p>
        </w:tc>
      </w:tr>
      <w:tr w:rsidR="00297D2C" w:rsidRPr="00F67729" w14:paraId="5F8F93B7"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3EF53218"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MDS-UPDRS III (n = 168)</w:t>
            </w:r>
          </w:p>
        </w:tc>
      </w:tr>
      <w:tr w:rsidR="00297D2C" w:rsidRPr="00F67729" w14:paraId="3EC7EFFC" w14:textId="77777777" w:rsidTr="007B2FD8">
        <w:tc>
          <w:tcPr>
            <w:tcW w:w="200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222BAE2" w14:textId="77777777" w:rsidR="00297D2C" w:rsidRPr="00F67729" w:rsidRDefault="00297D2C" w:rsidP="007B2FD8">
            <w:pPr>
              <w:rPr>
                <w:rFonts w:ascii="Gill Sans MT" w:hAnsi="Gill Sans MT"/>
                <w:sz w:val="16"/>
                <w:szCs w:val="16"/>
              </w:rPr>
            </w:pP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9683D0E"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6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EFB0A78"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FCD62E8"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66"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558126F"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3759F637"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74E7137"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3E3A60A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476E68"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6337C3"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+0.141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5F2596"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+1.86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3194A1"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0.064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1FB39D" w14:textId="77777777" w:rsidR="00297D2C" w:rsidRPr="00F67729" w:rsidRDefault="00297D2C" w:rsidP="007B2FD8">
            <w:pPr>
              <w:jc w:val="center"/>
              <w:rPr>
                <w:rFonts w:ascii="Gill Sans MT" w:hAnsi="Gill Sans MT"/>
                <w:sz w:val="16"/>
                <w:szCs w:val="16"/>
              </w:rPr>
            </w:pPr>
          </w:p>
        </w:tc>
      </w:tr>
      <w:tr w:rsidR="00297D2C" w:rsidRPr="00F67729" w14:paraId="03851E4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9BDA76"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18C63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7A2F8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7D792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0.674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9D885D" w14:textId="77777777" w:rsidR="00297D2C" w:rsidRPr="00F67729" w:rsidRDefault="00297D2C" w:rsidP="007B2FD8">
            <w:pPr>
              <w:jc w:val="center"/>
              <w:rPr>
                <w:rFonts w:ascii="Gill Sans MT" w:hAnsi="Gill Sans MT"/>
                <w:sz w:val="16"/>
                <w:szCs w:val="16"/>
              </w:rPr>
            </w:pPr>
          </w:p>
        </w:tc>
      </w:tr>
      <w:tr w:rsidR="00297D2C" w:rsidRPr="00F67729" w14:paraId="795D390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E7FA2A"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74EBB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835F6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F0251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CCF844" w14:textId="77777777" w:rsidR="00297D2C" w:rsidRPr="00F67729" w:rsidRDefault="00297D2C" w:rsidP="007B2FD8">
            <w:pPr>
              <w:jc w:val="center"/>
              <w:rPr>
                <w:rFonts w:ascii="Gill Sans MT" w:hAnsi="Gill Sans MT"/>
                <w:sz w:val="16"/>
                <w:szCs w:val="16"/>
              </w:rPr>
            </w:pPr>
          </w:p>
        </w:tc>
      </w:tr>
      <w:tr w:rsidR="00297D2C" w:rsidRPr="00F67729" w14:paraId="19AE623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8615960"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3AF3113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FA7D2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9FD1E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436B9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-2.12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84862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1B8CB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0.107</w:t>
            </w:r>
          </w:p>
        </w:tc>
      </w:tr>
      <w:tr w:rsidR="00297D2C" w:rsidRPr="00F67729" w14:paraId="145DEEAA"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E7592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54B4B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A4BD9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0B560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0.919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EF24A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0.919</w:t>
            </w:r>
          </w:p>
        </w:tc>
      </w:tr>
      <w:tr w:rsidR="00297D2C" w:rsidRPr="00F67729" w14:paraId="67473FC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99BB0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AA1D5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348C3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F3EC4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BB3E0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0.122</w:t>
            </w:r>
          </w:p>
        </w:tc>
      </w:tr>
      <w:tr w:rsidR="00297D2C" w:rsidRPr="00F67729" w14:paraId="2162E2E0"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3676A39"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1190845A"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A680D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AAA82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01C26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-2.10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8BA1E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CF663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0.176</w:t>
            </w:r>
          </w:p>
        </w:tc>
      </w:tr>
      <w:tr w:rsidR="00297D2C" w:rsidRPr="00F67729" w14:paraId="3826CCE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3231A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A7E66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3DE3B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56B4F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68F90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0.176</w:t>
            </w:r>
          </w:p>
        </w:tc>
      </w:tr>
      <w:tr w:rsidR="00297D2C" w:rsidRPr="00F67729" w14:paraId="35CF28B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8F6C5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3C4F2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B637B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83E3C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0.963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C759D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0.963</w:t>
            </w:r>
          </w:p>
        </w:tc>
      </w:tr>
      <w:tr w:rsidR="00297D2C" w:rsidRPr="00F67729" w14:paraId="7AA3721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59953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BE940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40E49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8D98C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0.810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2A8E5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0.963</w:t>
            </w:r>
          </w:p>
        </w:tc>
      </w:tr>
      <w:tr w:rsidR="00297D2C" w:rsidRPr="00F67729" w14:paraId="3C51AF5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5D28C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F1881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FEF70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57C08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82C87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0.194</w:t>
            </w:r>
          </w:p>
        </w:tc>
      </w:tr>
      <w:tr w:rsidR="00297D2C" w:rsidRPr="00F67729" w14:paraId="18595EF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C046D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6B773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C90DC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23AB1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66A87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0.176</w:t>
            </w:r>
          </w:p>
        </w:tc>
      </w:tr>
      <w:tr w:rsidR="00297D2C" w:rsidRPr="00F67729" w14:paraId="0D652497"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79C974D"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5CBCC4C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39707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9DA87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544EC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5EB33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0ECC3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0.338</w:t>
            </w:r>
          </w:p>
        </w:tc>
      </w:tr>
      <w:tr w:rsidR="00297D2C" w:rsidRPr="00F67729" w14:paraId="326432B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D5D09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B144C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A9023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C6524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0.642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4FD32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0.760</w:t>
            </w:r>
          </w:p>
        </w:tc>
      </w:tr>
      <w:tr w:rsidR="00297D2C" w:rsidRPr="00F67729" w14:paraId="478FCA8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FA957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458B5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FE710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42E1C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0.760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2DC46A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0.760</w:t>
            </w:r>
          </w:p>
        </w:tc>
      </w:tr>
      <w:tr w:rsidR="00297D2C" w:rsidRPr="00F67729" w14:paraId="2D4B929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58ECD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83BBF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CFD3B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FA088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0.400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25A58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0.760</w:t>
            </w:r>
          </w:p>
        </w:tc>
      </w:tr>
      <w:tr w:rsidR="00297D2C" w:rsidRPr="00F67729" w14:paraId="15B20D9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42A7C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2C6F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C1C0F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144D5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0.325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E7263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0.760</w:t>
            </w:r>
          </w:p>
        </w:tc>
      </w:tr>
      <w:tr w:rsidR="00297D2C" w:rsidRPr="00F67729" w14:paraId="6284241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C0D64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E9ACB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93245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E7261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0.650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ACCEB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0.760</w:t>
            </w:r>
          </w:p>
        </w:tc>
      </w:tr>
      <w:tr w:rsidR="00297D2C" w:rsidRPr="00F67729" w14:paraId="7E0C5263"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268803D"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3282CB2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C1A2F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94D56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CCF40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BA1E7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0.262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305D9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0.612</w:t>
            </w:r>
          </w:p>
        </w:tc>
      </w:tr>
      <w:tr w:rsidR="00297D2C" w:rsidRPr="00F67729" w14:paraId="2FB38C1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B7C56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1D938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B287D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11904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0.174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D9D45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0.611</w:t>
            </w:r>
          </w:p>
        </w:tc>
      </w:tr>
      <w:tr w:rsidR="00297D2C" w:rsidRPr="00F67729" w14:paraId="02DC461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12CFB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B836A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15E9A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B199F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6C5A9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0.646</w:t>
            </w:r>
          </w:p>
        </w:tc>
      </w:tr>
      <w:tr w:rsidR="00297D2C" w:rsidRPr="00F67729" w14:paraId="591F882F"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79EE7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BF479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2976D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C0146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0.523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DBA39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0.732</w:t>
            </w:r>
          </w:p>
        </w:tc>
      </w:tr>
      <w:tr w:rsidR="00297D2C" w:rsidRPr="00F67729" w14:paraId="6EDE388F"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B852F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54543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2F33C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E0EC9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E164A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0.606</w:t>
            </w:r>
          </w:p>
        </w:tc>
      </w:tr>
      <w:tr w:rsidR="00297D2C" w:rsidRPr="00F67729" w14:paraId="7835775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2CB3B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F777B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B90B4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F1EA6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0.928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B9210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0.928</w:t>
            </w:r>
          </w:p>
        </w:tc>
      </w:tr>
      <w:tr w:rsidR="00297D2C" w:rsidRPr="00F67729" w14:paraId="2F61051C" w14:textId="77777777" w:rsidTr="007B2FD8">
        <w:tc>
          <w:tcPr>
            <w:tcW w:w="200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63118D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4935CF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-0.014</w:t>
            </w:r>
          </w:p>
        </w:tc>
        <w:tc>
          <w:tcPr>
            <w:tcW w:w="176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461DCD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6962535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0.856</w:t>
            </w:r>
          </w:p>
        </w:tc>
        <w:tc>
          <w:tcPr>
            <w:tcW w:w="1766"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C24EB3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0.928</w:t>
            </w:r>
          </w:p>
        </w:tc>
      </w:tr>
      <w:tr w:rsidR="00297D2C" w:rsidRPr="00F67729" w14:paraId="054C6021"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380DD25F"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SCOPA-AUT (n = 175)</w:t>
            </w:r>
          </w:p>
        </w:tc>
      </w:tr>
      <w:tr w:rsidR="00297D2C" w:rsidRPr="00F67729" w14:paraId="14155093" w14:textId="77777777" w:rsidTr="007B2FD8">
        <w:tc>
          <w:tcPr>
            <w:tcW w:w="200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E108EC1" w14:textId="77777777" w:rsidR="00297D2C" w:rsidRPr="00F67729" w:rsidRDefault="00297D2C" w:rsidP="007B2FD8">
            <w:pPr>
              <w:rPr>
                <w:rFonts w:ascii="Gill Sans MT" w:hAnsi="Gill Sans MT"/>
                <w:sz w:val="16"/>
                <w:szCs w:val="16"/>
              </w:rPr>
            </w:pP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C4167DE"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6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43A7CC0"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2D0A81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66"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9CC779B"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50929BA2"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0C0D406"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7754A98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696B32"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4232B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A11A6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7EE5E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0.294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463B10" w14:textId="77777777" w:rsidR="00297D2C" w:rsidRPr="00F67729" w:rsidRDefault="00297D2C" w:rsidP="007B2FD8">
            <w:pPr>
              <w:jc w:val="center"/>
              <w:rPr>
                <w:rFonts w:ascii="Gill Sans MT" w:hAnsi="Gill Sans MT"/>
                <w:sz w:val="16"/>
                <w:szCs w:val="16"/>
              </w:rPr>
            </w:pPr>
          </w:p>
        </w:tc>
      </w:tr>
      <w:tr w:rsidR="00297D2C" w:rsidRPr="00F67729" w14:paraId="403FBC0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F99723"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27D86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A6CF1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62E0F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0.432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5C83F8" w14:textId="77777777" w:rsidR="00297D2C" w:rsidRPr="00F67729" w:rsidRDefault="00297D2C" w:rsidP="007B2FD8">
            <w:pPr>
              <w:jc w:val="center"/>
              <w:rPr>
                <w:rFonts w:ascii="Gill Sans MT" w:hAnsi="Gill Sans MT"/>
                <w:sz w:val="16"/>
                <w:szCs w:val="16"/>
              </w:rPr>
            </w:pPr>
          </w:p>
        </w:tc>
      </w:tr>
      <w:tr w:rsidR="00297D2C" w:rsidRPr="00F67729" w14:paraId="13EA1DD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1E1B55"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0B793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3573E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ABCDE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0.892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076CEB" w14:textId="77777777" w:rsidR="00297D2C" w:rsidRPr="00F67729" w:rsidRDefault="00297D2C" w:rsidP="007B2FD8">
            <w:pPr>
              <w:jc w:val="center"/>
              <w:rPr>
                <w:rFonts w:ascii="Gill Sans MT" w:hAnsi="Gill Sans MT"/>
                <w:sz w:val="16"/>
                <w:szCs w:val="16"/>
              </w:rPr>
            </w:pPr>
          </w:p>
        </w:tc>
      </w:tr>
      <w:tr w:rsidR="00297D2C" w:rsidRPr="00F67729" w14:paraId="5F409F5F"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7883407"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61F9932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2EED8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5A609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37EB2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4410E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0.781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49456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0.781</w:t>
            </w:r>
          </w:p>
        </w:tc>
      </w:tr>
      <w:tr w:rsidR="00297D2C" w:rsidRPr="00F67729" w14:paraId="4531FDB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8F4B9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537C1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CCDDA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5FC18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0.283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8F656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0.540</w:t>
            </w:r>
          </w:p>
        </w:tc>
      </w:tr>
      <w:tr w:rsidR="00297D2C" w:rsidRPr="00F67729" w14:paraId="430E9FC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DEC1B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B9CBA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C7183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F8DF8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A521C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0.540</w:t>
            </w:r>
          </w:p>
        </w:tc>
      </w:tr>
      <w:tr w:rsidR="00297D2C" w:rsidRPr="00F67729" w14:paraId="7D470280"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315255C"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2AE6DDDA"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37DEA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65E47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FA98B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C1D5D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0.703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35616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0.844</w:t>
            </w:r>
          </w:p>
        </w:tc>
      </w:tr>
      <w:tr w:rsidR="00297D2C" w:rsidRPr="00F67729" w14:paraId="0B77394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D9AC7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BA3AE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71A7E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43EEF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0.893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323DB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0.893</w:t>
            </w:r>
          </w:p>
        </w:tc>
      </w:tr>
      <w:tr w:rsidR="00297D2C" w:rsidRPr="00F67729" w14:paraId="69E3678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DC31E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743D9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6BCAA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4A721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0794C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0.697</w:t>
            </w:r>
          </w:p>
        </w:tc>
      </w:tr>
      <w:tr w:rsidR="00297D2C" w:rsidRPr="00F67729" w14:paraId="5D7C49C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0708E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ED202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F6F4F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1FC90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0.651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6FAE3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0.844</w:t>
            </w:r>
          </w:p>
        </w:tc>
      </w:tr>
      <w:tr w:rsidR="00297D2C" w:rsidRPr="00F67729" w14:paraId="23CA894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28300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C7BF0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F96A9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7B931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0.297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C626C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0.844</w:t>
            </w:r>
          </w:p>
        </w:tc>
      </w:tr>
      <w:tr w:rsidR="00297D2C" w:rsidRPr="00F67729" w14:paraId="57DE34C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00E1E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E7197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C9773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EFA2F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4CC99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0.844</w:t>
            </w:r>
          </w:p>
        </w:tc>
      </w:tr>
      <w:tr w:rsidR="00297D2C" w:rsidRPr="00F67729" w14:paraId="149076D8"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29B22BE"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74615D0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2BE93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9E4B3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B8DA0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90C58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0.192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F613C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0.575</w:t>
            </w:r>
          </w:p>
        </w:tc>
      </w:tr>
      <w:tr w:rsidR="00297D2C" w:rsidRPr="00F67729" w14:paraId="390A170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3AEE6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D8878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D378D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D0B30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0.647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71710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0.966</w:t>
            </w:r>
          </w:p>
        </w:tc>
      </w:tr>
      <w:tr w:rsidR="00297D2C" w:rsidRPr="00F67729" w14:paraId="3B7CD2A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230AB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5EE2C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-0.161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2EAD0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B0E35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0EBD3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0.333</w:t>
            </w:r>
          </w:p>
        </w:tc>
      </w:tr>
      <w:tr w:rsidR="00297D2C" w:rsidRPr="00F67729" w14:paraId="3077BBA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A9051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35095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B41B1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80C62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0.935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3FB7B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0.966</w:t>
            </w:r>
          </w:p>
        </w:tc>
      </w:tr>
      <w:tr w:rsidR="00297D2C" w:rsidRPr="00F67729" w14:paraId="7554CDCA"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65C24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DB709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7A42D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64107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0.966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D8B2E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0.966</w:t>
            </w:r>
          </w:p>
        </w:tc>
      </w:tr>
      <w:tr w:rsidR="00297D2C" w:rsidRPr="00F67729" w14:paraId="005D56D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67B83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12FD2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86C5F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64834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0.748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0DBEC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0.966</w:t>
            </w:r>
          </w:p>
        </w:tc>
      </w:tr>
      <w:tr w:rsidR="00297D2C" w:rsidRPr="00F67729" w14:paraId="700EAF3F"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7D8B7C5"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50FECF7F"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65F24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0DBEA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257F38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27046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E07BE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0.359</w:t>
            </w:r>
          </w:p>
        </w:tc>
      </w:tr>
      <w:tr w:rsidR="00297D2C" w:rsidRPr="00F67729" w14:paraId="0976CD0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6B0EE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lastRenderedPageBreak/>
              <w:t>LIM-VIS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27B6F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A3160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90940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0.598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8CDFE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0.598</w:t>
            </w:r>
          </w:p>
        </w:tc>
      </w:tr>
      <w:tr w:rsidR="00297D2C" w:rsidRPr="00F67729" w14:paraId="6A5311B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A4683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3F350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E199E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DAA07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0.409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49E13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0.570</w:t>
            </w:r>
          </w:p>
        </w:tc>
      </w:tr>
      <w:tr w:rsidR="00297D2C" w:rsidRPr="00F67729" w14:paraId="319FBDF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DA8B0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14F35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C95D3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0957A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7376C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0.535</w:t>
            </w:r>
          </w:p>
        </w:tc>
      </w:tr>
      <w:tr w:rsidR="00297D2C" w:rsidRPr="00F67729" w14:paraId="2C84C0A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470C6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B4F38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EEC5B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2441F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029E6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0.570</w:t>
            </w:r>
          </w:p>
        </w:tc>
      </w:tr>
      <w:tr w:rsidR="00297D2C" w:rsidRPr="00F67729" w14:paraId="0B25B94F"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E050B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863CB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D46BC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37CB0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755AB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0.359</w:t>
            </w:r>
          </w:p>
        </w:tc>
      </w:tr>
      <w:tr w:rsidR="00297D2C" w:rsidRPr="00F67729" w14:paraId="1FB9A65B" w14:textId="77777777" w:rsidTr="007B2FD8">
        <w:tc>
          <w:tcPr>
            <w:tcW w:w="200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4142C03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8D5313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-0.130</w:t>
            </w:r>
          </w:p>
        </w:tc>
        <w:tc>
          <w:tcPr>
            <w:tcW w:w="176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65CDAAA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-1.55</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E19825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0.123</w:t>
            </w:r>
          </w:p>
        </w:tc>
        <w:tc>
          <w:tcPr>
            <w:tcW w:w="1766"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3A9449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0.359</w:t>
            </w:r>
          </w:p>
        </w:tc>
      </w:tr>
      <w:tr w:rsidR="00297D2C" w:rsidRPr="00F67729" w14:paraId="33C43406"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302FC5CE"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ESS (n = 175)</w:t>
            </w:r>
          </w:p>
        </w:tc>
      </w:tr>
      <w:tr w:rsidR="00297D2C" w:rsidRPr="00F67729" w14:paraId="664EDD80" w14:textId="77777777" w:rsidTr="007B2FD8">
        <w:tc>
          <w:tcPr>
            <w:tcW w:w="200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90C88E6" w14:textId="77777777" w:rsidR="00297D2C" w:rsidRPr="00F67729" w:rsidRDefault="00297D2C" w:rsidP="007B2FD8">
            <w:pPr>
              <w:rPr>
                <w:rFonts w:ascii="Gill Sans MT" w:hAnsi="Gill Sans MT"/>
                <w:sz w:val="16"/>
                <w:szCs w:val="16"/>
              </w:rPr>
            </w:pP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0EC944E"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6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F02496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5C5EE4C"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66"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553AE34"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29ECA6A7"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A9464D1"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03A0528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6C230C0"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D53F0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DF73A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651A3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0.818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ABD1E7" w14:textId="77777777" w:rsidR="00297D2C" w:rsidRPr="00F67729" w:rsidRDefault="00297D2C" w:rsidP="007B2FD8">
            <w:pPr>
              <w:jc w:val="center"/>
              <w:rPr>
                <w:rFonts w:ascii="Gill Sans MT" w:hAnsi="Gill Sans MT"/>
                <w:sz w:val="16"/>
                <w:szCs w:val="16"/>
              </w:rPr>
            </w:pPr>
          </w:p>
        </w:tc>
      </w:tr>
      <w:tr w:rsidR="00297D2C" w:rsidRPr="00F67729" w14:paraId="747219BB"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8BB793"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0E5FC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7CA21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64306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7A23258" w14:textId="77777777" w:rsidR="00297D2C" w:rsidRPr="00F67729" w:rsidRDefault="00297D2C" w:rsidP="007B2FD8">
            <w:pPr>
              <w:jc w:val="center"/>
              <w:rPr>
                <w:rFonts w:ascii="Gill Sans MT" w:hAnsi="Gill Sans MT"/>
                <w:sz w:val="16"/>
                <w:szCs w:val="16"/>
              </w:rPr>
            </w:pPr>
          </w:p>
        </w:tc>
      </w:tr>
      <w:tr w:rsidR="00297D2C" w:rsidRPr="00F67729" w14:paraId="636811B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520AE0"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781B7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C1F01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241F4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0.519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D0FC33" w14:textId="77777777" w:rsidR="00297D2C" w:rsidRPr="00F67729" w:rsidRDefault="00297D2C" w:rsidP="007B2FD8">
            <w:pPr>
              <w:jc w:val="center"/>
              <w:rPr>
                <w:rFonts w:ascii="Gill Sans MT" w:hAnsi="Gill Sans MT"/>
                <w:sz w:val="16"/>
                <w:szCs w:val="16"/>
              </w:rPr>
            </w:pPr>
          </w:p>
        </w:tc>
      </w:tr>
      <w:tr w:rsidR="00297D2C" w:rsidRPr="00F67729" w14:paraId="7B429FF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A7C3D26"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0B79719A"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FF934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C3099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5432D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2FFA9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0.530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AC3BA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0.530</w:t>
            </w:r>
          </w:p>
        </w:tc>
      </w:tr>
      <w:tr w:rsidR="00297D2C" w:rsidRPr="00F67729" w14:paraId="03B0F24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07E50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EB283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71E56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67A4EB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2AF2C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0.460</w:t>
            </w:r>
          </w:p>
        </w:tc>
      </w:tr>
      <w:tr w:rsidR="00297D2C" w:rsidRPr="00F67729" w14:paraId="776A8F8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4C08F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004D1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9A13A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F1565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89616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0.154</w:t>
            </w:r>
          </w:p>
        </w:tc>
      </w:tr>
      <w:tr w:rsidR="00297D2C" w:rsidRPr="00F67729" w14:paraId="1CF2DB1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E11D3B0"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27669FF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CB8DC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0B846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E4481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ADF21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0.297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2E545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0.445</w:t>
            </w:r>
          </w:p>
        </w:tc>
      </w:tr>
      <w:tr w:rsidR="00297D2C" w:rsidRPr="00F67729" w14:paraId="523A96B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12B09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0CD0F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B889B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87F4F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0.896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CE811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0.896</w:t>
            </w:r>
          </w:p>
        </w:tc>
      </w:tr>
      <w:tr w:rsidR="00297D2C" w:rsidRPr="00F67729" w14:paraId="1495402B"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B491A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4526E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F19D2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27582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6CDE3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0.445</w:t>
            </w:r>
          </w:p>
        </w:tc>
      </w:tr>
      <w:tr w:rsidR="00297D2C" w:rsidRPr="00F67729" w14:paraId="07D86EB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CB6BD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F4F61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929CA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90EF5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0.371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3A9E5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0.445</w:t>
            </w:r>
          </w:p>
        </w:tc>
      </w:tr>
      <w:tr w:rsidR="00297D2C" w:rsidRPr="00F67729" w14:paraId="1256D19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1CC59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D4FA8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9C3AF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-2.09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8E6CA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EBC7A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0.227</w:t>
            </w:r>
          </w:p>
        </w:tc>
      </w:tr>
      <w:tr w:rsidR="00297D2C" w:rsidRPr="00F67729" w14:paraId="0AF52E9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B3871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52532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4CB1D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4E970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0514A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0.328</w:t>
            </w:r>
          </w:p>
        </w:tc>
      </w:tr>
      <w:tr w:rsidR="00297D2C" w:rsidRPr="00F67729" w14:paraId="2E4FA3CA"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B094958"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6243989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4B48B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3231A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A7E04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550E3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0.887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0F33D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0.925</w:t>
            </w:r>
          </w:p>
        </w:tc>
      </w:tr>
      <w:tr w:rsidR="00297D2C" w:rsidRPr="00F67729" w14:paraId="4091E4A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42A80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344E8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B6AB2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CFC90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0.925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60330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0.925</w:t>
            </w:r>
          </w:p>
        </w:tc>
      </w:tr>
      <w:tr w:rsidR="00297D2C" w:rsidRPr="00F67729" w14:paraId="6FFB7CE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FD264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B2E65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3C2C7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82B14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D8387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0.925</w:t>
            </w:r>
          </w:p>
        </w:tc>
      </w:tr>
      <w:tr w:rsidR="00297D2C" w:rsidRPr="00F67729" w14:paraId="6290E35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F4A3C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3C0A1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5C1DC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EF13B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0.542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D424B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0.925</w:t>
            </w:r>
          </w:p>
        </w:tc>
      </w:tr>
      <w:tr w:rsidR="00297D2C" w:rsidRPr="00F67729" w14:paraId="1EDC3F1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6E1AD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0826E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C88D4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E0F3A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0.513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EF0D4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0.925</w:t>
            </w:r>
          </w:p>
        </w:tc>
      </w:tr>
      <w:tr w:rsidR="00297D2C" w:rsidRPr="00F67729" w14:paraId="209BFC2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6C61D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F1655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C8BED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4D92C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0.846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05766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0.925</w:t>
            </w:r>
          </w:p>
        </w:tc>
      </w:tr>
      <w:tr w:rsidR="00297D2C" w:rsidRPr="00F67729" w14:paraId="1D814291"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B260B03"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5B19FB9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E36B4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982C6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EC7DE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A6FBE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19D55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0.137</w:t>
            </w:r>
          </w:p>
        </w:tc>
      </w:tr>
      <w:tr w:rsidR="00297D2C" w:rsidRPr="00F67729" w14:paraId="7D70C13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D698C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B066A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5F1CB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DE531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0.954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27017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0.954</w:t>
            </w:r>
          </w:p>
        </w:tc>
      </w:tr>
      <w:tr w:rsidR="00297D2C" w:rsidRPr="00F67729" w14:paraId="1CEBCB7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B2678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397CA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6F123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1BA19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0.443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144D7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0.517</w:t>
            </w:r>
          </w:p>
        </w:tc>
      </w:tr>
      <w:tr w:rsidR="00297D2C" w:rsidRPr="00F67729" w14:paraId="02364B4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EA08F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660EE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563F0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6BC051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1B591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0.186</w:t>
            </w:r>
          </w:p>
        </w:tc>
      </w:tr>
      <w:tr w:rsidR="00297D2C" w:rsidRPr="00F67729" w14:paraId="638672F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F2E74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9EFAF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-0.166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0DB4D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-2.20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E0367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952A5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0.136</w:t>
            </w:r>
          </w:p>
        </w:tc>
      </w:tr>
      <w:tr w:rsidR="00297D2C" w:rsidRPr="00F67729" w14:paraId="4B78303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F6723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893A3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8B48B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-2.08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7079A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F8D7B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0.136</w:t>
            </w:r>
          </w:p>
        </w:tc>
      </w:tr>
      <w:tr w:rsidR="00297D2C" w:rsidRPr="00F67729" w14:paraId="57298415" w14:textId="77777777" w:rsidTr="007B2FD8">
        <w:tc>
          <w:tcPr>
            <w:tcW w:w="200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CDF8D2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73791E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-0.125</w:t>
            </w:r>
          </w:p>
        </w:tc>
        <w:tc>
          <w:tcPr>
            <w:tcW w:w="176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9E3FD6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-1.64</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A7CB5F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0.103</w:t>
            </w:r>
          </w:p>
        </w:tc>
        <w:tc>
          <w:tcPr>
            <w:tcW w:w="1766"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D5D163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0.181</w:t>
            </w:r>
          </w:p>
        </w:tc>
      </w:tr>
      <w:tr w:rsidR="00297D2C" w:rsidRPr="00F67729" w14:paraId="64AF336A"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6EBD067F"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GDS (n = 173)</w:t>
            </w:r>
          </w:p>
        </w:tc>
      </w:tr>
      <w:tr w:rsidR="00297D2C" w:rsidRPr="00F67729" w14:paraId="2C1FC0CB" w14:textId="77777777" w:rsidTr="007B2FD8">
        <w:tc>
          <w:tcPr>
            <w:tcW w:w="200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0545E53" w14:textId="77777777" w:rsidR="00297D2C" w:rsidRPr="00F67729" w:rsidRDefault="00297D2C" w:rsidP="007B2FD8">
            <w:pPr>
              <w:rPr>
                <w:rFonts w:ascii="Gill Sans MT" w:hAnsi="Gill Sans MT"/>
                <w:sz w:val="16"/>
                <w:szCs w:val="16"/>
              </w:rPr>
            </w:pP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FB35073"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6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D220B65"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E1BDD55"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66"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E06F632"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3B73C0EA"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9340369"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092755F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BCAED1"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8B71A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93D27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FDB4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0.661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05AF6B" w14:textId="77777777" w:rsidR="00297D2C" w:rsidRPr="00F67729" w:rsidRDefault="00297D2C" w:rsidP="007B2FD8">
            <w:pPr>
              <w:jc w:val="center"/>
              <w:rPr>
                <w:rFonts w:ascii="Gill Sans MT" w:hAnsi="Gill Sans MT"/>
                <w:sz w:val="16"/>
                <w:szCs w:val="16"/>
              </w:rPr>
            </w:pPr>
          </w:p>
        </w:tc>
      </w:tr>
      <w:tr w:rsidR="00297D2C" w:rsidRPr="00F67729" w14:paraId="7584056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18CFA0"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E1F52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+0.214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85E22E"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+2.84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42EDD5"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0.005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AAC63E" w14:textId="77777777" w:rsidR="00297D2C" w:rsidRPr="00F67729" w:rsidRDefault="00297D2C" w:rsidP="007B2FD8">
            <w:pPr>
              <w:jc w:val="center"/>
              <w:rPr>
                <w:rFonts w:ascii="Gill Sans MT" w:hAnsi="Gill Sans MT"/>
                <w:sz w:val="16"/>
                <w:szCs w:val="16"/>
              </w:rPr>
            </w:pPr>
          </w:p>
        </w:tc>
      </w:tr>
      <w:tr w:rsidR="00297D2C" w:rsidRPr="00F67729" w14:paraId="74905FF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D001D4"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E311E3"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+0.171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31EC36"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+2.26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3F96AD"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0.025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845A7D" w14:textId="77777777" w:rsidR="00297D2C" w:rsidRPr="00F67729" w:rsidRDefault="00297D2C" w:rsidP="007B2FD8">
            <w:pPr>
              <w:jc w:val="center"/>
              <w:rPr>
                <w:rFonts w:ascii="Gill Sans MT" w:hAnsi="Gill Sans MT"/>
                <w:sz w:val="16"/>
                <w:szCs w:val="16"/>
              </w:rPr>
            </w:pPr>
          </w:p>
        </w:tc>
      </w:tr>
      <w:tr w:rsidR="00297D2C" w:rsidRPr="00F67729" w14:paraId="6F3B3E0A"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1BEC93E"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65E5CCF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C802C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1ED9B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932A6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CDB07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0.989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F7AE4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0.989</w:t>
            </w:r>
          </w:p>
        </w:tc>
      </w:tr>
      <w:tr w:rsidR="00297D2C" w:rsidRPr="00F67729" w14:paraId="2DC4E74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F4B3D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A3001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48324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BE7EA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0.564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0E905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0.989</w:t>
            </w:r>
          </w:p>
        </w:tc>
      </w:tr>
      <w:tr w:rsidR="00297D2C" w:rsidRPr="00F67729" w14:paraId="05D8714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E937B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0AD4F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99338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5B223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0.713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3CF6E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0.989</w:t>
            </w:r>
          </w:p>
        </w:tc>
      </w:tr>
      <w:tr w:rsidR="00297D2C" w:rsidRPr="00F67729" w14:paraId="21C9ECD1"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B7E9293"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3F97248B"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8ED87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13B64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43D81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C4F91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0.870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93C27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0.894</w:t>
            </w:r>
          </w:p>
        </w:tc>
      </w:tr>
      <w:tr w:rsidR="00297D2C" w:rsidRPr="00F67729" w14:paraId="76B2896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61CAE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B0EBA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4C942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DC37A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0.894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50680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0.894</w:t>
            </w:r>
          </w:p>
        </w:tc>
      </w:tr>
      <w:tr w:rsidR="00297D2C" w:rsidRPr="00F67729" w14:paraId="7FAB5DB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4E7C7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08BD8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5B28D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3AFA0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0.631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95C4C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0.894</w:t>
            </w:r>
          </w:p>
        </w:tc>
      </w:tr>
      <w:tr w:rsidR="00297D2C" w:rsidRPr="00F67729" w14:paraId="526EDEA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36F14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D2E25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41402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47D6C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0.542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06DD9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0.894</w:t>
            </w:r>
          </w:p>
        </w:tc>
      </w:tr>
      <w:tr w:rsidR="00297D2C" w:rsidRPr="00F67729" w14:paraId="06DE28E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6000B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0721E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AB623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E3F90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0.775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D45C1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0.894</w:t>
            </w:r>
          </w:p>
        </w:tc>
      </w:tr>
      <w:tr w:rsidR="00297D2C" w:rsidRPr="00F67729" w14:paraId="696BD05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D3656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E6119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3C7F6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F168B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0.698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4A1DF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0.894</w:t>
            </w:r>
          </w:p>
        </w:tc>
      </w:tr>
      <w:tr w:rsidR="00297D2C" w:rsidRPr="00F67729" w14:paraId="571D88BA"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8246402"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38F0AD9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1325E8"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HIP-LIM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A2030F"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-0.221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5C1EC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-2.93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14B6D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0.004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B64E90"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0.023</w:t>
            </w:r>
          </w:p>
        </w:tc>
      </w:tr>
      <w:tr w:rsidR="00297D2C" w:rsidRPr="00F67729" w14:paraId="1F92F1A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40A4C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FDD96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8A3B5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12E97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93864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0.201</w:t>
            </w:r>
          </w:p>
        </w:tc>
      </w:tr>
      <w:tr w:rsidR="00297D2C" w:rsidRPr="00F67729" w14:paraId="3F79366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4CDBB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95219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3592B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4A448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34DFC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0.232</w:t>
            </w:r>
          </w:p>
        </w:tc>
      </w:tr>
      <w:tr w:rsidR="00297D2C" w:rsidRPr="00F67729" w14:paraId="461589B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29AD5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ECCAB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29809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37A80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0.855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35053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0.855</w:t>
            </w:r>
          </w:p>
        </w:tc>
      </w:tr>
      <w:tr w:rsidR="00297D2C" w:rsidRPr="00F67729" w14:paraId="005EE0C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51D61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8E7C8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4B466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D848E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710F2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0.237</w:t>
            </w:r>
          </w:p>
        </w:tc>
      </w:tr>
      <w:tr w:rsidR="00297D2C" w:rsidRPr="00F67729" w14:paraId="774895B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E0F0B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7F7F3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3FA87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2F788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0.846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2FF14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0.855</w:t>
            </w:r>
          </w:p>
        </w:tc>
      </w:tr>
      <w:tr w:rsidR="00297D2C" w:rsidRPr="00F67729" w14:paraId="449C352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6A3CA7F"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2D290CF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AF791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C597C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5DD75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1AD0B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C6BC0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0.599</w:t>
            </w:r>
          </w:p>
        </w:tc>
      </w:tr>
      <w:tr w:rsidR="00297D2C" w:rsidRPr="00F67729" w14:paraId="77C2E29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E2920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0908E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A6A6F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60E61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0.868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66FB4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0.868</w:t>
            </w:r>
          </w:p>
        </w:tc>
      </w:tr>
      <w:tr w:rsidR="00297D2C" w:rsidRPr="00F67729" w14:paraId="7CA2D33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7B376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09835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00BCC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5626A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0.342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14EBB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0.599</w:t>
            </w:r>
          </w:p>
        </w:tc>
      </w:tr>
      <w:tr w:rsidR="00297D2C" w:rsidRPr="00F67729" w14:paraId="6A721C27"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8DF71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4D0ED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3F0DA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FB4DF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0.850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EB644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0.868</w:t>
            </w:r>
          </w:p>
        </w:tc>
      </w:tr>
      <w:tr w:rsidR="00297D2C" w:rsidRPr="00F67729" w14:paraId="66352AF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AEFEC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6FEBE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B918A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F40A4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0.514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3A009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0.720</w:t>
            </w:r>
          </w:p>
        </w:tc>
      </w:tr>
      <w:tr w:rsidR="00297D2C" w:rsidRPr="00F67729" w14:paraId="22F7FF4A"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BE59F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8D30F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9C595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1BF76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0.195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EF2F5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0.599</w:t>
            </w:r>
          </w:p>
        </w:tc>
      </w:tr>
      <w:tr w:rsidR="00297D2C" w:rsidRPr="00F67729" w14:paraId="73778E82" w14:textId="77777777" w:rsidTr="007B2FD8">
        <w:tc>
          <w:tcPr>
            <w:tcW w:w="200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F0975E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lastRenderedPageBreak/>
              <w:t>LIM-DMN</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48FCE55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-0.094</w:t>
            </w:r>
          </w:p>
        </w:tc>
        <w:tc>
          <w:tcPr>
            <w:tcW w:w="176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28F77DA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-1.21</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99BF58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0.229</w:t>
            </w:r>
          </w:p>
        </w:tc>
        <w:tc>
          <w:tcPr>
            <w:tcW w:w="1766"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2F2682E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0.599</w:t>
            </w:r>
          </w:p>
        </w:tc>
      </w:tr>
      <w:tr w:rsidR="00297D2C" w:rsidRPr="00F67729" w14:paraId="25708B43"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4CA307D6"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STAI-Trait (n = 173)</w:t>
            </w:r>
          </w:p>
        </w:tc>
      </w:tr>
      <w:tr w:rsidR="00297D2C" w:rsidRPr="00F67729" w14:paraId="3DEFD76D" w14:textId="77777777" w:rsidTr="007B2FD8">
        <w:tc>
          <w:tcPr>
            <w:tcW w:w="200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99B601B" w14:textId="77777777" w:rsidR="00297D2C" w:rsidRPr="00F67729" w:rsidRDefault="00297D2C" w:rsidP="007B2FD8">
            <w:pPr>
              <w:rPr>
                <w:rFonts w:ascii="Gill Sans MT" w:hAnsi="Gill Sans MT"/>
                <w:sz w:val="16"/>
                <w:szCs w:val="16"/>
              </w:rPr>
            </w:pP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8C2D2B0"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6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5196C7A"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B634330"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66"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A154B20"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66C7D05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5285168"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11E8AA7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9026A5"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2752A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9A617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996CF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0.262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F71B8C" w14:textId="77777777" w:rsidR="00297D2C" w:rsidRPr="00F67729" w:rsidRDefault="00297D2C" w:rsidP="007B2FD8">
            <w:pPr>
              <w:jc w:val="center"/>
              <w:rPr>
                <w:rFonts w:ascii="Gill Sans MT" w:hAnsi="Gill Sans MT"/>
                <w:sz w:val="16"/>
                <w:szCs w:val="16"/>
              </w:rPr>
            </w:pPr>
          </w:p>
        </w:tc>
      </w:tr>
      <w:tr w:rsidR="00297D2C" w:rsidRPr="00F67729" w14:paraId="65D702A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DF9010"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A6759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F9785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8AB00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0.761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907B4C" w14:textId="77777777" w:rsidR="00297D2C" w:rsidRPr="00F67729" w:rsidRDefault="00297D2C" w:rsidP="007B2FD8">
            <w:pPr>
              <w:jc w:val="center"/>
              <w:rPr>
                <w:rFonts w:ascii="Gill Sans MT" w:hAnsi="Gill Sans MT"/>
                <w:sz w:val="16"/>
                <w:szCs w:val="16"/>
              </w:rPr>
            </w:pPr>
          </w:p>
        </w:tc>
      </w:tr>
      <w:tr w:rsidR="00297D2C" w:rsidRPr="00F67729" w14:paraId="5211002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8CA33F"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5F69A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65D7C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12F30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0.346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018326" w14:textId="77777777" w:rsidR="00297D2C" w:rsidRPr="00F67729" w:rsidRDefault="00297D2C" w:rsidP="007B2FD8">
            <w:pPr>
              <w:jc w:val="center"/>
              <w:rPr>
                <w:rFonts w:ascii="Gill Sans MT" w:hAnsi="Gill Sans MT"/>
                <w:sz w:val="16"/>
                <w:szCs w:val="16"/>
              </w:rPr>
            </w:pPr>
          </w:p>
        </w:tc>
      </w:tr>
      <w:tr w:rsidR="00297D2C" w:rsidRPr="00F67729" w14:paraId="57714BB8"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140A11A"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07E31E2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72B3A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61DC8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5664B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61838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FF0EA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0.425</w:t>
            </w:r>
          </w:p>
        </w:tc>
      </w:tr>
      <w:tr w:rsidR="00297D2C" w:rsidRPr="00F67729" w14:paraId="60919C6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096C9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97478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9EDC4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7492E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0.283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33F02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0.425</w:t>
            </w:r>
          </w:p>
        </w:tc>
      </w:tr>
      <w:tr w:rsidR="00297D2C" w:rsidRPr="00F67729" w14:paraId="06503AB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2AF6A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449A6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E4AE1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F8BE6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0.986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ACE81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0.986</w:t>
            </w:r>
          </w:p>
        </w:tc>
      </w:tr>
      <w:tr w:rsidR="00297D2C" w:rsidRPr="00F67729" w14:paraId="7F65F0AD"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EE9EE40"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55DC5D4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CF1E7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D0EAF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D1D10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4BE8B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2B3D5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0.548</w:t>
            </w:r>
          </w:p>
        </w:tc>
      </w:tr>
      <w:tr w:rsidR="00297D2C" w:rsidRPr="00F67729" w14:paraId="22ADF2B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F2B17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8E680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390FC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1E801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0.283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239F9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0.566</w:t>
            </w:r>
          </w:p>
        </w:tc>
      </w:tr>
      <w:tr w:rsidR="00297D2C" w:rsidRPr="00F67729" w14:paraId="424E540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4448C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A95B1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17E51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BD2AA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1A2D7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0.731</w:t>
            </w:r>
          </w:p>
        </w:tc>
      </w:tr>
      <w:tr w:rsidR="00297D2C" w:rsidRPr="00F67729" w14:paraId="7FF228BB"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FA02F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5135B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879CB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9387C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CC7D5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0.548</w:t>
            </w:r>
          </w:p>
        </w:tc>
      </w:tr>
      <w:tr w:rsidR="00297D2C" w:rsidRPr="00F67729" w14:paraId="4A08E57B"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1186D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6FD2E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FBDDF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7EF69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0.986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C7D37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0.986</w:t>
            </w:r>
          </w:p>
        </w:tc>
      </w:tr>
      <w:tr w:rsidR="00297D2C" w:rsidRPr="00F67729" w14:paraId="7510B7A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588AA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CD1DB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FA9E0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8E09A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0.965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15169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0.986</w:t>
            </w:r>
          </w:p>
        </w:tc>
      </w:tr>
      <w:tr w:rsidR="00297D2C" w:rsidRPr="00F67729" w14:paraId="46B82ECA"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D61A9B4"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67F0E28B"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E7D16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25923F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C5F33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0FF35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0.591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F8696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39FA5C6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2FE2F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21CF0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0F2D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548D4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BC1EE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347A7B7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B7FDD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92D95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A867B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A0EA5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0.429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4C0C2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3BB9B83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DEB15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46F44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17450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BFFE9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0.739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962FE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5377E29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DC1DD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72C75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55E11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AA228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FC4F3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471C67B7"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3BE2F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7EF51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8D91F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26121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0.453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91CAC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1B8D1069"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7C3BF42"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5519AAD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BB3FE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9007E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8C8B4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C7F28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AF95F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0.836</w:t>
            </w:r>
          </w:p>
        </w:tc>
      </w:tr>
      <w:tr w:rsidR="00297D2C" w:rsidRPr="00F67729" w14:paraId="374E27A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BB6F6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AD2A2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36869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D6FF3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0.874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09B41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0.963</w:t>
            </w:r>
          </w:p>
        </w:tc>
      </w:tr>
      <w:tr w:rsidR="00297D2C" w:rsidRPr="00F67729" w14:paraId="65F8239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54EB7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DA295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70EB2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F9733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0.478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C59BD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0.836</w:t>
            </w:r>
          </w:p>
        </w:tc>
      </w:tr>
      <w:tr w:rsidR="00297D2C" w:rsidRPr="00F67729" w14:paraId="6230616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79BF8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B4906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159A4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CBCF0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0.175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D360A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0.611</w:t>
            </w:r>
          </w:p>
        </w:tc>
      </w:tr>
      <w:tr w:rsidR="00297D2C" w:rsidRPr="00F67729" w14:paraId="6978008F"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14973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FAC03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AC317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F3041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0.955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EFC57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0.963</w:t>
            </w:r>
          </w:p>
        </w:tc>
      </w:tr>
      <w:tr w:rsidR="00297D2C" w:rsidRPr="00F67729" w14:paraId="0F63A0B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BA57F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6CDC61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3664D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C81E6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43C83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0.611</w:t>
            </w:r>
          </w:p>
        </w:tc>
      </w:tr>
      <w:tr w:rsidR="00297D2C" w:rsidRPr="00F67729" w14:paraId="2D4E6414" w14:textId="77777777" w:rsidTr="007B2FD8">
        <w:tc>
          <w:tcPr>
            <w:tcW w:w="200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C189C8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73A25B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-0.004</w:t>
            </w:r>
          </w:p>
        </w:tc>
        <w:tc>
          <w:tcPr>
            <w:tcW w:w="176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6CC681C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66D790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0.963</w:t>
            </w:r>
          </w:p>
        </w:tc>
        <w:tc>
          <w:tcPr>
            <w:tcW w:w="1766"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0C8AAD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0.963</w:t>
            </w:r>
          </w:p>
        </w:tc>
      </w:tr>
      <w:tr w:rsidR="00297D2C" w:rsidRPr="00F67729" w14:paraId="56191C9F"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33621DAC"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RBDSQ (n = 175)</w:t>
            </w:r>
          </w:p>
        </w:tc>
      </w:tr>
      <w:tr w:rsidR="00297D2C" w:rsidRPr="00F67729" w14:paraId="15541CC0" w14:textId="77777777" w:rsidTr="007B2FD8">
        <w:tc>
          <w:tcPr>
            <w:tcW w:w="200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C6BECBF" w14:textId="77777777" w:rsidR="00297D2C" w:rsidRPr="00F67729" w:rsidRDefault="00297D2C" w:rsidP="007B2FD8">
            <w:pPr>
              <w:rPr>
                <w:rFonts w:ascii="Gill Sans MT" w:hAnsi="Gill Sans MT"/>
                <w:sz w:val="16"/>
                <w:szCs w:val="16"/>
              </w:rPr>
            </w:pP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366299C"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6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15737CA"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A040C6F"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66"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85DE62E"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5C3FDA5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6DFA167"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734E154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A800FE"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3ACB6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99A13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CB2F7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0.241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E9116B" w14:textId="77777777" w:rsidR="00297D2C" w:rsidRPr="00F67729" w:rsidRDefault="00297D2C" w:rsidP="007B2FD8">
            <w:pPr>
              <w:jc w:val="center"/>
              <w:rPr>
                <w:rFonts w:ascii="Gill Sans MT" w:hAnsi="Gill Sans MT"/>
                <w:sz w:val="16"/>
                <w:szCs w:val="16"/>
              </w:rPr>
            </w:pPr>
          </w:p>
        </w:tc>
      </w:tr>
      <w:tr w:rsidR="00297D2C" w:rsidRPr="00F67729" w14:paraId="20C4136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924139"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DCDCA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0AE92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9F9D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0.174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6D7F93" w14:textId="77777777" w:rsidR="00297D2C" w:rsidRPr="00F67729" w:rsidRDefault="00297D2C" w:rsidP="007B2FD8">
            <w:pPr>
              <w:jc w:val="center"/>
              <w:rPr>
                <w:rFonts w:ascii="Gill Sans MT" w:hAnsi="Gill Sans MT"/>
                <w:sz w:val="16"/>
                <w:szCs w:val="16"/>
              </w:rPr>
            </w:pPr>
          </w:p>
        </w:tc>
      </w:tr>
      <w:tr w:rsidR="00297D2C" w:rsidRPr="00F67729" w14:paraId="5CFF718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283613"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AF357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A309C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BAA7D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0.855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C63581" w14:textId="77777777" w:rsidR="00297D2C" w:rsidRPr="00F67729" w:rsidRDefault="00297D2C" w:rsidP="007B2FD8">
            <w:pPr>
              <w:jc w:val="center"/>
              <w:rPr>
                <w:rFonts w:ascii="Gill Sans MT" w:hAnsi="Gill Sans MT"/>
                <w:sz w:val="16"/>
                <w:szCs w:val="16"/>
              </w:rPr>
            </w:pPr>
          </w:p>
        </w:tc>
      </w:tr>
      <w:tr w:rsidR="00297D2C" w:rsidRPr="00F67729" w14:paraId="21C1129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EB21AF5"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5B3C4FA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F28EF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641D8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CCD46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FD348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0.717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D5196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0.784</w:t>
            </w:r>
          </w:p>
        </w:tc>
      </w:tr>
      <w:tr w:rsidR="00297D2C" w:rsidRPr="00F67729" w14:paraId="70C97EA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C854D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6CA00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438B5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45C3A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0.784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6EB95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0.784</w:t>
            </w:r>
          </w:p>
        </w:tc>
      </w:tr>
      <w:tr w:rsidR="00297D2C" w:rsidRPr="00F67729" w14:paraId="6C692E4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0C6EA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FF1B3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C51A7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9584F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1A34D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0.216</w:t>
            </w:r>
          </w:p>
        </w:tc>
      </w:tr>
      <w:tr w:rsidR="00297D2C" w:rsidRPr="00F67729" w14:paraId="6E23FB5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A208F3E"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32A176C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6E0CD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EEDAC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4C2CA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5A087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0.971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048CF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0.972</w:t>
            </w:r>
          </w:p>
        </w:tc>
      </w:tr>
      <w:tr w:rsidR="00297D2C" w:rsidRPr="00F67729" w14:paraId="70D10D8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56012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77786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53FB7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E1CB9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0.537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4CE3E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0.868</w:t>
            </w:r>
          </w:p>
        </w:tc>
      </w:tr>
      <w:tr w:rsidR="00297D2C" w:rsidRPr="00F67729" w14:paraId="42BE5FAB"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000B3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BB38D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804D4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204C1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0.972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14F9C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0.972</w:t>
            </w:r>
          </w:p>
        </w:tc>
      </w:tr>
      <w:tr w:rsidR="00297D2C" w:rsidRPr="00F67729" w14:paraId="688211E7"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68F4F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89A8E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2085B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B6D6B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0.579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57D48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0.868</w:t>
            </w:r>
          </w:p>
        </w:tc>
      </w:tr>
      <w:tr w:rsidR="00297D2C" w:rsidRPr="00F67729" w14:paraId="09C1964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F5C9E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50380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814CF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7267F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0.211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0B261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0.634</w:t>
            </w:r>
          </w:p>
        </w:tc>
      </w:tr>
      <w:tr w:rsidR="00297D2C" w:rsidRPr="00F67729" w14:paraId="272C36E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AEEBA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94031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469E5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+2.04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35FA9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DABA5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0.257</w:t>
            </w:r>
          </w:p>
        </w:tc>
      </w:tr>
      <w:tr w:rsidR="00297D2C" w:rsidRPr="00F67729" w14:paraId="40E6EF13"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6435A2A"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1A5BDB52"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66E825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8C418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7BA380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050F1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1F7F1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0.848</w:t>
            </w:r>
          </w:p>
        </w:tc>
      </w:tr>
      <w:tr w:rsidR="00297D2C" w:rsidRPr="00F67729" w14:paraId="6C0AA31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F9883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EBA55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338C2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952DF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0.202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11C04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0.848</w:t>
            </w:r>
          </w:p>
        </w:tc>
      </w:tr>
      <w:tr w:rsidR="00297D2C" w:rsidRPr="00F67729" w14:paraId="271D4E6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1F526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A99B0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AD326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72C77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5A453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0.848</w:t>
            </w:r>
          </w:p>
        </w:tc>
      </w:tr>
      <w:tr w:rsidR="00297D2C" w:rsidRPr="00F67729" w14:paraId="0EC1A297"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55AAF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8BE47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C8D8A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2BC78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0.878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921F2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0.878</w:t>
            </w:r>
          </w:p>
        </w:tc>
      </w:tr>
      <w:tr w:rsidR="00297D2C" w:rsidRPr="00F67729" w14:paraId="38B5EB8A"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872DA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EF65B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1DF59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63B97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0.706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CDC2C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0.848</w:t>
            </w:r>
          </w:p>
        </w:tc>
      </w:tr>
      <w:tr w:rsidR="00297D2C" w:rsidRPr="00F67729" w14:paraId="22DF68C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19DD2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46211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26F8BB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-0.40</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4F3BE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0.690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B9D9A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0.848</w:t>
            </w:r>
          </w:p>
        </w:tc>
      </w:tr>
      <w:tr w:rsidR="00297D2C" w:rsidRPr="00F67729" w14:paraId="3CD179E8"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FC39253"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4AE2AD3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3E879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E431D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59400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FB13F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3A552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0.229</w:t>
            </w:r>
          </w:p>
        </w:tc>
      </w:tr>
      <w:tr w:rsidR="00297D2C" w:rsidRPr="00F67729" w14:paraId="61E5195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1ADE5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D133A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B8865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0648D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0.790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25316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0.790</w:t>
            </w:r>
          </w:p>
        </w:tc>
      </w:tr>
      <w:tr w:rsidR="00297D2C" w:rsidRPr="00F67729" w14:paraId="3BE49B06"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098E5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A6B63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A9133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-0.79</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5286B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0.429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06BF4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0.501</w:t>
            </w:r>
          </w:p>
        </w:tc>
      </w:tr>
      <w:tr w:rsidR="00297D2C" w:rsidRPr="00F67729" w14:paraId="0FD3B278"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1C10A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B841A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BB226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2353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3CF6C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0.385</w:t>
            </w:r>
          </w:p>
        </w:tc>
      </w:tr>
      <w:tr w:rsidR="00297D2C" w:rsidRPr="00F67729" w14:paraId="1EFDB3C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72636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5C875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C1DAE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F844F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795D5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0.501</w:t>
            </w:r>
          </w:p>
        </w:tc>
      </w:tr>
      <w:tr w:rsidR="00297D2C" w:rsidRPr="00F67729" w14:paraId="54013ECF"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E5F053"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LIM-FPN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414145"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-0.208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71D8D9"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-2.73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98BC12"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0.007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73E41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0.049</w:t>
            </w:r>
          </w:p>
        </w:tc>
      </w:tr>
      <w:tr w:rsidR="00297D2C" w:rsidRPr="00F67729" w14:paraId="7858FC85" w14:textId="77777777" w:rsidTr="007B2FD8">
        <w:tc>
          <w:tcPr>
            <w:tcW w:w="200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4ED374D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2136870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-0.143</w:t>
            </w:r>
          </w:p>
        </w:tc>
        <w:tc>
          <w:tcPr>
            <w:tcW w:w="176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43E68AA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-1.86</w:t>
            </w:r>
          </w:p>
        </w:tc>
        <w:tc>
          <w:tcPr>
            <w:tcW w:w="181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E621F9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0.065</w:t>
            </w:r>
          </w:p>
        </w:tc>
        <w:tc>
          <w:tcPr>
            <w:tcW w:w="1766"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56254B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0.228</w:t>
            </w:r>
          </w:p>
        </w:tc>
      </w:tr>
      <w:tr w:rsidR="00297D2C" w:rsidRPr="00F67729" w14:paraId="0A611401"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08DC66D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UPSIT (n = 173)</w:t>
            </w:r>
          </w:p>
        </w:tc>
      </w:tr>
      <w:tr w:rsidR="00297D2C" w:rsidRPr="00F67729" w14:paraId="103A9E8B" w14:textId="77777777" w:rsidTr="007B2FD8">
        <w:tc>
          <w:tcPr>
            <w:tcW w:w="200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949270E" w14:textId="77777777" w:rsidR="00297D2C" w:rsidRPr="00F67729" w:rsidRDefault="00297D2C" w:rsidP="007B2FD8">
            <w:pPr>
              <w:rPr>
                <w:rFonts w:ascii="Gill Sans MT" w:hAnsi="Gill Sans MT"/>
                <w:sz w:val="16"/>
                <w:szCs w:val="16"/>
              </w:rPr>
            </w:pP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66C22E0"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68"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D82963C"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81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5CA51BE"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66"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DAEA69C"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582D0E95"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3E0F53E"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53440F5F"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9559C5"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lastRenderedPageBreak/>
              <w:t>LVI structural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A1CD2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4760C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587A7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0.580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5E648C" w14:textId="77777777" w:rsidR="00297D2C" w:rsidRPr="00F67729" w:rsidRDefault="00297D2C" w:rsidP="007B2FD8">
            <w:pPr>
              <w:jc w:val="center"/>
              <w:rPr>
                <w:rFonts w:ascii="Gill Sans MT" w:hAnsi="Gill Sans MT"/>
                <w:sz w:val="16"/>
                <w:szCs w:val="16"/>
              </w:rPr>
            </w:pPr>
          </w:p>
        </w:tc>
      </w:tr>
      <w:tr w:rsidR="00297D2C" w:rsidRPr="00F67729" w14:paraId="79720DCB"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0E9869"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F9D95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-0.146</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14FAA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E012F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452A3B" w14:textId="77777777" w:rsidR="00297D2C" w:rsidRPr="00F67729" w:rsidRDefault="00297D2C" w:rsidP="007B2FD8">
            <w:pPr>
              <w:jc w:val="center"/>
              <w:rPr>
                <w:rFonts w:ascii="Gill Sans MT" w:hAnsi="Gill Sans MT"/>
                <w:sz w:val="16"/>
                <w:szCs w:val="16"/>
              </w:rPr>
            </w:pPr>
          </w:p>
        </w:tc>
      </w:tr>
      <w:tr w:rsidR="00297D2C" w:rsidRPr="00F67729" w14:paraId="4AB37B0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882866"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828A1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F7DD8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F99F9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6B4143" w14:textId="77777777" w:rsidR="00297D2C" w:rsidRPr="00F67729" w:rsidRDefault="00297D2C" w:rsidP="007B2FD8">
            <w:pPr>
              <w:jc w:val="center"/>
              <w:rPr>
                <w:rFonts w:ascii="Gill Sans MT" w:hAnsi="Gill Sans MT"/>
                <w:sz w:val="16"/>
                <w:szCs w:val="16"/>
              </w:rPr>
            </w:pPr>
          </w:p>
        </w:tc>
      </w:tr>
      <w:tr w:rsidR="00297D2C" w:rsidRPr="00F67729" w14:paraId="77E804F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283DDFC"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0B2A36F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1300E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154AF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EAE64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90791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0.508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81947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0.762</w:t>
            </w:r>
          </w:p>
        </w:tc>
      </w:tr>
      <w:tr w:rsidR="00297D2C" w:rsidRPr="00F67729" w14:paraId="59E648F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8A392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BF6E3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F37D0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117CD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0.857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EE4BF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0.857</w:t>
            </w:r>
          </w:p>
        </w:tc>
      </w:tr>
      <w:tr w:rsidR="00297D2C" w:rsidRPr="00F67729" w14:paraId="42389DB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89B83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6E092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62D75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EC163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0.116</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1C641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0.347</w:t>
            </w:r>
          </w:p>
        </w:tc>
      </w:tr>
      <w:tr w:rsidR="00297D2C" w:rsidRPr="00F67729" w14:paraId="6AC997BD"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107941B"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7CDAFA4B"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CF15E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87726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3D3B4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16F1E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0.523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4BC54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0.845</w:t>
            </w:r>
          </w:p>
        </w:tc>
      </w:tr>
      <w:tr w:rsidR="00297D2C" w:rsidRPr="00F67729" w14:paraId="3BBA2CB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C10B7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E2274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0AA90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03A5F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0.565</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0303E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0.845</w:t>
            </w:r>
          </w:p>
        </w:tc>
      </w:tr>
      <w:tr w:rsidR="00297D2C" w:rsidRPr="00F67729" w14:paraId="09E42EFE"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51E98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78CEB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-0.003</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9F00E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F236C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0.972</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2CEF4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0.972</w:t>
            </w:r>
          </w:p>
        </w:tc>
      </w:tr>
      <w:tr w:rsidR="00297D2C" w:rsidRPr="00F67729" w14:paraId="416782B7"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EB829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FDBD2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4EB3B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+0.38</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51944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0.704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B239F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0.845</w:t>
            </w:r>
          </w:p>
        </w:tc>
      </w:tr>
      <w:tr w:rsidR="00297D2C" w:rsidRPr="00F67729" w14:paraId="4E91A78A"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0E7E3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0D1F1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6E425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F3078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74814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0.469</w:t>
            </w:r>
          </w:p>
        </w:tc>
      </w:tr>
      <w:tr w:rsidR="00297D2C" w:rsidRPr="00F67729" w14:paraId="70DC705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D52BE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03184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C785A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5F4F6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76064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0.469</w:t>
            </w:r>
          </w:p>
        </w:tc>
      </w:tr>
      <w:tr w:rsidR="00297D2C" w:rsidRPr="00F67729" w14:paraId="17E6B423"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3CDC40B"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57B144F9"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9969E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80657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+0.082</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C12F9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+1.03</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4B97E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0.307</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0EB13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0.463</w:t>
            </w:r>
          </w:p>
        </w:tc>
      </w:tr>
      <w:tr w:rsidR="00297D2C" w:rsidRPr="00F67729" w14:paraId="41B77F1C"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AFF4E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53F43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CD1D8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F2905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97702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0.463</w:t>
            </w:r>
          </w:p>
        </w:tc>
      </w:tr>
      <w:tr w:rsidR="00297D2C" w:rsidRPr="00F67729" w14:paraId="2CBA548A"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942C5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74DC6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+0.114</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38C92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+1.41</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8A375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0.160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7A9BD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0.463</w:t>
            </w:r>
          </w:p>
        </w:tc>
      </w:tr>
      <w:tr w:rsidR="00297D2C" w:rsidRPr="00F67729" w14:paraId="2561527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49F12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B50F6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1DB38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+0.74</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7CEDE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0.463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BE8E2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0.463</w:t>
            </w:r>
          </w:p>
        </w:tc>
      </w:tr>
      <w:tr w:rsidR="00297D2C" w:rsidRPr="00F67729" w14:paraId="3A02D5B1"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A4FA8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2B73A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+0.065</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0044A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57827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0.399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35762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0.463</w:t>
            </w:r>
          </w:p>
        </w:tc>
      </w:tr>
      <w:tr w:rsidR="00297D2C" w:rsidRPr="00F67729" w14:paraId="7580C815"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CCB62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73C6C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9CF83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+0.95</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EB137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0.344</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57CDD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0.463</w:t>
            </w:r>
          </w:p>
        </w:tc>
      </w:tr>
      <w:tr w:rsidR="00297D2C" w:rsidRPr="00F67729" w14:paraId="6355D5A9"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888CE0E"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7EEF8BB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F2A7C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1B995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+0.010</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D792C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2697D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0.903</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9CBC4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1D47597D"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D0C85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A2CD6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-0.029</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ADF44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81332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0.721</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94B74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15DDA800"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40C33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8DCE4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+0.021</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30381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+0.27</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E4953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0.790</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3CFDB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67C44A44"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82D80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A637B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-0.018</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B46A1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56722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0.828</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6744B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5BB668F3" w14:textId="77777777" w:rsidTr="007B2FD8">
        <w:tc>
          <w:tcPr>
            <w:tcW w:w="200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62037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2BFA9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+0.037</w:t>
            </w:r>
          </w:p>
        </w:tc>
        <w:tc>
          <w:tcPr>
            <w:tcW w:w="17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39778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+0.46</w:t>
            </w:r>
          </w:p>
        </w:tc>
        <w:tc>
          <w:tcPr>
            <w:tcW w:w="181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AC506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0.649</w:t>
            </w:r>
          </w:p>
        </w:tc>
        <w:tc>
          <w:tcPr>
            <w:tcW w:w="1766"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96A7F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5A8E8D86" w14:textId="77777777" w:rsidTr="007B2FD8">
        <w:tc>
          <w:tcPr>
            <w:tcW w:w="2008"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7FE5114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812"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11D503A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+0.015</w:t>
            </w:r>
          </w:p>
        </w:tc>
        <w:tc>
          <w:tcPr>
            <w:tcW w:w="1768"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33F9C0F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w:t>
            </w:r>
          </w:p>
        </w:tc>
        <w:tc>
          <w:tcPr>
            <w:tcW w:w="1812"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0F6C660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0.857</w:t>
            </w:r>
          </w:p>
        </w:tc>
        <w:tc>
          <w:tcPr>
            <w:tcW w:w="1766"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4C93BB8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r w:rsidR="00297D2C" w:rsidRPr="00F67729" w14:paraId="3729E50E" w14:textId="77777777" w:rsidTr="007B2FD8">
        <w:tc>
          <w:tcPr>
            <w:tcW w:w="2008" w:type="dxa"/>
            <w:tcBorders>
              <w:top w:val="nil"/>
              <w:left w:val="nil"/>
              <w:bottom w:val="single" w:sz="4" w:space="0" w:color="auto"/>
              <w:right w:val="nil"/>
            </w:tcBorders>
            <w:tcMar>
              <w:top w:w="8" w:type="dxa"/>
              <w:left w:w="60" w:type="dxa"/>
              <w:bottom w:w="8" w:type="dxa"/>
              <w:right w:w="60" w:type="dxa"/>
            </w:tcMar>
            <w:vAlign w:val="center"/>
          </w:tcPr>
          <w:p w14:paraId="29D8393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812" w:type="dxa"/>
            <w:tcBorders>
              <w:top w:val="nil"/>
              <w:left w:val="nil"/>
              <w:bottom w:val="single" w:sz="4" w:space="0" w:color="auto"/>
              <w:right w:val="nil"/>
            </w:tcBorders>
            <w:tcMar>
              <w:top w:w="8" w:type="dxa"/>
              <w:left w:w="60" w:type="dxa"/>
              <w:bottom w:w="8" w:type="dxa"/>
              <w:right w:w="60" w:type="dxa"/>
            </w:tcMar>
            <w:vAlign w:val="center"/>
          </w:tcPr>
          <w:p w14:paraId="67174C7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+0.020</w:t>
            </w:r>
          </w:p>
        </w:tc>
        <w:tc>
          <w:tcPr>
            <w:tcW w:w="1768" w:type="dxa"/>
            <w:tcBorders>
              <w:top w:val="nil"/>
              <w:left w:val="nil"/>
              <w:bottom w:val="single" w:sz="4" w:space="0" w:color="auto"/>
              <w:right w:val="nil"/>
            </w:tcBorders>
            <w:tcMar>
              <w:top w:w="8" w:type="dxa"/>
              <w:left w:w="60" w:type="dxa"/>
              <w:bottom w:w="8" w:type="dxa"/>
              <w:right w:w="60" w:type="dxa"/>
            </w:tcMar>
            <w:vAlign w:val="center"/>
          </w:tcPr>
          <w:p w14:paraId="03DD638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+0.24</w:t>
            </w:r>
          </w:p>
        </w:tc>
        <w:tc>
          <w:tcPr>
            <w:tcW w:w="1812" w:type="dxa"/>
            <w:tcBorders>
              <w:top w:val="nil"/>
              <w:left w:val="nil"/>
              <w:bottom w:val="single" w:sz="4" w:space="0" w:color="auto"/>
              <w:right w:val="nil"/>
            </w:tcBorders>
            <w:tcMar>
              <w:top w:w="8" w:type="dxa"/>
              <w:left w:w="60" w:type="dxa"/>
              <w:bottom w:w="8" w:type="dxa"/>
              <w:right w:w="60" w:type="dxa"/>
            </w:tcMar>
            <w:vAlign w:val="center"/>
          </w:tcPr>
          <w:p w14:paraId="5F3ED90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0.809</w:t>
            </w:r>
          </w:p>
        </w:tc>
        <w:tc>
          <w:tcPr>
            <w:tcW w:w="1766" w:type="dxa"/>
            <w:tcBorders>
              <w:top w:val="nil"/>
              <w:left w:val="nil"/>
              <w:bottom w:val="single" w:sz="4" w:space="0" w:color="auto"/>
              <w:right w:val="nil"/>
            </w:tcBorders>
            <w:tcMar>
              <w:top w:w="8" w:type="dxa"/>
              <w:left w:w="60" w:type="dxa"/>
              <w:bottom w:w="8" w:type="dxa"/>
              <w:right w:w="60" w:type="dxa"/>
            </w:tcMar>
            <w:vAlign w:val="center"/>
          </w:tcPr>
          <w:p w14:paraId="0919A05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0.903</w:t>
            </w:r>
          </w:p>
        </w:tc>
      </w:tr>
    </w:tbl>
    <w:p w14:paraId="5D4518AF" w14:textId="77777777" w:rsidR="00297D2C" w:rsidRDefault="00297D2C" w:rsidP="00297D2C">
      <w:pPr>
        <w:jc w:val="both"/>
        <w:rPr>
          <w:rFonts w:ascii="Gill Sans MT" w:eastAsia="Calibri" w:hAnsi="Gill Sans MT" w:cs="Calibri"/>
          <w:sz w:val="16"/>
          <w:szCs w:val="16"/>
        </w:rPr>
      </w:pPr>
      <w:r>
        <w:rPr>
          <w:rFonts w:ascii="Gill Sans MT" w:eastAsia="Calibri" w:hAnsi="Gill Sans MT" w:cs="Calibri"/>
          <w:sz w:val="16"/>
          <w:szCs w:val="16"/>
        </w:rPr>
        <w:t xml:space="preserve">Associations between clinical measures and limbic imaging measures within PSG-confirmed </w:t>
      </w:r>
      <w:proofErr w:type="spellStart"/>
      <w:r>
        <w:rPr>
          <w:rFonts w:ascii="Gill Sans MT" w:eastAsia="Calibri" w:hAnsi="Gill Sans MT" w:cs="Calibri"/>
          <w:sz w:val="16"/>
          <w:szCs w:val="16"/>
        </w:rPr>
        <w:t>iRBD</w:t>
      </w:r>
      <w:proofErr w:type="spellEnd"/>
      <w:r>
        <w:rPr>
          <w:rFonts w:ascii="Gill Sans MT" w:eastAsia="Calibri" w:hAnsi="Gill Sans MT" w:cs="Calibri"/>
          <w:sz w:val="16"/>
          <w:szCs w:val="16"/>
        </w:rPr>
        <w:t xml:space="preserve"> (n = 175). Associations were assessed using general linear models with the imaging measure as the outcome and the clinical measure as the predictor, adjusting for age and sex; </w:t>
      </w:r>
      <w:r>
        <w:rPr>
          <w:rFonts w:ascii="Calibri" w:eastAsia="Calibri" w:hAnsi="Calibri" w:cs="Calibri"/>
          <w:sz w:val="16"/>
          <w:szCs w:val="16"/>
        </w:rPr>
        <w:t>β</w:t>
      </w:r>
      <w:r>
        <w:rPr>
          <w:rFonts w:ascii="Gill Sans MT" w:eastAsia="Calibri" w:hAnsi="Gill Sans MT" w:cs="Calibri"/>
          <w:sz w:val="16"/>
          <w:szCs w:val="16"/>
        </w:rPr>
        <w:t xml:space="preserve"> is the standardised change in the imaging measure per one-SD increase in the clinical measure, with its t statistic and (uncorrected) P value. Limbic Vulnerability Indices are oriented so that higher values indicate greater vulnerability; individual volumes and connectivity measures are in native direction. ACC, anterior cingulate cortex; AMY, amygdala; DAN, dorsal attention; DMN, default mode; ESS, Epworth Sleepiness Scale; FPN, frontoparietal; GDS, Geriatric Depression Scale; HIP, hippocampus; LIM, limbic network; MoCA, Montreal Cognitive Assessment; SMN, </w:t>
      </w:r>
      <w:proofErr w:type="spellStart"/>
      <w:r>
        <w:rPr>
          <w:rFonts w:ascii="Gill Sans MT" w:eastAsia="Calibri" w:hAnsi="Gill Sans MT" w:cs="Calibri"/>
          <w:sz w:val="16"/>
          <w:szCs w:val="16"/>
        </w:rPr>
        <w:t>somatomotor</w:t>
      </w:r>
      <w:proofErr w:type="spellEnd"/>
      <w:r>
        <w:rPr>
          <w:rFonts w:ascii="Gill Sans MT" w:eastAsia="Calibri" w:hAnsi="Gill Sans MT" w:cs="Calibri"/>
          <w:sz w:val="16"/>
          <w:szCs w:val="16"/>
        </w:rPr>
        <w:t>; STAI, State-Trait Anxiety Inventory; VAN, ventral attention; VIS, visual; WC, whole cortex.</w:t>
      </w:r>
    </w:p>
    <w:p w14:paraId="3ED0E02B" w14:textId="77777777" w:rsidR="00297D2C" w:rsidRDefault="00297D2C" w:rsidP="00297D2C">
      <w:pPr>
        <w:rPr>
          <w:rFonts w:ascii="Gill Sans MT" w:eastAsia="Calibri" w:hAnsi="Gill Sans MT" w:cs="Calibri"/>
          <w:sz w:val="16"/>
          <w:szCs w:val="16"/>
        </w:rPr>
      </w:pPr>
    </w:p>
    <w:p w14:paraId="6E34AF5B" w14:textId="77777777" w:rsidR="00297D2C" w:rsidRPr="00F67729" w:rsidRDefault="00297D2C" w:rsidP="00297D2C">
      <w:pPr>
        <w:spacing w:before="360" w:after="60"/>
        <w:rPr>
          <w:rFonts w:ascii="Gill Sans MT" w:hAnsi="Gill Sans MT"/>
          <w:sz w:val="16"/>
          <w:szCs w:val="16"/>
        </w:rPr>
      </w:pPr>
      <w:r>
        <w:rPr>
          <w:rFonts w:ascii="Gill Sans MT" w:eastAsia="Calibri" w:hAnsi="Gill Sans MT" w:cs="Calibri"/>
          <w:b/>
          <w:bCs/>
          <w:sz w:val="16"/>
          <w:szCs w:val="16"/>
        </w:rPr>
        <w:t>Supplementary Table 3: Correlations of clinical measures with limbic measures in the Parkinson disease (PD) group</w:t>
      </w:r>
    </w:p>
    <w:tbl>
      <w:tblPr>
        <w:tblW w:w="9166" w:type="dxa"/>
        <w:tblBorders>
          <w:top w:val="single" w:sz="4" w:space="0" w:color="000000"/>
          <w:left w:val="none" w:sz="0" w:space="0" w:color="FFFFFF"/>
          <w:bottom w:val="single" w:sz="4" w:space="0" w:color="000000"/>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70"/>
        <w:gridCol w:w="1797"/>
        <w:gridCol w:w="1752"/>
        <w:gridCol w:w="1797"/>
        <w:gridCol w:w="1750"/>
      </w:tblGrid>
      <w:tr w:rsidR="00297D2C" w:rsidRPr="00F67729" w14:paraId="611CCCD6"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763818D0"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Global Cognition (MoCA) (n = 327)</w:t>
            </w:r>
          </w:p>
        </w:tc>
      </w:tr>
      <w:tr w:rsidR="00297D2C" w:rsidRPr="00F67729" w14:paraId="4F211A07"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8EB0F86" w14:textId="77777777" w:rsidR="00297D2C" w:rsidRPr="00F67729"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CBF6317"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5495A46"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A18FF0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BFB9F76"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788C6179"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3F0662B"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74D5AC8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8467B4"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8B2AE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F9907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28406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0.266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3BB684" w14:textId="77777777" w:rsidR="00297D2C" w:rsidRPr="00F67729" w:rsidRDefault="00297D2C" w:rsidP="007B2FD8">
            <w:pPr>
              <w:jc w:val="center"/>
              <w:rPr>
                <w:rFonts w:ascii="Gill Sans MT" w:hAnsi="Gill Sans MT"/>
                <w:sz w:val="16"/>
                <w:szCs w:val="16"/>
              </w:rPr>
            </w:pPr>
          </w:p>
        </w:tc>
      </w:tr>
      <w:tr w:rsidR="00297D2C" w:rsidRPr="00F67729" w14:paraId="1FCAA2B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48E1A8"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05B470"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-0.15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E7EE53"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-2.72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AEC47D"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0.007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B4BD30" w14:textId="77777777" w:rsidR="00297D2C" w:rsidRPr="00F67729" w:rsidRDefault="00297D2C" w:rsidP="007B2FD8">
            <w:pPr>
              <w:jc w:val="center"/>
              <w:rPr>
                <w:rFonts w:ascii="Gill Sans MT" w:hAnsi="Gill Sans MT"/>
                <w:sz w:val="16"/>
                <w:szCs w:val="16"/>
              </w:rPr>
            </w:pPr>
          </w:p>
        </w:tc>
      </w:tr>
      <w:tr w:rsidR="00297D2C" w:rsidRPr="00F67729" w14:paraId="3503AF0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D237BA"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B0B935"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-0.149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BDE98A"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-2.76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B5315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0.006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31D6A2" w14:textId="77777777" w:rsidR="00297D2C" w:rsidRPr="00F67729" w:rsidRDefault="00297D2C" w:rsidP="007B2FD8">
            <w:pPr>
              <w:jc w:val="center"/>
              <w:rPr>
                <w:rFonts w:ascii="Gill Sans MT" w:hAnsi="Gill Sans MT"/>
                <w:sz w:val="16"/>
                <w:szCs w:val="16"/>
              </w:rPr>
            </w:pPr>
          </w:p>
        </w:tc>
      </w:tr>
      <w:tr w:rsidR="00297D2C" w:rsidRPr="00F67729" w14:paraId="75670062"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95ED039"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5D1D425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869C1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1F458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BAE25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8B354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0.533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8875D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0.558</w:t>
            </w:r>
          </w:p>
        </w:tc>
      </w:tr>
      <w:tr w:rsidR="00297D2C" w:rsidRPr="00F67729" w14:paraId="279D5BA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862AB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22848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43102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CF6B3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0.558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517FB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0.558</w:t>
            </w:r>
          </w:p>
        </w:tc>
      </w:tr>
      <w:tr w:rsidR="00297D2C" w:rsidRPr="00F67729" w14:paraId="7E9E552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D317F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4C802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DD554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1E2B7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771CF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0.558</w:t>
            </w:r>
          </w:p>
        </w:tc>
      </w:tr>
      <w:tr w:rsidR="00297D2C" w:rsidRPr="00F67729" w14:paraId="625DD1CA"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B352F21"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18164FF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46133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5B0C5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F5B27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CC239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0.263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7D759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0.657</w:t>
            </w:r>
          </w:p>
        </w:tc>
      </w:tr>
      <w:tr w:rsidR="00297D2C" w:rsidRPr="00F67729" w14:paraId="6CEEBA0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05C21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F2E72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99DED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06AFA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0.991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8C7EF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0.991</w:t>
            </w:r>
          </w:p>
        </w:tc>
      </w:tr>
      <w:tr w:rsidR="00297D2C" w:rsidRPr="00F67729" w14:paraId="41F3D76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631CD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55776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D1D54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F0B7A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0.428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C147F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0.657</w:t>
            </w:r>
          </w:p>
        </w:tc>
      </w:tr>
      <w:tr w:rsidR="00297D2C" w:rsidRPr="00F67729" w14:paraId="4F5E51B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9C700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837B7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2353E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57759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0.764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46775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0.917</w:t>
            </w:r>
          </w:p>
        </w:tc>
      </w:tr>
      <w:tr w:rsidR="00297D2C" w:rsidRPr="00F67729" w14:paraId="714BDAC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721AB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77EFF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3EB35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74240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0.438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96ABD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0.657</w:t>
            </w:r>
          </w:p>
        </w:tc>
      </w:tr>
      <w:tr w:rsidR="00297D2C" w:rsidRPr="00F67729" w14:paraId="110BE56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16006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1A5B1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255BD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423DA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44CA2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0.657</w:t>
            </w:r>
          </w:p>
        </w:tc>
      </w:tr>
      <w:tr w:rsidR="00297D2C" w:rsidRPr="00F67729" w14:paraId="2B7E747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06C72D8"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5880B36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465185"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B22AD0"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+0.151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21630D"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+2.74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E1BC5F"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0.006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044966"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0.019</w:t>
            </w:r>
          </w:p>
        </w:tc>
      </w:tr>
      <w:tr w:rsidR="00297D2C" w:rsidRPr="00F67729" w14:paraId="61A8584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707A05"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0603B5"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+0.188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C91431"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+3.43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1862B0"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&lt;0.001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8EA6F9"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0.004</w:t>
            </w:r>
          </w:p>
        </w:tc>
      </w:tr>
      <w:tr w:rsidR="00297D2C" w:rsidRPr="00F67729" w14:paraId="5AE405B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50648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2C7D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CD2E8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7DDE2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0.595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C18A5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0.892</w:t>
            </w:r>
          </w:p>
        </w:tc>
      </w:tr>
      <w:tr w:rsidR="00297D2C" w:rsidRPr="00F67729" w14:paraId="6131613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BC117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F7408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7422C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67506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0.535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83B7D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0.892</w:t>
            </w:r>
          </w:p>
        </w:tc>
      </w:tr>
      <w:tr w:rsidR="00297D2C" w:rsidRPr="00F67729" w14:paraId="3E71E17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6B633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C9B52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369AC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DC1AA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0.745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F692F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0.894</w:t>
            </w:r>
          </w:p>
        </w:tc>
      </w:tr>
      <w:tr w:rsidR="00297D2C" w:rsidRPr="00F67729" w14:paraId="0176D26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E30E6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ACA1D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CAA5A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42CA9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0.941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620C1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0.941</w:t>
            </w:r>
          </w:p>
        </w:tc>
      </w:tr>
      <w:tr w:rsidR="00297D2C" w:rsidRPr="00F67729" w14:paraId="1254669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671AF06"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5862243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F0023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912E7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B0D0E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4A9B1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0.428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2D6AA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0.749</w:t>
            </w:r>
          </w:p>
        </w:tc>
      </w:tr>
      <w:tr w:rsidR="00297D2C" w:rsidRPr="00F67729" w14:paraId="692F17B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14E89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2AC33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8EF15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CD557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54C5A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0.906</w:t>
            </w:r>
          </w:p>
        </w:tc>
      </w:tr>
      <w:tr w:rsidR="00297D2C" w:rsidRPr="00F67729" w14:paraId="131D84E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AEB4D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5C1CE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CEB03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4B6BC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72687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0.637</w:t>
            </w:r>
          </w:p>
        </w:tc>
      </w:tr>
      <w:tr w:rsidR="00297D2C" w:rsidRPr="00F67729" w14:paraId="615198C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80614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20554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73798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090A0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D18E6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0.637</w:t>
            </w:r>
          </w:p>
        </w:tc>
      </w:tr>
      <w:tr w:rsidR="00297D2C" w:rsidRPr="00F67729" w14:paraId="2C81371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5EF88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lastRenderedPageBreak/>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709AD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F147D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5D776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0.359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BB10D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0.749</w:t>
            </w:r>
          </w:p>
        </w:tc>
      </w:tr>
      <w:tr w:rsidR="00297D2C" w:rsidRPr="00F67729" w14:paraId="194DA8E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2BF97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0D872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07671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0AE1D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0.877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86614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0.906</w:t>
            </w:r>
          </w:p>
        </w:tc>
      </w:tr>
      <w:tr w:rsidR="00297D2C" w:rsidRPr="00F67729" w14:paraId="5B36EDD5"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35622F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2A87AD7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+0.025</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216FC0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+0.46</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6D0A40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0.649</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D30FBC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0.906</w:t>
            </w:r>
          </w:p>
        </w:tc>
      </w:tr>
      <w:tr w:rsidR="00297D2C" w:rsidRPr="00F67729" w14:paraId="20BDB8D7"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654EF299"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MDS-UPDRS III (n = 313)</w:t>
            </w:r>
          </w:p>
        </w:tc>
      </w:tr>
      <w:tr w:rsidR="00297D2C" w:rsidRPr="00F67729" w14:paraId="54A36B15"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968E11B" w14:textId="77777777" w:rsidR="00297D2C" w:rsidRPr="00F67729"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79089D9"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F0516C9"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147E567"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E3865B9"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41835755"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C4FEEA8"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1B5E5CB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BA2979"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D5FFBF"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+0.158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C0EE5F"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+2.83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857DE3"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0.005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3B6353" w14:textId="77777777" w:rsidR="00297D2C" w:rsidRPr="00F67729" w:rsidRDefault="00297D2C" w:rsidP="007B2FD8">
            <w:pPr>
              <w:jc w:val="center"/>
              <w:rPr>
                <w:rFonts w:ascii="Gill Sans MT" w:hAnsi="Gill Sans MT"/>
                <w:sz w:val="16"/>
                <w:szCs w:val="16"/>
              </w:rPr>
            </w:pPr>
          </w:p>
        </w:tc>
      </w:tr>
      <w:tr w:rsidR="00297D2C" w:rsidRPr="00F67729" w14:paraId="7CC97A3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17B219"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1825D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70DB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A4D69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C95B89" w14:textId="77777777" w:rsidR="00297D2C" w:rsidRPr="00F67729" w:rsidRDefault="00297D2C" w:rsidP="007B2FD8">
            <w:pPr>
              <w:jc w:val="center"/>
              <w:rPr>
                <w:rFonts w:ascii="Gill Sans MT" w:hAnsi="Gill Sans MT"/>
                <w:sz w:val="16"/>
                <w:szCs w:val="16"/>
              </w:rPr>
            </w:pPr>
          </w:p>
        </w:tc>
      </w:tr>
      <w:tr w:rsidR="00297D2C" w:rsidRPr="00F67729" w14:paraId="626CBB1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61D1CA"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BA155D"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+0.185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D26899"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+3.27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03B149"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B53987" w14:textId="77777777" w:rsidR="00297D2C" w:rsidRPr="00F67729" w:rsidRDefault="00297D2C" w:rsidP="007B2FD8">
            <w:pPr>
              <w:jc w:val="center"/>
              <w:rPr>
                <w:rFonts w:ascii="Gill Sans MT" w:hAnsi="Gill Sans MT"/>
                <w:sz w:val="16"/>
                <w:szCs w:val="16"/>
              </w:rPr>
            </w:pPr>
          </w:p>
        </w:tc>
      </w:tr>
      <w:tr w:rsidR="00297D2C" w:rsidRPr="00F67729" w14:paraId="1BB96CDC"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0536E41"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65831C3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92051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D960E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673DD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BBEBE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55900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0.117</w:t>
            </w:r>
          </w:p>
        </w:tc>
      </w:tr>
      <w:tr w:rsidR="00297D2C" w:rsidRPr="00F67729" w14:paraId="3F7301F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DEEC68"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203DFB"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-0.158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F684C0"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-3.29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4F86EC"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F80F6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0.003</w:t>
            </w:r>
          </w:p>
        </w:tc>
      </w:tr>
      <w:tr w:rsidR="00297D2C" w:rsidRPr="00F67729" w14:paraId="11DE0AB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20032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25CA8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D6A0D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E41F4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8FFCB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0.155</w:t>
            </w:r>
          </w:p>
        </w:tc>
      </w:tr>
      <w:tr w:rsidR="00297D2C" w:rsidRPr="00F67729" w14:paraId="577E4C87"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E4DBDFD"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326CE49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4ACB0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75BD2A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ACA42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2296C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0.161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FF40F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0.193</w:t>
            </w:r>
          </w:p>
        </w:tc>
      </w:tr>
      <w:tr w:rsidR="00297D2C" w:rsidRPr="00F67729" w14:paraId="1C8C25B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89E43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052C1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79FA0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78A4F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5CB4A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0.135</w:t>
            </w:r>
          </w:p>
        </w:tc>
      </w:tr>
      <w:tr w:rsidR="00297D2C" w:rsidRPr="00F67729" w14:paraId="0A4B891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90BC25"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8EB448"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-0.157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A6E3A7"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-3.16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787208"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0.002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BB7A31"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0.010</w:t>
            </w:r>
          </w:p>
        </w:tc>
      </w:tr>
      <w:tr w:rsidR="00297D2C" w:rsidRPr="00F67729" w14:paraId="3546EE9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D7D2D0"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BF2EA9"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-0.141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6DCC9B"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-2.92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4F2D86"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0.004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925801"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0.011</w:t>
            </w:r>
          </w:p>
        </w:tc>
      </w:tr>
      <w:tr w:rsidR="00297D2C" w:rsidRPr="00F67729" w14:paraId="655BC1C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3CC51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62DFB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2C9AB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390DC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D2E30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0.193</w:t>
            </w:r>
          </w:p>
        </w:tc>
      </w:tr>
      <w:tr w:rsidR="00297D2C" w:rsidRPr="00F67729" w14:paraId="23FE923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24F6E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2019E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8EE95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9BA04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0.234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61978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0.234</w:t>
            </w:r>
          </w:p>
        </w:tc>
      </w:tr>
      <w:tr w:rsidR="00297D2C" w:rsidRPr="00F67729" w14:paraId="3FE893DC"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83C6481"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44CDEF3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7D477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2AC92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74278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1E172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0.272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6AFF3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0.574</w:t>
            </w:r>
          </w:p>
        </w:tc>
      </w:tr>
      <w:tr w:rsidR="00297D2C" w:rsidRPr="00F67729" w14:paraId="047792B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5E219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3A675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9AEF7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-2.12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E0611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F8D10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0.210</w:t>
            </w:r>
          </w:p>
        </w:tc>
      </w:tr>
      <w:tr w:rsidR="00297D2C" w:rsidRPr="00F67729" w14:paraId="763C879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4477E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B7E72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2C8D8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3E484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0.333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67127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0.574</w:t>
            </w:r>
          </w:p>
        </w:tc>
      </w:tr>
      <w:tr w:rsidR="00297D2C" w:rsidRPr="00F67729" w14:paraId="50670E2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2AB1C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F2035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78073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B9893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0.383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D1103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0.574</w:t>
            </w:r>
          </w:p>
        </w:tc>
      </w:tr>
      <w:tr w:rsidR="00297D2C" w:rsidRPr="00F67729" w14:paraId="0BF4CB2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96CCA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35FE6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6CB5A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82203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0.536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1A8F3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0.643</w:t>
            </w:r>
          </w:p>
        </w:tc>
      </w:tr>
      <w:tr w:rsidR="00297D2C" w:rsidRPr="00F67729" w14:paraId="0425F67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2199F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1C5E9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649F3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3DDAB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0.781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2FBE25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0.781</w:t>
            </w:r>
          </w:p>
        </w:tc>
      </w:tr>
      <w:tr w:rsidR="00297D2C" w:rsidRPr="00F67729" w14:paraId="3A2CD928"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F6C5605"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51539AB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93971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192D9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F6F5E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45CA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6C35A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0.384</w:t>
            </w:r>
          </w:p>
        </w:tc>
      </w:tr>
      <w:tr w:rsidR="00297D2C" w:rsidRPr="00F67729" w14:paraId="11DE47C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6438A7"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DE190A"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-0.162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735B36"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-2.82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7F2ADD"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0.005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9C510E"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0.036</w:t>
            </w:r>
          </w:p>
        </w:tc>
      </w:tr>
      <w:tr w:rsidR="00297D2C" w:rsidRPr="00F67729" w14:paraId="7A85248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75426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81A62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D061F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4A156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0.502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22A79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0.690</w:t>
            </w:r>
          </w:p>
        </w:tc>
      </w:tr>
      <w:tr w:rsidR="00297D2C" w:rsidRPr="00F67729" w14:paraId="1C22FB4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D7177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AD55D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2C3698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B552D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0.192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38BFC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0.447</w:t>
            </w:r>
          </w:p>
        </w:tc>
      </w:tr>
      <w:tr w:rsidR="00297D2C" w:rsidRPr="00F67729" w14:paraId="743B904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0FC56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145E5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737D8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A47D8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0.591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70DF8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0.690</w:t>
            </w:r>
          </w:p>
        </w:tc>
      </w:tr>
      <w:tr w:rsidR="00297D2C" w:rsidRPr="00F67729" w14:paraId="20CC65C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1A34D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6A793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B9340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0D025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0.718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1EFC9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0.718</w:t>
            </w:r>
          </w:p>
        </w:tc>
      </w:tr>
      <w:tr w:rsidR="00297D2C" w:rsidRPr="00F67729" w14:paraId="0DA703DC"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C68422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26BDBB7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-0.060</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7CE798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-1.03</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27194F6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0.304</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1087CC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0.532</w:t>
            </w:r>
          </w:p>
        </w:tc>
      </w:tr>
      <w:tr w:rsidR="00297D2C" w:rsidRPr="00F67729" w14:paraId="030C04A3"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5B4BB92E"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SCOPA-AUT (n = 329)</w:t>
            </w:r>
          </w:p>
        </w:tc>
      </w:tr>
      <w:tr w:rsidR="00297D2C" w:rsidRPr="00F67729" w14:paraId="2520B27C"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F1A9C68" w14:textId="77777777" w:rsidR="00297D2C" w:rsidRPr="00F67729"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AEF2EA8"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4DDAA97"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6E6283D"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6A28DA5"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3271CE49"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26BF3B8"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769D3B3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038456"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F8AB7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D6AE0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DE118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0.339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5499CF" w14:textId="77777777" w:rsidR="00297D2C" w:rsidRPr="00F67729" w:rsidRDefault="00297D2C" w:rsidP="007B2FD8">
            <w:pPr>
              <w:jc w:val="center"/>
              <w:rPr>
                <w:rFonts w:ascii="Gill Sans MT" w:hAnsi="Gill Sans MT"/>
                <w:sz w:val="16"/>
                <w:szCs w:val="16"/>
              </w:rPr>
            </w:pPr>
          </w:p>
        </w:tc>
      </w:tr>
      <w:tr w:rsidR="00297D2C" w:rsidRPr="00F67729" w14:paraId="013C9F2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F69756"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18819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30D61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925F2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599F2E" w14:textId="77777777" w:rsidR="00297D2C" w:rsidRPr="00F67729" w:rsidRDefault="00297D2C" w:rsidP="007B2FD8">
            <w:pPr>
              <w:jc w:val="center"/>
              <w:rPr>
                <w:rFonts w:ascii="Gill Sans MT" w:hAnsi="Gill Sans MT"/>
                <w:sz w:val="16"/>
                <w:szCs w:val="16"/>
              </w:rPr>
            </w:pPr>
          </w:p>
        </w:tc>
      </w:tr>
      <w:tr w:rsidR="00297D2C" w:rsidRPr="00F67729" w14:paraId="4185D33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B23CD0"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D3C06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88B6F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DF58B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5B2ACE" w14:textId="77777777" w:rsidR="00297D2C" w:rsidRPr="00F67729" w:rsidRDefault="00297D2C" w:rsidP="007B2FD8">
            <w:pPr>
              <w:jc w:val="center"/>
              <w:rPr>
                <w:rFonts w:ascii="Gill Sans MT" w:hAnsi="Gill Sans MT"/>
                <w:sz w:val="16"/>
                <w:szCs w:val="16"/>
              </w:rPr>
            </w:pPr>
          </w:p>
        </w:tc>
      </w:tr>
      <w:tr w:rsidR="00297D2C" w:rsidRPr="00F67729" w14:paraId="17371B5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603B4AD"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20B753C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202E1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96357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8E577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BE81B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0.356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84262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0.533</w:t>
            </w:r>
          </w:p>
        </w:tc>
      </w:tr>
      <w:tr w:rsidR="00297D2C" w:rsidRPr="00F67729" w14:paraId="5D177D8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15849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8D188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F3EF2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2A96C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0.628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E6B0B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0.628</w:t>
            </w:r>
          </w:p>
        </w:tc>
      </w:tr>
      <w:tr w:rsidR="00297D2C" w:rsidRPr="00F67729" w14:paraId="76B4D8C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37A4B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B615C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6E80A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4B8A0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FBCB5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0.386</w:t>
            </w:r>
          </w:p>
        </w:tc>
      </w:tr>
      <w:tr w:rsidR="00297D2C" w:rsidRPr="00F67729" w14:paraId="200E2531"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2ECC354"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4082A9B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B57AB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31242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45DBE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128CB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0.278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ADAAE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0.555</w:t>
            </w:r>
          </w:p>
        </w:tc>
      </w:tr>
      <w:tr w:rsidR="00297D2C" w:rsidRPr="00F67729" w14:paraId="2FA8032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B517E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6418D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19FB6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CE45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0.560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42C5B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0.672</w:t>
            </w:r>
          </w:p>
        </w:tc>
      </w:tr>
      <w:tr w:rsidR="00297D2C" w:rsidRPr="00F67729" w14:paraId="2A2EC9B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8DCAC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AA204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A5C6D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C93D8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0.419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49682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0.629</w:t>
            </w:r>
          </w:p>
        </w:tc>
      </w:tr>
      <w:tr w:rsidR="00297D2C" w:rsidRPr="00F67729" w14:paraId="2392466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FC2D0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57E89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83BA0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84AD6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0.920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FE3DB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0.920</w:t>
            </w:r>
          </w:p>
        </w:tc>
      </w:tr>
      <w:tr w:rsidR="00297D2C" w:rsidRPr="00F67729" w14:paraId="4AED92C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A3F51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FDA5F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D4697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DFD72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0.162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4E891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0.487</w:t>
            </w:r>
          </w:p>
        </w:tc>
      </w:tr>
      <w:tr w:rsidR="00297D2C" w:rsidRPr="00F67729" w14:paraId="1C47119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25370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BC29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941B8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F0370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7BB12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0.487</w:t>
            </w:r>
          </w:p>
        </w:tc>
      </w:tr>
      <w:tr w:rsidR="00297D2C" w:rsidRPr="00F67729" w14:paraId="68796FEE"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D797B3B"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46352F5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C7F41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2EB44F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C2475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37E5F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7E1D4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0.233</w:t>
            </w:r>
          </w:p>
        </w:tc>
      </w:tr>
      <w:tr w:rsidR="00297D2C" w:rsidRPr="00F67729" w14:paraId="12DEFB7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66DA1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C8FC3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67FD63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49EF4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6DFF1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0.233</w:t>
            </w:r>
          </w:p>
        </w:tc>
      </w:tr>
      <w:tr w:rsidR="00297D2C" w:rsidRPr="00F67729" w14:paraId="14564DA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61678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CDB6C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EAD3F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D3012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0.514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E0EFA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0.617</w:t>
            </w:r>
          </w:p>
        </w:tc>
      </w:tr>
      <w:tr w:rsidR="00297D2C" w:rsidRPr="00F67729" w14:paraId="1186350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EEE3A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A0568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24899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BEDB5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F26E8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0.233</w:t>
            </w:r>
          </w:p>
        </w:tc>
      </w:tr>
      <w:tr w:rsidR="00297D2C" w:rsidRPr="00F67729" w14:paraId="30F15F5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AD82D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826E5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D0DF5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14181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0.951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ED195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0.951</w:t>
            </w:r>
          </w:p>
        </w:tc>
      </w:tr>
      <w:tr w:rsidR="00297D2C" w:rsidRPr="00F67729" w14:paraId="2837D9B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E4674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5BB9C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F2179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7F42F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0.215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399C8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0.322</w:t>
            </w:r>
          </w:p>
        </w:tc>
      </w:tr>
      <w:tr w:rsidR="00297D2C" w:rsidRPr="00F67729" w14:paraId="2A2F9ED3"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1A82211"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46C2CF7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ECC46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3811F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158E0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F6EBA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BB2D3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0.909</w:t>
            </w:r>
          </w:p>
        </w:tc>
      </w:tr>
      <w:tr w:rsidR="00297D2C" w:rsidRPr="00F67729" w14:paraId="40F4AFD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9D769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DC97A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B32FC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73D733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0.353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78B64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0.909</w:t>
            </w:r>
          </w:p>
        </w:tc>
      </w:tr>
      <w:tr w:rsidR="00297D2C" w:rsidRPr="00F67729" w14:paraId="7D56B51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0A5E8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D8A32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F7E7A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7F05B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0B876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0.909</w:t>
            </w:r>
          </w:p>
        </w:tc>
      </w:tr>
      <w:tr w:rsidR="00297D2C" w:rsidRPr="00F67729" w14:paraId="572BA6C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6D129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6DD96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3B36D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B4AE5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0.619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90918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0.909</w:t>
            </w:r>
          </w:p>
        </w:tc>
      </w:tr>
      <w:tr w:rsidR="00297D2C" w:rsidRPr="00F67729" w14:paraId="03B5BF4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A93B9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5FE4E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DD2B9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DEFAA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0.752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41CF2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0.909</w:t>
            </w:r>
          </w:p>
        </w:tc>
      </w:tr>
      <w:tr w:rsidR="00297D2C" w:rsidRPr="00F67729" w14:paraId="1D70C38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77B6A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A7C0F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A1E34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99BD3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0.655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FCCDD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0.909</w:t>
            </w:r>
          </w:p>
        </w:tc>
      </w:tr>
      <w:tr w:rsidR="00297D2C" w:rsidRPr="00F67729" w14:paraId="384DEECD"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A09BFC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30F6AE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+0.015</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1842EA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+0.25</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6FF07A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0.800</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0D6B79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0.909</w:t>
            </w:r>
          </w:p>
        </w:tc>
      </w:tr>
      <w:tr w:rsidR="00297D2C" w:rsidRPr="00F67729" w14:paraId="41EED1B1"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20CF0B3C"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ESS (n = 328)</w:t>
            </w:r>
          </w:p>
        </w:tc>
      </w:tr>
      <w:tr w:rsidR="00297D2C" w:rsidRPr="00F67729" w14:paraId="1450E068"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1EF456D" w14:textId="77777777" w:rsidR="00297D2C" w:rsidRPr="00F67729"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3471D12"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A331767"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515AF6C"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BF79660"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70F3508F"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DBDAF19"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4A21F53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666F2B"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C389C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898A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88EBB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C70BF2" w14:textId="77777777" w:rsidR="00297D2C" w:rsidRPr="00F67729" w:rsidRDefault="00297D2C" w:rsidP="007B2FD8">
            <w:pPr>
              <w:jc w:val="center"/>
              <w:rPr>
                <w:rFonts w:ascii="Gill Sans MT" w:hAnsi="Gill Sans MT"/>
                <w:sz w:val="16"/>
                <w:szCs w:val="16"/>
              </w:rPr>
            </w:pPr>
          </w:p>
        </w:tc>
      </w:tr>
      <w:tr w:rsidR="00297D2C" w:rsidRPr="00F67729" w14:paraId="03B521C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C82E12"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9C372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FC284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A33C7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0.195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525C8B" w14:textId="77777777" w:rsidR="00297D2C" w:rsidRPr="00F67729" w:rsidRDefault="00297D2C" w:rsidP="007B2FD8">
            <w:pPr>
              <w:jc w:val="center"/>
              <w:rPr>
                <w:rFonts w:ascii="Gill Sans MT" w:hAnsi="Gill Sans MT"/>
                <w:sz w:val="16"/>
                <w:szCs w:val="16"/>
              </w:rPr>
            </w:pPr>
          </w:p>
        </w:tc>
      </w:tr>
      <w:tr w:rsidR="00297D2C" w:rsidRPr="00F67729" w14:paraId="6BE333D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DCBA1C"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DCAB92"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+0.112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AEF35A"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+2.05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BAB284"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0.041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75F3E3C" w14:textId="77777777" w:rsidR="00297D2C" w:rsidRPr="00F67729" w:rsidRDefault="00297D2C" w:rsidP="007B2FD8">
            <w:pPr>
              <w:jc w:val="center"/>
              <w:rPr>
                <w:rFonts w:ascii="Gill Sans MT" w:hAnsi="Gill Sans MT"/>
                <w:sz w:val="16"/>
                <w:szCs w:val="16"/>
              </w:rPr>
            </w:pPr>
          </w:p>
        </w:tc>
      </w:tr>
      <w:tr w:rsidR="00297D2C" w:rsidRPr="00F67729" w14:paraId="159C99DE"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648100E"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4F3B2C9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C796A4"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EAE5E0"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-0.135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81831C"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-2.88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8FC6FA"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0.004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D13DC3"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0.013</w:t>
            </w:r>
          </w:p>
        </w:tc>
      </w:tr>
      <w:tr w:rsidR="00297D2C" w:rsidRPr="00F67729" w14:paraId="0F345D3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2B8DE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EEBA7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745D3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29F0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0.425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FF74E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0.638</w:t>
            </w:r>
          </w:p>
        </w:tc>
      </w:tr>
      <w:tr w:rsidR="00297D2C" w:rsidRPr="00F67729" w14:paraId="63E866F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E7FF2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33AF7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E03D1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940D0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0.911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C544A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0.911</w:t>
            </w:r>
          </w:p>
        </w:tc>
      </w:tr>
      <w:tr w:rsidR="00297D2C" w:rsidRPr="00F67729" w14:paraId="18EA07D2"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5C3859F"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5A84584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3ABBB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40065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400D8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549AC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C3E71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0.421</w:t>
            </w:r>
          </w:p>
        </w:tc>
      </w:tr>
      <w:tr w:rsidR="00297D2C" w:rsidRPr="00F67729" w14:paraId="6E83009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3BAB95"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323C68"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-0.188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445459"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-3.84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64A9C1" w14:textId="77777777" w:rsidR="00297D2C" w:rsidRPr="00193D1E" w:rsidRDefault="00297D2C" w:rsidP="007B2FD8">
            <w:pPr>
              <w:jc w:val="center"/>
              <w:rPr>
                <w:rFonts w:ascii="Gill Sans MT" w:hAnsi="Gill Sans MT"/>
                <w:b/>
                <w:bCs/>
                <w:sz w:val="16"/>
                <w:szCs w:val="16"/>
              </w:rPr>
            </w:pPr>
            <w:r w:rsidRPr="00193D1E">
              <w:rPr>
                <w:rFonts w:ascii="Gill Sans MT" w:eastAsia="Calibri" w:hAnsi="Gill Sans MT" w:cs="Calibri"/>
                <w:b/>
                <w:bCs/>
                <w:sz w:val="16"/>
                <w:szCs w:val="16"/>
              </w:rPr>
              <w:t>&lt;0.001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D13FA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&lt;0.001</w:t>
            </w:r>
          </w:p>
        </w:tc>
      </w:tr>
      <w:tr w:rsidR="00297D2C" w:rsidRPr="00F67729" w14:paraId="30E1459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2BB944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342A6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4B9D9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EA74F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0.405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95F4E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0.778</w:t>
            </w:r>
          </w:p>
        </w:tc>
      </w:tr>
      <w:tr w:rsidR="00297D2C" w:rsidRPr="00F67729" w14:paraId="2361346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36AAF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4A612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7F278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1C75F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0.519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E6F56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0.778</w:t>
            </w:r>
          </w:p>
        </w:tc>
      </w:tr>
      <w:tr w:rsidR="00297D2C" w:rsidRPr="00F67729" w14:paraId="7547BB9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233D6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F7CC9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71C3A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6CD4D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0.947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2DDB6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0.947</w:t>
            </w:r>
          </w:p>
        </w:tc>
      </w:tr>
      <w:tr w:rsidR="00297D2C" w:rsidRPr="00F67729" w14:paraId="55AB1B5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F4654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DE0AF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578C1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A5E01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0.805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93943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0.947</w:t>
            </w:r>
          </w:p>
        </w:tc>
      </w:tr>
      <w:tr w:rsidR="00297D2C" w:rsidRPr="00F67729" w14:paraId="5FFDEC8B"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043B185"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44ACC57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68774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B5808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11177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BEB25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0.861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CD43B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0.861</w:t>
            </w:r>
          </w:p>
        </w:tc>
      </w:tr>
      <w:tr w:rsidR="00297D2C" w:rsidRPr="00F67729" w14:paraId="745867A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1F255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E94C2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1B7F8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F87EE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0.591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29B02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0.861</w:t>
            </w:r>
          </w:p>
        </w:tc>
      </w:tr>
      <w:tr w:rsidR="00297D2C" w:rsidRPr="00F67729" w14:paraId="522DE21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8DE33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53660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7D6C9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BC8F9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DE45F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0.305</w:t>
            </w:r>
          </w:p>
        </w:tc>
      </w:tr>
      <w:tr w:rsidR="00297D2C" w:rsidRPr="00F67729" w14:paraId="64F4D4D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47D81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39994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B96DF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BB7ED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FE7C5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0.305</w:t>
            </w:r>
          </w:p>
        </w:tc>
      </w:tr>
      <w:tr w:rsidR="00297D2C" w:rsidRPr="00F67729" w14:paraId="1ABE938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96480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54E03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29C0D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D800C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A291C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0.305</w:t>
            </w:r>
          </w:p>
        </w:tc>
      </w:tr>
      <w:tr w:rsidR="00297D2C" w:rsidRPr="00F67729" w14:paraId="52D9054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2F340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ECE0E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7C629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DE496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0.754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B3413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0.861</w:t>
            </w:r>
          </w:p>
        </w:tc>
      </w:tr>
      <w:tr w:rsidR="00297D2C" w:rsidRPr="00F67729" w14:paraId="597D69EF"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AABBCF8"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0A4D7C4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55C89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FE4A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8039A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2FA6D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2129C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0.861</w:t>
            </w:r>
          </w:p>
        </w:tc>
      </w:tr>
      <w:tr w:rsidR="00297D2C" w:rsidRPr="00F67729" w14:paraId="1641193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A4C13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94977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83BD8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0B6D5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6F69F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0.828</w:t>
            </w:r>
          </w:p>
        </w:tc>
      </w:tr>
      <w:tr w:rsidR="00297D2C" w:rsidRPr="00F67729" w14:paraId="0A97972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7085A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C4467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D0F5A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6E375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0.777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4D7BE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0.956</w:t>
            </w:r>
          </w:p>
        </w:tc>
      </w:tr>
      <w:tr w:rsidR="00297D2C" w:rsidRPr="00F67729" w14:paraId="34D99BC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8E703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74891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BAE76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4D3EC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0.829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6E2DA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0.956</w:t>
            </w:r>
          </w:p>
        </w:tc>
      </w:tr>
      <w:tr w:rsidR="00297D2C" w:rsidRPr="00F67729" w14:paraId="0EC640D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3A322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A1FA1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04705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55A81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0.581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1E844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0.956</w:t>
            </w:r>
          </w:p>
        </w:tc>
      </w:tr>
      <w:tr w:rsidR="00297D2C" w:rsidRPr="00F67729" w14:paraId="09B82C3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B11FE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2312C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93446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B4693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0.956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35C44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0.956</w:t>
            </w:r>
          </w:p>
        </w:tc>
      </w:tr>
      <w:tr w:rsidR="00297D2C" w:rsidRPr="00F67729" w14:paraId="55E28A1C"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98511F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10E543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-0.066</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DC0CF9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-1.19</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8E7B98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0.236</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CC4685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0.828</w:t>
            </w:r>
          </w:p>
        </w:tc>
      </w:tr>
      <w:tr w:rsidR="00297D2C" w:rsidRPr="00F67729" w14:paraId="1C1A8286"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6ED92983"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GDS (n = 327)</w:t>
            </w:r>
          </w:p>
        </w:tc>
      </w:tr>
      <w:tr w:rsidR="00297D2C" w:rsidRPr="00F67729" w14:paraId="4A10A307"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00E12CA" w14:textId="77777777" w:rsidR="00297D2C" w:rsidRPr="00F67729"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6F3AD7D"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D539A0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B481379"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71FCD37"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0B45CF31"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B4B1A88"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63D7295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2A40FA"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0B76CF" w14:textId="77777777" w:rsidR="00297D2C" w:rsidRPr="008F3B5D" w:rsidRDefault="00297D2C" w:rsidP="007B2FD8">
            <w:pPr>
              <w:jc w:val="center"/>
              <w:rPr>
                <w:rFonts w:ascii="Gill Sans MT" w:hAnsi="Gill Sans MT"/>
                <w:sz w:val="16"/>
                <w:szCs w:val="16"/>
              </w:rPr>
            </w:pPr>
            <w:r>
              <w:rPr>
                <w:rFonts w:ascii="Gill Sans MT" w:eastAsia="Calibri" w:hAnsi="Gill Sans MT" w:cs="Calibri"/>
                <w:sz w:val="16"/>
                <w:szCs w:val="16"/>
              </w:rPr>
              <w:t>+0.106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D9C1B0" w14:textId="77777777" w:rsidR="00297D2C" w:rsidRPr="008F3B5D" w:rsidRDefault="00297D2C" w:rsidP="007B2FD8">
            <w:pPr>
              <w:jc w:val="center"/>
              <w:rPr>
                <w:rFonts w:ascii="Gill Sans MT" w:hAnsi="Gill Sans MT"/>
                <w:sz w:val="16"/>
                <w:szCs w:val="16"/>
              </w:rPr>
            </w:pPr>
            <w:r>
              <w:rPr>
                <w:rFonts w:ascii="Gill Sans MT" w:eastAsia="Calibri" w:hAnsi="Gill Sans MT" w:cs="Calibri"/>
                <w:sz w:val="16"/>
                <w:szCs w:val="16"/>
              </w:rPr>
              <w:t>+1.97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E83249" w14:textId="77777777" w:rsidR="00297D2C" w:rsidRPr="008F3B5D" w:rsidRDefault="00297D2C" w:rsidP="007B2FD8">
            <w:pPr>
              <w:jc w:val="center"/>
              <w:rPr>
                <w:rFonts w:ascii="Gill Sans MT" w:hAnsi="Gill Sans MT"/>
                <w:sz w:val="16"/>
                <w:szCs w:val="16"/>
              </w:rPr>
            </w:pPr>
            <w:r>
              <w:rPr>
                <w:rFonts w:ascii="Gill Sans MT" w:eastAsia="Calibri" w:hAnsi="Gill Sans MT" w:cs="Calibri"/>
                <w:sz w:val="16"/>
                <w:szCs w:val="16"/>
              </w:rPr>
              <w:t>0.050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DE00F2" w14:textId="77777777" w:rsidR="00297D2C" w:rsidRPr="00F67729" w:rsidRDefault="00297D2C" w:rsidP="007B2FD8">
            <w:pPr>
              <w:jc w:val="center"/>
              <w:rPr>
                <w:rFonts w:ascii="Gill Sans MT" w:hAnsi="Gill Sans MT"/>
                <w:sz w:val="16"/>
                <w:szCs w:val="16"/>
              </w:rPr>
            </w:pPr>
          </w:p>
        </w:tc>
      </w:tr>
      <w:tr w:rsidR="00297D2C" w:rsidRPr="00F67729" w14:paraId="7AD7180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5AD2BD"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53837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E727C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EEA67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0.577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74BF2E" w14:textId="77777777" w:rsidR="00297D2C" w:rsidRPr="00F67729" w:rsidRDefault="00297D2C" w:rsidP="007B2FD8">
            <w:pPr>
              <w:jc w:val="center"/>
              <w:rPr>
                <w:rFonts w:ascii="Gill Sans MT" w:hAnsi="Gill Sans MT"/>
                <w:sz w:val="16"/>
                <w:szCs w:val="16"/>
              </w:rPr>
            </w:pPr>
          </w:p>
        </w:tc>
      </w:tr>
      <w:tr w:rsidR="00297D2C" w:rsidRPr="00F67729" w14:paraId="37B142A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C1E052"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C7758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F5217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11FFD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0.376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90AFB3" w14:textId="77777777" w:rsidR="00297D2C" w:rsidRPr="00F67729" w:rsidRDefault="00297D2C" w:rsidP="007B2FD8">
            <w:pPr>
              <w:jc w:val="center"/>
              <w:rPr>
                <w:rFonts w:ascii="Gill Sans MT" w:hAnsi="Gill Sans MT"/>
                <w:sz w:val="16"/>
                <w:szCs w:val="16"/>
              </w:rPr>
            </w:pPr>
          </w:p>
        </w:tc>
      </w:tr>
      <w:tr w:rsidR="00297D2C" w:rsidRPr="00F67729" w14:paraId="58F5E622"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656548A"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1E02759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8A827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BAE59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06C91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5C6AA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0.418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73EAC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0.418</w:t>
            </w:r>
          </w:p>
        </w:tc>
      </w:tr>
      <w:tr w:rsidR="00297D2C" w:rsidRPr="00F67729" w14:paraId="25BB22F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64F00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59FB4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0A142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B521C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DE56F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0.129</w:t>
            </w:r>
          </w:p>
        </w:tc>
      </w:tr>
      <w:tr w:rsidR="00297D2C" w:rsidRPr="00F67729" w14:paraId="255FA8C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3A14E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40EFA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37D98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A0D86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9B92E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0.129</w:t>
            </w:r>
          </w:p>
        </w:tc>
      </w:tr>
      <w:tr w:rsidR="00297D2C" w:rsidRPr="00F67729" w14:paraId="37A9403C"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1DB5DC5"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51477BB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12065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8997C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8FE62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7E8AD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0.694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A0436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0.694</w:t>
            </w:r>
          </w:p>
        </w:tc>
      </w:tr>
      <w:tr w:rsidR="00297D2C" w:rsidRPr="00F67729" w14:paraId="10A2D31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623AD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78A47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498EC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F7D25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0.275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4E4B1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0.329</w:t>
            </w:r>
          </w:p>
        </w:tc>
      </w:tr>
      <w:tr w:rsidR="00297D2C" w:rsidRPr="00F67729" w14:paraId="7E984AE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892C9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6808AC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58B9A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D8035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04936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0.186</w:t>
            </w:r>
          </w:p>
        </w:tc>
      </w:tr>
      <w:tr w:rsidR="00297D2C" w:rsidRPr="00F67729" w14:paraId="49701D7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7E9AB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02690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83DF6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1E2C3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92090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0.186</w:t>
            </w:r>
          </w:p>
        </w:tc>
      </w:tr>
      <w:tr w:rsidR="00297D2C" w:rsidRPr="00F67729" w14:paraId="265E88A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28321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170CA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4D2A3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-2.00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59B87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061BA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0.186</w:t>
            </w:r>
          </w:p>
        </w:tc>
      </w:tr>
      <w:tr w:rsidR="00297D2C" w:rsidRPr="00F67729" w14:paraId="0C592C3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ADBCC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30AC3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4A6B4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0170D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0.202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527B8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0.303</w:t>
            </w:r>
          </w:p>
        </w:tc>
      </w:tr>
      <w:tr w:rsidR="00297D2C" w:rsidRPr="00F67729" w14:paraId="00D6009F"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4028C87"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032255D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E2849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06655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6B561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D2CCD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0.498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094ED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0.747</w:t>
            </w:r>
          </w:p>
        </w:tc>
      </w:tr>
      <w:tr w:rsidR="00297D2C" w:rsidRPr="00F67729" w14:paraId="624457D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42DFE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93BA5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60994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E46A4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0.471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CDA51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0.747</w:t>
            </w:r>
          </w:p>
        </w:tc>
      </w:tr>
      <w:tr w:rsidR="00297D2C" w:rsidRPr="00F67729" w14:paraId="573C2BA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EA111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9E9E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36A44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4A069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EAFEC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0.479</w:t>
            </w:r>
          </w:p>
        </w:tc>
      </w:tr>
      <w:tr w:rsidR="00297D2C" w:rsidRPr="00F67729" w14:paraId="5219108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63619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A4838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55999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F148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0.666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6D09A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0.799</w:t>
            </w:r>
          </w:p>
        </w:tc>
      </w:tr>
      <w:tr w:rsidR="00297D2C" w:rsidRPr="00F67729" w14:paraId="0ABF605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9D083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508CF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3C533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51587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0.861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BAE3B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0.861</w:t>
            </w:r>
          </w:p>
        </w:tc>
      </w:tr>
      <w:tr w:rsidR="00297D2C" w:rsidRPr="00F67729" w14:paraId="198DC5A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E0AB0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0ECE5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0EB77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A25F7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0.404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34903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0.747</w:t>
            </w:r>
          </w:p>
        </w:tc>
      </w:tr>
      <w:tr w:rsidR="00297D2C" w:rsidRPr="00F67729" w14:paraId="2B8CF9DE"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EE3930B"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444E5D4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5A90A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6BB8F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A4EB2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DEDD5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0.479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DE0AB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0.489</w:t>
            </w:r>
          </w:p>
        </w:tc>
      </w:tr>
      <w:tr w:rsidR="00297D2C" w:rsidRPr="00F67729" w14:paraId="3053095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5D799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0E2E9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1DE1B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-2.06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6936A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6239E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0.188</w:t>
            </w:r>
          </w:p>
        </w:tc>
      </w:tr>
      <w:tr w:rsidR="00297D2C" w:rsidRPr="00F67729" w14:paraId="160F39C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9AF71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0655E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1A830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21133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0.373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EAC18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0.489</w:t>
            </w:r>
          </w:p>
        </w:tc>
      </w:tr>
      <w:tr w:rsidR="00297D2C" w:rsidRPr="00F67729" w14:paraId="29C3578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274F3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15FFD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04AA4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064BF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9C8C6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0.188</w:t>
            </w:r>
          </w:p>
        </w:tc>
      </w:tr>
      <w:tr w:rsidR="00297D2C" w:rsidRPr="00F67729" w14:paraId="5CD4F35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01EFD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5C145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84BDF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77C82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47495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0.489</w:t>
            </w:r>
          </w:p>
        </w:tc>
      </w:tr>
      <w:tr w:rsidR="00297D2C" w:rsidRPr="00F67729" w14:paraId="450FA9F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87D93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A5354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F9A8E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D1840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0.235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C2DFC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0.411</w:t>
            </w:r>
          </w:p>
        </w:tc>
      </w:tr>
      <w:tr w:rsidR="00297D2C" w:rsidRPr="00F67729" w14:paraId="10B8F7E9"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4F825F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ED49E1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+0.097</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DC2994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+1.75</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2D7EEAF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0.081</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90A06E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0.188</w:t>
            </w:r>
          </w:p>
        </w:tc>
      </w:tr>
      <w:tr w:rsidR="00297D2C" w:rsidRPr="00F67729" w14:paraId="0874A8C3"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230B6D81"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STAI-Trait (n = 327)</w:t>
            </w:r>
          </w:p>
        </w:tc>
      </w:tr>
      <w:tr w:rsidR="00297D2C" w:rsidRPr="00F67729" w14:paraId="0186C90A"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E7AEB78" w14:textId="77777777" w:rsidR="00297D2C" w:rsidRPr="00F67729"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CA8685C"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3B85E5F"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3095143"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77F164A"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3723FA6C"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ADB38EF"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37D6B3E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4ADF27"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5FE29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8390D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5882D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0.351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A039CF" w14:textId="77777777" w:rsidR="00297D2C" w:rsidRPr="00F67729" w:rsidRDefault="00297D2C" w:rsidP="007B2FD8">
            <w:pPr>
              <w:jc w:val="center"/>
              <w:rPr>
                <w:rFonts w:ascii="Gill Sans MT" w:hAnsi="Gill Sans MT"/>
                <w:sz w:val="16"/>
                <w:szCs w:val="16"/>
              </w:rPr>
            </w:pPr>
          </w:p>
        </w:tc>
      </w:tr>
      <w:tr w:rsidR="00297D2C" w:rsidRPr="00F67729" w14:paraId="2EB49ED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BFBE57"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F5F64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F515F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58BCB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0.985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4B6D7F" w14:textId="77777777" w:rsidR="00297D2C" w:rsidRPr="00F67729" w:rsidRDefault="00297D2C" w:rsidP="007B2FD8">
            <w:pPr>
              <w:jc w:val="center"/>
              <w:rPr>
                <w:rFonts w:ascii="Gill Sans MT" w:hAnsi="Gill Sans MT"/>
                <w:sz w:val="16"/>
                <w:szCs w:val="16"/>
              </w:rPr>
            </w:pPr>
          </w:p>
        </w:tc>
      </w:tr>
      <w:tr w:rsidR="00297D2C" w:rsidRPr="00F67729" w14:paraId="4713B4A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3F7C8B"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lastRenderedPageBreak/>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99CEC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9F039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5A448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0.546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0496A3" w14:textId="77777777" w:rsidR="00297D2C" w:rsidRPr="00F67729" w:rsidRDefault="00297D2C" w:rsidP="007B2FD8">
            <w:pPr>
              <w:jc w:val="center"/>
              <w:rPr>
                <w:rFonts w:ascii="Gill Sans MT" w:hAnsi="Gill Sans MT"/>
                <w:sz w:val="16"/>
                <w:szCs w:val="16"/>
              </w:rPr>
            </w:pPr>
          </w:p>
        </w:tc>
      </w:tr>
      <w:tr w:rsidR="00297D2C" w:rsidRPr="00F67729" w14:paraId="320B04D0"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A05F814"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2C22EC8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C4687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E8935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686E7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6244C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F5BB6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0.189</w:t>
            </w:r>
          </w:p>
        </w:tc>
      </w:tr>
      <w:tr w:rsidR="00297D2C" w:rsidRPr="00F67729" w14:paraId="58504A8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D7F06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2E43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D627E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C5408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0.280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4947B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0.420</w:t>
            </w:r>
          </w:p>
        </w:tc>
      </w:tr>
      <w:tr w:rsidR="00297D2C" w:rsidRPr="00F67729" w14:paraId="6800894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484B1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748C8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3F666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48CEC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0.510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31226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0.510</w:t>
            </w:r>
          </w:p>
        </w:tc>
      </w:tr>
      <w:tr w:rsidR="00297D2C" w:rsidRPr="00F67729" w14:paraId="57DCF321"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7A0334C"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4984B19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6810E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5C640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77182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E7148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0BFA0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0.388</w:t>
            </w:r>
          </w:p>
        </w:tc>
      </w:tr>
      <w:tr w:rsidR="00297D2C" w:rsidRPr="00F67729" w14:paraId="2A2CBE1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9DEB2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526C2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0C67E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FB78E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5A7AF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0.369</w:t>
            </w:r>
          </w:p>
        </w:tc>
      </w:tr>
      <w:tr w:rsidR="00297D2C" w:rsidRPr="00F67729" w14:paraId="2C717A2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850FB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B97AE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AE024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9A6DB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70762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0.440</w:t>
            </w:r>
          </w:p>
        </w:tc>
      </w:tr>
      <w:tr w:rsidR="00297D2C" w:rsidRPr="00F67729" w14:paraId="4D4D6B3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67142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7D505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81206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C6069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0.434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F76E4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0.582</w:t>
            </w:r>
          </w:p>
        </w:tc>
      </w:tr>
      <w:tr w:rsidR="00297D2C" w:rsidRPr="00F67729" w14:paraId="708D11FC" w14:textId="77777777" w:rsidTr="007B2FD8">
        <w:trPr>
          <w:trHeight w:val="67"/>
        </w:trPr>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16C7E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0038E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94723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EDFEC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53A92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0.582</w:t>
            </w:r>
          </w:p>
        </w:tc>
      </w:tr>
      <w:tr w:rsidR="00297D2C" w:rsidRPr="00F67729" w14:paraId="2BD4C4A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F7E21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A860D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9820F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36D15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0.586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0AF13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0.586</w:t>
            </w:r>
          </w:p>
        </w:tc>
      </w:tr>
      <w:tr w:rsidR="00297D2C" w:rsidRPr="00F67729" w14:paraId="630CCB49"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C898700"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17131C9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DFA9E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84E7F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C3D6A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-1.08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0EC26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0.281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4494F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0.422</w:t>
            </w:r>
          </w:p>
        </w:tc>
      </w:tr>
      <w:tr w:rsidR="00297D2C" w:rsidRPr="00F67729" w14:paraId="43FE1D5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3BF54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3CFE9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FF5B8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67ACE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61DA3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0.267</w:t>
            </w:r>
          </w:p>
        </w:tc>
      </w:tr>
      <w:tr w:rsidR="00297D2C" w:rsidRPr="00F67729" w14:paraId="7DBD3BA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B881E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5B3E1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6A291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B803E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7A312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0.267</w:t>
            </w:r>
          </w:p>
        </w:tc>
      </w:tr>
      <w:tr w:rsidR="00297D2C" w:rsidRPr="00F67729" w14:paraId="4C91145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A73BC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AC482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58253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98287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0.490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55184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0.588</w:t>
            </w:r>
          </w:p>
        </w:tc>
      </w:tr>
      <w:tr w:rsidR="00297D2C" w:rsidRPr="00F67729" w14:paraId="220DF0B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4C712F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2E9B9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-0.144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14BDC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-2.63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C29DF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33F36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0.053</w:t>
            </w:r>
          </w:p>
        </w:tc>
      </w:tr>
      <w:tr w:rsidR="00297D2C" w:rsidRPr="00F67729" w14:paraId="53F7C57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D77F3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37E3F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31D1D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4C5E7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0.827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D156B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0.827</w:t>
            </w:r>
          </w:p>
        </w:tc>
      </w:tr>
      <w:tr w:rsidR="00297D2C" w:rsidRPr="00F67729" w14:paraId="6A4373BC"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35FB8DA"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773ADCE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BBECC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7692D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EB023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C0CAD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0.953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32E2F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0.953</w:t>
            </w:r>
          </w:p>
        </w:tc>
      </w:tr>
      <w:tr w:rsidR="00297D2C" w:rsidRPr="00F67729" w14:paraId="163B45A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3A41D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FCDBE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8CFDF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F8C14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0.720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1BAFF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0.953</w:t>
            </w:r>
          </w:p>
        </w:tc>
      </w:tr>
      <w:tr w:rsidR="00297D2C" w:rsidRPr="00F67729" w14:paraId="04ABAE1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EC72E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011A8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647F3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70712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0.867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B317F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0.953</w:t>
            </w:r>
          </w:p>
        </w:tc>
      </w:tr>
      <w:tr w:rsidR="00297D2C" w:rsidRPr="00F67729" w14:paraId="597520B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413FE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3E561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78A46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475E7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0.353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00597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0.953</w:t>
            </w:r>
          </w:p>
        </w:tc>
      </w:tr>
      <w:tr w:rsidR="00297D2C" w:rsidRPr="00F67729" w14:paraId="1D2C193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7406C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7360B3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5A0D7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C41E3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0.470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C831D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0.953</w:t>
            </w:r>
          </w:p>
        </w:tc>
      </w:tr>
      <w:tr w:rsidR="00297D2C" w:rsidRPr="00F67729" w14:paraId="5B2A964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CFF0E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58AD6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01DF3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2DD897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0.657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F05CF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0.953</w:t>
            </w:r>
          </w:p>
        </w:tc>
      </w:tr>
      <w:tr w:rsidR="00297D2C" w:rsidRPr="00F67729" w14:paraId="4AB5A5E3"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BD38D3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4DDC462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+0.041</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67C06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+0.74</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2F07EAE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0.460</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DCADE0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0.953</w:t>
            </w:r>
          </w:p>
        </w:tc>
      </w:tr>
      <w:tr w:rsidR="00297D2C" w:rsidRPr="00F67729" w14:paraId="4FB9270A"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35A9D766"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RBDSQ (n = 329)</w:t>
            </w:r>
          </w:p>
        </w:tc>
      </w:tr>
      <w:tr w:rsidR="00297D2C" w:rsidRPr="00F67729" w14:paraId="65BD7E55"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D1B9350" w14:textId="77777777" w:rsidR="00297D2C" w:rsidRPr="00F67729"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5EF0E05"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EF9CB3A"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FF6622F"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A21977E"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0EE6B292"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1A4809C"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6B5D1EA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5D52F8"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44DC51"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+0.114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2C502AA"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+2.12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041B89"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0.034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A12033" w14:textId="77777777" w:rsidR="00297D2C" w:rsidRPr="00F67729" w:rsidRDefault="00297D2C" w:rsidP="007B2FD8">
            <w:pPr>
              <w:jc w:val="center"/>
              <w:rPr>
                <w:rFonts w:ascii="Gill Sans MT" w:hAnsi="Gill Sans MT"/>
                <w:sz w:val="16"/>
                <w:szCs w:val="16"/>
              </w:rPr>
            </w:pPr>
          </w:p>
        </w:tc>
      </w:tr>
      <w:tr w:rsidR="00297D2C" w:rsidRPr="00F67729" w14:paraId="6F0CB03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6E4D4D"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98723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63845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D828C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0.339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A18F8C" w14:textId="77777777" w:rsidR="00297D2C" w:rsidRPr="00F67729" w:rsidRDefault="00297D2C" w:rsidP="007B2FD8">
            <w:pPr>
              <w:jc w:val="center"/>
              <w:rPr>
                <w:rFonts w:ascii="Gill Sans MT" w:hAnsi="Gill Sans MT"/>
                <w:sz w:val="16"/>
                <w:szCs w:val="16"/>
              </w:rPr>
            </w:pPr>
          </w:p>
        </w:tc>
      </w:tr>
      <w:tr w:rsidR="00297D2C" w:rsidRPr="00F67729" w14:paraId="5497BF9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D2382D"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C207B7"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+0.116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AECA80"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+2.12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9B743A" w14:textId="77777777" w:rsidR="00297D2C" w:rsidRPr="00F67729" w:rsidRDefault="00297D2C" w:rsidP="007B2FD8">
            <w:pPr>
              <w:jc w:val="center"/>
              <w:rPr>
                <w:rFonts w:ascii="Gill Sans MT" w:hAnsi="Gill Sans MT"/>
                <w:b/>
                <w:bCs/>
                <w:sz w:val="16"/>
                <w:szCs w:val="16"/>
              </w:rPr>
            </w:pPr>
            <w:r>
              <w:rPr>
                <w:rFonts w:ascii="Gill Sans MT" w:eastAsia="Calibri" w:hAnsi="Gill Sans MT" w:cs="Calibri"/>
                <w:b/>
                <w:bCs/>
                <w:sz w:val="16"/>
                <w:szCs w:val="16"/>
              </w:rPr>
              <w:t>0.035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C6CC48" w14:textId="77777777" w:rsidR="00297D2C" w:rsidRPr="00F67729" w:rsidRDefault="00297D2C" w:rsidP="007B2FD8">
            <w:pPr>
              <w:jc w:val="center"/>
              <w:rPr>
                <w:rFonts w:ascii="Gill Sans MT" w:hAnsi="Gill Sans MT"/>
                <w:sz w:val="16"/>
                <w:szCs w:val="16"/>
              </w:rPr>
            </w:pPr>
          </w:p>
        </w:tc>
      </w:tr>
      <w:tr w:rsidR="00297D2C" w:rsidRPr="00F67729" w14:paraId="5C9A7DA2"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C9F0BF4"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52502EC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D2A29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B3720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2AA98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B7376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0.242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D43DB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0.242</w:t>
            </w:r>
          </w:p>
        </w:tc>
      </w:tr>
      <w:tr w:rsidR="00297D2C" w:rsidRPr="00F67729" w14:paraId="48F0424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207DC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875A6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A3B99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14D5F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60357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0.158</w:t>
            </w:r>
          </w:p>
        </w:tc>
      </w:tr>
      <w:tr w:rsidR="00297D2C" w:rsidRPr="00F67729" w14:paraId="3B95837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2B065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9F171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44AA6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496F2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3B220A"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0.158</w:t>
            </w:r>
          </w:p>
        </w:tc>
      </w:tr>
      <w:tr w:rsidR="00297D2C" w:rsidRPr="00F67729" w14:paraId="49D6A7F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1E06D86"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F67729" w14:paraId="305AC10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F672F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A63FF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F070F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2BBC2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0.549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DD217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0.549</w:t>
            </w:r>
          </w:p>
        </w:tc>
      </w:tr>
      <w:tr w:rsidR="00297D2C" w:rsidRPr="00F67729" w14:paraId="7953B0E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AB223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4CBCE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F7956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2A6B3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5F6FE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0.183</w:t>
            </w:r>
          </w:p>
        </w:tc>
      </w:tr>
      <w:tr w:rsidR="00297D2C" w:rsidRPr="00F67729" w14:paraId="21B2B02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B56CA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16E08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B0269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C4FAE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DAEC9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0.269</w:t>
            </w:r>
          </w:p>
        </w:tc>
      </w:tr>
      <w:tr w:rsidR="00297D2C" w:rsidRPr="00F67729" w14:paraId="57A9EA3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1B849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BB050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BBB0E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7EA14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FEEBD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0.183</w:t>
            </w:r>
          </w:p>
        </w:tc>
      </w:tr>
      <w:tr w:rsidR="00297D2C" w:rsidRPr="00F67729" w14:paraId="493BFA1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8B6E1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0C2D7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3933C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-1.64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8340C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5A535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0.183</w:t>
            </w:r>
          </w:p>
        </w:tc>
      </w:tr>
      <w:tr w:rsidR="00297D2C" w:rsidRPr="00F67729" w14:paraId="10BB0BB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F6E54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C6BE3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7C339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-1.89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D54D5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045EF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0.183</w:t>
            </w:r>
          </w:p>
        </w:tc>
      </w:tr>
      <w:tr w:rsidR="00297D2C" w:rsidRPr="00F67729" w14:paraId="5623D631"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2BCF585"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7B0B0AE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DCFEC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26DE2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24568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1952C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0.632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88E021"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0.758</w:t>
            </w:r>
          </w:p>
        </w:tc>
      </w:tr>
      <w:tr w:rsidR="00297D2C" w:rsidRPr="00F67729" w14:paraId="4FC87DB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AF4E7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61EFC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38FA0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DC390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0.518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83B52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0.758</w:t>
            </w:r>
          </w:p>
        </w:tc>
      </w:tr>
      <w:tr w:rsidR="00297D2C" w:rsidRPr="00F67729" w14:paraId="649C499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8ACCC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E0156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A252C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-1.44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4EA33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0.151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D93A3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0.493</w:t>
            </w:r>
          </w:p>
        </w:tc>
      </w:tr>
      <w:tr w:rsidR="00297D2C" w:rsidRPr="00F67729" w14:paraId="5565CF1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C11E3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B132C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F6778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54517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0.263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C5C00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0.526</w:t>
            </w:r>
          </w:p>
        </w:tc>
      </w:tr>
      <w:tr w:rsidR="00297D2C" w:rsidRPr="00F67729" w14:paraId="04238E6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C6CF3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0868B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A6185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01602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0.833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D1C29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0.833</w:t>
            </w:r>
          </w:p>
        </w:tc>
      </w:tr>
      <w:tr w:rsidR="00297D2C" w:rsidRPr="00F67729" w14:paraId="780D744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19B916"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CDE746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23A2F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2F2BE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0.165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B41EC6"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0.493</w:t>
            </w:r>
          </w:p>
        </w:tc>
      </w:tr>
      <w:tr w:rsidR="00297D2C" w:rsidRPr="00F67729" w14:paraId="5D47A308"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733E792"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3369855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463F54"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F82FB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4A594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504A5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41D3D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0.450</w:t>
            </w:r>
          </w:p>
        </w:tc>
      </w:tr>
      <w:tr w:rsidR="00297D2C" w:rsidRPr="00F67729" w14:paraId="1291B72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2D8CD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81B27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A8FB5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C0011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F6B530" w14:textId="77777777" w:rsidR="00297D2C" w:rsidRPr="00F67729" w:rsidRDefault="00297D2C" w:rsidP="007B2FD8">
            <w:pPr>
              <w:jc w:val="center"/>
              <w:rPr>
                <w:rFonts w:ascii="Gill Sans MT" w:hAnsi="Gill Sans MT"/>
                <w:sz w:val="16"/>
                <w:szCs w:val="16"/>
              </w:rPr>
            </w:pPr>
            <w:r>
              <w:rPr>
                <w:rFonts w:ascii="Gill Sans MT" w:hAnsi="Gill Sans MT"/>
                <w:sz w:val="16"/>
                <w:szCs w:val="16"/>
              </w:rPr>
              <w:t>0.374</w:t>
            </w:r>
          </w:p>
        </w:tc>
      </w:tr>
      <w:tr w:rsidR="00297D2C" w:rsidRPr="00F67729" w14:paraId="155D4FE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2BF5E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86B67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1257E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C2477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0.751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3CED0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0.863</w:t>
            </w:r>
          </w:p>
        </w:tc>
      </w:tr>
      <w:tr w:rsidR="00297D2C" w:rsidRPr="00F67729" w14:paraId="6794AF1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CF132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1EAEE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280DA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-1.14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9FF18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0.257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0143D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0.450</w:t>
            </w:r>
          </w:p>
        </w:tc>
      </w:tr>
      <w:tr w:rsidR="00297D2C" w:rsidRPr="00F67729" w14:paraId="402E787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0D6489"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D6C68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-0.066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8B961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-1.21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0ACBA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33757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0.450</w:t>
            </w:r>
          </w:p>
        </w:tc>
      </w:tr>
      <w:tr w:rsidR="00297D2C" w:rsidRPr="00F67729" w14:paraId="390B6F3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CFB748"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B7276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6EDFD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8D79D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0.863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388254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0.863</w:t>
            </w:r>
          </w:p>
        </w:tc>
      </w:tr>
      <w:tr w:rsidR="00297D2C" w:rsidRPr="00F67729" w14:paraId="3909FF1D"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6B6309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673507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-0.045</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60E210B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-0.82</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BA7F42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0.414</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54E546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0.580</w:t>
            </w:r>
          </w:p>
        </w:tc>
      </w:tr>
      <w:tr w:rsidR="00297D2C" w:rsidRPr="00F67729" w14:paraId="6A49E561"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4F8CDEBD"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UPSIT (n = 294)</w:t>
            </w:r>
          </w:p>
        </w:tc>
      </w:tr>
      <w:tr w:rsidR="00297D2C" w:rsidRPr="00F67729" w14:paraId="0CFDBDAC"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FF1A995" w14:textId="77777777" w:rsidR="00297D2C" w:rsidRPr="00F67729"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5038FD2" w14:textId="77777777" w:rsidR="00297D2C" w:rsidRPr="00F67729"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4B14B32"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09EAA30"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1F3B1ED"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F67729" w14:paraId="3A065BFA"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D622A86"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F67729" w14:paraId="325C71B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03650E"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489EC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FF35B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BBB08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0.451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6EF93C" w14:textId="77777777" w:rsidR="00297D2C" w:rsidRPr="00F67729" w:rsidRDefault="00297D2C" w:rsidP="007B2FD8">
            <w:pPr>
              <w:jc w:val="center"/>
              <w:rPr>
                <w:rFonts w:ascii="Gill Sans MT" w:hAnsi="Gill Sans MT"/>
                <w:sz w:val="16"/>
                <w:szCs w:val="16"/>
              </w:rPr>
            </w:pPr>
          </w:p>
        </w:tc>
      </w:tr>
      <w:tr w:rsidR="00297D2C" w:rsidRPr="00F67729" w14:paraId="46E9809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83BADF"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A4CFBC"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-0.151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C22728"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-2.54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F64E46C"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0.012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9BFA98" w14:textId="77777777" w:rsidR="00297D2C" w:rsidRPr="00F67729" w:rsidRDefault="00297D2C" w:rsidP="007B2FD8">
            <w:pPr>
              <w:jc w:val="center"/>
              <w:rPr>
                <w:rFonts w:ascii="Gill Sans MT" w:hAnsi="Gill Sans MT"/>
                <w:sz w:val="16"/>
                <w:szCs w:val="16"/>
              </w:rPr>
            </w:pPr>
          </w:p>
        </w:tc>
      </w:tr>
      <w:tr w:rsidR="00297D2C" w:rsidRPr="00F67729" w14:paraId="74DB9A8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F820B8" w14:textId="77777777" w:rsidR="00297D2C" w:rsidRPr="00F67729"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0BD4DC"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-0.136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F1E797"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-2.32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4E8CCE" w14:textId="77777777" w:rsidR="00297D2C" w:rsidRPr="00F67729" w:rsidRDefault="00297D2C" w:rsidP="007B2FD8">
            <w:pPr>
              <w:jc w:val="center"/>
              <w:rPr>
                <w:rFonts w:ascii="Gill Sans MT" w:hAnsi="Gill Sans MT"/>
                <w:sz w:val="16"/>
                <w:szCs w:val="16"/>
              </w:rPr>
            </w:pPr>
            <w:r>
              <w:rPr>
                <w:rFonts w:ascii="Gill Sans MT" w:eastAsia="Calibri" w:hAnsi="Gill Sans MT" w:cs="Calibri"/>
                <w:b/>
                <w:bCs/>
                <w:sz w:val="16"/>
                <w:szCs w:val="16"/>
              </w:rPr>
              <w:t>0.021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7CABE8" w14:textId="77777777" w:rsidR="00297D2C" w:rsidRPr="00F67729" w:rsidRDefault="00297D2C" w:rsidP="007B2FD8">
            <w:pPr>
              <w:jc w:val="center"/>
              <w:rPr>
                <w:rFonts w:ascii="Gill Sans MT" w:hAnsi="Gill Sans MT"/>
                <w:sz w:val="16"/>
                <w:szCs w:val="16"/>
              </w:rPr>
            </w:pPr>
          </w:p>
        </w:tc>
      </w:tr>
      <w:tr w:rsidR="00297D2C" w:rsidRPr="00F67729" w14:paraId="0309D3BB"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7C31BAF"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F67729" w14:paraId="517354A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0C6787"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EC818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3226E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0C613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0.724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FA2BE9"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0.774</w:t>
            </w:r>
          </w:p>
        </w:tc>
      </w:tr>
      <w:tr w:rsidR="00297D2C" w:rsidRPr="00F67729" w14:paraId="2E4BE0C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83375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EE4EE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5504E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A8D7D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0.774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6E5F5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0.774</w:t>
            </w:r>
          </w:p>
        </w:tc>
      </w:tr>
      <w:tr w:rsidR="00297D2C" w:rsidRPr="00F67729" w14:paraId="1D2495D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FADBCE"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CF397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DB621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4EF57B"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0.321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2C4374"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0.774</w:t>
            </w:r>
          </w:p>
        </w:tc>
      </w:tr>
      <w:tr w:rsidR="00297D2C" w:rsidRPr="00F67729" w14:paraId="26C7FACC"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F94B3F1"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lastRenderedPageBreak/>
              <w:t>Lateralised structural volumes</w:t>
            </w:r>
          </w:p>
        </w:tc>
      </w:tr>
      <w:tr w:rsidR="00297D2C" w:rsidRPr="00F67729" w14:paraId="3D8E90E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ED1A35"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1342A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4F049D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4CD8A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0.826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1F731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0.947</w:t>
            </w:r>
          </w:p>
        </w:tc>
      </w:tr>
      <w:tr w:rsidR="00297D2C" w:rsidRPr="00F67729" w14:paraId="2B906AC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5977BC"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53394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C8DAF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8519D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0.378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3D025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0.947</w:t>
            </w:r>
          </w:p>
        </w:tc>
      </w:tr>
      <w:tr w:rsidR="00297D2C" w:rsidRPr="00F67729" w14:paraId="1B18AF9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5C0DB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87B1C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BCCA6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ADD5D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0.947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F08B32"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0.947</w:t>
            </w:r>
          </w:p>
        </w:tc>
      </w:tr>
      <w:tr w:rsidR="00297D2C" w:rsidRPr="00F67729" w14:paraId="07B0B5D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152E1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94D176"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3477C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E4EEC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0.647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AA2DE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0.947</w:t>
            </w:r>
          </w:p>
        </w:tc>
      </w:tr>
      <w:tr w:rsidR="00297D2C" w:rsidRPr="00F67729" w14:paraId="1530A37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3BC8C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932AF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E39B3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+0.20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3C79A1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0.842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6FA598"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0.947</w:t>
            </w:r>
          </w:p>
        </w:tc>
      </w:tr>
      <w:tr w:rsidR="00297D2C" w:rsidRPr="00F67729" w14:paraId="14D69F8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FAFD1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CD444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C17CE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E2C38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74D32F"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0.748</w:t>
            </w:r>
          </w:p>
        </w:tc>
      </w:tr>
      <w:tr w:rsidR="00297D2C" w:rsidRPr="00F67729" w14:paraId="693A88F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8B37FCD"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F67729" w14:paraId="7873619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A4DC4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A4196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6FCE2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437A9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C1D77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0.174</w:t>
            </w:r>
          </w:p>
        </w:tc>
      </w:tr>
      <w:tr w:rsidR="00297D2C" w:rsidRPr="00F67729" w14:paraId="22F85CF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74DA7D"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6EEE36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97836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+1.72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97A4E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9D55FC"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0.174</w:t>
            </w:r>
          </w:p>
        </w:tc>
      </w:tr>
      <w:tr w:rsidR="00297D2C" w:rsidRPr="00F67729" w14:paraId="1C100B0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13675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6F645E"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6A511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B61BF3"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25B1A6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0.174</w:t>
            </w:r>
          </w:p>
        </w:tc>
      </w:tr>
      <w:tr w:rsidR="00297D2C" w:rsidRPr="00F67729" w14:paraId="143F866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83D4D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886ED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+0.042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71196F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+0.71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DA09B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B31527"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0.722</w:t>
            </w:r>
          </w:p>
        </w:tc>
      </w:tr>
      <w:tr w:rsidR="00297D2C" w:rsidRPr="00F67729" w14:paraId="59C83A2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142CC1"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05D44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-0.011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AEBFA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FA50B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0.853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F846FE" w14:textId="77777777" w:rsidR="00297D2C" w:rsidRPr="00F67729" w:rsidRDefault="00297D2C" w:rsidP="007B2FD8">
            <w:pPr>
              <w:jc w:val="center"/>
              <w:rPr>
                <w:rFonts w:ascii="Gill Sans MT" w:hAnsi="Gill Sans MT"/>
                <w:sz w:val="16"/>
                <w:szCs w:val="16"/>
              </w:rPr>
            </w:pPr>
            <w:r>
              <w:rPr>
                <w:rFonts w:ascii="Gill Sans MT" w:hAnsi="Gill Sans MT"/>
                <w:sz w:val="16"/>
                <w:szCs w:val="16"/>
              </w:rPr>
              <w:t>0.853</w:t>
            </w:r>
          </w:p>
        </w:tc>
      </w:tr>
      <w:tr w:rsidR="00297D2C" w:rsidRPr="00F67729" w14:paraId="4DEC459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6B55EF"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CCB061"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+0.029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974B2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+0.48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2A45A5"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0.633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BEB32B" w14:textId="77777777" w:rsidR="00297D2C" w:rsidRPr="00F67729" w:rsidRDefault="00297D2C" w:rsidP="007B2FD8">
            <w:pPr>
              <w:jc w:val="center"/>
              <w:rPr>
                <w:rFonts w:ascii="Gill Sans MT" w:hAnsi="Gill Sans MT"/>
                <w:sz w:val="16"/>
                <w:szCs w:val="16"/>
              </w:rPr>
            </w:pPr>
            <w:r>
              <w:rPr>
                <w:rFonts w:ascii="Gill Sans MT" w:hAnsi="Gill Sans MT"/>
                <w:sz w:val="16"/>
                <w:szCs w:val="16"/>
              </w:rPr>
              <w:t>0.759</w:t>
            </w:r>
          </w:p>
        </w:tc>
      </w:tr>
      <w:tr w:rsidR="00297D2C" w:rsidRPr="00F67729" w14:paraId="39FD445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C35E0C8" w14:textId="77777777" w:rsidR="00297D2C" w:rsidRPr="00F67729"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F67729" w14:paraId="2286783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33251B"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23476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+0.089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786A3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902B7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E0E38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0.218</w:t>
            </w:r>
          </w:p>
        </w:tc>
      </w:tr>
      <w:tr w:rsidR="00297D2C" w:rsidRPr="00F67729" w14:paraId="3696B87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BE56E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017D67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8BA68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80DA0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0.898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38BC2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0.917</w:t>
            </w:r>
          </w:p>
        </w:tc>
      </w:tr>
      <w:tr w:rsidR="00297D2C" w:rsidRPr="00F67729" w14:paraId="12C4E71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2FDC6A"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279BE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+0.114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950578"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+1.96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FFC5E7"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0.051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580BA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0.178</w:t>
            </w:r>
          </w:p>
        </w:tc>
      </w:tr>
      <w:tr w:rsidR="00297D2C" w:rsidRPr="00F67729" w14:paraId="0CA65E3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E2C902"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460F2A"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-0.006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C0BC5D"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070A2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0.917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1DA09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0.917</w:t>
            </w:r>
          </w:p>
        </w:tc>
      </w:tr>
      <w:tr w:rsidR="00297D2C" w:rsidRPr="00F67729" w14:paraId="7DD9070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79B8B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AF9EDF"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+0.090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16E7D7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6CF4D3C"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D2FA4D"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0.218</w:t>
            </w:r>
          </w:p>
        </w:tc>
      </w:tr>
      <w:tr w:rsidR="00297D2C" w:rsidRPr="00F67729" w14:paraId="243DE92E" w14:textId="77777777" w:rsidTr="007B2FD8">
        <w:tc>
          <w:tcPr>
            <w:tcW w:w="2070"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09F08EF0"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6CA8416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+0.079</w:t>
            </w:r>
          </w:p>
        </w:tc>
        <w:tc>
          <w:tcPr>
            <w:tcW w:w="1752"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0DE24A2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+1.33</w:t>
            </w:r>
          </w:p>
        </w:tc>
        <w:tc>
          <w:tcPr>
            <w:tcW w:w="1797"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3D42F742"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0.184</w:t>
            </w:r>
          </w:p>
        </w:tc>
        <w:tc>
          <w:tcPr>
            <w:tcW w:w="1750"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4D1470F3" w14:textId="77777777" w:rsidR="00297D2C" w:rsidRPr="00F67729" w:rsidRDefault="00297D2C" w:rsidP="007B2FD8">
            <w:pPr>
              <w:jc w:val="center"/>
              <w:rPr>
                <w:rFonts w:ascii="Gill Sans MT" w:hAnsi="Gill Sans MT"/>
                <w:sz w:val="16"/>
                <w:szCs w:val="16"/>
              </w:rPr>
            </w:pPr>
            <w:r>
              <w:rPr>
                <w:rFonts w:ascii="Gill Sans MT" w:hAnsi="Gill Sans MT"/>
                <w:sz w:val="16"/>
                <w:szCs w:val="16"/>
              </w:rPr>
              <w:t>0.257</w:t>
            </w:r>
          </w:p>
        </w:tc>
      </w:tr>
      <w:tr w:rsidR="00297D2C" w:rsidRPr="00F67729" w14:paraId="1944F8D4" w14:textId="77777777" w:rsidTr="007B2FD8">
        <w:tc>
          <w:tcPr>
            <w:tcW w:w="2070" w:type="dxa"/>
            <w:tcBorders>
              <w:top w:val="nil"/>
              <w:left w:val="nil"/>
              <w:bottom w:val="single" w:sz="4" w:space="0" w:color="auto"/>
              <w:right w:val="nil"/>
            </w:tcBorders>
            <w:tcMar>
              <w:top w:w="8" w:type="dxa"/>
              <w:left w:w="60" w:type="dxa"/>
              <w:bottom w:w="8" w:type="dxa"/>
              <w:right w:w="60" w:type="dxa"/>
            </w:tcMar>
            <w:vAlign w:val="center"/>
          </w:tcPr>
          <w:p w14:paraId="76274773" w14:textId="77777777" w:rsidR="00297D2C" w:rsidRPr="00F67729"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il"/>
              <w:left w:val="nil"/>
              <w:bottom w:val="single" w:sz="4" w:space="0" w:color="auto"/>
              <w:right w:val="nil"/>
            </w:tcBorders>
            <w:tcMar>
              <w:top w:w="8" w:type="dxa"/>
              <w:left w:w="60" w:type="dxa"/>
              <w:bottom w:w="8" w:type="dxa"/>
              <w:right w:w="60" w:type="dxa"/>
            </w:tcMar>
            <w:vAlign w:val="center"/>
          </w:tcPr>
          <w:p w14:paraId="5BECFA64"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+0.127</w:t>
            </w:r>
          </w:p>
        </w:tc>
        <w:tc>
          <w:tcPr>
            <w:tcW w:w="1752" w:type="dxa"/>
            <w:tcBorders>
              <w:top w:val="nil"/>
              <w:left w:val="nil"/>
              <w:bottom w:val="single" w:sz="4" w:space="0" w:color="auto"/>
              <w:right w:val="nil"/>
            </w:tcBorders>
            <w:tcMar>
              <w:top w:w="8" w:type="dxa"/>
              <w:left w:w="60" w:type="dxa"/>
              <w:bottom w:w="8" w:type="dxa"/>
              <w:right w:w="60" w:type="dxa"/>
            </w:tcMar>
            <w:vAlign w:val="center"/>
          </w:tcPr>
          <w:p w14:paraId="2D4EB2A9"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+2.18</w:t>
            </w:r>
          </w:p>
        </w:tc>
        <w:tc>
          <w:tcPr>
            <w:tcW w:w="1797" w:type="dxa"/>
            <w:tcBorders>
              <w:top w:val="nil"/>
              <w:left w:val="nil"/>
              <w:bottom w:val="single" w:sz="4" w:space="0" w:color="auto"/>
              <w:right w:val="nil"/>
            </w:tcBorders>
            <w:tcMar>
              <w:top w:w="8" w:type="dxa"/>
              <w:left w:w="60" w:type="dxa"/>
              <w:bottom w:w="8" w:type="dxa"/>
              <w:right w:w="60" w:type="dxa"/>
            </w:tcMar>
            <w:vAlign w:val="center"/>
          </w:tcPr>
          <w:p w14:paraId="3F28B930" w14:textId="77777777" w:rsidR="00297D2C" w:rsidRPr="00F67729" w:rsidRDefault="00297D2C" w:rsidP="007B2FD8">
            <w:pPr>
              <w:jc w:val="center"/>
              <w:rPr>
                <w:rFonts w:ascii="Gill Sans MT" w:hAnsi="Gill Sans MT"/>
                <w:sz w:val="16"/>
                <w:szCs w:val="16"/>
              </w:rPr>
            </w:pPr>
            <w:r>
              <w:rPr>
                <w:rFonts w:ascii="Gill Sans MT" w:eastAsia="Calibri" w:hAnsi="Gill Sans MT" w:cs="Calibri"/>
                <w:sz w:val="16"/>
                <w:szCs w:val="16"/>
              </w:rPr>
              <w:t>0.030</w:t>
            </w:r>
          </w:p>
        </w:tc>
        <w:tc>
          <w:tcPr>
            <w:tcW w:w="1750" w:type="dxa"/>
            <w:tcBorders>
              <w:top w:val="nil"/>
              <w:left w:val="nil"/>
              <w:bottom w:val="single" w:sz="4" w:space="0" w:color="auto"/>
              <w:right w:val="nil"/>
            </w:tcBorders>
            <w:tcMar>
              <w:top w:w="8" w:type="dxa"/>
              <w:left w:w="60" w:type="dxa"/>
              <w:bottom w:w="8" w:type="dxa"/>
              <w:right w:w="60" w:type="dxa"/>
            </w:tcMar>
            <w:vAlign w:val="center"/>
          </w:tcPr>
          <w:p w14:paraId="18553E55" w14:textId="77777777" w:rsidR="00297D2C" w:rsidRPr="00F67729" w:rsidRDefault="00297D2C" w:rsidP="007B2FD8">
            <w:pPr>
              <w:jc w:val="center"/>
              <w:rPr>
                <w:rFonts w:ascii="Gill Sans MT" w:hAnsi="Gill Sans MT"/>
                <w:sz w:val="16"/>
                <w:szCs w:val="16"/>
              </w:rPr>
            </w:pPr>
            <w:r>
              <w:rPr>
                <w:rFonts w:ascii="Gill Sans MT" w:hAnsi="Gill Sans MT"/>
                <w:sz w:val="16"/>
                <w:szCs w:val="16"/>
              </w:rPr>
              <w:t>0.178</w:t>
            </w:r>
          </w:p>
        </w:tc>
      </w:tr>
    </w:tbl>
    <w:p w14:paraId="060AAE77" w14:textId="77777777" w:rsidR="00297D2C" w:rsidRDefault="00297D2C" w:rsidP="00297D2C">
      <w:pPr>
        <w:jc w:val="both"/>
        <w:rPr>
          <w:rFonts w:ascii="Gill Sans MT" w:eastAsia="Calibri" w:hAnsi="Gill Sans MT" w:cs="Calibri"/>
          <w:sz w:val="16"/>
          <w:szCs w:val="16"/>
        </w:rPr>
      </w:pPr>
      <w:r>
        <w:rPr>
          <w:rFonts w:ascii="Gill Sans MT" w:eastAsia="Calibri" w:hAnsi="Gill Sans MT" w:cs="Calibri"/>
          <w:sz w:val="16"/>
          <w:szCs w:val="16"/>
        </w:rPr>
        <w:t xml:space="preserve">Associations between clinical measures and limbic imaging measures within the Parkinson disease (PD) group (n = 329). Associations were assessed using general linear models with the imaging measure as the outcome and the clinical measure as the predictor, adjusting for age and sex; </w:t>
      </w:r>
      <w:r>
        <w:rPr>
          <w:rFonts w:ascii="Calibri" w:eastAsia="Calibri" w:hAnsi="Calibri" w:cs="Calibri"/>
          <w:sz w:val="16"/>
          <w:szCs w:val="16"/>
        </w:rPr>
        <w:t>β</w:t>
      </w:r>
      <w:r>
        <w:rPr>
          <w:rFonts w:ascii="Gill Sans MT" w:eastAsia="Calibri" w:hAnsi="Gill Sans MT" w:cs="Calibri"/>
          <w:sz w:val="16"/>
          <w:szCs w:val="16"/>
        </w:rPr>
        <w:t xml:space="preserve"> is the standardised change in the imaging measure per one-SD increase in the clinical measure, with its t statistic and (uncorrected) P value. Limbic Vulnerability Indices are oriented so that higher values indicate greater vulnerability; individual volumes and connectivity measures are in native direction. ACC, anterior cingulate cortex; AMY, amygdala; DAN, dorsal attention; DMN, default mode; ESS, Epworth Sleepiness Scale; FPN, frontoparietal; GDS, Geriatric Depression Scale; HIP, hippocampus; LIM, limbic network; MoCA, Montreal Cognitive Assessment; SMN, </w:t>
      </w:r>
      <w:proofErr w:type="spellStart"/>
      <w:r>
        <w:rPr>
          <w:rFonts w:ascii="Gill Sans MT" w:eastAsia="Calibri" w:hAnsi="Gill Sans MT" w:cs="Calibri"/>
          <w:sz w:val="16"/>
          <w:szCs w:val="16"/>
        </w:rPr>
        <w:t>somatomotor</w:t>
      </w:r>
      <w:proofErr w:type="spellEnd"/>
      <w:r>
        <w:rPr>
          <w:rFonts w:ascii="Gill Sans MT" w:eastAsia="Calibri" w:hAnsi="Gill Sans MT" w:cs="Calibri"/>
          <w:sz w:val="16"/>
          <w:szCs w:val="16"/>
        </w:rPr>
        <w:t>; STAI, State-Trait Anxiety Inventory; VAN, ventral attention; VIS, visual; WC, whole cortex.</w:t>
      </w:r>
    </w:p>
    <w:p w14:paraId="62D3CFB7" w14:textId="77777777" w:rsidR="00297D2C" w:rsidRDefault="00297D2C" w:rsidP="00297D2C">
      <w:pPr>
        <w:jc w:val="both"/>
        <w:rPr>
          <w:rFonts w:ascii="Gill Sans MT" w:eastAsia="Calibri" w:hAnsi="Gill Sans MT" w:cs="Calibri"/>
          <w:sz w:val="16"/>
          <w:szCs w:val="16"/>
        </w:rPr>
      </w:pPr>
    </w:p>
    <w:p w14:paraId="72D47A11" w14:textId="77777777" w:rsidR="00297D2C" w:rsidRPr="00E302CD" w:rsidRDefault="00297D2C" w:rsidP="00297D2C">
      <w:pPr>
        <w:spacing w:before="360" w:after="60"/>
        <w:rPr>
          <w:rFonts w:ascii="Gill Sans MT" w:hAnsi="Gill Sans MT"/>
          <w:sz w:val="16"/>
          <w:szCs w:val="16"/>
        </w:rPr>
      </w:pPr>
      <w:r>
        <w:rPr>
          <w:rFonts w:ascii="Gill Sans MT" w:eastAsia="Calibri" w:hAnsi="Gill Sans MT" w:cs="Calibri"/>
          <w:b/>
          <w:bCs/>
          <w:sz w:val="16"/>
          <w:szCs w:val="16"/>
        </w:rPr>
        <w:t>Supplementary Table 4: Correlations of clinical measures with limbic measures in the combined Lewy body disease group</w:t>
      </w:r>
    </w:p>
    <w:tbl>
      <w:tblPr>
        <w:tblW w:w="9166" w:type="dxa"/>
        <w:tblBorders>
          <w:top w:val="single" w:sz="4" w:space="0" w:color="000000"/>
          <w:left w:val="none" w:sz="0" w:space="0" w:color="FFFFFF"/>
          <w:bottom w:val="single" w:sz="4" w:space="0" w:color="000000"/>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70"/>
        <w:gridCol w:w="1797"/>
        <w:gridCol w:w="1752"/>
        <w:gridCol w:w="1797"/>
        <w:gridCol w:w="1750"/>
      </w:tblGrid>
      <w:tr w:rsidR="00297D2C" w:rsidRPr="00E302CD" w14:paraId="49277B2A"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5C5BCF2B"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Global Cognition (MoCA) (n = 502)</w:t>
            </w:r>
          </w:p>
        </w:tc>
      </w:tr>
      <w:tr w:rsidR="00297D2C" w:rsidRPr="00E302CD" w14:paraId="7B2B3AF8"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AACCC3C" w14:textId="77777777" w:rsidR="00297D2C" w:rsidRPr="00E302CD"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223C256" w14:textId="77777777" w:rsidR="00297D2C" w:rsidRPr="00E302CD"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0E31AFB"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38F02CD"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06B305E"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E302CD" w14:paraId="53A35D88"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4823E78"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E302CD" w14:paraId="7C012A6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47FF60"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E1CDEF8" w14:textId="77777777" w:rsidR="00297D2C" w:rsidRPr="00E302CD" w:rsidRDefault="00297D2C" w:rsidP="007B2FD8">
            <w:pPr>
              <w:jc w:val="center"/>
              <w:rPr>
                <w:rFonts w:ascii="Gill Sans MT" w:hAnsi="Gill Sans MT"/>
                <w:sz w:val="16"/>
                <w:szCs w:val="16"/>
              </w:rPr>
            </w:pPr>
            <w:r>
              <w:rPr>
                <w:rFonts w:ascii="Gill Sans MT" w:hAnsi="Gill Sans MT"/>
                <w:sz w:val="18"/>
              </w:rPr>
              <w:t>-0.068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4A28273" w14:textId="77777777" w:rsidR="00297D2C" w:rsidRPr="00E302CD" w:rsidRDefault="00297D2C" w:rsidP="007B2FD8">
            <w:pPr>
              <w:jc w:val="center"/>
              <w:rPr>
                <w:rFonts w:ascii="Gill Sans MT" w:hAnsi="Gill Sans MT"/>
                <w:sz w:val="16"/>
                <w:szCs w:val="16"/>
              </w:rPr>
            </w:pPr>
            <w:r>
              <w:rPr>
                <w:rFonts w:ascii="Gill Sans MT" w:hAnsi="Gill Sans MT"/>
                <w:sz w:val="18"/>
              </w:rPr>
              <w:t>-1.54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9732BA6" w14:textId="77777777" w:rsidR="00297D2C" w:rsidRPr="00E302CD" w:rsidRDefault="00297D2C" w:rsidP="007B2FD8">
            <w:pPr>
              <w:jc w:val="center"/>
              <w:rPr>
                <w:rFonts w:ascii="Gill Sans MT" w:hAnsi="Gill Sans MT"/>
                <w:sz w:val="16"/>
                <w:szCs w:val="16"/>
              </w:rPr>
            </w:pPr>
            <w:r>
              <w:rPr>
                <w:rFonts w:ascii="Gill Sans MT" w:hAnsi="Gill Sans MT"/>
                <w:sz w:val="18"/>
              </w:rPr>
              <w:t>0.125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5E7027" w14:textId="77777777" w:rsidR="00297D2C" w:rsidRPr="00E302CD" w:rsidRDefault="00297D2C" w:rsidP="007B2FD8">
            <w:pPr>
              <w:jc w:val="center"/>
              <w:rPr>
                <w:rFonts w:ascii="Gill Sans MT" w:hAnsi="Gill Sans MT"/>
                <w:sz w:val="16"/>
                <w:szCs w:val="16"/>
              </w:rPr>
            </w:pPr>
          </w:p>
        </w:tc>
      </w:tr>
      <w:tr w:rsidR="00297D2C" w:rsidRPr="00E302CD" w14:paraId="18BDB6C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C4D85C"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AD2680" w14:textId="77777777" w:rsidR="00297D2C" w:rsidRPr="00E302CD" w:rsidRDefault="00297D2C" w:rsidP="007B2FD8">
            <w:pPr>
              <w:jc w:val="center"/>
              <w:rPr>
                <w:rFonts w:ascii="Gill Sans MT" w:hAnsi="Gill Sans MT"/>
                <w:sz w:val="16"/>
                <w:szCs w:val="16"/>
              </w:rPr>
            </w:pPr>
            <w:r>
              <w:rPr>
                <w:rFonts w:ascii="Gill Sans MT" w:hAnsi="Gill Sans MT"/>
                <w:sz w:val="18"/>
              </w:rPr>
              <w:t>-0.079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AAAD79D" w14:textId="77777777" w:rsidR="00297D2C" w:rsidRPr="00E302CD" w:rsidRDefault="00297D2C" w:rsidP="007B2FD8">
            <w:pPr>
              <w:jc w:val="center"/>
              <w:rPr>
                <w:rFonts w:ascii="Gill Sans MT" w:hAnsi="Gill Sans MT"/>
                <w:sz w:val="16"/>
                <w:szCs w:val="16"/>
              </w:rPr>
            </w:pPr>
            <w:r>
              <w:rPr>
                <w:rFonts w:ascii="Gill Sans MT" w:hAnsi="Gill Sans MT"/>
                <w:sz w:val="18"/>
              </w:rPr>
              <w:t>-1.75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71E7713" w14:textId="77777777" w:rsidR="00297D2C" w:rsidRPr="00E302CD" w:rsidRDefault="00297D2C" w:rsidP="007B2FD8">
            <w:pPr>
              <w:jc w:val="center"/>
              <w:rPr>
                <w:rFonts w:ascii="Gill Sans MT" w:hAnsi="Gill Sans MT"/>
                <w:sz w:val="16"/>
                <w:szCs w:val="16"/>
              </w:rPr>
            </w:pPr>
            <w:r>
              <w:rPr>
                <w:rFonts w:ascii="Gill Sans MT" w:hAnsi="Gill Sans MT"/>
                <w:sz w:val="18"/>
              </w:rPr>
              <w:t>0.081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CB1A52" w14:textId="77777777" w:rsidR="00297D2C" w:rsidRPr="00E302CD" w:rsidRDefault="00297D2C" w:rsidP="007B2FD8">
            <w:pPr>
              <w:jc w:val="center"/>
              <w:rPr>
                <w:rFonts w:ascii="Gill Sans MT" w:hAnsi="Gill Sans MT"/>
                <w:sz w:val="16"/>
                <w:szCs w:val="16"/>
              </w:rPr>
            </w:pPr>
          </w:p>
        </w:tc>
      </w:tr>
      <w:tr w:rsidR="00297D2C" w:rsidRPr="00E302CD" w14:paraId="2A6247A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189A00"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7D8B8F4" w14:textId="77777777" w:rsidR="00297D2C" w:rsidRPr="00E302CD" w:rsidRDefault="00297D2C" w:rsidP="007B2FD8">
            <w:pPr>
              <w:jc w:val="center"/>
              <w:rPr>
                <w:rFonts w:ascii="Gill Sans MT" w:hAnsi="Gill Sans MT"/>
                <w:sz w:val="16"/>
                <w:szCs w:val="16"/>
              </w:rPr>
            </w:pPr>
            <w:r>
              <w:rPr>
                <w:rFonts w:ascii="Gill Sans MT" w:hAnsi="Gill Sans MT"/>
                <w:b/>
                <w:sz w:val="18"/>
              </w:rPr>
              <w:t>-0.101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03C695F" w14:textId="77777777" w:rsidR="00297D2C" w:rsidRPr="00E302CD" w:rsidRDefault="00297D2C" w:rsidP="007B2FD8">
            <w:pPr>
              <w:jc w:val="center"/>
              <w:rPr>
                <w:rFonts w:ascii="Gill Sans MT" w:hAnsi="Gill Sans MT"/>
                <w:sz w:val="16"/>
                <w:szCs w:val="16"/>
              </w:rPr>
            </w:pPr>
            <w:r>
              <w:rPr>
                <w:rFonts w:ascii="Gill Sans MT" w:hAnsi="Gill Sans MT"/>
                <w:b/>
                <w:sz w:val="18"/>
              </w:rPr>
              <w:t>-2.28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A3173D" w14:textId="77777777" w:rsidR="00297D2C" w:rsidRPr="00E302CD" w:rsidRDefault="00297D2C" w:rsidP="007B2FD8">
            <w:pPr>
              <w:jc w:val="center"/>
              <w:rPr>
                <w:rFonts w:ascii="Gill Sans MT" w:hAnsi="Gill Sans MT"/>
                <w:sz w:val="16"/>
                <w:szCs w:val="16"/>
              </w:rPr>
            </w:pPr>
            <w:r>
              <w:rPr>
                <w:rFonts w:ascii="Gill Sans MT" w:hAnsi="Gill Sans MT"/>
                <w:b/>
                <w:sz w:val="18"/>
              </w:rPr>
              <w:t>0.023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BF3BB5" w14:textId="77777777" w:rsidR="00297D2C" w:rsidRPr="00E302CD" w:rsidRDefault="00297D2C" w:rsidP="007B2FD8">
            <w:pPr>
              <w:jc w:val="center"/>
              <w:rPr>
                <w:rFonts w:ascii="Gill Sans MT" w:hAnsi="Gill Sans MT"/>
                <w:sz w:val="16"/>
                <w:szCs w:val="16"/>
              </w:rPr>
            </w:pPr>
          </w:p>
        </w:tc>
      </w:tr>
      <w:tr w:rsidR="00297D2C" w:rsidRPr="00E302CD" w14:paraId="3CB2E45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76299CC"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E302CD" w14:paraId="035BD4F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EE2D5A"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D4EB070" w14:textId="77777777" w:rsidR="00297D2C" w:rsidRPr="00E302CD" w:rsidRDefault="00297D2C" w:rsidP="007B2FD8">
            <w:pPr>
              <w:jc w:val="center"/>
              <w:rPr>
                <w:rFonts w:ascii="Gill Sans MT" w:hAnsi="Gill Sans MT"/>
                <w:sz w:val="16"/>
                <w:szCs w:val="16"/>
              </w:rPr>
            </w:pPr>
            <w:r>
              <w:rPr>
                <w:rFonts w:ascii="Gill Sans MT" w:hAnsi="Gill Sans MT"/>
                <w:sz w:val="18"/>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ED36AE4" w14:textId="77777777" w:rsidR="00297D2C" w:rsidRPr="00E302CD" w:rsidRDefault="00297D2C" w:rsidP="007B2FD8">
            <w:pPr>
              <w:jc w:val="center"/>
              <w:rPr>
                <w:rFonts w:ascii="Gill Sans MT" w:hAnsi="Gill Sans MT"/>
                <w:sz w:val="16"/>
                <w:szCs w:val="16"/>
              </w:rPr>
            </w:pPr>
            <w:r>
              <w:rPr>
                <w:rFonts w:ascii="Gill Sans MT" w:hAnsi="Gill Sans MT"/>
                <w:sz w:val="18"/>
              </w:rPr>
              <w:t>+0.75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FB87B21" w14:textId="77777777" w:rsidR="00297D2C" w:rsidRPr="00E302CD" w:rsidRDefault="00297D2C" w:rsidP="007B2FD8">
            <w:pPr>
              <w:jc w:val="center"/>
              <w:rPr>
                <w:rFonts w:ascii="Gill Sans MT" w:hAnsi="Gill Sans MT"/>
                <w:sz w:val="16"/>
                <w:szCs w:val="16"/>
              </w:rPr>
            </w:pPr>
            <w:r>
              <w:rPr>
                <w:rFonts w:ascii="Gill Sans MT" w:hAnsi="Gill Sans MT"/>
                <w:sz w:val="18"/>
              </w:rPr>
              <w:t>0.455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35873B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0.455</w:t>
            </w:r>
          </w:p>
        </w:tc>
      </w:tr>
      <w:tr w:rsidR="00297D2C" w:rsidRPr="00E302CD" w14:paraId="0494D16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0635B6"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A477E7B" w14:textId="77777777" w:rsidR="00297D2C" w:rsidRPr="00E302CD" w:rsidRDefault="00297D2C" w:rsidP="007B2FD8">
            <w:pPr>
              <w:jc w:val="center"/>
              <w:rPr>
                <w:rFonts w:ascii="Gill Sans MT" w:hAnsi="Gill Sans MT"/>
                <w:sz w:val="16"/>
                <w:szCs w:val="16"/>
              </w:rPr>
            </w:pPr>
            <w:r>
              <w:rPr>
                <w:rFonts w:ascii="Gill Sans MT" w:hAnsi="Gill Sans MT"/>
                <w:sz w:val="18"/>
              </w:rPr>
              <w:t>+0.069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3CBF5CB" w14:textId="77777777" w:rsidR="00297D2C" w:rsidRPr="00E302CD" w:rsidRDefault="00297D2C" w:rsidP="007B2FD8">
            <w:pPr>
              <w:jc w:val="center"/>
              <w:rPr>
                <w:rFonts w:ascii="Gill Sans MT" w:hAnsi="Gill Sans MT"/>
                <w:sz w:val="16"/>
                <w:szCs w:val="16"/>
              </w:rPr>
            </w:pPr>
            <w:r>
              <w:rPr>
                <w:rFonts w:ascii="Gill Sans MT" w:hAnsi="Gill Sans MT"/>
                <w:sz w:val="18"/>
              </w:rPr>
              <w:t>+1.80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2A16707" w14:textId="77777777" w:rsidR="00297D2C" w:rsidRPr="00E302CD" w:rsidRDefault="00297D2C" w:rsidP="007B2FD8">
            <w:pPr>
              <w:jc w:val="center"/>
              <w:rPr>
                <w:rFonts w:ascii="Gill Sans MT" w:hAnsi="Gill Sans MT"/>
                <w:sz w:val="16"/>
                <w:szCs w:val="16"/>
              </w:rPr>
            </w:pPr>
            <w:r>
              <w:rPr>
                <w:rFonts w:ascii="Gill Sans MT" w:hAnsi="Gill Sans MT"/>
                <w:sz w:val="18"/>
              </w:rPr>
              <w:t>0.072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FA622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0.216</w:t>
            </w:r>
          </w:p>
        </w:tc>
      </w:tr>
      <w:tr w:rsidR="00297D2C" w:rsidRPr="00E302CD" w14:paraId="7D65073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31543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B77F9D2" w14:textId="77777777" w:rsidR="00297D2C" w:rsidRPr="00E302CD" w:rsidRDefault="00297D2C" w:rsidP="007B2FD8">
            <w:pPr>
              <w:jc w:val="center"/>
              <w:rPr>
                <w:rFonts w:ascii="Gill Sans MT" w:hAnsi="Gill Sans MT"/>
                <w:sz w:val="16"/>
                <w:szCs w:val="16"/>
              </w:rPr>
            </w:pPr>
            <w:r>
              <w:rPr>
                <w:rFonts w:ascii="Gill Sans MT" w:hAnsi="Gill Sans MT"/>
                <w:sz w:val="18"/>
              </w:rPr>
              <w:t>+0.040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4B7F08F" w14:textId="77777777" w:rsidR="00297D2C" w:rsidRPr="00E302CD" w:rsidRDefault="00297D2C" w:rsidP="007B2FD8">
            <w:pPr>
              <w:jc w:val="center"/>
              <w:rPr>
                <w:rFonts w:ascii="Gill Sans MT" w:hAnsi="Gill Sans MT"/>
                <w:sz w:val="16"/>
                <w:szCs w:val="16"/>
              </w:rPr>
            </w:pPr>
            <w:r>
              <w:rPr>
                <w:rFonts w:ascii="Gill Sans MT" w:hAnsi="Gill Sans MT"/>
                <w:sz w:val="18"/>
              </w:rPr>
              <w:t>+0.92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F94A724" w14:textId="77777777" w:rsidR="00297D2C" w:rsidRPr="00E302CD" w:rsidRDefault="00297D2C" w:rsidP="007B2FD8">
            <w:pPr>
              <w:jc w:val="center"/>
              <w:rPr>
                <w:rFonts w:ascii="Gill Sans MT" w:hAnsi="Gill Sans MT"/>
                <w:sz w:val="16"/>
                <w:szCs w:val="16"/>
              </w:rPr>
            </w:pPr>
            <w:r>
              <w:rPr>
                <w:rFonts w:ascii="Gill Sans MT" w:hAnsi="Gill Sans MT"/>
                <w:sz w:val="18"/>
              </w:rPr>
              <w:t>0.360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4DD006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0.455</w:t>
            </w:r>
          </w:p>
        </w:tc>
      </w:tr>
      <w:tr w:rsidR="00297D2C" w:rsidRPr="00E302CD" w14:paraId="035C6219"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7D3CC96"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E302CD" w14:paraId="59E1733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2C172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87FE963" w14:textId="77777777" w:rsidR="00297D2C" w:rsidRPr="00E302CD" w:rsidRDefault="00297D2C" w:rsidP="007B2FD8">
            <w:pPr>
              <w:jc w:val="center"/>
              <w:rPr>
                <w:rFonts w:ascii="Gill Sans MT" w:hAnsi="Gill Sans MT"/>
                <w:sz w:val="16"/>
                <w:szCs w:val="16"/>
              </w:rPr>
            </w:pPr>
            <w:r>
              <w:rPr>
                <w:rFonts w:ascii="Gill Sans MT" w:hAnsi="Gill Sans MT"/>
                <w:sz w:val="18"/>
              </w:rPr>
              <w:t>+0.048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294EBC" w14:textId="77777777" w:rsidR="00297D2C" w:rsidRPr="00E302CD" w:rsidRDefault="00297D2C" w:rsidP="007B2FD8">
            <w:pPr>
              <w:jc w:val="center"/>
              <w:rPr>
                <w:rFonts w:ascii="Gill Sans MT" w:hAnsi="Gill Sans MT"/>
                <w:sz w:val="16"/>
                <w:szCs w:val="16"/>
              </w:rPr>
            </w:pPr>
            <w:r>
              <w:rPr>
                <w:rFonts w:ascii="Gill Sans MT" w:hAnsi="Gill Sans MT"/>
                <w:sz w:val="18"/>
              </w:rPr>
              <w:t>+1.21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1BE5EFB" w14:textId="77777777" w:rsidR="00297D2C" w:rsidRPr="00E302CD" w:rsidRDefault="00297D2C" w:rsidP="007B2FD8">
            <w:pPr>
              <w:jc w:val="center"/>
              <w:rPr>
                <w:rFonts w:ascii="Gill Sans MT" w:hAnsi="Gill Sans MT"/>
                <w:sz w:val="16"/>
                <w:szCs w:val="16"/>
              </w:rPr>
            </w:pPr>
            <w:r>
              <w:rPr>
                <w:rFonts w:ascii="Gill Sans MT" w:hAnsi="Gill Sans MT"/>
                <w:sz w:val="18"/>
              </w:rPr>
              <w:t>0.226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F4EB77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0.364</w:t>
            </w:r>
          </w:p>
        </w:tc>
      </w:tr>
      <w:tr w:rsidR="00297D2C" w:rsidRPr="00E302CD" w14:paraId="57755AC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0D47F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8F944B" w14:textId="77777777" w:rsidR="00297D2C" w:rsidRPr="00E302CD" w:rsidRDefault="00297D2C" w:rsidP="007B2FD8">
            <w:pPr>
              <w:jc w:val="center"/>
              <w:rPr>
                <w:rFonts w:ascii="Gill Sans MT" w:hAnsi="Gill Sans MT"/>
                <w:sz w:val="16"/>
                <w:szCs w:val="16"/>
              </w:rPr>
            </w:pPr>
            <w:r>
              <w:rPr>
                <w:rFonts w:ascii="Gill Sans MT" w:hAnsi="Gill Sans MT"/>
                <w:sz w:val="18"/>
              </w:rPr>
              <w:t>+0.006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38E3DB" w14:textId="77777777" w:rsidR="00297D2C" w:rsidRPr="00E302CD" w:rsidRDefault="00297D2C" w:rsidP="007B2FD8">
            <w:pPr>
              <w:jc w:val="center"/>
              <w:rPr>
                <w:rFonts w:ascii="Gill Sans MT" w:hAnsi="Gill Sans MT"/>
                <w:sz w:val="16"/>
                <w:szCs w:val="16"/>
              </w:rPr>
            </w:pPr>
            <w:r>
              <w:rPr>
                <w:rFonts w:ascii="Gill Sans MT" w:hAnsi="Gill Sans MT"/>
                <w:sz w:val="18"/>
              </w:rPr>
              <w:t>+0.15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989FD88" w14:textId="77777777" w:rsidR="00297D2C" w:rsidRPr="00E302CD" w:rsidRDefault="00297D2C" w:rsidP="007B2FD8">
            <w:pPr>
              <w:jc w:val="center"/>
              <w:rPr>
                <w:rFonts w:ascii="Gill Sans MT" w:hAnsi="Gill Sans MT"/>
                <w:sz w:val="16"/>
                <w:szCs w:val="16"/>
              </w:rPr>
            </w:pPr>
            <w:r>
              <w:rPr>
                <w:rFonts w:ascii="Gill Sans MT" w:hAnsi="Gill Sans MT"/>
                <w:sz w:val="18"/>
              </w:rPr>
              <w:t>0.884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D0345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0.884</w:t>
            </w:r>
          </w:p>
        </w:tc>
      </w:tr>
      <w:tr w:rsidR="00297D2C" w:rsidRPr="00E302CD" w14:paraId="47DCD20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2773D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093846D" w14:textId="77777777" w:rsidR="00297D2C" w:rsidRPr="00E302CD" w:rsidRDefault="00297D2C" w:rsidP="007B2FD8">
            <w:pPr>
              <w:jc w:val="center"/>
              <w:rPr>
                <w:rFonts w:ascii="Gill Sans MT" w:hAnsi="Gill Sans MT"/>
                <w:sz w:val="16"/>
                <w:szCs w:val="16"/>
              </w:rPr>
            </w:pPr>
            <w:r>
              <w:rPr>
                <w:rFonts w:ascii="Gill Sans MT" w:hAnsi="Gill Sans MT"/>
                <w:sz w:val="18"/>
              </w:rPr>
              <w:t>+0.069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64C1F77" w14:textId="77777777" w:rsidR="00297D2C" w:rsidRPr="00E302CD" w:rsidRDefault="00297D2C" w:rsidP="007B2FD8">
            <w:pPr>
              <w:jc w:val="center"/>
              <w:rPr>
                <w:rFonts w:ascii="Gill Sans MT" w:hAnsi="Gill Sans MT"/>
                <w:sz w:val="16"/>
                <w:szCs w:val="16"/>
              </w:rPr>
            </w:pPr>
            <w:r>
              <w:rPr>
                <w:rFonts w:ascii="Gill Sans MT" w:hAnsi="Gill Sans MT"/>
                <w:sz w:val="18"/>
              </w:rPr>
              <w:t>+1.76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5FF837" w14:textId="77777777" w:rsidR="00297D2C" w:rsidRPr="00E302CD" w:rsidRDefault="00297D2C" w:rsidP="007B2FD8">
            <w:pPr>
              <w:jc w:val="center"/>
              <w:rPr>
                <w:rFonts w:ascii="Gill Sans MT" w:hAnsi="Gill Sans MT"/>
                <w:sz w:val="16"/>
                <w:szCs w:val="16"/>
              </w:rPr>
            </w:pPr>
            <w:r>
              <w:rPr>
                <w:rFonts w:ascii="Gill Sans MT" w:hAnsi="Gill Sans MT"/>
                <w:sz w:val="18"/>
              </w:rPr>
              <w:t>0.080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9C2239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0.326</w:t>
            </w:r>
          </w:p>
        </w:tc>
      </w:tr>
      <w:tr w:rsidR="00297D2C" w:rsidRPr="00E302CD" w14:paraId="26F11D5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72B693"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D329A7" w14:textId="77777777" w:rsidR="00297D2C" w:rsidRPr="00E302CD" w:rsidRDefault="00297D2C" w:rsidP="007B2FD8">
            <w:pPr>
              <w:jc w:val="center"/>
              <w:rPr>
                <w:rFonts w:ascii="Gill Sans MT" w:hAnsi="Gill Sans MT"/>
                <w:sz w:val="16"/>
                <w:szCs w:val="16"/>
              </w:rPr>
            </w:pPr>
            <w:r>
              <w:rPr>
                <w:rFonts w:ascii="Gill Sans MT" w:hAnsi="Gill Sans MT"/>
                <w:sz w:val="18"/>
              </w:rPr>
              <w:t>+0.061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3F1B613" w14:textId="77777777" w:rsidR="00297D2C" w:rsidRPr="00E302CD" w:rsidRDefault="00297D2C" w:rsidP="007B2FD8">
            <w:pPr>
              <w:jc w:val="center"/>
              <w:rPr>
                <w:rFonts w:ascii="Gill Sans MT" w:hAnsi="Gill Sans MT"/>
                <w:sz w:val="16"/>
                <w:szCs w:val="16"/>
              </w:rPr>
            </w:pPr>
            <w:r>
              <w:rPr>
                <w:rFonts w:ascii="Gill Sans MT" w:hAnsi="Gill Sans MT"/>
                <w:sz w:val="18"/>
              </w:rPr>
              <w:t>+1.61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AE2B88B" w14:textId="77777777" w:rsidR="00297D2C" w:rsidRPr="00E302CD" w:rsidRDefault="00297D2C" w:rsidP="007B2FD8">
            <w:pPr>
              <w:jc w:val="center"/>
              <w:rPr>
                <w:rFonts w:ascii="Gill Sans MT" w:hAnsi="Gill Sans MT"/>
                <w:sz w:val="16"/>
                <w:szCs w:val="16"/>
              </w:rPr>
            </w:pPr>
            <w:r>
              <w:rPr>
                <w:rFonts w:ascii="Gill Sans MT" w:hAnsi="Gill Sans MT"/>
                <w:sz w:val="18"/>
              </w:rPr>
              <w:t>0.109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6CE6478" w14:textId="77777777" w:rsidR="00297D2C" w:rsidRPr="00E302CD" w:rsidRDefault="00297D2C" w:rsidP="007B2FD8">
            <w:pPr>
              <w:jc w:val="center"/>
              <w:rPr>
                <w:rFonts w:ascii="Gill Sans MT" w:hAnsi="Gill Sans MT"/>
                <w:sz w:val="16"/>
                <w:szCs w:val="16"/>
              </w:rPr>
            </w:pPr>
            <w:r>
              <w:rPr>
                <w:rFonts w:ascii="Gill Sans MT" w:hAnsi="Gill Sans MT"/>
                <w:sz w:val="16"/>
                <w:szCs w:val="16"/>
              </w:rPr>
              <w:t>0.326</w:t>
            </w:r>
          </w:p>
        </w:tc>
      </w:tr>
      <w:tr w:rsidR="00297D2C" w:rsidRPr="00E302CD" w14:paraId="7DA86B3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008DD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F4D6FA1" w14:textId="77777777" w:rsidR="00297D2C" w:rsidRPr="00E302CD" w:rsidRDefault="00297D2C" w:rsidP="007B2FD8">
            <w:pPr>
              <w:jc w:val="center"/>
              <w:rPr>
                <w:rFonts w:ascii="Gill Sans MT" w:hAnsi="Gill Sans MT"/>
                <w:sz w:val="16"/>
                <w:szCs w:val="16"/>
              </w:rPr>
            </w:pPr>
            <w:r>
              <w:rPr>
                <w:rFonts w:ascii="Gill Sans MT" w:hAnsi="Gill Sans MT"/>
                <w:sz w:val="18"/>
              </w:rPr>
              <w:t>+0.021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8C0521F" w14:textId="77777777" w:rsidR="00297D2C" w:rsidRPr="00E302CD" w:rsidRDefault="00297D2C" w:rsidP="007B2FD8">
            <w:pPr>
              <w:jc w:val="center"/>
              <w:rPr>
                <w:rFonts w:ascii="Gill Sans MT" w:hAnsi="Gill Sans MT"/>
                <w:sz w:val="16"/>
                <w:szCs w:val="16"/>
              </w:rPr>
            </w:pPr>
            <w:r>
              <w:rPr>
                <w:rFonts w:ascii="Gill Sans MT" w:hAnsi="Gill Sans MT"/>
                <w:sz w:val="18"/>
              </w:rPr>
              <w:t>+0.48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51B58EA" w14:textId="77777777" w:rsidR="00297D2C" w:rsidRPr="00E302CD" w:rsidRDefault="00297D2C" w:rsidP="007B2FD8">
            <w:pPr>
              <w:jc w:val="center"/>
              <w:rPr>
                <w:rFonts w:ascii="Gill Sans MT" w:hAnsi="Gill Sans MT"/>
                <w:sz w:val="16"/>
                <w:szCs w:val="16"/>
              </w:rPr>
            </w:pPr>
            <w:r>
              <w:rPr>
                <w:rFonts w:ascii="Gill Sans MT" w:hAnsi="Gill Sans MT"/>
                <w:sz w:val="18"/>
              </w:rPr>
              <w:t>0.633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52EC0D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0.760</w:t>
            </w:r>
          </w:p>
        </w:tc>
      </w:tr>
      <w:tr w:rsidR="00297D2C" w:rsidRPr="00E302CD" w14:paraId="651DEC7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12613E4"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CD5F5DB" w14:textId="77777777" w:rsidR="00297D2C" w:rsidRPr="00E302CD" w:rsidRDefault="00297D2C" w:rsidP="007B2FD8">
            <w:pPr>
              <w:jc w:val="center"/>
              <w:rPr>
                <w:rFonts w:ascii="Gill Sans MT" w:hAnsi="Gill Sans MT"/>
                <w:sz w:val="16"/>
                <w:szCs w:val="16"/>
              </w:rPr>
            </w:pPr>
            <w:r>
              <w:rPr>
                <w:rFonts w:ascii="Gill Sans MT" w:hAnsi="Gill Sans MT"/>
                <w:sz w:val="18"/>
              </w:rPr>
              <w:t>+0.051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745BF34" w14:textId="77777777" w:rsidR="00297D2C" w:rsidRPr="00E302CD" w:rsidRDefault="00297D2C" w:rsidP="007B2FD8">
            <w:pPr>
              <w:jc w:val="center"/>
              <w:rPr>
                <w:rFonts w:ascii="Gill Sans MT" w:hAnsi="Gill Sans MT"/>
                <w:sz w:val="16"/>
                <w:szCs w:val="16"/>
              </w:rPr>
            </w:pPr>
            <w:r>
              <w:rPr>
                <w:rFonts w:ascii="Gill Sans MT" w:hAnsi="Gill Sans MT"/>
                <w:sz w:val="18"/>
              </w:rPr>
              <w:t>+1.17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9C51643" w14:textId="77777777" w:rsidR="00297D2C" w:rsidRPr="00E302CD" w:rsidRDefault="00297D2C" w:rsidP="007B2FD8">
            <w:pPr>
              <w:jc w:val="center"/>
              <w:rPr>
                <w:rFonts w:ascii="Gill Sans MT" w:hAnsi="Gill Sans MT"/>
                <w:sz w:val="16"/>
                <w:szCs w:val="16"/>
              </w:rPr>
            </w:pPr>
            <w:r>
              <w:rPr>
                <w:rFonts w:ascii="Gill Sans MT" w:hAnsi="Gill Sans MT"/>
                <w:sz w:val="18"/>
              </w:rPr>
              <w:t>0.242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F4098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0.364</w:t>
            </w:r>
          </w:p>
        </w:tc>
      </w:tr>
      <w:tr w:rsidR="00297D2C" w:rsidRPr="00E302CD" w14:paraId="330F10F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8064197"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E302CD" w14:paraId="4DBB6AB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0A24F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4395778" w14:textId="77777777" w:rsidR="00297D2C" w:rsidRPr="00E302CD" w:rsidRDefault="00297D2C" w:rsidP="007B2FD8">
            <w:pPr>
              <w:jc w:val="center"/>
              <w:rPr>
                <w:rFonts w:ascii="Gill Sans MT" w:hAnsi="Gill Sans MT"/>
                <w:sz w:val="16"/>
                <w:szCs w:val="16"/>
              </w:rPr>
            </w:pPr>
            <w:r>
              <w:rPr>
                <w:rFonts w:ascii="Gill Sans MT" w:hAnsi="Gill Sans MT"/>
                <w:sz w:val="18"/>
              </w:rPr>
              <w:t>+0.068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6DD8FD4" w14:textId="77777777" w:rsidR="00297D2C" w:rsidRPr="00E302CD" w:rsidRDefault="00297D2C" w:rsidP="007B2FD8">
            <w:pPr>
              <w:jc w:val="center"/>
              <w:rPr>
                <w:rFonts w:ascii="Gill Sans MT" w:hAnsi="Gill Sans MT"/>
                <w:sz w:val="16"/>
                <w:szCs w:val="16"/>
              </w:rPr>
            </w:pPr>
            <w:r>
              <w:rPr>
                <w:rFonts w:ascii="Gill Sans MT" w:hAnsi="Gill Sans MT"/>
                <w:sz w:val="18"/>
              </w:rPr>
              <w:t>+1.49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CE38DD0" w14:textId="77777777" w:rsidR="00297D2C" w:rsidRPr="00E302CD" w:rsidRDefault="00297D2C" w:rsidP="007B2FD8">
            <w:pPr>
              <w:jc w:val="center"/>
              <w:rPr>
                <w:rFonts w:ascii="Gill Sans MT" w:hAnsi="Gill Sans MT"/>
                <w:sz w:val="16"/>
                <w:szCs w:val="16"/>
              </w:rPr>
            </w:pPr>
            <w:r>
              <w:rPr>
                <w:rFonts w:ascii="Gill Sans MT" w:hAnsi="Gill Sans MT"/>
                <w:sz w:val="18"/>
              </w:rPr>
              <w:t>0.136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0C41738"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0.407</w:t>
            </w:r>
          </w:p>
        </w:tc>
      </w:tr>
      <w:tr w:rsidR="00297D2C" w:rsidRPr="00E302CD" w14:paraId="247C9A4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FA41E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0C01192" w14:textId="77777777" w:rsidR="00297D2C" w:rsidRPr="00E302CD" w:rsidRDefault="00297D2C" w:rsidP="007B2FD8">
            <w:pPr>
              <w:jc w:val="center"/>
              <w:rPr>
                <w:rFonts w:ascii="Gill Sans MT" w:hAnsi="Gill Sans MT"/>
                <w:sz w:val="16"/>
                <w:szCs w:val="16"/>
              </w:rPr>
            </w:pPr>
            <w:r>
              <w:rPr>
                <w:rFonts w:ascii="Gill Sans MT" w:hAnsi="Gill Sans MT"/>
                <w:sz w:val="18"/>
              </w:rPr>
              <w:t>+0.087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36EB3CD" w14:textId="77777777" w:rsidR="00297D2C" w:rsidRPr="00E302CD" w:rsidRDefault="00297D2C" w:rsidP="007B2FD8">
            <w:pPr>
              <w:jc w:val="center"/>
              <w:rPr>
                <w:rFonts w:ascii="Gill Sans MT" w:hAnsi="Gill Sans MT"/>
                <w:sz w:val="16"/>
                <w:szCs w:val="16"/>
              </w:rPr>
            </w:pPr>
            <w:r>
              <w:rPr>
                <w:rFonts w:ascii="Gill Sans MT" w:hAnsi="Gill Sans MT"/>
                <w:sz w:val="18"/>
              </w:rPr>
              <w:t>+1.93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F4AE4B" w14:textId="77777777" w:rsidR="00297D2C" w:rsidRPr="00E302CD" w:rsidRDefault="00297D2C" w:rsidP="007B2FD8">
            <w:pPr>
              <w:jc w:val="center"/>
              <w:rPr>
                <w:rFonts w:ascii="Gill Sans MT" w:hAnsi="Gill Sans MT"/>
                <w:sz w:val="16"/>
                <w:szCs w:val="16"/>
              </w:rPr>
            </w:pPr>
            <w:r>
              <w:rPr>
                <w:rFonts w:ascii="Gill Sans MT" w:hAnsi="Gill Sans MT"/>
                <w:sz w:val="18"/>
              </w:rPr>
              <w:t>0.054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CF4AF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0.326</w:t>
            </w:r>
          </w:p>
        </w:tc>
      </w:tr>
      <w:tr w:rsidR="00297D2C" w:rsidRPr="00E302CD" w14:paraId="1004605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37BC3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43C275B" w14:textId="77777777" w:rsidR="00297D2C" w:rsidRPr="00E302CD" w:rsidRDefault="00297D2C" w:rsidP="007B2FD8">
            <w:pPr>
              <w:jc w:val="center"/>
              <w:rPr>
                <w:rFonts w:ascii="Gill Sans MT" w:hAnsi="Gill Sans MT"/>
                <w:sz w:val="16"/>
                <w:szCs w:val="16"/>
              </w:rPr>
            </w:pPr>
            <w:r>
              <w:rPr>
                <w:rFonts w:ascii="Gill Sans MT" w:hAnsi="Gill Sans MT"/>
                <w:sz w:val="18"/>
              </w:rPr>
              <w:t>+0.032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2BE8954" w14:textId="77777777" w:rsidR="00297D2C" w:rsidRPr="00E302CD" w:rsidRDefault="00297D2C" w:rsidP="007B2FD8">
            <w:pPr>
              <w:jc w:val="center"/>
              <w:rPr>
                <w:rFonts w:ascii="Gill Sans MT" w:hAnsi="Gill Sans MT"/>
                <w:sz w:val="16"/>
                <w:szCs w:val="16"/>
              </w:rPr>
            </w:pPr>
            <w:r>
              <w:rPr>
                <w:rFonts w:ascii="Gill Sans MT" w:hAnsi="Gill Sans MT"/>
                <w:sz w:val="18"/>
              </w:rPr>
              <w:t>+0.70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2A728FE" w14:textId="77777777" w:rsidR="00297D2C" w:rsidRPr="00E302CD" w:rsidRDefault="00297D2C" w:rsidP="007B2FD8">
            <w:pPr>
              <w:jc w:val="center"/>
              <w:rPr>
                <w:rFonts w:ascii="Gill Sans MT" w:hAnsi="Gill Sans MT"/>
                <w:sz w:val="16"/>
                <w:szCs w:val="16"/>
              </w:rPr>
            </w:pPr>
            <w:r>
              <w:rPr>
                <w:rFonts w:ascii="Gill Sans MT" w:hAnsi="Gill Sans MT"/>
                <w:sz w:val="18"/>
              </w:rPr>
              <w:t>0.487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1DC6B1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0.731</w:t>
            </w:r>
          </w:p>
        </w:tc>
      </w:tr>
      <w:tr w:rsidR="00297D2C" w:rsidRPr="00E302CD" w14:paraId="3BFAFE0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F1ACE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C83AB1B" w14:textId="77777777" w:rsidR="00297D2C" w:rsidRPr="00E302CD" w:rsidRDefault="00297D2C" w:rsidP="007B2FD8">
            <w:pPr>
              <w:jc w:val="center"/>
              <w:rPr>
                <w:rFonts w:ascii="Gill Sans MT" w:hAnsi="Gill Sans MT"/>
                <w:sz w:val="16"/>
                <w:szCs w:val="16"/>
              </w:rPr>
            </w:pPr>
            <w:r>
              <w:rPr>
                <w:rFonts w:ascii="Gill Sans MT" w:hAnsi="Gill Sans MT"/>
                <w:sz w:val="18"/>
              </w:rPr>
              <w:t>+0.056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2480EB0" w14:textId="77777777" w:rsidR="00297D2C" w:rsidRPr="00E302CD" w:rsidRDefault="00297D2C" w:rsidP="007B2FD8">
            <w:pPr>
              <w:jc w:val="center"/>
              <w:rPr>
                <w:rFonts w:ascii="Gill Sans MT" w:hAnsi="Gill Sans MT"/>
                <w:sz w:val="16"/>
                <w:szCs w:val="16"/>
              </w:rPr>
            </w:pPr>
            <w:r>
              <w:rPr>
                <w:rFonts w:ascii="Gill Sans MT" w:hAnsi="Gill Sans MT"/>
                <w:sz w:val="18"/>
              </w:rPr>
              <w:t>+1.25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16854A5" w14:textId="77777777" w:rsidR="00297D2C" w:rsidRPr="00E302CD" w:rsidRDefault="00297D2C" w:rsidP="007B2FD8">
            <w:pPr>
              <w:jc w:val="center"/>
              <w:rPr>
                <w:rFonts w:ascii="Gill Sans MT" w:hAnsi="Gill Sans MT"/>
                <w:sz w:val="16"/>
                <w:szCs w:val="16"/>
              </w:rPr>
            </w:pPr>
            <w:r>
              <w:rPr>
                <w:rFonts w:ascii="Gill Sans MT" w:hAnsi="Gill Sans MT"/>
                <w:sz w:val="18"/>
              </w:rPr>
              <w:t>0.211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A842E8E"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0.422</w:t>
            </w:r>
          </w:p>
        </w:tc>
      </w:tr>
      <w:tr w:rsidR="00297D2C" w:rsidRPr="00E302CD" w14:paraId="38BA317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EF9FAB"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1CD3026" w14:textId="77777777" w:rsidR="00297D2C" w:rsidRPr="00E302CD" w:rsidRDefault="00297D2C" w:rsidP="007B2FD8">
            <w:pPr>
              <w:jc w:val="center"/>
              <w:rPr>
                <w:rFonts w:ascii="Gill Sans MT" w:hAnsi="Gill Sans MT"/>
                <w:sz w:val="16"/>
                <w:szCs w:val="16"/>
              </w:rPr>
            </w:pPr>
            <w:r>
              <w:rPr>
                <w:rFonts w:ascii="Gill Sans MT" w:hAnsi="Gill Sans MT"/>
                <w:sz w:val="18"/>
              </w:rPr>
              <w:t>+0.000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7BCF127" w14:textId="77777777" w:rsidR="00297D2C" w:rsidRPr="00E302CD" w:rsidRDefault="00297D2C" w:rsidP="007B2FD8">
            <w:pPr>
              <w:jc w:val="center"/>
              <w:rPr>
                <w:rFonts w:ascii="Gill Sans MT" w:hAnsi="Gill Sans MT"/>
                <w:sz w:val="16"/>
                <w:szCs w:val="16"/>
              </w:rPr>
            </w:pPr>
            <w:r>
              <w:rPr>
                <w:rFonts w:ascii="Gill Sans MT" w:hAnsi="Gill Sans MT"/>
                <w:sz w:val="18"/>
              </w:rPr>
              <w:t>+0.01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67C4CB8" w14:textId="77777777" w:rsidR="00297D2C" w:rsidRPr="00E302CD" w:rsidRDefault="00297D2C" w:rsidP="007B2FD8">
            <w:pPr>
              <w:jc w:val="center"/>
              <w:rPr>
                <w:rFonts w:ascii="Gill Sans MT" w:hAnsi="Gill Sans MT"/>
                <w:sz w:val="16"/>
                <w:szCs w:val="16"/>
              </w:rPr>
            </w:pPr>
            <w:r>
              <w:rPr>
                <w:rFonts w:ascii="Gill Sans MT" w:hAnsi="Gill Sans MT"/>
                <w:sz w:val="18"/>
              </w:rPr>
              <w:t>0.993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99809B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0.993</w:t>
            </w:r>
          </w:p>
        </w:tc>
      </w:tr>
      <w:tr w:rsidR="00297D2C" w:rsidRPr="00E302CD" w14:paraId="177259B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075BB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75781DB" w14:textId="77777777" w:rsidR="00297D2C" w:rsidRPr="00E302CD" w:rsidRDefault="00297D2C" w:rsidP="007B2FD8">
            <w:pPr>
              <w:jc w:val="center"/>
              <w:rPr>
                <w:rFonts w:ascii="Gill Sans MT" w:hAnsi="Gill Sans MT"/>
                <w:sz w:val="16"/>
                <w:szCs w:val="16"/>
              </w:rPr>
            </w:pPr>
            <w:r>
              <w:rPr>
                <w:rFonts w:ascii="Gill Sans MT" w:hAnsi="Gill Sans MT"/>
                <w:sz w:val="18"/>
              </w:rPr>
              <w:t>+0.009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31D95BD" w14:textId="77777777" w:rsidR="00297D2C" w:rsidRPr="00E302CD" w:rsidRDefault="00297D2C" w:rsidP="007B2FD8">
            <w:pPr>
              <w:jc w:val="center"/>
              <w:rPr>
                <w:rFonts w:ascii="Gill Sans MT" w:hAnsi="Gill Sans MT"/>
                <w:sz w:val="16"/>
                <w:szCs w:val="16"/>
              </w:rPr>
            </w:pPr>
            <w:r>
              <w:rPr>
                <w:rFonts w:ascii="Gill Sans MT" w:hAnsi="Gill Sans MT"/>
                <w:sz w:val="18"/>
              </w:rPr>
              <w:t>+0.20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062BB5" w14:textId="77777777" w:rsidR="00297D2C" w:rsidRPr="00E302CD" w:rsidRDefault="00297D2C" w:rsidP="007B2FD8">
            <w:pPr>
              <w:jc w:val="center"/>
              <w:rPr>
                <w:rFonts w:ascii="Gill Sans MT" w:hAnsi="Gill Sans MT"/>
                <w:sz w:val="16"/>
                <w:szCs w:val="16"/>
              </w:rPr>
            </w:pPr>
            <w:r>
              <w:rPr>
                <w:rFonts w:ascii="Gill Sans MT" w:hAnsi="Gill Sans MT"/>
                <w:sz w:val="18"/>
              </w:rPr>
              <w:t>0.843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4C79380"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0.993</w:t>
            </w:r>
          </w:p>
        </w:tc>
      </w:tr>
      <w:tr w:rsidR="00297D2C" w:rsidRPr="00E302CD" w14:paraId="024CA8C9"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8E773A8"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E302CD" w14:paraId="6CD7F4D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F3D5B3"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25A1417" w14:textId="77777777" w:rsidR="00297D2C" w:rsidRPr="00E302CD" w:rsidRDefault="00297D2C" w:rsidP="007B2FD8">
            <w:pPr>
              <w:jc w:val="center"/>
              <w:rPr>
                <w:rFonts w:ascii="Gill Sans MT" w:hAnsi="Gill Sans MT"/>
                <w:sz w:val="16"/>
                <w:szCs w:val="16"/>
              </w:rPr>
            </w:pPr>
            <w:r>
              <w:rPr>
                <w:rFonts w:ascii="Gill Sans MT" w:hAnsi="Gill Sans MT"/>
                <w:sz w:val="18"/>
              </w:rPr>
              <w:t>+0.00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4C17B97" w14:textId="77777777" w:rsidR="00297D2C" w:rsidRPr="00E302CD" w:rsidRDefault="00297D2C" w:rsidP="007B2FD8">
            <w:pPr>
              <w:jc w:val="center"/>
              <w:rPr>
                <w:rFonts w:ascii="Gill Sans MT" w:hAnsi="Gill Sans MT"/>
                <w:sz w:val="16"/>
                <w:szCs w:val="16"/>
              </w:rPr>
            </w:pPr>
            <w:r>
              <w:rPr>
                <w:rFonts w:ascii="Gill Sans MT" w:hAnsi="Gill Sans MT"/>
                <w:sz w:val="18"/>
              </w:rPr>
              <w:t>+0.040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DAF2367" w14:textId="77777777" w:rsidR="00297D2C" w:rsidRPr="00E302CD" w:rsidRDefault="00297D2C" w:rsidP="007B2FD8">
            <w:pPr>
              <w:jc w:val="center"/>
              <w:rPr>
                <w:rFonts w:ascii="Gill Sans MT" w:hAnsi="Gill Sans MT"/>
                <w:sz w:val="16"/>
                <w:szCs w:val="16"/>
              </w:rPr>
            </w:pPr>
            <w:r>
              <w:rPr>
                <w:rFonts w:ascii="Gill Sans MT" w:hAnsi="Gill Sans MT"/>
                <w:sz w:val="18"/>
              </w:rPr>
              <w:t>0.964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2EDEE33"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0.990</w:t>
            </w:r>
          </w:p>
        </w:tc>
      </w:tr>
      <w:tr w:rsidR="00297D2C" w:rsidRPr="00E302CD" w14:paraId="02C8C65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D7CB0C"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8954C05" w14:textId="77777777" w:rsidR="00297D2C" w:rsidRPr="00E302CD" w:rsidRDefault="00297D2C" w:rsidP="007B2FD8">
            <w:pPr>
              <w:jc w:val="center"/>
              <w:rPr>
                <w:rFonts w:ascii="Gill Sans MT" w:hAnsi="Gill Sans MT"/>
                <w:sz w:val="16"/>
                <w:szCs w:val="16"/>
              </w:rPr>
            </w:pPr>
            <w:r>
              <w:rPr>
                <w:rFonts w:ascii="Gill Sans MT" w:hAnsi="Gill Sans MT"/>
                <w:sz w:val="18"/>
              </w:rPr>
              <w:t>+0.08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29252A8" w14:textId="77777777" w:rsidR="00297D2C" w:rsidRPr="00E302CD" w:rsidRDefault="00297D2C" w:rsidP="007B2FD8">
            <w:pPr>
              <w:jc w:val="center"/>
              <w:rPr>
                <w:rFonts w:ascii="Gill Sans MT" w:hAnsi="Gill Sans MT"/>
                <w:sz w:val="16"/>
                <w:szCs w:val="16"/>
              </w:rPr>
            </w:pPr>
            <w:r>
              <w:rPr>
                <w:rFonts w:ascii="Gill Sans MT" w:hAnsi="Gill Sans MT"/>
                <w:sz w:val="18"/>
              </w:rPr>
              <w:t>+1.860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279ADA8" w14:textId="77777777" w:rsidR="00297D2C" w:rsidRPr="00E302CD" w:rsidRDefault="00297D2C" w:rsidP="007B2FD8">
            <w:pPr>
              <w:jc w:val="center"/>
              <w:rPr>
                <w:rFonts w:ascii="Gill Sans MT" w:hAnsi="Gill Sans MT"/>
                <w:sz w:val="16"/>
                <w:szCs w:val="16"/>
              </w:rPr>
            </w:pPr>
            <w:r>
              <w:rPr>
                <w:rFonts w:ascii="Gill Sans MT" w:hAnsi="Gill Sans MT"/>
                <w:sz w:val="18"/>
              </w:rPr>
              <w:t>0.063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107C97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0.441</w:t>
            </w:r>
          </w:p>
        </w:tc>
      </w:tr>
      <w:tr w:rsidR="00297D2C" w:rsidRPr="00E302CD" w14:paraId="2F19CE2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6E48A7"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0E62656" w14:textId="77777777" w:rsidR="00297D2C" w:rsidRPr="00E302CD" w:rsidRDefault="00297D2C" w:rsidP="007B2FD8">
            <w:pPr>
              <w:jc w:val="center"/>
              <w:rPr>
                <w:rFonts w:ascii="Gill Sans MT" w:hAnsi="Gill Sans MT"/>
                <w:sz w:val="16"/>
                <w:szCs w:val="16"/>
              </w:rPr>
            </w:pPr>
            <w:r>
              <w:rPr>
                <w:rFonts w:ascii="Gill Sans MT" w:hAnsi="Gill Sans MT"/>
                <w:sz w:val="18"/>
              </w:rPr>
              <w:t>-0.04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59586F" w14:textId="77777777" w:rsidR="00297D2C" w:rsidRPr="00E302CD" w:rsidRDefault="00297D2C" w:rsidP="007B2FD8">
            <w:pPr>
              <w:jc w:val="center"/>
              <w:rPr>
                <w:rFonts w:ascii="Gill Sans MT" w:hAnsi="Gill Sans MT"/>
                <w:sz w:val="16"/>
                <w:szCs w:val="16"/>
              </w:rPr>
            </w:pPr>
            <w:r>
              <w:rPr>
                <w:rFonts w:ascii="Gill Sans MT" w:hAnsi="Gill Sans MT"/>
                <w:sz w:val="18"/>
              </w:rPr>
              <w:t>-0.840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6A24DBA" w14:textId="77777777" w:rsidR="00297D2C" w:rsidRPr="00E302CD" w:rsidRDefault="00297D2C" w:rsidP="007B2FD8">
            <w:pPr>
              <w:jc w:val="center"/>
              <w:rPr>
                <w:rFonts w:ascii="Gill Sans MT" w:hAnsi="Gill Sans MT"/>
                <w:sz w:val="16"/>
                <w:szCs w:val="16"/>
              </w:rPr>
            </w:pPr>
            <w:r>
              <w:rPr>
                <w:rFonts w:ascii="Gill Sans MT" w:hAnsi="Gill Sans MT"/>
                <w:sz w:val="18"/>
              </w:rPr>
              <w:t>0.399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B8CAEC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0.990</w:t>
            </w:r>
          </w:p>
        </w:tc>
      </w:tr>
      <w:tr w:rsidR="00297D2C" w:rsidRPr="00E302CD" w14:paraId="021B545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05868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B07C2C3" w14:textId="77777777" w:rsidR="00297D2C" w:rsidRPr="00E302CD" w:rsidRDefault="00297D2C" w:rsidP="007B2FD8">
            <w:pPr>
              <w:jc w:val="center"/>
              <w:rPr>
                <w:rFonts w:ascii="Gill Sans MT" w:hAnsi="Gill Sans MT"/>
                <w:sz w:val="16"/>
                <w:szCs w:val="16"/>
              </w:rPr>
            </w:pPr>
            <w:r>
              <w:rPr>
                <w:rFonts w:ascii="Gill Sans MT" w:hAnsi="Gill Sans MT"/>
                <w:sz w:val="18"/>
              </w:rPr>
              <w:t>-0.03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3C79021" w14:textId="77777777" w:rsidR="00297D2C" w:rsidRPr="00E302CD" w:rsidRDefault="00297D2C" w:rsidP="007B2FD8">
            <w:pPr>
              <w:jc w:val="center"/>
              <w:rPr>
                <w:rFonts w:ascii="Gill Sans MT" w:hAnsi="Gill Sans MT"/>
                <w:sz w:val="16"/>
                <w:szCs w:val="16"/>
              </w:rPr>
            </w:pPr>
            <w:r>
              <w:rPr>
                <w:rFonts w:ascii="Gill Sans MT" w:hAnsi="Gill Sans MT"/>
                <w:sz w:val="18"/>
              </w:rPr>
              <w:t>-0.690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9F0FAF0" w14:textId="77777777" w:rsidR="00297D2C" w:rsidRPr="00E302CD" w:rsidRDefault="00297D2C" w:rsidP="007B2FD8">
            <w:pPr>
              <w:jc w:val="center"/>
              <w:rPr>
                <w:rFonts w:ascii="Gill Sans MT" w:hAnsi="Gill Sans MT"/>
                <w:sz w:val="16"/>
                <w:szCs w:val="16"/>
              </w:rPr>
            </w:pPr>
            <w:r>
              <w:rPr>
                <w:rFonts w:ascii="Gill Sans MT" w:hAnsi="Gill Sans MT"/>
                <w:sz w:val="18"/>
              </w:rPr>
              <w:t>0.491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CD77E7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0.990</w:t>
            </w:r>
          </w:p>
        </w:tc>
      </w:tr>
      <w:tr w:rsidR="00297D2C" w:rsidRPr="00E302CD" w14:paraId="30C5F1A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7EDDB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70CFFCA" w14:textId="77777777" w:rsidR="00297D2C" w:rsidRPr="00E302CD" w:rsidRDefault="00297D2C" w:rsidP="007B2FD8">
            <w:pPr>
              <w:jc w:val="center"/>
              <w:rPr>
                <w:rFonts w:ascii="Gill Sans MT" w:hAnsi="Gill Sans MT"/>
                <w:sz w:val="16"/>
                <w:szCs w:val="16"/>
              </w:rPr>
            </w:pPr>
            <w:r>
              <w:rPr>
                <w:rFonts w:ascii="Gill Sans MT" w:hAnsi="Gill Sans MT"/>
                <w:sz w:val="18"/>
              </w:rPr>
              <w:t>-0.01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8BDC346" w14:textId="77777777" w:rsidR="00297D2C" w:rsidRPr="00E302CD" w:rsidRDefault="00297D2C" w:rsidP="007B2FD8">
            <w:pPr>
              <w:jc w:val="center"/>
              <w:rPr>
                <w:rFonts w:ascii="Gill Sans MT" w:hAnsi="Gill Sans MT"/>
                <w:sz w:val="16"/>
                <w:szCs w:val="16"/>
              </w:rPr>
            </w:pPr>
            <w:r>
              <w:rPr>
                <w:rFonts w:ascii="Gill Sans MT" w:hAnsi="Gill Sans MT"/>
                <w:sz w:val="18"/>
              </w:rPr>
              <w:t>-0.280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2F91491" w14:textId="77777777" w:rsidR="00297D2C" w:rsidRPr="00E302CD" w:rsidRDefault="00297D2C" w:rsidP="007B2FD8">
            <w:pPr>
              <w:jc w:val="center"/>
              <w:rPr>
                <w:rFonts w:ascii="Gill Sans MT" w:hAnsi="Gill Sans MT"/>
                <w:sz w:val="16"/>
                <w:szCs w:val="16"/>
              </w:rPr>
            </w:pPr>
            <w:r>
              <w:rPr>
                <w:rFonts w:ascii="Gill Sans MT" w:hAnsi="Gill Sans MT"/>
                <w:sz w:val="18"/>
              </w:rPr>
              <w:t>0.782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896EB19"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0.990</w:t>
            </w:r>
          </w:p>
        </w:tc>
      </w:tr>
      <w:tr w:rsidR="00297D2C" w:rsidRPr="00E302CD" w14:paraId="4364F15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D3754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F46B25B" w14:textId="77777777" w:rsidR="00297D2C" w:rsidRPr="00E302CD" w:rsidRDefault="00297D2C" w:rsidP="007B2FD8">
            <w:pPr>
              <w:jc w:val="center"/>
              <w:rPr>
                <w:rFonts w:ascii="Gill Sans MT" w:hAnsi="Gill Sans MT"/>
                <w:sz w:val="16"/>
                <w:szCs w:val="16"/>
              </w:rPr>
            </w:pPr>
            <w:r>
              <w:rPr>
                <w:rFonts w:ascii="Gill Sans MT" w:hAnsi="Gill Sans MT"/>
                <w:sz w:val="18"/>
              </w:rPr>
              <w:t>-0.00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635222D" w14:textId="77777777" w:rsidR="00297D2C" w:rsidRPr="00E302CD" w:rsidRDefault="00297D2C" w:rsidP="007B2FD8">
            <w:pPr>
              <w:jc w:val="center"/>
              <w:rPr>
                <w:rFonts w:ascii="Gill Sans MT" w:hAnsi="Gill Sans MT"/>
                <w:sz w:val="16"/>
                <w:szCs w:val="16"/>
              </w:rPr>
            </w:pPr>
            <w:r>
              <w:rPr>
                <w:rFonts w:ascii="Gill Sans MT" w:hAnsi="Gill Sans MT"/>
                <w:sz w:val="18"/>
              </w:rPr>
              <w:t>-0.010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6CFF5F" w14:textId="77777777" w:rsidR="00297D2C" w:rsidRPr="00E302CD" w:rsidRDefault="00297D2C" w:rsidP="007B2FD8">
            <w:pPr>
              <w:jc w:val="center"/>
              <w:rPr>
                <w:rFonts w:ascii="Gill Sans MT" w:hAnsi="Gill Sans MT"/>
                <w:sz w:val="16"/>
                <w:szCs w:val="16"/>
              </w:rPr>
            </w:pPr>
            <w:r>
              <w:rPr>
                <w:rFonts w:ascii="Gill Sans MT" w:hAnsi="Gill Sans MT"/>
                <w:sz w:val="18"/>
              </w:rPr>
              <w:t>0.990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38DD65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0.990</w:t>
            </w:r>
          </w:p>
        </w:tc>
      </w:tr>
      <w:tr w:rsidR="00297D2C" w:rsidRPr="00E302CD" w14:paraId="40759108"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128A9A3A"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6A4B68D4" w14:textId="77777777" w:rsidR="00297D2C" w:rsidRPr="00E302CD" w:rsidRDefault="00297D2C" w:rsidP="007B2FD8">
            <w:pPr>
              <w:jc w:val="center"/>
              <w:rPr>
                <w:rFonts w:ascii="Gill Sans MT" w:hAnsi="Gill Sans MT"/>
                <w:sz w:val="16"/>
                <w:szCs w:val="16"/>
              </w:rPr>
            </w:pPr>
            <w:r>
              <w:rPr>
                <w:rFonts w:ascii="Gill Sans MT" w:hAnsi="Gill Sans MT"/>
                <w:sz w:val="18"/>
              </w:rPr>
              <w:t>+0.00</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6A016AF9" w14:textId="77777777" w:rsidR="00297D2C" w:rsidRPr="00E302CD" w:rsidRDefault="00297D2C" w:rsidP="007B2FD8">
            <w:pPr>
              <w:jc w:val="center"/>
              <w:rPr>
                <w:rFonts w:ascii="Gill Sans MT" w:hAnsi="Gill Sans MT"/>
                <w:sz w:val="16"/>
                <w:szCs w:val="16"/>
              </w:rPr>
            </w:pPr>
            <w:r>
              <w:rPr>
                <w:rFonts w:ascii="Gill Sans MT" w:hAnsi="Gill Sans MT"/>
                <w:sz w:val="18"/>
              </w:rPr>
              <w:t>+0.080</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5371CA1E" w14:textId="77777777" w:rsidR="00297D2C" w:rsidRPr="00E302CD" w:rsidRDefault="00297D2C" w:rsidP="007B2FD8">
            <w:pPr>
              <w:jc w:val="center"/>
              <w:rPr>
                <w:rFonts w:ascii="Gill Sans MT" w:hAnsi="Gill Sans MT"/>
                <w:sz w:val="16"/>
                <w:szCs w:val="16"/>
              </w:rPr>
            </w:pPr>
            <w:r>
              <w:rPr>
                <w:rFonts w:ascii="Gill Sans MT" w:hAnsi="Gill Sans MT"/>
                <w:sz w:val="18"/>
              </w:rPr>
              <w:t>0.939</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4F63BDCF"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0.990</w:t>
            </w:r>
          </w:p>
        </w:tc>
      </w:tr>
      <w:tr w:rsidR="00297D2C" w:rsidRPr="00E302CD" w14:paraId="1A03619C"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7949A9C8"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lastRenderedPageBreak/>
              <w:t>MDS-UPDRS III (n = 481)</w:t>
            </w:r>
          </w:p>
        </w:tc>
      </w:tr>
      <w:tr w:rsidR="00297D2C" w:rsidRPr="00E302CD" w14:paraId="5829BD5C"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EC44C35" w14:textId="77777777" w:rsidR="00297D2C" w:rsidRPr="00E302CD"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BAC3904" w14:textId="77777777" w:rsidR="00297D2C" w:rsidRPr="00E302CD"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91404ED"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00DD3F6"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D89525E"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E302CD" w14:paraId="740AFA98"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4524AC3"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E302CD" w14:paraId="30207C5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3C9EAA"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49FCCEF" w14:textId="77777777" w:rsidR="00297D2C" w:rsidRPr="00E302CD" w:rsidRDefault="00297D2C" w:rsidP="007B2FD8">
            <w:pPr>
              <w:jc w:val="center"/>
              <w:rPr>
                <w:rFonts w:ascii="Gill Sans MT" w:hAnsi="Gill Sans MT"/>
                <w:sz w:val="16"/>
                <w:szCs w:val="16"/>
              </w:rPr>
            </w:pPr>
            <w:r>
              <w:rPr>
                <w:rFonts w:ascii="Gill Sans MT" w:hAnsi="Gill Sans MT"/>
                <w:sz w:val="18"/>
              </w:rPr>
              <w:t>-0.007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18592E4" w14:textId="77777777" w:rsidR="00297D2C" w:rsidRPr="00E302CD" w:rsidRDefault="00297D2C" w:rsidP="007B2FD8">
            <w:pPr>
              <w:jc w:val="center"/>
              <w:rPr>
                <w:rFonts w:ascii="Gill Sans MT" w:hAnsi="Gill Sans MT"/>
                <w:sz w:val="16"/>
                <w:szCs w:val="16"/>
              </w:rPr>
            </w:pPr>
            <w:r>
              <w:rPr>
                <w:rFonts w:ascii="Gill Sans MT" w:hAnsi="Gill Sans MT"/>
                <w:sz w:val="18"/>
              </w:rPr>
              <w:t>-0.16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C60F2CA" w14:textId="77777777" w:rsidR="00297D2C" w:rsidRPr="00E302CD" w:rsidRDefault="00297D2C" w:rsidP="007B2FD8">
            <w:pPr>
              <w:jc w:val="center"/>
              <w:rPr>
                <w:rFonts w:ascii="Gill Sans MT" w:hAnsi="Gill Sans MT"/>
                <w:sz w:val="16"/>
                <w:szCs w:val="16"/>
              </w:rPr>
            </w:pPr>
            <w:r>
              <w:rPr>
                <w:rFonts w:ascii="Gill Sans MT" w:hAnsi="Gill Sans MT"/>
                <w:sz w:val="18"/>
              </w:rPr>
              <w:t>0.870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4F37E8" w14:textId="77777777" w:rsidR="00297D2C" w:rsidRPr="00E302CD" w:rsidRDefault="00297D2C" w:rsidP="007B2FD8">
            <w:pPr>
              <w:jc w:val="center"/>
              <w:rPr>
                <w:rFonts w:ascii="Gill Sans MT" w:hAnsi="Gill Sans MT"/>
                <w:sz w:val="16"/>
                <w:szCs w:val="16"/>
              </w:rPr>
            </w:pPr>
          </w:p>
        </w:tc>
      </w:tr>
      <w:tr w:rsidR="00297D2C" w:rsidRPr="00E302CD" w14:paraId="7D68D0D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4F3D98"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FFAD334" w14:textId="77777777" w:rsidR="00297D2C" w:rsidRPr="00E302CD" w:rsidRDefault="00297D2C" w:rsidP="007B2FD8">
            <w:pPr>
              <w:jc w:val="center"/>
              <w:rPr>
                <w:rFonts w:ascii="Gill Sans MT" w:hAnsi="Gill Sans MT"/>
                <w:sz w:val="16"/>
                <w:szCs w:val="16"/>
              </w:rPr>
            </w:pPr>
            <w:r>
              <w:rPr>
                <w:rFonts w:ascii="Gill Sans MT" w:hAnsi="Gill Sans MT"/>
                <w:sz w:val="18"/>
              </w:rPr>
              <w:t>-0.012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4852357" w14:textId="77777777" w:rsidR="00297D2C" w:rsidRPr="00E302CD" w:rsidRDefault="00297D2C" w:rsidP="007B2FD8">
            <w:pPr>
              <w:jc w:val="center"/>
              <w:rPr>
                <w:rFonts w:ascii="Gill Sans MT" w:hAnsi="Gill Sans MT"/>
                <w:sz w:val="16"/>
                <w:szCs w:val="16"/>
              </w:rPr>
            </w:pPr>
            <w:r>
              <w:rPr>
                <w:rFonts w:ascii="Gill Sans MT" w:hAnsi="Gill Sans MT"/>
                <w:sz w:val="18"/>
              </w:rPr>
              <w:t>-0.27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2A9BC50" w14:textId="77777777" w:rsidR="00297D2C" w:rsidRPr="00E302CD" w:rsidRDefault="00297D2C" w:rsidP="007B2FD8">
            <w:pPr>
              <w:jc w:val="center"/>
              <w:rPr>
                <w:rFonts w:ascii="Gill Sans MT" w:hAnsi="Gill Sans MT"/>
                <w:sz w:val="16"/>
                <w:szCs w:val="16"/>
              </w:rPr>
            </w:pPr>
            <w:r>
              <w:rPr>
                <w:rFonts w:ascii="Gill Sans MT" w:hAnsi="Gill Sans MT"/>
                <w:sz w:val="18"/>
              </w:rPr>
              <w:t>0.790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AA1EB5" w14:textId="77777777" w:rsidR="00297D2C" w:rsidRPr="00E302CD" w:rsidRDefault="00297D2C" w:rsidP="007B2FD8">
            <w:pPr>
              <w:jc w:val="center"/>
              <w:rPr>
                <w:rFonts w:ascii="Gill Sans MT" w:hAnsi="Gill Sans MT"/>
                <w:sz w:val="16"/>
                <w:szCs w:val="16"/>
              </w:rPr>
            </w:pPr>
          </w:p>
        </w:tc>
      </w:tr>
      <w:tr w:rsidR="00297D2C" w:rsidRPr="00E302CD" w14:paraId="3A5D570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20555E"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77D6D5" w14:textId="77777777" w:rsidR="00297D2C" w:rsidRPr="00E302CD" w:rsidRDefault="00297D2C" w:rsidP="007B2FD8">
            <w:pPr>
              <w:jc w:val="center"/>
              <w:rPr>
                <w:rFonts w:ascii="Gill Sans MT" w:hAnsi="Gill Sans MT"/>
                <w:sz w:val="16"/>
                <w:szCs w:val="16"/>
              </w:rPr>
            </w:pPr>
            <w:r>
              <w:rPr>
                <w:rFonts w:ascii="Gill Sans MT" w:hAnsi="Gill Sans MT"/>
                <w:sz w:val="18"/>
              </w:rPr>
              <w:t>-0.014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79817F" w14:textId="77777777" w:rsidR="00297D2C" w:rsidRPr="00E302CD" w:rsidRDefault="00297D2C" w:rsidP="007B2FD8">
            <w:pPr>
              <w:jc w:val="center"/>
              <w:rPr>
                <w:rFonts w:ascii="Gill Sans MT" w:hAnsi="Gill Sans MT"/>
                <w:sz w:val="16"/>
                <w:szCs w:val="16"/>
              </w:rPr>
            </w:pPr>
            <w:r>
              <w:rPr>
                <w:rFonts w:ascii="Gill Sans MT" w:hAnsi="Gill Sans MT"/>
                <w:sz w:val="18"/>
              </w:rPr>
              <w:t>-0.30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869AFFE" w14:textId="77777777" w:rsidR="00297D2C" w:rsidRPr="00E302CD" w:rsidRDefault="00297D2C" w:rsidP="007B2FD8">
            <w:pPr>
              <w:jc w:val="center"/>
              <w:rPr>
                <w:rFonts w:ascii="Gill Sans MT" w:hAnsi="Gill Sans MT"/>
                <w:sz w:val="16"/>
                <w:szCs w:val="16"/>
              </w:rPr>
            </w:pPr>
            <w:r>
              <w:rPr>
                <w:rFonts w:ascii="Gill Sans MT" w:hAnsi="Gill Sans MT"/>
                <w:sz w:val="18"/>
              </w:rPr>
              <w:t>0.764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991685B" w14:textId="77777777" w:rsidR="00297D2C" w:rsidRPr="00E302CD" w:rsidRDefault="00297D2C" w:rsidP="007B2FD8">
            <w:pPr>
              <w:jc w:val="center"/>
              <w:rPr>
                <w:rFonts w:ascii="Gill Sans MT" w:hAnsi="Gill Sans MT"/>
                <w:sz w:val="16"/>
                <w:szCs w:val="16"/>
              </w:rPr>
            </w:pPr>
          </w:p>
        </w:tc>
      </w:tr>
      <w:tr w:rsidR="00297D2C" w:rsidRPr="00E302CD" w14:paraId="29178D01"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9E09DEE"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E302CD" w14:paraId="2A9C642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789152A"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0FDAFC5" w14:textId="77777777" w:rsidR="00297D2C" w:rsidRPr="00E302CD" w:rsidRDefault="00297D2C" w:rsidP="007B2FD8">
            <w:pPr>
              <w:jc w:val="center"/>
              <w:rPr>
                <w:rFonts w:ascii="Gill Sans MT" w:hAnsi="Gill Sans MT"/>
                <w:sz w:val="16"/>
                <w:szCs w:val="16"/>
              </w:rPr>
            </w:pPr>
            <w:r>
              <w:rPr>
                <w:rFonts w:ascii="Gill Sans MT" w:hAnsi="Gill Sans MT"/>
                <w:sz w:val="18"/>
              </w:rPr>
              <w:t>-0.004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F4CE54C" w14:textId="77777777" w:rsidR="00297D2C" w:rsidRPr="00E302CD" w:rsidRDefault="00297D2C" w:rsidP="007B2FD8">
            <w:pPr>
              <w:jc w:val="center"/>
              <w:rPr>
                <w:rFonts w:ascii="Gill Sans MT" w:hAnsi="Gill Sans MT"/>
                <w:sz w:val="16"/>
                <w:szCs w:val="16"/>
              </w:rPr>
            </w:pPr>
            <w:r>
              <w:rPr>
                <w:rFonts w:ascii="Gill Sans MT" w:hAnsi="Gill Sans MT"/>
                <w:sz w:val="18"/>
              </w:rPr>
              <w:t>-0.10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4054817" w14:textId="77777777" w:rsidR="00297D2C" w:rsidRPr="00E302CD" w:rsidRDefault="00297D2C" w:rsidP="007B2FD8">
            <w:pPr>
              <w:jc w:val="center"/>
              <w:rPr>
                <w:rFonts w:ascii="Gill Sans MT" w:hAnsi="Gill Sans MT"/>
                <w:sz w:val="16"/>
                <w:szCs w:val="16"/>
              </w:rPr>
            </w:pPr>
            <w:r>
              <w:rPr>
                <w:rFonts w:ascii="Gill Sans MT" w:hAnsi="Gill Sans MT"/>
                <w:sz w:val="18"/>
              </w:rPr>
              <w:t>0.921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9AB45A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0.921</w:t>
            </w:r>
          </w:p>
        </w:tc>
      </w:tr>
      <w:tr w:rsidR="00297D2C" w:rsidRPr="00E302CD" w14:paraId="33D5AA4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BAD408" w14:textId="77777777" w:rsidR="00297D2C" w:rsidRPr="00193D1E" w:rsidRDefault="00297D2C" w:rsidP="007B2FD8">
            <w:pPr>
              <w:rPr>
                <w:rFonts w:ascii="Gill Sans MT" w:hAnsi="Gill Sans MT"/>
                <w:sz w:val="16"/>
                <w:szCs w:val="16"/>
              </w:rPr>
            </w:pPr>
            <w:r w:rsidRPr="00193D1E">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66502A9" w14:textId="77777777" w:rsidR="00297D2C" w:rsidRPr="00E302CD" w:rsidRDefault="00297D2C" w:rsidP="007B2FD8">
            <w:pPr>
              <w:jc w:val="center"/>
              <w:rPr>
                <w:rFonts w:ascii="Gill Sans MT" w:hAnsi="Gill Sans MT"/>
                <w:sz w:val="16"/>
                <w:szCs w:val="16"/>
              </w:rPr>
            </w:pPr>
            <w:r>
              <w:rPr>
                <w:rFonts w:ascii="Gill Sans MT" w:hAnsi="Gill Sans MT"/>
                <w:sz w:val="18"/>
              </w:rPr>
              <w:t>-0.075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C23D95F" w14:textId="77777777" w:rsidR="00297D2C" w:rsidRPr="00E302CD" w:rsidRDefault="00297D2C" w:rsidP="007B2FD8">
            <w:pPr>
              <w:jc w:val="center"/>
              <w:rPr>
                <w:rFonts w:ascii="Gill Sans MT" w:hAnsi="Gill Sans MT"/>
                <w:sz w:val="16"/>
                <w:szCs w:val="16"/>
              </w:rPr>
            </w:pPr>
            <w:r>
              <w:rPr>
                <w:rFonts w:ascii="Gill Sans MT" w:hAnsi="Gill Sans MT"/>
                <w:sz w:val="18"/>
              </w:rPr>
              <w:t>-1.90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656F264" w14:textId="77777777" w:rsidR="00297D2C" w:rsidRPr="00E302CD" w:rsidRDefault="00297D2C" w:rsidP="007B2FD8">
            <w:pPr>
              <w:jc w:val="center"/>
              <w:rPr>
                <w:rFonts w:ascii="Gill Sans MT" w:hAnsi="Gill Sans MT"/>
                <w:sz w:val="16"/>
                <w:szCs w:val="16"/>
              </w:rPr>
            </w:pPr>
            <w:r>
              <w:rPr>
                <w:rFonts w:ascii="Gill Sans MT" w:hAnsi="Gill Sans MT"/>
                <w:sz w:val="18"/>
              </w:rPr>
              <w:t>0.058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09DE13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0.087</w:t>
            </w:r>
          </w:p>
        </w:tc>
      </w:tr>
      <w:tr w:rsidR="00297D2C" w:rsidRPr="00E302CD" w14:paraId="4BAF190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F1976B"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4ABDDD" w14:textId="77777777" w:rsidR="00297D2C" w:rsidRPr="00E302CD" w:rsidRDefault="00297D2C" w:rsidP="007B2FD8">
            <w:pPr>
              <w:jc w:val="center"/>
              <w:rPr>
                <w:rFonts w:ascii="Gill Sans MT" w:hAnsi="Gill Sans MT"/>
                <w:sz w:val="16"/>
                <w:szCs w:val="16"/>
              </w:rPr>
            </w:pPr>
            <w:r>
              <w:rPr>
                <w:rFonts w:ascii="Gill Sans MT" w:hAnsi="Gill Sans MT"/>
                <w:sz w:val="18"/>
              </w:rPr>
              <w:t>+0.089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7628087" w14:textId="77777777" w:rsidR="00297D2C" w:rsidRPr="00E302CD" w:rsidRDefault="00297D2C" w:rsidP="007B2FD8">
            <w:pPr>
              <w:jc w:val="center"/>
              <w:rPr>
                <w:rFonts w:ascii="Gill Sans MT" w:hAnsi="Gill Sans MT"/>
                <w:sz w:val="16"/>
                <w:szCs w:val="16"/>
              </w:rPr>
            </w:pPr>
            <w:r>
              <w:rPr>
                <w:rFonts w:ascii="Gill Sans MT" w:hAnsi="Gill Sans MT"/>
                <w:sz w:val="18"/>
              </w:rPr>
              <w:t>+2.00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8E9B28D" w14:textId="77777777" w:rsidR="00297D2C" w:rsidRPr="00E302CD" w:rsidRDefault="00297D2C" w:rsidP="007B2FD8">
            <w:pPr>
              <w:jc w:val="center"/>
              <w:rPr>
                <w:rFonts w:ascii="Gill Sans MT" w:hAnsi="Gill Sans MT"/>
                <w:sz w:val="16"/>
                <w:szCs w:val="16"/>
              </w:rPr>
            </w:pPr>
            <w:r>
              <w:rPr>
                <w:rFonts w:ascii="Gill Sans MT" w:hAnsi="Gill Sans MT"/>
                <w:sz w:val="18"/>
              </w:rPr>
              <w:t>0.046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873C090"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0.087</w:t>
            </w:r>
          </w:p>
        </w:tc>
      </w:tr>
      <w:tr w:rsidR="00297D2C" w:rsidRPr="00E302CD" w14:paraId="4FFAEF5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75FC450"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E302CD" w14:paraId="44618FF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BC412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91D6F7C" w14:textId="77777777" w:rsidR="00297D2C" w:rsidRPr="00E302CD" w:rsidRDefault="00297D2C" w:rsidP="007B2FD8">
            <w:pPr>
              <w:jc w:val="center"/>
              <w:rPr>
                <w:rFonts w:ascii="Gill Sans MT" w:hAnsi="Gill Sans MT"/>
                <w:sz w:val="16"/>
                <w:szCs w:val="16"/>
              </w:rPr>
            </w:pPr>
            <w:r>
              <w:rPr>
                <w:rFonts w:ascii="Gill Sans MT" w:hAnsi="Gill Sans MT"/>
                <w:sz w:val="18"/>
              </w:rPr>
              <w:t>+0.014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94A9F7F" w14:textId="77777777" w:rsidR="00297D2C" w:rsidRPr="00E302CD" w:rsidRDefault="00297D2C" w:rsidP="007B2FD8">
            <w:pPr>
              <w:jc w:val="center"/>
              <w:rPr>
                <w:rFonts w:ascii="Gill Sans MT" w:hAnsi="Gill Sans MT"/>
                <w:sz w:val="16"/>
                <w:szCs w:val="16"/>
              </w:rPr>
            </w:pPr>
            <w:r>
              <w:rPr>
                <w:rFonts w:ascii="Gill Sans MT" w:hAnsi="Gill Sans MT"/>
                <w:sz w:val="18"/>
              </w:rPr>
              <w:t>+0.35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ED58E7F" w14:textId="77777777" w:rsidR="00297D2C" w:rsidRPr="00E302CD" w:rsidRDefault="00297D2C" w:rsidP="007B2FD8">
            <w:pPr>
              <w:jc w:val="center"/>
              <w:rPr>
                <w:rFonts w:ascii="Gill Sans MT" w:hAnsi="Gill Sans MT"/>
                <w:sz w:val="16"/>
                <w:szCs w:val="16"/>
              </w:rPr>
            </w:pPr>
            <w:r>
              <w:rPr>
                <w:rFonts w:ascii="Gill Sans MT" w:hAnsi="Gill Sans MT"/>
                <w:sz w:val="18"/>
              </w:rPr>
              <w:t>0.724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C8834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0.724</w:t>
            </w:r>
          </w:p>
        </w:tc>
      </w:tr>
      <w:tr w:rsidR="00297D2C" w:rsidRPr="00E302CD" w14:paraId="6CF37A8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DDCC7A7"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9E4321A" w14:textId="77777777" w:rsidR="00297D2C" w:rsidRPr="00E302CD" w:rsidRDefault="00297D2C" w:rsidP="007B2FD8">
            <w:pPr>
              <w:jc w:val="center"/>
              <w:rPr>
                <w:rFonts w:ascii="Gill Sans MT" w:hAnsi="Gill Sans MT"/>
                <w:sz w:val="16"/>
                <w:szCs w:val="16"/>
              </w:rPr>
            </w:pPr>
            <w:r>
              <w:rPr>
                <w:rFonts w:ascii="Gill Sans MT" w:hAnsi="Gill Sans MT"/>
                <w:sz w:val="18"/>
              </w:rPr>
              <w:t>-0.023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262E098" w14:textId="77777777" w:rsidR="00297D2C" w:rsidRPr="00E302CD" w:rsidRDefault="00297D2C" w:rsidP="007B2FD8">
            <w:pPr>
              <w:jc w:val="center"/>
              <w:rPr>
                <w:rFonts w:ascii="Gill Sans MT" w:hAnsi="Gill Sans MT"/>
                <w:sz w:val="16"/>
                <w:szCs w:val="16"/>
              </w:rPr>
            </w:pPr>
            <w:r>
              <w:rPr>
                <w:rFonts w:ascii="Gill Sans MT" w:hAnsi="Gill Sans MT"/>
                <w:sz w:val="18"/>
              </w:rPr>
              <w:t>-0.54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64EF632" w14:textId="77777777" w:rsidR="00297D2C" w:rsidRPr="00E302CD" w:rsidRDefault="00297D2C" w:rsidP="007B2FD8">
            <w:pPr>
              <w:jc w:val="center"/>
              <w:rPr>
                <w:rFonts w:ascii="Gill Sans MT" w:hAnsi="Gill Sans MT"/>
                <w:sz w:val="16"/>
                <w:szCs w:val="16"/>
              </w:rPr>
            </w:pPr>
            <w:r>
              <w:rPr>
                <w:rFonts w:ascii="Gill Sans MT" w:hAnsi="Gill Sans MT"/>
                <w:sz w:val="18"/>
              </w:rPr>
              <w:t>0.590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E47A0E0"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0.708</w:t>
            </w:r>
          </w:p>
        </w:tc>
      </w:tr>
      <w:tr w:rsidR="00297D2C" w:rsidRPr="00E302CD" w14:paraId="27D8C58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AF8B7E" w14:textId="77777777" w:rsidR="00297D2C" w:rsidRPr="00193D1E" w:rsidRDefault="00297D2C" w:rsidP="007B2FD8">
            <w:pPr>
              <w:rPr>
                <w:rFonts w:ascii="Gill Sans MT" w:hAnsi="Gill Sans MT"/>
                <w:sz w:val="16"/>
                <w:szCs w:val="16"/>
              </w:rPr>
            </w:pPr>
            <w:r w:rsidRPr="00193D1E">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0873885" w14:textId="77777777" w:rsidR="00297D2C" w:rsidRPr="00E302CD" w:rsidRDefault="00297D2C" w:rsidP="007B2FD8">
            <w:pPr>
              <w:jc w:val="center"/>
              <w:rPr>
                <w:rFonts w:ascii="Gill Sans MT" w:hAnsi="Gill Sans MT"/>
                <w:sz w:val="16"/>
                <w:szCs w:val="16"/>
              </w:rPr>
            </w:pPr>
            <w:r>
              <w:rPr>
                <w:rFonts w:ascii="Gill Sans MT" w:hAnsi="Gill Sans MT"/>
                <w:sz w:val="18"/>
              </w:rPr>
              <w:t>-0.080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E8FEE54" w14:textId="77777777" w:rsidR="00297D2C" w:rsidRPr="00E302CD" w:rsidRDefault="00297D2C" w:rsidP="007B2FD8">
            <w:pPr>
              <w:jc w:val="center"/>
              <w:rPr>
                <w:rFonts w:ascii="Gill Sans MT" w:hAnsi="Gill Sans MT"/>
                <w:sz w:val="16"/>
                <w:szCs w:val="16"/>
              </w:rPr>
            </w:pPr>
            <w:r>
              <w:rPr>
                <w:rFonts w:ascii="Gill Sans MT" w:hAnsi="Gill Sans MT"/>
                <w:sz w:val="18"/>
              </w:rPr>
              <w:t>-1.98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2B6E634" w14:textId="77777777" w:rsidR="00297D2C" w:rsidRPr="00E302CD" w:rsidRDefault="00297D2C" w:rsidP="007B2FD8">
            <w:pPr>
              <w:jc w:val="center"/>
              <w:rPr>
                <w:rFonts w:ascii="Gill Sans MT" w:hAnsi="Gill Sans MT"/>
                <w:sz w:val="16"/>
                <w:szCs w:val="16"/>
              </w:rPr>
            </w:pPr>
            <w:r>
              <w:rPr>
                <w:rFonts w:ascii="Gill Sans MT" w:hAnsi="Gill Sans MT"/>
                <w:sz w:val="18"/>
              </w:rPr>
              <w:t>0.049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AA42FE"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0.146</w:t>
            </w:r>
          </w:p>
        </w:tc>
      </w:tr>
      <w:tr w:rsidR="00297D2C" w:rsidRPr="00E302CD" w14:paraId="3F57A00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1F32F9" w14:textId="77777777" w:rsidR="00297D2C" w:rsidRPr="00193D1E" w:rsidRDefault="00297D2C" w:rsidP="007B2FD8">
            <w:pPr>
              <w:rPr>
                <w:rFonts w:ascii="Gill Sans MT" w:hAnsi="Gill Sans MT"/>
                <w:sz w:val="16"/>
                <w:szCs w:val="16"/>
              </w:rPr>
            </w:pPr>
            <w:r w:rsidRPr="00193D1E">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F34D41" w14:textId="77777777" w:rsidR="00297D2C" w:rsidRPr="00E302CD" w:rsidRDefault="00297D2C" w:rsidP="007B2FD8">
            <w:pPr>
              <w:jc w:val="center"/>
              <w:rPr>
                <w:rFonts w:ascii="Gill Sans MT" w:hAnsi="Gill Sans MT"/>
                <w:sz w:val="16"/>
                <w:szCs w:val="16"/>
              </w:rPr>
            </w:pPr>
            <w:r>
              <w:rPr>
                <w:rFonts w:ascii="Gill Sans MT" w:hAnsi="Gill Sans MT"/>
                <w:sz w:val="18"/>
              </w:rPr>
              <w:t>-0.062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DE78570" w14:textId="77777777" w:rsidR="00297D2C" w:rsidRPr="00E302CD" w:rsidRDefault="00297D2C" w:rsidP="007B2FD8">
            <w:pPr>
              <w:jc w:val="center"/>
              <w:rPr>
                <w:rFonts w:ascii="Gill Sans MT" w:hAnsi="Gill Sans MT"/>
                <w:sz w:val="16"/>
                <w:szCs w:val="16"/>
              </w:rPr>
            </w:pPr>
            <w:r>
              <w:rPr>
                <w:rFonts w:ascii="Gill Sans MT" w:hAnsi="Gill Sans MT"/>
                <w:sz w:val="18"/>
              </w:rPr>
              <w:t>-1.57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F6F6D3" w14:textId="77777777" w:rsidR="00297D2C" w:rsidRPr="00E302CD" w:rsidRDefault="00297D2C" w:rsidP="007B2FD8">
            <w:pPr>
              <w:jc w:val="center"/>
              <w:rPr>
                <w:rFonts w:ascii="Gill Sans MT" w:hAnsi="Gill Sans MT"/>
                <w:sz w:val="16"/>
                <w:szCs w:val="16"/>
              </w:rPr>
            </w:pPr>
            <w:r>
              <w:rPr>
                <w:rFonts w:ascii="Gill Sans MT" w:hAnsi="Gill Sans MT"/>
                <w:sz w:val="18"/>
              </w:rPr>
              <w:t>0.117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E67CE0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0.176</w:t>
            </w:r>
          </w:p>
        </w:tc>
      </w:tr>
      <w:tr w:rsidR="00297D2C" w:rsidRPr="00E302CD" w14:paraId="5EBA536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A43E2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AF17525" w14:textId="77777777" w:rsidR="00297D2C" w:rsidRPr="00E302CD" w:rsidRDefault="00297D2C" w:rsidP="007B2FD8">
            <w:pPr>
              <w:jc w:val="center"/>
              <w:rPr>
                <w:rFonts w:ascii="Gill Sans MT" w:hAnsi="Gill Sans MT"/>
                <w:sz w:val="16"/>
                <w:szCs w:val="16"/>
              </w:rPr>
            </w:pPr>
            <w:r>
              <w:rPr>
                <w:rFonts w:ascii="Gill Sans MT" w:hAnsi="Gill Sans MT"/>
                <w:sz w:val="18"/>
              </w:rPr>
              <w:t>+0.075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C280CDF" w14:textId="77777777" w:rsidR="00297D2C" w:rsidRPr="00E302CD" w:rsidRDefault="00297D2C" w:rsidP="007B2FD8">
            <w:pPr>
              <w:jc w:val="center"/>
              <w:rPr>
                <w:rFonts w:ascii="Gill Sans MT" w:hAnsi="Gill Sans MT"/>
                <w:sz w:val="16"/>
                <w:szCs w:val="16"/>
              </w:rPr>
            </w:pPr>
            <w:r>
              <w:rPr>
                <w:rFonts w:ascii="Gill Sans MT" w:hAnsi="Gill Sans MT"/>
                <w:sz w:val="18"/>
              </w:rPr>
              <w:t>+1.67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782873A" w14:textId="77777777" w:rsidR="00297D2C" w:rsidRPr="00E302CD" w:rsidRDefault="00297D2C" w:rsidP="007B2FD8">
            <w:pPr>
              <w:jc w:val="center"/>
              <w:rPr>
                <w:rFonts w:ascii="Gill Sans MT" w:hAnsi="Gill Sans MT"/>
                <w:sz w:val="16"/>
                <w:szCs w:val="16"/>
              </w:rPr>
            </w:pPr>
            <w:r>
              <w:rPr>
                <w:rFonts w:ascii="Gill Sans MT" w:hAnsi="Gill Sans MT"/>
                <w:sz w:val="18"/>
              </w:rPr>
              <w:t>0.097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58A8918"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0.176</w:t>
            </w:r>
          </w:p>
        </w:tc>
      </w:tr>
      <w:tr w:rsidR="00297D2C" w:rsidRPr="00E302CD" w14:paraId="2CFF219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1F8A97"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E147E5A" w14:textId="77777777" w:rsidR="00297D2C" w:rsidRPr="00E302CD" w:rsidRDefault="00297D2C" w:rsidP="007B2FD8">
            <w:pPr>
              <w:jc w:val="center"/>
              <w:rPr>
                <w:rFonts w:ascii="Gill Sans MT" w:hAnsi="Gill Sans MT"/>
                <w:sz w:val="16"/>
                <w:szCs w:val="16"/>
              </w:rPr>
            </w:pPr>
            <w:r>
              <w:rPr>
                <w:rFonts w:ascii="Gill Sans MT" w:hAnsi="Gill Sans MT"/>
                <w:sz w:val="18"/>
              </w:rPr>
              <w:t>+0.091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33FFEB6" w14:textId="77777777" w:rsidR="00297D2C" w:rsidRPr="00E302CD" w:rsidRDefault="00297D2C" w:rsidP="007B2FD8">
            <w:pPr>
              <w:jc w:val="center"/>
              <w:rPr>
                <w:rFonts w:ascii="Gill Sans MT" w:hAnsi="Gill Sans MT"/>
                <w:sz w:val="16"/>
                <w:szCs w:val="16"/>
              </w:rPr>
            </w:pPr>
            <w:r>
              <w:rPr>
                <w:rFonts w:ascii="Gill Sans MT" w:hAnsi="Gill Sans MT"/>
                <w:sz w:val="18"/>
              </w:rPr>
              <w:t>+2.04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91B78EA" w14:textId="77777777" w:rsidR="00297D2C" w:rsidRPr="00E302CD" w:rsidRDefault="00297D2C" w:rsidP="007B2FD8">
            <w:pPr>
              <w:jc w:val="center"/>
              <w:rPr>
                <w:rFonts w:ascii="Gill Sans MT" w:hAnsi="Gill Sans MT"/>
                <w:sz w:val="16"/>
                <w:szCs w:val="16"/>
              </w:rPr>
            </w:pPr>
            <w:r>
              <w:rPr>
                <w:rFonts w:ascii="Gill Sans MT" w:hAnsi="Gill Sans MT"/>
                <w:sz w:val="18"/>
              </w:rPr>
              <w:t>0.042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FA78F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0.146</w:t>
            </w:r>
          </w:p>
        </w:tc>
      </w:tr>
      <w:tr w:rsidR="00297D2C" w:rsidRPr="00E302CD" w14:paraId="73CCF712"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2B7E4AF"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E302CD" w14:paraId="2B7F794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2F6427"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A21F453" w14:textId="77777777" w:rsidR="00297D2C" w:rsidRPr="00E302CD" w:rsidRDefault="00297D2C" w:rsidP="007B2FD8">
            <w:pPr>
              <w:jc w:val="center"/>
              <w:rPr>
                <w:rFonts w:ascii="Gill Sans MT" w:hAnsi="Gill Sans MT"/>
                <w:sz w:val="16"/>
                <w:szCs w:val="16"/>
              </w:rPr>
            </w:pPr>
            <w:r>
              <w:rPr>
                <w:rFonts w:ascii="Gill Sans MT" w:hAnsi="Gill Sans MT"/>
                <w:sz w:val="18"/>
              </w:rPr>
              <w:t>+0.002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3A6EAEC" w14:textId="77777777" w:rsidR="00297D2C" w:rsidRPr="00E302CD" w:rsidRDefault="00297D2C" w:rsidP="007B2FD8">
            <w:pPr>
              <w:jc w:val="center"/>
              <w:rPr>
                <w:rFonts w:ascii="Gill Sans MT" w:hAnsi="Gill Sans MT"/>
                <w:sz w:val="16"/>
                <w:szCs w:val="16"/>
              </w:rPr>
            </w:pPr>
            <w:r>
              <w:rPr>
                <w:rFonts w:ascii="Gill Sans MT" w:hAnsi="Gill Sans MT"/>
                <w:sz w:val="18"/>
              </w:rPr>
              <w:t>+0.05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58F2040" w14:textId="77777777" w:rsidR="00297D2C" w:rsidRPr="00E302CD" w:rsidRDefault="00297D2C" w:rsidP="007B2FD8">
            <w:pPr>
              <w:jc w:val="center"/>
              <w:rPr>
                <w:rFonts w:ascii="Gill Sans MT" w:hAnsi="Gill Sans MT"/>
                <w:sz w:val="16"/>
                <w:szCs w:val="16"/>
              </w:rPr>
            </w:pPr>
            <w:r>
              <w:rPr>
                <w:rFonts w:ascii="Gill Sans MT" w:hAnsi="Gill Sans MT"/>
                <w:sz w:val="18"/>
              </w:rPr>
              <w:t>0.958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ED4F9C9"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0.958</w:t>
            </w:r>
          </w:p>
        </w:tc>
      </w:tr>
      <w:tr w:rsidR="00297D2C" w:rsidRPr="00E302CD" w14:paraId="6C259A3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5B4EE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F019FD" w14:textId="77777777" w:rsidR="00297D2C" w:rsidRPr="00E302CD" w:rsidRDefault="00297D2C" w:rsidP="007B2FD8">
            <w:pPr>
              <w:jc w:val="center"/>
              <w:rPr>
                <w:rFonts w:ascii="Gill Sans MT" w:hAnsi="Gill Sans MT"/>
                <w:sz w:val="16"/>
                <w:szCs w:val="16"/>
              </w:rPr>
            </w:pPr>
            <w:r>
              <w:rPr>
                <w:rFonts w:ascii="Gill Sans MT" w:hAnsi="Gill Sans MT"/>
                <w:sz w:val="18"/>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F21DFB9" w14:textId="77777777" w:rsidR="00297D2C" w:rsidRPr="00E302CD" w:rsidRDefault="00297D2C" w:rsidP="007B2FD8">
            <w:pPr>
              <w:jc w:val="center"/>
              <w:rPr>
                <w:rFonts w:ascii="Gill Sans MT" w:hAnsi="Gill Sans MT"/>
                <w:sz w:val="16"/>
                <w:szCs w:val="16"/>
              </w:rPr>
            </w:pPr>
            <w:r>
              <w:rPr>
                <w:rFonts w:ascii="Gill Sans MT" w:hAnsi="Gill Sans MT"/>
                <w:sz w:val="18"/>
              </w:rPr>
              <w:t>-0.64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1906366" w14:textId="77777777" w:rsidR="00297D2C" w:rsidRPr="00E302CD" w:rsidRDefault="00297D2C" w:rsidP="007B2FD8">
            <w:pPr>
              <w:jc w:val="center"/>
              <w:rPr>
                <w:rFonts w:ascii="Gill Sans MT" w:hAnsi="Gill Sans MT"/>
                <w:sz w:val="16"/>
                <w:szCs w:val="16"/>
              </w:rPr>
            </w:pPr>
            <w:r>
              <w:rPr>
                <w:rFonts w:ascii="Gill Sans MT" w:hAnsi="Gill Sans MT"/>
                <w:sz w:val="18"/>
              </w:rPr>
              <w:t>0.522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B41F37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0.784</w:t>
            </w:r>
          </w:p>
        </w:tc>
      </w:tr>
      <w:tr w:rsidR="00297D2C" w:rsidRPr="00E302CD" w14:paraId="54BCC2E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99C0C3"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A84ED0E" w14:textId="77777777" w:rsidR="00297D2C" w:rsidRPr="00E302CD" w:rsidRDefault="00297D2C" w:rsidP="007B2FD8">
            <w:pPr>
              <w:jc w:val="center"/>
              <w:rPr>
                <w:rFonts w:ascii="Gill Sans MT" w:hAnsi="Gill Sans MT"/>
                <w:sz w:val="16"/>
                <w:szCs w:val="16"/>
              </w:rPr>
            </w:pPr>
            <w:r>
              <w:rPr>
                <w:rFonts w:ascii="Gill Sans MT" w:hAnsi="Gill Sans MT"/>
                <w:sz w:val="18"/>
              </w:rPr>
              <w:t>+0.037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887016F" w14:textId="77777777" w:rsidR="00297D2C" w:rsidRPr="00E302CD" w:rsidRDefault="00297D2C" w:rsidP="007B2FD8">
            <w:pPr>
              <w:jc w:val="center"/>
              <w:rPr>
                <w:rFonts w:ascii="Gill Sans MT" w:hAnsi="Gill Sans MT"/>
                <w:sz w:val="16"/>
                <w:szCs w:val="16"/>
              </w:rPr>
            </w:pPr>
            <w:r>
              <w:rPr>
                <w:rFonts w:ascii="Gill Sans MT" w:hAnsi="Gill Sans MT"/>
                <w:sz w:val="18"/>
              </w:rPr>
              <w:t>+0.79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E4EE6DF" w14:textId="77777777" w:rsidR="00297D2C" w:rsidRPr="00E302CD" w:rsidRDefault="00297D2C" w:rsidP="007B2FD8">
            <w:pPr>
              <w:jc w:val="center"/>
              <w:rPr>
                <w:rFonts w:ascii="Gill Sans MT" w:hAnsi="Gill Sans MT"/>
                <w:sz w:val="16"/>
                <w:szCs w:val="16"/>
              </w:rPr>
            </w:pPr>
            <w:r>
              <w:rPr>
                <w:rFonts w:ascii="Gill Sans MT" w:hAnsi="Gill Sans MT"/>
                <w:sz w:val="18"/>
              </w:rPr>
              <w:t>0.428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3FBFA43"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0.784</w:t>
            </w:r>
          </w:p>
        </w:tc>
      </w:tr>
      <w:tr w:rsidR="00297D2C" w:rsidRPr="00E302CD" w14:paraId="4FF6ACD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88E7E6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D93DE67" w14:textId="77777777" w:rsidR="00297D2C" w:rsidRPr="00E302CD" w:rsidRDefault="00297D2C" w:rsidP="007B2FD8">
            <w:pPr>
              <w:jc w:val="center"/>
              <w:rPr>
                <w:rFonts w:ascii="Gill Sans MT" w:hAnsi="Gill Sans MT"/>
                <w:sz w:val="16"/>
                <w:szCs w:val="16"/>
              </w:rPr>
            </w:pPr>
            <w:r>
              <w:rPr>
                <w:rFonts w:ascii="Gill Sans MT" w:hAnsi="Gill Sans MT"/>
                <w:sz w:val="18"/>
              </w:rPr>
              <w:t>+0.052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CC7FCF7" w14:textId="77777777" w:rsidR="00297D2C" w:rsidRPr="00E302CD" w:rsidRDefault="00297D2C" w:rsidP="007B2FD8">
            <w:pPr>
              <w:jc w:val="center"/>
              <w:rPr>
                <w:rFonts w:ascii="Gill Sans MT" w:hAnsi="Gill Sans MT"/>
                <w:sz w:val="16"/>
                <w:szCs w:val="16"/>
              </w:rPr>
            </w:pPr>
            <w:r>
              <w:rPr>
                <w:rFonts w:ascii="Gill Sans MT" w:hAnsi="Gill Sans MT"/>
                <w:sz w:val="18"/>
              </w:rPr>
              <w:t>+1.14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F4090FB" w14:textId="77777777" w:rsidR="00297D2C" w:rsidRPr="00E302CD" w:rsidRDefault="00297D2C" w:rsidP="007B2FD8">
            <w:pPr>
              <w:jc w:val="center"/>
              <w:rPr>
                <w:rFonts w:ascii="Gill Sans MT" w:hAnsi="Gill Sans MT"/>
                <w:sz w:val="16"/>
                <w:szCs w:val="16"/>
              </w:rPr>
            </w:pPr>
            <w:r>
              <w:rPr>
                <w:rFonts w:ascii="Gill Sans MT" w:hAnsi="Gill Sans MT"/>
                <w:sz w:val="18"/>
              </w:rPr>
              <w:t>0.254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B06D3C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0.762</w:t>
            </w:r>
          </w:p>
        </w:tc>
      </w:tr>
      <w:tr w:rsidR="00297D2C" w:rsidRPr="00E302CD" w14:paraId="5A522FD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528FF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B6B1131" w14:textId="77777777" w:rsidR="00297D2C" w:rsidRPr="00E302CD" w:rsidRDefault="00297D2C" w:rsidP="007B2FD8">
            <w:pPr>
              <w:jc w:val="center"/>
              <w:rPr>
                <w:rFonts w:ascii="Gill Sans MT" w:hAnsi="Gill Sans MT"/>
                <w:sz w:val="16"/>
                <w:szCs w:val="16"/>
              </w:rPr>
            </w:pPr>
            <w:r>
              <w:rPr>
                <w:rFonts w:ascii="Gill Sans MT" w:hAnsi="Gill Sans MT"/>
                <w:sz w:val="18"/>
              </w:rPr>
              <w:t>-0.005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7F3954" w14:textId="77777777" w:rsidR="00297D2C" w:rsidRPr="00E302CD" w:rsidRDefault="00297D2C" w:rsidP="007B2FD8">
            <w:pPr>
              <w:jc w:val="center"/>
              <w:rPr>
                <w:rFonts w:ascii="Gill Sans MT" w:hAnsi="Gill Sans MT"/>
                <w:sz w:val="16"/>
                <w:szCs w:val="16"/>
              </w:rPr>
            </w:pPr>
            <w:r>
              <w:rPr>
                <w:rFonts w:ascii="Gill Sans MT" w:hAnsi="Gill Sans MT"/>
                <w:sz w:val="18"/>
              </w:rPr>
              <w:t>-0.11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CC70BA8" w14:textId="77777777" w:rsidR="00297D2C" w:rsidRPr="00E302CD" w:rsidRDefault="00297D2C" w:rsidP="007B2FD8">
            <w:pPr>
              <w:jc w:val="center"/>
              <w:rPr>
                <w:rFonts w:ascii="Gill Sans MT" w:hAnsi="Gill Sans MT"/>
                <w:sz w:val="16"/>
                <w:szCs w:val="16"/>
              </w:rPr>
            </w:pPr>
            <w:r>
              <w:rPr>
                <w:rFonts w:ascii="Gill Sans MT" w:hAnsi="Gill Sans MT"/>
                <w:sz w:val="18"/>
              </w:rPr>
              <w:t>0.910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B16F21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0.958</w:t>
            </w:r>
          </w:p>
        </w:tc>
      </w:tr>
      <w:tr w:rsidR="00297D2C" w:rsidRPr="00E302CD" w14:paraId="6BF925F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0198D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50DB6D" w14:textId="77777777" w:rsidR="00297D2C" w:rsidRPr="00E302CD" w:rsidRDefault="00297D2C" w:rsidP="007B2FD8">
            <w:pPr>
              <w:jc w:val="center"/>
              <w:rPr>
                <w:rFonts w:ascii="Gill Sans MT" w:hAnsi="Gill Sans MT"/>
                <w:sz w:val="16"/>
                <w:szCs w:val="16"/>
              </w:rPr>
            </w:pPr>
            <w:r>
              <w:rPr>
                <w:rFonts w:ascii="Gill Sans MT" w:hAnsi="Gill Sans MT"/>
                <w:sz w:val="18"/>
              </w:rPr>
              <w:t>+0.066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FEB958" w14:textId="77777777" w:rsidR="00297D2C" w:rsidRPr="00E302CD" w:rsidRDefault="00297D2C" w:rsidP="007B2FD8">
            <w:pPr>
              <w:jc w:val="center"/>
              <w:rPr>
                <w:rFonts w:ascii="Gill Sans MT" w:hAnsi="Gill Sans MT"/>
                <w:sz w:val="16"/>
                <w:szCs w:val="16"/>
              </w:rPr>
            </w:pPr>
            <w:r>
              <w:rPr>
                <w:rFonts w:ascii="Gill Sans MT" w:hAnsi="Gill Sans MT"/>
                <w:sz w:val="18"/>
              </w:rPr>
              <w:t>+1.42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192927" w14:textId="77777777" w:rsidR="00297D2C" w:rsidRPr="00E302CD" w:rsidRDefault="00297D2C" w:rsidP="007B2FD8">
            <w:pPr>
              <w:jc w:val="center"/>
              <w:rPr>
                <w:rFonts w:ascii="Gill Sans MT" w:hAnsi="Gill Sans MT"/>
                <w:sz w:val="16"/>
                <w:szCs w:val="16"/>
              </w:rPr>
            </w:pPr>
            <w:r>
              <w:rPr>
                <w:rFonts w:ascii="Gill Sans MT" w:hAnsi="Gill Sans MT"/>
                <w:sz w:val="18"/>
              </w:rPr>
              <w:t>0.155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94CA23F"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0.762</w:t>
            </w:r>
          </w:p>
        </w:tc>
      </w:tr>
      <w:tr w:rsidR="00297D2C" w:rsidRPr="00E302CD" w14:paraId="6802BD21"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033A30B"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E302CD" w14:paraId="70A1D01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1E768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7B6D7B6" w14:textId="77777777" w:rsidR="00297D2C" w:rsidRPr="00E302CD" w:rsidRDefault="00297D2C" w:rsidP="007B2FD8">
            <w:pPr>
              <w:jc w:val="center"/>
              <w:rPr>
                <w:rFonts w:ascii="Gill Sans MT" w:hAnsi="Gill Sans MT"/>
                <w:sz w:val="16"/>
                <w:szCs w:val="16"/>
              </w:rPr>
            </w:pPr>
            <w:r>
              <w:rPr>
                <w:rFonts w:ascii="Gill Sans MT" w:hAnsi="Gill Sans MT"/>
                <w:sz w:val="18"/>
              </w:rPr>
              <w:t>+0.049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C7E4ED0" w14:textId="77777777" w:rsidR="00297D2C" w:rsidRPr="00E302CD" w:rsidRDefault="00297D2C" w:rsidP="007B2FD8">
            <w:pPr>
              <w:jc w:val="center"/>
              <w:rPr>
                <w:rFonts w:ascii="Gill Sans MT" w:hAnsi="Gill Sans MT"/>
                <w:sz w:val="16"/>
                <w:szCs w:val="16"/>
              </w:rPr>
            </w:pPr>
            <w:r>
              <w:rPr>
                <w:rFonts w:ascii="Gill Sans MT" w:hAnsi="Gill Sans MT"/>
                <w:sz w:val="18"/>
              </w:rPr>
              <w:t>+1.08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4A25868" w14:textId="77777777" w:rsidR="00297D2C" w:rsidRPr="00E302CD" w:rsidRDefault="00297D2C" w:rsidP="007B2FD8">
            <w:pPr>
              <w:jc w:val="center"/>
              <w:rPr>
                <w:rFonts w:ascii="Gill Sans MT" w:hAnsi="Gill Sans MT"/>
                <w:sz w:val="16"/>
                <w:szCs w:val="16"/>
              </w:rPr>
            </w:pPr>
            <w:r>
              <w:rPr>
                <w:rFonts w:ascii="Gill Sans MT" w:hAnsi="Gill Sans MT"/>
                <w:sz w:val="18"/>
              </w:rPr>
              <w:t>0.283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326554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0.495</w:t>
            </w:r>
          </w:p>
        </w:tc>
      </w:tr>
      <w:tr w:rsidR="00297D2C" w:rsidRPr="00E302CD" w14:paraId="52D48F1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B9F482"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AE5CEF5" w14:textId="77777777" w:rsidR="00297D2C" w:rsidRPr="00E302CD" w:rsidRDefault="00297D2C" w:rsidP="007B2FD8">
            <w:pPr>
              <w:jc w:val="center"/>
              <w:rPr>
                <w:rFonts w:ascii="Gill Sans MT" w:hAnsi="Gill Sans MT"/>
                <w:sz w:val="16"/>
                <w:szCs w:val="16"/>
              </w:rPr>
            </w:pPr>
            <w:r>
              <w:rPr>
                <w:rFonts w:ascii="Gill Sans MT" w:hAnsi="Gill Sans MT"/>
                <w:sz w:val="18"/>
              </w:rPr>
              <w:t>-0.022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D415B86" w14:textId="77777777" w:rsidR="00297D2C" w:rsidRPr="00E302CD" w:rsidRDefault="00297D2C" w:rsidP="007B2FD8">
            <w:pPr>
              <w:jc w:val="center"/>
              <w:rPr>
                <w:rFonts w:ascii="Gill Sans MT" w:hAnsi="Gill Sans MT"/>
                <w:sz w:val="16"/>
                <w:szCs w:val="16"/>
              </w:rPr>
            </w:pPr>
            <w:r>
              <w:rPr>
                <w:rFonts w:ascii="Gill Sans MT" w:hAnsi="Gill Sans MT"/>
                <w:sz w:val="18"/>
              </w:rPr>
              <w:t>-0.47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F6131AB" w14:textId="77777777" w:rsidR="00297D2C" w:rsidRPr="00E302CD" w:rsidRDefault="00297D2C" w:rsidP="007B2FD8">
            <w:pPr>
              <w:jc w:val="center"/>
              <w:rPr>
                <w:rFonts w:ascii="Gill Sans MT" w:hAnsi="Gill Sans MT"/>
                <w:sz w:val="16"/>
                <w:szCs w:val="16"/>
              </w:rPr>
            </w:pPr>
            <w:r>
              <w:rPr>
                <w:rFonts w:ascii="Gill Sans MT" w:hAnsi="Gill Sans MT"/>
                <w:sz w:val="18"/>
              </w:rPr>
              <w:t>0.640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EBB4F0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0.640</w:t>
            </w:r>
          </w:p>
        </w:tc>
      </w:tr>
      <w:tr w:rsidR="00297D2C" w:rsidRPr="00E302CD" w14:paraId="75CFDD4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818E37"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839A44D" w14:textId="77777777" w:rsidR="00297D2C" w:rsidRPr="00E302CD" w:rsidRDefault="00297D2C" w:rsidP="007B2FD8">
            <w:pPr>
              <w:jc w:val="center"/>
              <w:rPr>
                <w:rFonts w:ascii="Gill Sans MT" w:hAnsi="Gill Sans MT"/>
                <w:sz w:val="16"/>
                <w:szCs w:val="16"/>
              </w:rPr>
            </w:pPr>
            <w:r>
              <w:rPr>
                <w:rFonts w:ascii="Gill Sans MT" w:hAnsi="Gill Sans MT"/>
                <w:sz w:val="18"/>
              </w:rPr>
              <w:t>+0.054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6611364" w14:textId="77777777" w:rsidR="00297D2C" w:rsidRPr="00E302CD" w:rsidRDefault="00297D2C" w:rsidP="007B2FD8">
            <w:pPr>
              <w:jc w:val="center"/>
              <w:rPr>
                <w:rFonts w:ascii="Gill Sans MT" w:hAnsi="Gill Sans MT"/>
                <w:sz w:val="16"/>
                <w:szCs w:val="16"/>
              </w:rPr>
            </w:pPr>
            <w:r>
              <w:rPr>
                <w:rFonts w:ascii="Gill Sans MT" w:hAnsi="Gill Sans MT"/>
                <w:sz w:val="18"/>
              </w:rPr>
              <w:t>+1.19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53188A4" w14:textId="77777777" w:rsidR="00297D2C" w:rsidRPr="00E302CD" w:rsidRDefault="00297D2C" w:rsidP="007B2FD8">
            <w:pPr>
              <w:jc w:val="center"/>
              <w:rPr>
                <w:rFonts w:ascii="Gill Sans MT" w:hAnsi="Gill Sans MT"/>
                <w:sz w:val="16"/>
                <w:szCs w:val="16"/>
              </w:rPr>
            </w:pPr>
            <w:r>
              <w:rPr>
                <w:rFonts w:ascii="Gill Sans MT" w:hAnsi="Gill Sans MT"/>
                <w:sz w:val="18"/>
              </w:rPr>
              <w:t>0.234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853E6F3"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0.495</w:t>
            </w:r>
          </w:p>
        </w:tc>
      </w:tr>
      <w:tr w:rsidR="00297D2C" w:rsidRPr="00E302CD" w14:paraId="4321A70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68E74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7E4E36" w14:textId="77777777" w:rsidR="00297D2C" w:rsidRPr="00E302CD" w:rsidRDefault="00297D2C" w:rsidP="007B2FD8">
            <w:pPr>
              <w:jc w:val="center"/>
              <w:rPr>
                <w:rFonts w:ascii="Gill Sans MT" w:hAnsi="Gill Sans MT"/>
                <w:sz w:val="16"/>
                <w:szCs w:val="16"/>
              </w:rPr>
            </w:pPr>
            <w:r>
              <w:rPr>
                <w:rFonts w:ascii="Gill Sans MT" w:hAnsi="Gill Sans MT"/>
                <w:sz w:val="18"/>
              </w:rPr>
              <w:t>+0.035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18B5446" w14:textId="77777777" w:rsidR="00297D2C" w:rsidRPr="00E302CD" w:rsidRDefault="00297D2C" w:rsidP="007B2FD8">
            <w:pPr>
              <w:jc w:val="center"/>
              <w:rPr>
                <w:rFonts w:ascii="Gill Sans MT" w:hAnsi="Gill Sans MT"/>
                <w:sz w:val="16"/>
                <w:szCs w:val="16"/>
              </w:rPr>
            </w:pPr>
            <w:r>
              <w:rPr>
                <w:rFonts w:ascii="Gill Sans MT" w:hAnsi="Gill Sans MT"/>
                <w:sz w:val="18"/>
              </w:rPr>
              <w:t>+0.75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92CAF0F" w14:textId="77777777" w:rsidR="00297D2C" w:rsidRPr="00E302CD" w:rsidRDefault="00297D2C" w:rsidP="007B2FD8">
            <w:pPr>
              <w:jc w:val="center"/>
              <w:rPr>
                <w:rFonts w:ascii="Gill Sans MT" w:hAnsi="Gill Sans MT"/>
                <w:sz w:val="16"/>
                <w:szCs w:val="16"/>
              </w:rPr>
            </w:pPr>
            <w:r>
              <w:rPr>
                <w:rFonts w:ascii="Gill Sans MT" w:hAnsi="Gill Sans MT"/>
                <w:sz w:val="18"/>
              </w:rPr>
              <w:t>0.451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244C40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0.526</w:t>
            </w:r>
          </w:p>
        </w:tc>
      </w:tr>
      <w:tr w:rsidR="00297D2C" w:rsidRPr="00E302CD" w14:paraId="5B8D1DB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116086"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EB10299" w14:textId="77777777" w:rsidR="00297D2C" w:rsidRPr="00E302CD" w:rsidRDefault="00297D2C" w:rsidP="007B2FD8">
            <w:pPr>
              <w:jc w:val="center"/>
              <w:rPr>
                <w:rFonts w:ascii="Gill Sans MT" w:hAnsi="Gill Sans MT"/>
                <w:sz w:val="16"/>
                <w:szCs w:val="16"/>
              </w:rPr>
            </w:pPr>
            <w:r>
              <w:rPr>
                <w:rFonts w:ascii="Gill Sans MT" w:hAnsi="Gill Sans MT"/>
                <w:sz w:val="18"/>
              </w:rPr>
              <w:t>+0.042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7BD5C1C" w14:textId="77777777" w:rsidR="00297D2C" w:rsidRPr="00E302CD" w:rsidRDefault="00297D2C" w:rsidP="007B2FD8">
            <w:pPr>
              <w:jc w:val="center"/>
              <w:rPr>
                <w:rFonts w:ascii="Gill Sans MT" w:hAnsi="Gill Sans MT"/>
                <w:sz w:val="16"/>
                <w:szCs w:val="16"/>
              </w:rPr>
            </w:pPr>
            <w:r>
              <w:rPr>
                <w:rFonts w:ascii="Gill Sans MT" w:hAnsi="Gill Sans MT"/>
                <w:sz w:val="18"/>
              </w:rPr>
              <w:t>+0.92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6835E50" w14:textId="77777777" w:rsidR="00297D2C" w:rsidRPr="00E302CD" w:rsidRDefault="00297D2C" w:rsidP="007B2FD8">
            <w:pPr>
              <w:jc w:val="center"/>
              <w:rPr>
                <w:rFonts w:ascii="Gill Sans MT" w:hAnsi="Gill Sans MT"/>
                <w:sz w:val="16"/>
                <w:szCs w:val="16"/>
              </w:rPr>
            </w:pPr>
            <w:r>
              <w:rPr>
                <w:rFonts w:ascii="Gill Sans MT" w:hAnsi="Gill Sans MT"/>
                <w:sz w:val="18"/>
              </w:rPr>
              <w:t>0.359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8C5E91E"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0.502</w:t>
            </w:r>
          </w:p>
        </w:tc>
      </w:tr>
      <w:tr w:rsidR="00297D2C" w:rsidRPr="00E302CD" w14:paraId="658EE1B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BA761C"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F51EE95" w14:textId="77777777" w:rsidR="00297D2C" w:rsidRPr="00E302CD" w:rsidRDefault="00297D2C" w:rsidP="007B2FD8">
            <w:pPr>
              <w:jc w:val="center"/>
              <w:rPr>
                <w:rFonts w:ascii="Gill Sans MT" w:hAnsi="Gill Sans MT"/>
                <w:sz w:val="16"/>
                <w:szCs w:val="16"/>
              </w:rPr>
            </w:pPr>
            <w:r>
              <w:rPr>
                <w:rFonts w:ascii="Gill Sans MT" w:hAnsi="Gill Sans MT"/>
                <w:sz w:val="18"/>
              </w:rPr>
              <w:t>+0.063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3A9EDF" w14:textId="77777777" w:rsidR="00297D2C" w:rsidRPr="00E302CD" w:rsidRDefault="00297D2C" w:rsidP="007B2FD8">
            <w:pPr>
              <w:jc w:val="center"/>
              <w:rPr>
                <w:rFonts w:ascii="Gill Sans MT" w:hAnsi="Gill Sans MT"/>
                <w:sz w:val="16"/>
                <w:szCs w:val="16"/>
              </w:rPr>
            </w:pPr>
            <w:r>
              <w:rPr>
                <w:rFonts w:ascii="Gill Sans MT" w:hAnsi="Gill Sans MT"/>
                <w:sz w:val="18"/>
              </w:rPr>
              <w:t>+1.37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4EDBB8F" w14:textId="77777777" w:rsidR="00297D2C" w:rsidRPr="00E302CD" w:rsidRDefault="00297D2C" w:rsidP="007B2FD8">
            <w:pPr>
              <w:jc w:val="center"/>
              <w:rPr>
                <w:rFonts w:ascii="Gill Sans MT" w:hAnsi="Gill Sans MT"/>
                <w:sz w:val="16"/>
                <w:szCs w:val="16"/>
              </w:rPr>
            </w:pPr>
            <w:r>
              <w:rPr>
                <w:rFonts w:ascii="Gill Sans MT" w:hAnsi="Gill Sans MT"/>
                <w:sz w:val="18"/>
              </w:rPr>
              <w:t>0.170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F41420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0.495</w:t>
            </w:r>
          </w:p>
        </w:tc>
      </w:tr>
      <w:tr w:rsidR="00297D2C" w:rsidRPr="00E302CD" w14:paraId="7F761498"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5769EF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22BC85DA" w14:textId="77777777" w:rsidR="00297D2C" w:rsidRPr="00E302CD" w:rsidRDefault="00297D2C" w:rsidP="007B2FD8">
            <w:pPr>
              <w:jc w:val="center"/>
              <w:rPr>
                <w:rFonts w:ascii="Gill Sans MT" w:hAnsi="Gill Sans MT"/>
                <w:sz w:val="16"/>
                <w:szCs w:val="16"/>
              </w:rPr>
            </w:pPr>
            <w:r>
              <w:rPr>
                <w:rFonts w:ascii="Gill Sans MT" w:hAnsi="Gill Sans MT"/>
                <w:sz w:val="18"/>
              </w:rPr>
              <w:t>+0.053</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3567D12A" w14:textId="77777777" w:rsidR="00297D2C" w:rsidRPr="00E302CD" w:rsidRDefault="00297D2C" w:rsidP="007B2FD8">
            <w:pPr>
              <w:jc w:val="center"/>
              <w:rPr>
                <w:rFonts w:ascii="Gill Sans MT" w:hAnsi="Gill Sans MT"/>
                <w:sz w:val="16"/>
                <w:szCs w:val="16"/>
              </w:rPr>
            </w:pPr>
            <w:r>
              <w:rPr>
                <w:rFonts w:ascii="Gill Sans MT" w:hAnsi="Gill Sans MT"/>
                <w:sz w:val="18"/>
              </w:rPr>
              <w:t>+1.15</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6AD01158" w14:textId="77777777" w:rsidR="00297D2C" w:rsidRPr="00E302CD" w:rsidRDefault="00297D2C" w:rsidP="007B2FD8">
            <w:pPr>
              <w:jc w:val="center"/>
              <w:rPr>
                <w:rFonts w:ascii="Gill Sans MT" w:hAnsi="Gill Sans MT"/>
                <w:sz w:val="16"/>
                <w:szCs w:val="16"/>
              </w:rPr>
            </w:pPr>
            <w:r>
              <w:rPr>
                <w:rFonts w:ascii="Gill Sans MT" w:hAnsi="Gill Sans MT"/>
                <w:sz w:val="18"/>
              </w:rPr>
              <w:t>0.249</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4B365C0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0.495</w:t>
            </w:r>
          </w:p>
        </w:tc>
      </w:tr>
      <w:tr w:rsidR="00297D2C" w:rsidRPr="00E302CD" w14:paraId="70D2BA6A"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7000FC0F"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SCOPA-AUT (n = 504)</w:t>
            </w:r>
          </w:p>
        </w:tc>
      </w:tr>
      <w:tr w:rsidR="00297D2C" w:rsidRPr="00E302CD" w14:paraId="1206124F"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F467528" w14:textId="77777777" w:rsidR="00297D2C" w:rsidRPr="00E302CD"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D097B17" w14:textId="77777777" w:rsidR="00297D2C" w:rsidRPr="00E302CD"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FC3E8FC"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9CDFE42"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EA02DB3"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E302CD" w14:paraId="273197E7"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DF911EE"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E302CD" w14:paraId="5C42746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49D347D"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DF36266" w14:textId="77777777" w:rsidR="00297D2C" w:rsidRPr="00E302CD" w:rsidRDefault="00297D2C" w:rsidP="007B2FD8">
            <w:pPr>
              <w:jc w:val="center"/>
              <w:rPr>
                <w:rFonts w:ascii="Gill Sans MT" w:hAnsi="Gill Sans MT"/>
                <w:sz w:val="16"/>
                <w:szCs w:val="16"/>
              </w:rPr>
            </w:pPr>
            <w:r>
              <w:rPr>
                <w:rFonts w:ascii="Gill Sans MT" w:hAnsi="Gill Sans MT"/>
                <w:sz w:val="18"/>
              </w:rPr>
              <w:t>+0.012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12A55E" w14:textId="77777777" w:rsidR="00297D2C" w:rsidRPr="00E302CD" w:rsidRDefault="00297D2C" w:rsidP="007B2FD8">
            <w:pPr>
              <w:jc w:val="center"/>
              <w:rPr>
                <w:rFonts w:ascii="Gill Sans MT" w:hAnsi="Gill Sans MT"/>
                <w:sz w:val="16"/>
                <w:szCs w:val="16"/>
              </w:rPr>
            </w:pPr>
            <w:r>
              <w:rPr>
                <w:rFonts w:ascii="Gill Sans MT" w:hAnsi="Gill Sans MT"/>
                <w:sz w:val="18"/>
              </w:rPr>
              <w:t>+0.25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F5ED778" w14:textId="77777777" w:rsidR="00297D2C" w:rsidRPr="00E302CD" w:rsidRDefault="00297D2C" w:rsidP="007B2FD8">
            <w:pPr>
              <w:jc w:val="center"/>
              <w:rPr>
                <w:rFonts w:ascii="Gill Sans MT" w:hAnsi="Gill Sans MT"/>
                <w:sz w:val="16"/>
                <w:szCs w:val="16"/>
              </w:rPr>
            </w:pPr>
            <w:r>
              <w:rPr>
                <w:rFonts w:ascii="Gill Sans MT" w:hAnsi="Gill Sans MT"/>
                <w:sz w:val="18"/>
              </w:rPr>
              <w:t>0.805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7D0C01" w14:textId="77777777" w:rsidR="00297D2C" w:rsidRPr="00E302CD" w:rsidRDefault="00297D2C" w:rsidP="007B2FD8">
            <w:pPr>
              <w:jc w:val="center"/>
              <w:rPr>
                <w:rFonts w:ascii="Gill Sans MT" w:hAnsi="Gill Sans MT"/>
                <w:sz w:val="16"/>
                <w:szCs w:val="16"/>
              </w:rPr>
            </w:pPr>
          </w:p>
        </w:tc>
      </w:tr>
      <w:tr w:rsidR="00297D2C" w:rsidRPr="00E302CD" w14:paraId="3B6ABB3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787EC9"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5A4F063" w14:textId="77777777" w:rsidR="00297D2C" w:rsidRPr="00E302CD" w:rsidRDefault="00297D2C" w:rsidP="007B2FD8">
            <w:pPr>
              <w:jc w:val="center"/>
              <w:rPr>
                <w:rFonts w:ascii="Gill Sans MT" w:hAnsi="Gill Sans MT"/>
                <w:sz w:val="16"/>
                <w:szCs w:val="16"/>
              </w:rPr>
            </w:pPr>
            <w:r>
              <w:rPr>
                <w:rFonts w:ascii="Gill Sans MT" w:hAnsi="Gill Sans MT"/>
                <w:sz w:val="18"/>
              </w:rPr>
              <w:t>+0.089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3A6DA1D" w14:textId="77777777" w:rsidR="00297D2C" w:rsidRPr="00E302CD" w:rsidRDefault="00297D2C" w:rsidP="007B2FD8">
            <w:pPr>
              <w:jc w:val="center"/>
              <w:rPr>
                <w:rFonts w:ascii="Gill Sans MT" w:hAnsi="Gill Sans MT"/>
                <w:sz w:val="16"/>
                <w:szCs w:val="16"/>
              </w:rPr>
            </w:pPr>
            <w:r>
              <w:rPr>
                <w:rFonts w:ascii="Gill Sans MT" w:hAnsi="Gill Sans MT"/>
                <w:sz w:val="18"/>
              </w:rPr>
              <w:t>+1.87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30A3D57" w14:textId="77777777" w:rsidR="00297D2C" w:rsidRPr="00E302CD" w:rsidRDefault="00297D2C" w:rsidP="007B2FD8">
            <w:pPr>
              <w:jc w:val="center"/>
              <w:rPr>
                <w:rFonts w:ascii="Gill Sans MT" w:hAnsi="Gill Sans MT"/>
                <w:sz w:val="16"/>
                <w:szCs w:val="16"/>
              </w:rPr>
            </w:pPr>
            <w:r>
              <w:rPr>
                <w:rFonts w:ascii="Gill Sans MT" w:hAnsi="Gill Sans MT"/>
                <w:sz w:val="18"/>
              </w:rPr>
              <w:t>0.062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DFEBED" w14:textId="77777777" w:rsidR="00297D2C" w:rsidRPr="00E302CD" w:rsidRDefault="00297D2C" w:rsidP="007B2FD8">
            <w:pPr>
              <w:jc w:val="center"/>
              <w:rPr>
                <w:rFonts w:ascii="Gill Sans MT" w:hAnsi="Gill Sans MT"/>
                <w:sz w:val="16"/>
                <w:szCs w:val="16"/>
              </w:rPr>
            </w:pPr>
          </w:p>
        </w:tc>
      </w:tr>
      <w:tr w:rsidR="00297D2C" w:rsidRPr="00E302CD" w14:paraId="5F37746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9D0ED7"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C4F0A20" w14:textId="77777777" w:rsidR="00297D2C" w:rsidRPr="00E302CD" w:rsidRDefault="00297D2C" w:rsidP="007B2FD8">
            <w:pPr>
              <w:jc w:val="center"/>
              <w:rPr>
                <w:rFonts w:ascii="Gill Sans MT" w:hAnsi="Gill Sans MT"/>
                <w:sz w:val="16"/>
                <w:szCs w:val="16"/>
              </w:rPr>
            </w:pPr>
            <w:r>
              <w:rPr>
                <w:rFonts w:ascii="Gill Sans MT" w:hAnsi="Gill Sans MT"/>
                <w:sz w:val="18"/>
              </w:rPr>
              <w:t>+0.071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F44340F" w14:textId="77777777" w:rsidR="00297D2C" w:rsidRPr="00E302CD" w:rsidRDefault="00297D2C" w:rsidP="007B2FD8">
            <w:pPr>
              <w:jc w:val="center"/>
              <w:rPr>
                <w:rFonts w:ascii="Gill Sans MT" w:hAnsi="Gill Sans MT"/>
                <w:sz w:val="16"/>
                <w:szCs w:val="16"/>
              </w:rPr>
            </w:pPr>
            <w:r>
              <w:rPr>
                <w:rFonts w:ascii="Gill Sans MT" w:hAnsi="Gill Sans MT"/>
                <w:sz w:val="18"/>
              </w:rPr>
              <w:t>+1.51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68DF367" w14:textId="77777777" w:rsidR="00297D2C" w:rsidRPr="00E302CD" w:rsidRDefault="00297D2C" w:rsidP="007B2FD8">
            <w:pPr>
              <w:jc w:val="center"/>
              <w:rPr>
                <w:rFonts w:ascii="Gill Sans MT" w:hAnsi="Gill Sans MT"/>
                <w:sz w:val="16"/>
                <w:szCs w:val="16"/>
              </w:rPr>
            </w:pPr>
            <w:r>
              <w:rPr>
                <w:rFonts w:ascii="Gill Sans MT" w:hAnsi="Gill Sans MT"/>
                <w:sz w:val="18"/>
              </w:rPr>
              <w:t>0.132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EBF62A1" w14:textId="77777777" w:rsidR="00297D2C" w:rsidRPr="00E302CD" w:rsidRDefault="00297D2C" w:rsidP="007B2FD8">
            <w:pPr>
              <w:jc w:val="center"/>
              <w:rPr>
                <w:rFonts w:ascii="Gill Sans MT" w:hAnsi="Gill Sans MT"/>
                <w:sz w:val="16"/>
                <w:szCs w:val="16"/>
              </w:rPr>
            </w:pPr>
          </w:p>
        </w:tc>
      </w:tr>
      <w:tr w:rsidR="00297D2C" w:rsidRPr="00E302CD" w14:paraId="6E79D167"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D79A347"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E302CD" w14:paraId="36CD818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634AF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63EB008" w14:textId="77777777" w:rsidR="00297D2C" w:rsidRPr="00E302CD" w:rsidRDefault="00297D2C" w:rsidP="007B2FD8">
            <w:pPr>
              <w:jc w:val="center"/>
              <w:rPr>
                <w:rFonts w:ascii="Gill Sans MT" w:hAnsi="Gill Sans MT"/>
                <w:sz w:val="16"/>
                <w:szCs w:val="16"/>
              </w:rPr>
            </w:pPr>
            <w:r>
              <w:rPr>
                <w:rFonts w:ascii="Gill Sans MT" w:hAnsi="Gill Sans MT"/>
                <w:sz w:val="18"/>
              </w:rPr>
              <w:t>-0.023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DF3EA63" w14:textId="77777777" w:rsidR="00297D2C" w:rsidRPr="00E302CD" w:rsidRDefault="00297D2C" w:rsidP="007B2FD8">
            <w:pPr>
              <w:jc w:val="center"/>
              <w:rPr>
                <w:rFonts w:ascii="Gill Sans MT" w:hAnsi="Gill Sans MT"/>
                <w:sz w:val="16"/>
                <w:szCs w:val="16"/>
              </w:rPr>
            </w:pPr>
            <w:r>
              <w:rPr>
                <w:rFonts w:ascii="Gill Sans MT" w:hAnsi="Gill Sans MT"/>
                <w:sz w:val="18"/>
              </w:rPr>
              <w:t>-0.55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73BCBE" w14:textId="77777777" w:rsidR="00297D2C" w:rsidRPr="00E302CD" w:rsidRDefault="00297D2C" w:rsidP="007B2FD8">
            <w:pPr>
              <w:jc w:val="center"/>
              <w:rPr>
                <w:rFonts w:ascii="Gill Sans MT" w:hAnsi="Gill Sans MT"/>
                <w:sz w:val="16"/>
                <w:szCs w:val="16"/>
              </w:rPr>
            </w:pPr>
            <w:r>
              <w:rPr>
                <w:rFonts w:ascii="Gill Sans MT" w:hAnsi="Gill Sans MT"/>
                <w:sz w:val="18"/>
              </w:rPr>
              <w:t>0.582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01CAAB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0.582</w:t>
            </w:r>
          </w:p>
        </w:tc>
      </w:tr>
      <w:tr w:rsidR="00297D2C" w:rsidRPr="00E302CD" w14:paraId="287C226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EECC1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8197DF4" w14:textId="77777777" w:rsidR="00297D2C" w:rsidRPr="00E302CD" w:rsidRDefault="00297D2C" w:rsidP="007B2FD8">
            <w:pPr>
              <w:jc w:val="center"/>
              <w:rPr>
                <w:rFonts w:ascii="Gill Sans MT" w:hAnsi="Gill Sans MT"/>
                <w:sz w:val="16"/>
                <w:szCs w:val="16"/>
              </w:rPr>
            </w:pPr>
            <w:r>
              <w:rPr>
                <w:rFonts w:ascii="Gill Sans MT" w:hAnsi="Gill Sans MT"/>
                <w:sz w:val="18"/>
              </w:rPr>
              <w:t>+0.044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501D86C" w14:textId="77777777" w:rsidR="00297D2C" w:rsidRPr="00E302CD" w:rsidRDefault="00297D2C" w:rsidP="007B2FD8">
            <w:pPr>
              <w:jc w:val="center"/>
              <w:rPr>
                <w:rFonts w:ascii="Gill Sans MT" w:hAnsi="Gill Sans MT"/>
                <w:sz w:val="16"/>
                <w:szCs w:val="16"/>
              </w:rPr>
            </w:pPr>
            <w:r>
              <w:rPr>
                <w:rFonts w:ascii="Gill Sans MT" w:hAnsi="Gill Sans MT"/>
                <w:sz w:val="18"/>
              </w:rPr>
              <w:t>+1.08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2D89ED3" w14:textId="77777777" w:rsidR="00297D2C" w:rsidRPr="00E302CD" w:rsidRDefault="00297D2C" w:rsidP="007B2FD8">
            <w:pPr>
              <w:jc w:val="center"/>
              <w:rPr>
                <w:rFonts w:ascii="Gill Sans MT" w:hAnsi="Gill Sans MT"/>
                <w:sz w:val="16"/>
                <w:szCs w:val="16"/>
              </w:rPr>
            </w:pPr>
            <w:r>
              <w:rPr>
                <w:rFonts w:ascii="Gill Sans MT" w:hAnsi="Gill Sans MT"/>
                <w:sz w:val="18"/>
              </w:rPr>
              <w:t>0.283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B51B43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0.548</w:t>
            </w:r>
          </w:p>
        </w:tc>
      </w:tr>
      <w:tr w:rsidR="00297D2C" w:rsidRPr="00E302CD" w14:paraId="69C7572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3FF97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A5251B3" w14:textId="77777777" w:rsidR="00297D2C" w:rsidRPr="00E302CD" w:rsidRDefault="00297D2C" w:rsidP="007B2FD8">
            <w:pPr>
              <w:jc w:val="center"/>
              <w:rPr>
                <w:rFonts w:ascii="Gill Sans MT" w:hAnsi="Gill Sans MT"/>
                <w:sz w:val="16"/>
                <w:szCs w:val="16"/>
              </w:rPr>
            </w:pPr>
            <w:r>
              <w:rPr>
                <w:rFonts w:ascii="Gill Sans MT" w:hAnsi="Gill Sans MT"/>
                <w:sz w:val="18"/>
              </w:rPr>
              <w:t>-0.042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3152974" w14:textId="77777777" w:rsidR="00297D2C" w:rsidRPr="00E302CD" w:rsidRDefault="00297D2C" w:rsidP="007B2FD8">
            <w:pPr>
              <w:jc w:val="center"/>
              <w:rPr>
                <w:rFonts w:ascii="Gill Sans MT" w:hAnsi="Gill Sans MT"/>
                <w:sz w:val="16"/>
                <w:szCs w:val="16"/>
              </w:rPr>
            </w:pPr>
            <w:r>
              <w:rPr>
                <w:rFonts w:ascii="Gill Sans MT" w:hAnsi="Gill Sans MT"/>
                <w:sz w:val="18"/>
              </w:rPr>
              <w:t>-0.91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DE4106B" w14:textId="77777777" w:rsidR="00297D2C" w:rsidRPr="00E302CD" w:rsidRDefault="00297D2C" w:rsidP="007B2FD8">
            <w:pPr>
              <w:jc w:val="center"/>
              <w:rPr>
                <w:rFonts w:ascii="Gill Sans MT" w:hAnsi="Gill Sans MT"/>
                <w:sz w:val="16"/>
                <w:szCs w:val="16"/>
              </w:rPr>
            </w:pPr>
            <w:r>
              <w:rPr>
                <w:rFonts w:ascii="Gill Sans MT" w:hAnsi="Gill Sans MT"/>
                <w:sz w:val="18"/>
              </w:rPr>
              <w:t>0.365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156CB70"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0.548</w:t>
            </w:r>
          </w:p>
        </w:tc>
      </w:tr>
      <w:tr w:rsidR="00297D2C" w:rsidRPr="00E302CD" w14:paraId="0B24B5F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F689B90"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E302CD" w14:paraId="4D94223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655F4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0425FE" w14:textId="77777777" w:rsidR="00297D2C" w:rsidRPr="00E302CD" w:rsidRDefault="00297D2C" w:rsidP="007B2FD8">
            <w:pPr>
              <w:jc w:val="center"/>
              <w:rPr>
                <w:rFonts w:ascii="Gill Sans MT" w:hAnsi="Gill Sans MT"/>
                <w:sz w:val="16"/>
                <w:szCs w:val="16"/>
              </w:rPr>
            </w:pPr>
            <w:r>
              <w:rPr>
                <w:rFonts w:ascii="Gill Sans MT" w:hAnsi="Gill Sans MT"/>
                <w:sz w:val="18"/>
              </w:rPr>
              <w:t>-0.026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03251E6" w14:textId="77777777" w:rsidR="00297D2C" w:rsidRPr="00E302CD" w:rsidRDefault="00297D2C" w:rsidP="007B2FD8">
            <w:pPr>
              <w:jc w:val="center"/>
              <w:rPr>
                <w:rFonts w:ascii="Gill Sans MT" w:hAnsi="Gill Sans MT"/>
                <w:sz w:val="16"/>
                <w:szCs w:val="16"/>
              </w:rPr>
            </w:pPr>
            <w:r>
              <w:rPr>
                <w:rFonts w:ascii="Gill Sans MT" w:hAnsi="Gill Sans MT"/>
                <w:sz w:val="18"/>
              </w:rPr>
              <w:t>-0.63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57CA91D" w14:textId="77777777" w:rsidR="00297D2C" w:rsidRPr="00E302CD" w:rsidRDefault="00297D2C" w:rsidP="007B2FD8">
            <w:pPr>
              <w:jc w:val="center"/>
              <w:rPr>
                <w:rFonts w:ascii="Gill Sans MT" w:hAnsi="Gill Sans MT"/>
                <w:sz w:val="16"/>
                <w:szCs w:val="16"/>
              </w:rPr>
            </w:pPr>
            <w:r>
              <w:rPr>
                <w:rFonts w:ascii="Gill Sans MT" w:hAnsi="Gill Sans MT"/>
                <w:sz w:val="18"/>
              </w:rPr>
              <w:t>0.529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A709F1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0.766</w:t>
            </w:r>
          </w:p>
        </w:tc>
      </w:tr>
      <w:tr w:rsidR="00297D2C" w:rsidRPr="00E302CD" w14:paraId="2F980E4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6F1E21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87A553B" w14:textId="77777777" w:rsidR="00297D2C" w:rsidRPr="00E302CD" w:rsidRDefault="00297D2C" w:rsidP="007B2FD8">
            <w:pPr>
              <w:jc w:val="center"/>
              <w:rPr>
                <w:rFonts w:ascii="Gill Sans MT" w:hAnsi="Gill Sans MT"/>
                <w:sz w:val="16"/>
                <w:szCs w:val="16"/>
              </w:rPr>
            </w:pPr>
            <w:r>
              <w:rPr>
                <w:rFonts w:ascii="Gill Sans MT" w:hAnsi="Gill Sans MT"/>
                <w:sz w:val="18"/>
              </w:rPr>
              <w:t>-0.017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2494F9" w14:textId="77777777" w:rsidR="00297D2C" w:rsidRPr="00E302CD" w:rsidRDefault="00297D2C" w:rsidP="007B2FD8">
            <w:pPr>
              <w:jc w:val="center"/>
              <w:rPr>
                <w:rFonts w:ascii="Gill Sans MT" w:hAnsi="Gill Sans MT"/>
                <w:sz w:val="16"/>
                <w:szCs w:val="16"/>
              </w:rPr>
            </w:pPr>
            <w:r>
              <w:rPr>
                <w:rFonts w:ascii="Gill Sans MT" w:hAnsi="Gill Sans MT"/>
                <w:sz w:val="18"/>
              </w:rPr>
              <w:t>-0.38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E73D472" w14:textId="77777777" w:rsidR="00297D2C" w:rsidRPr="00E302CD" w:rsidRDefault="00297D2C" w:rsidP="007B2FD8">
            <w:pPr>
              <w:jc w:val="center"/>
              <w:rPr>
                <w:rFonts w:ascii="Gill Sans MT" w:hAnsi="Gill Sans MT"/>
                <w:sz w:val="16"/>
                <w:szCs w:val="16"/>
              </w:rPr>
            </w:pPr>
            <w:r>
              <w:rPr>
                <w:rFonts w:ascii="Gill Sans MT" w:hAnsi="Gill Sans MT"/>
                <w:sz w:val="18"/>
              </w:rPr>
              <w:t>0.708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CA9F7E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0.766</w:t>
            </w:r>
          </w:p>
        </w:tc>
      </w:tr>
      <w:tr w:rsidR="00297D2C" w:rsidRPr="00E302CD" w14:paraId="3B847BD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682D2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2983070" w14:textId="77777777" w:rsidR="00297D2C" w:rsidRPr="00E302CD" w:rsidRDefault="00297D2C" w:rsidP="007B2FD8">
            <w:pPr>
              <w:jc w:val="center"/>
              <w:rPr>
                <w:rFonts w:ascii="Gill Sans MT" w:hAnsi="Gill Sans MT"/>
                <w:sz w:val="16"/>
                <w:szCs w:val="16"/>
              </w:rPr>
            </w:pPr>
            <w:r>
              <w:rPr>
                <w:rFonts w:ascii="Gill Sans MT" w:hAnsi="Gill Sans MT"/>
                <w:sz w:val="18"/>
              </w:rPr>
              <w:t>+0.072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38736A4" w14:textId="77777777" w:rsidR="00297D2C" w:rsidRPr="00E302CD" w:rsidRDefault="00297D2C" w:rsidP="007B2FD8">
            <w:pPr>
              <w:jc w:val="center"/>
              <w:rPr>
                <w:rFonts w:ascii="Gill Sans MT" w:hAnsi="Gill Sans MT"/>
                <w:sz w:val="16"/>
                <w:szCs w:val="16"/>
              </w:rPr>
            </w:pPr>
            <w:r>
              <w:rPr>
                <w:rFonts w:ascii="Gill Sans MT" w:hAnsi="Gill Sans MT"/>
                <w:sz w:val="18"/>
              </w:rPr>
              <w:t>+1.72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5481875" w14:textId="77777777" w:rsidR="00297D2C" w:rsidRPr="00E302CD" w:rsidRDefault="00297D2C" w:rsidP="007B2FD8">
            <w:pPr>
              <w:jc w:val="center"/>
              <w:rPr>
                <w:rFonts w:ascii="Gill Sans MT" w:hAnsi="Gill Sans MT"/>
                <w:sz w:val="16"/>
                <w:szCs w:val="16"/>
              </w:rPr>
            </w:pPr>
            <w:r>
              <w:rPr>
                <w:rFonts w:ascii="Gill Sans MT" w:hAnsi="Gill Sans MT"/>
                <w:sz w:val="18"/>
              </w:rPr>
              <w:t>0.086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9DF030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0.517</w:t>
            </w:r>
          </w:p>
        </w:tc>
      </w:tr>
      <w:tr w:rsidR="00297D2C" w:rsidRPr="00E302CD" w14:paraId="06536B8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908FF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F01043" w14:textId="77777777" w:rsidR="00297D2C" w:rsidRPr="00E302CD" w:rsidRDefault="00297D2C" w:rsidP="007B2FD8">
            <w:pPr>
              <w:jc w:val="center"/>
              <w:rPr>
                <w:rFonts w:ascii="Gill Sans MT" w:hAnsi="Gill Sans MT"/>
                <w:sz w:val="16"/>
                <w:szCs w:val="16"/>
              </w:rPr>
            </w:pPr>
            <w:r>
              <w:rPr>
                <w:rFonts w:ascii="Gill Sans MT" w:hAnsi="Gill Sans MT"/>
                <w:sz w:val="18"/>
              </w:rPr>
              <w:t>+0.012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CAC94C9" w14:textId="77777777" w:rsidR="00297D2C" w:rsidRPr="00E302CD" w:rsidRDefault="00297D2C" w:rsidP="007B2FD8">
            <w:pPr>
              <w:jc w:val="center"/>
              <w:rPr>
                <w:rFonts w:ascii="Gill Sans MT" w:hAnsi="Gill Sans MT"/>
                <w:sz w:val="16"/>
                <w:szCs w:val="16"/>
              </w:rPr>
            </w:pPr>
            <w:r>
              <w:rPr>
                <w:rFonts w:ascii="Gill Sans MT" w:hAnsi="Gill Sans MT"/>
                <w:sz w:val="18"/>
              </w:rPr>
              <w:t>+0.30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3D4B093" w14:textId="77777777" w:rsidR="00297D2C" w:rsidRPr="00E302CD" w:rsidRDefault="00297D2C" w:rsidP="007B2FD8">
            <w:pPr>
              <w:jc w:val="center"/>
              <w:rPr>
                <w:rFonts w:ascii="Gill Sans MT" w:hAnsi="Gill Sans MT"/>
                <w:sz w:val="16"/>
                <w:szCs w:val="16"/>
              </w:rPr>
            </w:pPr>
            <w:r>
              <w:rPr>
                <w:rFonts w:ascii="Gill Sans MT" w:hAnsi="Gill Sans MT"/>
                <w:sz w:val="18"/>
              </w:rPr>
              <w:t>0.766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186AAC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0.766</w:t>
            </w:r>
          </w:p>
        </w:tc>
      </w:tr>
      <w:tr w:rsidR="00297D2C" w:rsidRPr="00E302CD" w14:paraId="1727F3F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516AA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37509CB" w14:textId="77777777" w:rsidR="00297D2C" w:rsidRPr="00E302CD" w:rsidRDefault="00297D2C" w:rsidP="007B2FD8">
            <w:pPr>
              <w:jc w:val="center"/>
              <w:rPr>
                <w:rFonts w:ascii="Gill Sans MT" w:hAnsi="Gill Sans MT"/>
                <w:sz w:val="16"/>
                <w:szCs w:val="16"/>
              </w:rPr>
            </w:pPr>
            <w:r>
              <w:rPr>
                <w:rFonts w:ascii="Gill Sans MT" w:hAnsi="Gill Sans MT"/>
                <w:sz w:val="18"/>
              </w:rPr>
              <w:t>-0.034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C058005" w14:textId="77777777" w:rsidR="00297D2C" w:rsidRPr="00E302CD" w:rsidRDefault="00297D2C" w:rsidP="007B2FD8">
            <w:pPr>
              <w:jc w:val="center"/>
              <w:rPr>
                <w:rFonts w:ascii="Gill Sans MT" w:hAnsi="Gill Sans MT"/>
                <w:sz w:val="16"/>
                <w:szCs w:val="16"/>
              </w:rPr>
            </w:pPr>
            <w:r>
              <w:rPr>
                <w:rFonts w:ascii="Gill Sans MT" w:hAnsi="Gill Sans MT"/>
                <w:sz w:val="18"/>
              </w:rPr>
              <w:t>-0.72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A0D2067" w14:textId="77777777" w:rsidR="00297D2C" w:rsidRPr="00E302CD" w:rsidRDefault="00297D2C" w:rsidP="007B2FD8">
            <w:pPr>
              <w:jc w:val="center"/>
              <w:rPr>
                <w:rFonts w:ascii="Gill Sans MT" w:hAnsi="Gill Sans MT"/>
                <w:sz w:val="16"/>
                <w:szCs w:val="16"/>
              </w:rPr>
            </w:pPr>
            <w:r>
              <w:rPr>
                <w:rFonts w:ascii="Gill Sans MT" w:hAnsi="Gill Sans MT"/>
                <w:sz w:val="18"/>
              </w:rPr>
              <w:t>0.470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A0C811"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0.766</w:t>
            </w:r>
          </w:p>
        </w:tc>
      </w:tr>
      <w:tr w:rsidR="00297D2C" w:rsidRPr="00E302CD" w14:paraId="254AC11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C62E2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7E49011" w14:textId="77777777" w:rsidR="00297D2C" w:rsidRPr="00E302CD" w:rsidRDefault="00297D2C" w:rsidP="007B2FD8">
            <w:pPr>
              <w:jc w:val="center"/>
              <w:rPr>
                <w:rFonts w:ascii="Gill Sans MT" w:hAnsi="Gill Sans MT"/>
                <w:sz w:val="16"/>
                <w:szCs w:val="16"/>
              </w:rPr>
            </w:pPr>
            <w:r>
              <w:rPr>
                <w:rFonts w:ascii="Gill Sans MT" w:hAnsi="Gill Sans MT"/>
                <w:sz w:val="18"/>
              </w:rPr>
              <w:t>-0.044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6779B30" w14:textId="77777777" w:rsidR="00297D2C" w:rsidRPr="00E302CD" w:rsidRDefault="00297D2C" w:rsidP="007B2FD8">
            <w:pPr>
              <w:jc w:val="center"/>
              <w:rPr>
                <w:rFonts w:ascii="Gill Sans MT" w:hAnsi="Gill Sans MT"/>
                <w:sz w:val="16"/>
                <w:szCs w:val="16"/>
              </w:rPr>
            </w:pPr>
            <w:r>
              <w:rPr>
                <w:rFonts w:ascii="Gill Sans MT" w:hAnsi="Gill Sans MT"/>
                <w:sz w:val="18"/>
              </w:rPr>
              <w:t>-0.95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89776C" w14:textId="77777777" w:rsidR="00297D2C" w:rsidRPr="00E302CD" w:rsidRDefault="00297D2C" w:rsidP="007B2FD8">
            <w:pPr>
              <w:jc w:val="center"/>
              <w:rPr>
                <w:rFonts w:ascii="Gill Sans MT" w:hAnsi="Gill Sans MT"/>
                <w:sz w:val="16"/>
                <w:szCs w:val="16"/>
              </w:rPr>
            </w:pPr>
            <w:r>
              <w:rPr>
                <w:rFonts w:ascii="Gill Sans MT" w:hAnsi="Gill Sans MT"/>
                <w:sz w:val="18"/>
              </w:rPr>
              <w:t>0.342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B75528"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0.766</w:t>
            </w:r>
          </w:p>
        </w:tc>
      </w:tr>
      <w:tr w:rsidR="00297D2C" w:rsidRPr="00E302CD" w14:paraId="4F90D63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FDE55DD"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E302CD" w14:paraId="6D4A09C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76575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1018544" w14:textId="77777777" w:rsidR="00297D2C" w:rsidRPr="00E302CD" w:rsidRDefault="00297D2C" w:rsidP="007B2FD8">
            <w:pPr>
              <w:jc w:val="center"/>
              <w:rPr>
                <w:rFonts w:ascii="Gill Sans MT" w:hAnsi="Gill Sans MT"/>
                <w:sz w:val="16"/>
                <w:szCs w:val="16"/>
              </w:rPr>
            </w:pPr>
            <w:r>
              <w:rPr>
                <w:rFonts w:ascii="Gill Sans MT" w:hAnsi="Gill Sans MT"/>
                <w:sz w:val="18"/>
              </w:rPr>
              <w:t>-0.013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2624153" w14:textId="77777777" w:rsidR="00297D2C" w:rsidRPr="00E302CD" w:rsidRDefault="00297D2C" w:rsidP="007B2FD8">
            <w:pPr>
              <w:jc w:val="center"/>
              <w:rPr>
                <w:rFonts w:ascii="Gill Sans MT" w:hAnsi="Gill Sans MT"/>
                <w:sz w:val="16"/>
                <w:szCs w:val="16"/>
              </w:rPr>
            </w:pPr>
            <w:r>
              <w:rPr>
                <w:rFonts w:ascii="Gill Sans MT" w:hAnsi="Gill Sans MT"/>
                <w:sz w:val="18"/>
              </w:rPr>
              <w:t>-0.27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E70B970" w14:textId="77777777" w:rsidR="00297D2C" w:rsidRPr="00E302CD" w:rsidRDefault="00297D2C" w:rsidP="007B2FD8">
            <w:pPr>
              <w:jc w:val="center"/>
              <w:rPr>
                <w:rFonts w:ascii="Gill Sans MT" w:hAnsi="Gill Sans MT"/>
                <w:sz w:val="16"/>
                <w:szCs w:val="16"/>
              </w:rPr>
            </w:pPr>
            <w:r>
              <w:rPr>
                <w:rFonts w:ascii="Gill Sans MT" w:hAnsi="Gill Sans MT"/>
                <w:sz w:val="18"/>
              </w:rPr>
              <w:t>0.785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586BE9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0.848</w:t>
            </w:r>
          </w:p>
        </w:tc>
      </w:tr>
      <w:tr w:rsidR="00297D2C" w:rsidRPr="00E302CD" w14:paraId="1A21DBE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662B93"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6A2923A" w14:textId="77777777" w:rsidR="00297D2C" w:rsidRPr="00E302CD" w:rsidRDefault="00297D2C" w:rsidP="007B2FD8">
            <w:pPr>
              <w:jc w:val="center"/>
              <w:rPr>
                <w:rFonts w:ascii="Gill Sans MT" w:hAnsi="Gill Sans MT"/>
                <w:sz w:val="16"/>
                <w:szCs w:val="16"/>
              </w:rPr>
            </w:pPr>
            <w:r>
              <w:rPr>
                <w:rFonts w:ascii="Gill Sans MT" w:hAnsi="Gill Sans MT"/>
                <w:sz w:val="18"/>
              </w:rPr>
              <w:t>-0.083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D07D29" w14:textId="77777777" w:rsidR="00297D2C" w:rsidRPr="00E302CD" w:rsidRDefault="00297D2C" w:rsidP="007B2FD8">
            <w:pPr>
              <w:jc w:val="center"/>
              <w:rPr>
                <w:rFonts w:ascii="Gill Sans MT" w:hAnsi="Gill Sans MT"/>
                <w:sz w:val="16"/>
                <w:szCs w:val="16"/>
              </w:rPr>
            </w:pPr>
            <w:r>
              <w:rPr>
                <w:rFonts w:ascii="Gill Sans MT" w:hAnsi="Gill Sans MT"/>
                <w:sz w:val="18"/>
              </w:rPr>
              <w:t>-1.75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A5E4950" w14:textId="77777777" w:rsidR="00297D2C" w:rsidRPr="00E302CD" w:rsidRDefault="00297D2C" w:rsidP="007B2FD8">
            <w:pPr>
              <w:jc w:val="center"/>
              <w:rPr>
                <w:rFonts w:ascii="Gill Sans MT" w:hAnsi="Gill Sans MT"/>
                <w:sz w:val="16"/>
                <w:szCs w:val="16"/>
              </w:rPr>
            </w:pPr>
            <w:r>
              <w:rPr>
                <w:rFonts w:ascii="Gill Sans MT" w:hAnsi="Gill Sans MT"/>
                <w:sz w:val="18"/>
              </w:rPr>
              <w:t>0.081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E2F5D7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0.244</w:t>
            </w:r>
          </w:p>
        </w:tc>
      </w:tr>
      <w:tr w:rsidR="00297D2C" w:rsidRPr="00E302CD" w14:paraId="0BFB0F9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FCEFF3"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8E135F" w14:textId="77777777" w:rsidR="00297D2C" w:rsidRPr="00E302CD" w:rsidRDefault="00297D2C" w:rsidP="007B2FD8">
            <w:pPr>
              <w:jc w:val="center"/>
              <w:rPr>
                <w:rFonts w:ascii="Gill Sans MT" w:hAnsi="Gill Sans MT"/>
                <w:sz w:val="16"/>
                <w:szCs w:val="16"/>
              </w:rPr>
            </w:pPr>
            <w:r>
              <w:rPr>
                <w:rFonts w:ascii="Gill Sans MT" w:hAnsi="Gill Sans MT"/>
                <w:sz w:val="18"/>
              </w:rPr>
              <w:t>-0.086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689F209" w14:textId="77777777" w:rsidR="00297D2C" w:rsidRPr="00E302CD" w:rsidRDefault="00297D2C" w:rsidP="007B2FD8">
            <w:pPr>
              <w:jc w:val="center"/>
              <w:rPr>
                <w:rFonts w:ascii="Gill Sans MT" w:hAnsi="Gill Sans MT"/>
                <w:sz w:val="16"/>
                <w:szCs w:val="16"/>
              </w:rPr>
            </w:pPr>
            <w:r>
              <w:rPr>
                <w:rFonts w:ascii="Gill Sans MT" w:hAnsi="Gill Sans MT"/>
                <w:sz w:val="18"/>
              </w:rPr>
              <w:t>-1.79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172AE6" w14:textId="77777777" w:rsidR="00297D2C" w:rsidRPr="00E302CD" w:rsidRDefault="00297D2C" w:rsidP="007B2FD8">
            <w:pPr>
              <w:jc w:val="center"/>
              <w:rPr>
                <w:rFonts w:ascii="Gill Sans MT" w:hAnsi="Gill Sans MT"/>
                <w:sz w:val="16"/>
                <w:szCs w:val="16"/>
              </w:rPr>
            </w:pPr>
            <w:r>
              <w:rPr>
                <w:rFonts w:ascii="Gill Sans MT" w:hAnsi="Gill Sans MT"/>
                <w:sz w:val="18"/>
              </w:rPr>
              <w:t>0.075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4D57520"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0.244</w:t>
            </w:r>
          </w:p>
        </w:tc>
      </w:tr>
      <w:tr w:rsidR="00297D2C" w:rsidRPr="00E302CD" w14:paraId="12B48AC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92BC5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5072A8" w14:textId="77777777" w:rsidR="00297D2C" w:rsidRPr="00E302CD" w:rsidRDefault="00297D2C" w:rsidP="007B2FD8">
            <w:pPr>
              <w:jc w:val="center"/>
              <w:rPr>
                <w:rFonts w:ascii="Gill Sans MT" w:hAnsi="Gill Sans MT"/>
                <w:sz w:val="16"/>
                <w:szCs w:val="16"/>
              </w:rPr>
            </w:pPr>
            <w:r>
              <w:rPr>
                <w:rFonts w:ascii="Gill Sans MT" w:hAnsi="Gill Sans MT"/>
                <w:sz w:val="18"/>
              </w:rPr>
              <w:t>-0.071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24B6615" w14:textId="77777777" w:rsidR="00297D2C" w:rsidRPr="00E302CD" w:rsidRDefault="00297D2C" w:rsidP="007B2FD8">
            <w:pPr>
              <w:jc w:val="center"/>
              <w:rPr>
                <w:rFonts w:ascii="Gill Sans MT" w:hAnsi="Gill Sans MT"/>
                <w:sz w:val="16"/>
                <w:szCs w:val="16"/>
              </w:rPr>
            </w:pPr>
            <w:r>
              <w:rPr>
                <w:rFonts w:ascii="Gill Sans MT" w:hAnsi="Gill Sans MT"/>
                <w:sz w:val="18"/>
              </w:rPr>
              <w:t>-1.49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97FF4F" w14:textId="77777777" w:rsidR="00297D2C" w:rsidRPr="00E302CD" w:rsidRDefault="00297D2C" w:rsidP="007B2FD8">
            <w:pPr>
              <w:jc w:val="center"/>
              <w:rPr>
                <w:rFonts w:ascii="Gill Sans MT" w:hAnsi="Gill Sans MT"/>
                <w:sz w:val="16"/>
                <w:szCs w:val="16"/>
              </w:rPr>
            </w:pPr>
            <w:r>
              <w:rPr>
                <w:rFonts w:ascii="Gill Sans MT" w:hAnsi="Gill Sans MT"/>
                <w:sz w:val="18"/>
              </w:rPr>
              <w:t>0.136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2A3EB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0.260</w:t>
            </w:r>
          </w:p>
        </w:tc>
      </w:tr>
      <w:tr w:rsidR="00297D2C" w:rsidRPr="00E302CD" w14:paraId="342AD51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3C089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12394EE" w14:textId="77777777" w:rsidR="00297D2C" w:rsidRPr="00E302CD" w:rsidRDefault="00297D2C" w:rsidP="007B2FD8">
            <w:pPr>
              <w:jc w:val="center"/>
              <w:rPr>
                <w:rFonts w:ascii="Gill Sans MT" w:hAnsi="Gill Sans MT"/>
                <w:sz w:val="16"/>
                <w:szCs w:val="16"/>
              </w:rPr>
            </w:pPr>
            <w:r>
              <w:rPr>
                <w:rFonts w:ascii="Gill Sans MT" w:hAnsi="Gill Sans MT"/>
                <w:sz w:val="18"/>
              </w:rPr>
              <w:t>-0.009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D1527C7" w14:textId="77777777" w:rsidR="00297D2C" w:rsidRPr="00E302CD" w:rsidRDefault="00297D2C" w:rsidP="007B2FD8">
            <w:pPr>
              <w:jc w:val="center"/>
              <w:rPr>
                <w:rFonts w:ascii="Gill Sans MT" w:hAnsi="Gill Sans MT"/>
                <w:sz w:val="16"/>
                <w:szCs w:val="16"/>
              </w:rPr>
            </w:pPr>
            <w:r>
              <w:rPr>
                <w:rFonts w:ascii="Gill Sans MT" w:hAnsi="Gill Sans MT"/>
                <w:sz w:val="18"/>
              </w:rPr>
              <w:t>-0.19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FA3FBC5" w14:textId="77777777" w:rsidR="00297D2C" w:rsidRPr="00E302CD" w:rsidRDefault="00297D2C" w:rsidP="007B2FD8">
            <w:pPr>
              <w:jc w:val="center"/>
              <w:rPr>
                <w:rFonts w:ascii="Gill Sans MT" w:hAnsi="Gill Sans MT"/>
                <w:sz w:val="16"/>
                <w:szCs w:val="16"/>
              </w:rPr>
            </w:pPr>
            <w:r>
              <w:rPr>
                <w:rFonts w:ascii="Gill Sans MT" w:hAnsi="Gill Sans MT"/>
                <w:sz w:val="18"/>
              </w:rPr>
              <w:t>0.848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0FEA5C9" w14:textId="77777777" w:rsidR="00297D2C" w:rsidRPr="00E302CD" w:rsidRDefault="00297D2C" w:rsidP="007B2FD8">
            <w:pPr>
              <w:jc w:val="center"/>
              <w:rPr>
                <w:rFonts w:ascii="Gill Sans MT" w:hAnsi="Gill Sans MT"/>
                <w:sz w:val="16"/>
                <w:szCs w:val="16"/>
              </w:rPr>
            </w:pPr>
            <w:r>
              <w:rPr>
                <w:rFonts w:ascii="Gill Sans MT" w:hAnsi="Gill Sans MT"/>
                <w:sz w:val="16"/>
                <w:szCs w:val="16"/>
              </w:rPr>
              <w:t>0.848</w:t>
            </w:r>
          </w:p>
        </w:tc>
      </w:tr>
      <w:tr w:rsidR="00297D2C" w:rsidRPr="00E302CD" w14:paraId="32251DD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3E326A"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F2102E4" w14:textId="77777777" w:rsidR="00297D2C" w:rsidRPr="00E302CD" w:rsidRDefault="00297D2C" w:rsidP="007B2FD8">
            <w:pPr>
              <w:jc w:val="center"/>
              <w:rPr>
                <w:rFonts w:ascii="Gill Sans MT" w:hAnsi="Gill Sans MT"/>
                <w:sz w:val="16"/>
                <w:szCs w:val="16"/>
              </w:rPr>
            </w:pPr>
            <w:r>
              <w:rPr>
                <w:rFonts w:ascii="Gill Sans MT" w:hAnsi="Gill Sans MT"/>
                <w:sz w:val="18"/>
              </w:rPr>
              <w:t>-0.065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078E4BB" w14:textId="77777777" w:rsidR="00297D2C" w:rsidRPr="00E302CD" w:rsidRDefault="00297D2C" w:rsidP="007B2FD8">
            <w:pPr>
              <w:jc w:val="center"/>
              <w:rPr>
                <w:rFonts w:ascii="Gill Sans MT" w:hAnsi="Gill Sans MT"/>
                <w:sz w:val="16"/>
                <w:szCs w:val="16"/>
              </w:rPr>
            </w:pPr>
            <w:r>
              <w:rPr>
                <w:rFonts w:ascii="Gill Sans MT" w:hAnsi="Gill Sans MT"/>
                <w:sz w:val="18"/>
              </w:rPr>
              <w:t>-1.36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EBB62C" w14:textId="77777777" w:rsidR="00297D2C" w:rsidRPr="00E302CD" w:rsidRDefault="00297D2C" w:rsidP="007B2FD8">
            <w:pPr>
              <w:jc w:val="center"/>
              <w:rPr>
                <w:rFonts w:ascii="Gill Sans MT" w:hAnsi="Gill Sans MT"/>
                <w:sz w:val="16"/>
                <w:szCs w:val="16"/>
              </w:rPr>
            </w:pPr>
            <w:r>
              <w:rPr>
                <w:rFonts w:ascii="Gill Sans MT" w:hAnsi="Gill Sans MT"/>
                <w:sz w:val="18"/>
              </w:rPr>
              <w:t>0.174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B8807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0.260</w:t>
            </w:r>
          </w:p>
        </w:tc>
      </w:tr>
      <w:tr w:rsidR="00297D2C" w:rsidRPr="00E302CD" w14:paraId="0DF1A928"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4F674F4"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E302CD" w14:paraId="7EF0193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F3285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D5E7B87" w14:textId="77777777" w:rsidR="00297D2C" w:rsidRPr="00E302CD" w:rsidRDefault="00297D2C" w:rsidP="007B2FD8">
            <w:pPr>
              <w:jc w:val="center"/>
              <w:rPr>
                <w:rFonts w:ascii="Gill Sans MT" w:hAnsi="Gill Sans MT"/>
                <w:sz w:val="16"/>
                <w:szCs w:val="16"/>
              </w:rPr>
            </w:pPr>
            <w:r>
              <w:rPr>
                <w:rFonts w:ascii="Gill Sans MT" w:hAnsi="Gill Sans MT"/>
                <w:sz w:val="18"/>
              </w:rPr>
              <w:t>-0.048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CB5A431" w14:textId="77777777" w:rsidR="00297D2C" w:rsidRPr="00E302CD" w:rsidRDefault="00297D2C" w:rsidP="007B2FD8">
            <w:pPr>
              <w:jc w:val="center"/>
              <w:rPr>
                <w:rFonts w:ascii="Gill Sans MT" w:hAnsi="Gill Sans MT"/>
                <w:sz w:val="16"/>
                <w:szCs w:val="16"/>
              </w:rPr>
            </w:pPr>
            <w:r>
              <w:rPr>
                <w:rFonts w:ascii="Gill Sans MT" w:hAnsi="Gill Sans MT"/>
                <w:sz w:val="18"/>
              </w:rPr>
              <w:t>-1.01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689D7A" w14:textId="77777777" w:rsidR="00297D2C" w:rsidRPr="00E302CD" w:rsidRDefault="00297D2C" w:rsidP="007B2FD8">
            <w:pPr>
              <w:jc w:val="center"/>
              <w:rPr>
                <w:rFonts w:ascii="Gill Sans MT" w:hAnsi="Gill Sans MT"/>
                <w:sz w:val="16"/>
                <w:szCs w:val="16"/>
              </w:rPr>
            </w:pPr>
            <w:r>
              <w:rPr>
                <w:rFonts w:ascii="Gill Sans MT" w:hAnsi="Gill Sans MT"/>
                <w:sz w:val="18"/>
              </w:rPr>
              <w:t>0.315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B6E3B91"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0.671</w:t>
            </w:r>
          </w:p>
        </w:tc>
      </w:tr>
      <w:tr w:rsidR="00297D2C" w:rsidRPr="00E302CD" w14:paraId="543B673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054B3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22297C0" w14:textId="77777777" w:rsidR="00297D2C" w:rsidRPr="00E302CD" w:rsidRDefault="00297D2C" w:rsidP="007B2FD8">
            <w:pPr>
              <w:jc w:val="center"/>
              <w:rPr>
                <w:rFonts w:ascii="Gill Sans MT" w:hAnsi="Gill Sans MT"/>
                <w:sz w:val="16"/>
                <w:szCs w:val="16"/>
              </w:rPr>
            </w:pPr>
            <w:r>
              <w:rPr>
                <w:rFonts w:ascii="Gill Sans MT" w:hAnsi="Gill Sans MT"/>
                <w:sz w:val="18"/>
              </w:rPr>
              <w:t>-0.048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42491BF" w14:textId="77777777" w:rsidR="00297D2C" w:rsidRPr="00E302CD" w:rsidRDefault="00297D2C" w:rsidP="007B2FD8">
            <w:pPr>
              <w:jc w:val="center"/>
              <w:rPr>
                <w:rFonts w:ascii="Gill Sans MT" w:hAnsi="Gill Sans MT"/>
                <w:sz w:val="16"/>
                <w:szCs w:val="16"/>
              </w:rPr>
            </w:pPr>
            <w:r>
              <w:rPr>
                <w:rFonts w:ascii="Gill Sans MT" w:hAnsi="Gill Sans MT"/>
                <w:sz w:val="18"/>
              </w:rPr>
              <w:t>-1.00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9F7FC90" w14:textId="77777777" w:rsidR="00297D2C" w:rsidRPr="00E302CD" w:rsidRDefault="00297D2C" w:rsidP="007B2FD8">
            <w:pPr>
              <w:jc w:val="center"/>
              <w:rPr>
                <w:rFonts w:ascii="Gill Sans MT" w:hAnsi="Gill Sans MT"/>
                <w:sz w:val="16"/>
                <w:szCs w:val="16"/>
              </w:rPr>
            </w:pPr>
            <w:r>
              <w:rPr>
                <w:rFonts w:ascii="Gill Sans MT" w:hAnsi="Gill Sans MT"/>
                <w:sz w:val="18"/>
              </w:rPr>
              <w:t>0.320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9A118A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0.671</w:t>
            </w:r>
          </w:p>
        </w:tc>
      </w:tr>
      <w:tr w:rsidR="00297D2C" w:rsidRPr="00E302CD" w14:paraId="49C2A74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F31A0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A3918E3" w14:textId="77777777" w:rsidR="00297D2C" w:rsidRPr="00E302CD" w:rsidRDefault="00297D2C" w:rsidP="007B2FD8">
            <w:pPr>
              <w:jc w:val="center"/>
              <w:rPr>
                <w:rFonts w:ascii="Gill Sans MT" w:hAnsi="Gill Sans MT"/>
                <w:sz w:val="16"/>
                <w:szCs w:val="16"/>
              </w:rPr>
            </w:pPr>
            <w:r>
              <w:rPr>
                <w:rFonts w:ascii="Gill Sans MT" w:hAnsi="Gill Sans MT"/>
                <w:sz w:val="18"/>
              </w:rPr>
              <w:t>-0.029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B7CA0B8" w14:textId="77777777" w:rsidR="00297D2C" w:rsidRPr="00E302CD" w:rsidRDefault="00297D2C" w:rsidP="007B2FD8">
            <w:pPr>
              <w:jc w:val="center"/>
              <w:rPr>
                <w:rFonts w:ascii="Gill Sans MT" w:hAnsi="Gill Sans MT"/>
                <w:sz w:val="16"/>
                <w:szCs w:val="16"/>
              </w:rPr>
            </w:pPr>
            <w:r>
              <w:rPr>
                <w:rFonts w:ascii="Gill Sans MT" w:hAnsi="Gill Sans MT"/>
                <w:sz w:val="18"/>
              </w:rPr>
              <w:t>-0.62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72E8E08" w14:textId="77777777" w:rsidR="00297D2C" w:rsidRPr="00E302CD" w:rsidRDefault="00297D2C" w:rsidP="007B2FD8">
            <w:pPr>
              <w:jc w:val="center"/>
              <w:rPr>
                <w:rFonts w:ascii="Gill Sans MT" w:hAnsi="Gill Sans MT"/>
                <w:sz w:val="16"/>
                <w:szCs w:val="16"/>
              </w:rPr>
            </w:pPr>
            <w:r>
              <w:rPr>
                <w:rFonts w:ascii="Gill Sans MT" w:hAnsi="Gill Sans MT"/>
                <w:sz w:val="18"/>
              </w:rPr>
              <w:t>0.537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00BA4E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0.671</w:t>
            </w:r>
          </w:p>
        </w:tc>
      </w:tr>
      <w:tr w:rsidR="00297D2C" w:rsidRPr="00E302CD" w14:paraId="59640ED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B9956AB"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49EB736" w14:textId="77777777" w:rsidR="00297D2C" w:rsidRPr="00E302CD" w:rsidRDefault="00297D2C" w:rsidP="007B2FD8">
            <w:pPr>
              <w:jc w:val="center"/>
              <w:rPr>
                <w:rFonts w:ascii="Gill Sans MT" w:hAnsi="Gill Sans MT"/>
                <w:sz w:val="16"/>
                <w:szCs w:val="16"/>
              </w:rPr>
            </w:pPr>
            <w:r>
              <w:rPr>
                <w:rFonts w:ascii="Gill Sans MT" w:hAnsi="Gill Sans MT"/>
                <w:sz w:val="18"/>
              </w:rPr>
              <w:t>-0.053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7E76B55" w14:textId="77777777" w:rsidR="00297D2C" w:rsidRPr="00E302CD" w:rsidRDefault="00297D2C" w:rsidP="007B2FD8">
            <w:pPr>
              <w:jc w:val="center"/>
              <w:rPr>
                <w:rFonts w:ascii="Gill Sans MT" w:hAnsi="Gill Sans MT"/>
                <w:sz w:val="16"/>
                <w:szCs w:val="16"/>
              </w:rPr>
            </w:pPr>
            <w:r>
              <w:rPr>
                <w:rFonts w:ascii="Gill Sans MT" w:hAnsi="Gill Sans MT"/>
                <w:sz w:val="18"/>
              </w:rPr>
              <w:t>-1.11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0D781E" w14:textId="77777777" w:rsidR="00297D2C" w:rsidRPr="00E302CD" w:rsidRDefault="00297D2C" w:rsidP="007B2FD8">
            <w:pPr>
              <w:jc w:val="center"/>
              <w:rPr>
                <w:rFonts w:ascii="Gill Sans MT" w:hAnsi="Gill Sans MT"/>
                <w:sz w:val="16"/>
                <w:szCs w:val="16"/>
              </w:rPr>
            </w:pPr>
            <w:r>
              <w:rPr>
                <w:rFonts w:ascii="Gill Sans MT" w:hAnsi="Gill Sans MT"/>
                <w:sz w:val="18"/>
              </w:rPr>
              <w:t>0.265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3C5E16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0.671</w:t>
            </w:r>
          </w:p>
        </w:tc>
      </w:tr>
      <w:tr w:rsidR="00297D2C" w:rsidRPr="00E302CD" w14:paraId="49B616E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9A4EA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0C95DBA" w14:textId="77777777" w:rsidR="00297D2C" w:rsidRPr="00E302CD" w:rsidRDefault="00297D2C" w:rsidP="007B2FD8">
            <w:pPr>
              <w:jc w:val="center"/>
              <w:rPr>
                <w:rFonts w:ascii="Gill Sans MT" w:hAnsi="Gill Sans MT"/>
                <w:sz w:val="16"/>
                <w:szCs w:val="16"/>
              </w:rPr>
            </w:pPr>
            <w:r>
              <w:rPr>
                <w:rFonts w:ascii="Gill Sans MT" w:hAnsi="Gill Sans MT"/>
                <w:sz w:val="18"/>
              </w:rPr>
              <w:t>-0.011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81D6D6E" w14:textId="77777777" w:rsidR="00297D2C" w:rsidRPr="00E302CD" w:rsidRDefault="00297D2C" w:rsidP="007B2FD8">
            <w:pPr>
              <w:jc w:val="center"/>
              <w:rPr>
                <w:rFonts w:ascii="Gill Sans MT" w:hAnsi="Gill Sans MT"/>
                <w:sz w:val="16"/>
                <w:szCs w:val="16"/>
              </w:rPr>
            </w:pPr>
            <w:r>
              <w:rPr>
                <w:rFonts w:ascii="Gill Sans MT" w:hAnsi="Gill Sans MT"/>
                <w:sz w:val="18"/>
              </w:rPr>
              <w:t>-0.23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BFBEC07" w14:textId="77777777" w:rsidR="00297D2C" w:rsidRPr="00E302CD" w:rsidRDefault="00297D2C" w:rsidP="007B2FD8">
            <w:pPr>
              <w:jc w:val="center"/>
              <w:rPr>
                <w:rFonts w:ascii="Gill Sans MT" w:hAnsi="Gill Sans MT"/>
                <w:sz w:val="16"/>
                <w:szCs w:val="16"/>
              </w:rPr>
            </w:pPr>
            <w:r>
              <w:rPr>
                <w:rFonts w:ascii="Gill Sans MT" w:hAnsi="Gill Sans MT"/>
                <w:sz w:val="18"/>
              </w:rPr>
              <w:t>0.822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A9AA4E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0.822</w:t>
            </w:r>
          </w:p>
        </w:tc>
      </w:tr>
      <w:tr w:rsidR="00297D2C" w:rsidRPr="00E302CD" w14:paraId="2BD0B4E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98761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F79E69" w14:textId="77777777" w:rsidR="00297D2C" w:rsidRPr="00E302CD" w:rsidRDefault="00297D2C" w:rsidP="007B2FD8">
            <w:pPr>
              <w:jc w:val="center"/>
              <w:rPr>
                <w:rFonts w:ascii="Gill Sans MT" w:hAnsi="Gill Sans MT"/>
                <w:sz w:val="16"/>
                <w:szCs w:val="16"/>
              </w:rPr>
            </w:pPr>
            <w:r>
              <w:rPr>
                <w:rFonts w:ascii="Gill Sans MT" w:hAnsi="Gill Sans MT"/>
                <w:sz w:val="18"/>
              </w:rPr>
              <w:t>-0.027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E84E940" w14:textId="77777777" w:rsidR="00297D2C" w:rsidRPr="00E302CD" w:rsidRDefault="00297D2C" w:rsidP="007B2FD8">
            <w:pPr>
              <w:jc w:val="center"/>
              <w:rPr>
                <w:rFonts w:ascii="Gill Sans MT" w:hAnsi="Gill Sans MT"/>
                <w:sz w:val="16"/>
                <w:szCs w:val="16"/>
              </w:rPr>
            </w:pPr>
            <w:r>
              <w:rPr>
                <w:rFonts w:ascii="Gill Sans MT" w:hAnsi="Gill Sans MT"/>
                <w:sz w:val="18"/>
              </w:rPr>
              <w:t>-0.56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BF5248C" w14:textId="77777777" w:rsidR="00297D2C" w:rsidRPr="00E302CD" w:rsidRDefault="00297D2C" w:rsidP="007B2FD8">
            <w:pPr>
              <w:jc w:val="center"/>
              <w:rPr>
                <w:rFonts w:ascii="Gill Sans MT" w:hAnsi="Gill Sans MT"/>
                <w:sz w:val="16"/>
                <w:szCs w:val="16"/>
              </w:rPr>
            </w:pPr>
            <w:r>
              <w:rPr>
                <w:rFonts w:ascii="Gill Sans MT" w:hAnsi="Gill Sans MT"/>
                <w:sz w:val="18"/>
              </w:rPr>
              <w:t>0.576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688091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0.671</w:t>
            </w:r>
          </w:p>
        </w:tc>
      </w:tr>
      <w:tr w:rsidR="00297D2C" w:rsidRPr="00E302CD" w14:paraId="6603594B"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0B8F90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lastRenderedPageBreak/>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53376095" w14:textId="77777777" w:rsidR="00297D2C" w:rsidRPr="00E302CD" w:rsidRDefault="00297D2C" w:rsidP="007B2FD8">
            <w:pPr>
              <w:jc w:val="center"/>
              <w:rPr>
                <w:rFonts w:ascii="Gill Sans MT" w:hAnsi="Gill Sans MT"/>
                <w:sz w:val="16"/>
                <w:szCs w:val="16"/>
              </w:rPr>
            </w:pPr>
            <w:r>
              <w:rPr>
                <w:rFonts w:ascii="Gill Sans MT" w:hAnsi="Gill Sans MT"/>
                <w:sz w:val="18"/>
              </w:rPr>
              <w:t>-0.039</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0E810D73" w14:textId="77777777" w:rsidR="00297D2C" w:rsidRPr="00E302CD" w:rsidRDefault="00297D2C" w:rsidP="007B2FD8">
            <w:pPr>
              <w:jc w:val="center"/>
              <w:rPr>
                <w:rFonts w:ascii="Gill Sans MT" w:hAnsi="Gill Sans MT"/>
                <w:sz w:val="16"/>
                <w:szCs w:val="16"/>
              </w:rPr>
            </w:pPr>
            <w:r>
              <w:rPr>
                <w:rFonts w:ascii="Gill Sans MT" w:hAnsi="Gill Sans MT"/>
                <w:sz w:val="18"/>
              </w:rPr>
              <w:t>-0.82</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07EDA123" w14:textId="77777777" w:rsidR="00297D2C" w:rsidRPr="00E302CD" w:rsidRDefault="00297D2C" w:rsidP="007B2FD8">
            <w:pPr>
              <w:jc w:val="center"/>
              <w:rPr>
                <w:rFonts w:ascii="Gill Sans MT" w:hAnsi="Gill Sans MT"/>
                <w:sz w:val="16"/>
                <w:szCs w:val="16"/>
              </w:rPr>
            </w:pPr>
            <w:r>
              <w:rPr>
                <w:rFonts w:ascii="Gill Sans MT" w:hAnsi="Gill Sans MT"/>
                <w:sz w:val="18"/>
              </w:rPr>
              <w:t>0.410</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424B839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0.671</w:t>
            </w:r>
          </w:p>
        </w:tc>
      </w:tr>
      <w:tr w:rsidR="00297D2C" w:rsidRPr="00E302CD" w14:paraId="02FCE6B7"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2985899C"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ESS (n = 503)</w:t>
            </w:r>
          </w:p>
        </w:tc>
      </w:tr>
      <w:tr w:rsidR="00297D2C" w:rsidRPr="00E302CD" w14:paraId="79E12729"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B2BA112" w14:textId="77777777" w:rsidR="00297D2C" w:rsidRPr="00E302CD"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3CEF7ED" w14:textId="77777777" w:rsidR="00297D2C" w:rsidRPr="00E302CD"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609F50D"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70A9ECE"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D7B2FAE"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E302CD" w14:paraId="4AD0FAF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DA840F6"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E302CD" w14:paraId="77AFA40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383775"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DB47505" w14:textId="77777777" w:rsidR="00297D2C" w:rsidRPr="00E302CD" w:rsidRDefault="00297D2C" w:rsidP="007B2FD8">
            <w:pPr>
              <w:jc w:val="center"/>
              <w:rPr>
                <w:rFonts w:ascii="Gill Sans MT" w:hAnsi="Gill Sans MT"/>
                <w:sz w:val="16"/>
                <w:szCs w:val="16"/>
              </w:rPr>
            </w:pPr>
            <w:r>
              <w:rPr>
                <w:rFonts w:ascii="Gill Sans MT" w:hAnsi="Gill Sans MT"/>
                <w:sz w:val="18"/>
              </w:rPr>
              <w:t>+0.077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EFA21C5" w14:textId="77777777" w:rsidR="00297D2C" w:rsidRPr="00E302CD" w:rsidRDefault="00297D2C" w:rsidP="007B2FD8">
            <w:pPr>
              <w:jc w:val="center"/>
              <w:rPr>
                <w:rFonts w:ascii="Gill Sans MT" w:hAnsi="Gill Sans MT"/>
                <w:sz w:val="16"/>
                <w:szCs w:val="16"/>
              </w:rPr>
            </w:pPr>
            <w:r>
              <w:rPr>
                <w:rFonts w:ascii="Gill Sans MT" w:hAnsi="Gill Sans MT"/>
                <w:sz w:val="18"/>
              </w:rPr>
              <w:t>+1.77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CEE846C" w14:textId="77777777" w:rsidR="00297D2C" w:rsidRPr="00E302CD" w:rsidRDefault="00297D2C" w:rsidP="007B2FD8">
            <w:pPr>
              <w:jc w:val="center"/>
              <w:rPr>
                <w:rFonts w:ascii="Gill Sans MT" w:hAnsi="Gill Sans MT"/>
                <w:sz w:val="16"/>
                <w:szCs w:val="16"/>
              </w:rPr>
            </w:pPr>
            <w:r>
              <w:rPr>
                <w:rFonts w:ascii="Gill Sans MT" w:hAnsi="Gill Sans MT"/>
                <w:sz w:val="18"/>
              </w:rPr>
              <w:t>0.077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5ACE78" w14:textId="77777777" w:rsidR="00297D2C" w:rsidRPr="00E302CD" w:rsidRDefault="00297D2C" w:rsidP="007B2FD8">
            <w:pPr>
              <w:jc w:val="center"/>
              <w:rPr>
                <w:rFonts w:ascii="Gill Sans MT" w:hAnsi="Gill Sans MT"/>
                <w:sz w:val="16"/>
                <w:szCs w:val="16"/>
              </w:rPr>
            </w:pPr>
          </w:p>
        </w:tc>
      </w:tr>
      <w:tr w:rsidR="00297D2C" w:rsidRPr="00E302CD" w14:paraId="098A7E2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33FFCD"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DE926EC" w14:textId="77777777" w:rsidR="00297D2C" w:rsidRPr="00E302CD" w:rsidRDefault="00297D2C" w:rsidP="007B2FD8">
            <w:pPr>
              <w:jc w:val="center"/>
              <w:rPr>
                <w:rFonts w:ascii="Gill Sans MT" w:hAnsi="Gill Sans MT"/>
                <w:sz w:val="16"/>
                <w:szCs w:val="16"/>
              </w:rPr>
            </w:pPr>
            <w:r>
              <w:rPr>
                <w:rFonts w:ascii="Gill Sans MT" w:hAnsi="Gill Sans MT"/>
                <w:sz w:val="18"/>
              </w:rPr>
              <w:t>+0.067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4872891" w14:textId="77777777" w:rsidR="00297D2C" w:rsidRPr="00E302CD" w:rsidRDefault="00297D2C" w:rsidP="007B2FD8">
            <w:pPr>
              <w:jc w:val="center"/>
              <w:rPr>
                <w:rFonts w:ascii="Gill Sans MT" w:hAnsi="Gill Sans MT"/>
                <w:sz w:val="16"/>
                <w:szCs w:val="16"/>
              </w:rPr>
            </w:pPr>
            <w:r>
              <w:rPr>
                <w:rFonts w:ascii="Gill Sans MT" w:hAnsi="Gill Sans MT"/>
                <w:sz w:val="18"/>
              </w:rPr>
              <w:t>+1.51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02C0DAD" w14:textId="77777777" w:rsidR="00297D2C" w:rsidRPr="00E302CD" w:rsidRDefault="00297D2C" w:rsidP="007B2FD8">
            <w:pPr>
              <w:jc w:val="center"/>
              <w:rPr>
                <w:rFonts w:ascii="Gill Sans MT" w:hAnsi="Gill Sans MT"/>
                <w:sz w:val="16"/>
                <w:szCs w:val="16"/>
              </w:rPr>
            </w:pPr>
            <w:r>
              <w:rPr>
                <w:rFonts w:ascii="Gill Sans MT" w:hAnsi="Gill Sans MT"/>
                <w:sz w:val="18"/>
              </w:rPr>
              <w:t>0.132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159F3B" w14:textId="77777777" w:rsidR="00297D2C" w:rsidRPr="00E302CD" w:rsidRDefault="00297D2C" w:rsidP="007B2FD8">
            <w:pPr>
              <w:jc w:val="center"/>
              <w:rPr>
                <w:rFonts w:ascii="Gill Sans MT" w:hAnsi="Gill Sans MT"/>
                <w:sz w:val="16"/>
                <w:szCs w:val="16"/>
              </w:rPr>
            </w:pPr>
          </w:p>
        </w:tc>
      </w:tr>
      <w:tr w:rsidR="00297D2C" w:rsidRPr="00E302CD" w14:paraId="3FE26E7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16E208"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5EA1F68" w14:textId="77777777" w:rsidR="00297D2C" w:rsidRPr="00E302CD" w:rsidRDefault="00297D2C" w:rsidP="007B2FD8">
            <w:pPr>
              <w:jc w:val="center"/>
              <w:rPr>
                <w:rFonts w:ascii="Gill Sans MT" w:hAnsi="Gill Sans MT"/>
                <w:b/>
                <w:bCs/>
                <w:sz w:val="16"/>
                <w:szCs w:val="16"/>
              </w:rPr>
            </w:pPr>
            <w:r>
              <w:rPr>
                <w:rFonts w:ascii="Gill Sans MT" w:hAnsi="Gill Sans MT"/>
                <w:b/>
                <w:sz w:val="18"/>
              </w:rPr>
              <w:t>+0.099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1C38BBD" w14:textId="77777777" w:rsidR="00297D2C" w:rsidRPr="00E302CD" w:rsidRDefault="00297D2C" w:rsidP="007B2FD8">
            <w:pPr>
              <w:jc w:val="center"/>
              <w:rPr>
                <w:rFonts w:ascii="Gill Sans MT" w:hAnsi="Gill Sans MT"/>
                <w:b/>
                <w:bCs/>
                <w:sz w:val="16"/>
                <w:szCs w:val="16"/>
              </w:rPr>
            </w:pPr>
            <w:r>
              <w:rPr>
                <w:rFonts w:ascii="Gill Sans MT" w:hAnsi="Gill Sans MT"/>
                <w:b/>
                <w:sz w:val="18"/>
              </w:rPr>
              <w:t>+2.26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D4728E" w14:textId="77777777" w:rsidR="00297D2C" w:rsidRPr="00E302CD" w:rsidRDefault="00297D2C" w:rsidP="007B2FD8">
            <w:pPr>
              <w:jc w:val="center"/>
              <w:rPr>
                <w:rFonts w:ascii="Gill Sans MT" w:hAnsi="Gill Sans MT"/>
                <w:b/>
                <w:bCs/>
                <w:sz w:val="16"/>
                <w:szCs w:val="16"/>
              </w:rPr>
            </w:pPr>
            <w:r>
              <w:rPr>
                <w:rFonts w:ascii="Gill Sans MT" w:hAnsi="Gill Sans MT"/>
                <w:b/>
                <w:sz w:val="18"/>
              </w:rPr>
              <w:t>0.024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3B8177" w14:textId="77777777" w:rsidR="00297D2C" w:rsidRPr="00E302CD" w:rsidRDefault="00297D2C" w:rsidP="007B2FD8">
            <w:pPr>
              <w:jc w:val="center"/>
              <w:rPr>
                <w:rFonts w:ascii="Gill Sans MT" w:hAnsi="Gill Sans MT"/>
                <w:sz w:val="16"/>
                <w:szCs w:val="16"/>
              </w:rPr>
            </w:pPr>
          </w:p>
        </w:tc>
      </w:tr>
      <w:tr w:rsidR="00297D2C" w:rsidRPr="00E302CD" w14:paraId="74E68532"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CB4F34B"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E302CD" w14:paraId="7389034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90C03B"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E2B7505" w14:textId="77777777" w:rsidR="00297D2C" w:rsidRPr="00E302CD" w:rsidRDefault="00297D2C" w:rsidP="007B2FD8">
            <w:pPr>
              <w:jc w:val="center"/>
              <w:rPr>
                <w:rFonts w:ascii="Gill Sans MT" w:hAnsi="Gill Sans MT"/>
                <w:sz w:val="16"/>
                <w:szCs w:val="16"/>
              </w:rPr>
            </w:pPr>
            <w:r>
              <w:rPr>
                <w:rFonts w:ascii="Gill Sans MT" w:hAnsi="Gill Sans MT"/>
                <w:sz w:val="18"/>
              </w:rPr>
              <w:t>-0.077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43515A2" w14:textId="77777777" w:rsidR="00297D2C" w:rsidRPr="00E302CD" w:rsidRDefault="00297D2C" w:rsidP="007B2FD8">
            <w:pPr>
              <w:jc w:val="center"/>
              <w:rPr>
                <w:rFonts w:ascii="Gill Sans MT" w:hAnsi="Gill Sans MT"/>
                <w:sz w:val="16"/>
                <w:szCs w:val="16"/>
              </w:rPr>
            </w:pPr>
            <w:r>
              <w:rPr>
                <w:rFonts w:ascii="Gill Sans MT" w:hAnsi="Gill Sans MT"/>
                <w:sz w:val="18"/>
              </w:rPr>
              <w:t>-1.96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38BD95F" w14:textId="77777777" w:rsidR="00297D2C" w:rsidRPr="00E302CD" w:rsidRDefault="00297D2C" w:rsidP="007B2FD8">
            <w:pPr>
              <w:jc w:val="center"/>
              <w:rPr>
                <w:rFonts w:ascii="Gill Sans MT" w:hAnsi="Gill Sans MT"/>
                <w:sz w:val="16"/>
                <w:szCs w:val="16"/>
              </w:rPr>
            </w:pPr>
            <w:r>
              <w:rPr>
                <w:rFonts w:ascii="Gill Sans MT" w:hAnsi="Gill Sans MT"/>
                <w:sz w:val="18"/>
              </w:rPr>
              <w:t>0.050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71ECC1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0.097</w:t>
            </w:r>
          </w:p>
        </w:tc>
      </w:tr>
      <w:tr w:rsidR="00297D2C" w:rsidRPr="00E302CD" w14:paraId="4B9B8F0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504C34"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885FC0" w14:textId="77777777" w:rsidR="00297D2C" w:rsidRPr="00E302CD" w:rsidRDefault="00297D2C" w:rsidP="007B2FD8">
            <w:pPr>
              <w:jc w:val="center"/>
              <w:rPr>
                <w:rFonts w:ascii="Gill Sans MT" w:hAnsi="Gill Sans MT"/>
                <w:sz w:val="16"/>
                <w:szCs w:val="16"/>
              </w:rPr>
            </w:pPr>
            <w:r>
              <w:rPr>
                <w:rFonts w:ascii="Gill Sans MT" w:hAnsi="Gill Sans MT"/>
                <w:sz w:val="18"/>
              </w:rPr>
              <w:t>+0.001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BCE2210" w14:textId="77777777" w:rsidR="00297D2C" w:rsidRPr="00E302CD" w:rsidRDefault="00297D2C" w:rsidP="007B2FD8">
            <w:pPr>
              <w:jc w:val="center"/>
              <w:rPr>
                <w:rFonts w:ascii="Gill Sans MT" w:hAnsi="Gill Sans MT"/>
                <w:sz w:val="16"/>
                <w:szCs w:val="16"/>
              </w:rPr>
            </w:pPr>
            <w:r>
              <w:rPr>
                <w:rFonts w:ascii="Gill Sans MT" w:hAnsi="Gill Sans MT"/>
                <w:sz w:val="18"/>
              </w:rPr>
              <w:t>+0.04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DFDAD6F" w14:textId="77777777" w:rsidR="00297D2C" w:rsidRPr="00E302CD" w:rsidRDefault="00297D2C" w:rsidP="007B2FD8">
            <w:pPr>
              <w:jc w:val="center"/>
              <w:rPr>
                <w:rFonts w:ascii="Gill Sans MT" w:hAnsi="Gill Sans MT"/>
                <w:sz w:val="16"/>
                <w:szCs w:val="16"/>
              </w:rPr>
            </w:pPr>
            <w:r>
              <w:rPr>
                <w:rFonts w:ascii="Gill Sans MT" w:hAnsi="Gill Sans MT"/>
                <w:sz w:val="18"/>
              </w:rPr>
              <w:t>0.970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7F34B4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0.970</w:t>
            </w:r>
          </w:p>
        </w:tc>
      </w:tr>
      <w:tr w:rsidR="00297D2C" w:rsidRPr="00E302CD" w14:paraId="6318F60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C9D34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BB5AA8" w14:textId="77777777" w:rsidR="00297D2C" w:rsidRPr="00E302CD" w:rsidRDefault="00297D2C" w:rsidP="007B2FD8">
            <w:pPr>
              <w:jc w:val="center"/>
              <w:rPr>
                <w:rFonts w:ascii="Gill Sans MT" w:hAnsi="Gill Sans MT"/>
                <w:sz w:val="16"/>
                <w:szCs w:val="16"/>
              </w:rPr>
            </w:pPr>
            <w:r>
              <w:rPr>
                <w:rFonts w:ascii="Gill Sans MT" w:hAnsi="Gill Sans MT"/>
                <w:sz w:val="18"/>
              </w:rPr>
              <w:t>-0.080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91AF48" w14:textId="77777777" w:rsidR="00297D2C" w:rsidRPr="00E302CD" w:rsidRDefault="00297D2C" w:rsidP="007B2FD8">
            <w:pPr>
              <w:jc w:val="center"/>
              <w:rPr>
                <w:rFonts w:ascii="Gill Sans MT" w:hAnsi="Gill Sans MT"/>
                <w:sz w:val="16"/>
                <w:szCs w:val="16"/>
              </w:rPr>
            </w:pPr>
            <w:r>
              <w:rPr>
                <w:rFonts w:ascii="Gill Sans MT" w:hAnsi="Gill Sans MT"/>
                <w:sz w:val="18"/>
              </w:rPr>
              <w:t>-1.85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3FE253D" w14:textId="77777777" w:rsidR="00297D2C" w:rsidRPr="00E302CD" w:rsidRDefault="00297D2C" w:rsidP="007B2FD8">
            <w:pPr>
              <w:jc w:val="center"/>
              <w:rPr>
                <w:rFonts w:ascii="Gill Sans MT" w:hAnsi="Gill Sans MT"/>
                <w:sz w:val="16"/>
                <w:szCs w:val="16"/>
              </w:rPr>
            </w:pPr>
            <w:r>
              <w:rPr>
                <w:rFonts w:ascii="Gill Sans MT" w:hAnsi="Gill Sans MT"/>
                <w:sz w:val="18"/>
              </w:rPr>
              <w:t>0.065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7E764F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0.097</w:t>
            </w:r>
          </w:p>
        </w:tc>
      </w:tr>
      <w:tr w:rsidR="00297D2C" w:rsidRPr="00E302CD" w14:paraId="1F786B6F"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FA24686"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E302CD" w14:paraId="43FA7FF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9BE324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09AB28B" w14:textId="77777777" w:rsidR="00297D2C" w:rsidRPr="00E302CD" w:rsidRDefault="00297D2C" w:rsidP="007B2FD8">
            <w:pPr>
              <w:jc w:val="center"/>
              <w:rPr>
                <w:rFonts w:ascii="Gill Sans MT" w:hAnsi="Gill Sans MT"/>
                <w:sz w:val="16"/>
                <w:szCs w:val="16"/>
              </w:rPr>
            </w:pPr>
            <w:r>
              <w:rPr>
                <w:rFonts w:ascii="Gill Sans MT" w:hAnsi="Gill Sans MT"/>
                <w:sz w:val="18"/>
              </w:rPr>
              <w:t>-0.027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9C04A8D" w14:textId="77777777" w:rsidR="00297D2C" w:rsidRPr="00E302CD" w:rsidRDefault="00297D2C" w:rsidP="007B2FD8">
            <w:pPr>
              <w:jc w:val="center"/>
              <w:rPr>
                <w:rFonts w:ascii="Gill Sans MT" w:hAnsi="Gill Sans MT"/>
                <w:sz w:val="16"/>
                <w:szCs w:val="16"/>
              </w:rPr>
            </w:pPr>
            <w:r>
              <w:rPr>
                <w:rFonts w:ascii="Gill Sans MT" w:hAnsi="Gill Sans MT"/>
                <w:sz w:val="18"/>
              </w:rPr>
              <w:t>-0.68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0F8C4B6" w14:textId="77777777" w:rsidR="00297D2C" w:rsidRPr="00E302CD" w:rsidRDefault="00297D2C" w:rsidP="007B2FD8">
            <w:pPr>
              <w:jc w:val="center"/>
              <w:rPr>
                <w:rFonts w:ascii="Gill Sans MT" w:hAnsi="Gill Sans MT"/>
                <w:sz w:val="16"/>
                <w:szCs w:val="16"/>
              </w:rPr>
            </w:pPr>
            <w:r>
              <w:rPr>
                <w:rFonts w:ascii="Gill Sans MT" w:hAnsi="Gill Sans MT"/>
                <w:sz w:val="18"/>
              </w:rPr>
              <w:t>0.494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29F4A8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0.741</w:t>
            </w:r>
          </w:p>
        </w:tc>
      </w:tr>
      <w:tr w:rsidR="00297D2C" w:rsidRPr="00E302CD" w14:paraId="7FF9F91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0C3B03"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C40CDD5" w14:textId="77777777" w:rsidR="00297D2C" w:rsidRPr="00E302CD" w:rsidRDefault="00297D2C" w:rsidP="007B2FD8">
            <w:pPr>
              <w:jc w:val="center"/>
              <w:rPr>
                <w:rFonts w:ascii="Gill Sans MT" w:hAnsi="Gill Sans MT"/>
                <w:sz w:val="16"/>
                <w:szCs w:val="16"/>
              </w:rPr>
            </w:pPr>
            <w:r>
              <w:rPr>
                <w:rFonts w:ascii="Gill Sans MT" w:hAnsi="Gill Sans MT"/>
                <w:b/>
                <w:sz w:val="18"/>
              </w:rPr>
              <w:t>-0.120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D256C39" w14:textId="77777777" w:rsidR="00297D2C" w:rsidRPr="00E302CD" w:rsidRDefault="00297D2C" w:rsidP="007B2FD8">
            <w:pPr>
              <w:jc w:val="center"/>
              <w:rPr>
                <w:rFonts w:ascii="Gill Sans MT" w:hAnsi="Gill Sans MT"/>
                <w:sz w:val="16"/>
                <w:szCs w:val="16"/>
              </w:rPr>
            </w:pPr>
            <w:r>
              <w:rPr>
                <w:rFonts w:ascii="Gill Sans MT" w:hAnsi="Gill Sans MT"/>
                <w:b/>
                <w:sz w:val="18"/>
              </w:rPr>
              <w:t>-2.92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B5ACAE" w14:textId="77777777" w:rsidR="00297D2C" w:rsidRPr="00E302CD" w:rsidRDefault="00297D2C" w:rsidP="007B2FD8">
            <w:pPr>
              <w:jc w:val="center"/>
              <w:rPr>
                <w:rFonts w:ascii="Gill Sans MT" w:hAnsi="Gill Sans MT"/>
                <w:sz w:val="16"/>
                <w:szCs w:val="16"/>
              </w:rPr>
            </w:pPr>
            <w:r>
              <w:rPr>
                <w:rFonts w:ascii="Gill Sans MT" w:hAnsi="Gill Sans MT"/>
                <w:b/>
                <w:sz w:val="18"/>
              </w:rPr>
              <w:t>0.004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7AE979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0.022</w:t>
            </w:r>
          </w:p>
        </w:tc>
      </w:tr>
      <w:tr w:rsidR="00297D2C" w:rsidRPr="00E302CD" w14:paraId="7D3761F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D57F4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07FDEB8" w14:textId="77777777" w:rsidR="00297D2C" w:rsidRPr="00E302CD" w:rsidRDefault="00297D2C" w:rsidP="007B2FD8">
            <w:pPr>
              <w:jc w:val="center"/>
              <w:rPr>
                <w:rFonts w:ascii="Gill Sans MT" w:hAnsi="Gill Sans MT"/>
                <w:sz w:val="16"/>
                <w:szCs w:val="16"/>
              </w:rPr>
            </w:pPr>
            <w:r>
              <w:rPr>
                <w:rFonts w:ascii="Gill Sans MT" w:hAnsi="Gill Sans MT"/>
                <w:sz w:val="18"/>
              </w:rPr>
              <w:t>+0.003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4900738" w14:textId="77777777" w:rsidR="00297D2C" w:rsidRPr="00E302CD" w:rsidRDefault="00297D2C" w:rsidP="007B2FD8">
            <w:pPr>
              <w:jc w:val="center"/>
              <w:rPr>
                <w:rFonts w:ascii="Gill Sans MT" w:hAnsi="Gill Sans MT"/>
                <w:sz w:val="16"/>
                <w:szCs w:val="16"/>
              </w:rPr>
            </w:pPr>
            <w:r>
              <w:rPr>
                <w:rFonts w:ascii="Gill Sans MT" w:hAnsi="Gill Sans MT"/>
                <w:sz w:val="18"/>
              </w:rPr>
              <w:t>+0.07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471C909" w14:textId="77777777" w:rsidR="00297D2C" w:rsidRPr="00E302CD" w:rsidRDefault="00297D2C" w:rsidP="007B2FD8">
            <w:pPr>
              <w:jc w:val="center"/>
              <w:rPr>
                <w:rFonts w:ascii="Gill Sans MT" w:hAnsi="Gill Sans MT"/>
                <w:sz w:val="16"/>
                <w:szCs w:val="16"/>
              </w:rPr>
            </w:pPr>
            <w:r>
              <w:rPr>
                <w:rFonts w:ascii="Gill Sans MT" w:hAnsi="Gill Sans MT"/>
                <w:sz w:val="18"/>
              </w:rPr>
              <w:t>0.945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C3A2202" w14:textId="77777777" w:rsidR="00297D2C" w:rsidRPr="00E302CD" w:rsidRDefault="00297D2C" w:rsidP="007B2FD8">
            <w:pPr>
              <w:jc w:val="center"/>
              <w:rPr>
                <w:rFonts w:ascii="Gill Sans MT" w:hAnsi="Gill Sans MT"/>
                <w:sz w:val="16"/>
                <w:szCs w:val="16"/>
              </w:rPr>
            </w:pPr>
            <w:r>
              <w:rPr>
                <w:rFonts w:ascii="Gill Sans MT" w:hAnsi="Gill Sans MT"/>
                <w:sz w:val="16"/>
                <w:szCs w:val="16"/>
              </w:rPr>
              <w:t>1.000</w:t>
            </w:r>
          </w:p>
        </w:tc>
      </w:tr>
      <w:tr w:rsidR="00297D2C" w:rsidRPr="00E302CD" w14:paraId="2CF7276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B7411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149C855" w14:textId="77777777" w:rsidR="00297D2C" w:rsidRPr="00E302CD" w:rsidRDefault="00297D2C" w:rsidP="007B2FD8">
            <w:pPr>
              <w:jc w:val="center"/>
              <w:rPr>
                <w:rFonts w:ascii="Gill Sans MT" w:hAnsi="Gill Sans MT"/>
                <w:sz w:val="16"/>
                <w:szCs w:val="16"/>
              </w:rPr>
            </w:pPr>
            <w:r>
              <w:rPr>
                <w:rFonts w:ascii="Gill Sans MT" w:hAnsi="Gill Sans MT"/>
                <w:sz w:val="18"/>
              </w:rPr>
              <w:t>+0.000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69733B5" w14:textId="77777777" w:rsidR="00297D2C" w:rsidRPr="00E302CD" w:rsidRDefault="00297D2C" w:rsidP="007B2FD8">
            <w:pPr>
              <w:jc w:val="center"/>
              <w:rPr>
                <w:rFonts w:ascii="Gill Sans MT" w:hAnsi="Gill Sans MT"/>
                <w:sz w:val="16"/>
                <w:szCs w:val="16"/>
              </w:rPr>
            </w:pPr>
            <w:r>
              <w:rPr>
                <w:rFonts w:ascii="Gill Sans MT" w:hAnsi="Gill Sans MT"/>
                <w:sz w:val="18"/>
              </w:rPr>
              <w:t>+0.00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1A75D88" w14:textId="77777777" w:rsidR="00297D2C" w:rsidRPr="00E302CD" w:rsidRDefault="00297D2C" w:rsidP="007B2FD8">
            <w:pPr>
              <w:jc w:val="center"/>
              <w:rPr>
                <w:rFonts w:ascii="Gill Sans MT" w:hAnsi="Gill Sans MT"/>
                <w:sz w:val="16"/>
                <w:szCs w:val="16"/>
              </w:rPr>
            </w:pPr>
            <w:r>
              <w:rPr>
                <w:rFonts w:ascii="Gill Sans MT" w:hAnsi="Gill Sans MT"/>
                <w:sz w:val="18"/>
              </w:rPr>
              <w:t>1.000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CBBD56A" w14:textId="77777777" w:rsidR="00297D2C" w:rsidRPr="00E302CD" w:rsidRDefault="00297D2C" w:rsidP="007B2FD8">
            <w:pPr>
              <w:jc w:val="center"/>
              <w:rPr>
                <w:rFonts w:ascii="Gill Sans MT" w:hAnsi="Gill Sans MT"/>
                <w:sz w:val="16"/>
                <w:szCs w:val="16"/>
              </w:rPr>
            </w:pPr>
            <w:r>
              <w:rPr>
                <w:rFonts w:ascii="Gill Sans MT" w:hAnsi="Gill Sans MT"/>
                <w:sz w:val="16"/>
                <w:szCs w:val="16"/>
              </w:rPr>
              <w:t>1.000</w:t>
            </w:r>
          </w:p>
        </w:tc>
      </w:tr>
      <w:tr w:rsidR="00297D2C" w:rsidRPr="00E302CD" w14:paraId="6FE6CAA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AEDFA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FC7BA19" w14:textId="77777777" w:rsidR="00297D2C" w:rsidRPr="00E302CD" w:rsidRDefault="00297D2C" w:rsidP="007B2FD8">
            <w:pPr>
              <w:jc w:val="center"/>
              <w:rPr>
                <w:rFonts w:ascii="Gill Sans MT" w:hAnsi="Gill Sans MT"/>
                <w:sz w:val="16"/>
                <w:szCs w:val="16"/>
              </w:rPr>
            </w:pPr>
            <w:r>
              <w:rPr>
                <w:rFonts w:ascii="Gill Sans MT" w:hAnsi="Gill Sans MT"/>
                <w:sz w:val="18"/>
              </w:rPr>
              <w:t>-0.076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C3B5182" w14:textId="77777777" w:rsidR="00297D2C" w:rsidRPr="00E302CD" w:rsidRDefault="00297D2C" w:rsidP="007B2FD8">
            <w:pPr>
              <w:jc w:val="center"/>
              <w:rPr>
                <w:rFonts w:ascii="Gill Sans MT" w:hAnsi="Gill Sans MT"/>
                <w:sz w:val="16"/>
                <w:szCs w:val="16"/>
              </w:rPr>
            </w:pPr>
            <w:r>
              <w:rPr>
                <w:rFonts w:ascii="Gill Sans MT" w:hAnsi="Gill Sans MT"/>
                <w:sz w:val="18"/>
              </w:rPr>
              <w:t>-1.76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AB2CECD" w14:textId="77777777" w:rsidR="00297D2C" w:rsidRPr="00E302CD" w:rsidRDefault="00297D2C" w:rsidP="007B2FD8">
            <w:pPr>
              <w:jc w:val="center"/>
              <w:rPr>
                <w:rFonts w:ascii="Gill Sans MT" w:hAnsi="Gill Sans MT"/>
                <w:sz w:val="16"/>
                <w:szCs w:val="16"/>
              </w:rPr>
            </w:pPr>
            <w:r>
              <w:rPr>
                <w:rFonts w:ascii="Gill Sans MT" w:hAnsi="Gill Sans MT"/>
                <w:sz w:val="18"/>
              </w:rPr>
              <w:t>0.080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8B481D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0.175</w:t>
            </w:r>
          </w:p>
        </w:tc>
      </w:tr>
      <w:tr w:rsidR="00297D2C" w:rsidRPr="00E302CD" w14:paraId="10CEC2C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F8906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1C89A4E" w14:textId="77777777" w:rsidR="00297D2C" w:rsidRPr="00E302CD" w:rsidRDefault="00297D2C" w:rsidP="007B2FD8">
            <w:pPr>
              <w:jc w:val="center"/>
              <w:rPr>
                <w:rFonts w:ascii="Gill Sans MT" w:hAnsi="Gill Sans MT"/>
                <w:sz w:val="16"/>
                <w:szCs w:val="16"/>
              </w:rPr>
            </w:pPr>
            <w:r>
              <w:rPr>
                <w:rFonts w:ascii="Gill Sans MT" w:hAnsi="Gill Sans MT"/>
                <w:sz w:val="18"/>
              </w:rPr>
              <w:t>-0.074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7D488D7" w14:textId="77777777" w:rsidR="00297D2C" w:rsidRPr="00E302CD" w:rsidRDefault="00297D2C" w:rsidP="007B2FD8">
            <w:pPr>
              <w:jc w:val="center"/>
              <w:rPr>
                <w:rFonts w:ascii="Gill Sans MT" w:hAnsi="Gill Sans MT"/>
                <w:sz w:val="16"/>
                <w:szCs w:val="16"/>
              </w:rPr>
            </w:pPr>
            <w:r>
              <w:rPr>
                <w:rFonts w:ascii="Gill Sans MT" w:hAnsi="Gill Sans MT"/>
                <w:sz w:val="18"/>
              </w:rPr>
              <w:t>-1.71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F926629" w14:textId="77777777" w:rsidR="00297D2C" w:rsidRPr="00E302CD" w:rsidRDefault="00297D2C" w:rsidP="007B2FD8">
            <w:pPr>
              <w:jc w:val="center"/>
              <w:rPr>
                <w:rFonts w:ascii="Gill Sans MT" w:hAnsi="Gill Sans MT"/>
                <w:sz w:val="16"/>
                <w:szCs w:val="16"/>
              </w:rPr>
            </w:pPr>
            <w:r>
              <w:rPr>
                <w:rFonts w:ascii="Gill Sans MT" w:hAnsi="Gill Sans MT"/>
                <w:sz w:val="18"/>
              </w:rPr>
              <w:t>0.088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E662CB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0.175</w:t>
            </w:r>
          </w:p>
        </w:tc>
      </w:tr>
      <w:tr w:rsidR="00297D2C" w:rsidRPr="00E302CD" w14:paraId="375C21DB"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711F7CB"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E302CD" w14:paraId="22343B7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8B92B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989681A" w14:textId="77777777" w:rsidR="00297D2C" w:rsidRPr="00E302CD" w:rsidRDefault="00297D2C" w:rsidP="007B2FD8">
            <w:pPr>
              <w:jc w:val="center"/>
              <w:rPr>
                <w:rFonts w:ascii="Gill Sans MT" w:hAnsi="Gill Sans MT"/>
                <w:sz w:val="16"/>
                <w:szCs w:val="16"/>
              </w:rPr>
            </w:pPr>
            <w:r>
              <w:rPr>
                <w:rFonts w:ascii="Gill Sans MT" w:hAnsi="Gill Sans MT"/>
                <w:sz w:val="18"/>
              </w:rPr>
              <w:t>+0.001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76B8890" w14:textId="77777777" w:rsidR="00297D2C" w:rsidRPr="00E302CD" w:rsidRDefault="00297D2C" w:rsidP="007B2FD8">
            <w:pPr>
              <w:jc w:val="center"/>
              <w:rPr>
                <w:rFonts w:ascii="Gill Sans MT" w:hAnsi="Gill Sans MT"/>
                <w:sz w:val="16"/>
                <w:szCs w:val="16"/>
              </w:rPr>
            </w:pPr>
            <w:r>
              <w:rPr>
                <w:rFonts w:ascii="Gill Sans MT" w:hAnsi="Gill Sans MT"/>
                <w:sz w:val="18"/>
              </w:rPr>
              <w:t>+0.03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362AAFE" w14:textId="77777777" w:rsidR="00297D2C" w:rsidRPr="00E302CD" w:rsidRDefault="00297D2C" w:rsidP="007B2FD8">
            <w:pPr>
              <w:jc w:val="center"/>
              <w:rPr>
                <w:rFonts w:ascii="Gill Sans MT" w:hAnsi="Gill Sans MT"/>
                <w:sz w:val="16"/>
                <w:szCs w:val="16"/>
              </w:rPr>
            </w:pPr>
            <w:r>
              <w:rPr>
                <w:rFonts w:ascii="Gill Sans MT" w:hAnsi="Gill Sans MT"/>
                <w:sz w:val="18"/>
              </w:rPr>
              <w:t>0.975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B46B25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0.975</w:t>
            </w:r>
          </w:p>
        </w:tc>
      </w:tr>
      <w:tr w:rsidR="00297D2C" w:rsidRPr="00E302CD" w14:paraId="0F6E4F6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DA6D9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EAA40FE" w14:textId="77777777" w:rsidR="00297D2C" w:rsidRPr="00E302CD" w:rsidRDefault="00297D2C" w:rsidP="007B2FD8">
            <w:pPr>
              <w:jc w:val="center"/>
              <w:rPr>
                <w:rFonts w:ascii="Gill Sans MT" w:hAnsi="Gill Sans MT"/>
                <w:sz w:val="16"/>
                <w:szCs w:val="16"/>
              </w:rPr>
            </w:pPr>
            <w:r>
              <w:rPr>
                <w:rFonts w:ascii="Gill Sans MT" w:hAnsi="Gill Sans MT"/>
                <w:sz w:val="18"/>
              </w:rPr>
              <w:t>-0.022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48C5100" w14:textId="77777777" w:rsidR="00297D2C" w:rsidRPr="00E302CD" w:rsidRDefault="00297D2C" w:rsidP="007B2FD8">
            <w:pPr>
              <w:jc w:val="center"/>
              <w:rPr>
                <w:rFonts w:ascii="Gill Sans MT" w:hAnsi="Gill Sans MT"/>
                <w:sz w:val="16"/>
                <w:szCs w:val="16"/>
              </w:rPr>
            </w:pPr>
            <w:r>
              <w:rPr>
                <w:rFonts w:ascii="Gill Sans MT" w:hAnsi="Gill Sans MT"/>
                <w:sz w:val="18"/>
              </w:rPr>
              <w:t>-0.50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60C4915" w14:textId="77777777" w:rsidR="00297D2C" w:rsidRPr="00E302CD" w:rsidRDefault="00297D2C" w:rsidP="007B2FD8">
            <w:pPr>
              <w:jc w:val="center"/>
              <w:rPr>
                <w:rFonts w:ascii="Gill Sans MT" w:hAnsi="Gill Sans MT"/>
                <w:sz w:val="16"/>
                <w:szCs w:val="16"/>
              </w:rPr>
            </w:pPr>
            <w:r>
              <w:rPr>
                <w:rFonts w:ascii="Gill Sans MT" w:hAnsi="Gill Sans MT"/>
                <w:sz w:val="18"/>
              </w:rPr>
              <w:t>0.617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05CB3E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0.848</w:t>
            </w:r>
          </w:p>
        </w:tc>
      </w:tr>
      <w:tr w:rsidR="00297D2C" w:rsidRPr="00E302CD" w14:paraId="0C2AA79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E8FBE3"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613E24C" w14:textId="77777777" w:rsidR="00297D2C" w:rsidRPr="00E302CD" w:rsidRDefault="00297D2C" w:rsidP="007B2FD8">
            <w:pPr>
              <w:jc w:val="center"/>
              <w:rPr>
                <w:rFonts w:ascii="Gill Sans MT" w:hAnsi="Gill Sans MT"/>
                <w:sz w:val="16"/>
                <w:szCs w:val="16"/>
              </w:rPr>
            </w:pPr>
            <w:r>
              <w:rPr>
                <w:rFonts w:ascii="Gill Sans MT" w:hAnsi="Gill Sans MT"/>
                <w:sz w:val="18"/>
              </w:rPr>
              <w:t>-0.096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3DD453D" w14:textId="77777777" w:rsidR="00297D2C" w:rsidRPr="00E302CD" w:rsidRDefault="00297D2C" w:rsidP="007B2FD8">
            <w:pPr>
              <w:jc w:val="center"/>
              <w:rPr>
                <w:rFonts w:ascii="Gill Sans MT" w:hAnsi="Gill Sans MT"/>
                <w:sz w:val="16"/>
                <w:szCs w:val="16"/>
              </w:rPr>
            </w:pPr>
            <w:r>
              <w:rPr>
                <w:rFonts w:ascii="Gill Sans MT" w:hAnsi="Gill Sans MT"/>
                <w:sz w:val="18"/>
              </w:rPr>
              <w:t>-2.15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AB627E0" w14:textId="77777777" w:rsidR="00297D2C" w:rsidRPr="00E302CD" w:rsidRDefault="00297D2C" w:rsidP="007B2FD8">
            <w:pPr>
              <w:jc w:val="center"/>
              <w:rPr>
                <w:rFonts w:ascii="Gill Sans MT" w:hAnsi="Gill Sans MT"/>
                <w:sz w:val="16"/>
                <w:szCs w:val="16"/>
              </w:rPr>
            </w:pPr>
            <w:r>
              <w:rPr>
                <w:rFonts w:ascii="Gill Sans MT" w:hAnsi="Gill Sans MT"/>
                <w:sz w:val="18"/>
              </w:rPr>
              <w:t>0.032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92499B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0.095</w:t>
            </w:r>
          </w:p>
        </w:tc>
      </w:tr>
      <w:tr w:rsidR="00297D2C" w:rsidRPr="00E302CD" w14:paraId="0F127B3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6B89F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799BC13" w14:textId="77777777" w:rsidR="00297D2C" w:rsidRPr="00E302CD" w:rsidRDefault="00297D2C" w:rsidP="007B2FD8">
            <w:pPr>
              <w:jc w:val="center"/>
              <w:rPr>
                <w:rFonts w:ascii="Gill Sans MT" w:hAnsi="Gill Sans MT"/>
                <w:sz w:val="16"/>
                <w:szCs w:val="16"/>
              </w:rPr>
            </w:pPr>
            <w:r>
              <w:rPr>
                <w:rFonts w:ascii="Gill Sans MT" w:hAnsi="Gill Sans MT"/>
                <w:sz w:val="18"/>
              </w:rPr>
              <w:t>-0.101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FD106D5" w14:textId="77777777" w:rsidR="00297D2C" w:rsidRPr="00E302CD" w:rsidRDefault="00297D2C" w:rsidP="007B2FD8">
            <w:pPr>
              <w:jc w:val="center"/>
              <w:rPr>
                <w:rFonts w:ascii="Gill Sans MT" w:hAnsi="Gill Sans MT"/>
                <w:sz w:val="16"/>
                <w:szCs w:val="16"/>
              </w:rPr>
            </w:pPr>
            <w:r>
              <w:rPr>
                <w:rFonts w:ascii="Gill Sans MT" w:hAnsi="Gill Sans MT"/>
                <w:sz w:val="18"/>
              </w:rPr>
              <w:t>-2.28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0002BA" w14:textId="77777777" w:rsidR="00297D2C" w:rsidRPr="00E302CD" w:rsidRDefault="00297D2C" w:rsidP="007B2FD8">
            <w:pPr>
              <w:jc w:val="center"/>
              <w:rPr>
                <w:rFonts w:ascii="Gill Sans MT" w:hAnsi="Gill Sans MT"/>
                <w:sz w:val="16"/>
                <w:szCs w:val="16"/>
              </w:rPr>
            </w:pPr>
            <w:r>
              <w:rPr>
                <w:rFonts w:ascii="Gill Sans MT" w:hAnsi="Gill Sans MT"/>
                <w:sz w:val="18"/>
              </w:rPr>
              <w:t>0.023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875823F"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0.095</w:t>
            </w:r>
          </w:p>
        </w:tc>
      </w:tr>
      <w:tr w:rsidR="00297D2C" w:rsidRPr="00E302CD" w14:paraId="4DCFCAD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0D95AA"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B338CCC" w14:textId="77777777" w:rsidR="00297D2C" w:rsidRPr="00E302CD" w:rsidRDefault="00297D2C" w:rsidP="007B2FD8">
            <w:pPr>
              <w:jc w:val="center"/>
              <w:rPr>
                <w:rFonts w:ascii="Gill Sans MT" w:hAnsi="Gill Sans MT"/>
                <w:sz w:val="16"/>
                <w:szCs w:val="16"/>
              </w:rPr>
            </w:pPr>
            <w:r>
              <w:rPr>
                <w:rFonts w:ascii="Gill Sans MT" w:hAnsi="Gill Sans MT"/>
                <w:sz w:val="18"/>
              </w:rPr>
              <w:t>+0.068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3AD597C" w14:textId="77777777" w:rsidR="00297D2C" w:rsidRPr="00E302CD" w:rsidRDefault="00297D2C" w:rsidP="007B2FD8">
            <w:pPr>
              <w:jc w:val="center"/>
              <w:rPr>
                <w:rFonts w:ascii="Gill Sans MT" w:hAnsi="Gill Sans MT"/>
                <w:sz w:val="16"/>
                <w:szCs w:val="16"/>
              </w:rPr>
            </w:pPr>
            <w:r>
              <w:rPr>
                <w:rFonts w:ascii="Gill Sans MT" w:hAnsi="Gill Sans MT"/>
                <w:sz w:val="18"/>
              </w:rPr>
              <w:t>+1.55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C4EA8AF" w14:textId="77777777" w:rsidR="00297D2C" w:rsidRPr="00E302CD" w:rsidRDefault="00297D2C" w:rsidP="007B2FD8">
            <w:pPr>
              <w:jc w:val="center"/>
              <w:rPr>
                <w:rFonts w:ascii="Gill Sans MT" w:hAnsi="Gill Sans MT"/>
                <w:sz w:val="16"/>
                <w:szCs w:val="16"/>
              </w:rPr>
            </w:pPr>
            <w:r>
              <w:rPr>
                <w:rFonts w:ascii="Gill Sans MT" w:hAnsi="Gill Sans MT"/>
                <w:sz w:val="18"/>
              </w:rPr>
              <w:t>0.123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0AA3C1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0.245</w:t>
            </w:r>
          </w:p>
        </w:tc>
      </w:tr>
      <w:tr w:rsidR="00297D2C" w:rsidRPr="00E302CD" w14:paraId="5F87A8B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A68D6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B8A76D7" w14:textId="77777777" w:rsidR="00297D2C" w:rsidRPr="00E302CD" w:rsidRDefault="00297D2C" w:rsidP="007B2FD8">
            <w:pPr>
              <w:jc w:val="center"/>
              <w:rPr>
                <w:rFonts w:ascii="Gill Sans MT" w:hAnsi="Gill Sans MT"/>
                <w:sz w:val="16"/>
                <w:szCs w:val="16"/>
              </w:rPr>
            </w:pPr>
            <w:r>
              <w:rPr>
                <w:rFonts w:ascii="Gill Sans MT" w:hAnsi="Gill Sans MT"/>
                <w:sz w:val="18"/>
              </w:rPr>
              <w:t>-0.017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9FDDD36" w14:textId="77777777" w:rsidR="00297D2C" w:rsidRPr="00E302CD" w:rsidRDefault="00297D2C" w:rsidP="007B2FD8">
            <w:pPr>
              <w:jc w:val="center"/>
              <w:rPr>
                <w:rFonts w:ascii="Gill Sans MT" w:hAnsi="Gill Sans MT"/>
                <w:sz w:val="16"/>
                <w:szCs w:val="16"/>
              </w:rPr>
            </w:pPr>
            <w:r>
              <w:rPr>
                <w:rFonts w:ascii="Gill Sans MT" w:hAnsi="Gill Sans MT"/>
                <w:sz w:val="18"/>
              </w:rPr>
              <w:t>-0.38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B1C48EA" w14:textId="77777777" w:rsidR="00297D2C" w:rsidRPr="00E302CD" w:rsidRDefault="00297D2C" w:rsidP="007B2FD8">
            <w:pPr>
              <w:jc w:val="center"/>
              <w:rPr>
                <w:rFonts w:ascii="Gill Sans MT" w:hAnsi="Gill Sans MT"/>
                <w:sz w:val="16"/>
                <w:szCs w:val="16"/>
              </w:rPr>
            </w:pPr>
            <w:r>
              <w:rPr>
                <w:rFonts w:ascii="Gill Sans MT" w:hAnsi="Gill Sans MT"/>
                <w:sz w:val="18"/>
              </w:rPr>
              <w:t>0.706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7263338" w14:textId="77777777" w:rsidR="00297D2C" w:rsidRPr="00E302CD" w:rsidRDefault="00297D2C" w:rsidP="007B2FD8">
            <w:pPr>
              <w:jc w:val="center"/>
              <w:rPr>
                <w:rFonts w:ascii="Gill Sans MT" w:hAnsi="Gill Sans MT"/>
                <w:sz w:val="16"/>
                <w:szCs w:val="16"/>
              </w:rPr>
            </w:pPr>
            <w:r>
              <w:rPr>
                <w:rFonts w:ascii="Gill Sans MT" w:hAnsi="Gill Sans MT"/>
                <w:sz w:val="16"/>
                <w:szCs w:val="16"/>
              </w:rPr>
              <w:t>0.848</w:t>
            </w:r>
          </w:p>
        </w:tc>
      </w:tr>
      <w:tr w:rsidR="00297D2C" w:rsidRPr="00E302CD" w14:paraId="6C8DE352"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2601EE3"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E302CD" w14:paraId="74494E0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56C08B"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D2562CD" w14:textId="77777777" w:rsidR="00297D2C" w:rsidRPr="00E302CD" w:rsidRDefault="00297D2C" w:rsidP="007B2FD8">
            <w:pPr>
              <w:jc w:val="center"/>
              <w:rPr>
                <w:rFonts w:ascii="Gill Sans MT" w:hAnsi="Gill Sans MT"/>
                <w:sz w:val="16"/>
                <w:szCs w:val="16"/>
              </w:rPr>
            </w:pPr>
            <w:r>
              <w:rPr>
                <w:rFonts w:ascii="Gill Sans MT" w:hAnsi="Gill Sans MT"/>
                <w:sz w:val="18"/>
              </w:rPr>
              <w:t>-0.093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E4BFED4" w14:textId="77777777" w:rsidR="00297D2C" w:rsidRPr="00E302CD" w:rsidRDefault="00297D2C" w:rsidP="007B2FD8">
            <w:pPr>
              <w:jc w:val="center"/>
              <w:rPr>
                <w:rFonts w:ascii="Gill Sans MT" w:hAnsi="Gill Sans MT"/>
                <w:sz w:val="16"/>
                <w:szCs w:val="16"/>
              </w:rPr>
            </w:pPr>
            <w:r>
              <w:rPr>
                <w:rFonts w:ascii="Gill Sans MT" w:hAnsi="Gill Sans MT"/>
                <w:sz w:val="18"/>
              </w:rPr>
              <w:t>-2.12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47BF93B" w14:textId="77777777" w:rsidR="00297D2C" w:rsidRPr="00E302CD" w:rsidRDefault="00297D2C" w:rsidP="007B2FD8">
            <w:pPr>
              <w:jc w:val="center"/>
              <w:rPr>
                <w:rFonts w:ascii="Gill Sans MT" w:hAnsi="Gill Sans MT"/>
                <w:sz w:val="16"/>
                <w:szCs w:val="16"/>
              </w:rPr>
            </w:pPr>
            <w:r>
              <w:rPr>
                <w:rFonts w:ascii="Gill Sans MT" w:hAnsi="Gill Sans MT"/>
                <w:sz w:val="18"/>
              </w:rPr>
              <w:t>0.035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3155421"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0.122</w:t>
            </w:r>
          </w:p>
        </w:tc>
      </w:tr>
      <w:tr w:rsidR="00297D2C" w:rsidRPr="00E302CD" w14:paraId="770A103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434CCB"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FE5D0F4" w14:textId="77777777" w:rsidR="00297D2C" w:rsidRPr="00E302CD" w:rsidRDefault="00297D2C" w:rsidP="007B2FD8">
            <w:pPr>
              <w:jc w:val="center"/>
              <w:rPr>
                <w:rFonts w:ascii="Gill Sans MT" w:hAnsi="Gill Sans MT"/>
                <w:sz w:val="16"/>
                <w:szCs w:val="16"/>
              </w:rPr>
            </w:pPr>
            <w:r>
              <w:rPr>
                <w:rFonts w:ascii="Gill Sans MT" w:hAnsi="Gill Sans MT"/>
                <w:sz w:val="18"/>
              </w:rPr>
              <w:t>-0.061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E8DE5E0" w14:textId="77777777" w:rsidR="00297D2C" w:rsidRPr="00E302CD" w:rsidRDefault="00297D2C" w:rsidP="007B2FD8">
            <w:pPr>
              <w:jc w:val="center"/>
              <w:rPr>
                <w:rFonts w:ascii="Gill Sans MT" w:hAnsi="Gill Sans MT"/>
                <w:sz w:val="16"/>
                <w:szCs w:val="16"/>
              </w:rPr>
            </w:pPr>
            <w:r>
              <w:rPr>
                <w:rFonts w:ascii="Gill Sans MT" w:hAnsi="Gill Sans MT"/>
                <w:sz w:val="18"/>
              </w:rPr>
              <w:t>-1.36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B895EC" w14:textId="77777777" w:rsidR="00297D2C" w:rsidRPr="00E302CD" w:rsidRDefault="00297D2C" w:rsidP="007B2FD8">
            <w:pPr>
              <w:jc w:val="center"/>
              <w:rPr>
                <w:rFonts w:ascii="Gill Sans MT" w:hAnsi="Gill Sans MT"/>
                <w:sz w:val="16"/>
                <w:szCs w:val="16"/>
              </w:rPr>
            </w:pPr>
            <w:r>
              <w:rPr>
                <w:rFonts w:ascii="Gill Sans MT" w:hAnsi="Gill Sans MT"/>
                <w:sz w:val="18"/>
              </w:rPr>
              <w:t>0.175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5C468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0.204</w:t>
            </w:r>
          </w:p>
        </w:tc>
      </w:tr>
      <w:tr w:rsidR="00297D2C" w:rsidRPr="00E302CD" w14:paraId="539703F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1DEFA4"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F7F4D9C" w14:textId="77777777" w:rsidR="00297D2C" w:rsidRPr="00E302CD" w:rsidRDefault="00297D2C" w:rsidP="007B2FD8">
            <w:pPr>
              <w:jc w:val="center"/>
              <w:rPr>
                <w:rFonts w:ascii="Gill Sans MT" w:hAnsi="Gill Sans MT"/>
                <w:sz w:val="16"/>
                <w:szCs w:val="16"/>
              </w:rPr>
            </w:pPr>
            <w:r>
              <w:rPr>
                <w:rFonts w:ascii="Gill Sans MT" w:hAnsi="Gill Sans MT"/>
                <w:sz w:val="18"/>
              </w:rPr>
              <w:t>-0.050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1D103C9" w14:textId="77777777" w:rsidR="00297D2C" w:rsidRPr="00E302CD" w:rsidRDefault="00297D2C" w:rsidP="007B2FD8">
            <w:pPr>
              <w:jc w:val="center"/>
              <w:rPr>
                <w:rFonts w:ascii="Gill Sans MT" w:hAnsi="Gill Sans MT"/>
                <w:sz w:val="16"/>
                <w:szCs w:val="16"/>
              </w:rPr>
            </w:pPr>
            <w:r>
              <w:rPr>
                <w:rFonts w:ascii="Gill Sans MT" w:hAnsi="Gill Sans MT"/>
                <w:sz w:val="18"/>
              </w:rPr>
              <w:t>-1.15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A8AECA4" w14:textId="77777777" w:rsidR="00297D2C" w:rsidRPr="00E302CD" w:rsidRDefault="00297D2C" w:rsidP="007B2FD8">
            <w:pPr>
              <w:jc w:val="center"/>
              <w:rPr>
                <w:rFonts w:ascii="Gill Sans MT" w:hAnsi="Gill Sans MT"/>
                <w:sz w:val="16"/>
                <w:szCs w:val="16"/>
              </w:rPr>
            </w:pPr>
            <w:r>
              <w:rPr>
                <w:rFonts w:ascii="Gill Sans MT" w:hAnsi="Gill Sans MT"/>
                <w:sz w:val="18"/>
              </w:rPr>
              <w:t>0.252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EA53960"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0.252</w:t>
            </w:r>
          </w:p>
        </w:tc>
      </w:tr>
      <w:tr w:rsidR="00297D2C" w:rsidRPr="00E302CD" w14:paraId="687C259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812BAB"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D753DBF" w14:textId="77777777" w:rsidR="00297D2C" w:rsidRPr="00E302CD" w:rsidRDefault="00297D2C" w:rsidP="007B2FD8">
            <w:pPr>
              <w:jc w:val="center"/>
              <w:rPr>
                <w:rFonts w:ascii="Gill Sans MT" w:hAnsi="Gill Sans MT"/>
                <w:sz w:val="16"/>
                <w:szCs w:val="16"/>
              </w:rPr>
            </w:pPr>
            <w:r>
              <w:rPr>
                <w:rFonts w:ascii="Gill Sans MT" w:hAnsi="Gill Sans MT"/>
                <w:sz w:val="18"/>
              </w:rPr>
              <w:t>-0.063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CEC78A" w14:textId="77777777" w:rsidR="00297D2C" w:rsidRPr="00E302CD" w:rsidRDefault="00297D2C" w:rsidP="007B2FD8">
            <w:pPr>
              <w:jc w:val="center"/>
              <w:rPr>
                <w:rFonts w:ascii="Gill Sans MT" w:hAnsi="Gill Sans MT"/>
                <w:sz w:val="16"/>
                <w:szCs w:val="16"/>
              </w:rPr>
            </w:pPr>
            <w:r>
              <w:rPr>
                <w:rFonts w:ascii="Gill Sans MT" w:hAnsi="Gill Sans MT"/>
                <w:sz w:val="18"/>
              </w:rPr>
              <w:t>-1.42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C9DC6A" w14:textId="77777777" w:rsidR="00297D2C" w:rsidRPr="00E302CD" w:rsidRDefault="00297D2C" w:rsidP="007B2FD8">
            <w:pPr>
              <w:jc w:val="center"/>
              <w:rPr>
                <w:rFonts w:ascii="Gill Sans MT" w:hAnsi="Gill Sans MT"/>
                <w:sz w:val="16"/>
                <w:szCs w:val="16"/>
              </w:rPr>
            </w:pPr>
            <w:r>
              <w:rPr>
                <w:rFonts w:ascii="Gill Sans MT" w:hAnsi="Gill Sans MT"/>
                <w:sz w:val="18"/>
              </w:rPr>
              <w:t>0.155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3199BD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0.204</w:t>
            </w:r>
          </w:p>
        </w:tc>
      </w:tr>
      <w:tr w:rsidR="00297D2C" w:rsidRPr="00E302CD" w14:paraId="5F90F5C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BB5C0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7C5BB7B" w14:textId="77777777" w:rsidR="00297D2C" w:rsidRPr="00E302CD" w:rsidRDefault="00297D2C" w:rsidP="007B2FD8">
            <w:pPr>
              <w:jc w:val="center"/>
              <w:rPr>
                <w:rFonts w:ascii="Gill Sans MT" w:hAnsi="Gill Sans MT"/>
                <w:sz w:val="16"/>
                <w:szCs w:val="16"/>
              </w:rPr>
            </w:pPr>
            <w:r>
              <w:rPr>
                <w:rFonts w:ascii="Gill Sans MT" w:hAnsi="Gill Sans MT"/>
                <w:sz w:val="18"/>
              </w:rPr>
              <w:t>-0.079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7B60FD0" w14:textId="77777777" w:rsidR="00297D2C" w:rsidRPr="00E302CD" w:rsidRDefault="00297D2C" w:rsidP="007B2FD8">
            <w:pPr>
              <w:jc w:val="center"/>
              <w:rPr>
                <w:rFonts w:ascii="Gill Sans MT" w:hAnsi="Gill Sans MT"/>
                <w:sz w:val="16"/>
                <w:szCs w:val="16"/>
              </w:rPr>
            </w:pPr>
            <w:r>
              <w:rPr>
                <w:rFonts w:ascii="Gill Sans MT" w:hAnsi="Gill Sans MT"/>
                <w:sz w:val="18"/>
              </w:rPr>
              <w:t>-1.80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8965E5" w14:textId="77777777" w:rsidR="00297D2C" w:rsidRPr="00E302CD" w:rsidRDefault="00297D2C" w:rsidP="007B2FD8">
            <w:pPr>
              <w:jc w:val="center"/>
              <w:rPr>
                <w:rFonts w:ascii="Gill Sans MT" w:hAnsi="Gill Sans MT"/>
                <w:sz w:val="16"/>
                <w:szCs w:val="16"/>
              </w:rPr>
            </w:pPr>
            <w:r>
              <w:rPr>
                <w:rFonts w:ascii="Gill Sans MT" w:hAnsi="Gill Sans MT"/>
                <w:sz w:val="18"/>
              </w:rPr>
              <w:t>0.073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816D909"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0.170</w:t>
            </w:r>
          </w:p>
        </w:tc>
      </w:tr>
      <w:tr w:rsidR="00297D2C" w:rsidRPr="00E302CD" w14:paraId="14FB795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30AB87"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1313FA6" w14:textId="77777777" w:rsidR="00297D2C" w:rsidRPr="00E302CD" w:rsidRDefault="00297D2C" w:rsidP="007B2FD8">
            <w:pPr>
              <w:jc w:val="center"/>
              <w:rPr>
                <w:rFonts w:ascii="Gill Sans MT" w:hAnsi="Gill Sans MT"/>
                <w:sz w:val="16"/>
                <w:szCs w:val="16"/>
              </w:rPr>
            </w:pPr>
            <w:r>
              <w:rPr>
                <w:rFonts w:ascii="Gill Sans MT" w:hAnsi="Gill Sans MT"/>
                <w:sz w:val="18"/>
              </w:rPr>
              <w:t>-0.062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9638278" w14:textId="77777777" w:rsidR="00297D2C" w:rsidRPr="00E302CD" w:rsidRDefault="00297D2C" w:rsidP="007B2FD8">
            <w:pPr>
              <w:jc w:val="center"/>
              <w:rPr>
                <w:rFonts w:ascii="Gill Sans MT" w:hAnsi="Gill Sans MT"/>
                <w:sz w:val="16"/>
                <w:szCs w:val="16"/>
              </w:rPr>
            </w:pPr>
            <w:r>
              <w:rPr>
                <w:rFonts w:ascii="Gill Sans MT" w:hAnsi="Gill Sans MT"/>
                <w:sz w:val="18"/>
              </w:rPr>
              <w:t>-1.39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9911427" w14:textId="77777777" w:rsidR="00297D2C" w:rsidRPr="00E302CD" w:rsidRDefault="00297D2C" w:rsidP="007B2FD8">
            <w:pPr>
              <w:jc w:val="center"/>
              <w:rPr>
                <w:rFonts w:ascii="Gill Sans MT" w:hAnsi="Gill Sans MT"/>
                <w:sz w:val="16"/>
                <w:szCs w:val="16"/>
              </w:rPr>
            </w:pPr>
            <w:r>
              <w:rPr>
                <w:rFonts w:ascii="Gill Sans MT" w:hAnsi="Gill Sans MT"/>
                <w:sz w:val="18"/>
              </w:rPr>
              <w:t>0.164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DBF0A50"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0.204</w:t>
            </w:r>
          </w:p>
        </w:tc>
      </w:tr>
      <w:tr w:rsidR="00297D2C" w:rsidRPr="00E302CD" w14:paraId="511D07BB"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E6B46D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44888097" w14:textId="77777777" w:rsidR="00297D2C" w:rsidRPr="00E302CD" w:rsidRDefault="00297D2C" w:rsidP="007B2FD8">
            <w:pPr>
              <w:jc w:val="center"/>
              <w:rPr>
                <w:rFonts w:ascii="Gill Sans MT" w:hAnsi="Gill Sans MT"/>
                <w:sz w:val="16"/>
                <w:szCs w:val="16"/>
              </w:rPr>
            </w:pPr>
            <w:r>
              <w:rPr>
                <w:rFonts w:ascii="Gill Sans MT" w:hAnsi="Gill Sans MT"/>
                <w:sz w:val="18"/>
              </w:rPr>
              <w:t>-0.096</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43B9F154" w14:textId="77777777" w:rsidR="00297D2C" w:rsidRPr="00E302CD" w:rsidRDefault="00297D2C" w:rsidP="007B2FD8">
            <w:pPr>
              <w:jc w:val="center"/>
              <w:rPr>
                <w:rFonts w:ascii="Gill Sans MT" w:hAnsi="Gill Sans MT"/>
                <w:sz w:val="16"/>
                <w:szCs w:val="16"/>
              </w:rPr>
            </w:pPr>
            <w:r>
              <w:rPr>
                <w:rFonts w:ascii="Gill Sans MT" w:hAnsi="Gill Sans MT"/>
                <w:sz w:val="18"/>
              </w:rPr>
              <w:t>-2.16</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4F6C0080" w14:textId="77777777" w:rsidR="00297D2C" w:rsidRPr="00E302CD" w:rsidRDefault="00297D2C" w:rsidP="007B2FD8">
            <w:pPr>
              <w:jc w:val="center"/>
              <w:rPr>
                <w:rFonts w:ascii="Gill Sans MT" w:hAnsi="Gill Sans MT"/>
                <w:sz w:val="16"/>
                <w:szCs w:val="16"/>
              </w:rPr>
            </w:pPr>
            <w:r>
              <w:rPr>
                <w:rFonts w:ascii="Gill Sans MT" w:hAnsi="Gill Sans MT"/>
                <w:sz w:val="18"/>
              </w:rPr>
              <w:t>0.031</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7D5C184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0.122</w:t>
            </w:r>
          </w:p>
        </w:tc>
      </w:tr>
      <w:tr w:rsidR="00297D2C" w:rsidRPr="00E302CD" w14:paraId="61B3F85C"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61BE6EF8"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GDS (n = 500)</w:t>
            </w:r>
          </w:p>
        </w:tc>
      </w:tr>
      <w:tr w:rsidR="00297D2C" w:rsidRPr="00E302CD" w14:paraId="25EFDD58"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04BBA36" w14:textId="77777777" w:rsidR="00297D2C" w:rsidRPr="00E302CD"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04338CD4" w14:textId="77777777" w:rsidR="00297D2C" w:rsidRPr="00E302CD"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8AE4103"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6000D912"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B945E3C"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E302CD" w14:paraId="1094C1FB"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E0B3F9F"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E302CD" w14:paraId="2E3EED1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E28064"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645DBC" w14:textId="77777777" w:rsidR="00297D2C" w:rsidRPr="00E302CD" w:rsidRDefault="00297D2C" w:rsidP="007B2FD8">
            <w:pPr>
              <w:jc w:val="center"/>
              <w:rPr>
                <w:rFonts w:ascii="Gill Sans MT" w:hAnsi="Gill Sans MT"/>
                <w:sz w:val="16"/>
                <w:szCs w:val="16"/>
              </w:rPr>
            </w:pPr>
            <w:r>
              <w:rPr>
                <w:rFonts w:ascii="Gill Sans MT" w:hAnsi="Gill Sans MT"/>
                <w:sz w:val="18"/>
              </w:rPr>
              <w:t>+0.084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E6CD43C" w14:textId="77777777" w:rsidR="00297D2C" w:rsidRPr="00E302CD" w:rsidRDefault="00297D2C" w:rsidP="007B2FD8">
            <w:pPr>
              <w:jc w:val="center"/>
              <w:rPr>
                <w:rFonts w:ascii="Gill Sans MT" w:hAnsi="Gill Sans MT"/>
                <w:sz w:val="16"/>
                <w:szCs w:val="16"/>
              </w:rPr>
            </w:pPr>
            <w:r>
              <w:rPr>
                <w:rFonts w:ascii="Gill Sans MT" w:hAnsi="Gill Sans MT"/>
                <w:sz w:val="18"/>
              </w:rPr>
              <w:t>+1.94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016BA98" w14:textId="77777777" w:rsidR="00297D2C" w:rsidRPr="00E302CD" w:rsidRDefault="00297D2C" w:rsidP="007B2FD8">
            <w:pPr>
              <w:jc w:val="center"/>
              <w:rPr>
                <w:rFonts w:ascii="Gill Sans MT" w:hAnsi="Gill Sans MT"/>
                <w:sz w:val="16"/>
                <w:szCs w:val="16"/>
              </w:rPr>
            </w:pPr>
            <w:r>
              <w:rPr>
                <w:rFonts w:ascii="Gill Sans MT" w:hAnsi="Gill Sans MT"/>
                <w:sz w:val="18"/>
              </w:rPr>
              <w:t>0.053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30126EC" w14:textId="77777777" w:rsidR="00297D2C" w:rsidRPr="00E302CD" w:rsidRDefault="00297D2C" w:rsidP="007B2FD8">
            <w:pPr>
              <w:jc w:val="center"/>
              <w:rPr>
                <w:rFonts w:ascii="Gill Sans MT" w:hAnsi="Gill Sans MT"/>
                <w:sz w:val="16"/>
                <w:szCs w:val="16"/>
              </w:rPr>
            </w:pPr>
          </w:p>
        </w:tc>
      </w:tr>
      <w:tr w:rsidR="00297D2C" w:rsidRPr="00E302CD" w14:paraId="365F911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19B45D"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829320B" w14:textId="77777777" w:rsidR="00297D2C" w:rsidRPr="00E302CD" w:rsidRDefault="00297D2C" w:rsidP="007B2FD8">
            <w:pPr>
              <w:jc w:val="center"/>
              <w:rPr>
                <w:rFonts w:ascii="Gill Sans MT" w:hAnsi="Gill Sans MT"/>
                <w:sz w:val="16"/>
                <w:szCs w:val="16"/>
              </w:rPr>
            </w:pPr>
            <w:r>
              <w:rPr>
                <w:rFonts w:ascii="Gill Sans MT" w:hAnsi="Gill Sans MT"/>
                <w:sz w:val="18"/>
              </w:rPr>
              <w:t>+0.051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F71BD2B" w14:textId="77777777" w:rsidR="00297D2C" w:rsidRPr="00E302CD" w:rsidRDefault="00297D2C" w:rsidP="007B2FD8">
            <w:pPr>
              <w:jc w:val="center"/>
              <w:rPr>
                <w:rFonts w:ascii="Gill Sans MT" w:hAnsi="Gill Sans MT"/>
                <w:sz w:val="16"/>
                <w:szCs w:val="16"/>
              </w:rPr>
            </w:pPr>
            <w:r>
              <w:rPr>
                <w:rFonts w:ascii="Gill Sans MT" w:hAnsi="Gill Sans MT"/>
                <w:sz w:val="18"/>
              </w:rPr>
              <w:t>+1.14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972E70D" w14:textId="77777777" w:rsidR="00297D2C" w:rsidRPr="00E302CD" w:rsidRDefault="00297D2C" w:rsidP="007B2FD8">
            <w:pPr>
              <w:jc w:val="center"/>
              <w:rPr>
                <w:rFonts w:ascii="Gill Sans MT" w:hAnsi="Gill Sans MT"/>
                <w:sz w:val="16"/>
                <w:szCs w:val="16"/>
              </w:rPr>
            </w:pPr>
            <w:r>
              <w:rPr>
                <w:rFonts w:ascii="Gill Sans MT" w:hAnsi="Gill Sans MT"/>
                <w:sz w:val="18"/>
              </w:rPr>
              <w:t>0.255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169BB1" w14:textId="77777777" w:rsidR="00297D2C" w:rsidRPr="00E302CD" w:rsidRDefault="00297D2C" w:rsidP="007B2FD8">
            <w:pPr>
              <w:jc w:val="center"/>
              <w:rPr>
                <w:rFonts w:ascii="Gill Sans MT" w:hAnsi="Gill Sans MT"/>
                <w:sz w:val="16"/>
                <w:szCs w:val="16"/>
              </w:rPr>
            </w:pPr>
          </w:p>
        </w:tc>
      </w:tr>
      <w:tr w:rsidR="00297D2C" w:rsidRPr="00E302CD" w14:paraId="1BAB64E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4E1D9D"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ED2C5FC" w14:textId="77777777" w:rsidR="00297D2C" w:rsidRPr="00E302CD" w:rsidRDefault="00297D2C" w:rsidP="007B2FD8">
            <w:pPr>
              <w:jc w:val="center"/>
              <w:rPr>
                <w:rFonts w:ascii="Gill Sans MT" w:hAnsi="Gill Sans MT"/>
                <w:sz w:val="16"/>
                <w:szCs w:val="16"/>
              </w:rPr>
            </w:pPr>
            <w:r>
              <w:rPr>
                <w:rFonts w:ascii="Gill Sans MT" w:hAnsi="Gill Sans MT"/>
                <w:b/>
                <w:sz w:val="18"/>
              </w:rPr>
              <w:t>+0.092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70225FF" w14:textId="77777777" w:rsidR="00297D2C" w:rsidRPr="00E302CD" w:rsidRDefault="00297D2C" w:rsidP="007B2FD8">
            <w:pPr>
              <w:jc w:val="center"/>
              <w:rPr>
                <w:rFonts w:ascii="Gill Sans MT" w:hAnsi="Gill Sans MT"/>
                <w:sz w:val="16"/>
                <w:szCs w:val="16"/>
              </w:rPr>
            </w:pPr>
            <w:r>
              <w:rPr>
                <w:rFonts w:ascii="Gill Sans MT" w:hAnsi="Gill Sans MT"/>
                <w:b/>
                <w:sz w:val="18"/>
              </w:rPr>
              <w:t>+2.10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8786C1E" w14:textId="77777777" w:rsidR="00297D2C" w:rsidRPr="00E302CD" w:rsidRDefault="00297D2C" w:rsidP="007B2FD8">
            <w:pPr>
              <w:jc w:val="center"/>
              <w:rPr>
                <w:rFonts w:ascii="Gill Sans MT" w:hAnsi="Gill Sans MT"/>
                <w:sz w:val="16"/>
                <w:szCs w:val="16"/>
              </w:rPr>
            </w:pPr>
            <w:r>
              <w:rPr>
                <w:rFonts w:ascii="Gill Sans MT" w:hAnsi="Gill Sans MT"/>
                <w:b/>
                <w:sz w:val="18"/>
              </w:rPr>
              <w:t>0.036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D8BBDA" w14:textId="77777777" w:rsidR="00297D2C" w:rsidRPr="00E302CD" w:rsidRDefault="00297D2C" w:rsidP="007B2FD8">
            <w:pPr>
              <w:jc w:val="center"/>
              <w:rPr>
                <w:rFonts w:ascii="Gill Sans MT" w:hAnsi="Gill Sans MT"/>
                <w:sz w:val="16"/>
                <w:szCs w:val="16"/>
              </w:rPr>
            </w:pPr>
          </w:p>
        </w:tc>
      </w:tr>
      <w:tr w:rsidR="00297D2C" w:rsidRPr="00E302CD" w14:paraId="6044BF0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94AA911"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E302CD" w14:paraId="339A02E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613ED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5B3B882" w14:textId="77777777" w:rsidR="00297D2C" w:rsidRPr="00E302CD" w:rsidRDefault="00297D2C" w:rsidP="007B2FD8">
            <w:pPr>
              <w:jc w:val="center"/>
              <w:rPr>
                <w:rFonts w:ascii="Gill Sans MT" w:hAnsi="Gill Sans MT"/>
                <w:sz w:val="16"/>
                <w:szCs w:val="16"/>
              </w:rPr>
            </w:pPr>
            <w:r>
              <w:rPr>
                <w:rFonts w:ascii="Gill Sans MT" w:hAnsi="Gill Sans MT"/>
                <w:sz w:val="18"/>
              </w:rPr>
              <w:t>-0.025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ABA323C" w14:textId="77777777" w:rsidR="00297D2C" w:rsidRPr="00E302CD" w:rsidRDefault="00297D2C" w:rsidP="007B2FD8">
            <w:pPr>
              <w:jc w:val="center"/>
              <w:rPr>
                <w:rFonts w:ascii="Gill Sans MT" w:hAnsi="Gill Sans MT"/>
                <w:sz w:val="16"/>
                <w:szCs w:val="16"/>
              </w:rPr>
            </w:pPr>
            <w:r>
              <w:rPr>
                <w:rFonts w:ascii="Gill Sans MT" w:hAnsi="Gill Sans MT"/>
                <w:sz w:val="18"/>
              </w:rPr>
              <w:t>-0.63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4260DEE" w14:textId="77777777" w:rsidR="00297D2C" w:rsidRPr="00E302CD" w:rsidRDefault="00297D2C" w:rsidP="007B2FD8">
            <w:pPr>
              <w:jc w:val="center"/>
              <w:rPr>
                <w:rFonts w:ascii="Gill Sans MT" w:hAnsi="Gill Sans MT"/>
                <w:sz w:val="16"/>
                <w:szCs w:val="16"/>
              </w:rPr>
            </w:pPr>
            <w:r>
              <w:rPr>
                <w:rFonts w:ascii="Gill Sans MT" w:hAnsi="Gill Sans MT"/>
                <w:sz w:val="18"/>
              </w:rPr>
              <w:t>0.529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2F106A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0.529</w:t>
            </w:r>
          </w:p>
        </w:tc>
      </w:tr>
      <w:tr w:rsidR="00297D2C" w:rsidRPr="00E302CD" w14:paraId="05846AA8" w14:textId="77777777" w:rsidTr="007B2FD8">
        <w:trPr>
          <w:trHeight w:val="79"/>
        </w:trPr>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6EFD0A"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AEE3249" w14:textId="77777777" w:rsidR="00297D2C" w:rsidRPr="00E302CD" w:rsidRDefault="00297D2C" w:rsidP="007B2FD8">
            <w:pPr>
              <w:jc w:val="center"/>
              <w:rPr>
                <w:rFonts w:ascii="Gill Sans MT" w:hAnsi="Gill Sans MT"/>
                <w:sz w:val="16"/>
                <w:szCs w:val="16"/>
              </w:rPr>
            </w:pPr>
            <w:r>
              <w:rPr>
                <w:rFonts w:ascii="Gill Sans MT" w:hAnsi="Gill Sans MT"/>
                <w:sz w:val="18"/>
              </w:rPr>
              <w:t>-0.068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0C098F" w14:textId="77777777" w:rsidR="00297D2C" w:rsidRPr="00E302CD" w:rsidRDefault="00297D2C" w:rsidP="007B2FD8">
            <w:pPr>
              <w:jc w:val="center"/>
              <w:rPr>
                <w:rFonts w:ascii="Gill Sans MT" w:hAnsi="Gill Sans MT"/>
                <w:sz w:val="16"/>
                <w:szCs w:val="16"/>
              </w:rPr>
            </w:pPr>
            <w:r>
              <w:rPr>
                <w:rFonts w:ascii="Gill Sans MT" w:hAnsi="Gill Sans MT"/>
                <w:sz w:val="18"/>
              </w:rPr>
              <w:t>-1.80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BD7BA7F" w14:textId="77777777" w:rsidR="00297D2C" w:rsidRPr="00E302CD" w:rsidRDefault="00297D2C" w:rsidP="007B2FD8">
            <w:pPr>
              <w:jc w:val="center"/>
              <w:rPr>
                <w:rFonts w:ascii="Gill Sans MT" w:hAnsi="Gill Sans MT"/>
                <w:sz w:val="16"/>
                <w:szCs w:val="16"/>
              </w:rPr>
            </w:pPr>
            <w:r>
              <w:rPr>
                <w:rFonts w:ascii="Gill Sans MT" w:hAnsi="Gill Sans MT"/>
                <w:sz w:val="18"/>
              </w:rPr>
              <w:t>0.072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E1A643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0.108</w:t>
            </w:r>
          </w:p>
        </w:tc>
      </w:tr>
      <w:tr w:rsidR="00297D2C" w:rsidRPr="00E302CD" w14:paraId="0009FD1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FC512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C104E7" w14:textId="77777777" w:rsidR="00297D2C" w:rsidRPr="00E302CD" w:rsidRDefault="00297D2C" w:rsidP="007B2FD8">
            <w:pPr>
              <w:jc w:val="center"/>
              <w:rPr>
                <w:rFonts w:ascii="Gill Sans MT" w:hAnsi="Gill Sans MT"/>
                <w:sz w:val="16"/>
                <w:szCs w:val="16"/>
              </w:rPr>
            </w:pPr>
            <w:r>
              <w:rPr>
                <w:rFonts w:ascii="Gill Sans MT" w:hAnsi="Gill Sans MT"/>
                <w:sz w:val="18"/>
              </w:rPr>
              <w:t>-0.079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4E5E850" w14:textId="77777777" w:rsidR="00297D2C" w:rsidRPr="00E302CD" w:rsidRDefault="00297D2C" w:rsidP="007B2FD8">
            <w:pPr>
              <w:jc w:val="center"/>
              <w:rPr>
                <w:rFonts w:ascii="Gill Sans MT" w:hAnsi="Gill Sans MT"/>
                <w:sz w:val="16"/>
                <w:szCs w:val="16"/>
              </w:rPr>
            </w:pPr>
            <w:r>
              <w:rPr>
                <w:rFonts w:ascii="Gill Sans MT" w:hAnsi="Gill Sans MT"/>
                <w:sz w:val="18"/>
              </w:rPr>
              <w:t>-1.83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30E0919" w14:textId="77777777" w:rsidR="00297D2C" w:rsidRPr="00E302CD" w:rsidRDefault="00297D2C" w:rsidP="007B2FD8">
            <w:pPr>
              <w:jc w:val="center"/>
              <w:rPr>
                <w:rFonts w:ascii="Gill Sans MT" w:hAnsi="Gill Sans MT"/>
                <w:sz w:val="16"/>
                <w:szCs w:val="16"/>
              </w:rPr>
            </w:pPr>
            <w:r>
              <w:rPr>
                <w:rFonts w:ascii="Gill Sans MT" w:hAnsi="Gill Sans MT"/>
                <w:sz w:val="18"/>
              </w:rPr>
              <w:t>0.068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C7FDB39"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0.108</w:t>
            </w:r>
          </w:p>
        </w:tc>
      </w:tr>
      <w:tr w:rsidR="00297D2C" w:rsidRPr="00E302CD" w14:paraId="5CD5A9E9"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A3E231C"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E302CD" w14:paraId="18B1FBA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E434B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CC83045" w14:textId="77777777" w:rsidR="00297D2C" w:rsidRPr="00E302CD" w:rsidRDefault="00297D2C" w:rsidP="007B2FD8">
            <w:pPr>
              <w:jc w:val="center"/>
              <w:rPr>
                <w:rFonts w:ascii="Gill Sans MT" w:hAnsi="Gill Sans MT"/>
                <w:sz w:val="16"/>
                <w:szCs w:val="16"/>
              </w:rPr>
            </w:pPr>
            <w:r>
              <w:rPr>
                <w:rFonts w:ascii="Gill Sans MT" w:hAnsi="Gill Sans MT"/>
                <w:sz w:val="18"/>
              </w:rPr>
              <w:t>-0.016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6F09957" w14:textId="77777777" w:rsidR="00297D2C" w:rsidRPr="00E302CD" w:rsidRDefault="00297D2C" w:rsidP="007B2FD8">
            <w:pPr>
              <w:jc w:val="center"/>
              <w:rPr>
                <w:rFonts w:ascii="Gill Sans MT" w:hAnsi="Gill Sans MT"/>
                <w:sz w:val="16"/>
                <w:szCs w:val="16"/>
              </w:rPr>
            </w:pPr>
            <w:r>
              <w:rPr>
                <w:rFonts w:ascii="Gill Sans MT" w:hAnsi="Gill Sans MT"/>
                <w:sz w:val="18"/>
              </w:rPr>
              <w:t>-0.41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7376304" w14:textId="77777777" w:rsidR="00297D2C" w:rsidRPr="00E302CD" w:rsidRDefault="00297D2C" w:rsidP="007B2FD8">
            <w:pPr>
              <w:jc w:val="center"/>
              <w:rPr>
                <w:rFonts w:ascii="Gill Sans MT" w:hAnsi="Gill Sans MT"/>
                <w:sz w:val="16"/>
                <w:szCs w:val="16"/>
              </w:rPr>
            </w:pPr>
            <w:r>
              <w:rPr>
                <w:rFonts w:ascii="Gill Sans MT" w:hAnsi="Gill Sans MT"/>
                <w:sz w:val="18"/>
              </w:rPr>
              <w:t>0.684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2DE6413"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0.684</w:t>
            </w:r>
          </w:p>
        </w:tc>
      </w:tr>
      <w:tr w:rsidR="00297D2C" w:rsidRPr="00E302CD" w14:paraId="7EB34A2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100BD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A2E63D" w14:textId="77777777" w:rsidR="00297D2C" w:rsidRPr="00E302CD" w:rsidRDefault="00297D2C" w:rsidP="007B2FD8">
            <w:pPr>
              <w:jc w:val="center"/>
              <w:rPr>
                <w:rFonts w:ascii="Gill Sans MT" w:hAnsi="Gill Sans MT"/>
                <w:sz w:val="16"/>
                <w:szCs w:val="16"/>
              </w:rPr>
            </w:pPr>
            <w:r>
              <w:rPr>
                <w:rFonts w:ascii="Gill Sans MT" w:hAnsi="Gill Sans MT"/>
                <w:sz w:val="18"/>
              </w:rPr>
              <w:t>-0.031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5676F60" w14:textId="77777777" w:rsidR="00297D2C" w:rsidRPr="00E302CD" w:rsidRDefault="00297D2C" w:rsidP="007B2FD8">
            <w:pPr>
              <w:jc w:val="center"/>
              <w:rPr>
                <w:rFonts w:ascii="Gill Sans MT" w:hAnsi="Gill Sans MT"/>
                <w:sz w:val="16"/>
                <w:szCs w:val="16"/>
              </w:rPr>
            </w:pPr>
            <w:r>
              <w:rPr>
                <w:rFonts w:ascii="Gill Sans MT" w:hAnsi="Gill Sans MT"/>
                <w:sz w:val="18"/>
              </w:rPr>
              <w:t>-0.74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C289F14" w14:textId="77777777" w:rsidR="00297D2C" w:rsidRPr="00E302CD" w:rsidRDefault="00297D2C" w:rsidP="007B2FD8">
            <w:pPr>
              <w:jc w:val="center"/>
              <w:rPr>
                <w:rFonts w:ascii="Gill Sans MT" w:hAnsi="Gill Sans MT"/>
                <w:sz w:val="16"/>
                <w:szCs w:val="16"/>
              </w:rPr>
            </w:pPr>
            <w:r>
              <w:rPr>
                <w:rFonts w:ascii="Gill Sans MT" w:hAnsi="Gill Sans MT"/>
                <w:sz w:val="18"/>
              </w:rPr>
              <w:t>0.458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D6B76A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0.549</w:t>
            </w:r>
          </w:p>
        </w:tc>
      </w:tr>
      <w:tr w:rsidR="00297D2C" w:rsidRPr="00E302CD" w14:paraId="05736A7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F303BB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870BAD2" w14:textId="77777777" w:rsidR="00297D2C" w:rsidRPr="00E302CD" w:rsidRDefault="00297D2C" w:rsidP="007B2FD8">
            <w:pPr>
              <w:jc w:val="center"/>
              <w:rPr>
                <w:rFonts w:ascii="Gill Sans MT" w:hAnsi="Gill Sans MT"/>
                <w:sz w:val="16"/>
                <w:szCs w:val="16"/>
              </w:rPr>
            </w:pPr>
            <w:r>
              <w:rPr>
                <w:rFonts w:ascii="Gill Sans MT" w:hAnsi="Gill Sans MT"/>
                <w:sz w:val="18"/>
              </w:rPr>
              <w:t>-0.062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7BBD91D" w14:textId="77777777" w:rsidR="00297D2C" w:rsidRPr="00E302CD" w:rsidRDefault="00297D2C" w:rsidP="007B2FD8">
            <w:pPr>
              <w:jc w:val="center"/>
              <w:rPr>
                <w:rFonts w:ascii="Gill Sans MT" w:hAnsi="Gill Sans MT"/>
                <w:sz w:val="16"/>
                <w:szCs w:val="16"/>
              </w:rPr>
            </w:pPr>
            <w:r>
              <w:rPr>
                <w:rFonts w:ascii="Gill Sans MT" w:hAnsi="Gill Sans MT"/>
                <w:sz w:val="18"/>
              </w:rPr>
              <w:t>-1.58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C850AAB" w14:textId="77777777" w:rsidR="00297D2C" w:rsidRPr="00E302CD" w:rsidRDefault="00297D2C" w:rsidP="007B2FD8">
            <w:pPr>
              <w:jc w:val="center"/>
              <w:rPr>
                <w:rFonts w:ascii="Gill Sans MT" w:hAnsi="Gill Sans MT"/>
                <w:sz w:val="16"/>
                <w:szCs w:val="16"/>
              </w:rPr>
            </w:pPr>
            <w:r>
              <w:rPr>
                <w:rFonts w:ascii="Gill Sans MT" w:hAnsi="Gill Sans MT"/>
                <w:sz w:val="18"/>
              </w:rPr>
              <w:t>0.114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6F739D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0.212</w:t>
            </w:r>
          </w:p>
        </w:tc>
      </w:tr>
      <w:tr w:rsidR="00297D2C" w:rsidRPr="00E302CD" w14:paraId="72F4739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7C7297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E8ED82D" w14:textId="77777777" w:rsidR="00297D2C" w:rsidRPr="00E302CD" w:rsidRDefault="00297D2C" w:rsidP="007B2FD8">
            <w:pPr>
              <w:jc w:val="center"/>
              <w:rPr>
                <w:rFonts w:ascii="Gill Sans MT" w:hAnsi="Gill Sans MT"/>
                <w:sz w:val="16"/>
                <w:szCs w:val="16"/>
              </w:rPr>
            </w:pPr>
            <w:r>
              <w:rPr>
                <w:rFonts w:ascii="Gill Sans MT" w:hAnsi="Gill Sans MT"/>
                <w:sz w:val="18"/>
              </w:rPr>
              <w:t>-0.067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90832A7" w14:textId="77777777" w:rsidR="00297D2C" w:rsidRPr="00E302CD" w:rsidRDefault="00297D2C" w:rsidP="007B2FD8">
            <w:pPr>
              <w:jc w:val="center"/>
              <w:rPr>
                <w:rFonts w:ascii="Gill Sans MT" w:hAnsi="Gill Sans MT"/>
                <w:sz w:val="16"/>
                <w:szCs w:val="16"/>
              </w:rPr>
            </w:pPr>
            <w:r>
              <w:rPr>
                <w:rFonts w:ascii="Gill Sans MT" w:hAnsi="Gill Sans MT"/>
                <w:sz w:val="18"/>
              </w:rPr>
              <w:t>-1.78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A8C17B2" w14:textId="77777777" w:rsidR="00297D2C" w:rsidRPr="00E302CD" w:rsidRDefault="00297D2C" w:rsidP="007B2FD8">
            <w:pPr>
              <w:jc w:val="center"/>
              <w:rPr>
                <w:rFonts w:ascii="Gill Sans MT" w:hAnsi="Gill Sans MT"/>
                <w:sz w:val="16"/>
                <w:szCs w:val="16"/>
              </w:rPr>
            </w:pPr>
            <w:r>
              <w:rPr>
                <w:rFonts w:ascii="Gill Sans MT" w:hAnsi="Gill Sans MT"/>
                <w:sz w:val="18"/>
              </w:rPr>
              <w:t>0.075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B75D83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0.212</w:t>
            </w:r>
          </w:p>
        </w:tc>
      </w:tr>
      <w:tr w:rsidR="00297D2C" w:rsidRPr="00E302CD" w14:paraId="6FBB90E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028DB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03920E" w14:textId="77777777" w:rsidR="00297D2C" w:rsidRPr="00E302CD" w:rsidRDefault="00297D2C" w:rsidP="007B2FD8">
            <w:pPr>
              <w:jc w:val="center"/>
              <w:rPr>
                <w:rFonts w:ascii="Gill Sans MT" w:hAnsi="Gill Sans MT"/>
                <w:sz w:val="16"/>
                <w:szCs w:val="16"/>
              </w:rPr>
            </w:pPr>
            <w:r>
              <w:rPr>
                <w:rFonts w:ascii="Gill Sans MT" w:hAnsi="Gill Sans MT"/>
                <w:sz w:val="18"/>
              </w:rPr>
              <w:t>-0.087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C06DE22" w14:textId="77777777" w:rsidR="00297D2C" w:rsidRPr="00E302CD" w:rsidRDefault="00297D2C" w:rsidP="007B2FD8">
            <w:pPr>
              <w:jc w:val="center"/>
              <w:rPr>
                <w:rFonts w:ascii="Gill Sans MT" w:hAnsi="Gill Sans MT"/>
                <w:sz w:val="16"/>
                <w:szCs w:val="16"/>
              </w:rPr>
            </w:pPr>
            <w:r>
              <w:rPr>
                <w:rFonts w:ascii="Gill Sans MT" w:hAnsi="Gill Sans MT"/>
                <w:sz w:val="18"/>
              </w:rPr>
              <w:t>-2.00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E8476ED" w14:textId="77777777" w:rsidR="00297D2C" w:rsidRPr="00E302CD" w:rsidRDefault="00297D2C" w:rsidP="007B2FD8">
            <w:pPr>
              <w:jc w:val="center"/>
              <w:rPr>
                <w:rFonts w:ascii="Gill Sans MT" w:hAnsi="Gill Sans MT"/>
                <w:sz w:val="16"/>
                <w:szCs w:val="16"/>
              </w:rPr>
            </w:pPr>
            <w:r>
              <w:rPr>
                <w:rFonts w:ascii="Gill Sans MT" w:hAnsi="Gill Sans MT"/>
                <w:sz w:val="18"/>
              </w:rPr>
              <w:t>0.046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AD31AE4"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0.212</w:t>
            </w:r>
          </w:p>
        </w:tc>
      </w:tr>
      <w:tr w:rsidR="00297D2C" w:rsidRPr="00E302CD" w14:paraId="16C2450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B2628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B7ABDDF" w14:textId="77777777" w:rsidR="00297D2C" w:rsidRPr="00E302CD" w:rsidRDefault="00297D2C" w:rsidP="007B2FD8">
            <w:pPr>
              <w:jc w:val="center"/>
              <w:rPr>
                <w:rFonts w:ascii="Gill Sans MT" w:hAnsi="Gill Sans MT"/>
                <w:sz w:val="16"/>
                <w:szCs w:val="16"/>
              </w:rPr>
            </w:pPr>
            <w:r>
              <w:rPr>
                <w:rFonts w:ascii="Gill Sans MT" w:hAnsi="Gill Sans MT"/>
                <w:sz w:val="18"/>
              </w:rPr>
              <w:t>-0.063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ED2CBE8" w14:textId="77777777" w:rsidR="00297D2C" w:rsidRPr="00E302CD" w:rsidRDefault="00297D2C" w:rsidP="007B2FD8">
            <w:pPr>
              <w:jc w:val="center"/>
              <w:rPr>
                <w:rFonts w:ascii="Gill Sans MT" w:hAnsi="Gill Sans MT"/>
                <w:sz w:val="16"/>
                <w:szCs w:val="16"/>
              </w:rPr>
            </w:pPr>
            <w:r>
              <w:rPr>
                <w:rFonts w:ascii="Gill Sans MT" w:hAnsi="Gill Sans MT"/>
                <w:sz w:val="18"/>
              </w:rPr>
              <w:t>-1.47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7E57075" w14:textId="77777777" w:rsidR="00297D2C" w:rsidRPr="00E302CD" w:rsidRDefault="00297D2C" w:rsidP="007B2FD8">
            <w:pPr>
              <w:jc w:val="center"/>
              <w:rPr>
                <w:rFonts w:ascii="Gill Sans MT" w:hAnsi="Gill Sans MT"/>
                <w:sz w:val="16"/>
                <w:szCs w:val="16"/>
              </w:rPr>
            </w:pPr>
            <w:r>
              <w:rPr>
                <w:rFonts w:ascii="Gill Sans MT" w:hAnsi="Gill Sans MT"/>
                <w:sz w:val="18"/>
              </w:rPr>
              <w:t>0.141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817DE9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0.212</w:t>
            </w:r>
          </w:p>
        </w:tc>
      </w:tr>
      <w:tr w:rsidR="00297D2C" w:rsidRPr="00E302CD" w14:paraId="2485DB3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5DE1985"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E302CD" w14:paraId="46457D0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E375C9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CE6F81F" w14:textId="77777777" w:rsidR="00297D2C" w:rsidRPr="00E302CD" w:rsidRDefault="00297D2C" w:rsidP="007B2FD8">
            <w:pPr>
              <w:jc w:val="center"/>
              <w:rPr>
                <w:rFonts w:ascii="Gill Sans MT" w:hAnsi="Gill Sans MT"/>
                <w:sz w:val="16"/>
                <w:szCs w:val="16"/>
              </w:rPr>
            </w:pPr>
            <w:r>
              <w:rPr>
                <w:rFonts w:ascii="Gill Sans MT" w:hAnsi="Gill Sans MT"/>
                <w:sz w:val="18"/>
              </w:rPr>
              <w:t>-0.097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3C9A81B" w14:textId="77777777" w:rsidR="00297D2C" w:rsidRPr="00E302CD" w:rsidRDefault="00297D2C" w:rsidP="007B2FD8">
            <w:pPr>
              <w:jc w:val="center"/>
              <w:rPr>
                <w:rFonts w:ascii="Gill Sans MT" w:hAnsi="Gill Sans MT"/>
                <w:sz w:val="16"/>
                <w:szCs w:val="16"/>
              </w:rPr>
            </w:pPr>
            <w:r>
              <w:rPr>
                <w:rFonts w:ascii="Gill Sans MT" w:hAnsi="Gill Sans MT"/>
                <w:sz w:val="18"/>
              </w:rPr>
              <w:t>-2.18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A4314C3" w14:textId="77777777" w:rsidR="00297D2C" w:rsidRPr="00E302CD" w:rsidRDefault="00297D2C" w:rsidP="007B2FD8">
            <w:pPr>
              <w:jc w:val="center"/>
              <w:rPr>
                <w:rFonts w:ascii="Gill Sans MT" w:hAnsi="Gill Sans MT"/>
                <w:sz w:val="16"/>
                <w:szCs w:val="16"/>
              </w:rPr>
            </w:pPr>
            <w:r>
              <w:rPr>
                <w:rFonts w:ascii="Gill Sans MT" w:hAnsi="Gill Sans MT"/>
                <w:sz w:val="18"/>
              </w:rPr>
              <w:t>0.030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A80478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0.178</w:t>
            </w:r>
          </w:p>
        </w:tc>
      </w:tr>
      <w:tr w:rsidR="00297D2C" w:rsidRPr="00E302CD" w14:paraId="1BD8893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D98393"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99940B" w14:textId="77777777" w:rsidR="00297D2C" w:rsidRPr="00E302CD" w:rsidRDefault="00297D2C" w:rsidP="007B2FD8">
            <w:pPr>
              <w:jc w:val="center"/>
              <w:rPr>
                <w:rFonts w:ascii="Gill Sans MT" w:hAnsi="Gill Sans MT"/>
                <w:sz w:val="16"/>
                <w:szCs w:val="16"/>
              </w:rPr>
            </w:pPr>
            <w:r>
              <w:rPr>
                <w:rFonts w:ascii="Gill Sans MT" w:hAnsi="Gill Sans MT"/>
                <w:sz w:val="18"/>
              </w:rPr>
              <w:t>-0.075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7D12438" w14:textId="77777777" w:rsidR="00297D2C" w:rsidRPr="00E302CD" w:rsidRDefault="00297D2C" w:rsidP="007B2FD8">
            <w:pPr>
              <w:jc w:val="center"/>
              <w:rPr>
                <w:rFonts w:ascii="Gill Sans MT" w:hAnsi="Gill Sans MT"/>
                <w:sz w:val="16"/>
                <w:szCs w:val="16"/>
              </w:rPr>
            </w:pPr>
            <w:r>
              <w:rPr>
                <w:rFonts w:ascii="Gill Sans MT" w:hAnsi="Gill Sans MT"/>
                <w:sz w:val="18"/>
              </w:rPr>
              <w:t>-1.68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6730FE" w14:textId="77777777" w:rsidR="00297D2C" w:rsidRPr="00E302CD" w:rsidRDefault="00297D2C" w:rsidP="007B2FD8">
            <w:pPr>
              <w:jc w:val="center"/>
              <w:rPr>
                <w:rFonts w:ascii="Gill Sans MT" w:hAnsi="Gill Sans MT"/>
                <w:sz w:val="16"/>
                <w:szCs w:val="16"/>
              </w:rPr>
            </w:pPr>
            <w:r>
              <w:rPr>
                <w:rFonts w:ascii="Gill Sans MT" w:hAnsi="Gill Sans MT"/>
                <w:sz w:val="18"/>
              </w:rPr>
              <w:t>0.093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ACF400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0.280</w:t>
            </w:r>
          </w:p>
        </w:tc>
      </w:tr>
      <w:tr w:rsidR="00297D2C" w:rsidRPr="00E302CD" w14:paraId="35AD1FA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14C4B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0CA9F9C" w14:textId="77777777" w:rsidR="00297D2C" w:rsidRPr="00E302CD" w:rsidRDefault="00297D2C" w:rsidP="007B2FD8">
            <w:pPr>
              <w:jc w:val="center"/>
              <w:rPr>
                <w:rFonts w:ascii="Gill Sans MT" w:hAnsi="Gill Sans MT"/>
                <w:sz w:val="16"/>
                <w:szCs w:val="16"/>
              </w:rPr>
            </w:pPr>
            <w:r>
              <w:rPr>
                <w:rFonts w:ascii="Gill Sans MT" w:hAnsi="Gill Sans MT"/>
                <w:sz w:val="18"/>
              </w:rPr>
              <w:t>+0.025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859C6F6" w14:textId="77777777" w:rsidR="00297D2C" w:rsidRPr="00E302CD" w:rsidRDefault="00297D2C" w:rsidP="007B2FD8">
            <w:pPr>
              <w:jc w:val="center"/>
              <w:rPr>
                <w:rFonts w:ascii="Gill Sans MT" w:hAnsi="Gill Sans MT"/>
                <w:sz w:val="16"/>
                <w:szCs w:val="16"/>
              </w:rPr>
            </w:pPr>
            <w:r>
              <w:rPr>
                <w:rFonts w:ascii="Gill Sans MT" w:hAnsi="Gill Sans MT"/>
                <w:sz w:val="18"/>
              </w:rPr>
              <w:t>+0.57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732BA6A" w14:textId="77777777" w:rsidR="00297D2C" w:rsidRPr="00E302CD" w:rsidRDefault="00297D2C" w:rsidP="007B2FD8">
            <w:pPr>
              <w:jc w:val="center"/>
              <w:rPr>
                <w:rFonts w:ascii="Gill Sans MT" w:hAnsi="Gill Sans MT"/>
                <w:sz w:val="16"/>
                <w:szCs w:val="16"/>
              </w:rPr>
            </w:pPr>
            <w:r>
              <w:rPr>
                <w:rFonts w:ascii="Gill Sans MT" w:hAnsi="Gill Sans MT"/>
                <w:sz w:val="18"/>
              </w:rPr>
              <w:t>0.572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0263AD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0.686</w:t>
            </w:r>
          </w:p>
        </w:tc>
      </w:tr>
      <w:tr w:rsidR="00297D2C" w:rsidRPr="00E302CD" w14:paraId="40D671B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DA33A2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9FBD69F" w14:textId="77777777" w:rsidR="00297D2C" w:rsidRPr="00E302CD" w:rsidRDefault="00297D2C" w:rsidP="007B2FD8">
            <w:pPr>
              <w:jc w:val="center"/>
              <w:rPr>
                <w:rFonts w:ascii="Gill Sans MT" w:hAnsi="Gill Sans MT"/>
                <w:sz w:val="16"/>
                <w:szCs w:val="16"/>
              </w:rPr>
            </w:pPr>
            <w:r>
              <w:rPr>
                <w:rFonts w:ascii="Gill Sans MT" w:hAnsi="Gill Sans MT"/>
                <w:sz w:val="18"/>
              </w:rPr>
              <w:t>+0.016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65586C" w14:textId="77777777" w:rsidR="00297D2C" w:rsidRPr="00E302CD" w:rsidRDefault="00297D2C" w:rsidP="007B2FD8">
            <w:pPr>
              <w:jc w:val="center"/>
              <w:rPr>
                <w:rFonts w:ascii="Gill Sans MT" w:hAnsi="Gill Sans MT"/>
                <w:sz w:val="16"/>
                <w:szCs w:val="16"/>
              </w:rPr>
            </w:pPr>
            <w:r>
              <w:rPr>
                <w:rFonts w:ascii="Gill Sans MT" w:hAnsi="Gill Sans MT"/>
                <w:sz w:val="18"/>
              </w:rPr>
              <w:t>+0.36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3FDE5B9" w14:textId="77777777" w:rsidR="00297D2C" w:rsidRPr="00E302CD" w:rsidRDefault="00297D2C" w:rsidP="007B2FD8">
            <w:pPr>
              <w:jc w:val="center"/>
              <w:rPr>
                <w:rFonts w:ascii="Gill Sans MT" w:hAnsi="Gill Sans MT"/>
                <w:sz w:val="16"/>
                <w:szCs w:val="16"/>
              </w:rPr>
            </w:pPr>
            <w:r>
              <w:rPr>
                <w:rFonts w:ascii="Gill Sans MT" w:hAnsi="Gill Sans MT"/>
                <w:sz w:val="18"/>
              </w:rPr>
              <w:t>0.719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E62D6C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0.719</w:t>
            </w:r>
          </w:p>
        </w:tc>
      </w:tr>
      <w:tr w:rsidR="00297D2C" w:rsidRPr="00E302CD" w14:paraId="01D8D53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D4BEF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5AEC286" w14:textId="77777777" w:rsidR="00297D2C" w:rsidRPr="00E302CD" w:rsidRDefault="00297D2C" w:rsidP="007B2FD8">
            <w:pPr>
              <w:jc w:val="center"/>
              <w:rPr>
                <w:rFonts w:ascii="Gill Sans MT" w:hAnsi="Gill Sans MT"/>
                <w:sz w:val="16"/>
                <w:szCs w:val="16"/>
              </w:rPr>
            </w:pPr>
            <w:r>
              <w:rPr>
                <w:rFonts w:ascii="Gill Sans MT" w:hAnsi="Gill Sans MT"/>
                <w:sz w:val="18"/>
              </w:rPr>
              <w:t>-0.053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C6982BE" w14:textId="77777777" w:rsidR="00297D2C" w:rsidRPr="00E302CD" w:rsidRDefault="00297D2C" w:rsidP="007B2FD8">
            <w:pPr>
              <w:jc w:val="center"/>
              <w:rPr>
                <w:rFonts w:ascii="Gill Sans MT" w:hAnsi="Gill Sans MT"/>
                <w:sz w:val="16"/>
                <w:szCs w:val="16"/>
              </w:rPr>
            </w:pPr>
            <w:r>
              <w:rPr>
                <w:rFonts w:ascii="Gill Sans MT" w:hAnsi="Gill Sans MT"/>
                <w:sz w:val="18"/>
              </w:rPr>
              <w:t>-1.20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6C99AB9" w14:textId="77777777" w:rsidR="00297D2C" w:rsidRPr="00E302CD" w:rsidRDefault="00297D2C" w:rsidP="007B2FD8">
            <w:pPr>
              <w:jc w:val="center"/>
              <w:rPr>
                <w:rFonts w:ascii="Gill Sans MT" w:hAnsi="Gill Sans MT"/>
                <w:sz w:val="16"/>
                <w:szCs w:val="16"/>
              </w:rPr>
            </w:pPr>
            <w:r>
              <w:rPr>
                <w:rFonts w:ascii="Gill Sans MT" w:hAnsi="Gill Sans MT"/>
                <w:sz w:val="18"/>
              </w:rPr>
              <w:t>0.232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F419408"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0.464</w:t>
            </w:r>
          </w:p>
        </w:tc>
      </w:tr>
      <w:tr w:rsidR="00297D2C" w:rsidRPr="00E302CD" w14:paraId="7836D26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679794C"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D2F4748" w14:textId="77777777" w:rsidR="00297D2C" w:rsidRPr="00E302CD" w:rsidRDefault="00297D2C" w:rsidP="007B2FD8">
            <w:pPr>
              <w:jc w:val="center"/>
              <w:rPr>
                <w:rFonts w:ascii="Gill Sans MT" w:hAnsi="Gill Sans MT"/>
                <w:sz w:val="16"/>
                <w:szCs w:val="16"/>
              </w:rPr>
            </w:pPr>
            <w:r>
              <w:rPr>
                <w:rFonts w:ascii="Gill Sans MT" w:hAnsi="Gill Sans MT"/>
                <w:sz w:val="18"/>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9CE6A81" w14:textId="77777777" w:rsidR="00297D2C" w:rsidRPr="00E302CD" w:rsidRDefault="00297D2C" w:rsidP="007B2FD8">
            <w:pPr>
              <w:jc w:val="center"/>
              <w:rPr>
                <w:rFonts w:ascii="Gill Sans MT" w:hAnsi="Gill Sans MT"/>
                <w:sz w:val="16"/>
                <w:szCs w:val="16"/>
              </w:rPr>
            </w:pPr>
            <w:r>
              <w:rPr>
                <w:rFonts w:ascii="Gill Sans MT" w:hAnsi="Gill Sans MT"/>
                <w:sz w:val="18"/>
              </w:rPr>
              <w:t>+0.67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ED88611" w14:textId="77777777" w:rsidR="00297D2C" w:rsidRPr="00E302CD" w:rsidRDefault="00297D2C" w:rsidP="007B2FD8">
            <w:pPr>
              <w:jc w:val="center"/>
              <w:rPr>
                <w:rFonts w:ascii="Gill Sans MT" w:hAnsi="Gill Sans MT"/>
                <w:sz w:val="16"/>
                <w:szCs w:val="16"/>
              </w:rPr>
            </w:pPr>
            <w:r>
              <w:rPr>
                <w:rFonts w:ascii="Gill Sans MT" w:hAnsi="Gill Sans MT"/>
                <w:sz w:val="18"/>
              </w:rPr>
              <w:t>0.503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39C24A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0.686</w:t>
            </w:r>
          </w:p>
        </w:tc>
      </w:tr>
      <w:tr w:rsidR="00297D2C" w:rsidRPr="00E302CD" w14:paraId="43564CC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A330BBD"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E302CD" w14:paraId="54128C5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CBE5C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939DBD5" w14:textId="77777777" w:rsidR="00297D2C" w:rsidRPr="00E302CD" w:rsidRDefault="00297D2C" w:rsidP="007B2FD8">
            <w:pPr>
              <w:jc w:val="center"/>
              <w:rPr>
                <w:rFonts w:ascii="Gill Sans MT" w:hAnsi="Gill Sans MT"/>
                <w:sz w:val="16"/>
                <w:szCs w:val="16"/>
              </w:rPr>
            </w:pPr>
            <w:r>
              <w:rPr>
                <w:rFonts w:ascii="Gill Sans MT" w:hAnsi="Gill Sans MT"/>
                <w:sz w:val="18"/>
              </w:rPr>
              <w:t>-0.049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BB32F22" w14:textId="77777777" w:rsidR="00297D2C" w:rsidRPr="00E302CD" w:rsidRDefault="00297D2C" w:rsidP="007B2FD8">
            <w:pPr>
              <w:jc w:val="center"/>
              <w:rPr>
                <w:rFonts w:ascii="Gill Sans MT" w:hAnsi="Gill Sans MT"/>
                <w:sz w:val="16"/>
                <w:szCs w:val="16"/>
              </w:rPr>
            </w:pPr>
            <w:r>
              <w:rPr>
                <w:rFonts w:ascii="Gill Sans MT" w:hAnsi="Gill Sans MT"/>
                <w:sz w:val="18"/>
              </w:rPr>
              <w:t>-1.10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423DA07" w14:textId="77777777" w:rsidR="00297D2C" w:rsidRPr="00E302CD" w:rsidRDefault="00297D2C" w:rsidP="007B2FD8">
            <w:pPr>
              <w:jc w:val="center"/>
              <w:rPr>
                <w:rFonts w:ascii="Gill Sans MT" w:hAnsi="Gill Sans MT"/>
                <w:sz w:val="16"/>
                <w:szCs w:val="16"/>
              </w:rPr>
            </w:pPr>
            <w:r>
              <w:rPr>
                <w:rFonts w:ascii="Gill Sans MT" w:hAnsi="Gill Sans MT"/>
                <w:sz w:val="18"/>
              </w:rPr>
              <w:t>0.274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E7044F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0.435</w:t>
            </w:r>
          </w:p>
        </w:tc>
      </w:tr>
      <w:tr w:rsidR="00297D2C" w:rsidRPr="00E302CD" w14:paraId="491754B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69E28C3"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C8EAE29" w14:textId="77777777" w:rsidR="00297D2C" w:rsidRPr="00E302CD" w:rsidRDefault="00297D2C" w:rsidP="007B2FD8">
            <w:pPr>
              <w:jc w:val="center"/>
              <w:rPr>
                <w:rFonts w:ascii="Gill Sans MT" w:hAnsi="Gill Sans MT"/>
                <w:sz w:val="16"/>
                <w:szCs w:val="16"/>
              </w:rPr>
            </w:pPr>
            <w:r>
              <w:rPr>
                <w:rFonts w:ascii="Gill Sans MT" w:hAnsi="Gill Sans MT"/>
                <w:sz w:val="18"/>
              </w:rPr>
              <w:t>-0.082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8BC3542" w14:textId="77777777" w:rsidR="00297D2C" w:rsidRPr="00E302CD" w:rsidRDefault="00297D2C" w:rsidP="007B2FD8">
            <w:pPr>
              <w:jc w:val="center"/>
              <w:rPr>
                <w:rFonts w:ascii="Gill Sans MT" w:hAnsi="Gill Sans MT"/>
                <w:sz w:val="16"/>
                <w:szCs w:val="16"/>
              </w:rPr>
            </w:pPr>
            <w:r>
              <w:rPr>
                <w:rFonts w:ascii="Gill Sans MT" w:hAnsi="Gill Sans MT"/>
                <w:sz w:val="18"/>
              </w:rPr>
              <w:t>-1.83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7540111" w14:textId="77777777" w:rsidR="00297D2C" w:rsidRPr="00E302CD" w:rsidRDefault="00297D2C" w:rsidP="007B2FD8">
            <w:pPr>
              <w:jc w:val="center"/>
              <w:rPr>
                <w:rFonts w:ascii="Gill Sans MT" w:hAnsi="Gill Sans MT"/>
                <w:sz w:val="16"/>
                <w:szCs w:val="16"/>
              </w:rPr>
            </w:pPr>
            <w:r>
              <w:rPr>
                <w:rFonts w:ascii="Gill Sans MT" w:hAnsi="Gill Sans MT"/>
                <w:sz w:val="18"/>
              </w:rPr>
              <w:t>0.068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CB9A5B9"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0.406</w:t>
            </w:r>
          </w:p>
        </w:tc>
      </w:tr>
      <w:tr w:rsidR="00297D2C" w:rsidRPr="00E302CD" w14:paraId="396A4BC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18E3C4"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E6AB66" w14:textId="77777777" w:rsidR="00297D2C" w:rsidRPr="00E302CD" w:rsidRDefault="00297D2C" w:rsidP="007B2FD8">
            <w:pPr>
              <w:jc w:val="center"/>
              <w:rPr>
                <w:rFonts w:ascii="Gill Sans MT" w:hAnsi="Gill Sans MT"/>
                <w:sz w:val="16"/>
                <w:szCs w:val="16"/>
              </w:rPr>
            </w:pPr>
            <w:r>
              <w:rPr>
                <w:rFonts w:ascii="Gill Sans MT" w:hAnsi="Gill Sans MT"/>
                <w:sz w:val="18"/>
              </w:rPr>
              <w:t>-0.057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44A2FAF" w14:textId="77777777" w:rsidR="00297D2C" w:rsidRPr="00E302CD" w:rsidRDefault="00297D2C" w:rsidP="007B2FD8">
            <w:pPr>
              <w:jc w:val="center"/>
              <w:rPr>
                <w:rFonts w:ascii="Gill Sans MT" w:hAnsi="Gill Sans MT"/>
                <w:sz w:val="16"/>
                <w:szCs w:val="16"/>
              </w:rPr>
            </w:pPr>
            <w:r>
              <w:rPr>
                <w:rFonts w:ascii="Gill Sans MT" w:hAnsi="Gill Sans MT"/>
                <w:sz w:val="18"/>
              </w:rPr>
              <w:t>-1.30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D143F4B" w14:textId="77777777" w:rsidR="00297D2C" w:rsidRPr="00E302CD" w:rsidRDefault="00297D2C" w:rsidP="007B2FD8">
            <w:pPr>
              <w:jc w:val="center"/>
              <w:rPr>
                <w:rFonts w:ascii="Gill Sans MT" w:hAnsi="Gill Sans MT"/>
                <w:sz w:val="16"/>
                <w:szCs w:val="16"/>
              </w:rPr>
            </w:pPr>
            <w:r>
              <w:rPr>
                <w:rFonts w:ascii="Gill Sans MT" w:hAnsi="Gill Sans MT"/>
                <w:sz w:val="18"/>
              </w:rPr>
              <w:t>0.193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CCCD73E"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0.435</w:t>
            </w:r>
          </w:p>
        </w:tc>
      </w:tr>
      <w:tr w:rsidR="00297D2C" w:rsidRPr="00E302CD" w14:paraId="717461F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EACEF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4139FBE" w14:textId="77777777" w:rsidR="00297D2C" w:rsidRPr="00E302CD" w:rsidRDefault="00297D2C" w:rsidP="007B2FD8">
            <w:pPr>
              <w:jc w:val="center"/>
              <w:rPr>
                <w:rFonts w:ascii="Gill Sans MT" w:hAnsi="Gill Sans MT"/>
                <w:sz w:val="16"/>
                <w:szCs w:val="16"/>
              </w:rPr>
            </w:pPr>
            <w:r>
              <w:rPr>
                <w:rFonts w:ascii="Gill Sans MT" w:hAnsi="Gill Sans MT"/>
                <w:sz w:val="18"/>
              </w:rPr>
              <w:t>-0.070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FE42214" w14:textId="77777777" w:rsidR="00297D2C" w:rsidRPr="00E302CD" w:rsidRDefault="00297D2C" w:rsidP="007B2FD8">
            <w:pPr>
              <w:jc w:val="center"/>
              <w:rPr>
                <w:rFonts w:ascii="Gill Sans MT" w:hAnsi="Gill Sans MT"/>
                <w:sz w:val="16"/>
                <w:szCs w:val="16"/>
              </w:rPr>
            </w:pPr>
            <w:r>
              <w:rPr>
                <w:rFonts w:ascii="Gill Sans MT" w:hAnsi="Gill Sans MT"/>
                <w:sz w:val="18"/>
              </w:rPr>
              <w:t>-1.58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DFC1BE0" w14:textId="77777777" w:rsidR="00297D2C" w:rsidRPr="00E302CD" w:rsidRDefault="00297D2C" w:rsidP="007B2FD8">
            <w:pPr>
              <w:jc w:val="center"/>
              <w:rPr>
                <w:rFonts w:ascii="Gill Sans MT" w:hAnsi="Gill Sans MT"/>
                <w:sz w:val="16"/>
                <w:szCs w:val="16"/>
              </w:rPr>
            </w:pPr>
            <w:r>
              <w:rPr>
                <w:rFonts w:ascii="Gill Sans MT" w:hAnsi="Gill Sans MT"/>
                <w:sz w:val="18"/>
              </w:rPr>
              <w:t>0.116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BC64C93"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0.406</w:t>
            </w:r>
          </w:p>
        </w:tc>
      </w:tr>
      <w:tr w:rsidR="00297D2C" w:rsidRPr="00E302CD" w14:paraId="5DAA768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DF3446"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E5185A" w14:textId="77777777" w:rsidR="00297D2C" w:rsidRPr="00E302CD" w:rsidRDefault="00297D2C" w:rsidP="007B2FD8">
            <w:pPr>
              <w:jc w:val="center"/>
              <w:rPr>
                <w:rFonts w:ascii="Gill Sans MT" w:hAnsi="Gill Sans MT"/>
                <w:sz w:val="16"/>
                <w:szCs w:val="16"/>
              </w:rPr>
            </w:pPr>
            <w:r>
              <w:rPr>
                <w:rFonts w:ascii="Gill Sans MT" w:hAnsi="Gill Sans MT"/>
                <w:sz w:val="18"/>
              </w:rPr>
              <w:t>-0.043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0E41402" w14:textId="77777777" w:rsidR="00297D2C" w:rsidRPr="00E302CD" w:rsidRDefault="00297D2C" w:rsidP="007B2FD8">
            <w:pPr>
              <w:jc w:val="center"/>
              <w:rPr>
                <w:rFonts w:ascii="Gill Sans MT" w:hAnsi="Gill Sans MT"/>
                <w:sz w:val="16"/>
                <w:szCs w:val="16"/>
              </w:rPr>
            </w:pPr>
            <w:r>
              <w:rPr>
                <w:rFonts w:ascii="Gill Sans MT" w:hAnsi="Gill Sans MT"/>
                <w:sz w:val="18"/>
              </w:rPr>
              <w:t>-0.96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8E04600" w14:textId="77777777" w:rsidR="00297D2C" w:rsidRPr="00E302CD" w:rsidRDefault="00297D2C" w:rsidP="007B2FD8">
            <w:pPr>
              <w:jc w:val="center"/>
              <w:rPr>
                <w:rFonts w:ascii="Gill Sans MT" w:hAnsi="Gill Sans MT"/>
                <w:sz w:val="16"/>
                <w:szCs w:val="16"/>
              </w:rPr>
            </w:pPr>
            <w:r>
              <w:rPr>
                <w:rFonts w:ascii="Gill Sans MT" w:hAnsi="Gill Sans MT"/>
                <w:sz w:val="18"/>
              </w:rPr>
              <w:t>0.336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EEA4D7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0.435</w:t>
            </w:r>
          </w:p>
        </w:tc>
      </w:tr>
      <w:tr w:rsidR="00297D2C" w:rsidRPr="00E302CD" w14:paraId="56D1EBE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9281B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lastRenderedPageBreak/>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2866347" w14:textId="77777777" w:rsidR="00297D2C" w:rsidRPr="00E302CD" w:rsidRDefault="00297D2C" w:rsidP="007B2FD8">
            <w:pPr>
              <w:jc w:val="center"/>
              <w:rPr>
                <w:rFonts w:ascii="Gill Sans MT" w:hAnsi="Gill Sans MT"/>
                <w:sz w:val="16"/>
                <w:szCs w:val="16"/>
              </w:rPr>
            </w:pPr>
            <w:r>
              <w:rPr>
                <w:rFonts w:ascii="Gill Sans MT" w:hAnsi="Gill Sans MT"/>
                <w:sz w:val="18"/>
              </w:rPr>
              <w:t>+0.017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89B7DEC" w14:textId="77777777" w:rsidR="00297D2C" w:rsidRPr="00E302CD" w:rsidRDefault="00297D2C" w:rsidP="007B2FD8">
            <w:pPr>
              <w:jc w:val="center"/>
              <w:rPr>
                <w:rFonts w:ascii="Gill Sans MT" w:hAnsi="Gill Sans MT"/>
                <w:sz w:val="16"/>
                <w:szCs w:val="16"/>
              </w:rPr>
            </w:pPr>
            <w:r>
              <w:rPr>
                <w:rFonts w:ascii="Gill Sans MT" w:hAnsi="Gill Sans MT"/>
                <w:sz w:val="18"/>
              </w:rPr>
              <w:t>+0.38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03AAC7C" w14:textId="77777777" w:rsidR="00297D2C" w:rsidRPr="00E302CD" w:rsidRDefault="00297D2C" w:rsidP="007B2FD8">
            <w:pPr>
              <w:jc w:val="center"/>
              <w:rPr>
                <w:rFonts w:ascii="Gill Sans MT" w:hAnsi="Gill Sans MT"/>
                <w:sz w:val="16"/>
                <w:szCs w:val="16"/>
              </w:rPr>
            </w:pPr>
            <w:r>
              <w:rPr>
                <w:rFonts w:ascii="Gill Sans MT" w:hAnsi="Gill Sans MT"/>
                <w:sz w:val="18"/>
              </w:rPr>
              <w:t>0.705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F80483"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0.705</w:t>
            </w:r>
          </w:p>
        </w:tc>
      </w:tr>
      <w:tr w:rsidR="00297D2C" w:rsidRPr="00E302CD" w14:paraId="2C3382BB"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4E5406B6"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08924F62" w14:textId="77777777" w:rsidR="00297D2C" w:rsidRPr="00E302CD" w:rsidRDefault="00297D2C" w:rsidP="007B2FD8">
            <w:pPr>
              <w:jc w:val="center"/>
              <w:rPr>
                <w:rFonts w:ascii="Gill Sans MT" w:hAnsi="Gill Sans MT"/>
                <w:sz w:val="16"/>
                <w:szCs w:val="16"/>
              </w:rPr>
            </w:pPr>
            <w:r>
              <w:rPr>
                <w:rFonts w:ascii="Gill Sans MT" w:hAnsi="Gill Sans MT"/>
                <w:sz w:val="18"/>
              </w:rPr>
              <w:t>+0.040</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6FFC1F37" w14:textId="77777777" w:rsidR="00297D2C" w:rsidRPr="00E302CD" w:rsidRDefault="00297D2C" w:rsidP="007B2FD8">
            <w:pPr>
              <w:jc w:val="center"/>
              <w:rPr>
                <w:rFonts w:ascii="Gill Sans MT" w:hAnsi="Gill Sans MT"/>
                <w:sz w:val="16"/>
                <w:szCs w:val="16"/>
              </w:rPr>
            </w:pPr>
            <w:r>
              <w:rPr>
                <w:rFonts w:ascii="Gill Sans MT" w:hAnsi="Gill Sans MT"/>
                <w:sz w:val="18"/>
              </w:rPr>
              <w:t>+0.89</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36467F29" w14:textId="77777777" w:rsidR="00297D2C" w:rsidRPr="00E302CD" w:rsidRDefault="00297D2C" w:rsidP="007B2FD8">
            <w:pPr>
              <w:jc w:val="center"/>
              <w:rPr>
                <w:rFonts w:ascii="Gill Sans MT" w:hAnsi="Gill Sans MT"/>
                <w:sz w:val="16"/>
                <w:szCs w:val="16"/>
              </w:rPr>
            </w:pPr>
            <w:r>
              <w:rPr>
                <w:rFonts w:ascii="Gill Sans MT" w:hAnsi="Gill Sans MT"/>
                <w:sz w:val="18"/>
              </w:rPr>
              <w:t>0.373</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49891D3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0.435</w:t>
            </w:r>
          </w:p>
        </w:tc>
      </w:tr>
      <w:tr w:rsidR="00297D2C" w:rsidRPr="00E302CD" w14:paraId="4046F81B"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4F2B040B"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STAI-Trait (n = 500)</w:t>
            </w:r>
          </w:p>
        </w:tc>
      </w:tr>
      <w:tr w:rsidR="00297D2C" w:rsidRPr="00E302CD" w14:paraId="36AB80F3"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DA9030A" w14:textId="77777777" w:rsidR="00297D2C" w:rsidRPr="00E302CD"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7E691AA" w14:textId="77777777" w:rsidR="00297D2C" w:rsidRPr="00E302CD"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36F0A56"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5EC6E72"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A55BFCA"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E302CD" w14:paraId="547BD87C"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C7EB893"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E302CD" w14:paraId="146D7FB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2CFB45"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EB040F7" w14:textId="77777777" w:rsidR="00297D2C" w:rsidRPr="00E302CD" w:rsidRDefault="00297D2C" w:rsidP="007B2FD8">
            <w:pPr>
              <w:jc w:val="center"/>
              <w:rPr>
                <w:rFonts w:ascii="Gill Sans MT" w:hAnsi="Gill Sans MT"/>
                <w:sz w:val="16"/>
                <w:szCs w:val="16"/>
              </w:rPr>
            </w:pPr>
            <w:r>
              <w:rPr>
                <w:rFonts w:ascii="Gill Sans MT" w:hAnsi="Gill Sans MT"/>
                <w:sz w:val="18"/>
              </w:rPr>
              <w:t>-0.057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AB8EE5E" w14:textId="77777777" w:rsidR="00297D2C" w:rsidRPr="00E302CD" w:rsidRDefault="00297D2C" w:rsidP="007B2FD8">
            <w:pPr>
              <w:jc w:val="center"/>
              <w:rPr>
                <w:rFonts w:ascii="Gill Sans MT" w:hAnsi="Gill Sans MT"/>
                <w:sz w:val="16"/>
                <w:szCs w:val="16"/>
              </w:rPr>
            </w:pPr>
            <w:r>
              <w:rPr>
                <w:rFonts w:ascii="Gill Sans MT" w:hAnsi="Gill Sans MT"/>
                <w:sz w:val="18"/>
              </w:rPr>
              <w:t>-1.30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39D4D30" w14:textId="77777777" w:rsidR="00297D2C" w:rsidRPr="00E302CD" w:rsidRDefault="00297D2C" w:rsidP="007B2FD8">
            <w:pPr>
              <w:jc w:val="center"/>
              <w:rPr>
                <w:rFonts w:ascii="Gill Sans MT" w:hAnsi="Gill Sans MT"/>
                <w:sz w:val="16"/>
                <w:szCs w:val="16"/>
              </w:rPr>
            </w:pPr>
            <w:r>
              <w:rPr>
                <w:rFonts w:ascii="Gill Sans MT" w:hAnsi="Gill Sans MT"/>
                <w:sz w:val="18"/>
              </w:rPr>
              <w:t>0.194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A6F765" w14:textId="77777777" w:rsidR="00297D2C" w:rsidRPr="00E302CD" w:rsidRDefault="00297D2C" w:rsidP="007B2FD8">
            <w:pPr>
              <w:jc w:val="center"/>
              <w:rPr>
                <w:rFonts w:ascii="Gill Sans MT" w:hAnsi="Gill Sans MT"/>
                <w:sz w:val="16"/>
                <w:szCs w:val="16"/>
              </w:rPr>
            </w:pPr>
          </w:p>
        </w:tc>
      </w:tr>
      <w:tr w:rsidR="00297D2C" w:rsidRPr="00E302CD" w14:paraId="59ED417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7C92E6D"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C06E61D" w14:textId="77777777" w:rsidR="00297D2C" w:rsidRPr="00E302CD" w:rsidRDefault="00297D2C" w:rsidP="007B2FD8">
            <w:pPr>
              <w:jc w:val="center"/>
              <w:rPr>
                <w:rFonts w:ascii="Gill Sans MT" w:hAnsi="Gill Sans MT"/>
                <w:sz w:val="16"/>
                <w:szCs w:val="16"/>
              </w:rPr>
            </w:pPr>
            <w:r>
              <w:rPr>
                <w:rFonts w:ascii="Gill Sans MT" w:hAnsi="Gill Sans MT"/>
                <w:sz w:val="18"/>
              </w:rPr>
              <w:t>-0.003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B6AA31" w14:textId="77777777" w:rsidR="00297D2C" w:rsidRPr="00E302CD" w:rsidRDefault="00297D2C" w:rsidP="007B2FD8">
            <w:pPr>
              <w:jc w:val="center"/>
              <w:rPr>
                <w:rFonts w:ascii="Gill Sans MT" w:hAnsi="Gill Sans MT"/>
                <w:sz w:val="16"/>
                <w:szCs w:val="16"/>
              </w:rPr>
            </w:pPr>
            <w:r>
              <w:rPr>
                <w:rFonts w:ascii="Gill Sans MT" w:hAnsi="Gill Sans MT"/>
                <w:sz w:val="18"/>
              </w:rPr>
              <w:t>-0.06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AC1AD4" w14:textId="77777777" w:rsidR="00297D2C" w:rsidRPr="00E302CD" w:rsidRDefault="00297D2C" w:rsidP="007B2FD8">
            <w:pPr>
              <w:jc w:val="center"/>
              <w:rPr>
                <w:rFonts w:ascii="Gill Sans MT" w:hAnsi="Gill Sans MT"/>
                <w:sz w:val="16"/>
                <w:szCs w:val="16"/>
              </w:rPr>
            </w:pPr>
            <w:r>
              <w:rPr>
                <w:rFonts w:ascii="Gill Sans MT" w:hAnsi="Gill Sans MT"/>
                <w:sz w:val="18"/>
              </w:rPr>
              <w:t>0.951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E8E089C" w14:textId="77777777" w:rsidR="00297D2C" w:rsidRPr="00E302CD" w:rsidRDefault="00297D2C" w:rsidP="007B2FD8">
            <w:pPr>
              <w:jc w:val="center"/>
              <w:rPr>
                <w:rFonts w:ascii="Gill Sans MT" w:hAnsi="Gill Sans MT"/>
                <w:sz w:val="16"/>
                <w:szCs w:val="16"/>
              </w:rPr>
            </w:pPr>
          </w:p>
        </w:tc>
      </w:tr>
      <w:tr w:rsidR="00297D2C" w:rsidRPr="00E302CD" w14:paraId="028ED6E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DF4F7D9"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9D53193" w14:textId="77777777" w:rsidR="00297D2C" w:rsidRPr="00E302CD" w:rsidRDefault="00297D2C" w:rsidP="007B2FD8">
            <w:pPr>
              <w:jc w:val="center"/>
              <w:rPr>
                <w:rFonts w:ascii="Gill Sans MT" w:hAnsi="Gill Sans MT"/>
                <w:sz w:val="16"/>
                <w:szCs w:val="16"/>
              </w:rPr>
            </w:pPr>
            <w:r>
              <w:rPr>
                <w:rFonts w:ascii="Gill Sans MT" w:hAnsi="Gill Sans MT"/>
                <w:sz w:val="18"/>
              </w:rPr>
              <w:t>-0.040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2DBA3E7" w14:textId="77777777" w:rsidR="00297D2C" w:rsidRPr="00E302CD" w:rsidRDefault="00297D2C" w:rsidP="007B2FD8">
            <w:pPr>
              <w:jc w:val="center"/>
              <w:rPr>
                <w:rFonts w:ascii="Gill Sans MT" w:hAnsi="Gill Sans MT"/>
                <w:sz w:val="16"/>
                <w:szCs w:val="16"/>
              </w:rPr>
            </w:pPr>
            <w:r>
              <w:rPr>
                <w:rFonts w:ascii="Gill Sans MT" w:hAnsi="Gill Sans MT"/>
                <w:sz w:val="18"/>
              </w:rPr>
              <w:t>-0.90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2BA40A" w14:textId="77777777" w:rsidR="00297D2C" w:rsidRPr="00E302CD" w:rsidRDefault="00297D2C" w:rsidP="007B2FD8">
            <w:pPr>
              <w:jc w:val="center"/>
              <w:rPr>
                <w:rFonts w:ascii="Gill Sans MT" w:hAnsi="Gill Sans MT"/>
                <w:sz w:val="16"/>
                <w:szCs w:val="16"/>
              </w:rPr>
            </w:pPr>
            <w:r>
              <w:rPr>
                <w:rFonts w:ascii="Gill Sans MT" w:hAnsi="Gill Sans MT"/>
                <w:sz w:val="18"/>
              </w:rPr>
              <w:t>0.369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8410CA4" w14:textId="77777777" w:rsidR="00297D2C" w:rsidRPr="00E302CD" w:rsidRDefault="00297D2C" w:rsidP="007B2FD8">
            <w:pPr>
              <w:jc w:val="center"/>
              <w:rPr>
                <w:rFonts w:ascii="Gill Sans MT" w:hAnsi="Gill Sans MT"/>
                <w:sz w:val="16"/>
                <w:szCs w:val="16"/>
              </w:rPr>
            </w:pPr>
          </w:p>
        </w:tc>
      </w:tr>
      <w:tr w:rsidR="00297D2C" w:rsidRPr="00E302CD" w14:paraId="29FC2535"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CD74844"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E302CD" w14:paraId="72F0889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2C3E3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5AB2C5" w14:textId="77777777" w:rsidR="00297D2C" w:rsidRPr="00E302CD" w:rsidRDefault="00297D2C" w:rsidP="007B2FD8">
            <w:pPr>
              <w:jc w:val="center"/>
              <w:rPr>
                <w:rFonts w:ascii="Gill Sans MT" w:hAnsi="Gill Sans MT"/>
                <w:sz w:val="16"/>
                <w:szCs w:val="16"/>
              </w:rPr>
            </w:pPr>
            <w:r>
              <w:rPr>
                <w:rFonts w:ascii="Gill Sans MT" w:hAnsi="Gill Sans MT"/>
                <w:sz w:val="18"/>
              </w:rPr>
              <w:t>+0.089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F8908A8" w14:textId="77777777" w:rsidR="00297D2C" w:rsidRPr="00E302CD" w:rsidRDefault="00297D2C" w:rsidP="007B2FD8">
            <w:pPr>
              <w:jc w:val="center"/>
              <w:rPr>
                <w:rFonts w:ascii="Gill Sans MT" w:hAnsi="Gill Sans MT"/>
                <w:sz w:val="16"/>
                <w:szCs w:val="16"/>
              </w:rPr>
            </w:pPr>
            <w:r>
              <w:rPr>
                <w:rFonts w:ascii="Gill Sans MT" w:hAnsi="Gill Sans MT"/>
                <w:sz w:val="18"/>
              </w:rPr>
              <w:t>+2.28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71DEDBF" w14:textId="77777777" w:rsidR="00297D2C" w:rsidRPr="00E302CD" w:rsidRDefault="00297D2C" w:rsidP="007B2FD8">
            <w:pPr>
              <w:jc w:val="center"/>
              <w:rPr>
                <w:rFonts w:ascii="Gill Sans MT" w:hAnsi="Gill Sans MT"/>
                <w:sz w:val="16"/>
                <w:szCs w:val="16"/>
              </w:rPr>
            </w:pPr>
            <w:r>
              <w:rPr>
                <w:rFonts w:ascii="Gill Sans MT" w:hAnsi="Gill Sans MT"/>
                <w:sz w:val="18"/>
              </w:rPr>
              <w:t>0.023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23694A0"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0.069</w:t>
            </w:r>
          </w:p>
        </w:tc>
      </w:tr>
      <w:tr w:rsidR="00297D2C" w:rsidRPr="00E302CD" w14:paraId="1F20871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B56AEB"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AD36D4D" w14:textId="77777777" w:rsidR="00297D2C" w:rsidRPr="00E302CD" w:rsidRDefault="00297D2C" w:rsidP="007B2FD8">
            <w:pPr>
              <w:jc w:val="center"/>
              <w:rPr>
                <w:rFonts w:ascii="Gill Sans MT" w:hAnsi="Gill Sans MT"/>
                <w:sz w:val="16"/>
                <w:szCs w:val="16"/>
              </w:rPr>
            </w:pPr>
            <w:r>
              <w:rPr>
                <w:rFonts w:ascii="Gill Sans MT" w:hAnsi="Gill Sans MT"/>
                <w:sz w:val="18"/>
              </w:rPr>
              <w:t>+0.057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C14D1BA" w14:textId="77777777" w:rsidR="00297D2C" w:rsidRPr="00E302CD" w:rsidRDefault="00297D2C" w:rsidP="007B2FD8">
            <w:pPr>
              <w:jc w:val="center"/>
              <w:rPr>
                <w:rFonts w:ascii="Gill Sans MT" w:hAnsi="Gill Sans MT"/>
                <w:sz w:val="16"/>
                <w:szCs w:val="16"/>
              </w:rPr>
            </w:pPr>
            <w:r>
              <w:rPr>
                <w:rFonts w:ascii="Gill Sans MT" w:hAnsi="Gill Sans MT"/>
                <w:sz w:val="18"/>
              </w:rPr>
              <w:t>+1.51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5BEB39A" w14:textId="77777777" w:rsidR="00297D2C" w:rsidRPr="00E302CD" w:rsidRDefault="00297D2C" w:rsidP="007B2FD8">
            <w:pPr>
              <w:jc w:val="center"/>
              <w:rPr>
                <w:rFonts w:ascii="Gill Sans MT" w:hAnsi="Gill Sans MT"/>
                <w:sz w:val="16"/>
                <w:szCs w:val="16"/>
              </w:rPr>
            </w:pPr>
            <w:r>
              <w:rPr>
                <w:rFonts w:ascii="Gill Sans MT" w:hAnsi="Gill Sans MT"/>
                <w:sz w:val="18"/>
              </w:rPr>
              <w:t>0.131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FCC50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0.197</w:t>
            </w:r>
          </w:p>
        </w:tc>
      </w:tr>
      <w:tr w:rsidR="00297D2C" w:rsidRPr="00E302CD" w14:paraId="6F65ADA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DEAA76A"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E255A3B" w14:textId="77777777" w:rsidR="00297D2C" w:rsidRPr="00E302CD" w:rsidRDefault="00297D2C" w:rsidP="007B2FD8">
            <w:pPr>
              <w:jc w:val="center"/>
              <w:rPr>
                <w:rFonts w:ascii="Gill Sans MT" w:hAnsi="Gill Sans MT"/>
                <w:sz w:val="16"/>
                <w:szCs w:val="16"/>
              </w:rPr>
            </w:pPr>
            <w:r>
              <w:rPr>
                <w:rFonts w:ascii="Gill Sans MT" w:hAnsi="Gill Sans MT"/>
                <w:sz w:val="18"/>
              </w:rPr>
              <w:t>-0.029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A0389A3" w14:textId="77777777" w:rsidR="00297D2C" w:rsidRPr="00E302CD" w:rsidRDefault="00297D2C" w:rsidP="007B2FD8">
            <w:pPr>
              <w:jc w:val="center"/>
              <w:rPr>
                <w:rFonts w:ascii="Gill Sans MT" w:hAnsi="Gill Sans MT"/>
                <w:sz w:val="16"/>
                <w:szCs w:val="16"/>
              </w:rPr>
            </w:pPr>
            <w:r>
              <w:rPr>
                <w:rFonts w:ascii="Gill Sans MT" w:hAnsi="Gill Sans MT"/>
                <w:sz w:val="18"/>
              </w:rPr>
              <w:t>-0.66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4C403F6" w14:textId="77777777" w:rsidR="00297D2C" w:rsidRPr="00E302CD" w:rsidRDefault="00297D2C" w:rsidP="007B2FD8">
            <w:pPr>
              <w:jc w:val="center"/>
              <w:rPr>
                <w:rFonts w:ascii="Gill Sans MT" w:hAnsi="Gill Sans MT"/>
                <w:sz w:val="16"/>
                <w:szCs w:val="16"/>
              </w:rPr>
            </w:pPr>
            <w:r>
              <w:rPr>
                <w:rFonts w:ascii="Gill Sans MT" w:hAnsi="Gill Sans MT"/>
                <w:sz w:val="18"/>
              </w:rPr>
              <w:t>0.507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ED8D4B9"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0.507</w:t>
            </w:r>
          </w:p>
        </w:tc>
      </w:tr>
      <w:tr w:rsidR="00297D2C" w:rsidRPr="00E302CD" w14:paraId="5220EC4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AC491FA"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E302CD" w14:paraId="6923F9E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152C1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B4884EE" w14:textId="77777777" w:rsidR="00297D2C" w:rsidRPr="00E302CD" w:rsidRDefault="00297D2C" w:rsidP="007B2FD8">
            <w:pPr>
              <w:jc w:val="center"/>
              <w:rPr>
                <w:rFonts w:ascii="Gill Sans MT" w:hAnsi="Gill Sans MT"/>
                <w:sz w:val="16"/>
                <w:szCs w:val="16"/>
              </w:rPr>
            </w:pPr>
            <w:r>
              <w:rPr>
                <w:rFonts w:ascii="Gill Sans MT" w:hAnsi="Gill Sans MT"/>
                <w:sz w:val="18"/>
              </w:rPr>
              <w:t>+0.081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82088DC" w14:textId="77777777" w:rsidR="00297D2C" w:rsidRPr="00E302CD" w:rsidRDefault="00297D2C" w:rsidP="007B2FD8">
            <w:pPr>
              <w:jc w:val="center"/>
              <w:rPr>
                <w:rFonts w:ascii="Gill Sans MT" w:hAnsi="Gill Sans MT"/>
                <w:sz w:val="16"/>
                <w:szCs w:val="16"/>
              </w:rPr>
            </w:pPr>
            <w:r>
              <w:rPr>
                <w:rFonts w:ascii="Gill Sans MT" w:hAnsi="Gill Sans MT"/>
                <w:sz w:val="18"/>
              </w:rPr>
              <w:t>+2.08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32F3710" w14:textId="77777777" w:rsidR="00297D2C" w:rsidRPr="00E302CD" w:rsidRDefault="00297D2C" w:rsidP="007B2FD8">
            <w:pPr>
              <w:jc w:val="center"/>
              <w:rPr>
                <w:rFonts w:ascii="Gill Sans MT" w:hAnsi="Gill Sans MT"/>
                <w:sz w:val="16"/>
                <w:szCs w:val="16"/>
              </w:rPr>
            </w:pPr>
            <w:r>
              <w:rPr>
                <w:rFonts w:ascii="Gill Sans MT" w:hAnsi="Gill Sans MT"/>
                <w:sz w:val="18"/>
              </w:rPr>
              <w:t>0.038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560442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0.116</w:t>
            </w:r>
          </w:p>
        </w:tc>
      </w:tr>
      <w:tr w:rsidR="00297D2C" w:rsidRPr="00E302CD" w14:paraId="5C354F5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4376D1C"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D61A29C" w14:textId="77777777" w:rsidR="00297D2C" w:rsidRPr="00E302CD" w:rsidRDefault="00297D2C" w:rsidP="007B2FD8">
            <w:pPr>
              <w:jc w:val="center"/>
              <w:rPr>
                <w:rFonts w:ascii="Gill Sans MT" w:hAnsi="Gill Sans MT"/>
                <w:sz w:val="16"/>
                <w:szCs w:val="16"/>
              </w:rPr>
            </w:pPr>
            <w:r>
              <w:rPr>
                <w:rFonts w:ascii="Gill Sans MT" w:hAnsi="Gill Sans MT"/>
                <w:sz w:val="18"/>
              </w:rPr>
              <w:t>+0.086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A839E7" w14:textId="77777777" w:rsidR="00297D2C" w:rsidRPr="00E302CD" w:rsidRDefault="00297D2C" w:rsidP="007B2FD8">
            <w:pPr>
              <w:jc w:val="center"/>
              <w:rPr>
                <w:rFonts w:ascii="Gill Sans MT" w:hAnsi="Gill Sans MT"/>
                <w:sz w:val="16"/>
                <w:szCs w:val="16"/>
              </w:rPr>
            </w:pPr>
            <w:r>
              <w:rPr>
                <w:rFonts w:ascii="Gill Sans MT" w:hAnsi="Gill Sans MT"/>
                <w:sz w:val="18"/>
              </w:rPr>
              <w:t>+2.07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C216BA" w14:textId="77777777" w:rsidR="00297D2C" w:rsidRPr="00E302CD" w:rsidRDefault="00297D2C" w:rsidP="007B2FD8">
            <w:pPr>
              <w:jc w:val="center"/>
              <w:rPr>
                <w:rFonts w:ascii="Gill Sans MT" w:hAnsi="Gill Sans MT"/>
                <w:sz w:val="16"/>
                <w:szCs w:val="16"/>
              </w:rPr>
            </w:pPr>
            <w:r>
              <w:rPr>
                <w:rFonts w:ascii="Gill Sans MT" w:hAnsi="Gill Sans MT"/>
                <w:sz w:val="18"/>
              </w:rPr>
              <w:t>0.038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EEC62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0.116</w:t>
            </w:r>
          </w:p>
        </w:tc>
      </w:tr>
      <w:tr w:rsidR="00297D2C" w:rsidRPr="00E302CD" w14:paraId="31AEB1D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318FC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C659098" w14:textId="77777777" w:rsidR="00297D2C" w:rsidRPr="00E302CD" w:rsidRDefault="00297D2C" w:rsidP="007B2FD8">
            <w:pPr>
              <w:jc w:val="center"/>
              <w:rPr>
                <w:rFonts w:ascii="Gill Sans MT" w:hAnsi="Gill Sans MT"/>
                <w:sz w:val="16"/>
                <w:szCs w:val="16"/>
              </w:rPr>
            </w:pPr>
            <w:r>
              <w:rPr>
                <w:rFonts w:ascii="Gill Sans MT" w:hAnsi="Gill Sans MT"/>
                <w:sz w:val="18"/>
              </w:rPr>
              <w:t>+0.054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F69061C" w14:textId="77777777" w:rsidR="00297D2C" w:rsidRPr="00E302CD" w:rsidRDefault="00297D2C" w:rsidP="007B2FD8">
            <w:pPr>
              <w:jc w:val="center"/>
              <w:rPr>
                <w:rFonts w:ascii="Gill Sans MT" w:hAnsi="Gill Sans MT"/>
                <w:sz w:val="16"/>
                <w:szCs w:val="16"/>
              </w:rPr>
            </w:pPr>
            <w:r>
              <w:rPr>
                <w:rFonts w:ascii="Gill Sans MT" w:hAnsi="Gill Sans MT"/>
                <w:sz w:val="18"/>
              </w:rPr>
              <w:t>+1.39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B1C59C7" w14:textId="77777777" w:rsidR="00297D2C" w:rsidRPr="00E302CD" w:rsidRDefault="00297D2C" w:rsidP="007B2FD8">
            <w:pPr>
              <w:jc w:val="center"/>
              <w:rPr>
                <w:rFonts w:ascii="Gill Sans MT" w:hAnsi="Gill Sans MT"/>
                <w:sz w:val="16"/>
                <w:szCs w:val="16"/>
              </w:rPr>
            </w:pPr>
            <w:r>
              <w:rPr>
                <w:rFonts w:ascii="Gill Sans MT" w:hAnsi="Gill Sans MT"/>
                <w:sz w:val="18"/>
              </w:rPr>
              <w:t>0.166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9AD1FE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0.248</w:t>
            </w:r>
          </w:p>
        </w:tc>
      </w:tr>
      <w:tr w:rsidR="00297D2C" w:rsidRPr="00E302CD" w14:paraId="6DA5629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EA8BA2"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1FB9499" w14:textId="77777777" w:rsidR="00297D2C" w:rsidRPr="00E302CD" w:rsidRDefault="00297D2C" w:rsidP="007B2FD8">
            <w:pPr>
              <w:jc w:val="center"/>
              <w:rPr>
                <w:rFonts w:ascii="Gill Sans MT" w:hAnsi="Gill Sans MT"/>
                <w:sz w:val="16"/>
                <w:szCs w:val="16"/>
              </w:rPr>
            </w:pPr>
            <w:r>
              <w:rPr>
                <w:rFonts w:ascii="Gill Sans MT" w:hAnsi="Gill Sans MT"/>
                <w:sz w:val="18"/>
              </w:rPr>
              <w:t>+0.054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B80AE1E" w14:textId="77777777" w:rsidR="00297D2C" w:rsidRPr="00E302CD" w:rsidRDefault="00297D2C" w:rsidP="007B2FD8">
            <w:pPr>
              <w:jc w:val="center"/>
              <w:rPr>
                <w:rFonts w:ascii="Gill Sans MT" w:hAnsi="Gill Sans MT"/>
                <w:sz w:val="16"/>
                <w:szCs w:val="16"/>
              </w:rPr>
            </w:pPr>
            <w:r>
              <w:rPr>
                <w:rFonts w:ascii="Gill Sans MT" w:hAnsi="Gill Sans MT"/>
                <w:sz w:val="18"/>
              </w:rPr>
              <w:t>+1.43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2A46407" w14:textId="77777777" w:rsidR="00297D2C" w:rsidRPr="00E302CD" w:rsidRDefault="00297D2C" w:rsidP="007B2FD8">
            <w:pPr>
              <w:jc w:val="center"/>
              <w:rPr>
                <w:rFonts w:ascii="Gill Sans MT" w:hAnsi="Gill Sans MT"/>
                <w:sz w:val="16"/>
                <w:szCs w:val="16"/>
              </w:rPr>
            </w:pPr>
            <w:r>
              <w:rPr>
                <w:rFonts w:ascii="Gill Sans MT" w:hAnsi="Gill Sans MT"/>
                <w:sz w:val="18"/>
              </w:rPr>
              <w:t>0.153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79E440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0.248</w:t>
            </w:r>
          </w:p>
        </w:tc>
      </w:tr>
      <w:tr w:rsidR="00297D2C" w:rsidRPr="00E302CD" w14:paraId="1721A8B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C419B6"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A1B59AD" w14:textId="77777777" w:rsidR="00297D2C" w:rsidRPr="00E302CD" w:rsidRDefault="00297D2C" w:rsidP="007B2FD8">
            <w:pPr>
              <w:jc w:val="center"/>
              <w:rPr>
                <w:rFonts w:ascii="Gill Sans MT" w:hAnsi="Gill Sans MT"/>
                <w:sz w:val="16"/>
                <w:szCs w:val="16"/>
              </w:rPr>
            </w:pPr>
            <w:r>
              <w:rPr>
                <w:rFonts w:ascii="Gill Sans MT" w:hAnsi="Gill Sans MT"/>
                <w:sz w:val="18"/>
              </w:rPr>
              <w:t>-0.029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64BED61" w14:textId="77777777" w:rsidR="00297D2C" w:rsidRPr="00E302CD" w:rsidRDefault="00297D2C" w:rsidP="007B2FD8">
            <w:pPr>
              <w:jc w:val="center"/>
              <w:rPr>
                <w:rFonts w:ascii="Gill Sans MT" w:hAnsi="Gill Sans MT"/>
                <w:sz w:val="16"/>
                <w:szCs w:val="16"/>
              </w:rPr>
            </w:pPr>
            <w:r>
              <w:rPr>
                <w:rFonts w:ascii="Gill Sans MT" w:hAnsi="Gill Sans MT"/>
                <w:sz w:val="18"/>
              </w:rPr>
              <w:t>-0.66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9DE9089" w14:textId="77777777" w:rsidR="00297D2C" w:rsidRPr="00E302CD" w:rsidRDefault="00297D2C" w:rsidP="007B2FD8">
            <w:pPr>
              <w:jc w:val="center"/>
              <w:rPr>
                <w:rFonts w:ascii="Gill Sans MT" w:hAnsi="Gill Sans MT"/>
                <w:sz w:val="16"/>
                <w:szCs w:val="16"/>
              </w:rPr>
            </w:pPr>
            <w:r>
              <w:rPr>
                <w:rFonts w:ascii="Gill Sans MT" w:hAnsi="Gill Sans MT"/>
                <w:sz w:val="18"/>
              </w:rPr>
              <w:t>0.513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A5B99A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0.554</w:t>
            </w:r>
          </w:p>
        </w:tc>
      </w:tr>
      <w:tr w:rsidR="00297D2C" w:rsidRPr="00E302CD" w14:paraId="7DC4E4F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52CF5A"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0E952C3" w14:textId="77777777" w:rsidR="00297D2C" w:rsidRPr="00E302CD" w:rsidRDefault="00297D2C" w:rsidP="007B2FD8">
            <w:pPr>
              <w:jc w:val="center"/>
              <w:rPr>
                <w:rFonts w:ascii="Gill Sans MT" w:hAnsi="Gill Sans MT"/>
                <w:sz w:val="16"/>
                <w:szCs w:val="16"/>
              </w:rPr>
            </w:pPr>
            <w:r>
              <w:rPr>
                <w:rFonts w:ascii="Gill Sans MT" w:hAnsi="Gill Sans MT"/>
                <w:sz w:val="18"/>
              </w:rPr>
              <w:t>-0.026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218DCFA" w14:textId="77777777" w:rsidR="00297D2C" w:rsidRPr="00E302CD" w:rsidRDefault="00297D2C" w:rsidP="007B2FD8">
            <w:pPr>
              <w:jc w:val="center"/>
              <w:rPr>
                <w:rFonts w:ascii="Gill Sans MT" w:hAnsi="Gill Sans MT"/>
                <w:sz w:val="16"/>
                <w:szCs w:val="16"/>
              </w:rPr>
            </w:pPr>
            <w:r>
              <w:rPr>
                <w:rFonts w:ascii="Gill Sans MT" w:hAnsi="Gill Sans MT"/>
                <w:sz w:val="18"/>
              </w:rPr>
              <w:t>-0.59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E25BD4" w14:textId="77777777" w:rsidR="00297D2C" w:rsidRPr="00E302CD" w:rsidRDefault="00297D2C" w:rsidP="007B2FD8">
            <w:pPr>
              <w:jc w:val="center"/>
              <w:rPr>
                <w:rFonts w:ascii="Gill Sans MT" w:hAnsi="Gill Sans MT"/>
                <w:sz w:val="16"/>
                <w:szCs w:val="16"/>
              </w:rPr>
            </w:pPr>
            <w:r>
              <w:rPr>
                <w:rFonts w:ascii="Gill Sans MT" w:hAnsi="Gill Sans MT"/>
                <w:sz w:val="18"/>
              </w:rPr>
              <w:t>0.554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CE9BB58"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0.554</w:t>
            </w:r>
          </w:p>
        </w:tc>
      </w:tr>
      <w:tr w:rsidR="00297D2C" w:rsidRPr="00E302CD" w14:paraId="07BA1D74"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5903125"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E302CD" w14:paraId="0CBBC65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08A9C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96631CE" w14:textId="77777777" w:rsidR="00297D2C" w:rsidRPr="00E302CD" w:rsidRDefault="00297D2C" w:rsidP="007B2FD8">
            <w:pPr>
              <w:jc w:val="center"/>
              <w:rPr>
                <w:rFonts w:ascii="Gill Sans MT" w:hAnsi="Gill Sans MT"/>
                <w:sz w:val="16"/>
                <w:szCs w:val="16"/>
              </w:rPr>
            </w:pPr>
            <w:r>
              <w:rPr>
                <w:rFonts w:ascii="Gill Sans MT" w:hAnsi="Gill Sans MT"/>
                <w:sz w:val="18"/>
              </w:rPr>
              <w:t>-0.055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0915EA3" w14:textId="77777777" w:rsidR="00297D2C" w:rsidRPr="00E302CD" w:rsidRDefault="00297D2C" w:rsidP="007B2FD8">
            <w:pPr>
              <w:jc w:val="center"/>
              <w:rPr>
                <w:rFonts w:ascii="Gill Sans MT" w:hAnsi="Gill Sans MT"/>
                <w:sz w:val="16"/>
                <w:szCs w:val="16"/>
              </w:rPr>
            </w:pPr>
            <w:r>
              <w:rPr>
                <w:rFonts w:ascii="Gill Sans MT" w:hAnsi="Gill Sans MT"/>
                <w:sz w:val="18"/>
              </w:rPr>
              <w:t>-1.24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3E872E6" w14:textId="77777777" w:rsidR="00297D2C" w:rsidRPr="00E302CD" w:rsidRDefault="00297D2C" w:rsidP="007B2FD8">
            <w:pPr>
              <w:jc w:val="center"/>
              <w:rPr>
                <w:rFonts w:ascii="Gill Sans MT" w:hAnsi="Gill Sans MT"/>
                <w:sz w:val="16"/>
                <w:szCs w:val="16"/>
              </w:rPr>
            </w:pPr>
            <w:r>
              <w:rPr>
                <w:rFonts w:ascii="Gill Sans MT" w:hAnsi="Gill Sans MT"/>
                <w:sz w:val="18"/>
              </w:rPr>
              <w:t>0.215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78CB9A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0.331</w:t>
            </w:r>
          </w:p>
        </w:tc>
      </w:tr>
      <w:tr w:rsidR="00297D2C" w:rsidRPr="00E302CD" w14:paraId="576A0E5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B4BCB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2B797E9" w14:textId="77777777" w:rsidR="00297D2C" w:rsidRPr="00E302CD" w:rsidRDefault="00297D2C" w:rsidP="007B2FD8">
            <w:pPr>
              <w:jc w:val="center"/>
              <w:rPr>
                <w:rFonts w:ascii="Gill Sans MT" w:hAnsi="Gill Sans MT"/>
                <w:sz w:val="16"/>
                <w:szCs w:val="16"/>
              </w:rPr>
            </w:pPr>
            <w:r>
              <w:rPr>
                <w:rFonts w:ascii="Gill Sans MT" w:hAnsi="Gill Sans MT"/>
                <w:sz w:val="18"/>
              </w:rPr>
              <w:t>-0.055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84B95AA" w14:textId="77777777" w:rsidR="00297D2C" w:rsidRPr="00E302CD" w:rsidRDefault="00297D2C" w:rsidP="007B2FD8">
            <w:pPr>
              <w:jc w:val="center"/>
              <w:rPr>
                <w:rFonts w:ascii="Gill Sans MT" w:hAnsi="Gill Sans MT"/>
                <w:sz w:val="16"/>
                <w:szCs w:val="16"/>
              </w:rPr>
            </w:pPr>
            <w:r>
              <w:rPr>
                <w:rFonts w:ascii="Gill Sans MT" w:hAnsi="Gill Sans MT"/>
                <w:sz w:val="18"/>
              </w:rPr>
              <w:t>-1.23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6B99AAA" w14:textId="77777777" w:rsidR="00297D2C" w:rsidRPr="00E302CD" w:rsidRDefault="00297D2C" w:rsidP="007B2FD8">
            <w:pPr>
              <w:jc w:val="center"/>
              <w:rPr>
                <w:rFonts w:ascii="Gill Sans MT" w:hAnsi="Gill Sans MT"/>
                <w:sz w:val="16"/>
                <w:szCs w:val="16"/>
              </w:rPr>
            </w:pPr>
            <w:r>
              <w:rPr>
                <w:rFonts w:ascii="Gill Sans MT" w:hAnsi="Gill Sans MT"/>
                <w:sz w:val="18"/>
              </w:rPr>
              <w:t>0.221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96F21A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0.331</w:t>
            </w:r>
          </w:p>
        </w:tc>
      </w:tr>
      <w:tr w:rsidR="00297D2C" w:rsidRPr="00E302CD" w14:paraId="56A6DED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B49B7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BDBE43" w14:textId="77777777" w:rsidR="00297D2C" w:rsidRPr="00E302CD" w:rsidRDefault="00297D2C" w:rsidP="007B2FD8">
            <w:pPr>
              <w:jc w:val="center"/>
              <w:rPr>
                <w:rFonts w:ascii="Gill Sans MT" w:hAnsi="Gill Sans MT"/>
                <w:sz w:val="16"/>
                <w:szCs w:val="16"/>
              </w:rPr>
            </w:pPr>
            <w:r>
              <w:rPr>
                <w:rFonts w:ascii="Gill Sans MT" w:hAnsi="Gill Sans MT"/>
                <w:sz w:val="18"/>
              </w:rPr>
              <w:t>+0.073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338DE7E" w14:textId="77777777" w:rsidR="00297D2C" w:rsidRPr="00E302CD" w:rsidRDefault="00297D2C" w:rsidP="007B2FD8">
            <w:pPr>
              <w:jc w:val="center"/>
              <w:rPr>
                <w:rFonts w:ascii="Gill Sans MT" w:hAnsi="Gill Sans MT"/>
                <w:sz w:val="16"/>
                <w:szCs w:val="16"/>
              </w:rPr>
            </w:pPr>
            <w:r>
              <w:rPr>
                <w:rFonts w:ascii="Gill Sans MT" w:hAnsi="Gill Sans MT"/>
                <w:sz w:val="18"/>
              </w:rPr>
              <w:t>+1.63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7BC4C90" w14:textId="77777777" w:rsidR="00297D2C" w:rsidRPr="00E302CD" w:rsidRDefault="00297D2C" w:rsidP="007B2FD8">
            <w:pPr>
              <w:jc w:val="center"/>
              <w:rPr>
                <w:rFonts w:ascii="Gill Sans MT" w:hAnsi="Gill Sans MT"/>
                <w:sz w:val="16"/>
                <w:szCs w:val="16"/>
              </w:rPr>
            </w:pPr>
            <w:r>
              <w:rPr>
                <w:rFonts w:ascii="Gill Sans MT" w:hAnsi="Gill Sans MT"/>
                <w:sz w:val="18"/>
              </w:rPr>
              <w:t>0.103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DD1DA0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0.310</w:t>
            </w:r>
          </w:p>
        </w:tc>
      </w:tr>
      <w:tr w:rsidR="00297D2C" w:rsidRPr="00E302CD" w14:paraId="727D62F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C0C2B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FF9C430" w14:textId="77777777" w:rsidR="00297D2C" w:rsidRPr="00E302CD" w:rsidRDefault="00297D2C" w:rsidP="007B2FD8">
            <w:pPr>
              <w:jc w:val="center"/>
              <w:rPr>
                <w:rFonts w:ascii="Gill Sans MT" w:hAnsi="Gill Sans MT"/>
                <w:sz w:val="16"/>
                <w:szCs w:val="16"/>
              </w:rPr>
            </w:pPr>
            <w:r>
              <w:rPr>
                <w:rFonts w:ascii="Gill Sans MT" w:hAnsi="Gill Sans MT"/>
                <w:sz w:val="18"/>
              </w:rPr>
              <w:t>+0.032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BE82EA5" w14:textId="77777777" w:rsidR="00297D2C" w:rsidRPr="00E302CD" w:rsidRDefault="00297D2C" w:rsidP="007B2FD8">
            <w:pPr>
              <w:jc w:val="center"/>
              <w:rPr>
                <w:rFonts w:ascii="Gill Sans MT" w:hAnsi="Gill Sans MT"/>
                <w:sz w:val="16"/>
                <w:szCs w:val="16"/>
              </w:rPr>
            </w:pPr>
            <w:r>
              <w:rPr>
                <w:rFonts w:ascii="Gill Sans MT" w:hAnsi="Gill Sans MT"/>
                <w:sz w:val="18"/>
              </w:rPr>
              <w:t>+0.71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552352D" w14:textId="77777777" w:rsidR="00297D2C" w:rsidRPr="00E302CD" w:rsidRDefault="00297D2C" w:rsidP="007B2FD8">
            <w:pPr>
              <w:jc w:val="center"/>
              <w:rPr>
                <w:rFonts w:ascii="Gill Sans MT" w:hAnsi="Gill Sans MT"/>
                <w:sz w:val="16"/>
                <w:szCs w:val="16"/>
              </w:rPr>
            </w:pPr>
            <w:r>
              <w:rPr>
                <w:rFonts w:ascii="Gill Sans MT" w:hAnsi="Gill Sans MT"/>
                <w:sz w:val="18"/>
              </w:rPr>
              <w:t>0.476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DCED2E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0.571</w:t>
            </w:r>
          </w:p>
        </w:tc>
      </w:tr>
      <w:tr w:rsidR="00297D2C" w:rsidRPr="00E302CD" w14:paraId="21DC607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F4AC4B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26AA896" w14:textId="77777777" w:rsidR="00297D2C" w:rsidRPr="00E302CD" w:rsidRDefault="00297D2C" w:rsidP="007B2FD8">
            <w:pPr>
              <w:jc w:val="center"/>
              <w:rPr>
                <w:rFonts w:ascii="Gill Sans MT" w:hAnsi="Gill Sans MT"/>
                <w:sz w:val="16"/>
                <w:szCs w:val="16"/>
              </w:rPr>
            </w:pPr>
            <w:r>
              <w:rPr>
                <w:rFonts w:ascii="Gill Sans MT" w:hAnsi="Gill Sans MT"/>
                <w:sz w:val="18"/>
              </w:rPr>
              <w:t>-0.085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0D223C2" w14:textId="77777777" w:rsidR="00297D2C" w:rsidRPr="00E302CD" w:rsidRDefault="00297D2C" w:rsidP="007B2FD8">
            <w:pPr>
              <w:jc w:val="center"/>
              <w:rPr>
                <w:rFonts w:ascii="Gill Sans MT" w:hAnsi="Gill Sans MT"/>
                <w:sz w:val="16"/>
                <w:szCs w:val="16"/>
              </w:rPr>
            </w:pPr>
            <w:r>
              <w:rPr>
                <w:rFonts w:ascii="Gill Sans MT" w:hAnsi="Gill Sans MT"/>
                <w:sz w:val="18"/>
              </w:rPr>
              <w:t>-1.94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B2BC32" w14:textId="77777777" w:rsidR="00297D2C" w:rsidRPr="00E302CD" w:rsidRDefault="00297D2C" w:rsidP="007B2FD8">
            <w:pPr>
              <w:jc w:val="center"/>
              <w:rPr>
                <w:rFonts w:ascii="Gill Sans MT" w:hAnsi="Gill Sans MT"/>
                <w:sz w:val="16"/>
                <w:szCs w:val="16"/>
              </w:rPr>
            </w:pPr>
            <w:r>
              <w:rPr>
                <w:rFonts w:ascii="Gill Sans MT" w:hAnsi="Gill Sans MT"/>
                <w:sz w:val="18"/>
              </w:rPr>
              <w:t>0.053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BEA9829" w14:textId="77777777" w:rsidR="00297D2C" w:rsidRPr="00E302CD" w:rsidRDefault="00297D2C" w:rsidP="007B2FD8">
            <w:pPr>
              <w:jc w:val="center"/>
              <w:rPr>
                <w:rFonts w:ascii="Gill Sans MT" w:hAnsi="Gill Sans MT"/>
                <w:sz w:val="16"/>
                <w:szCs w:val="16"/>
              </w:rPr>
            </w:pPr>
            <w:r>
              <w:rPr>
                <w:rFonts w:ascii="Gill Sans MT" w:hAnsi="Gill Sans MT"/>
                <w:sz w:val="16"/>
                <w:szCs w:val="16"/>
              </w:rPr>
              <w:t>0.310</w:t>
            </w:r>
          </w:p>
        </w:tc>
      </w:tr>
      <w:tr w:rsidR="00297D2C" w:rsidRPr="00E302CD" w14:paraId="60E5A08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6DB3F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19CB794" w14:textId="77777777" w:rsidR="00297D2C" w:rsidRPr="00E302CD" w:rsidRDefault="00297D2C" w:rsidP="007B2FD8">
            <w:pPr>
              <w:jc w:val="center"/>
              <w:rPr>
                <w:rFonts w:ascii="Gill Sans MT" w:hAnsi="Gill Sans MT"/>
                <w:sz w:val="16"/>
                <w:szCs w:val="16"/>
              </w:rPr>
            </w:pPr>
            <w:r>
              <w:rPr>
                <w:rFonts w:ascii="Gill Sans MT" w:hAnsi="Gill Sans MT"/>
                <w:sz w:val="18"/>
              </w:rPr>
              <w:t>+0.024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43BAE37" w14:textId="77777777" w:rsidR="00297D2C" w:rsidRPr="00E302CD" w:rsidRDefault="00297D2C" w:rsidP="007B2FD8">
            <w:pPr>
              <w:jc w:val="center"/>
              <w:rPr>
                <w:rFonts w:ascii="Gill Sans MT" w:hAnsi="Gill Sans MT"/>
                <w:sz w:val="16"/>
                <w:szCs w:val="16"/>
              </w:rPr>
            </w:pPr>
            <w:r>
              <w:rPr>
                <w:rFonts w:ascii="Gill Sans MT" w:hAnsi="Gill Sans MT"/>
                <w:sz w:val="18"/>
              </w:rPr>
              <w:t>+0.52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0973ACA" w14:textId="77777777" w:rsidR="00297D2C" w:rsidRPr="00E302CD" w:rsidRDefault="00297D2C" w:rsidP="007B2FD8">
            <w:pPr>
              <w:jc w:val="center"/>
              <w:rPr>
                <w:rFonts w:ascii="Gill Sans MT" w:hAnsi="Gill Sans MT"/>
                <w:sz w:val="16"/>
                <w:szCs w:val="16"/>
              </w:rPr>
            </w:pPr>
            <w:r>
              <w:rPr>
                <w:rFonts w:ascii="Gill Sans MT" w:hAnsi="Gill Sans MT"/>
                <w:sz w:val="18"/>
              </w:rPr>
              <w:t>0.600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4B723CF"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0.600</w:t>
            </w:r>
          </w:p>
        </w:tc>
      </w:tr>
      <w:tr w:rsidR="00297D2C" w:rsidRPr="00E302CD" w14:paraId="5BD4A56B"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44C3D32"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E302CD" w14:paraId="474E3C69"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7DAD630"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1579A85" w14:textId="77777777" w:rsidR="00297D2C" w:rsidRPr="00E302CD" w:rsidRDefault="00297D2C" w:rsidP="007B2FD8">
            <w:pPr>
              <w:jc w:val="center"/>
              <w:rPr>
                <w:rFonts w:ascii="Gill Sans MT" w:hAnsi="Gill Sans MT"/>
                <w:sz w:val="16"/>
                <w:szCs w:val="16"/>
              </w:rPr>
            </w:pPr>
            <w:r>
              <w:rPr>
                <w:rFonts w:ascii="Gill Sans MT" w:hAnsi="Gill Sans MT"/>
                <w:sz w:val="18"/>
              </w:rPr>
              <w:t>-0.025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8CFCB2A" w14:textId="77777777" w:rsidR="00297D2C" w:rsidRPr="00E302CD" w:rsidRDefault="00297D2C" w:rsidP="007B2FD8">
            <w:pPr>
              <w:jc w:val="center"/>
              <w:rPr>
                <w:rFonts w:ascii="Gill Sans MT" w:hAnsi="Gill Sans MT"/>
                <w:sz w:val="16"/>
                <w:szCs w:val="16"/>
              </w:rPr>
            </w:pPr>
            <w:r>
              <w:rPr>
                <w:rFonts w:ascii="Gill Sans MT" w:hAnsi="Gill Sans MT"/>
                <w:sz w:val="18"/>
              </w:rPr>
              <w:t>-0.57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6B1E4D8" w14:textId="77777777" w:rsidR="00297D2C" w:rsidRPr="00E302CD" w:rsidRDefault="00297D2C" w:rsidP="007B2FD8">
            <w:pPr>
              <w:jc w:val="center"/>
              <w:rPr>
                <w:rFonts w:ascii="Gill Sans MT" w:hAnsi="Gill Sans MT"/>
                <w:sz w:val="16"/>
                <w:szCs w:val="16"/>
              </w:rPr>
            </w:pPr>
            <w:r>
              <w:rPr>
                <w:rFonts w:ascii="Gill Sans MT" w:hAnsi="Gill Sans MT"/>
                <w:sz w:val="18"/>
              </w:rPr>
              <w:t>0.566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1A5237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0.626</w:t>
            </w:r>
          </w:p>
        </w:tc>
      </w:tr>
      <w:tr w:rsidR="00297D2C" w:rsidRPr="00E302CD" w14:paraId="63B24A2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F705A1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3DFFCD" w14:textId="77777777" w:rsidR="00297D2C" w:rsidRPr="00E302CD" w:rsidRDefault="00297D2C" w:rsidP="007B2FD8">
            <w:pPr>
              <w:jc w:val="center"/>
              <w:rPr>
                <w:rFonts w:ascii="Gill Sans MT" w:hAnsi="Gill Sans MT"/>
                <w:sz w:val="16"/>
                <w:szCs w:val="16"/>
              </w:rPr>
            </w:pPr>
            <w:r>
              <w:rPr>
                <w:rFonts w:ascii="Gill Sans MT" w:hAnsi="Gill Sans MT"/>
                <w:sz w:val="18"/>
              </w:rPr>
              <w:t>-0.024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98B1937" w14:textId="77777777" w:rsidR="00297D2C" w:rsidRPr="00E302CD" w:rsidRDefault="00297D2C" w:rsidP="007B2FD8">
            <w:pPr>
              <w:jc w:val="center"/>
              <w:rPr>
                <w:rFonts w:ascii="Gill Sans MT" w:hAnsi="Gill Sans MT"/>
                <w:sz w:val="16"/>
                <w:szCs w:val="16"/>
              </w:rPr>
            </w:pPr>
            <w:r>
              <w:rPr>
                <w:rFonts w:ascii="Gill Sans MT" w:hAnsi="Gill Sans MT"/>
                <w:sz w:val="18"/>
              </w:rPr>
              <w:t>-0.54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853203A" w14:textId="77777777" w:rsidR="00297D2C" w:rsidRPr="00E302CD" w:rsidRDefault="00297D2C" w:rsidP="007B2FD8">
            <w:pPr>
              <w:jc w:val="center"/>
              <w:rPr>
                <w:rFonts w:ascii="Gill Sans MT" w:hAnsi="Gill Sans MT"/>
                <w:sz w:val="16"/>
                <w:szCs w:val="16"/>
              </w:rPr>
            </w:pPr>
            <w:r>
              <w:rPr>
                <w:rFonts w:ascii="Gill Sans MT" w:hAnsi="Gill Sans MT"/>
                <w:sz w:val="18"/>
              </w:rPr>
              <w:t>0.588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085BB0"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0.626</w:t>
            </w:r>
          </w:p>
        </w:tc>
      </w:tr>
      <w:tr w:rsidR="00297D2C" w:rsidRPr="00E302CD" w14:paraId="4E36567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D289A3"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CF70E27" w14:textId="77777777" w:rsidR="00297D2C" w:rsidRPr="00E302CD" w:rsidRDefault="00297D2C" w:rsidP="007B2FD8">
            <w:pPr>
              <w:jc w:val="center"/>
              <w:rPr>
                <w:rFonts w:ascii="Gill Sans MT" w:hAnsi="Gill Sans MT"/>
                <w:sz w:val="16"/>
                <w:szCs w:val="16"/>
              </w:rPr>
            </w:pPr>
            <w:r>
              <w:rPr>
                <w:rFonts w:ascii="Gill Sans MT" w:hAnsi="Gill Sans MT"/>
                <w:sz w:val="18"/>
              </w:rPr>
              <w:t>-0.025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CE6C324" w14:textId="77777777" w:rsidR="00297D2C" w:rsidRPr="00E302CD" w:rsidRDefault="00297D2C" w:rsidP="007B2FD8">
            <w:pPr>
              <w:jc w:val="center"/>
              <w:rPr>
                <w:rFonts w:ascii="Gill Sans MT" w:hAnsi="Gill Sans MT"/>
                <w:sz w:val="16"/>
                <w:szCs w:val="16"/>
              </w:rPr>
            </w:pPr>
            <w:r>
              <w:rPr>
                <w:rFonts w:ascii="Gill Sans MT" w:hAnsi="Gill Sans MT"/>
                <w:sz w:val="18"/>
              </w:rPr>
              <w:t>-0.57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BD8EECE" w14:textId="77777777" w:rsidR="00297D2C" w:rsidRPr="00E302CD" w:rsidRDefault="00297D2C" w:rsidP="007B2FD8">
            <w:pPr>
              <w:jc w:val="center"/>
              <w:rPr>
                <w:rFonts w:ascii="Gill Sans MT" w:hAnsi="Gill Sans MT"/>
                <w:sz w:val="16"/>
                <w:szCs w:val="16"/>
              </w:rPr>
            </w:pPr>
            <w:r>
              <w:rPr>
                <w:rFonts w:ascii="Gill Sans MT" w:hAnsi="Gill Sans MT"/>
                <w:sz w:val="18"/>
              </w:rPr>
              <w:t>0.569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C4E2D8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0.626</w:t>
            </w:r>
          </w:p>
        </w:tc>
      </w:tr>
      <w:tr w:rsidR="00297D2C" w:rsidRPr="00E302CD" w14:paraId="425642C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9FB75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B4999F0" w14:textId="77777777" w:rsidR="00297D2C" w:rsidRPr="00E302CD" w:rsidRDefault="00297D2C" w:rsidP="007B2FD8">
            <w:pPr>
              <w:jc w:val="center"/>
              <w:rPr>
                <w:rFonts w:ascii="Gill Sans MT" w:hAnsi="Gill Sans MT"/>
                <w:sz w:val="16"/>
                <w:szCs w:val="16"/>
              </w:rPr>
            </w:pPr>
            <w:r>
              <w:rPr>
                <w:rFonts w:ascii="Gill Sans MT" w:hAnsi="Gill Sans MT"/>
                <w:sz w:val="18"/>
              </w:rPr>
              <w:t>-0.073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A36667" w14:textId="77777777" w:rsidR="00297D2C" w:rsidRPr="00E302CD" w:rsidRDefault="00297D2C" w:rsidP="007B2FD8">
            <w:pPr>
              <w:jc w:val="center"/>
              <w:rPr>
                <w:rFonts w:ascii="Gill Sans MT" w:hAnsi="Gill Sans MT"/>
                <w:sz w:val="16"/>
                <w:szCs w:val="16"/>
              </w:rPr>
            </w:pPr>
            <w:r>
              <w:rPr>
                <w:rFonts w:ascii="Gill Sans MT" w:hAnsi="Gill Sans MT"/>
                <w:sz w:val="18"/>
              </w:rPr>
              <w:t>-1.64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9C4B92" w14:textId="77777777" w:rsidR="00297D2C" w:rsidRPr="00E302CD" w:rsidRDefault="00297D2C" w:rsidP="007B2FD8">
            <w:pPr>
              <w:jc w:val="center"/>
              <w:rPr>
                <w:rFonts w:ascii="Gill Sans MT" w:hAnsi="Gill Sans MT"/>
                <w:sz w:val="16"/>
                <w:szCs w:val="16"/>
              </w:rPr>
            </w:pPr>
            <w:r>
              <w:rPr>
                <w:rFonts w:ascii="Gill Sans MT" w:hAnsi="Gill Sans MT"/>
                <w:sz w:val="18"/>
              </w:rPr>
              <w:t>0.102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B0BE4D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0.626</w:t>
            </w:r>
          </w:p>
        </w:tc>
      </w:tr>
      <w:tr w:rsidR="00297D2C" w:rsidRPr="00E302CD" w14:paraId="702A8BC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4BA056"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A52BBE4" w14:textId="77777777" w:rsidR="00297D2C" w:rsidRPr="00E302CD" w:rsidRDefault="00297D2C" w:rsidP="007B2FD8">
            <w:pPr>
              <w:jc w:val="center"/>
              <w:rPr>
                <w:rFonts w:ascii="Gill Sans MT" w:hAnsi="Gill Sans MT"/>
                <w:sz w:val="16"/>
                <w:szCs w:val="16"/>
              </w:rPr>
            </w:pPr>
            <w:r>
              <w:rPr>
                <w:rFonts w:ascii="Gill Sans MT" w:hAnsi="Gill Sans MT"/>
                <w:sz w:val="18"/>
              </w:rPr>
              <w:t>+0.022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2FED998" w14:textId="77777777" w:rsidR="00297D2C" w:rsidRPr="00E302CD" w:rsidRDefault="00297D2C" w:rsidP="007B2FD8">
            <w:pPr>
              <w:jc w:val="center"/>
              <w:rPr>
                <w:rFonts w:ascii="Gill Sans MT" w:hAnsi="Gill Sans MT"/>
                <w:sz w:val="16"/>
                <w:szCs w:val="16"/>
              </w:rPr>
            </w:pPr>
            <w:r>
              <w:rPr>
                <w:rFonts w:ascii="Gill Sans MT" w:hAnsi="Gill Sans MT"/>
                <w:sz w:val="18"/>
              </w:rPr>
              <w:t>+0.50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EE7CCD" w14:textId="77777777" w:rsidR="00297D2C" w:rsidRPr="00E302CD" w:rsidRDefault="00297D2C" w:rsidP="007B2FD8">
            <w:pPr>
              <w:jc w:val="center"/>
              <w:rPr>
                <w:rFonts w:ascii="Gill Sans MT" w:hAnsi="Gill Sans MT"/>
                <w:sz w:val="16"/>
                <w:szCs w:val="16"/>
              </w:rPr>
            </w:pPr>
            <w:r>
              <w:rPr>
                <w:rFonts w:ascii="Gill Sans MT" w:hAnsi="Gill Sans MT"/>
                <w:sz w:val="18"/>
              </w:rPr>
              <w:t>0.614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936A37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0.626</w:t>
            </w:r>
          </w:p>
        </w:tc>
      </w:tr>
      <w:tr w:rsidR="00297D2C" w:rsidRPr="00E302CD" w14:paraId="097F75A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B42742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F6E7128" w14:textId="77777777" w:rsidR="00297D2C" w:rsidRPr="00E302CD" w:rsidRDefault="00297D2C" w:rsidP="007B2FD8">
            <w:pPr>
              <w:jc w:val="center"/>
              <w:rPr>
                <w:rFonts w:ascii="Gill Sans MT" w:hAnsi="Gill Sans MT"/>
                <w:sz w:val="16"/>
                <w:szCs w:val="16"/>
              </w:rPr>
            </w:pPr>
            <w:r>
              <w:rPr>
                <w:rFonts w:ascii="Gill Sans MT" w:hAnsi="Gill Sans MT"/>
                <w:sz w:val="18"/>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AF7CA79" w14:textId="77777777" w:rsidR="00297D2C" w:rsidRPr="00E302CD" w:rsidRDefault="00297D2C" w:rsidP="007B2FD8">
            <w:pPr>
              <w:jc w:val="center"/>
              <w:rPr>
                <w:rFonts w:ascii="Gill Sans MT" w:hAnsi="Gill Sans MT"/>
                <w:sz w:val="16"/>
                <w:szCs w:val="16"/>
              </w:rPr>
            </w:pPr>
            <w:r>
              <w:rPr>
                <w:rFonts w:ascii="Gill Sans MT" w:hAnsi="Gill Sans MT"/>
                <w:sz w:val="18"/>
              </w:rPr>
              <w:t>-0.67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F1F4D9C" w14:textId="77777777" w:rsidR="00297D2C" w:rsidRPr="00E302CD" w:rsidRDefault="00297D2C" w:rsidP="007B2FD8">
            <w:pPr>
              <w:jc w:val="center"/>
              <w:rPr>
                <w:rFonts w:ascii="Gill Sans MT" w:hAnsi="Gill Sans MT"/>
                <w:sz w:val="16"/>
                <w:szCs w:val="16"/>
              </w:rPr>
            </w:pPr>
            <w:r>
              <w:rPr>
                <w:rFonts w:ascii="Gill Sans MT" w:hAnsi="Gill Sans MT"/>
                <w:sz w:val="18"/>
              </w:rPr>
              <w:t>0.504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EF148B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0.626</w:t>
            </w:r>
          </w:p>
        </w:tc>
      </w:tr>
      <w:tr w:rsidR="00297D2C" w:rsidRPr="00E302CD" w14:paraId="201FAA31"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9D1C4DC"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7F7A1E69" w14:textId="77777777" w:rsidR="00297D2C" w:rsidRPr="00E302CD" w:rsidRDefault="00297D2C" w:rsidP="007B2FD8">
            <w:pPr>
              <w:jc w:val="center"/>
              <w:rPr>
                <w:rFonts w:ascii="Gill Sans MT" w:hAnsi="Gill Sans MT"/>
                <w:sz w:val="16"/>
                <w:szCs w:val="16"/>
              </w:rPr>
            </w:pPr>
            <w:r>
              <w:rPr>
                <w:rFonts w:ascii="Gill Sans MT" w:hAnsi="Gill Sans MT"/>
                <w:sz w:val="18"/>
              </w:rPr>
              <w:t>+0.022</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0AED90F8" w14:textId="77777777" w:rsidR="00297D2C" w:rsidRPr="00E302CD" w:rsidRDefault="00297D2C" w:rsidP="007B2FD8">
            <w:pPr>
              <w:jc w:val="center"/>
              <w:rPr>
                <w:rFonts w:ascii="Gill Sans MT" w:hAnsi="Gill Sans MT"/>
                <w:sz w:val="16"/>
                <w:szCs w:val="16"/>
              </w:rPr>
            </w:pPr>
            <w:r>
              <w:rPr>
                <w:rFonts w:ascii="Gill Sans MT" w:hAnsi="Gill Sans MT"/>
                <w:sz w:val="18"/>
              </w:rPr>
              <w:t>+0.49</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56DF2015" w14:textId="77777777" w:rsidR="00297D2C" w:rsidRPr="00E302CD" w:rsidRDefault="00297D2C" w:rsidP="007B2FD8">
            <w:pPr>
              <w:jc w:val="center"/>
              <w:rPr>
                <w:rFonts w:ascii="Gill Sans MT" w:hAnsi="Gill Sans MT"/>
                <w:sz w:val="16"/>
                <w:szCs w:val="16"/>
              </w:rPr>
            </w:pPr>
            <w:r>
              <w:rPr>
                <w:rFonts w:ascii="Gill Sans MT" w:hAnsi="Gill Sans MT"/>
                <w:sz w:val="18"/>
              </w:rPr>
              <w:t>0.626</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48DEA2F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0.626</w:t>
            </w:r>
          </w:p>
        </w:tc>
      </w:tr>
      <w:tr w:rsidR="00297D2C" w:rsidRPr="00E302CD" w14:paraId="5A06D279"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79D0CAF3"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RBDSQ (n = 504)</w:t>
            </w:r>
          </w:p>
        </w:tc>
      </w:tr>
      <w:tr w:rsidR="00297D2C" w:rsidRPr="00E302CD" w14:paraId="69B0A969"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52C55215" w14:textId="77777777" w:rsidR="00297D2C" w:rsidRPr="00E302CD"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6EADF92" w14:textId="77777777" w:rsidR="00297D2C" w:rsidRPr="00E302CD"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B8FCC1E"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69659EA"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110436A2"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E302CD" w14:paraId="335479E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96002B4"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E302CD" w14:paraId="3A921B28"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D54379"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28A4767" w14:textId="77777777" w:rsidR="00297D2C" w:rsidRPr="00E302CD" w:rsidRDefault="00297D2C" w:rsidP="007B2FD8">
            <w:pPr>
              <w:jc w:val="center"/>
              <w:rPr>
                <w:rFonts w:ascii="Gill Sans MT" w:hAnsi="Gill Sans MT"/>
                <w:b/>
                <w:bCs/>
                <w:sz w:val="16"/>
                <w:szCs w:val="16"/>
              </w:rPr>
            </w:pPr>
            <w:r>
              <w:rPr>
                <w:rFonts w:ascii="Gill Sans MT" w:hAnsi="Gill Sans MT"/>
                <w:b/>
                <w:sz w:val="18"/>
              </w:rPr>
              <w:t>+0.148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DE24170" w14:textId="77777777" w:rsidR="00297D2C" w:rsidRPr="00E302CD" w:rsidRDefault="00297D2C" w:rsidP="007B2FD8">
            <w:pPr>
              <w:jc w:val="center"/>
              <w:rPr>
                <w:rFonts w:ascii="Gill Sans MT" w:hAnsi="Gill Sans MT"/>
                <w:b/>
                <w:bCs/>
                <w:sz w:val="16"/>
                <w:szCs w:val="16"/>
              </w:rPr>
            </w:pPr>
            <w:r>
              <w:rPr>
                <w:rFonts w:ascii="Gill Sans MT" w:hAnsi="Gill Sans MT"/>
                <w:b/>
                <w:sz w:val="18"/>
              </w:rPr>
              <w:t>+3.36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BF54BAB" w14:textId="77777777" w:rsidR="00297D2C" w:rsidRPr="00E302CD" w:rsidRDefault="00297D2C" w:rsidP="007B2FD8">
            <w:pPr>
              <w:jc w:val="center"/>
              <w:rPr>
                <w:rFonts w:ascii="Gill Sans MT" w:hAnsi="Gill Sans MT"/>
                <w:b/>
                <w:bCs/>
                <w:sz w:val="16"/>
                <w:szCs w:val="16"/>
              </w:rPr>
            </w:pPr>
            <w:r>
              <w:rPr>
                <w:rFonts w:ascii="Gill Sans MT" w:hAnsi="Gill Sans MT"/>
                <w:b/>
                <w:sz w:val="18"/>
              </w:rPr>
              <w:t>&lt;0.001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649AC3" w14:textId="77777777" w:rsidR="00297D2C" w:rsidRPr="00E302CD" w:rsidRDefault="00297D2C" w:rsidP="007B2FD8">
            <w:pPr>
              <w:jc w:val="center"/>
              <w:rPr>
                <w:rFonts w:ascii="Gill Sans MT" w:hAnsi="Gill Sans MT"/>
                <w:sz w:val="16"/>
                <w:szCs w:val="16"/>
              </w:rPr>
            </w:pPr>
          </w:p>
        </w:tc>
      </w:tr>
      <w:tr w:rsidR="00297D2C" w:rsidRPr="00E302CD" w14:paraId="23004E7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28B22A"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47A690" w14:textId="77777777" w:rsidR="00297D2C" w:rsidRPr="00E302CD" w:rsidRDefault="00297D2C" w:rsidP="007B2FD8">
            <w:pPr>
              <w:jc w:val="center"/>
              <w:rPr>
                <w:rFonts w:ascii="Gill Sans MT" w:hAnsi="Gill Sans MT"/>
                <w:sz w:val="16"/>
                <w:szCs w:val="16"/>
              </w:rPr>
            </w:pPr>
            <w:r>
              <w:rPr>
                <w:rFonts w:ascii="Gill Sans MT" w:hAnsi="Gill Sans MT"/>
                <w:b/>
                <w:sz w:val="18"/>
              </w:rPr>
              <w:t>+0.104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DCDA9B8" w14:textId="77777777" w:rsidR="00297D2C" w:rsidRPr="00E302CD" w:rsidRDefault="00297D2C" w:rsidP="007B2FD8">
            <w:pPr>
              <w:jc w:val="center"/>
              <w:rPr>
                <w:rFonts w:ascii="Gill Sans MT" w:hAnsi="Gill Sans MT"/>
                <w:sz w:val="16"/>
                <w:szCs w:val="16"/>
              </w:rPr>
            </w:pPr>
            <w:r>
              <w:rPr>
                <w:rFonts w:ascii="Gill Sans MT" w:hAnsi="Gill Sans MT"/>
                <w:b/>
                <w:sz w:val="18"/>
              </w:rPr>
              <w:t>+2.28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5F4D5A8" w14:textId="77777777" w:rsidR="00297D2C" w:rsidRPr="00E302CD" w:rsidRDefault="00297D2C" w:rsidP="007B2FD8">
            <w:pPr>
              <w:jc w:val="center"/>
              <w:rPr>
                <w:rFonts w:ascii="Gill Sans MT" w:hAnsi="Gill Sans MT"/>
                <w:sz w:val="16"/>
                <w:szCs w:val="16"/>
              </w:rPr>
            </w:pPr>
            <w:r>
              <w:rPr>
                <w:rFonts w:ascii="Gill Sans MT" w:hAnsi="Gill Sans MT"/>
                <w:b/>
                <w:sz w:val="18"/>
              </w:rPr>
              <w:t>0.023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B55165" w14:textId="77777777" w:rsidR="00297D2C" w:rsidRPr="00E302CD" w:rsidRDefault="00297D2C" w:rsidP="007B2FD8">
            <w:pPr>
              <w:jc w:val="center"/>
              <w:rPr>
                <w:rFonts w:ascii="Gill Sans MT" w:hAnsi="Gill Sans MT"/>
                <w:sz w:val="16"/>
                <w:szCs w:val="16"/>
              </w:rPr>
            </w:pPr>
          </w:p>
        </w:tc>
      </w:tr>
      <w:tr w:rsidR="00297D2C" w:rsidRPr="00E302CD" w14:paraId="1372FB0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CFA6C3"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23D7E21" w14:textId="77777777" w:rsidR="00297D2C" w:rsidRPr="00E302CD" w:rsidRDefault="00297D2C" w:rsidP="007B2FD8">
            <w:pPr>
              <w:jc w:val="center"/>
              <w:rPr>
                <w:rFonts w:ascii="Gill Sans MT" w:hAnsi="Gill Sans MT"/>
                <w:b/>
                <w:bCs/>
                <w:sz w:val="16"/>
                <w:szCs w:val="16"/>
              </w:rPr>
            </w:pPr>
            <w:r>
              <w:rPr>
                <w:rFonts w:ascii="Gill Sans MT" w:hAnsi="Gill Sans MT"/>
                <w:b/>
                <w:sz w:val="18"/>
              </w:rPr>
              <w:t>+0.172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C1C7210" w14:textId="77777777" w:rsidR="00297D2C" w:rsidRPr="00E302CD" w:rsidRDefault="00297D2C" w:rsidP="007B2FD8">
            <w:pPr>
              <w:jc w:val="center"/>
              <w:rPr>
                <w:rFonts w:ascii="Gill Sans MT" w:hAnsi="Gill Sans MT"/>
                <w:b/>
                <w:bCs/>
                <w:sz w:val="16"/>
                <w:szCs w:val="16"/>
              </w:rPr>
            </w:pPr>
            <w:r>
              <w:rPr>
                <w:rFonts w:ascii="Gill Sans MT" w:hAnsi="Gill Sans MT"/>
                <w:b/>
                <w:sz w:val="18"/>
              </w:rPr>
              <w:t>+3.89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A507A86" w14:textId="77777777" w:rsidR="00297D2C" w:rsidRPr="00E302CD" w:rsidRDefault="00297D2C" w:rsidP="007B2FD8">
            <w:pPr>
              <w:jc w:val="center"/>
              <w:rPr>
                <w:rFonts w:ascii="Gill Sans MT" w:hAnsi="Gill Sans MT"/>
                <w:b/>
                <w:bCs/>
                <w:sz w:val="16"/>
                <w:szCs w:val="16"/>
              </w:rPr>
            </w:pPr>
            <w:r>
              <w:rPr>
                <w:rFonts w:ascii="Gill Sans MT" w:hAnsi="Gill Sans MT"/>
                <w:b/>
                <w:sz w:val="18"/>
              </w:rPr>
              <w:t>&lt;0.001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C7945AE" w14:textId="77777777" w:rsidR="00297D2C" w:rsidRPr="00E302CD" w:rsidRDefault="00297D2C" w:rsidP="007B2FD8">
            <w:pPr>
              <w:jc w:val="center"/>
              <w:rPr>
                <w:rFonts w:ascii="Gill Sans MT" w:hAnsi="Gill Sans MT"/>
                <w:sz w:val="16"/>
                <w:szCs w:val="16"/>
              </w:rPr>
            </w:pPr>
          </w:p>
        </w:tc>
      </w:tr>
      <w:tr w:rsidR="00297D2C" w:rsidRPr="00E302CD" w14:paraId="12601275"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D160F91"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E302CD" w14:paraId="46BB7A8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B0D1BF"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C6B4B8D"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-0.092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B3E3EC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-2.31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FB615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0.021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FD2029F"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0.032</w:t>
            </w:r>
          </w:p>
        </w:tc>
      </w:tr>
      <w:tr w:rsidR="00297D2C" w:rsidRPr="00E302CD" w14:paraId="06D12D5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598FE6"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3F23D21" w14:textId="77777777" w:rsidR="00297D2C" w:rsidRPr="00E302CD" w:rsidRDefault="00297D2C" w:rsidP="007B2FD8">
            <w:pPr>
              <w:jc w:val="center"/>
              <w:rPr>
                <w:rFonts w:ascii="Gill Sans MT" w:hAnsi="Gill Sans MT"/>
                <w:sz w:val="16"/>
                <w:szCs w:val="16"/>
              </w:rPr>
            </w:pPr>
            <w:r>
              <w:rPr>
                <w:rFonts w:ascii="Gill Sans MT" w:hAnsi="Gill Sans MT"/>
                <w:sz w:val="18"/>
              </w:rPr>
              <w:t>-0.042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1FD4E8" w14:textId="77777777" w:rsidR="00297D2C" w:rsidRPr="00E302CD" w:rsidRDefault="00297D2C" w:rsidP="007B2FD8">
            <w:pPr>
              <w:jc w:val="center"/>
              <w:rPr>
                <w:rFonts w:ascii="Gill Sans MT" w:hAnsi="Gill Sans MT"/>
                <w:sz w:val="16"/>
                <w:szCs w:val="16"/>
              </w:rPr>
            </w:pPr>
            <w:r>
              <w:rPr>
                <w:rFonts w:ascii="Gill Sans MT" w:hAnsi="Gill Sans MT"/>
                <w:sz w:val="18"/>
              </w:rPr>
              <w:t>-1.10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337B1C9" w14:textId="77777777" w:rsidR="00297D2C" w:rsidRPr="00E302CD" w:rsidRDefault="00297D2C" w:rsidP="007B2FD8">
            <w:pPr>
              <w:jc w:val="center"/>
              <w:rPr>
                <w:rFonts w:ascii="Gill Sans MT" w:hAnsi="Gill Sans MT"/>
                <w:sz w:val="16"/>
                <w:szCs w:val="16"/>
              </w:rPr>
            </w:pPr>
            <w:r>
              <w:rPr>
                <w:rFonts w:ascii="Gill Sans MT" w:hAnsi="Gill Sans MT"/>
                <w:sz w:val="18"/>
              </w:rPr>
              <w:t>0.273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AAC15E8"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0.273</w:t>
            </w:r>
          </w:p>
        </w:tc>
      </w:tr>
      <w:tr w:rsidR="00297D2C" w:rsidRPr="00E302CD" w14:paraId="606F7B9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1C62F94"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B1C1370"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-0.164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F229E5C"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-3.78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21EDC3"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&lt;0.001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6AB307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&lt;0.001</w:t>
            </w:r>
          </w:p>
        </w:tc>
      </w:tr>
      <w:tr w:rsidR="00297D2C" w:rsidRPr="00E302CD" w14:paraId="1D2312FA"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FE5C77F"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E302CD" w14:paraId="598F171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9BD15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BBE71B" w14:textId="77777777" w:rsidR="00297D2C" w:rsidRPr="00E302CD" w:rsidRDefault="00297D2C" w:rsidP="007B2FD8">
            <w:pPr>
              <w:jc w:val="center"/>
              <w:rPr>
                <w:rFonts w:ascii="Gill Sans MT" w:hAnsi="Gill Sans MT"/>
                <w:sz w:val="16"/>
                <w:szCs w:val="16"/>
              </w:rPr>
            </w:pPr>
            <w:r>
              <w:rPr>
                <w:rFonts w:ascii="Gill Sans MT" w:hAnsi="Gill Sans MT"/>
                <w:sz w:val="18"/>
              </w:rPr>
              <w:t>-0.083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9DB620" w14:textId="77777777" w:rsidR="00297D2C" w:rsidRPr="00E302CD" w:rsidRDefault="00297D2C" w:rsidP="007B2FD8">
            <w:pPr>
              <w:jc w:val="center"/>
              <w:rPr>
                <w:rFonts w:ascii="Gill Sans MT" w:hAnsi="Gill Sans MT"/>
                <w:sz w:val="16"/>
                <w:szCs w:val="16"/>
              </w:rPr>
            </w:pPr>
            <w:r>
              <w:rPr>
                <w:rFonts w:ascii="Gill Sans MT" w:hAnsi="Gill Sans MT"/>
                <w:sz w:val="18"/>
              </w:rPr>
              <w:t>-2.10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160AFC3" w14:textId="77777777" w:rsidR="00297D2C" w:rsidRPr="00E302CD" w:rsidRDefault="00297D2C" w:rsidP="007B2FD8">
            <w:pPr>
              <w:jc w:val="center"/>
              <w:rPr>
                <w:rFonts w:ascii="Gill Sans MT" w:hAnsi="Gill Sans MT"/>
                <w:sz w:val="16"/>
                <w:szCs w:val="16"/>
              </w:rPr>
            </w:pPr>
            <w:r>
              <w:rPr>
                <w:rFonts w:ascii="Gill Sans MT" w:hAnsi="Gill Sans MT"/>
                <w:sz w:val="18"/>
              </w:rPr>
              <w:t>0.036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5437FE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0.054</w:t>
            </w:r>
          </w:p>
        </w:tc>
      </w:tr>
      <w:tr w:rsidR="00297D2C" w:rsidRPr="00E302CD" w14:paraId="66C1058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1749F9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21B81CE" w14:textId="77777777" w:rsidR="00297D2C" w:rsidRPr="00E302CD" w:rsidRDefault="00297D2C" w:rsidP="007B2FD8">
            <w:pPr>
              <w:jc w:val="center"/>
              <w:rPr>
                <w:rFonts w:ascii="Gill Sans MT" w:hAnsi="Gill Sans MT"/>
                <w:sz w:val="16"/>
                <w:szCs w:val="16"/>
              </w:rPr>
            </w:pPr>
            <w:r>
              <w:rPr>
                <w:rFonts w:ascii="Gill Sans MT" w:hAnsi="Gill Sans MT"/>
                <w:sz w:val="18"/>
              </w:rPr>
              <w:t>-0.089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44F91C8" w14:textId="77777777" w:rsidR="00297D2C" w:rsidRPr="00E302CD" w:rsidRDefault="00297D2C" w:rsidP="007B2FD8">
            <w:pPr>
              <w:jc w:val="center"/>
              <w:rPr>
                <w:rFonts w:ascii="Gill Sans MT" w:hAnsi="Gill Sans MT"/>
                <w:sz w:val="16"/>
                <w:szCs w:val="16"/>
              </w:rPr>
            </w:pPr>
            <w:r>
              <w:rPr>
                <w:rFonts w:ascii="Gill Sans MT" w:hAnsi="Gill Sans MT"/>
                <w:sz w:val="18"/>
              </w:rPr>
              <w:t>-2.11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B98663E" w14:textId="77777777" w:rsidR="00297D2C" w:rsidRPr="00E302CD" w:rsidRDefault="00297D2C" w:rsidP="007B2FD8">
            <w:pPr>
              <w:jc w:val="center"/>
              <w:rPr>
                <w:rFonts w:ascii="Gill Sans MT" w:hAnsi="Gill Sans MT"/>
                <w:sz w:val="16"/>
                <w:szCs w:val="16"/>
              </w:rPr>
            </w:pPr>
            <w:r>
              <w:rPr>
                <w:rFonts w:ascii="Gill Sans MT" w:hAnsi="Gill Sans MT"/>
                <w:sz w:val="18"/>
              </w:rPr>
              <w:t>0.035</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097486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0.054</w:t>
            </w:r>
          </w:p>
        </w:tc>
      </w:tr>
      <w:tr w:rsidR="00297D2C" w:rsidRPr="00E302CD" w14:paraId="7177599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5FD3C9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F0B64EC" w14:textId="77777777" w:rsidR="00297D2C" w:rsidRPr="00E302CD" w:rsidRDefault="00297D2C" w:rsidP="007B2FD8">
            <w:pPr>
              <w:jc w:val="center"/>
              <w:rPr>
                <w:rFonts w:ascii="Gill Sans MT" w:hAnsi="Gill Sans MT"/>
                <w:sz w:val="16"/>
                <w:szCs w:val="16"/>
              </w:rPr>
            </w:pPr>
            <w:r>
              <w:rPr>
                <w:rFonts w:ascii="Gill Sans MT" w:hAnsi="Gill Sans MT"/>
                <w:sz w:val="18"/>
              </w:rPr>
              <w:t>-0.031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32B7E4F" w14:textId="77777777" w:rsidR="00297D2C" w:rsidRPr="00E302CD" w:rsidRDefault="00297D2C" w:rsidP="007B2FD8">
            <w:pPr>
              <w:jc w:val="center"/>
              <w:rPr>
                <w:rFonts w:ascii="Gill Sans MT" w:hAnsi="Gill Sans MT"/>
                <w:sz w:val="16"/>
                <w:szCs w:val="16"/>
              </w:rPr>
            </w:pPr>
            <w:r>
              <w:rPr>
                <w:rFonts w:ascii="Gill Sans MT" w:hAnsi="Gill Sans MT"/>
                <w:sz w:val="18"/>
              </w:rPr>
              <w:t>-0.77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6998EF8" w14:textId="77777777" w:rsidR="00297D2C" w:rsidRPr="00E302CD" w:rsidRDefault="00297D2C" w:rsidP="007B2FD8">
            <w:pPr>
              <w:jc w:val="center"/>
              <w:rPr>
                <w:rFonts w:ascii="Gill Sans MT" w:hAnsi="Gill Sans MT"/>
                <w:sz w:val="16"/>
                <w:szCs w:val="16"/>
              </w:rPr>
            </w:pPr>
            <w:r>
              <w:rPr>
                <w:rFonts w:ascii="Gill Sans MT" w:hAnsi="Gill Sans MT"/>
                <w:sz w:val="18"/>
              </w:rPr>
              <w:t>0.443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C0E73A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0.443</w:t>
            </w:r>
          </w:p>
        </w:tc>
      </w:tr>
      <w:tr w:rsidR="00297D2C" w:rsidRPr="00E302CD" w14:paraId="12D9634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B47E67"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961DDA7" w14:textId="77777777" w:rsidR="00297D2C" w:rsidRPr="00E302CD" w:rsidRDefault="00297D2C" w:rsidP="007B2FD8">
            <w:pPr>
              <w:jc w:val="center"/>
              <w:rPr>
                <w:rFonts w:ascii="Gill Sans MT" w:hAnsi="Gill Sans MT"/>
                <w:sz w:val="16"/>
                <w:szCs w:val="16"/>
              </w:rPr>
            </w:pPr>
            <w:r>
              <w:rPr>
                <w:rFonts w:ascii="Gill Sans MT" w:hAnsi="Gill Sans MT"/>
                <w:sz w:val="18"/>
              </w:rPr>
              <w:t>-0.049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A813E43" w14:textId="77777777" w:rsidR="00297D2C" w:rsidRPr="00E302CD" w:rsidRDefault="00297D2C" w:rsidP="007B2FD8">
            <w:pPr>
              <w:jc w:val="center"/>
              <w:rPr>
                <w:rFonts w:ascii="Gill Sans MT" w:hAnsi="Gill Sans MT"/>
                <w:sz w:val="16"/>
                <w:szCs w:val="16"/>
              </w:rPr>
            </w:pPr>
            <w:r>
              <w:rPr>
                <w:rFonts w:ascii="Gill Sans MT" w:hAnsi="Gill Sans MT"/>
                <w:sz w:val="18"/>
              </w:rPr>
              <w:t>-1.28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B3E6E13" w14:textId="77777777" w:rsidR="00297D2C" w:rsidRPr="00E302CD" w:rsidRDefault="00297D2C" w:rsidP="007B2FD8">
            <w:pPr>
              <w:jc w:val="center"/>
              <w:rPr>
                <w:rFonts w:ascii="Gill Sans MT" w:hAnsi="Gill Sans MT"/>
                <w:sz w:val="16"/>
                <w:szCs w:val="16"/>
              </w:rPr>
            </w:pPr>
            <w:r>
              <w:rPr>
                <w:rFonts w:ascii="Gill Sans MT" w:hAnsi="Gill Sans MT"/>
                <w:sz w:val="18"/>
              </w:rPr>
              <w:t>0.203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511B1A9"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0.243</w:t>
            </w:r>
          </w:p>
        </w:tc>
      </w:tr>
      <w:tr w:rsidR="00297D2C" w:rsidRPr="00E302CD" w14:paraId="68BF08D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C3890B"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06D3F71"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-0.149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A27A0B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-3.38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4DCEC6"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&lt;0.001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02352E"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0.002</w:t>
            </w:r>
          </w:p>
        </w:tc>
      </w:tr>
      <w:tr w:rsidR="00297D2C" w:rsidRPr="00E302CD" w14:paraId="546D800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3C305DD"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BC49605"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-0.159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FBC3A7F"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-3.65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31CFD9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&lt;0.001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A387F04"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0.002</w:t>
            </w:r>
          </w:p>
        </w:tc>
      </w:tr>
      <w:tr w:rsidR="00297D2C" w:rsidRPr="00E302CD" w14:paraId="3119133C"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7D5D355"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E302CD" w14:paraId="7D58618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03B6D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B8A5256" w14:textId="77777777" w:rsidR="00297D2C" w:rsidRPr="00E302CD" w:rsidRDefault="00297D2C" w:rsidP="007B2FD8">
            <w:pPr>
              <w:jc w:val="center"/>
              <w:rPr>
                <w:rFonts w:ascii="Gill Sans MT" w:hAnsi="Gill Sans MT"/>
                <w:sz w:val="16"/>
                <w:szCs w:val="16"/>
              </w:rPr>
            </w:pPr>
            <w:r>
              <w:rPr>
                <w:rFonts w:ascii="Gill Sans MT" w:hAnsi="Gill Sans MT"/>
                <w:sz w:val="18"/>
              </w:rPr>
              <w:t>-0.008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858D3A" w14:textId="77777777" w:rsidR="00297D2C" w:rsidRPr="00E302CD" w:rsidRDefault="00297D2C" w:rsidP="007B2FD8">
            <w:pPr>
              <w:jc w:val="center"/>
              <w:rPr>
                <w:rFonts w:ascii="Gill Sans MT" w:hAnsi="Gill Sans MT"/>
                <w:sz w:val="16"/>
                <w:szCs w:val="16"/>
              </w:rPr>
            </w:pPr>
            <w:r>
              <w:rPr>
                <w:rFonts w:ascii="Gill Sans MT" w:hAnsi="Gill Sans MT"/>
                <w:sz w:val="18"/>
              </w:rPr>
              <w:t>-0.18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287B7C6" w14:textId="77777777" w:rsidR="00297D2C" w:rsidRPr="00E302CD" w:rsidRDefault="00297D2C" w:rsidP="007B2FD8">
            <w:pPr>
              <w:jc w:val="center"/>
              <w:rPr>
                <w:rFonts w:ascii="Gill Sans MT" w:hAnsi="Gill Sans MT"/>
                <w:sz w:val="16"/>
                <w:szCs w:val="16"/>
              </w:rPr>
            </w:pPr>
            <w:r>
              <w:rPr>
                <w:rFonts w:ascii="Gill Sans MT" w:hAnsi="Gill Sans MT"/>
                <w:sz w:val="18"/>
              </w:rPr>
              <w:t>0.861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BA1E84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0.861</w:t>
            </w:r>
          </w:p>
        </w:tc>
      </w:tr>
      <w:tr w:rsidR="00297D2C" w:rsidRPr="00E302CD" w14:paraId="54343A5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2A26D4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C482D83" w14:textId="77777777" w:rsidR="00297D2C" w:rsidRPr="00E302CD" w:rsidRDefault="00297D2C" w:rsidP="007B2FD8">
            <w:pPr>
              <w:jc w:val="center"/>
              <w:rPr>
                <w:rFonts w:ascii="Gill Sans MT" w:hAnsi="Gill Sans MT"/>
                <w:sz w:val="16"/>
                <w:szCs w:val="16"/>
              </w:rPr>
            </w:pPr>
            <w:r>
              <w:rPr>
                <w:rFonts w:ascii="Gill Sans MT" w:hAnsi="Gill Sans MT"/>
                <w:sz w:val="18"/>
              </w:rPr>
              <w:t>-0.068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06F52D" w14:textId="77777777" w:rsidR="00297D2C" w:rsidRPr="00E302CD" w:rsidRDefault="00297D2C" w:rsidP="007B2FD8">
            <w:pPr>
              <w:jc w:val="center"/>
              <w:rPr>
                <w:rFonts w:ascii="Gill Sans MT" w:hAnsi="Gill Sans MT"/>
                <w:sz w:val="16"/>
                <w:szCs w:val="16"/>
              </w:rPr>
            </w:pPr>
            <w:r>
              <w:rPr>
                <w:rFonts w:ascii="Gill Sans MT" w:hAnsi="Gill Sans MT"/>
                <w:sz w:val="18"/>
              </w:rPr>
              <w:t>-1.50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DF8791E" w14:textId="77777777" w:rsidR="00297D2C" w:rsidRPr="00E302CD" w:rsidRDefault="00297D2C" w:rsidP="007B2FD8">
            <w:pPr>
              <w:jc w:val="center"/>
              <w:rPr>
                <w:rFonts w:ascii="Gill Sans MT" w:hAnsi="Gill Sans MT"/>
                <w:sz w:val="16"/>
                <w:szCs w:val="16"/>
              </w:rPr>
            </w:pPr>
            <w:r>
              <w:rPr>
                <w:rFonts w:ascii="Gill Sans MT" w:hAnsi="Gill Sans MT"/>
                <w:sz w:val="18"/>
              </w:rPr>
              <w:t>0.133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04B4F7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0.200</w:t>
            </w:r>
          </w:p>
        </w:tc>
      </w:tr>
      <w:tr w:rsidR="00297D2C" w:rsidRPr="00E302CD" w14:paraId="724FBA5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2AFA2C0"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7039CF4"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-0.121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0A92A90"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-2.66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D29BB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0.008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EABDD26"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0.016</w:t>
            </w:r>
          </w:p>
        </w:tc>
      </w:tr>
      <w:tr w:rsidR="00297D2C" w:rsidRPr="00E302CD" w14:paraId="70978DB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7AC9D01"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41023E1"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-0.121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A3D3398"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-2.67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8F14BA6"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0.008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BEFFBB0"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0.016</w:t>
            </w:r>
          </w:p>
        </w:tc>
      </w:tr>
      <w:tr w:rsidR="00297D2C" w:rsidRPr="00E302CD" w14:paraId="17138A5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248C36"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223A84A" w14:textId="77777777" w:rsidR="00297D2C" w:rsidRPr="00E302CD" w:rsidRDefault="00297D2C" w:rsidP="007B2FD8">
            <w:pPr>
              <w:jc w:val="center"/>
              <w:rPr>
                <w:rFonts w:ascii="Gill Sans MT" w:hAnsi="Gill Sans MT"/>
                <w:sz w:val="16"/>
                <w:szCs w:val="16"/>
              </w:rPr>
            </w:pPr>
            <w:r>
              <w:rPr>
                <w:rFonts w:ascii="Gill Sans MT" w:hAnsi="Gill Sans MT"/>
                <w:sz w:val="18"/>
              </w:rPr>
              <w:t>+0.017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CFC1352" w14:textId="77777777" w:rsidR="00297D2C" w:rsidRPr="00E302CD" w:rsidRDefault="00297D2C" w:rsidP="007B2FD8">
            <w:pPr>
              <w:jc w:val="center"/>
              <w:rPr>
                <w:rFonts w:ascii="Gill Sans MT" w:hAnsi="Gill Sans MT"/>
                <w:sz w:val="16"/>
                <w:szCs w:val="16"/>
              </w:rPr>
            </w:pPr>
            <w:r>
              <w:rPr>
                <w:rFonts w:ascii="Gill Sans MT" w:hAnsi="Gill Sans MT"/>
                <w:sz w:val="18"/>
              </w:rPr>
              <w:t>+0.38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7E2082" w14:textId="77777777" w:rsidR="00297D2C" w:rsidRPr="00E302CD" w:rsidRDefault="00297D2C" w:rsidP="007B2FD8">
            <w:pPr>
              <w:jc w:val="center"/>
              <w:rPr>
                <w:rFonts w:ascii="Gill Sans MT" w:hAnsi="Gill Sans MT"/>
                <w:sz w:val="16"/>
                <w:szCs w:val="16"/>
              </w:rPr>
            </w:pPr>
            <w:r>
              <w:rPr>
                <w:rFonts w:ascii="Gill Sans MT" w:hAnsi="Gill Sans MT"/>
                <w:sz w:val="18"/>
              </w:rPr>
              <w:t>0.704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AB1EE6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0.844</w:t>
            </w:r>
          </w:p>
        </w:tc>
      </w:tr>
      <w:tr w:rsidR="00297D2C" w:rsidRPr="00E302CD" w14:paraId="469CAB8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AFB407"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69A4AC1"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-0.125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832C2A0"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-2.75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E615F45"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0.006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890D08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0.016</w:t>
            </w:r>
          </w:p>
        </w:tc>
      </w:tr>
      <w:tr w:rsidR="00297D2C" w:rsidRPr="00E302CD" w14:paraId="31A5AC97"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36E1844"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E302CD" w14:paraId="2A8B0A9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DAE610"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7B8B90C"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-0.172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49FD4E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-3.85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2B79010"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&lt;0.001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71E901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&lt;0.001</w:t>
            </w:r>
          </w:p>
        </w:tc>
      </w:tr>
      <w:tr w:rsidR="00297D2C" w:rsidRPr="00E302CD" w14:paraId="22A48CA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211D57"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6F6315"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-0.137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438D341"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-3.04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30D280D"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0.003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AC6407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0.006</w:t>
            </w:r>
          </w:p>
        </w:tc>
      </w:tr>
      <w:tr w:rsidR="00297D2C" w:rsidRPr="00E302CD" w14:paraId="63E485E6"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DB4673E"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CE96C13"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-0.113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1E3D15F"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-2.52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BE3F363"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0.012</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2FD20E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0.012</w:t>
            </w:r>
          </w:p>
        </w:tc>
      </w:tr>
      <w:tr w:rsidR="00297D2C" w:rsidRPr="00E302CD" w14:paraId="71585D3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F1C10A"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5877978"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-0.132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94BCC75"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-2.92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BEF728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0.004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C089C1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0.006</w:t>
            </w:r>
          </w:p>
        </w:tc>
      </w:tr>
      <w:tr w:rsidR="00297D2C" w:rsidRPr="00E302CD" w14:paraId="5C8CBFFC"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FDF35B"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lastRenderedPageBreak/>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A6DD02F"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-0.121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1D88B04"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-2.69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B5A0088"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0.007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6D32059"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0.010</w:t>
            </w:r>
          </w:p>
        </w:tc>
      </w:tr>
      <w:tr w:rsidR="00297D2C" w:rsidRPr="00E302CD" w14:paraId="7C10FB2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AE1598"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LIM-FPN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77F230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-0.115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37000A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-2.54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AD63EE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0.011</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83889F4"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0.012</w:t>
            </w:r>
          </w:p>
        </w:tc>
      </w:tr>
      <w:tr w:rsidR="00297D2C" w:rsidRPr="00E302CD" w14:paraId="5867AF72" w14:textId="77777777" w:rsidTr="007B2FD8">
        <w:tc>
          <w:tcPr>
            <w:tcW w:w="207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280EDA0" w14:textId="77777777" w:rsidR="00297D2C" w:rsidRPr="00193D1E" w:rsidRDefault="00297D2C" w:rsidP="007B2FD8">
            <w:pPr>
              <w:rPr>
                <w:rFonts w:ascii="Gill Sans MT" w:hAnsi="Gill Sans MT"/>
                <w:b/>
                <w:bCs/>
                <w:sz w:val="16"/>
                <w:szCs w:val="16"/>
              </w:rPr>
            </w:pPr>
            <w:r w:rsidRPr="00193D1E">
              <w:rPr>
                <w:rFonts w:ascii="Gill Sans MT" w:eastAsia="Calibri" w:hAnsi="Gill Sans MT" w:cs="Calibri"/>
                <w:b/>
                <w:bCs/>
                <w:sz w:val="16"/>
                <w:szCs w:val="16"/>
              </w:rPr>
              <w:t>LIM-DMN</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1728EBC5"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-0.136</w:t>
            </w:r>
          </w:p>
        </w:tc>
        <w:tc>
          <w:tcPr>
            <w:tcW w:w="1752"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17E99379"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-3.00</w:t>
            </w:r>
          </w:p>
        </w:tc>
        <w:tc>
          <w:tcPr>
            <w:tcW w:w="1797"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76CB578E"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8"/>
              </w:rPr>
              <w:t>0.003</w:t>
            </w:r>
          </w:p>
        </w:tc>
        <w:tc>
          <w:tcPr>
            <w:tcW w:w="1750"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tcPr>
          <w:p w14:paraId="71EAD12D"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0.006</w:t>
            </w:r>
          </w:p>
        </w:tc>
      </w:tr>
      <w:tr w:rsidR="00297D2C" w:rsidRPr="00E302CD" w14:paraId="6E64B9C3" w14:textId="77777777" w:rsidTr="007B2FD8">
        <w:tc>
          <w:tcPr>
            <w:tcW w:w="9166" w:type="dxa"/>
            <w:gridSpan w:val="5"/>
            <w:tcBorders>
              <w:top w:val="single" w:sz="4" w:space="0" w:color="000000"/>
              <w:left w:val="nil"/>
              <w:bottom w:val="nil"/>
              <w:right w:val="nil"/>
            </w:tcBorders>
            <w:shd w:val="clear" w:color="auto" w:fill="FFFFFF" w:themeFill="background1"/>
            <w:tcMar>
              <w:top w:w="8" w:type="dxa"/>
              <w:left w:w="60" w:type="dxa"/>
              <w:bottom w:w="8" w:type="dxa"/>
              <w:right w:w="60" w:type="dxa"/>
            </w:tcMar>
            <w:vAlign w:val="bottom"/>
          </w:tcPr>
          <w:p w14:paraId="1CC28B3F"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UPSIT (n = 467)</w:t>
            </w:r>
          </w:p>
        </w:tc>
      </w:tr>
      <w:tr w:rsidR="00297D2C" w:rsidRPr="00E302CD" w14:paraId="7B93B1BF" w14:textId="77777777" w:rsidTr="007B2FD8">
        <w:tc>
          <w:tcPr>
            <w:tcW w:w="207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293771CA" w14:textId="77777777" w:rsidR="00297D2C" w:rsidRPr="00E302CD" w:rsidRDefault="00297D2C" w:rsidP="007B2FD8">
            <w:pPr>
              <w:rPr>
                <w:rFonts w:ascii="Gill Sans MT" w:hAnsi="Gill Sans MT"/>
                <w:sz w:val="16"/>
                <w:szCs w:val="16"/>
              </w:rPr>
            </w:pP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4F152747" w14:textId="77777777" w:rsidR="00297D2C" w:rsidRPr="00E302CD" w:rsidRDefault="00297D2C" w:rsidP="007B2FD8">
            <w:pPr>
              <w:jc w:val="center"/>
              <w:rPr>
                <w:rFonts w:ascii="Gill Sans MT" w:hAnsi="Gill Sans MT"/>
                <w:sz w:val="16"/>
                <w:szCs w:val="16"/>
              </w:rPr>
            </w:pPr>
            <w:r>
              <w:rPr>
                <w:rFonts w:ascii="Calibri" w:eastAsia="Calibri" w:hAnsi="Calibri" w:cs="Calibri"/>
                <w:b/>
                <w:bCs/>
                <w:sz w:val="16"/>
                <w:szCs w:val="16"/>
              </w:rPr>
              <w:t>β</w:t>
            </w:r>
          </w:p>
        </w:tc>
        <w:tc>
          <w:tcPr>
            <w:tcW w:w="1752"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7990A0E9"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T stat</w:t>
            </w:r>
          </w:p>
        </w:tc>
        <w:tc>
          <w:tcPr>
            <w:tcW w:w="1797"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C7A0DD8"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1750" w:type="dxa"/>
            <w:tcBorders>
              <w:top w:val="nil"/>
              <w:left w:val="none" w:sz="0" w:space="0" w:color="FFFFFF"/>
              <w:bottom w:val="single" w:sz="4" w:space="0" w:color="000000"/>
              <w:right w:val="none" w:sz="0" w:space="0" w:color="FFFFFF"/>
            </w:tcBorders>
            <w:tcMar>
              <w:top w:w="8" w:type="dxa"/>
              <w:left w:w="60" w:type="dxa"/>
              <w:bottom w:w="8" w:type="dxa"/>
              <w:right w:w="60" w:type="dxa"/>
            </w:tcMar>
            <w:vAlign w:val="center"/>
          </w:tcPr>
          <w:p w14:paraId="3171F368" w14:textId="77777777" w:rsidR="00297D2C" w:rsidRPr="00E302C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E302CD" w14:paraId="46626FE5"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C16EBD6"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E302CD" w14:paraId="1A3270A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6B8779"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D38FA49" w14:textId="77777777" w:rsidR="00297D2C" w:rsidRPr="00E302CD" w:rsidRDefault="00297D2C" w:rsidP="007B2FD8">
            <w:pPr>
              <w:jc w:val="center"/>
              <w:rPr>
                <w:rFonts w:ascii="Gill Sans MT" w:hAnsi="Gill Sans MT"/>
                <w:sz w:val="16"/>
                <w:szCs w:val="16"/>
              </w:rPr>
            </w:pPr>
            <w:r>
              <w:rPr>
                <w:rFonts w:ascii="Gill Sans MT" w:hAnsi="Gill Sans MT"/>
                <w:sz w:val="18"/>
              </w:rPr>
              <w:t>-0.028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E68761" w14:textId="77777777" w:rsidR="00297D2C" w:rsidRPr="00E302CD" w:rsidRDefault="00297D2C" w:rsidP="007B2FD8">
            <w:pPr>
              <w:jc w:val="center"/>
              <w:rPr>
                <w:rFonts w:ascii="Gill Sans MT" w:hAnsi="Gill Sans MT"/>
                <w:sz w:val="16"/>
                <w:szCs w:val="16"/>
              </w:rPr>
            </w:pPr>
            <w:r>
              <w:rPr>
                <w:rFonts w:ascii="Gill Sans MT" w:hAnsi="Gill Sans MT"/>
                <w:sz w:val="18"/>
              </w:rPr>
              <w:t>-0.62</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FE46B4F" w14:textId="77777777" w:rsidR="00297D2C" w:rsidRPr="00E302CD" w:rsidRDefault="00297D2C" w:rsidP="007B2FD8">
            <w:pPr>
              <w:jc w:val="center"/>
              <w:rPr>
                <w:rFonts w:ascii="Gill Sans MT" w:hAnsi="Gill Sans MT"/>
                <w:sz w:val="16"/>
                <w:szCs w:val="16"/>
              </w:rPr>
            </w:pPr>
            <w:r>
              <w:rPr>
                <w:rFonts w:ascii="Gill Sans MT" w:hAnsi="Gill Sans MT"/>
                <w:sz w:val="18"/>
              </w:rPr>
              <w:t>0.539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8F56BBA" w14:textId="77777777" w:rsidR="00297D2C" w:rsidRPr="00E302CD" w:rsidRDefault="00297D2C" w:rsidP="007B2FD8">
            <w:pPr>
              <w:jc w:val="center"/>
              <w:rPr>
                <w:rFonts w:ascii="Gill Sans MT" w:hAnsi="Gill Sans MT"/>
                <w:sz w:val="16"/>
                <w:szCs w:val="16"/>
              </w:rPr>
            </w:pPr>
          </w:p>
        </w:tc>
      </w:tr>
      <w:tr w:rsidR="00297D2C" w:rsidRPr="00E302CD" w14:paraId="651BA87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176A7E"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95D185F" w14:textId="77777777" w:rsidR="00297D2C" w:rsidRPr="00E302CD" w:rsidRDefault="00297D2C" w:rsidP="007B2FD8">
            <w:pPr>
              <w:jc w:val="center"/>
              <w:rPr>
                <w:rFonts w:ascii="Gill Sans MT" w:hAnsi="Gill Sans MT"/>
                <w:sz w:val="16"/>
                <w:szCs w:val="16"/>
              </w:rPr>
            </w:pPr>
            <w:r>
              <w:rPr>
                <w:rFonts w:ascii="Gill Sans MT" w:hAnsi="Gill Sans MT"/>
                <w:b/>
                <w:sz w:val="18"/>
              </w:rPr>
              <w:t>-0.139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37CE1FC" w14:textId="77777777" w:rsidR="00297D2C" w:rsidRPr="00E302CD" w:rsidRDefault="00297D2C" w:rsidP="007B2FD8">
            <w:pPr>
              <w:jc w:val="center"/>
              <w:rPr>
                <w:rFonts w:ascii="Gill Sans MT" w:hAnsi="Gill Sans MT"/>
                <w:sz w:val="16"/>
                <w:szCs w:val="16"/>
              </w:rPr>
            </w:pPr>
            <w:r>
              <w:rPr>
                <w:rFonts w:ascii="Gill Sans MT" w:hAnsi="Gill Sans MT"/>
                <w:b/>
                <w:sz w:val="18"/>
              </w:rPr>
              <w:t>-2.95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8F6427C" w14:textId="77777777" w:rsidR="00297D2C" w:rsidRPr="00E302CD" w:rsidRDefault="00297D2C" w:rsidP="007B2FD8">
            <w:pPr>
              <w:jc w:val="center"/>
              <w:rPr>
                <w:rFonts w:ascii="Gill Sans MT" w:hAnsi="Gill Sans MT"/>
                <w:sz w:val="16"/>
                <w:szCs w:val="16"/>
              </w:rPr>
            </w:pPr>
            <w:r>
              <w:rPr>
                <w:rFonts w:ascii="Gill Sans MT" w:hAnsi="Gill Sans MT"/>
                <w:b/>
                <w:sz w:val="18"/>
              </w:rPr>
              <w:t>0.003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6162E4" w14:textId="77777777" w:rsidR="00297D2C" w:rsidRPr="00E302CD" w:rsidRDefault="00297D2C" w:rsidP="007B2FD8">
            <w:pPr>
              <w:jc w:val="center"/>
              <w:rPr>
                <w:rFonts w:ascii="Gill Sans MT" w:hAnsi="Gill Sans MT"/>
                <w:sz w:val="16"/>
                <w:szCs w:val="16"/>
              </w:rPr>
            </w:pPr>
          </w:p>
        </w:tc>
      </w:tr>
      <w:tr w:rsidR="00297D2C" w:rsidRPr="00E302CD" w14:paraId="2AE5CB2E"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1B66D9" w14:textId="77777777" w:rsidR="00297D2C" w:rsidRPr="00E302C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3458FD0" w14:textId="77777777" w:rsidR="00297D2C" w:rsidRPr="00E302CD" w:rsidRDefault="00297D2C" w:rsidP="007B2FD8">
            <w:pPr>
              <w:jc w:val="center"/>
              <w:rPr>
                <w:rFonts w:ascii="Gill Sans MT" w:hAnsi="Gill Sans MT"/>
                <w:sz w:val="16"/>
                <w:szCs w:val="16"/>
              </w:rPr>
            </w:pPr>
            <w:r>
              <w:rPr>
                <w:rFonts w:ascii="Gill Sans MT" w:hAnsi="Gill Sans MT"/>
                <w:b/>
                <w:sz w:val="18"/>
              </w:rPr>
              <w:t>-0.115</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EAAF780" w14:textId="77777777" w:rsidR="00297D2C" w:rsidRPr="00E302CD" w:rsidRDefault="00297D2C" w:rsidP="007B2FD8">
            <w:pPr>
              <w:jc w:val="center"/>
              <w:rPr>
                <w:rFonts w:ascii="Gill Sans MT" w:hAnsi="Gill Sans MT"/>
                <w:sz w:val="16"/>
                <w:szCs w:val="16"/>
              </w:rPr>
            </w:pPr>
            <w:r>
              <w:rPr>
                <w:rFonts w:ascii="Gill Sans MT" w:hAnsi="Gill Sans MT"/>
                <w:b/>
                <w:sz w:val="18"/>
              </w:rPr>
              <w:t>-2.48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FE5DAA4" w14:textId="77777777" w:rsidR="00297D2C" w:rsidRPr="00E302CD" w:rsidRDefault="00297D2C" w:rsidP="007B2FD8">
            <w:pPr>
              <w:jc w:val="center"/>
              <w:rPr>
                <w:rFonts w:ascii="Gill Sans MT" w:hAnsi="Gill Sans MT"/>
                <w:sz w:val="16"/>
                <w:szCs w:val="16"/>
              </w:rPr>
            </w:pPr>
            <w:r>
              <w:rPr>
                <w:rFonts w:ascii="Gill Sans MT" w:hAnsi="Gill Sans MT"/>
                <w:b/>
                <w:sz w:val="18"/>
              </w:rPr>
              <w:t>0.013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001AA0F" w14:textId="77777777" w:rsidR="00297D2C" w:rsidRPr="00E302CD" w:rsidRDefault="00297D2C" w:rsidP="007B2FD8">
            <w:pPr>
              <w:jc w:val="center"/>
              <w:rPr>
                <w:rFonts w:ascii="Gill Sans MT" w:hAnsi="Gill Sans MT"/>
                <w:sz w:val="16"/>
                <w:szCs w:val="16"/>
              </w:rPr>
            </w:pPr>
          </w:p>
        </w:tc>
      </w:tr>
      <w:tr w:rsidR="00297D2C" w:rsidRPr="00E302CD" w14:paraId="28466D7C"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CB0735C"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E302CD" w14:paraId="16551F6F"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E2F874"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E623BC8" w14:textId="77777777" w:rsidR="00297D2C" w:rsidRPr="00E302CD" w:rsidRDefault="00297D2C" w:rsidP="007B2FD8">
            <w:pPr>
              <w:jc w:val="center"/>
              <w:rPr>
                <w:rFonts w:ascii="Gill Sans MT" w:hAnsi="Gill Sans MT"/>
                <w:sz w:val="16"/>
                <w:szCs w:val="16"/>
              </w:rPr>
            </w:pPr>
            <w:r>
              <w:rPr>
                <w:rFonts w:ascii="Gill Sans MT" w:hAnsi="Gill Sans MT"/>
                <w:sz w:val="18"/>
              </w:rPr>
              <w:t>-0.021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99C1FA0" w14:textId="77777777" w:rsidR="00297D2C" w:rsidRPr="00E302CD" w:rsidRDefault="00297D2C" w:rsidP="007B2FD8">
            <w:pPr>
              <w:jc w:val="center"/>
              <w:rPr>
                <w:rFonts w:ascii="Gill Sans MT" w:hAnsi="Gill Sans MT"/>
                <w:sz w:val="16"/>
                <w:szCs w:val="16"/>
              </w:rPr>
            </w:pPr>
            <w:r>
              <w:rPr>
                <w:rFonts w:ascii="Gill Sans MT" w:hAnsi="Gill Sans MT"/>
                <w:sz w:val="18"/>
              </w:rPr>
              <w:t>-0.50</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5763144" w14:textId="77777777" w:rsidR="00297D2C" w:rsidRPr="00E302CD" w:rsidRDefault="00297D2C" w:rsidP="007B2FD8">
            <w:pPr>
              <w:jc w:val="center"/>
              <w:rPr>
                <w:rFonts w:ascii="Gill Sans MT" w:hAnsi="Gill Sans MT"/>
                <w:sz w:val="16"/>
                <w:szCs w:val="16"/>
              </w:rPr>
            </w:pPr>
            <w:r>
              <w:rPr>
                <w:rFonts w:ascii="Gill Sans MT" w:hAnsi="Gill Sans MT"/>
                <w:sz w:val="18"/>
              </w:rPr>
              <w:t>0.620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24CC60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0.790</w:t>
            </w:r>
          </w:p>
        </w:tc>
      </w:tr>
      <w:tr w:rsidR="00297D2C" w:rsidRPr="00E302CD" w14:paraId="6CEDB0CD" w14:textId="77777777" w:rsidTr="007B2FD8">
        <w:trPr>
          <w:trHeight w:val="79"/>
        </w:trPr>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AA39D98"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1E1B9DE" w14:textId="77777777" w:rsidR="00297D2C" w:rsidRPr="00E302CD" w:rsidRDefault="00297D2C" w:rsidP="007B2FD8">
            <w:pPr>
              <w:jc w:val="center"/>
              <w:rPr>
                <w:rFonts w:ascii="Gill Sans MT" w:hAnsi="Gill Sans MT"/>
                <w:sz w:val="16"/>
                <w:szCs w:val="16"/>
              </w:rPr>
            </w:pPr>
            <w:r>
              <w:rPr>
                <w:rFonts w:ascii="Gill Sans MT" w:hAnsi="Gill Sans MT"/>
                <w:sz w:val="18"/>
              </w:rPr>
              <w:t>+0.011</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BA457D5" w14:textId="77777777" w:rsidR="00297D2C" w:rsidRPr="00E302CD" w:rsidRDefault="00297D2C" w:rsidP="007B2FD8">
            <w:pPr>
              <w:jc w:val="center"/>
              <w:rPr>
                <w:rFonts w:ascii="Gill Sans MT" w:hAnsi="Gill Sans MT"/>
                <w:sz w:val="16"/>
                <w:szCs w:val="16"/>
              </w:rPr>
            </w:pPr>
            <w:r>
              <w:rPr>
                <w:rFonts w:ascii="Gill Sans MT" w:hAnsi="Gill Sans MT"/>
                <w:sz w:val="18"/>
              </w:rPr>
              <w:t>+0.27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ACA6C95" w14:textId="77777777" w:rsidR="00297D2C" w:rsidRPr="00E302CD" w:rsidRDefault="00297D2C" w:rsidP="007B2FD8">
            <w:pPr>
              <w:jc w:val="center"/>
              <w:rPr>
                <w:rFonts w:ascii="Gill Sans MT" w:hAnsi="Gill Sans MT"/>
                <w:sz w:val="16"/>
                <w:szCs w:val="16"/>
              </w:rPr>
            </w:pPr>
            <w:r>
              <w:rPr>
                <w:rFonts w:ascii="Gill Sans MT" w:hAnsi="Gill Sans MT"/>
                <w:sz w:val="18"/>
              </w:rPr>
              <w:t>0.790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2B460A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0.790</w:t>
            </w:r>
          </w:p>
        </w:tc>
      </w:tr>
      <w:tr w:rsidR="00297D2C" w:rsidRPr="00E302CD" w14:paraId="31C5D75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A48E26"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4EE3460" w14:textId="77777777" w:rsidR="00297D2C" w:rsidRPr="00E302CD" w:rsidRDefault="00297D2C" w:rsidP="007B2FD8">
            <w:pPr>
              <w:jc w:val="center"/>
              <w:rPr>
                <w:rFonts w:ascii="Gill Sans MT" w:hAnsi="Gill Sans MT"/>
                <w:sz w:val="16"/>
                <w:szCs w:val="16"/>
              </w:rPr>
            </w:pPr>
            <w:r>
              <w:rPr>
                <w:rFonts w:ascii="Gill Sans MT" w:hAnsi="Gill Sans MT"/>
                <w:sz w:val="18"/>
              </w:rPr>
              <w:t>+0.068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15C285C" w14:textId="77777777" w:rsidR="00297D2C" w:rsidRPr="00E302CD" w:rsidRDefault="00297D2C" w:rsidP="007B2FD8">
            <w:pPr>
              <w:jc w:val="center"/>
              <w:rPr>
                <w:rFonts w:ascii="Gill Sans MT" w:hAnsi="Gill Sans MT"/>
                <w:sz w:val="16"/>
                <w:szCs w:val="16"/>
              </w:rPr>
            </w:pPr>
            <w:r>
              <w:rPr>
                <w:rFonts w:ascii="Gill Sans MT" w:hAnsi="Gill Sans MT"/>
                <w:sz w:val="18"/>
              </w:rPr>
              <w:t>+1.48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78510F6" w14:textId="77777777" w:rsidR="00297D2C" w:rsidRPr="00E302CD" w:rsidRDefault="00297D2C" w:rsidP="007B2FD8">
            <w:pPr>
              <w:jc w:val="center"/>
              <w:rPr>
                <w:rFonts w:ascii="Gill Sans MT" w:hAnsi="Gill Sans MT"/>
                <w:sz w:val="16"/>
                <w:szCs w:val="16"/>
              </w:rPr>
            </w:pPr>
            <w:r>
              <w:rPr>
                <w:rFonts w:ascii="Gill Sans MT" w:hAnsi="Gill Sans MT"/>
                <w:sz w:val="18"/>
              </w:rPr>
              <w:t>0.139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6E88868"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0.416</w:t>
            </w:r>
          </w:p>
        </w:tc>
      </w:tr>
      <w:tr w:rsidR="00297D2C" w:rsidRPr="00E302CD" w14:paraId="3BE29427"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0DE240F4"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E302CD" w14:paraId="70CBAA52"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E5A68E4"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D76F307" w14:textId="77777777" w:rsidR="00297D2C" w:rsidRPr="00E302CD" w:rsidRDefault="00297D2C" w:rsidP="007B2FD8">
            <w:pPr>
              <w:jc w:val="center"/>
              <w:rPr>
                <w:rFonts w:ascii="Gill Sans MT" w:hAnsi="Gill Sans MT"/>
                <w:sz w:val="16"/>
                <w:szCs w:val="16"/>
              </w:rPr>
            </w:pPr>
            <w:r>
              <w:rPr>
                <w:rFonts w:ascii="Gill Sans MT" w:hAnsi="Gill Sans MT"/>
                <w:sz w:val="18"/>
              </w:rPr>
              <w:t>-0.036</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7564BA8" w14:textId="77777777" w:rsidR="00297D2C" w:rsidRPr="00E302CD" w:rsidRDefault="00297D2C" w:rsidP="007B2FD8">
            <w:pPr>
              <w:jc w:val="center"/>
              <w:rPr>
                <w:rFonts w:ascii="Gill Sans MT" w:hAnsi="Gill Sans MT"/>
                <w:sz w:val="16"/>
                <w:szCs w:val="16"/>
              </w:rPr>
            </w:pPr>
            <w:r>
              <w:rPr>
                <w:rFonts w:ascii="Gill Sans MT" w:hAnsi="Gill Sans MT"/>
                <w:sz w:val="18"/>
              </w:rPr>
              <w:t>-0.86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4A1261B" w14:textId="77777777" w:rsidR="00297D2C" w:rsidRPr="00E302CD" w:rsidRDefault="00297D2C" w:rsidP="007B2FD8">
            <w:pPr>
              <w:jc w:val="center"/>
              <w:rPr>
                <w:rFonts w:ascii="Gill Sans MT" w:hAnsi="Gill Sans MT"/>
                <w:sz w:val="16"/>
                <w:szCs w:val="16"/>
              </w:rPr>
            </w:pPr>
            <w:r>
              <w:rPr>
                <w:rFonts w:ascii="Gill Sans MT" w:hAnsi="Gill Sans MT"/>
                <w:sz w:val="18"/>
              </w:rPr>
              <w:t>0.390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53F8486"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0.792</w:t>
            </w:r>
          </w:p>
        </w:tc>
      </w:tr>
      <w:tr w:rsidR="00297D2C" w:rsidRPr="00E302CD" w14:paraId="6C16436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51FAFB"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4165E4D" w14:textId="77777777" w:rsidR="00297D2C" w:rsidRPr="00E302CD" w:rsidRDefault="00297D2C" w:rsidP="007B2FD8">
            <w:pPr>
              <w:jc w:val="center"/>
              <w:rPr>
                <w:rFonts w:ascii="Gill Sans MT" w:hAnsi="Gill Sans MT"/>
                <w:sz w:val="16"/>
                <w:szCs w:val="16"/>
              </w:rPr>
            </w:pPr>
            <w:r>
              <w:rPr>
                <w:rFonts w:ascii="Gill Sans MT" w:hAnsi="Gill Sans MT"/>
                <w:sz w:val="18"/>
              </w:rPr>
              <w:t>-0.002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92C9820" w14:textId="77777777" w:rsidR="00297D2C" w:rsidRPr="00E302CD" w:rsidRDefault="00297D2C" w:rsidP="007B2FD8">
            <w:pPr>
              <w:jc w:val="center"/>
              <w:rPr>
                <w:rFonts w:ascii="Gill Sans MT" w:hAnsi="Gill Sans MT"/>
                <w:sz w:val="16"/>
                <w:szCs w:val="16"/>
              </w:rPr>
            </w:pPr>
            <w:r>
              <w:rPr>
                <w:rFonts w:ascii="Gill Sans MT" w:hAnsi="Gill Sans MT"/>
                <w:sz w:val="18"/>
              </w:rPr>
              <w:t>-0.05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ED4C988" w14:textId="77777777" w:rsidR="00297D2C" w:rsidRPr="00E302CD" w:rsidRDefault="00297D2C" w:rsidP="007B2FD8">
            <w:pPr>
              <w:jc w:val="center"/>
              <w:rPr>
                <w:rFonts w:ascii="Gill Sans MT" w:hAnsi="Gill Sans MT"/>
                <w:sz w:val="16"/>
                <w:szCs w:val="16"/>
              </w:rPr>
            </w:pPr>
            <w:r>
              <w:rPr>
                <w:rFonts w:ascii="Gill Sans MT" w:hAnsi="Gill Sans MT"/>
                <w:sz w:val="18"/>
              </w:rPr>
              <w:t>0.960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444524E"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0.963</w:t>
            </w:r>
          </w:p>
        </w:tc>
      </w:tr>
      <w:tr w:rsidR="00297D2C" w:rsidRPr="00E302CD" w14:paraId="43A18DE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D2430F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07835B2" w14:textId="77777777" w:rsidR="00297D2C" w:rsidRPr="00E302CD" w:rsidRDefault="00297D2C" w:rsidP="007B2FD8">
            <w:pPr>
              <w:jc w:val="center"/>
              <w:rPr>
                <w:rFonts w:ascii="Gill Sans MT" w:hAnsi="Gill Sans MT"/>
                <w:sz w:val="16"/>
                <w:szCs w:val="16"/>
              </w:rPr>
            </w:pPr>
            <w:r>
              <w:rPr>
                <w:rFonts w:ascii="Gill Sans MT" w:hAnsi="Gill Sans MT"/>
                <w:sz w:val="18"/>
              </w:rPr>
              <w:t>-0.002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EB0DB0E" w14:textId="77777777" w:rsidR="00297D2C" w:rsidRPr="00E302CD" w:rsidRDefault="00297D2C" w:rsidP="007B2FD8">
            <w:pPr>
              <w:jc w:val="center"/>
              <w:rPr>
                <w:rFonts w:ascii="Gill Sans MT" w:hAnsi="Gill Sans MT"/>
                <w:sz w:val="16"/>
                <w:szCs w:val="16"/>
              </w:rPr>
            </w:pPr>
            <w:r>
              <w:rPr>
                <w:rFonts w:ascii="Gill Sans MT" w:hAnsi="Gill Sans MT"/>
                <w:sz w:val="18"/>
              </w:rPr>
              <w:t>-0.05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1D0AFC8" w14:textId="77777777" w:rsidR="00297D2C" w:rsidRPr="00E302CD" w:rsidRDefault="00297D2C" w:rsidP="007B2FD8">
            <w:pPr>
              <w:jc w:val="center"/>
              <w:rPr>
                <w:rFonts w:ascii="Gill Sans MT" w:hAnsi="Gill Sans MT"/>
                <w:sz w:val="16"/>
                <w:szCs w:val="16"/>
              </w:rPr>
            </w:pPr>
            <w:r>
              <w:rPr>
                <w:rFonts w:ascii="Gill Sans MT" w:hAnsi="Gill Sans MT"/>
                <w:sz w:val="18"/>
              </w:rPr>
              <w:t>0.963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DF463B3" w14:textId="77777777" w:rsidR="00297D2C" w:rsidRPr="00E302CD" w:rsidRDefault="00297D2C" w:rsidP="007B2FD8">
            <w:pPr>
              <w:jc w:val="center"/>
              <w:rPr>
                <w:rFonts w:ascii="Gill Sans MT" w:hAnsi="Gill Sans MT"/>
                <w:sz w:val="16"/>
                <w:szCs w:val="16"/>
              </w:rPr>
            </w:pPr>
            <w:r>
              <w:rPr>
                <w:rFonts w:ascii="Gill Sans MT" w:hAnsi="Gill Sans MT"/>
                <w:sz w:val="16"/>
                <w:szCs w:val="16"/>
              </w:rPr>
              <w:t>0.963</w:t>
            </w:r>
          </w:p>
        </w:tc>
      </w:tr>
      <w:tr w:rsidR="00297D2C" w:rsidRPr="00E302CD" w14:paraId="47567BAB"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CE1337"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7C3EA37" w14:textId="77777777" w:rsidR="00297D2C" w:rsidRPr="00E302CD" w:rsidRDefault="00297D2C" w:rsidP="007B2FD8">
            <w:pPr>
              <w:jc w:val="center"/>
              <w:rPr>
                <w:rFonts w:ascii="Gill Sans MT" w:hAnsi="Gill Sans MT"/>
                <w:sz w:val="16"/>
                <w:szCs w:val="16"/>
              </w:rPr>
            </w:pPr>
            <w:r>
              <w:rPr>
                <w:rFonts w:ascii="Gill Sans MT" w:hAnsi="Gill Sans MT"/>
                <w:sz w:val="18"/>
              </w:rPr>
              <w:t>+0.022</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1FD1387" w14:textId="77777777" w:rsidR="00297D2C" w:rsidRPr="00E302CD" w:rsidRDefault="00297D2C" w:rsidP="007B2FD8">
            <w:pPr>
              <w:jc w:val="center"/>
              <w:rPr>
                <w:rFonts w:ascii="Gill Sans MT" w:hAnsi="Gill Sans MT"/>
                <w:sz w:val="16"/>
                <w:szCs w:val="16"/>
              </w:rPr>
            </w:pPr>
            <w:r>
              <w:rPr>
                <w:rFonts w:ascii="Gill Sans MT" w:hAnsi="Gill Sans MT"/>
                <w:sz w:val="18"/>
              </w:rPr>
              <w:t>+0.54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4E2E9D4" w14:textId="77777777" w:rsidR="00297D2C" w:rsidRPr="00E302CD" w:rsidRDefault="00297D2C" w:rsidP="007B2FD8">
            <w:pPr>
              <w:jc w:val="center"/>
              <w:rPr>
                <w:rFonts w:ascii="Gill Sans MT" w:hAnsi="Gill Sans MT"/>
                <w:sz w:val="16"/>
                <w:szCs w:val="16"/>
              </w:rPr>
            </w:pPr>
            <w:r>
              <w:rPr>
                <w:rFonts w:ascii="Gill Sans MT" w:hAnsi="Gill Sans MT"/>
                <w:sz w:val="18"/>
              </w:rPr>
              <w:t>0.590</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0311DF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0.885</w:t>
            </w:r>
          </w:p>
        </w:tc>
      </w:tr>
      <w:tr w:rsidR="00297D2C" w:rsidRPr="00E302CD" w14:paraId="056F9F4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BD3362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0D12047" w14:textId="77777777" w:rsidR="00297D2C" w:rsidRPr="00E302CD" w:rsidRDefault="00297D2C" w:rsidP="007B2FD8">
            <w:pPr>
              <w:jc w:val="center"/>
              <w:rPr>
                <w:rFonts w:ascii="Gill Sans MT" w:hAnsi="Gill Sans MT"/>
                <w:sz w:val="16"/>
                <w:szCs w:val="16"/>
              </w:rPr>
            </w:pPr>
            <w:r>
              <w:rPr>
                <w:rFonts w:ascii="Gill Sans MT" w:hAnsi="Gill Sans MT"/>
                <w:sz w:val="18"/>
              </w:rPr>
              <w:t>+0.039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1D020C8" w14:textId="77777777" w:rsidR="00297D2C" w:rsidRPr="00E302CD" w:rsidRDefault="00297D2C" w:rsidP="007B2FD8">
            <w:pPr>
              <w:jc w:val="center"/>
              <w:rPr>
                <w:rFonts w:ascii="Gill Sans MT" w:hAnsi="Gill Sans MT"/>
                <w:sz w:val="16"/>
                <w:szCs w:val="16"/>
              </w:rPr>
            </w:pPr>
            <w:r>
              <w:rPr>
                <w:rFonts w:ascii="Gill Sans MT" w:hAnsi="Gill Sans MT"/>
                <w:sz w:val="18"/>
              </w:rPr>
              <w:t>+0.85</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8865C18" w14:textId="77777777" w:rsidR="00297D2C" w:rsidRPr="00E302CD" w:rsidRDefault="00297D2C" w:rsidP="007B2FD8">
            <w:pPr>
              <w:jc w:val="center"/>
              <w:rPr>
                <w:rFonts w:ascii="Gill Sans MT" w:hAnsi="Gill Sans MT"/>
                <w:sz w:val="16"/>
                <w:szCs w:val="16"/>
              </w:rPr>
            </w:pPr>
            <w:r>
              <w:rPr>
                <w:rFonts w:ascii="Gill Sans MT" w:hAnsi="Gill Sans MT"/>
                <w:sz w:val="18"/>
              </w:rPr>
              <w:t>0.396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587CA7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0.792</w:t>
            </w:r>
          </w:p>
        </w:tc>
      </w:tr>
      <w:tr w:rsidR="00297D2C" w:rsidRPr="00E302CD" w14:paraId="2FBCF82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3E7BC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61E527C" w14:textId="77777777" w:rsidR="00297D2C" w:rsidRPr="00E302CD" w:rsidRDefault="00297D2C" w:rsidP="007B2FD8">
            <w:pPr>
              <w:jc w:val="center"/>
              <w:rPr>
                <w:rFonts w:ascii="Gill Sans MT" w:hAnsi="Gill Sans MT"/>
                <w:sz w:val="16"/>
                <w:szCs w:val="16"/>
              </w:rPr>
            </w:pPr>
            <w:r>
              <w:rPr>
                <w:rFonts w:ascii="Gill Sans MT" w:hAnsi="Gill Sans MT"/>
                <w:sz w:val="18"/>
              </w:rPr>
              <w:t>+0.084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44F41CE" w14:textId="77777777" w:rsidR="00297D2C" w:rsidRPr="00E302CD" w:rsidRDefault="00297D2C" w:rsidP="007B2FD8">
            <w:pPr>
              <w:jc w:val="center"/>
              <w:rPr>
                <w:rFonts w:ascii="Gill Sans MT" w:hAnsi="Gill Sans MT"/>
                <w:sz w:val="16"/>
                <w:szCs w:val="16"/>
              </w:rPr>
            </w:pPr>
            <w:r>
              <w:rPr>
                <w:rFonts w:ascii="Gill Sans MT" w:hAnsi="Gill Sans MT"/>
                <w:sz w:val="18"/>
              </w:rPr>
              <w:t>+1.83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F9C3EBF" w14:textId="77777777" w:rsidR="00297D2C" w:rsidRPr="00E302CD" w:rsidRDefault="00297D2C" w:rsidP="007B2FD8">
            <w:pPr>
              <w:jc w:val="center"/>
              <w:rPr>
                <w:rFonts w:ascii="Gill Sans MT" w:hAnsi="Gill Sans MT"/>
                <w:sz w:val="16"/>
                <w:szCs w:val="16"/>
              </w:rPr>
            </w:pPr>
            <w:r>
              <w:rPr>
                <w:rFonts w:ascii="Gill Sans MT" w:hAnsi="Gill Sans MT"/>
                <w:sz w:val="18"/>
              </w:rPr>
              <w:t>0.068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820071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0.406</w:t>
            </w:r>
          </w:p>
        </w:tc>
      </w:tr>
      <w:tr w:rsidR="00297D2C" w:rsidRPr="00E302CD" w14:paraId="4D4D6D06"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F8931EE"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E302CD" w14:paraId="4FD384E5"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5C58D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7CA26C0" w14:textId="77777777" w:rsidR="00297D2C" w:rsidRPr="00E302CD" w:rsidRDefault="00297D2C" w:rsidP="007B2FD8">
            <w:pPr>
              <w:jc w:val="center"/>
              <w:rPr>
                <w:rFonts w:ascii="Gill Sans MT" w:hAnsi="Gill Sans MT"/>
                <w:sz w:val="16"/>
                <w:szCs w:val="16"/>
              </w:rPr>
            </w:pPr>
            <w:r>
              <w:rPr>
                <w:rFonts w:ascii="Gill Sans MT" w:hAnsi="Gill Sans MT"/>
                <w:sz w:val="18"/>
              </w:rPr>
              <w:t>+0.094</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13D4F05" w14:textId="77777777" w:rsidR="00297D2C" w:rsidRPr="00E302CD" w:rsidRDefault="00297D2C" w:rsidP="007B2FD8">
            <w:pPr>
              <w:jc w:val="center"/>
              <w:rPr>
                <w:rFonts w:ascii="Gill Sans MT" w:hAnsi="Gill Sans MT"/>
                <w:sz w:val="16"/>
                <w:szCs w:val="16"/>
              </w:rPr>
            </w:pPr>
            <w:r>
              <w:rPr>
                <w:rFonts w:ascii="Gill Sans MT" w:hAnsi="Gill Sans MT"/>
                <w:sz w:val="18"/>
              </w:rPr>
              <w:t>+1.99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80D404A" w14:textId="77777777" w:rsidR="00297D2C" w:rsidRPr="00E302CD" w:rsidRDefault="00297D2C" w:rsidP="007B2FD8">
            <w:pPr>
              <w:jc w:val="center"/>
              <w:rPr>
                <w:rFonts w:ascii="Gill Sans MT" w:hAnsi="Gill Sans MT"/>
                <w:sz w:val="16"/>
                <w:szCs w:val="16"/>
              </w:rPr>
            </w:pPr>
            <w:r>
              <w:rPr>
                <w:rFonts w:ascii="Gill Sans MT" w:hAnsi="Gill Sans MT"/>
                <w:sz w:val="18"/>
              </w:rPr>
              <w:t>0.048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F68500B"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0.095</w:t>
            </w:r>
          </w:p>
        </w:tc>
      </w:tr>
      <w:tr w:rsidR="00297D2C" w:rsidRPr="00E302CD" w14:paraId="54C7A6D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9E294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EA315DC" w14:textId="77777777" w:rsidR="00297D2C" w:rsidRPr="00E302CD" w:rsidRDefault="00297D2C" w:rsidP="007B2FD8">
            <w:pPr>
              <w:jc w:val="center"/>
              <w:rPr>
                <w:rFonts w:ascii="Gill Sans MT" w:hAnsi="Gill Sans MT"/>
                <w:sz w:val="16"/>
                <w:szCs w:val="16"/>
              </w:rPr>
            </w:pPr>
            <w:r>
              <w:rPr>
                <w:rFonts w:ascii="Gill Sans MT" w:hAnsi="Gill Sans MT"/>
                <w:sz w:val="18"/>
              </w:rPr>
              <w:t>+0.107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18A7D2D" w14:textId="77777777" w:rsidR="00297D2C" w:rsidRPr="00E302CD" w:rsidRDefault="00297D2C" w:rsidP="007B2FD8">
            <w:pPr>
              <w:jc w:val="center"/>
              <w:rPr>
                <w:rFonts w:ascii="Gill Sans MT" w:hAnsi="Gill Sans MT"/>
                <w:sz w:val="16"/>
                <w:szCs w:val="16"/>
              </w:rPr>
            </w:pPr>
            <w:r>
              <w:rPr>
                <w:rFonts w:ascii="Gill Sans MT" w:hAnsi="Gill Sans MT"/>
                <w:sz w:val="18"/>
              </w:rPr>
              <w:t>+2.27</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8F10E01" w14:textId="77777777" w:rsidR="00297D2C" w:rsidRPr="00E302CD" w:rsidRDefault="00297D2C" w:rsidP="007B2FD8">
            <w:pPr>
              <w:jc w:val="center"/>
              <w:rPr>
                <w:rFonts w:ascii="Gill Sans MT" w:hAnsi="Gill Sans MT"/>
                <w:sz w:val="16"/>
                <w:szCs w:val="16"/>
              </w:rPr>
            </w:pPr>
            <w:r>
              <w:rPr>
                <w:rFonts w:ascii="Gill Sans MT" w:hAnsi="Gill Sans MT"/>
                <w:sz w:val="18"/>
              </w:rPr>
              <w:t>0.023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2B2E9FE"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0.095</w:t>
            </w:r>
          </w:p>
        </w:tc>
      </w:tr>
      <w:tr w:rsidR="00297D2C" w:rsidRPr="00E302CD" w14:paraId="765A830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595437"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ACC-LIM</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00072FC" w14:textId="77777777" w:rsidR="00297D2C" w:rsidRPr="00E302CD" w:rsidRDefault="00297D2C" w:rsidP="007B2FD8">
            <w:pPr>
              <w:jc w:val="center"/>
              <w:rPr>
                <w:rFonts w:ascii="Gill Sans MT" w:hAnsi="Gill Sans MT"/>
                <w:sz w:val="16"/>
                <w:szCs w:val="16"/>
              </w:rPr>
            </w:pPr>
            <w:r>
              <w:rPr>
                <w:rFonts w:ascii="Gill Sans MT" w:hAnsi="Gill Sans MT"/>
                <w:sz w:val="18"/>
              </w:rPr>
              <w:t>+0.099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C47FF71" w14:textId="77777777" w:rsidR="00297D2C" w:rsidRPr="00E302CD" w:rsidRDefault="00297D2C" w:rsidP="007B2FD8">
            <w:pPr>
              <w:jc w:val="center"/>
              <w:rPr>
                <w:rFonts w:ascii="Gill Sans MT" w:hAnsi="Gill Sans MT"/>
                <w:sz w:val="16"/>
                <w:szCs w:val="16"/>
              </w:rPr>
            </w:pPr>
            <w:r>
              <w:rPr>
                <w:rFonts w:ascii="Gill Sans MT" w:hAnsi="Gill Sans MT"/>
                <w:sz w:val="18"/>
              </w:rPr>
              <w:t>+2.09</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11F8059" w14:textId="77777777" w:rsidR="00297D2C" w:rsidRPr="00E302CD" w:rsidRDefault="00297D2C" w:rsidP="007B2FD8">
            <w:pPr>
              <w:jc w:val="center"/>
              <w:rPr>
                <w:rFonts w:ascii="Gill Sans MT" w:hAnsi="Gill Sans MT"/>
                <w:sz w:val="16"/>
                <w:szCs w:val="16"/>
              </w:rPr>
            </w:pPr>
            <w:r>
              <w:rPr>
                <w:rFonts w:ascii="Gill Sans MT" w:hAnsi="Gill Sans MT"/>
                <w:sz w:val="18"/>
              </w:rPr>
              <w:t>0.037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08B983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0.095</w:t>
            </w:r>
          </w:p>
        </w:tc>
      </w:tr>
      <w:tr w:rsidR="00297D2C" w:rsidRPr="00E302CD" w14:paraId="252BC014"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96209EA"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12307B0" w14:textId="77777777" w:rsidR="00297D2C" w:rsidRPr="00E302CD" w:rsidRDefault="00297D2C" w:rsidP="007B2FD8">
            <w:pPr>
              <w:jc w:val="center"/>
              <w:rPr>
                <w:rFonts w:ascii="Gill Sans MT" w:hAnsi="Gill Sans MT"/>
                <w:sz w:val="16"/>
                <w:szCs w:val="16"/>
              </w:rPr>
            </w:pPr>
            <w:r>
              <w:rPr>
                <w:rFonts w:ascii="Gill Sans MT" w:hAnsi="Gill Sans MT"/>
                <w:sz w:val="18"/>
              </w:rPr>
              <w:t>+0.030</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7EAAED4" w14:textId="77777777" w:rsidR="00297D2C" w:rsidRPr="00E302CD" w:rsidRDefault="00297D2C" w:rsidP="007B2FD8">
            <w:pPr>
              <w:jc w:val="center"/>
              <w:rPr>
                <w:rFonts w:ascii="Gill Sans MT" w:hAnsi="Gill Sans MT"/>
                <w:sz w:val="16"/>
                <w:szCs w:val="16"/>
              </w:rPr>
            </w:pPr>
            <w:r>
              <w:rPr>
                <w:rFonts w:ascii="Gill Sans MT" w:hAnsi="Gill Sans MT"/>
                <w:sz w:val="18"/>
              </w:rPr>
              <w:t>+0.63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1419DDB" w14:textId="77777777" w:rsidR="00297D2C" w:rsidRPr="00E302CD" w:rsidRDefault="00297D2C" w:rsidP="007B2FD8">
            <w:pPr>
              <w:jc w:val="center"/>
              <w:rPr>
                <w:rFonts w:ascii="Gill Sans MT" w:hAnsi="Gill Sans MT"/>
                <w:sz w:val="16"/>
                <w:szCs w:val="16"/>
              </w:rPr>
            </w:pPr>
            <w:r>
              <w:rPr>
                <w:rFonts w:ascii="Gill Sans MT" w:hAnsi="Gill Sans MT"/>
                <w:sz w:val="18"/>
              </w:rPr>
              <w:t>0.527</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D51C627"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0.527</w:t>
            </w:r>
          </w:p>
        </w:tc>
      </w:tr>
      <w:tr w:rsidR="00297D2C" w:rsidRPr="00E302CD" w14:paraId="3ED28A8D"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74870D"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36DB1A7" w14:textId="77777777" w:rsidR="00297D2C" w:rsidRPr="00E302CD" w:rsidRDefault="00297D2C" w:rsidP="007B2FD8">
            <w:pPr>
              <w:jc w:val="center"/>
              <w:rPr>
                <w:rFonts w:ascii="Gill Sans MT" w:hAnsi="Gill Sans MT"/>
                <w:sz w:val="16"/>
                <w:szCs w:val="16"/>
              </w:rPr>
            </w:pPr>
            <w:r>
              <w:rPr>
                <w:rFonts w:ascii="Gill Sans MT" w:hAnsi="Gill Sans MT"/>
                <w:sz w:val="18"/>
              </w:rPr>
              <w:t>+0.033</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245026D" w14:textId="77777777" w:rsidR="00297D2C" w:rsidRPr="00E302CD" w:rsidRDefault="00297D2C" w:rsidP="007B2FD8">
            <w:pPr>
              <w:jc w:val="center"/>
              <w:rPr>
                <w:rFonts w:ascii="Gill Sans MT" w:hAnsi="Gill Sans MT"/>
                <w:sz w:val="16"/>
                <w:szCs w:val="16"/>
              </w:rPr>
            </w:pPr>
            <w:r>
              <w:rPr>
                <w:rFonts w:ascii="Gill Sans MT" w:hAnsi="Gill Sans MT"/>
                <w:sz w:val="18"/>
              </w:rPr>
              <w:t>+0.71</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C7AD043" w14:textId="77777777" w:rsidR="00297D2C" w:rsidRPr="00E302CD" w:rsidRDefault="00297D2C" w:rsidP="007B2FD8">
            <w:pPr>
              <w:jc w:val="center"/>
              <w:rPr>
                <w:rFonts w:ascii="Gill Sans MT" w:hAnsi="Gill Sans MT"/>
                <w:sz w:val="16"/>
                <w:szCs w:val="16"/>
              </w:rPr>
            </w:pPr>
            <w:r>
              <w:rPr>
                <w:rFonts w:ascii="Gill Sans MT" w:hAnsi="Gill Sans MT"/>
                <w:sz w:val="18"/>
              </w:rPr>
              <w:t>0.476</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1E946AD1"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0.527</w:t>
            </w:r>
          </w:p>
        </w:tc>
      </w:tr>
      <w:tr w:rsidR="00297D2C" w:rsidRPr="00E302CD" w14:paraId="7A508EB7"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E1A06A9"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AMY-ACC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77E4727" w14:textId="77777777" w:rsidR="00297D2C" w:rsidRPr="00E302CD" w:rsidRDefault="00297D2C" w:rsidP="007B2FD8">
            <w:pPr>
              <w:jc w:val="center"/>
              <w:rPr>
                <w:rFonts w:ascii="Gill Sans MT" w:hAnsi="Gill Sans MT"/>
                <w:sz w:val="16"/>
                <w:szCs w:val="16"/>
              </w:rPr>
            </w:pPr>
            <w:r>
              <w:rPr>
                <w:rFonts w:ascii="Gill Sans MT" w:hAnsi="Gill Sans MT"/>
                <w:sz w:val="18"/>
              </w:rPr>
              <w:t>+0.037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27C8122" w14:textId="77777777" w:rsidR="00297D2C" w:rsidRPr="00E302CD" w:rsidRDefault="00297D2C" w:rsidP="007B2FD8">
            <w:pPr>
              <w:jc w:val="center"/>
              <w:rPr>
                <w:rFonts w:ascii="Gill Sans MT" w:hAnsi="Gill Sans MT"/>
                <w:sz w:val="16"/>
                <w:szCs w:val="16"/>
              </w:rPr>
            </w:pPr>
            <w:r>
              <w:rPr>
                <w:rFonts w:ascii="Gill Sans MT" w:hAnsi="Gill Sans MT"/>
                <w:sz w:val="18"/>
              </w:rPr>
              <w:t>+0.78</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D72A048" w14:textId="77777777" w:rsidR="00297D2C" w:rsidRPr="00E302CD" w:rsidRDefault="00297D2C" w:rsidP="007B2FD8">
            <w:pPr>
              <w:jc w:val="center"/>
              <w:rPr>
                <w:rFonts w:ascii="Gill Sans MT" w:hAnsi="Gill Sans MT"/>
                <w:sz w:val="16"/>
                <w:szCs w:val="16"/>
              </w:rPr>
            </w:pPr>
            <w:r>
              <w:rPr>
                <w:rFonts w:ascii="Gill Sans MT" w:hAnsi="Gill Sans MT"/>
                <w:sz w:val="18"/>
              </w:rPr>
              <w:t>0.439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17BED6F"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0.527</w:t>
            </w:r>
          </w:p>
        </w:tc>
      </w:tr>
      <w:tr w:rsidR="00297D2C" w:rsidRPr="00E302CD" w14:paraId="6DE81A40" w14:textId="77777777" w:rsidTr="007B2FD8">
        <w:tc>
          <w:tcPr>
            <w:tcW w:w="9166" w:type="dxa"/>
            <w:gridSpan w:val="5"/>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7F80090C" w14:textId="77777777" w:rsidR="00297D2C" w:rsidRPr="00E302C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E302CD" w14:paraId="6D4C3BB3"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44040E"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LIM-WC</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85C8233" w14:textId="77777777" w:rsidR="00297D2C" w:rsidRPr="00E302CD" w:rsidRDefault="00297D2C" w:rsidP="007B2FD8">
            <w:pPr>
              <w:jc w:val="center"/>
              <w:rPr>
                <w:rFonts w:ascii="Gill Sans MT" w:hAnsi="Gill Sans MT"/>
                <w:sz w:val="16"/>
                <w:szCs w:val="16"/>
              </w:rPr>
            </w:pPr>
            <w:r>
              <w:rPr>
                <w:rFonts w:ascii="Gill Sans MT" w:hAnsi="Gill Sans MT"/>
                <w:sz w:val="18"/>
              </w:rPr>
              <w:t>+0.039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FFBB4C4" w14:textId="77777777" w:rsidR="00297D2C" w:rsidRPr="00E302CD" w:rsidRDefault="00297D2C" w:rsidP="007B2FD8">
            <w:pPr>
              <w:jc w:val="center"/>
              <w:rPr>
                <w:rFonts w:ascii="Gill Sans MT" w:hAnsi="Gill Sans MT"/>
                <w:sz w:val="16"/>
                <w:szCs w:val="16"/>
              </w:rPr>
            </w:pPr>
            <w:r>
              <w:rPr>
                <w:rFonts w:ascii="Gill Sans MT" w:hAnsi="Gill Sans MT"/>
                <w:sz w:val="18"/>
              </w:rPr>
              <w:t>+0.84</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652C608" w14:textId="77777777" w:rsidR="00297D2C" w:rsidRPr="00E302CD" w:rsidRDefault="00297D2C" w:rsidP="007B2FD8">
            <w:pPr>
              <w:jc w:val="center"/>
              <w:rPr>
                <w:rFonts w:ascii="Gill Sans MT" w:hAnsi="Gill Sans MT"/>
                <w:sz w:val="16"/>
                <w:szCs w:val="16"/>
              </w:rPr>
            </w:pPr>
            <w:r>
              <w:rPr>
                <w:rFonts w:ascii="Gill Sans MT" w:hAnsi="Gill Sans MT"/>
                <w:sz w:val="18"/>
              </w:rPr>
              <w:t>0.404</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083D9ED"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0.568</w:t>
            </w:r>
          </w:p>
        </w:tc>
      </w:tr>
      <w:tr w:rsidR="00297D2C" w:rsidRPr="00E302CD" w14:paraId="3F73AB2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9B43BB"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LIM-VIS</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7F822097" w14:textId="77777777" w:rsidR="00297D2C" w:rsidRPr="00E302CD" w:rsidRDefault="00297D2C" w:rsidP="007B2FD8">
            <w:pPr>
              <w:jc w:val="center"/>
              <w:rPr>
                <w:rFonts w:ascii="Gill Sans MT" w:hAnsi="Gill Sans MT"/>
                <w:sz w:val="16"/>
                <w:szCs w:val="16"/>
              </w:rPr>
            </w:pPr>
            <w:r>
              <w:rPr>
                <w:rFonts w:ascii="Gill Sans MT" w:hAnsi="Gill Sans MT"/>
                <w:sz w:val="18"/>
              </w:rPr>
              <w:t>-0.017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3E2941E2" w14:textId="77777777" w:rsidR="00297D2C" w:rsidRPr="00E302CD" w:rsidRDefault="00297D2C" w:rsidP="007B2FD8">
            <w:pPr>
              <w:jc w:val="center"/>
              <w:rPr>
                <w:rFonts w:ascii="Gill Sans MT" w:hAnsi="Gill Sans MT"/>
                <w:sz w:val="16"/>
                <w:szCs w:val="16"/>
              </w:rPr>
            </w:pPr>
            <w:r>
              <w:rPr>
                <w:rFonts w:ascii="Gill Sans MT" w:hAnsi="Gill Sans MT"/>
                <w:sz w:val="18"/>
              </w:rPr>
              <w:t>-0.36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FD14CB3" w14:textId="77777777" w:rsidR="00297D2C" w:rsidRPr="00E302CD" w:rsidRDefault="00297D2C" w:rsidP="007B2FD8">
            <w:pPr>
              <w:jc w:val="center"/>
              <w:rPr>
                <w:rFonts w:ascii="Gill Sans MT" w:hAnsi="Gill Sans MT"/>
                <w:sz w:val="16"/>
                <w:szCs w:val="16"/>
              </w:rPr>
            </w:pPr>
            <w:r>
              <w:rPr>
                <w:rFonts w:ascii="Gill Sans MT" w:hAnsi="Gill Sans MT"/>
                <w:sz w:val="18"/>
              </w:rPr>
              <w:t>0.719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B784173" w14:textId="77777777" w:rsidR="00297D2C" w:rsidRPr="00E302CD" w:rsidRDefault="00297D2C" w:rsidP="007B2FD8">
            <w:pPr>
              <w:jc w:val="center"/>
              <w:rPr>
                <w:rFonts w:ascii="Gill Sans MT" w:hAnsi="Gill Sans MT"/>
                <w:sz w:val="16"/>
                <w:szCs w:val="16"/>
              </w:rPr>
            </w:pPr>
            <w:r>
              <w:rPr>
                <w:rFonts w:ascii="Gill Sans MT" w:hAnsi="Gill Sans MT"/>
                <w:sz w:val="16"/>
                <w:szCs w:val="16"/>
              </w:rPr>
              <w:t>0.719</w:t>
            </w:r>
          </w:p>
        </w:tc>
      </w:tr>
      <w:tr w:rsidR="00297D2C" w:rsidRPr="00E302CD" w14:paraId="7F3ACA3A"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378B60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LIM-SMN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8EB13DC" w14:textId="77777777" w:rsidR="00297D2C" w:rsidRPr="00E302CD" w:rsidRDefault="00297D2C" w:rsidP="007B2FD8">
            <w:pPr>
              <w:jc w:val="center"/>
              <w:rPr>
                <w:rFonts w:ascii="Gill Sans MT" w:hAnsi="Gill Sans MT"/>
                <w:sz w:val="16"/>
                <w:szCs w:val="16"/>
              </w:rPr>
            </w:pPr>
            <w:r>
              <w:rPr>
                <w:rFonts w:ascii="Gill Sans MT" w:hAnsi="Gill Sans MT"/>
                <w:sz w:val="18"/>
              </w:rPr>
              <w:t>+0.058</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4D65D469" w14:textId="77777777" w:rsidR="00297D2C" w:rsidRPr="00E302CD" w:rsidRDefault="00297D2C" w:rsidP="007B2FD8">
            <w:pPr>
              <w:jc w:val="center"/>
              <w:rPr>
                <w:rFonts w:ascii="Gill Sans MT" w:hAnsi="Gill Sans MT"/>
                <w:sz w:val="16"/>
                <w:szCs w:val="16"/>
              </w:rPr>
            </w:pPr>
            <w:r>
              <w:rPr>
                <w:rFonts w:ascii="Gill Sans MT" w:hAnsi="Gill Sans MT"/>
                <w:sz w:val="18"/>
              </w:rPr>
              <w:t>+1.23</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69292CA" w14:textId="77777777" w:rsidR="00297D2C" w:rsidRPr="00E302CD" w:rsidRDefault="00297D2C" w:rsidP="007B2FD8">
            <w:pPr>
              <w:jc w:val="center"/>
              <w:rPr>
                <w:rFonts w:ascii="Gill Sans MT" w:hAnsi="Gill Sans MT"/>
                <w:sz w:val="16"/>
                <w:szCs w:val="16"/>
              </w:rPr>
            </w:pPr>
            <w:r>
              <w:rPr>
                <w:rFonts w:ascii="Gill Sans MT" w:hAnsi="Gill Sans MT"/>
                <w:sz w:val="18"/>
              </w:rPr>
              <w:t>0.218</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501636A2"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0.509</w:t>
            </w:r>
          </w:p>
        </w:tc>
      </w:tr>
      <w:tr w:rsidR="00297D2C" w:rsidRPr="00E302CD" w14:paraId="7BF00F50"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D6D0A0F"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B27A603" w14:textId="77777777" w:rsidR="00297D2C" w:rsidRPr="00E302CD" w:rsidRDefault="00297D2C" w:rsidP="007B2FD8">
            <w:pPr>
              <w:jc w:val="center"/>
              <w:rPr>
                <w:rFonts w:ascii="Gill Sans MT" w:hAnsi="Gill Sans MT"/>
                <w:sz w:val="16"/>
                <w:szCs w:val="16"/>
              </w:rPr>
            </w:pPr>
            <w:r>
              <w:rPr>
                <w:rFonts w:ascii="Gill Sans MT" w:hAnsi="Gill Sans MT"/>
                <w:sz w:val="18"/>
              </w:rPr>
              <w:t>-0.027</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B187C49" w14:textId="77777777" w:rsidR="00297D2C" w:rsidRPr="00E302CD" w:rsidRDefault="00297D2C" w:rsidP="007B2FD8">
            <w:pPr>
              <w:jc w:val="center"/>
              <w:rPr>
                <w:rFonts w:ascii="Gill Sans MT" w:hAnsi="Gill Sans MT"/>
                <w:sz w:val="16"/>
                <w:szCs w:val="16"/>
              </w:rPr>
            </w:pPr>
            <w:r>
              <w:rPr>
                <w:rFonts w:ascii="Gill Sans MT" w:hAnsi="Gill Sans MT"/>
                <w:sz w:val="18"/>
              </w:rPr>
              <w:t>-0.56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564C306" w14:textId="77777777" w:rsidR="00297D2C" w:rsidRPr="00E302CD" w:rsidRDefault="00297D2C" w:rsidP="007B2FD8">
            <w:pPr>
              <w:jc w:val="center"/>
              <w:rPr>
                <w:rFonts w:ascii="Gill Sans MT" w:hAnsi="Gill Sans MT"/>
                <w:sz w:val="16"/>
                <w:szCs w:val="16"/>
              </w:rPr>
            </w:pPr>
            <w:r>
              <w:rPr>
                <w:rFonts w:ascii="Gill Sans MT" w:hAnsi="Gill Sans MT"/>
                <w:sz w:val="18"/>
              </w:rPr>
              <w:t>0.573</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59ABA75" w14:textId="77777777" w:rsidR="00297D2C" w:rsidRPr="00E302CD" w:rsidRDefault="00297D2C" w:rsidP="007B2FD8">
            <w:pPr>
              <w:jc w:val="center"/>
              <w:rPr>
                <w:rFonts w:ascii="Gill Sans MT" w:hAnsi="Gill Sans MT"/>
                <w:sz w:val="16"/>
                <w:szCs w:val="16"/>
              </w:rPr>
            </w:pPr>
            <w:r>
              <w:rPr>
                <w:rFonts w:ascii="Gill Sans MT" w:hAnsi="Gill Sans MT"/>
                <w:sz w:val="16"/>
                <w:szCs w:val="16"/>
              </w:rPr>
              <w:t>0.668</w:t>
            </w:r>
          </w:p>
        </w:tc>
      </w:tr>
      <w:tr w:rsidR="00297D2C" w:rsidRPr="00E302CD" w14:paraId="63AF9C71" w14:textId="77777777" w:rsidTr="007B2FD8">
        <w:tc>
          <w:tcPr>
            <w:tcW w:w="207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3887715"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LIM-VAN</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54D469B" w14:textId="77777777" w:rsidR="00297D2C" w:rsidRPr="00E302CD" w:rsidRDefault="00297D2C" w:rsidP="007B2FD8">
            <w:pPr>
              <w:jc w:val="center"/>
              <w:rPr>
                <w:rFonts w:ascii="Gill Sans MT" w:hAnsi="Gill Sans MT"/>
                <w:sz w:val="16"/>
                <w:szCs w:val="16"/>
              </w:rPr>
            </w:pPr>
            <w:r>
              <w:rPr>
                <w:rFonts w:ascii="Gill Sans MT" w:hAnsi="Gill Sans MT"/>
                <w:sz w:val="18"/>
              </w:rPr>
              <w:t>+0.059</w:t>
            </w:r>
          </w:p>
        </w:tc>
        <w:tc>
          <w:tcPr>
            <w:tcW w:w="1752"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609A8A50" w14:textId="77777777" w:rsidR="00297D2C" w:rsidRPr="00E302CD" w:rsidRDefault="00297D2C" w:rsidP="007B2FD8">
            <w:pPr>
              <w:jc w:val="center"/>
              <w:rPr>
                <w:rFonts w:ascii="Gill Sans MT" w:hAnsi="Gill Sans MT"/>
                <w:sz w:val="16"/>
                <w:szCs w:val="16"/>
              </w:rPr>
            </w:pPr>
            <w:r>
              <w:rPr>
                <w:rFonts w:ascii="Gill Sans MT" w:hAnsi="Gill Sans MT"/>
                <w:sz w:val="18"/>
              </w:rPr>
              <w:t>+1.26</w:t>
            </w:r>
          </w:p>
        </w:tc>
        <w:tc>
          <w:tcPr>
            <w:tcW w:w="1797"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23B90F62" w14:textId="77777777" w:rsidR="00297D2C" w:rsidRPr="00E302CD" w:rsidRDefault="00297D2C" w:rsidP="007B2FD8">
            <w:pPr>
              <w:jc w:val="center"/>
              <w:rPr>
                <w:rFonts w:ascii="Gill Sans MT" w:hAnsi="Gill Sans MT"/>
                <w:sz w:val="16"/>
                <w:szCs w:val="16"/>
              </w:rPr>
            </w:pPr>
            <w:r>
              <w:rPr>
                <w:rFonts w:ascii="Gill Sans MT" w:hAnsi="Gill Sans MT"/>
                <w:sz w:val="18"/>
              </w:rPr>
              <w:t>0.209</w:t>
            </w:r>
          </w:p>
        </w:tc>
        <w:tc>
          <w:tcPr>
            <w:tcW w:w="1750"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tcPr>
          <w:p w14:paraId="0D8FE0C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0.509</w:t>
            </w:r>
          </w:p>
        </w:tc>
      </w:tr>
      <w:tr w:rsidR="00297D2C" w:rsidRPr="00E302CD" w14:paraId="059160ED" w14:textId="77777777" w:rsidTr="007B2FD8">
        <w:tc>
          <w:tcPr>
            <w:tcW w:w="2070" w:type="dxa"/>
            <w:tcBorders>
              <w:top w:val="none" w:sz="0" w:space="0" w:color="FFFFFF"/>
              <w:left w:val="none" w:sz="0" w:space="0" w:color="FFFFFF"/>
              <w:bottom w:val="nil"/>
              <w:right w:val="none" w:sz="0" w:space="0" w:color="FFFFFF"/>
            </w:tcBorders>
            <w:tcMar>
              <w:top w:w="8" w:type="dxa"/>
              <w:left w:w="60" w:type="dxa"/>
              <w:bottom w:w="8" w:type="dxa"/>
              <w:right w:w="60" w:type="dxa"/>
            </w:tcMar>
            <w:vAlign w:val="center"/>
          </w:tcPr>
          <w:p w14:paraId="63118CF1"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LIM-FPN</w:t>
            </w:r>
          </w:p>
        </w:tc>
        <w:tc>
          <w:tcPr>
            <w:tcW w:w="1797" w:type="dxa"/>
            <w:tcBorders>
              <w:top w:val="none" w:sz="0" w:space="0" w:color="FFFFFF"/>
              <w:left w:val="none" w:sz="0" w:space="0" w:color="FFFFFF"/>
              <w:bottom w:val="nil"/>
              <w:right w:val="none" w:sz="0" w:space="0" w:color="FFFFFF"/>
            </w:tcBorders>
            <w:tcMar>
              <w:top w:w="8" w:type="dxa"/>
              <w:left w:w="60" w:type="dxa"/>
              <w:bottom w:w="8" w:type="dxa"/>
              <w:right w:w="60" w:type="dxa"/>
            </w:tcMar>
          </w:tcPr>
          <w:p w14:paraId="3358D6FD" w14:textId="77777777" w:rsidR="00297D2C" w:rsidRPr="00E302CD" w:rsidRDefault="00297D2C" w:rsidP="007B2FD8">
            <w:pPr>
              <w:jc w:val="center"/>
              <w:rPr>
                <w:rFonts w:ascii="Gill Sans MT" w:hAnsi="Gill Sans MT"/>
                <w:sz w:val="16"/>
                <w:szCs w:val="16"/>
              </w:rPr>
            </w:pPr>
            <w:r>
              <w:rPr>
                <w:rFonts w:ascii="Gill Sans MT" w:hAnsi="Gill Sans MT"/>
                <w:sz w:val="18"/>
              </w:rPr>
              <w:t>+0.040</w:t>
            </w:r>
          </w:p>
        </w:tc>
        <w:tc>
          <w:tcPr>
            <w:tcW w:w="1752" w:type="dxa"/>
            <w:tcBorders>
              <w:top w:val="none" w:sz="0" w:space="0" w:color="FFFFFF"/>
              <w:left w:val="none" w:sz="0" w:space="0" w:color="FFFFFF"/>
              <w:bottom w:val="nil"/>
              <w:right w:val="none" w:sz="0" w:space="0" w:color="FFFFFF"/>
            </w:tcBorders>
            <w:tcMar>
              <w:top w:w="8" w:type="dxa"/>
              <w:left w:w="60" w:type="dxa"/>
              <w:bottom w:w="8" w:type="dxa"/>
              <w:right w:w="60" w:type="dxa"/>
            </w:tcMar>
          </w:tcPr>
          <w:p w14:paraId="723C6ECA" w14:textId="77777777" w:rsidR="00297D2C" w:rsidRPr="00E302CD" w:rsidRDefault="00297D2C" w:rsidP="007B2FD8">
            <w:pPr>
              <w:jc w:val="center"/>
              <w:rPr>
                <w:rFonts w:ascii="Gill Sans MT" w:hAnsi="Gill Sans MT"/>
                <w:sz w:val="16"/>
                <w:szCs w:val="16"/>
              </w:rPr>
            </w:pPr>
            <w:r>
              <w:rPr>
                <w:rFonts w:ascii="Gill Sans MT" w:hAnsi="Gill Sans MT"/>
                <w:sz w:val="18"/>
              </w:rPr>
              <w:t>+0.83</w:t>
            </w:r>
          </w:p>
        </w:tc>
        <w:tc>
          <w:tcPr>
            <w:tcW w:w="1797" w:type="dxa"/>
            <w:tcBorders>
              <w:top w:val="none" w:sz="0" w:space="0" w:color="FFFFFF"/>
              <w:left w:val="none" w:sz="0" w:space="0" w:color="FFFFFF"/>
              <w:bottom w:val="nil"/>
              <w:right w:val="none" w:sz="0" w:space="0" w:color="FFFFFF"/>
            </w:tcBorders>
            <w:tcMar>
              <w:top w:w="8" w:type="dxa"/>
              <w:left w:w="60" w:type="dxa"/>
              <w:bottom w:w="8" w:type="dxa"/>
              <w:right w:w="60" w:type="dxa"/>
            </w:tcMar>
          </w:tcPr>
          <w:p w14:paraId="13733525" w14:textId="77777777" w:rsidR="00297D2C" w:rsidRPr="00E302CD" w:rsidRDefault="00297D2C" w:rsidP="007B2FD8">
            <w:pPr>
              <w:jc w:val="center"/>
              <w:rPr>
                <w:rFonts w:ascii="Gill Sans MT" w:hAnsi="Gill Sans MT"/>
                <w:sz w:val="16"/>
                <w:szCs w:val="16"/>
              </w:rPr>
            </w:pPr>
            <w:r>
              <w:rPr>
                <w:rFonts w:ascii="Gill Sans MT" w:hAnsi="Gill Sans MT"/>
                <w:sz w:val="18"/>
              </w:rPr>
              <w:t>0.406</w:t>
            </w:r>
          </w:p>
        </w:tc>
        <w:tc>
          <w:tcPr>
            <w:tcW w:w="1750" w:type="dxa"/>
            <w:tcBorders>
              <w:top w:val="none" w:sz="0" w:space="0" w:color="FFFFFF"/>
              <w:left w:val="none" w:sz="0" w:space="0" w:color="FFFFFF"/>
              <w:bottom w:val="nil"/>
              <w:right w:val="none" w:sz="0" w:space="0" w:color="FFFFFF"/>
            </w:tcBorders>
            <w:tcMar>
              <w:top w:w="8" w:type="dxa"/>
              <w:left w:w="60" w:type="dxa"/>
              <w:bottom w:w="8" w:type="dxa"/>
              <w:right w:w="60" w:type="dxa"/>
            </w:tcMar>
          </w:tcPr>
          <w:p w14:paraId="45CA865C"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0.568</w:t>
            </w:r>
          </w:p>
        </w:tc>
      </w:tr>
      <w:tr w:rsidR="00297D2C" w:rsidRPr="00E302CD" w14:paraId="4F10B1F6" w14:textId="77777777" w:rsidTr="007B2FD8">
        <w:tc>
          <w:tcPr>
            <w:tcW w:w="2070" w:type="dxa"/>
            <w:tcBorders>
              <w:top w:val="nil"/>
              <w:left w:val="nil"/>
              <w:bottom w:val="single" w:sz="4" w:space="0" w:color="auto"/>
              <w:right w:val="nil"/>
            </w:tcBorders>
            <w:tcMar>
              <w:top w:w="8" w:type="dxa"/>
              <w:left w:w="60" w:type="dxa"/>
              <w:bottom w:w="8" w:type="dxa"/>
              <w:right w:w="60" w:type="dxa"/>
            </w:tcMar>
            <w:vAlign w:val="center"/>
          </w:tcPr>
          <w:p w14:paraId="35400DFC" w14:textId="77777777" w:rsidR="00297D2C" w:rsidRPr="00E302CD" w:rsidRDefault="00297D2C" w:rsidP="007B2FD8">
            <w:pPr>
              <w:rPr>
                <w:rFonts w:ascii="Gill Sans MT" w:hAnsi="Gill Sans MT"/>
                <w:sz w:val="16"/>
                <w:szCs w:val="16"/>
              </w:rPr>
            </w:pPr>
            <w:r>
              <w:rPr>
                <w:rFonts w:ascii="Gill Sans MT" w:eastAsia="Calibri" w:hAnsi="Gill Sans MT" w:cs="Calibri"/>
                <w:sz w:val="16"/>
                <w:szCs w:val="16"/>
              </w:rPr>
              <w:t>LIM-DMN</w:t>
            </w:r>
          </w:p>
        </w:tc>
        <w:tc>
          <w:tcPr>
            <w:tcW w:w="1797" w:type="dxa"/>
            <w:tcBorders>
              <w:top w:val="nil"/>
              <w:left w:val="nil"/>
              <w:bottom w:val="single" w:sz="4" w:space="0" w:color="auto"/>
              <w:right w:val="nil"/>
            </w:tcBorders>
            <w:tcMar>
              <w:top w:w="8" w:type="dxa"/>
              <w:left w:w="60" w:type="dxa"/>
              <w:bottom w:w="8" w:type="dxa"/>
              <w:right w:w="60" w:type="dxa"/>
            </w:tcMar>
          </w:tcPr>
          <w:p w14:paraId="756544A0" w14:textId="77777777" w:rsidR="00297D2C" w:rsidRPr="00E302CD" w:rsidRDefault="00297D2C" w:rsidP="007B2FD8">
            <w:pPr>
              <w:jc w:val="center"/>
              <w:rPr>
                <w:rFonts w:ascii="Gill Sans MT" w:hAnsi="Gill Sans MT"/>
                <w:sz w:val="16"/>
                <w:szCs w:val="16"/>
              </w:rPr>
            </w:pPr>
            <w:r>
              <w:rPr>
                <w:rFonts w:ascii="Gill Sans MT" w:hAnsi="Gill Sans MT"/>
                <w:sz w:val="18"/>
              </w:rPr>
              <w:t>+0.070</w:t>
            </w:r>
          </w:p>
        </w:tc>
        <w:tc>
          <w:tcPr>
            <w:tcW w:w="1752" w:type="dxa"/>
            <w:tcBorders>
              <w:top w:val="nil"/>
              <w:left w:val="nil"/>
              <w:bottom w:val="single" w:sz="4" w:space="0" w:color="auto"/>
              <w:right w:val="nil"/>
            </w:tcBorders>
            <w:tcMar>
              <w:top w:w="8" w:type="dxa"/>
              <w:left w:w="60" w:type="dxa"/>
              <w:bottom w:w="8" w:type="dxa"/>
              <w:right w:w="60" w:type="dxa"/>
            </w:tcMar>
          </w:tcPr>
          <w:p w14:paraId="4906A449" w14:textId="77777777" w:rsidR="00297D2C" w:rsidRPr="00E302CD" w:rsidRDefault="00297D2C" w:rsidP="007B2FD8">
            <w:pPr>
              <w:jc w:val="center"/>
              <w:rPr>
                <w:rFonts w:ascii="Gill Sans MT" w:hAnsi="Gill Sans MT"/>
                <w:sz w:val="16"/>
                <w:szCs w:val="16"/>
              </w:rPr>
            </w:pPr>
            <w:r>
              <w:rPr>
                <w:rFonts w:ascii="Gill Sans MT" w:hAnsi="Gill Sans MT"/>
                <w:sz w:val="18"/>
              </w:rPr>
              <w:t>+1.49</w:t>
            </w:r>
          </w:p>
        </w:tc>
        <w:tc>
          <w:tcPr>
            <w:tcW w:w="1797" w:type="dxa"/>
            <w:tcBorders>
              <w:top w:val="nil"/>
              <w:left w:val="nil"/>
              <w:bottom w:val="single" w:sz="4" w:space="0" w:color="auto"/>
              <w:right w:val="nil"/>
            </w:tcBorders>
            <w:tcMar>
              <w:top w:w="8" w:type="dxa"/>
              <w:left w:w="60" w:type="dxa"/>
              <w:bottom w:w="8" w:type="dxa"/>
              <w:right w:w="60" w:type="dxa"/>
            </w:tcMar>
          </w:tcPr>
          <w:p w14:paraId="1ED96F98" w14:textId="77777777" w:rsidR="00297D2C" w:rsidRPr="00E302CD" w:rsidRDefault="00297D2C" w:rsidP="007B2FD8">
            <w:pPr>
              <w:jc w:val="center"/>
              <w:rPr>
                <w:rFonts w:ascii="Gill Sans MT" w:hAnsi="Gill Sans MT"/>
                <w:sz w:val="16"/>
                <w:szCs w:val="16"/>
              </w:rPr>
            </w:pPr>
            <w:r>
              <w:rPr>
                <w:rFonts w:ascii="Gill Sans MT" w:hAnsi="Gill Sans MT"/>
                <w:sz w:val="18"/>
              </w:rPr>
              <w:t>0.138</w:t>
            </w:r>
          </w:p>
        </w:tc>
        <w:tc>
          <w:tcPr>
            <w:tcW w:w="1750" w:type="dxa"/>
            <w:tcBorders>
              <w:top w:val="nil"/>
              <w:left w:val="nil"/>
              <w:bottom w:val="single" w:sz="4" w:space="0" w:color="auto"/>
              <w:right w:val="nil"/>
            </w:tcBorders>
            <w:tcMar>
              <w:top w:w="8" w:type="dxa"/>
              <w:left w:w="60" w:type="dxa"/>
              <w:bottom w:w="8" w:type="dxa"/>
              <w:right w:w="60" w:type="dxa"/>
            </w:tcMar>
          </w:tcPr>
          <w:p w14:paraId="169AE35A" w14:textId="77777777" w:rsidR="00297D2C" w:rsidRPr="00E302CD" w:rsidRDefault="00297D2C" w:rsidP="007B2FD8">
            <w:pPr>
              <w:jc w:val="center"/>
              <w:rPr>
                <w:rFonts w:ascii="Gill Sans MT" w:hAnsi="Gill Sans MT"/>
                <w:sz w:val="16"/>
                <w:szCs w:val="16"/>
              </w:rPr>
            </w:pPr>
            <w:r>
              <w:rPr>
                <w:rFonts w:ascii="Gill Sans MT" w:hAnsi="Gill Sans MT"/>
                <w:sz w:val="16"/>
                <w:szCs w:val="16"/>
              </w:rPr>
              <w:t>0.509</w:t>
            </w:r>
          </w:p>
        </w:tc>
      </w:tr>
    </w:tbl>
    <w:p w14:paraId="4E880208" w14:textId="77777777" w:rsidR="00297D2C" w:rsidRDefault="00297D2C" w:rsidP="00297D2C">
      <w:pPr>
        <w:spacing w:after="60"/>
        <w:jc w:val="both"/>
        <w:rPr>
          <w:rFonts w:ascii="Gill Sans MT" w:eastAsia="Calibri" w:hAnsi="Gill Sans MT" w:cs="Calibri"/>
          <w:b/>
          <w:bCs/>
          <w:sz w:val="16"/>
          <w:szCs w:val="16"/>
        </w:rPr>
      </w:pPr>
      <w:r>
        <w:rPr>
          <w:rFonts w:ascii="Gill Sans MT" w:eastAsia="Calibri" w:hAnsi="Gill Sans MT" w:cs="Calibri"/>
          <w:sz w:val="16"/>
          <w:szCs w:val="16"/>
        </w:rPr>
        <w:t xml:space="preserve">Associations between clinical measures and limbic imaging measures in the pooled Lewy body disease cohort (PSG-confirmed </w:t>
      </w:r>
      <w:proofErr w:type="spellStart"/>
      <w:r>
        <w:rPr>
          <w:rFonts w:ascii="Gill Sans MT" w:eastAsia="Calibri" w:hAnsi="Gill Sans MT" w:cs="Calibri"/>
          <w:sz w:val="16"/>
          <w:szCs w:val="16"/>
        </w:rPr>
        <w:t>iRBD</w:t>
      </w:r>
      <w:proofErr w:type="spellEnd"/>
      <w:r>
        <w:rPr>
          <w:rFonts w:ascii="Gill Sans MT" w:eastAsia="Calibri" w:hAnsi="Gill Sans MT" w:cs="Calibri"/>
          <w:sz w:val="16"/>
          <w:szCs w:val="16"/>
        </w:rPr>
        <w:t>, PD-RBD and PD-</w:t>
      </w:r>
      <w:proofErr w:type="spellStart"/>
      <w:r>
        <w:rPr>
          <w:rFonts w:ascii="Gill Sans MT" w:eastAsia="Calibri" w:hAnsi="Gill Sans MT" w:cs="Calibri"/>
          <w:sz w:val="16"/>
          <w:szCs w:val="16"/>
        </w:rPr>
        <w:t>nRBD</w:t>
      </w:r>
      <w:proofErr w:type="spellEnd"/>
      <w:r>
        <w:rPr>
          <w:rFonts w:ascii="Gill Sans MT" w:eastAsia="Calibri" w:hAnsi="Gill Sans MT" w:cs="Calibri"/>
          <w:sz w:val="16"/>
          <w:szCs w:val="16"/>
        </w:rPr>
        <w:t xml:space="preserve">; n = 504). Associations were assessed using general linear models with the imaging measure as the outcome and the clinical measure as the predictor, adjusting for age and sex; </w:t>
      </w:r>
      <w:r>
        <w:rPr>
          <w:rFonts w:ascii="Calibri" w:eastAsia="Calibri" w:hAnsi="Calibri" w:cs="Calibri"/>
          <w:sz w:val="16"/>
          <w:szCs w:val="16"/>
        </w:rPr>
        <w:t>β</w:t>
      </w:r>
      <w:r>
        <w:rPr>
          <w:rFonts w:ascii="Gill Sans MT" w:eastAsia="Calibri" w:hAnsi="Gill Sans MT" w:cs="Calibri"/>
          <w:sz w:val="16"/>
          <w:szCs w:val="16"/>
        </w:rPr>
        <w:t xml:space="preserve"> is the standardised change in the imaging measure per one-SD increase in the clinical measure, with its t statistic and (uncorrected) P value; P-FDR is the Benjamini-Hochberg false discovery rate corrected within each measure family (bilateral structural volumes, lateralised structural volumes, subcortical connectivity, cortical connectivity), with the Limbic Vulnerability Indices reported uncorrected. Bold denotes P-FDR &lt; 0.05 (P &lt; 0.05 for the Limbic Vulnerability Indices). Limbic Vulnerability Indices are oriented so that higher values indicate greater vulnerability; individual volumes and connectivity measures are in native direction. ACC, anterior cingulate cortex; AMY, amygdala; DAN, dorsal attention; DMN, default mode; ESS, Epworth Sleepiness Scale; FPN, frontoparietal; GDS, Geriatric Depression Scale; HIP, hippocampus; </w:t>
      </w:r>
      <w:proofErr w:type="spellStart"/>
      <w:r>
        <w:rPr>
          <w:rFonts w:ascii="Gill Sans MT" w:eastAsia="Calibri" w:hAnsi="Gill Sans MT" w:cs="Calibri"/>
          <w:sz w:val="16"/>
          <w:szCs w:val="16"/>
        </w:rPr>
        <w:t>iRBD</w:t>
      </w:r>
      <w:proofErr w:type="spellEnd"/>
      <w:r>
        <w:rPr>
          <w:rFonts w:ascii="Gill Sans MT" w:eastAsia="Calibri" w:hAnsi="Gill Sans MT" w:cs="Calibri"/>
          <w:sz w:val="16"/>
          <w:szCs w:val="16"/>
        </w:rPr>
        <w:t xml:space="preserve">, isolated REM sleep behaviour disorder; LIM, limbic network; MoCA, Montreal Cognitive Assessment; PD, Parkinson's disease; RBD, REM sleep behaviour disorder; RBDSQ, RBD Screening Questionnaire; SMN, </w:t>
      </w:r>
      <w:proofErr w:type="spellStart"/>
      <w:r>
        <w:rPr>
          <w:rFonts w:ascii="Gill Sans MT" w:eastAsia="Calibri" w:hAnsi="Gill Sans MT" w:cs="Calibri"/>
          <w:sz w:val="16"/>
          <w:szCs w:val="16"/>
        </w:rPr>
        <w:t>somatomotor</w:t>
      </w:r>
      <w:proofErr w:type="spellEnd"/>
      <w:r>
        <w:rPr>
          <w:rFonts w:ascii="Gill Sans MT" w:eastAsia="Calibri" w:hAnsi="Gill Sans MT" w:cs="Calibri"/>
          <w:sz w:val="16"/>
          <w:szCs w:val="16"/>
        </w:rPr>
        <w:t>; STAI, State-Trait Anxiety Inventory; UPSIT, University of Pennsylvania Smell Identification Test; VAN, ventral attention; VIS, visual; WC, whole cortex</w:t>
      </w:r>
    </w:p>
    <w:p w14:paraId="52C2DAAD" w14:textId="77777777" w:rsidR="00297D2C" w:rsidRPr="003B6D8D" w:rsidRDefault="00297D2C" w:rsidP="00297D2C">
      <w:pPr>
        <w:spacing w:before="360" w:after="60"/>
        <w:rPr>
          <w:rFonts w:ascii="Gill Sans MT" w:hAnsi="Gill Sans MT"/>
          <w:sz w:val="16"/>
          <w:szCs w:val="16"/>
        </w:rPr>
      </w:pPr>
      <w:r>
        <w:rPr>
          <w:rFonts w:ascii="Gill Sans MT" w:eastAsia="Calibri" w:hAnsi="Gill Sans MT" w:cs="Calibri"/>
          <w:b/>
          <w:bCs/>
          <w:sz w:val="16"/>
          <w:szCs w:val="16"/>
        </w:rPr>
        <w:t xml:space="preserve">Supplementary Table 5: Correlations of CSF and dopaminergic biomarkers with limbic measures in PSG-confirmed </w:t>
      </w:r>
      <w:proofErr w:type="spellStart"/>
      <w:r>
        <w:rPr>
          <w:rFonts w:ascii="Gill Sans MT" w:eastAsia="Calibri" w:hAnsi="Gill Sans MT" w:cs="Calibri"/>
          <w:b/>
          <w:bCs/>
          <w:sz w:val="16"/>
          <w:szCs w:val="16"/>
        </w:rPr>
        <w:t>iRBD</w:t>
      </w:r>
      <w:proofErr w:type="spellEnd"/>
    </w:p>
    <w:tbl>
      <w:tblPr>
        <w:tblW w:w="8080" w:type="dxa"/>
        <w:tblCellMar>
          <w:left w:w="10" w:type="dxa"/>
          <w:right w:w="10" w:type="dxa"/>
        </w:tblCellMar>
        <w:tblLook w:val="04A0" w:firstRow="1" w:lastRow="0" w:firstColumn="1" w:lastColumn="0" w:noHBand="0" w:noVBand="1"/>
      </w:tblPr>
      <w:tblGrid>
        <w:gridCol w:w="2070"/>
        <w:gridCol w:w="1752"/>
        <w:gridCol w:w="1797"/>
        <w:gridCol w:w="2461"/>
      </w:tblGrid>
      <w:tr w:rsidR="00297D2C" w:rsidRPr="003B6D8D" w14:paraId="3628A2C2" w14:textId="77777777" w:rsidTr="007B2FD8">
        <w:tc>
          <w:tcPr>
            <w:tcW w:w="8080" w:type="dxa"/>
            <w:gridSpan w:val="4"/>
            <w:tcMar>
              <w:top w:w="8" w:type="dxa"/>
              <w:left w:w="60" w:type="dxa"/>
              <w:bottom w:w="8" w:type="dxa"/>
              <w:right w:w="60" w:type="dxa"/>
            </w:tcMar>
            <w:vAlign w:val="bottom"/>
          </w:tcPr>
          <w:p w14:paraId="184BFCA9" w14:textId="77777777" w:rsidR="00297D2C" w:rsidRPr="003B6D8D" w:rsidRDefault="00297D2C" w:rsidP="007B2FD8">
            <w:pPr>
              <w:jc w:val="center"/>
              <w:rPr>
                <w:rFonts w:ascii="Gill Sans MT" w:eastAsia="Calibri" w:hAnsi="Gill Sans MT" w:cs="Calibri"/>
                <w:b/>
                <w:bCs/>
                <w:sz w:val="16"/>
                <w:szCs w:val="16"/>
              </w:rPr>
            </w:pPr>
            <w:r>
              <w:rPr>
                <w:rFonts w:ascii="Gill Sans MT" w:eastAsia="Calibri" w:hAnsi="Gill Sans MT" w:cs="Calibri"/>
                <w:b/>
                <w:bCs/>
                <w:sz w:val="16"/>
                <w:szCs w:val="16"/>
              </w:rPr>
              <w:t>CSF A</w:t>
            </w:r>
            <w:r>
              <w:rPr>
                <w:rFonts w:ascii="Calibri" w:eastAsia="Calibri" w:hAnsi="Calibri" w:cs="Calibri"/>
                <w:b/>
                <w:bCs/>
                <w:sz w:val="16"/>
                <w:szCs w:val="16"/>
              </w:rPr>
              <w:t>β</w:t>
            </w:r>
            <w:r>
              <w:rPr>
                <w:rFonts w:ascii="Gill Sans MT" w:eastAsia="Calibri" w:hAnsi="Gill Sans MT" w:cs="Calibri"/>
                <w:b/>
                <w:bCs/>
                <w:sz w:val="16"/>
                <w:szCs w:val="16"/>
              </w:rPr>
              <w:t>42/40 ratio (n = 103)</w:t>
            </w:r>
          </w:p>
        </w:tc>
      </w:tr>
      <w:tr w:rsidR="00297D2C" w:rsidRPr="003B6D8D" w14:paraId="3409199F" w14:textId="77777777" w:rsidTr="007B2FD8">
        <w:tc>
          <w:tcPr>
            <w:tcW w:w="2070" w:type="dxa"/>
            <w:tcBorders>
              <w:bottom w:val="single" w:sz="4" w:space="0" w:color="auto"/>
            </w:tcBorders>
            <w:tcMar>
              <w:top w:w="8" w:type="dxa"/>
              <w:left w:w="60" w:type="dxa"/>
              <w:bottom w:w="8" w:type="dxa"/>
              <w:right w:w="60" w:type="dxa"/>
            </w:tcMar>
            <w:vAlign w:val="center"/>
          </w:tcPr>
          <w:p w14:paraId="4FF8AB44" w14:textId="77777777" w:rsidR="00297D2C" w:rsidRPr="003B6D8D" w:rsidRDefault="00297D2C" w:rsidP="007B2FD8">
            <w:pPr>
              <w:rPr>
                <w:rFonts w:ascii="Gill Sans MT" w:hAnsi="Gill Sans MT"/>
                <w:sz w:val="16"/>
                <w:szCs w:val="16"/>
              </w:rPr>
            </w:pPr>
          </w:p>
        </w:tc>
        <w:tc>
          <w:tcPr>
            <w:tcW w:w="1752" w:type="dxa"/>
            <w:tcBorders>
              <w:bottom w:val="single" w:sz="4" w:space="0" w:color="auto"/>
            </w:tcBorders>
            <w:tcMar>
              <w:top w:w="8" w:type="dxa"/>
              <w:left w:w="60" w:type="dxa"/>
              <w:bottom w:w="8" w:type="dxa"/>
              <w:right w:w="60" w:type="dxa"/>
            </w:tcMar>
          </w:tcPr>
          <w:p w14:paraId="11CF31CA" w14:textId="77777777" w:rsidR="00297D2C" w:rsidRPr="003B6D8D" w:rsidRDefault="00297D2C" w:rsidP="007B2FD8">
            <w:pPr>
              <w:jc w:val="center"/>
              <w:rPr>
                <w:rFonts w:ascii="Gill Sans MT" w:hAnsi="Gill Sans MT"/>
                <w:sz w:val="16"/>
                <w:szCs w:val="16"/>
              </w:rPr>
            </w:pPr>
            <w:r>
              <w:rPr>
                <w:rFonts w:ascii="Calibri" w:hAnsi="Calibri" w:cs="Calibri"/>
                <w:b/>
                <w:sz w:val="16"/>
                <w:szCs w:val="16"/>
              </w:rPr>
              <w:t>ρ</w:t>
            </w:r>
          </w:p>
        </w:tc>
        <w:tc>
          <w:tcPr>
            <w:tcW w:w="1797" w:type="dxa"/>
            <w:tcBorders>
              <w:bottom w:val="single" w:sz="4" w:space="0" w:color="auto"/>
            </w:tcBorders>
            <w:tcMar>
              <w:top w:w="8" w:type="dxa"/>
              <w:left w:w="60" w:type="dxa"/>
              <w:bottom w:w="8" w:type="dxa"/>
              <w:right w:w="60" w:type="dxa"/>
            </w:tcMar>
            <w:vAlign w:val="center"/>
          </w:tcPr>
          <w:p w14:paraId="54B5BCF1"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2461" w:type="dxa"/>
            <w:tcBorders>
              <w:bottom w:val="single" w:sz="4" w:space="0" w:color="auto"/>
            </w:tcBorders>
            <w:tcMar>
              <w:top w:w="8" w:type="dxa"/>
              <w:left w:w="60" w:type="dxa"/>
              <w:bottom w:w="8" w:type="dxa"/>
              <w:right w:w="60" w:type="dxa"/>
            </w:tcMar>
            <w:vAlign w:val="center"/>
          </w:tcPr>
          <w:p w14:paraId="5B1E49FB"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3B6D8D" w14:paraId="20123E66" w14:textId="77777777" w:rsidTr="007B2FD8">
        <w:tc>
          <w:tcPr>
            <w:tcW w:w="8080" w:type="dxa"/>
            <w:gridSpan w:val="4"/>
            <w:tcBorders>
              <w:top w:val="single" w:sz="4" w:space="0" w:color="auto"/>
            </w:tcBorders>
            <w:tcMar>
              <w:top w:w="8" w:type="dxa"/>
              <w:left w:w="60" w:type="dxa"/>
              <w:bottom w:w="8" w:type="dxa"/>
              <w:right w:w="60" w:type="dxa"/>
            </w:tcMar>
            <w:vAlign w:val="center"/>
          </w:tcPr>
          <w:p w14:paraId="5C28B0C4"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3B6D8D" w14:paraId="2EA28486" w14:textId="77777777" w:rsidTr="007B2FD8">
        <w:tc>
          <w:tcPr>
            <w:tcW w:w="2070" w:type="dxa"/>
            <w:tcMar>
              <w:top w:w="8" w:type="dxa"/>
              <w:left w:w="60" w:type="dxa"/>
              <w:bottom w:w="8" w:type="dxa"/>
              <w:right w:w="60" w:type="dxa"/>
            </w:tcMar>
            <w:vAlign w:val="center"/>
          </w:tcPr>
          <w:p w14:paraId="76F097CF" w14:textId="77777777" w:rsidR="00297D2C" w:rsidRPr="003B6D8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52" w:type="dxa"/>
            <w:tcMar>
              <w:top w:w="8" w:type="dxa"/>
              <w:left w:w="60" w:type="dxa"/>
              <w:bottom w:w="8" w:type="dxa"/>
              <w:right w:w="60" w:type="dxa"/>
            </w:tcMar>
          </w:tcPr>
          <w:p w14:paraId="06FCC85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+0.030</w:t>
            </w:r>
          </w:p>
        </w:tc>
        <w:tc>
          <w:tcPr>
            <w:tcW w:w="1797" w:type="dxa"/>
            <w:tcMar>
              <w:top w:w="8" w:type="dxa"/>
              <w:left w:w="60" w:type="dxa"/>
              <w:bottom w:w="8" w:type="dxa"/>
              <w:right w:w="60" w:type="dxa"/>
            </w:tcMar>
          </w:tcPr>
          <w:p w14:paraId="2A9EEA9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0.767</w:t>
            </w:r>
          </w:p>
        </w:tc>
        <w:tc>
          <w:tcPr>
            <w:tcW w:w="2461" w:type="dxa"/>
            <w:tcMar>
              <w:top w:w="8" w:type="dxa"/>
              <w:left w:w="60" w:type="dxa"/>
              <w:bottom w:w="8" w:type="dxa"/>
              <w:right w:w="60" w:type="dxa"/>
            </w:tcMar>
            <w:vAlign w:val="center"/>
          </w:tcPr>
          <w:p w14:paraId="2D9B01D8" w14:textId="77777777" w:rsidR="00297D2C" w:rsidRPr="003B6D8D" w:rsidRDefault="00297D2C" w:rsidP="007B2FD8">
            <w:pPr>
              <w:jc w:val="center"/>
              <w:rPr>
                <w:rFonts w:ascii="Gill Sans MT" w:hAnsi="Gill Sans MT"/>
                <w:sz w:val="16"/>
                <w:szCs w:val="16"/>
              </w:rPr>
            </w:pPr>
          </w:p>
        </w:tc>
      </w:tr>
      <w:tr w:rsidR="00297D2C" w:rsidRPr="003B6D8D" w14:paraId="20BDA81A" w14:textId="77777777" w:rsidTr="007B2FD8">
        <w:tc>
          <w:tcPr>
            <w:tcW w:w="2070" w:type="dxa"/>
            <w:tcMar>
              <w:top w:w="8" w:type="dxa"/>
              <w:left w:w="60" w:type="dxa"/>
              <w:bottom w:w="8" w:type="dxa"/>
              <w:right w:w="60" w:type="dxa"/>
            </w:tcMar>
            <w:vAlign w:val="center"/>
          </w:tcPr>
          <w:p w14:paraId="2BC2E657" w14:textId="77777777" w:rsidR="00297D2C" w:rsidRPr="003B6D8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52" w:type="dxa"/>
            <w:tcMar>
              <w:top w:w="8" w:type="dxa"/>
              <w:left w:w="60" w:type="dxa"/>
              <w:bottom w:w="8" w:type="dxa"/>
              <w:right w:w="60" w:type="dxa"/>
            </w:tcMar>
          </w:tcPr>
          <w:p w14:paraId="6F0B736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-0.072</w:t>
            </w:r>
          </w:p>
        </w:tc>
        <w:tc>
          <w:tcPr>
            <w:tcW w:w="1797" w:type="dxa"/>
            <w:tcMar>
              <w:top w:w="8" w:type="dxa"/>
              <w:left w:w="60" w:type="dxa"/>
              <w:bottom w:w="8" w:type="dxa"/>
              <w:right w:w="60" w:type="dxa"/>
            </w:tcMar>
          </w:tcPr>
          <w:p w14:paraId="2556B0B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0.467</w:t>
            </w:r>
          </w:p>
        </w:tc>
        <w:tc>
          <w:tcPr>
            <w:tcW w:w="2461" w:type="dxa"/>
            <w:tcMar>
              <w:top w:w="8" w:type="dxa"/>
              <w:left w:w="60" w:type="dxa"/>
              <w:bottom w:w="8" w:type="dxa"/>
              <w:right w:w="60" w:type="dxa"/>
            </w:tcMar>
            <w:vAlign w:val="center"/>
          </w:tcPr>
          <w:p w14:paraId="09C68A8B" w14:textId="77777777" w:rsidR="00297D2C" w:rsidRPr="003B6D8D" w:rsidRDefault="00297D2C" w:rsidP="007B2FD8">
            <w:pPr>
              <w:jc w:val="center"/>
              <w:rPr>
                <w:rFonts w:ascii="Gill Sans MT" w:hAnsi="Gill Sans MT"/>
                <w:sz w:val="16"/>
                <w:szCs w:val="16"/>
              </w:rPr>
            </w:pPr>
          </w:p>
        </w:tc>
      </w:tr>
      <w:tr w:rsidR="00297D2C" w:rsidRPr="003B6D8D" w14:paraId="240983BC" w14:textId="77777777" w:rsidTr="007B2FD8">
        <w:tc>
          <w:tcPr>
            <w:tcW w:w="2070" w:type="dxa"/>
            <w:tcMar>
              <w:top w:w="8" w:type="dxa"/>
              <w:left w:w="60" w:type="dxa"/>
              <w:bottom w:w="8" w:type="dxa"/>
              <w:right w:w="60" w:type="dxa"/>
            </w:tcMar>
            <w:vAlign w:val="center"/>
          </w:tcPr>
          <w:p w14:paraId="26E6AA5D" w14:textId="77777777" w:rsidR="00297D2C" w:rsidRPr="003B6D8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52" w:type="dxa"/>
            <w:tcMar>
              <w:top w:w="8" w:type="dxa"/>
              <w:left w:w="60" w:type="dxa"/>
              <w:bottom w:w="8" w:type="dxa"/>
              <w:right w:w="60" w:type="dxa"/>
            </w:tcMar>
          </w:tcPr>
          <w:p w14:paraId="7A227F1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+0.004</w:t>
            </w:r>
          </w:p>
        </w:tc>
        <w:tc>
          <w:tcPr>
            <w:tcW w:w="1797" w:type="dxa"/>
            <w:tcMar>
              <w:top w:w="8" w:type="dxa"/>
              <w:left w:w="60" w:type="dxa"/>
              <w:bottom w:w="8" w:type="dxa"/>
              <w:right w:w="60" w:type="dxa"/>
            </w:tcMar>
          </w:tcPr>
          <w:p w14:paraId="1873406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0.966</w:t>
            </w:r>
          </w:p>
        </w:tc>
        <w:tc>
          <w:tcPr>
            <w:tcW w:w="2461" w:type="dxa"/>
            <w:tcMar>
              <w:top w:w="8" w:type="dxa"/>
              <w:left w:w="60" w:type="dxa"/>
              <w:bottom w:w="8" w:type="dxa"/>
              <w:right w:w="60" w:type="dxa"/>
            </w:tcMar>
            <w:vAlign w:val="center"/>
          </w:tcPr>
          <w:p w14:paraId="187A39D6" w14:textId="77777777" w:rsidR="00297D2C" w:rsidRPr="003B6D8D" w:rsidRDefault="00297D2C" w:rsidP="007B2FD8">
            <w:pPr>
              <w:jc w:val="center"/>
              <w:rPr>
                <w:rFonts w:ascii="Gill Sans MT" w:hAnsi="Gill Sans MT"/>
                <w:sz w:val="16"/>
                <w:szCs w:val="16"/>
              </w:rPr>
            </w:pPr>
          </w:p>
        </w:tc>
      </w:tr>
      <w:tr w:rsidR="00297D2C" w:rsidRPr="003B6D8D" w14:paraId="1D3762F6" w14:textId="77777777" w:rsidTr="007B2FD8">
        <w:tc>
          <w:tcPr>
            <w:tcW w:w="8080" w:type="dxa"/>
            <w:gridSpan w:val="4"/>
            <w:tcMar>
              <w:top w:w="8" w:type="dxa"/>
              <w:left w:w="60" w:type="dxa"/>
              <w:bottom w:w="8" w:type="dxa"/>
              <w:right w:w="60" w:type="dxa"/>
            </w:tcMar>
            <w:vAlign w:val="center"/>
          </w:tcPr>
          <w:p w14:paraId="1C0F9798"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3B6D8D" w14:paraId="0C35453D" w14:textId="77777777" w:rsidTr="007B2FD8">
        <w:tc>
          <w:tcPr>
            <w:tcW w:w="2070" w:type="dxa"/>
            <w:tcMar>
              <w:top w:w="8" w:type="dxa"/>
              <w:left w:w="60" w:type="dxa"/>
              <w:bottom w:w="8" w:type="dxa"/>
              <w:right w:w="60" w:type="dxa"/>
            </w:tcMar>
            <w:vAlign w:val="center"/>
          </w:tcPr>
          <w:p w14:paraId="70DC2871"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52" w:type="dxa"/>
            <w:tcMar>
              <w:top w:w="8" w:type="dxa"/>
              <w:left w:w="60" w:type="dxa"/>
              <w:bottom w:w="8" w:type="dxa"/>
              <w:right w:w="60" w:type="dxa"/>
            </w:tcMar>
          </w:tcPr>
          <w:p w14:paraId="4908764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+0.027</w:t>
            </w:r>
          </w:p>
        </w:tc>
        <w:tc>
          <w:tcPr>
            <w:tcW w:w="1797" w:type="dxa"/>
            <w:tcMar>
              <w:top w:w="8" w:type="dxa"/>
              <w:left w:w="60" w:type="dxa"/>
              <w:bottom w:w="8" w:type="dxa"/>
              <w:right w:w="60" w:type="dxa"/>
            </w:tcMar>
          </w:tcPr>
          <w:p w14:paraId="64AE6BF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0.787</w:t>
            </w:r>
          </w:p>
        </w:tc>
        <w:tc>
          <w:tcPr>
            <w:tcW w:w="2461" w:type="dxa"/>
            <w:tcMar>
              <w:top w:w="8" w:type="dxa"/>
              <w:left w:w="60" w:type="dxa"/>
              <w:bottom w:w="8" w:type="dxa"/>
              <w:right w:w="60" w:type="dxa"/>
            </w:tcMar>
          </w:tcPr>
          <w:p w14:paraId="1270CB5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0.943</w:t>
            </w:r>
          </w:p>
        </w:tc>
      </w:tr>
      <w:tr w:rsidR="00297D2C" w:rsidRPr="003B6D8D" w14:paraId="07245AD3" w14:textId="77777777" w:rsidTr="007B2FD8">
        <w:tc>
          <w:tcPr>
            <w:tcW w:w="2070" w:type="dxa"/>
            <w:tcMar>
              <w:top w:w="8" w:type="dxa"/>
              <w:left w:w="60" w:type="dxa"/>
              <w:bottom w:w="8" w:type="dxa"/>
              <w:right w:w="60" w:type="dxa"/>
            </w:tcMar>
            <w:vAlign w:val="center"/>
          </w:tcPr>
          <w:p w14:paraId="72ADE1F7"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52" w:type="dxa"/>
            <w:tcMar>
              <w:top w:w="8" w:type="dxa"/>
              <w:left w:w="60" w:type="dxa"/>
              <w:bottom w:w="8" w:type="dxa"/>
              <w:right w:w="60" w:type="dxa"/>
            </w:tcMar>
          </w:tcPr>
          <w:p w14:paraId="13C2B26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+0.099</w:t>
            </w:r>
          </w:p>
        </w:tc>
        <w:tc>
          <w:tcPr>
            <w:tcW w:w="1797" w:type="dxa"/>
            <w:tcMar>
              <w:top w:w="8" w:type="dxa"/>
              <w:left w:w="60" w:type="dxa"/>
              <w:bottom w:w="8" w:type="dxa"/>
              <w:right w:w="60" w:type="dxa"/>
            </w:tcMar>
          </w:tcPr>
          <w:p w14:paraId="2F42BBA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0.321</w:t>
            </w:r>
          </w:p>
        </w:tc>
        <w:tc>
          <w:tcPr>
            <w:tcW w:w="2461" w:type="dxa"/>
            <w:tcMar>
              <w:top w:w="8" w:type="dxa"/>
              <w:left w:w="60" w:type="dxa"/>
              <w:bottom w:w="8" w:type="dxa"/>
              <w:right w:w="60" w:type="dxa"/>
            </w:tcMar>
          </w:tcPr>
          <w:p w14:paraId="2E261C9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0.708</w:t>
            </w:r>
          </w:p>
        </w:tc>
      </w:tr>
      <w:tr w:rsidR="00297D2C" w:rsidRPr="003B6D8D" w14:paraId="07104AE2" w14:textId="77777777" w:rsidTr="007B2FD8">
        <w:tc>
          <w:tcPr>
            <w:tcW w:w="2070" w:type="dxa"/>
            <w:tcMar>
              <w:top w:w="8" w:type="dxa"/>
              <w:left w:w="60" w:type="dxa"/>
              <w:bottom w:w="8" w:type="dxa"/>
              <w:right w:w="60" w:type="dxa"/>
            </w:tcMar>
            <w:vAlign w:val="center"/>
          </w:tcPr>
          <w:p w14:paraId="18BD1570"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52" w:type="dxa"/>
            <w:tcMar>
              <w:top w:w="8" w:type="dxa"/>
              <w:left w:w="60" w:type="dxa"/>
              <w:bottom w:w="8" w:type="dxa"/>
              <w:right w:w="60" w:type="dxa"/>
            </w:tcMar>
          </w:tcPr>
          <w:p w14:paraId="28EC39C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-0.001</w:t>
            </w:r>
          </w:p>
        </w:tc>
        <w:tc>
          <w:tcPr>
            <w:tcW w:w="1797" w:type="dxa"/>
            <w:tcMar>
              <w:top w:w="8" w:type="dxa"/>
              <w:left w:w="60" w:type="dxa"/>
              <w:bottom w:w="8" w:type="dxa"/>
              <w:right w:w="60" w:type="dxa"/>
            </w:tcMar>
          </w:tcPr>
          <w:p w14:paraId="0971B48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0.990</w:t>
            </w:r>
          </w:p>
        </w:tc>
        <w:tc>
          <w:tcPr>
            <w:tcW w:w="2461" w:type="dxa"/>
            <w:tcMar>
              <w:top w:w="8" w:type="dxa"/>
              <w:left w:w="60" w:type="dxa"/>
              <w:bottom w:w="8" w:type="dxa"/>
              <w:right w:w="60" w:type="dxa"/>
            </w:tcMar>
          </w:tcPr>
          <w:p w14:paraId="6A27771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0.943</w:t>
            </w:r>
          </w:p>
        </w:tc>
      </w:tr>
      <w:tr w:rsidR="00297D2C" w:rsidRPr="003B6D8D" w14:paraId="2A81A326" w14:textId="77777777" w:rsidTr="007B2FD8">
        <w:tc>
          <w:tcPr>
            <w:tcW w:w="8080" w:type="dxa"/>
            <w:gridSpan w:val="4"/>
            <w:tcMar>
              <w:top w:w="8" w:type="dxa"/>
              <w:left w:w="60" w:type="dxa"/>
              <w:bottom w:w="8" w:type="dxa"/>
              <w:right w:w="60" w:type="dxa"/>
            </w:tcMar>
            <w:vAlign w:val="center"/>
          </w:tcPr>
          <w:p w14:paraId="171562F2"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3B6D8D" w14:paraId="1AB8EF69" w14:textId="77777777" w:rsidTr="007B2FD8">
        <w:tc>
          <w:tcPr>
            <w:tcW w:w="2070" w:type="dxa"/>
            <w:tcMar>
              <w:top w:w="8" w:type="dxa"/>
              <w:left w:w="60" w:type="dxa"/>
              <w:bottom w:w="8" w:type="dxa"/>
              <w:right w:w="60" w:type="dxa"/>
            </w:tcMar>
            <w:vAlign w:val="center"/>
          </w:tcPr>
          <w:p w14:paraId="4A5CBC59"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Left Amygdala</w:t>
            </w:r>
          </w:p>
        </w:tc>
        <w:tc>
          <w:tcPr>
            <w:tcW w:w="1752" w:type="dxa"/>
            <w:tcMar>
              <w:top w:w="8" w:type="dxa"/>
              <w:left w:w="60" w:type="dxa"/>
              <w:bottom w:w="8" w:type="dxa"/>
              <w:right w:w="60" w:type="dxa"/>
            </w:tcMar>
          </w:tcPr>
          <w:p w14:paraId="62B2907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-0.010</w:t>
            </w:r>
          </w:p>
        </w:tc>
        <w:tc>
          <w:tcPr>
            <w:tcW w:w="1797" w:type="dxa"/>
            <w:tcMar>
              <w:top w:w="8" w:type="dxa"/>
              <w:left w:w="60" w:type="dxa"/>
              <w:bottom w:w="8" w:type="dxa"/>
              <w:right w:w="60" w:type="dxa"/>
            </w:tcMar>
          </w:tcPr>
          <w:p w14:paraId="775D729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0.919</w:t>
            </w:r>
          </w:p>
        </w:tc>
        <w:tc>
          <w:tcPr>
            <w:tcW w:w="2461" w:type="dxa"/>
            <w:tcMar>
              <w:top w:w="8" w:type="dxa"/>
              <w:left w:w="60" w:type="dxa"/>
              <w:bottom w:w="8" w:type="dxa"/>
              <w:right w:w="60" w:type="dxa"/>
            </w:tcMar>
          </w:tcPr>
          <w:p w14:paraId="57029FCA" w14:textId="77777777" w:rsidR="00297D2C" w:rsidRPr="003B6D8D" w:rsidRDefault="00297D2C" w:rsidP="007B2FD8">
            <w:pPr>
              <w:jc w:val="center"/>
              <w:rPr>
                <w:rFonts w:ascii="Gill Sans MT" w:hAnsi="Gill Sans MT"/>
                <w:sz w:val="16"/>
                <w:szCs w:val="16"/>
              </w:rPr>
            </w:pPr>
            <w:r>
              <w:rPr>
                <w:rFonts w:ascii="Gill Sans MT" w:hAnsi="Gill Sans MT"/>
                <w:sz w:val="16"/>
                <w:szCs w:val="16"/>
              </w:rPr>
              <w:t>1.000</w:t>
            </w:r>
          </w:p>
        </w:tc>
      </w:tr>
      <w:tr w:rsidR="00297D2C" w:rsidRPr="003B6D8D" w14:paraId="62B33F4E" w14:textId="77777777" w:rsidTr="007B2FD8">
        <w:tc>
          <w:tcPr>
            <w:tcW w:w="2070" w:type="dxa"/>
            <w:tcMar>
              <w:top w:w="8" w:type="dxa"/>
              <w:left w:w="60" w:type="dxa"/>
              <w:bottom w:w="8" w:type="dxa"/>
              <w:right w:w="60" w:type="dxa"/>
            </w:tcMar>
            <w:vAlign w:val="center"/>
          </w:tcPr>
          <w:p w14:paraId="43C55F9E"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52" w:type="dxa"/>
            <w:tcMar>
              <w:top w:w="8" w:type="dxa"/>
              <w:left w:w="60" w:type="dxa"/>
              <w:bottom w:w="8" w:type="dxa"/>
              <w:right w:w="60" w:type="dxa"/>
            </w:tcMar>
          </w:tcPr>
          <w:p w14:paraId="05F20D6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+0.033</w:t>
            </w:r>
          </w:p>
        </w:tc>
        <w:tc>
          <w:tcPr>
            <w:tcW w:w="1797" w:type="dxa"/>
            <w:tcMar>
              <w:top w:w="8" w:type="dxa"/>
              <w:left w:w="60" w:type="dxa"/>
              <w:bottom w:w="8" w:type="dxa"/>
              <w:right w:w="60" w:type="dxa"/>
            </w:tcMar>
          </w:tcPr>
          <w:p w14:paraId="31F8526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0.744</w:t>
            </w:r>
          </w:p>
        </w:tc>
        <w:tc>
          <w:tcPr>
            <w:tcW w:w="2461" w:type="dxa"/>
            <w:tcMar>
              <w:top w:w="8" w:type="dxa"/>
              <w:left w:w="60" w:type="dxa"/>
              <w:bottom w:w="8" w:type="dxa"/>
              <w:right w:w="60" w:type="dxa"/>
            </w:tcMar>
          </w:tcPr>
          <w:p w14:paraId="1E7DFF2E" w14:textId="77777777" w:rsidR="00297D2C" w:rsidRPr="003B6D8D" w:rsidRDefault="00297D2C" w:rsidP="007B2FD8">
            <w:pPr>
              <w:jc w:val="center"/>
              <w:rPr>
                <w:rFonts w:ascii="Gill Sans MT" w:hAnsi="Gill Sans MT"/>
                <w:sz w:val="16"/>
                <w:szCs w:val="16"/>
              </w:rPr>
            </w:pPr>
            <w:r>
              <w:rPr>
                <w:rFonts w:ascii="Gill Sans MT" w:hAnsi="Gill Sans MT"/>
                <w:sz w:val="16"/>
                <w:szCs w:val="16"/>
              </w:rPr>
              <w:t>1.000</w:t>
            </w:r>
          </w:p>
        </w:tc>
      </w:tr>
      <w:tr w:rsidR="00297D2C" w:rsidRPr="003B6D8D" w14:paraId="555C402B" w14:textId="77777777" w:rsidTr="007B2FD8">
        <w:tc>
          <w:tcPr>
            <w:tcW w:w="2070" w:type="dxa"/>
            <w:tcMar>
              <w:top w:w="8" w:type="dxa"/>
              <w:left w:w="60" w:type="dxa"/>
              <w:bottom w:w="8" w:type="dxa"/>
              <w:right w:w="60" w:type="dxa"/>
            </w:tcMar>
            <w:vAlign w:val="center"/>
          </w:tcPr>
          <w:p w14:paraId="11908B00"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52" w:type="dxa"/>
            <w:tcMar>
              <w:top w:w="8" w:type="dxa"/>
              <w:left w:w="60" w:type="dxa"/>
              <w:bottom w:w="8" w:type="dxa"/>
              <w:right w:w="60" w:type="dxa"/>
            </w:tcMar>
          </w:tcPr>
          <w:p w14:paraId="7131358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+0.131</w:t>
            </w:r>
          </w:p>
        </w:tc>
        <w:tc>
          <w:tcPr>
            <w:tcW w:w="1797" w:type="dxa"/>
            <w:tcMar>
              <w:top w:w="8" w:type="dxa"/>
              <w:left w:w="60" w:type="dxa"/>
              <w:bottom w:w="8" w:type="dxa"/>
              <w:right w:w="60" w:type="dxa"/>
            </w:tcMar>
          </w:tcPr>
          <w:p w14:paraId="07E01EB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0.189</w:t>
            </w:r>
          </w:p>
        </w:tc>
        <w:tc>
          <w:tcPr>
            <w:tcW w:w="2461" w:type="dxa"/>
            <w:tcMar>
              <w:top w:w="8" w:type="dxa"/>
              <w:left w:w="60" w:type="dxa"/>
              <w:bottom w:w="8" w:type="dxa"/>
              <w:right w:w="60" w:type="dxa"/>
            </w:tcMar>
          </w:tcPr>
          <w:p w14:paraId="3C06364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0.789</w:t>
            </w:r>
          </w:p>
        </w:tc>
      </w:tr>
      <w:tr w:rsidR="00297D2C" w:rsidRPr="003B6D8D" w14:paraId="54F20104" w14:textId="77777777" w:rsidTr="007B2FD8">
        <w:tc>
          <w:tcPr>
            <w:tcW w:w="2070" w:type="dxa"/>
            <w:tcMar>
              <w:top w:w="8" w:type="dxa"/>
              <w:left w:w="60" w:type="dxa"/>
              <w:bottom w:w="8" w:type="dxa"/>
              <w:right w:w="60" w:type="dxa"/>
            </w:tcMar>
            <w:vAlign w:val="center"/>
          </w:tcPr>
          <w:p w14:paraId="4F168251"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52" w:type="dxa"/>
            <w:tcMar>
              <w:top w:w="8" w:type="dxa"/>
              <w:left w:w="60" w:type="dxa"/>
              <w:bottom w:w="8" w:type="dxa"/>
              <w:right w:w="60" w:type="dxa"/>
            </w:tcMar>
          </w:tcPr>
          <w:p w14:paraId="2D924F5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+0.066</w:t>
            </w:r>
          </w:p>
        </w:tc>
        <w:tc>
          <w:tcPr>
            <w:tcW w:w="1797" w:type="dxa"/>
            <w:tcMar>
              <w:top w:w="8" w:type="dxa"/>
              <w:left w:w="60" w:type="dxa"/>
              <w:bottom w:w="8" w:type="dxa"/>
              <w:right w:w="60" w:type="dxa"/>
            </w:tcMar>
          </w:tcPr>
          <w:p w14:paraId="60F9B3D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0.508</w:t>
            </w:r>
          </w:p>
        </w:tc>
        <w:tc>
          <w:tcPr>
            <w:tcW w:w="2461" w:type="dxa"/>
            <w:tcMar>
              <w:top w:w="8" w:type="dxa"/>
              <w:left w:w="60" w:type="dxa"/>
              <w:bottom w:w="8" w:type="dxa"/>
              <w:right w:w="60" w:type="dxa"/>
            </w:tcMar>
          </w:tcPr>
          <w:p w14:paraId="6675EC2A" w14:textId="77777777" w:rsidR="00297D2C" w:rsidRPr="003B6D8D" w:rsidRDefault="00297D2C" w:rsidP="007B2FD8">
            <w:pPr>
              <w:jc w:val="center"/>
              <w:rPr>
                <w:rFonts w:ascii="Gill Sans MT" w:hAnsi="Gill Sans MT"/>
                <w:sz w:val="16"/>
                <w:szCs w:val="16"/>
              </w:rPr>
            </w:pPr>
            <w:r>
              <w:rPr>
                <w:rFonts w:ascii="Gill Sans MT" w:hAnsi="Gill Sans MT"/>
                <w:sz w:val="16"/>
                <w:szCs w:val="16"/>
              </w:rPr>
              <w:t>1.000</w:t>
            </w:r>
          </w:p>
        </w:tc>
      </w:tr>
      <w:tr w:rsidR="00297D2C" w:rsidRPr="003B6D8D" w14:paraId="74C10B4A" w14:textId="77777777" w:rsidTr="007B2FD8">
        <w:tc>
          <w:tcPr>
            <w:tcW w:w="2070" w:type="dxa"/>
            <w:tcMar>
              <w:top w:w="8" w:type="dxa"/>
              <w:left w:w="60" w:type="dxa"/>
              <w:bottom w:w="8" w:type="dxa"/>
              <w:right w:w="60" w:type="dxa"/>
            </w:tcMar>
            <w:vAlign w:val="center"/>
          </w:tcPr>
          <w:p w14:paraId="631DD6A9"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lastRenderedPageBreak/>
              <w:t>Left ACC</w:t>
            </w:r>
          </w:p>
        </w:tc>
        <w:tc>
          <w:tcPr>
            <w:tcW w:w="1752" w:type="dxa"/>
            <w:tcMar>
              <w:top w:w="8" w:type="dxa"/>
              <w:left w:w="60" w:type="dxa"/>
              <w:bottom w:w="8" w:type="dxa"/>
              <w:right w:w="60" w:type="dxa"/>
            </w:tcMar>
          </w:tcPr>
          <w:p w14:paraId="0AC0F3E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-0.018</w:t>
            </w:r>
          </w:p>
        </w:tc>
        <w:tc>
          <w:tcPr>
            <w:tcW w:w="1797" w:type="dxa"/>
            <w:tcMar>
              <w:top w:w="8" w:type="dxa"/>
              <w:left w:w="60" w:type="dxa"/>
              <w:bottom w:w="8" w:type="dxa"/>
              <w:right w:w="60" w:type="dxa"/>
            </w:tcMar>
          </w:tcPr>
          <w:p w14:paraId="275A9F7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0.854</w:t>
            </w:r>
          </w:p>
        </w:tc>
        <w:tc>
          <w:tcPr>
            <w:tcW w:w="2461" w:type="dxa"/>
            <w:tcMar>
              <w:top w:w="8" w:type="dxa"/>
              <w:left w:w="60" w:type="dxa"/>
              <w:bottom w:w="8" w:type="dxa"/>
              <w:right w:w="60" w:type="dxa"/>
            </w:tcMar>
          </w:tcPr>
          <w:p w14:paraId="5AA4864C" w14:textId="77777777" w:rsidR="00297D2C" w:rsidRPr="003B6D8D" w:rsidRDefault="00297D2C" w:rsidP="007B2FD8">
            <w:pPr>
              <w:jc w:val="center"/>
              <w:rPr>
                <w:rFonts w:ascii="Gill Sans MT" w:hAnsi="Gill Sans MT"/>
                <w:sz w:val="16"/>
                <w:szCs w:val="16"/>
              </w:rPr>
            </w:pPr>
            <w:r>
              <w:rPr>
                <w:rFonts w:ascii="Gill Sans MT" w:hAnsi="Gill Sans MT"/>
                <w:sz w:val="16"/>
                <w:szCs w:val="16"/>
              </w:rPr>
              <w:t>1.000</w:t>
            </w:r>
          </w:p>
        </w:tc>
      </w:tr>
      <w:tr w:rsidR="00297D2C" w:rsidRPr="003B6D8D" w14:paraId="1119C5EA" w14:textId="77777777" w:rsidTr="007B2FD8">
        <w:tc>
          <w:tcPr>
            <w:tcW w:w="2070" w:type="dxa"/>
            <w:tcMar>
              <w:top w:w="8" w:type="dxa"/>
              <w:left w:w="60" w:type="dxa"/>
              <w:bottom w:w="8" w:type="dxa"/>
              <w:right w:w="60" w:type="dxa"/>
            </w:tcMar>
            <w:vAlign w:val="center"/>
          </w:tcPr>
          <w:p w14:paraId="2CDB157D"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52" w:type="dxa"/>
            <w:tcMar>
              <w:top w:w="8" w:type="dxa"/>
              <w:left w:w="60" w:type="dxa"/>
              <w:bottom w:w="8" w:type="dxa"/>
              <w:right w:w="60" w:type="dxa"/>
            </w:tcMar>
          </w:tcPr>
          <w:p w14:paraId="6BD41CC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+0.015</w:t>
            </w:r>
          </w:p>
        </w:tc>
        <w:tc>
          <w:tcPr>
            <w:tcW w:w="1797" w:type="dxa"/>
            <w:tcMar>
              <w:top w:w="8" w:type="dxa"/>
              <w:left w:w="60" w:type="dxa"/>
              <w:bottom w:w="8" w:type="dxa"/>
              <w:right w:w="60" w:type="dxa"/>
            </w:tcMar>
          </w:tcPr>
          <w:p w14:paraId="4360B2E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0.885</w:t>
            </w:r>
          </w:p>
        </w:tc>
        <w:tc>
          <w:tcPr>
            <w:tcW w:w="2461" w:type="dxa"/>
            <w:tcMar>
              <w:top w:w="8" w:type="dxa"/>
              <w:left w:w="60" w:type="dxa"/>
              <w:bottom w:w="8" w:type="dxa"/>
              <w:right w:w="60" w:type="dxa"/>
            </w:tcMar>
          </w:tcPr>
          <w:p w14:paraId="6FBBC24C" w14:textId="77777777" w:rsidR="00297D2C" w:rsidRPr="003B6D8D" w:rsidRDefault="00297D2C" w:rsidP="007B2FD8">
            <w:pPr>
              <w:jc w:val="center"/>
              <w:rPr>
                <w:rFonts w:ascii="Gill Sans MT" w:hAnsi="Gill Sans MT"/>
                <w:sz w:val="16"/>
                <w:szCs w:val="16"/>
              </w:rPr>
            </w:pPr>
            <w:r>
              <w:rPr>
                <w:rFonts w:ascii="Gill Sans MT" w:hAnsi="Gill Sans MT"/>
                <w:sz w:val="16"/>
                <w:szCs w:val="16"/>
              </w:rPr>
              <w:t>1.000</w:t>
            </w:r>
          </w:p>
        </w:tc>
      </w:tr>
      <w:tr w:rsidR="00297D2C" w:rsidRPr="003B6D8D" w14:paraId="00585212" w14:textId="77777777" w:rsidTr="007B2FD8">
        <w:tc>
          <w:tcPr>
            <w:tcW w:w="8080" w:type="dxa"/>
            <w:gridSpan w:val="4"/>
            <w:tcMar>
              <w:top w:w="8" w:type="dxa"/>
              <w:left w:w="60" w:type="dxa"/>
              <w:bottom w:w="8" w:type="dxa"/>
              <w:right w:w="60" w:type="dxa"/>
            </w:tcMar>
            <w:vAlign w:val="center"/>
          </w:tcPr>
          <w:p w14:paraId="24CA4F7E"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3B6D8D" w14:paraId="20C98002" w14:textId="77777777" w:rsidTr="007B2FD8">
        <w:tc>
          <w:tcPr>
            <w:tcW w:w="2070" w:type="dxa"/>
            <w:tcMar>
              <w:top w:w="8" w:type="dxa"/>
              <w:left w:w="60" w:type="dxa"/>
              <w:bottom w:w="8" w:type="dxa"/>
              <w:right w:w="60" w:type="dxa"/>
            </w:tcMar>
            <w:vAlign w:val="center"/>
          </w:tcPr>
          <w:p w14:paraId="57511FFB"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52" w:type="dxa"/>
            <w:tcMar>
              <w:top w:w="8" w:type="dxa"/>
              <w:left w:w="60" w:type="dxa"/>
              <w:bottom w:w="8" w:type="dxa"/>
              <w:right w:w="60" w:type="dxa"/>
            </w:tcMar>
          </w:tcPr>
          <w:p w14:paraId="5E44B6C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-0.012</w:t>
            </w:r>
          </w:p>
        </w:tc>
        <w:tc>
          <w:tcPr>
            <w:tcW w:w="1797" w:type="dxa"/>
            <w:tcMar>
              <w:top w:w="8" w:type="dxa"/>
              <w:left w:w="60" w:type="dxa"/>
              <w:bottom w:w="8" w:type="dxa"/>
              <w:right w:w="60" w:type="dxa"/>
            </w:tcMar>
          </w:tcPr>
          <w:p w14:paraId="0D25BDC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0.902</w:t>
            </w:r>
          </w:p>
        </w:tc>
        <w:tc>
          <w:tcPr>
            <w:tcW w:w="2461" w:type="dxa"/>
            <w:tcMar>
              <w:top w:w="8" w:type="dxa"/>
              <w:left w:w="60" w:type="dxa"/>
              <w:bottom w:w="8" w:type="dxa"/>
              <w:right w:w="60" w:type="dxa"/>
            </w:tcMar>
          </w:tcPr>
          <w:p w14:paraId="7BEF277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0.902</w:t>
            </w:r>
          </w:p>
        </w:tc>
      </w:tr>
      <w:tr w:rsidR="00297D2C" w:rsidRPr="003B6D8D" w14:paraId="5516C17F" w14:textId="77777777" w:rsidTr="007B2FD8">
        <w:tc>
          <w:tcPr>
            <w:tcW w:w="2070" w:type="dxa"/>
            <w:tcMar>
              <w:top w:w="8" w:type="dxa"/>
              <w:left w:w="60" w:type="dxa"/>
              <w:bottom w:w="8" w:type="dxa"/>
              <w:right w:w="60" w:type="dxa"/>
            </w:tcMar>
            <w:vAlign w:val="center"/>
          </w:tcPr>
          <w:p w14:paraId="6D4091BC"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52" w:type="dxa"/>
            <w:tcMar>
              <w:top w:w="8" w:type="dxa"/>
              <w:left w:w="60" w:type="dxa"/>
              <w:bottom w:w="8" w:type="dxa"/>
              <w:right w:w="60" w:type="dxa"/>
            </w:tcMar>
          </w:tcPr>
          <w:p w14:paraId="6123BE4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-0.050</w:t>
            </w:r>
          </w:p>
        </w:tc>
        <w:tc>
          <w:tcPr>
            <w:tcW w:w="1797" w:type="dxa"/>
            <w:tcMar>
              <w:top w:w="8" w:type="dxa"/>
              <w:left w:w="60" w:type="dxa"/>
              <w:bottom w:w="8" w:type="dxa"/>
              <w:right w:w="60" w:type="dxa"/>
            </w:tcMar>
          </w:tcPr>
          <w:p w14:paraId="3348641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0.616</w:t>
            </w:r>
          </w:p>
        </w:tc>
        <w:tc>
          <w:tcPr>
            <w:tcW w:w="2461" w:type="dxa"/>
            <w:tcMar>
              <w:top w:w="8" w:type="dxa"/>
              <w:left w:w="60" w:type="dxa"/>
              <w:bottom w:w="8" w:type="dxa"/>
              <w:right w:w="60" w:type="dxa"/>
            </w:tcMar>
          </w:tcPr>
          <w:p w14:paraId="7B35AC0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0.739</w:t>
            </w:r>
          </w:p>
        </w:tc>
      </w:tr>
      <w:tr w:rsidR="00297D2C" w:rsidRPr="003B6D8D" w14:paraId="5D818CAE" w14:textId="77777777" w:rsidTr="007B2FD8">
        <w:tc>
          <w:tcPr>
            <w:tcW w:w="2070" w:type="dxa"/>
            <w:tcMar>
              <w:top w:w="8" w:type="dxa"/>
              <w:left w:w="60" w:type="dxa"/>
              <w:bottom w:w="8" w:type="dxa"/>
              <w:right w:w="60" w:type="dxa"/>
            </w:tcMar>
            <w:vAlign w:val="center"/>
          </w:tcPr>
          <w:p w14:paraId="6509FD53"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ACC-LIM</w:t>
            </w:r>
          </w:p>
        </w:tc>
        <w:tc>
          <w:tcPr>
            <w:tcW w:w="1752" w:type="dxa"/>
            <w:tcMar>
              <w:top w:w="8" w:type="dxa"/>
              <w:left w:w="60" w:type="dxa"/>
              <w:bottom w:w="8" w:type="dxa"/>
              <w:right w:w="60" w:type="dxa"/>
            </w:tcMar>
          </w:tcPr>
          <w:p w14:paraId="4B48515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+0.095</w:t>
            </w:r>
          </w:p>
        </w:tc>
        <w:tc>
          <w:tcPr>
            <w:tcW w:w="1797" w:type="dxa"/>
            <w:tcMar>
              <w:top w:w="8" w:type="dxa"/>
              <w:left w:w="60" w:type="dxa"/>
              <w:bottom w:w="8" w:type="dxa"/>
              <w:right w:w="60" w:type="dxa"/>
            </w:tcMar>
          </w:tcPr>
          <w:p w14:paraId="3065379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0.341</w:t>
            </w:r>
          </w:p>
        </w:tc>
        <w:tc>
          <w:tcPr>
            <w:tcW w:w="2461" w:type="dxa"/>
            <w:tcMar>
              <w:top w:w="8" w:type="dxa"/>
              <w:left w:w="60" w:type="dxa"/>
              <w:bottom w:w="8" w:type="dxa"/>
              <w:right w:w="60" w:type="dxa"/>
            </w:tcMar>
          </w:tcPr>
          <w:p w14:paraId="3611A20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0.739</w:t>
            </w:r>
          </w:p>
        </w:tc>
      </w:tr>
      <w:tr w:rsidR="00297D2C" w:rsidRPr="003B6D8D" w14:paraId="38BEB24A" w14:textId="77777777" w:rsidTr="007B2FD8">
        <w:tc>
          <w:tcPr>
            <w:tcW w:w="2070" w:type="dxa"/>
            <w:tcMar>
              <w:top w:w="8" w:type="dxa"/>
              <w:left w:w="60" w:type="dxa"/>
              <w:bottom w:w="8" w:type="dxa"/>
              <w:right w:w="60" w:type="dxa"/>
            </w:tcMar>
            <w:vAlign w:val="center"/>
          </w:tcPr>
          <w:p w14:paraId="4DFEDA82"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HIP-ACC</w:t>
            </w:r>
          </w:p>
        </w:tc>
        <w:tc>
          <w:tcPr>
            <w:tcW w:w="1752" w:type="dxa"/>
            <w:tcMar>
              <w:top w:w="8" w:type="dxa"/>
              <w:left w:w="60" w:type="dxa"/>
              <w:bottom w:w="8" w:type="dxa"/>
              <w:right w:w="60" w:type="dxa"/>
            </w:tcMar>
          </w:tcPr>
          <w:p w14:paraId="45118B4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-0.063</w:t>
            </w:r>
          </w:p>
        </w:tc>
        <w:tc>
          <w:tcPr>
            <w:tcW w:w="1797" w:type="dxa"/>
            <w:tcMar>
              <w:top w:w="8" w:type="dxa"/>
              <w:left w:w="60" w:type="dxa"/>
              <w:bottom w:w="8" w:type="dxa"/>
              <w:right w:w="60" w:type="dxa"/>
            </w:tcMar>
          </w:tcPr>
          <w:p w14:paraId="4D18619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0.529</w:t>
            </w:r>
          </w:p>
        </w:tc>
        <w:tc>
          <w:tcPr>
            <w:tcW w:w="2461" w:type="dxa"/>
            <w:tcMar>
              <w:top w:w="8" w:type="dxa"/>
              <w:left w:w="60" w:type="dxa"/>
              <w:bottom w:w="8" w:type="dxa"/>
              <w:right w:w="60" w:type="dxa"/>
            </w:tcMar>
          </w:tcPr>
          <w:p w14:paraId="3B65501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0.739</w:t>
            </w:r>
          </w:p>
        </w:tc>
      </w:tr>
      <w:tr w:rsidR="00297D2C" w:rsidRPr="003B6D8D" w14:paraId="004252CC" w14:textId="77777777" w:rsidTr="007B2FD8">
        <w:tc>
          <w:tcPr>
            <w:tcW w:w="2070" w:type="dxa"/>
            <w:tcMar>
              <w:top w:w="8" w:type="dxa"/>
              <w:left w:w="60" w:type="dxa"/>
              <w:bottom w:w="8" w:type="dxa"/>
              <w:right w:w="60" w:type="dxa"/>
            </w:tcMar>
            <w:vAlign w:val="center"/>
          </w:tcPr>
          <w:p w14:paraId="06CA873F"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52" w:type="dxa"/>
            <w:tcMar>
              <w:top w:w="8" w:type="dxa"/>
              <w:left w:w="60" w:type="dxa"/>
              <w:bottom w:w="8" w:type="dxa"/>
              <w:right w:w="60" w:type="dxa"/>
            </w:tcMar>
          </w:tcPr>
          <w:p w14:paraId="22B31E8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+0.068</w:t>
            </w:r>
          </w:p>
        </w:tc>
        <w:tc>
          <w:tcPr>
            <w:tcW w:w="1797" w:type="dxa"/>
            <w:tcMar>
              <w:top w:w="8" w:type="dxa"/>
              <w:left w:w="60" w:type="dxa"/>
              <w:bottom w:w="8" w:type="dxa"/>
              <w:right w:w="60" w:type="dxa"/>
            </w:tcMar>
          </w:tcPr>
          <w:p w14:paraId="4CA6118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0.494</w:t>
            </w:r>
          </w:p>
        </w:tc>
        <w:tc>
          <w:tcPr>
            <w:tcW w:w="2461" w:type="dxa"/>
            <w:tcMar>
              <w:top w:w="8" w:type="dxa"/>
              <w:left w:w="60" w:type="dxa"/>
              <w:bottom w:w="8" w:type="dxa"/>
              <w:right w:w="60" w:type="dxa"/>
            </w:tcMar>
          </w:tcPr>
          <w:p w14:paraId="19FC547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0.739</w:t>
            </w:r>
          </w:p>
        </w:tc>
      </w:tr>
      <w:tr w:rsidR="00297D2C" w:rsidRPr="003B6D8D" w14:paraId="68669738" w14:textId="77777777" w:rsidTr="007B2FD8">
        <w:tc>
          <w:tcPr>
            <w:tcW w:w="2070" w:type="dxa"/>
            <w:tcMar>
              <w:top w:w="8" w:type="dxa"/>
              <w:left w:w="60" w:type="dxa"/>
              <w:bottom w:w="8" w:type="dxa"/>
              <w:right w:w="60" w:type="dxa"/>
            </w:tcMar>
            <w:vAlign w:val="center"/>
          </w:tcPr>
          <w:p w14:paraId="0B6F1A9A"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AMY-ACC</w:t>
            </w:r>
          </w:p>
        </w:tc>
        <w:tc>
          <w:tcPr>
            <w:tcW w:w="1752" w:type="dxa"/>
            <w:tcMar>
              <w:top w:w="8" w:type="dxa"/>
              <w:left w:w="60" w:type="dxa"/>
              <w:bottom w:w="8" w:type="dxa"/>
              <w:right w:w="60" w:type="dxa"/>
            </w:tcMar>
          </w:tcPr>
          <w:p w14:paraId="405C4C2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+0.077</w:t>
            </w:r>
          </w:p>
        </w:tc>
        <w:tc>
          <w:tcPr>
            <w:tcW w:w="1797" w:type="dxa"/>
            <w:tcMar>
              <w:top w:w="8" w:type="dxa"/>
              <w:left w:w="60" w:type="dxa"/>
              <w:bottom w:w="8" w:type="dxa"/>
              <w:right w:w="60" w:type="dxa"/>
            </w:tcMar>
          </w:tcPr>
          <w:p w14:paraId="2FE263F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0.438</w:t>
            </w:r>
          </w:p>
        </w:tc>
        <w:tc>
          <w:tcPr>
            <w:tcW w:w="2461" w:type="dxa"/>
            <w:tcMar>
              <w:top w:w="8" w:type="dxa"/>
              <w:left w:w="60" w:type="dxa"/>
              <w:bottom w:w="8" w:type="dxa"/>
              <w:right w:w="60" w:type="dxa"/>
            </w:tcMar>
          </w:tcPr>
          <w:p w14:paraId="1B21527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0.739</w:t>
            </w:r>
          </w:p>
        </w:tc>
      </w:tr>
      <w:tr w:rsidR="00297D2C" w:rsidRPr="003B6D8D" w14:paraId="7ABE9272" w14:textId="77777777" w:rsidTr="007B2FD8">
        <w:tc>
          <w:tcPr>
            <w:tcW w:w="8080" w:type="dxa"/>
            <w:gridSpan w:val="4"/>
            <w:tcMar>
              <w:top w:w="8" w:type="dxa"/>
              <w:left w:w="60" w:type="dxa"/>
              <w:bottom w:w="8" w:type="dxa"/>
              <w:right w:w="60" w:type="dxa"/>
            </w:tcMar>
            <w:vAlign w:val="center"/>
          </w:tcPr>
          <w:p w14:paraId="42C42B51"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3B6D8D" w14:paraId="5A0DED40" w14:textId="77777777" w:rsidTr="007B2FD8">
        <w:tc>
          <w:tcPr>
            <w:tcW w:w="2070" w:type="dxa"/>
            <w:tcMar>
              <w:top w:w="8" w:type="dxa"/>
              <w:left w:w="60" w:type="dxa"/>
              <w:bottom w:w="8" w:type="dxa"/>
              <w:right w:w="60" w:type="dxa"/>
            </w:tcMar>
            <w:vAlign w:val="center"/>
          </w:tcPr>
          <w:p w14:paraId="7C051F50"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LIM-WC</w:t>
            </w:r>
          </w:p>
        </w:tc>
        <w:tc>
          <w:tcPr>
            <w:tcW w:w="1752" w:type="dxa"/>
            <w:tcMar>
              <w:top w:w="8" w:type="dxa"/>
              <w:left w:w="60" w:type="dxa"/>
              <w:bottom w:w="8" w:type="dxa"/>
              <w:right w:w="60" w:type="dxa"/>
            </w:tcMar>
          </w:tcPr>
          <w:p w14:paraId="6B8F42A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+0.079</w:t>
            </w:r>
          </w:p>
        </w:tc>
        <w:tc>
          <w:tcPr>
            <w:tcW w:w="1797" w:type="dxa"/>
            <w:tcMar>
              <w:top w:w="8" w:type="dxa"/>
              <w:left w:w="60" w:type="dxa"/>
              <w:bottom w:w="8" w:type="dxa"/>
              <w:right w:w="60" w:type="dxa"/>
            </w:tcMar>
          </w:tcPr>
          <w:p w14:paraId="71FD3E4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0.425</w:t>
            </w:r>
          </w:p>
        </w:tc>
        <w:tc>
          <w:tcPr>
            <w:tcW w:w="2461" w:type="dxa"/>
            <w:tcMar>
              <w:top w:w="8" w:type="dxa"/>
              <w:left w:w="60" w:type="dxa"/>
              <w:bottom w:w="8" w:type="dxa"/>
              <w:right w:w="60" w:type="dxa"/>
            </w:tcMar>
          </w:tcPr>
          <w:p w14:paraId="1B4C52B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0.832</w:t>
            </w:r>
          </w:p>
        </w:tc>
      </w:tr>
      <w:tr w:rsidR="00297D2C" w:rsidRPr="003B6D8D" w14:paraId="1F26F8B5" w14:textId="77777777" w:rsidTr="007B2FD8">
        <w:tc>
          <w:tcPr>
            <w:tcW w:w="2070" w:type="dxa"/>
            <w:tcMar>
              <w:top w:w="8" w:type="dxa"/>
              <w:left w:w="60" w:type="dxa"/>
              <w:bottom w:w="8" w:type="dxa"/>
              <w:right w:w="60" w:type="dxa"/>
            </w:tcMar>
            <w:vAlign w:val="center"/>
          </w:tcPr>
          <w:p w14:paraId="6353A7FC"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LIM-VIS</w:t>
            </w:r>
          </w:p>
        </w:tc>
        <w:tc>
          <w:tcPr>
            <w:tcW w:w="1752" w:type="dxa"/>
            <w:tcMar>
              <w:top w:w="8" w:type="dxa"/>
              <w:left w:w="60" w:type="dxa"/>
              <w:bottom w:w="8" w:type="dxa"/>
              <w:right w:w="60" w:type="dxa"/>
            </w:tcMar>
          </w:tcPr>
          <w:p w14:paraId="1B60526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+0.156</w:t>
            </w:r>
          </w:p>
        </w:tc>
        <w:tc>
          <w:tcPr>
            <w:tcW w:w="1797" w:type="dxa"/>
            <w:tcMar>
              <w:top w:w="8" w:type="dxa"/>
              <w:left w:w="60" w:type="dxa"/>
              <w:bottom w:w="8" w:type="dxa"/>
              <w:right w:w="60" w:type="dxa"/>
            </w:tcMar>
          </w:tcPr>
          <w:p w14:paraId="5946FE4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0.116</w:t>
            </w:r>
          </w:p>
        </w:tc>
        <w:tc>
          <w:tcPr>
            <w:tcW w:w="2461" w:type="dxa"/>
            <w:tcMar>
              <w:top w:w="8" w:type="dxa"/>
              <w:left w:w="60" w:type="dxa"/>
              <w:bottom w:w="8" w:type="dxa"/>
              <w:right w:w="60" w:type="dxa"/>
            </w:tcMar>
          </w:tcPr>
          <w:p w14:paraId="1396E6F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0.506</w:t>
            </w:r>
          </w:p>
        </w:tc>
      </w:tr>
      <w:tr w:rsidR="00297D2C" w:rsidRPr="003B6D8D" w14:paraId="4AB71B98" w14:textId="77777777" w:rsidTr="007B2FD8">
        <w:tc>
          <w:tcPr>
            <w:tcW w:w="2070" w:type="dxa"/>
            <w:tcMar>
              <w:top w:w="8" w:type="dxa"/>
              <w:left w:w="60" w:type="dxa"/>
              <w:bottom w:w="8" w:type="dxa"/>
              <w:right w:w="60" w:type="dxa"/>
            </w:tcMar>
            <w:vAlign w:val="center"/>
          </w:tcPr>
          <w:p w14:paraId="351FF7F8"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LIM-SMN</w:t>
            </w:r>
          </w:p>
        </w:tc>
        <w:tc>
          <w:tcPr>
            <w:tcW w:w="1752" w:type="dxa"/>
            <w:tcMar>
              <w:top w:w="8" w:type="dxa"/>
              <w:left w:w="60" w:type="dxa"/>
              <w:bottom w:w="8" w:type="dxa"/>
              <w:right w:w="60" w:type="dxa"/>
            </w:tcMar>
          </w:tcPr>
          <w:p w14:paraId="2678B21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+0.051</w:t>
            </w:r>
          </w:p>
        </w:tc>
        <w:tc>
          <w:tcPr>
            <w:tcW w:w="1797" w:type="dxa"/>
            <w:tcMar>
              <w:top w:w="8" w:type="dxa"/>
              <w:left w:w="60" w:type="dxa"/>
              <w:bottom w:w="8" w:type="dxa"/>
              <w:right w:w="60" w:type="dxa"/>
            </w:tcMar>
          </w:tcPr>
          <w:p w14:paraId="7F561E9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0.609</w:t>
            </w:r>
          </w:p>
        </w:tc>
        <w:tc>
          <w:tcPr>
            <w:tcW w:w="2461" w:type="dxa"/>
            <w:tcMar>
              <w:top w:w="8" w:type="dxa"/>
              <w:left w:w="60" w:type="dxa"/>
              <w:bottom w:w="8" w:type="dxa"/>
              <w:right w:w="60" w:type="dxa"/>
            </w:tcMar>
          </w:tcPr>
          <w:p w14:paraId="25E12E3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0.832</w:t>
            </w:r>
          </w:p>
        </w:tc>
      </w:tr>
      <w:tr w:rsidR="00297D2C" w:rsidRPr="003B6D8D" w14:paraId="7B646B31" w14:textId="77777777" w:rsidTr="007B2FD8">
        <w:tc>
          <w:tcPr>
            <w:tcW w:w="2070" w:type="dxa"/>
            <w:tcMar>
              <w:top w:w="8" w:type="dxa"/>
              <w:left w:w="60" w:type="dxa"/>
              <w:bottom w:w="8" w:type="dxa"/>
              <w:right w:w="60" w:type="dxa"/>
            </w:tcMar>
            <w:vAlign w:val="center"/>
          </w:tcPr>
          <w:p w14:paraId="6DAA7CB8"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LIM-DAN</w:t>
            </w:r>
          </w:p>
        </w:tc>
        <w:tc>
          <w:tcPr>
            <w:tcW w:w="1752" w:type="dxa"/>
            <w:tcMar>
              <w:top w:w="8" w:type="dxa"/>
              <w:left w:w="60" w:type="dxa"/>
              <w:bottom w:w="8" w:type="dxa"/>
              <w:right w:w="60" w:type="dxa"/>
            </w:tcMar>
          </w:tcPr>
          <w:p w14:paraId="407F8B4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-0.060</w:t>
            </w:r>
          </w:p>
        </w:tc>
        <w:tc>
          <w:tcPr>
            <w:tcW w:w="1797" w:type="dxa"/>
            <w:tcMar>
              <w:top w:w="8" w:type="dxa"/>
              <w:left w:w="60" w:type="dxa"/>
              <w:bottom w:w="8" w:type="dxa"/>
              <w:right w:w="60" w:type="dxa"/>
            </w:tcMar>
          </w:tcPr>
          <w:p w14:paraId="780E833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0.547</w:t>
            </w:r>
          </w:p>
        </w:tc>
        <w:tc>
          <w:tcPr>
            <w:tcW w:w="2461" w:type="dxa"/>
            <w:tcMar>
              <w:top w:w="8" w:type="dxa"/>
              <w:left w:w="60" w:type="dxa"/>
              <w:bottom w:w="8" w:type="dxa"/>
              <w:right w:w="60" w:type="dxa"/>
            </w:tcMar>
          </w:tcPr>
          <w:p w14:paraId="5FCDF60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0.832</w:t>
            </w:r>
          </w:p>
        </w:tc>
      </w:tr>
      <w:tr w:rsidR="00297D2C" w:rsidRPr="003B6D8D" w14:paraId="16EE9D45" w14:textId="77777777" w:rsidTr="007B2FD8">
        <w:tc>
          <w:tcPr>
            <w:tcW w:w="2070" w:type="dxa"/>
            <w:tcMar>
              <w:top w:w="8" w:type="dxa"/>
              <w:left w:w="60" w:type="dxa"/>
              <w:bottom w:w="8" w:type="dxa"/>
              <w:right w:w="60" w:type="dxa"/>
            </w:tcMar>
            <w:vAlign w:val="center"/>
          </w:tcPr>
          <w:p w14:paraId="56713248"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LIM-VAN</w:t>
            </w:r>
          </w:p>
        </w:tc>
        <w:tc>
          <w:tcPr>
            <w:tcW w:w="1752" w:type="dxa"/>
            <w:tcMar>
              <w:top w:w="8" w:type="dxa"/>
              <w:left w:w="60" w:type="dxa"/>
              <w:bottom w:w="8" w:type="dxa"/>
              <w:right w:w="60" w:type="dxa"/>
            </w:tcMar>
          </w:tcPr>
          <w:p w14:paraId="4FA2DB2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+0.021</w:t>
            </w:r>
          </w:p>
        </w:tc>
        <w:tc>
          <w:tcPr>
            <w:tcW w:w="1797" w:type="dxa"/>
            <w:tcMar>
              <w:top w:w="8" w:type="dxa"/>
              <w:left w:w="60" w:type="dxa"/>
              <w:bottom w:w="8" w:type="dxa"/>
              <w:right w:w="60" w:type="dxa"/>
            </w:tcMar>
          </w:tcPr>
          <w:p w14:paraId="35BF6A8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0.832</w:t>
            </w:r>
          </w:p>
        </w:tc>
        <w:tc>
          <w:tcPr>
            <w:tcW w:w="2461" w:type="dxa"/>
            <w:tcMar>
              <w:top w:w="8" w:type="dxa"/>
              <w:left w:w="60" w:type="dxa"/>
              <w:bottom w:w="8" w:type="dxa"/>
              <w:right w:w="60" w:type="dxa"/>
            </w:tcMar>
          </w:tcPr>
          <w:p w14:paraId="0B6759D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0.832</w:t>
            </w:r>
          </w:p>
        </w:tc>
      </w:tr>
      <w:tr w:rsidR="00297D2C" w:rsidRPr="003B6D8D" w14:paraId="1FC27637" w14:textId="77777777" w:rsidTr="007B2FD8">
        <w:tc>
          <w:tcPr>
            <w:tcW w:w="2070" w:type="dxa"/>
            <w:tcMar>
              <w:top w:w="8" w:type="dxa"/>
              <w:left w:w="60" w:type="dxa"/>
              <w:bottom w:w="8" w:type="dxa"/>
              <w:right w:w="60" w:type="dxa"/>
            </w:tcMar>
            <w:vAlign w:val="center"/>
          </w:tcPr>
          <w:p w14:paraId="5B1425D3"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LIM-FPN</w:t>
            </w:r>
          </w:p>
        </w:tc>
        <w:tc>
          <w:tcPr>
            <w:tcW w:w="1752" w:type="dxa"/>
            <w:tcMar>
              <w:top w:w="8" w:type="dxa"/>
              <w:left w:w="60" w:type="dxa"/>
              <w:bottom w:w="8" w:type="dxa"/>
              <w:right w:w="60" w:type="dxa"/>
            </w:tcMar>
          </w:tcPr>
          <w:p w14:paraId="2EFBED9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+0.035</w:t>
            </w:r>
          </w:p>
        </w:tc>
        <w:tc>
          <w:tcPr>
            <w:tcW w:w="1797" w:type="dxa"/>
            <w:tcMar>
              <w:top w:w="8" w:type="dxa"/>
              <w:left w:w="60" w:type="dxa"/>
              <w:bottom w:w="8" w:type="dxa"/>
              <w:right w:w="60" w:type="dxa"/>
            </w:tcMar>
          </w:tcPr>
          <w:p w14:paraId="11D7715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0.723</w:t>
            </w:r>
          </w:p>
        </w:tc>
        <w:tc>
          <w:tcPr>
            <w:tcW w:w="2461" w:type="dxa"/>
            <w:tcMar>
              <w:top w:w="8" w:type="dxa"/>
              <w:left w:w="60" w:type="dxa"/>
              <w:bottom w:w="8" w:type="dxa"/>
              <w:right w:w="60" w:type="dxa"/>
            </w:tcMar>
          </w:tcPr>
          <w:p w14:paraId="1123A6C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0.832</w:t>
            </w:r>
          </w:p>
        </w:tc>
      </w:tr>
      <w:tr w:rsidR="00297D2C" w:rsidRPr="003B6D8D" w14:paraId="35B0C3D8" w14:textId="77777777" w:rsidTr="007B2FD8">
        <w:tc>
          <w:tcPr>
            <w:tcW w:w="2070" w:type="dxa"/>
            <w:tcBorders>
              <w:bottom w:val="single" w:sz="4" w:space="0" w:color="auto"/>
            </w:tcBorders>
            <w:tcMar>
              <w:top w:w="8" w:type="dxa"/>
              <w:left w:w="60" w:type="dxa"/>
              <w:bottom w:w="8" w:type="dxa"/>
              <w:right w:w="60" w:type="dxa"/>
            </w:tcMar>
            <w:vAlign w:val="center"/>
          </w:tcPr>
          <w:p w14:paraId="023DE5DD"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LIM-DMN</w:t>
            </w:r>
          </w:p>
        </w:tc>
        <w:tc>
          <w:tcPr>
            <w:tcW w:w="1752" w:type="dxa"/>
            <w:tcBorders>
              <w:bottom w:val="single" w:sz="4" w:space="0" w:color="auto"/>
            </w:tcBorders>
            <w:tcMar>
              <w:top w:w="8" w:type="dxa"/>
              <w:left w:w="60" w:type="dxa"/>
              <w:bottom w:w="8" w:type="dxa"/>
              <w:right w:w="60" w:type="dxa"/>
            </w:tcMar>
          </w:tcPr>
          <w:p w14:paraId="1BA8068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+0.145</w:t>
            </w:r>
          </w:p>
        </w:tc>
        <w:tc>
          <w:tcPr>
            <w:tcW w:w="1797" w:type="dxa"/>
            <w:tcBorders>
              <w:bottom w:val="single" w:sz="4" w:space="0" w:color="auto"/>
            </w:tcBorders>
            <w:tcMar>
              <w:top w:w="8" w:type="dxa"/>
              <w:left w:w="60" w:type="dxa"/>
              <w:bottom w:w="8" w:type="dxa"/>
              <w:right w:w="60" w:type="dxa"/>
            </w:tcMar>
          </w:tcPr>
          <w:p w14:paraId="180E7E0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0.145</w:t>
            </w:r>
          </w:p>
        </w:tc>
        <w:tc>
          <w:tcPr>
            <w:tcW w:w="2461" w:type="dxa"/>
            <w:tcBorders>
              <w:bottom w:val="single" w:sz="4" w:space="0" w:color="auto"/>
            </w:tcBorders>
            <w:tcMar>
              <w:top w:w="8" w:type="dxa"/>
              <w:left w:w="60" w:type="dxa"/>
              <w:bottom w:w="8" w:type="dxa"/>
              <w:right w:w="60" w:type="dxa"/>
            </w:tcMar>
          </w:tcPr>
          <w:p w14:paraId="7F06748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0.506</w:t>
            </w:r>
          </w:p>
        </w:tc>
      </w:tr>
      <w:tr w:rsidR="00297D2C" w:rsidRPr="003B6D8D" w14:paraId="55F7D6F9" w14:textId="77777777" w:rsidTr="007B2FD8">
        <w:tc>
          <w:tcPr>
            <w:tcW w:w="8080" w:type="dxa"/>
            <w:gridSpan w:val="4"/>
            <w:tcBorders>
              <w:top w:val="single" w:sz="4" w:space="0" w:color="auto"/>
            </w:tcBorders>
            <w:tcMar>
              <w:top w:w="8" w:type="dxa"/>
              <w:left w:w="60" w:type="dxa"/>
              <w:bottom w:w="8" w:type="dxa"/>
              <w:right w:w="60" w:type="dxa"/>
            </w:tcMar>
            <w:vAlign w:val="center"/>
          </w:tcPr>
          <w:p w14:paraId="595611DB" w14:textId="77777777" w:rsidR="00297D2C" w:rsidRPr="003B6D8D" w:rsidRDefault="00297D2C" w:rsidP="007B2FD8">
            <w:pPr>
              <w:jc w:val="center"/>
              <w:rPr>
                <w:rFonts w:ascii="Gill Sans MT" w:eastAsia="Calibri" w:hAnsi="Gill Sans MT" w:cs="Calibri"/>
                <w:b/>
                <w:bCs/>
                <w:sz w:val="16"/>
                <w:szCs w:val="16"/>
              </w:rPr>
            </w:pPr>
            <w:r>
              <w:rPr>
                <w:rFonts w:ascii="Gill Sans MT" w:hAnsi="Gill Sans MT"/>
                <w:b/>
                <w:sz w:val="16"/>
                <w:szCs w:val="16"/>
              </w:rPr>
              <w:t>Plasma p-tau217 (n = 100)</w:t>
            </w:r>
          </w:p>
        </w:tc>
      </w:tr>
      <w:tr w:rsidR="00297D2C" w:rsidRPr="003B6D8D" w14:paraId="12773C37" w14:textId="77777777" w:rsidTr="007B2FD8">
        <w:tc>
          <w:tcPr>
            <w:tcW w:w="2070" w:type="dxa"/>
            <w:tcBorders>
              <w:bottom w:val="single" w:sz="4" w:space="0" w:color="auto"/>
            </w:tcBorders>
            <w:tcMar>
              <w:top w:w="8" w:type="dxa"/>
              <w:left w:w="60" w:type="dxa"/>
              <w:bottom w:w="8" w:type="dxa"/>
              <w:right w:w="60" w:type="dxa"/>
            </w:tcMar>
            <w:vAlign w:val="center"/>
          </w:tcPr>
          <w:p w14:paraId="1FFEF530" w14:textId="77777777" w:rsidR="00297D2C" w:rsidRPr="003B6D8D" w:rsidRDefault="00297D2C" w:rsidP="007B2FD8">
            <w:pPr>
              <w:rPr>
                <w:rFonts w:ascii="Gill Sans MT" w:eastAsia="Calibri" w:hAnsi="Gill Sans MT" w:cs="Calibri"/>
                <w:sz w:val="16"/>
                <w:szCs w:val="16"/>
              </w:rPr>
            </w:pPr>
          </w:p>
        </w:tc>
        <w:tc>
          <w:tcPr>
            <w:tcW w:w="1752" w:type="dxa"/>
            <w:tcBorders>
              <w:bottom w:val="single" w:sz="4" w:space="0" w:color="auto"/>
            </w:tcBorders>
            <w:tcMar>
              <w:top w:w="8" w:type="dxa"/>
              <w:left w:w="60" w:type="dxa"/>
              <w:bottom w:w="8" w:type="dxa"/>
              <w:right w:w="60" w:type="dxa"/>
            </w:tcMar>
          </w:tcPr>
          <w:p w14:paraId="1310E70A" w14:textId="77777777" w:rsidR="00297D2C" w:rsidRPr="003B6D8D" w:rsidRDefault="00297D2C" w:rsidP="007B2FD8">
            <w:pPr>
              <w:jc w:val="center"/>
              <w:rPr>
                <w:rFonts w:ascii="Gill Sans MT" w:hAnsi="Gill Sans MT"/>
                <w:sz w:val="16"/>
                <w:szCs w:val="16"/>
              </w:rPr>
            </w:pPr>
            <w:r>
              <w:rPr>
                <w:rFonts w:ascii="Calibri" w:hAnsi="Calibri" w:cs="Calibri"/>
                <w:b/>
                <w:sz w:val="16"/>
                <w:szCs w:val="16"/>
              </w:rPr>
              <w:t>ρ</w:t>
            </w:r>
          </w:p>
        </w:tc>
        <w:tc>
          <w:tcPr>
            <w:tcW w:w="1797" w:type="dxa"/>
            <w:tcBorders>
              <w:bottom w:val="single" w:sz="4" w:space="0" w:color="auto"/>
            </w:tcBorders>
            <w:tcMar>
              <w:top w:w="8" w:type="dxa"/>
              <w:left w:w="60" w:type="dxa"/>
              <w:bottom w:w="8" w:type="dxa"/>
              <w:right w:w="60" w:type="dxa"/>
            </w:tcMar>
            <w:vAlign w:val="center"/>
          </w:tcPr>
          <w:p w14:paraId="0A7C31BE"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2461" w:type="dxa"/>
            <w:tcBorders>
              <w:bottom w:val="single" w:sz="4" w:space="0" w:color="auto"/>
            </w:tcBorders>
            <w:tcMar>
              <w:top w:w="8" w:type="dxa"/>
              <w:left w:w="60" w:type="dxa"/>
              <w:bottom w:w="8" w:type="dxa"/>
              <w:right w:w="60" w:type="dxa"/>
            </w:tcMar>
            <w:vAlign w:val="center"/>
          </w:tcPr>
          <w:p w14:paraId="598D07F6"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3B6D8D" w14:paraId="59E2923C" w14:textId="77777777" w:rsidTr="007B2FD8">
        <w:tc>
          <w:tcPr>
            <w:tcW w:w="8080" w:type="dxa"/>
            <w:gridSpan w:val="4"/>
            <w:tcBorders>
              <w:top w:val="single" w:sz="4" w:space="0" w:color="auto"/>
            </w:tcBorders>
            <w:tcMar>
              <w:top w:w="8" w:type="dxa"/>
              <w:left w:w="60" w:type="dxa"/>
              <w:bottom w:w="8" w:type="dxa"/>
              <w:right w:w="60" w:type="dxa"/>
            </w:tcMar>
            <w:vAlign w:val="center"/>
          </w:tcPr>
          <w:p w14:paraId="034DC747"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3B6D8D" w14:paraId="4247FB06" w14:textId="77777777" w:rsidTr="007B2FD8">
        <w:tc>
          <w:tcPr>
            <w:tcW w:w="2070" w:type="dxa"/>
            <w:tcMar>
              <w:top w:w="8" w:type="dxa"/>
              <w:left w:w="60" w:type="dxa"/>
              <w:bottom w:w="8" w:type="dxa"/>
              <w:right w:w="60" w:type="dxa"/>
            </w:tcMar>
            <w:vAlign w:val="center"/>
          </w:tcPr>
          <w:p w14:paraId="6410DE6A"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structural</w:t>
            </w:r>
          </w:p>
        </w:tc>
        <w:tc>
          <w:tcPr>
            <w:tcW w:w="1752" w:type="dxa"/>
            <w:tcMar>
              <w:top w:w="8" w:type="dxa"/>
              <w:left w:w="60" w:type="dxa"/>
              <w:bottom w:w="8" w:type="dxa"/>
              <w:right w:w="60" w:type="dxa"/>
            </w:tcMar>
          </w:tcPr>
          <w:p w14:paraId="7631787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-0.037</w:t>
            </w:r>
          </w:p>
        </w:tc>
        <w:tc>
          <w:tcPr>
            <w:tcW w:w="1797" w:type="dxa"/>
            <w:tcMar>
              <w:top w:w="8" w:type="dxa"/>
              <w:left w:w="60" w:type="dxa"/>
              <w:bottom w:w="8" w:type="dxa"/>
              <w:right w:w="60" w:type="dxa"/>
            </w:tcMar>
          </w:tcPr>
          <w:p w14:paraId="62E6BBD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0.716</w:t>
            </w:r>
          </w:p>
        </w:tc>
        <w:tc>
          <w:tcPr>
            <w:tcW w:w="2461" w:type="dxa"/>
            <w:tcMar>
              <w:top w:w="8" w:type="dxa"/>
              <w:left w:w="60" w:type="dxa"/>
              <w:bottom w:w="8" w:type="dxa"/>
              <w:right w:w="60" w:type="dxa"/>
            </w:tcMar>
            <w:vAlign w:val="center"/>
          </w:tcPr>
          <w:p w14:paraId="48C17F93" w14:textId="77777777" w:rsidR="00297D2C" w:rsidRPr="003B6D8D" w:rsidRDefault="00297D2C" w:rsidP="007B2FD8">
            <w:pPr>
              <w:jc w:val="center"/>
              <w:rPr>
                <w:rFonts w:ascii="Gill Sans MT" w:hAnsi="Gill Sans MT"/>
                <w:sz w:val="16"/>
                <w:szCs w:val="16"/>
              </w:rPr>
            </w:pPr>
          </w:p>
        </w:tc>
      </w:tr>
      <w:tr w:rsidR="00297D2C" w:rsidRPr="003B6D8D" w14:paraId="742A24C7" w14:textId="77777777" w:rsidTr="007B2FD8">
        <w:tc>
          <w:tcPr>
            <w:tcW w:w="2070" w:type="dxa"/>
            <w:tcMar>
              <w:top w:w="8" w:type="dxa"/>
              <w:left w:w="60" w:type="dxa"/>
              <w:bottom w:w="8" w:type="dxa"/>
              <w:right w:w="60" w:type="dxa"/>
            </w:tcMar>
            <w:vAlign w:val="center"/>
          </w:tcPr>
          <w:p w14:paraId="5E76001A"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functional</w:t>
            </w:r>
          </w:p>
        </w:tc>
        <w:tc>
          <w:tcPr>
            <w:tcW w:w="1752" w:type="dxa"/>
            <w:tcMar>
              <w:top w:w="8" w:type="dxa"/>
              <w:left w:w="60" w:type="dxa"/>
              <w:bottom w:w="8" w:type="dxa"/>
              <w:right w:w="60" w:type="dxa"/>
            </w:tcMar>
          </w:tcPr>
          <w:p w14:paraId="6FEEC70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-0.012</w:t>
            </w:r>
          </w:p>
        </w:tc>
        <w:tc>
          <w:tcPr>
            <w:tcW w:w="1797" w:type="dxa"/>
            <w:tcMar>
              <w:top w:w="8" w:type="dxa"/>
              <w:left w:w="60" w:type="dxa"/>
              <w:bottom w:w="8" w:type="dxa"/>
              <w:right w:w="60" w:type="dxa"/>
            </w:tcMar>
          </w:tcPr>
          <w:p w14:paraId="365537D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0.908</w:t>
            </w:r>
          </w:p>
        </w:tc>
        <w:tc>
          <w:tcPr>
            <w:tcW w:w="2461" w:type="dxa"/>
            <w:tcMar>
              <w:top w:w="8" w:type="dxa"/>
              <w:left w:w="60" w:type="dxa"/>
              <w:bottom w:w="8" w:type="dxa"/>
              <w:right w:w="60" w:type="dxa"/>
            </w:tcMar>
            <w:vAlign w:val="center"/>
          </w:tcPr>
          <w:p w14:paraId="7E4D3D00" w14:textId="77777777" w:rsidR="00297D2C" w:rsidRPr="003B6D8D" w:rsidRDefault="00297D2C" w:rsidP="007B2FD8">
            <w:pPr>
              <w:jc w:val="center"/>
              <w:rPr>
                <w:rFonts w:ascii="Gill Sans MT" w:hAnsi="Gill Sans MT"/>
                <w:sz w:val="16"/>
                <w:szCs w:val="16"/>
              </w:rPr>
            </w:pPr>
          </w:p>
        </w:tc>
      </w:tr>
      <w:tr w:rsidR="00297D2C" w:rsidRPr="003B6D8D" w14:paraId="67B945DE" w14:textId="77777777" w:rsidTr="007B2FD8">
        <w:tc>
          <w:tcPr>
            <w:tcW w:w="2070" w:type="dxa"/>
            <w:tcMar>
              <w:top w:w="8" w:type="dxa"/>
              <w:left w:w="60" w:type="dxa"/>
              <w:bottom w:w="8" w:type="dxa"/>
              <w:right w:w="60" w:type="dxa"/>
            </w:tcMar>
            <w:vAlign w:val="center"/>
          </w:tcPr>
          <w:p w14:paraId="0FD1E932"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multimodal</w:t>
            </w:r>
          </w:p>
        </w:tc>
        <w:tc>
          <w:tcPr>
            <w:tcW w:w="1752" w:type="dxa"/>
            <w:tcMar>
              <w:top w:w="8" w:type="dxa"/>
              <w:left w:w="60" w:type="dxa"/>
              <w:bottom w:w="8" w:type="dxa"/>
              <w:right w:w="60" w:type="dxa"/>
            </w:tcMar>
          </w:tcPr>
          <w:p w14:paraId="02EBE33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-0.055</w:t>
            </w:r>
          </w:p>
        </w:tc>
        <w:tc>
          <w:tcPr>
            <w:tcW w:w="1797" w:type="dxa"/>
            <w:tcMar>
              <w:top w:w="8" w:type="dxa"/>
              <w:left w:w="60" w:type="dxa"/>
              <w:bottom w:w="8" w:type="dxa"/>
              <w:right w:w="60" w:type="dxa"/>
            </w:tcMar>
          </w:tcPr>
          <w:p w14:paraId="2E790D8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0.588</w:t>
            </w:r>
          </w:p>
        </w:tc>
        <w:tc>
          <w:tcPr>
            <w:tcW w:w="2461" w:type="dxa"/>
            <w:tcMar>
              <w:top w:w="8" w:type="dxa"/>
              <w:left w:w="60" w:type="dxa"/>
              <w:bottom w:w="8" w:type="dxa"/>
              <w:right w:w="60" w:type="dxa"/>
            </w:tcMar>
            <w:vAlign w:val="center"/>
          </w:tcPr>
          <w:p w14:paraId="7508A545" w14:textId="77777777" w:rsidR="00297D2C" w:rsidRPr="003B6D8D" w:rsidRDefault="00297D2C" w:rsidP="007B2FD8">
            <w:pPr>
              <w:jc w:val="center"/>
              <w:rPr>
                <w:rFonts w:ascii="Gill Sans MT" w:hAnsi="Gill Sans MT"/>
                <w:sz w:val="16"/>
                <w:szCs w:val="16"/>
              </w:rPr>
            </w:pPr>
          </w:p>
        </w:tc>
      </w:tr>
      <w:tr w:rsidR="00297D2C" w:rsidRPr="003B6D8D" w14:paraId="0C59DF6C" w14:textId="77777777" w:rsidTr="007B2FD8">
        <w:tc>
          <w:tcPr>
            <w:tcW w:w="8080" w:type="dxa"/>
            <w:gridSpan w:val="4"/>
            <w:tcMar>
              <w:top w:w="8" w:type="dxa"/>
              <w:left w:w="60" w:type="dxa"/>
              <w:bottom w:w="8" w:type="dxa"/>
              <w:right w:w="60" w:type="dxa"/>
            </w:tcMar>
            <w:vAlign w:val="center"/>
          </w:tcPr>
          <w:p w14:paraId="49BA54F4"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3B6D8D" w14:paraId="520F88AE" w14:textId="77777777" w:rsidTr="007B2FD8">
        <w:tc>
          <w:tcPr>
            <w:tcW w:w="2070" w:type="dxa"/>
            <w:tcMar>
              <w:top w:w="8" w:type="dxa"/>
              <w:left w:w="60" w:type="dxa"/>
              <w:bottom w:w="8" w:type="dxa"/>
              <w:right w:w="60" w:type="dxa"/>
            </w:tcMar>
            <w:vAlign w:val="center"/>
          </w:tcPr>
          <w:p w14:paraId="6EDCF059"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Amygdala</w:t>
            </w:r>
          </w:p>
        </w:tc>
        <w:tc>
          <w:tcPr>
            <w:tcW w:w="1752" w:type="dxa"/>
            <w:tcMar>
              <w:top w:w="8" w:type="dxa"/>
              <w:left w:w="60" w:type="dxa"/>
              <w:bottom w:w="8" w:type="dxa"/>
              <w:right w:w="60" w:type="dxa"/>
            </w:tcMar>
          </w:tcPr>
          <w:p w14:paraId="2CFD766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-0.196</w:t>
            </w:r>
          </w:p>
        </w:tc>
        <w:tc>
          <w:tcPr>
            <w:tcW w:w="1797" w:type="dxa"/>
            <w:tcMar>
              <w:top w:w="8" w:type="dxa"/>
              <w:left w:w="60" w:type="dxa"/>
              <w:bottom w:w="8" w:type="dxa"/>
              <w:right w:w="60" w:type="dxa"/>
            </w:tcMar>
          </w:tcPr>
          <w:p w14:paraId="12B5034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0.051</w:t>
            </w:r>
          </w:p>
        </w:tc>
        <w:tc>
          <w:tcPr>
            <w:tcW w:w="2461" w:type="dxa"/>
            <w:tcMar>
              <w:top w:w="8" w:type="dxa"/>
              <w:left w:w="60" w:type="dxa"/>
              <w:bottom w:w="8" w:type="dxa"/>
              <w:right w:w="60" w:type="dxa"/>
            </w:tcMar>
          </w:tcPr>
          <w:p w14:paraId="454A64F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0.077</w:t>
            </w:r>
          </w:p>
        </w:tc>
      </w:tr>
      <w:tr w:rsidR="00297D2C" w:rsidRPr="003B6D8D" w14:paraId="099BFA0E" w14:textId="77777777" w:rsidTr="007B2FD8">
        <w:tc>
          <w:tcPr>
            <w:tcW w:w="2070" w:type="dxa"/>
            <w:tcMar>
              <w:top w:w="8" w:type="dxa"/>
              <w:left w:w="60" w:type="dxa"/>
              <w:bottom w:w="8" w:type="dxa"/>
              <w:right w:w="60" w:type="dxa"/>
            </w:tcMar>
            <w:vAlign w:val="center"/>
          </w:tcPr>
          <w:p w14:paraId="38FB6336"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Bilateral Hippocampus</w:t>
            </w:r>
          </w:p>
        </w:tc>
        <w:tc>
          <w:tcPr>
            <w:tcW w:w="1752" w:type="dxa"/>
            <w:tcMar>
              <w:top w:w="8" w:type="dxa"/>
              <w:left w:w="60" w:type="dxa"/>
              <w:bottom w:w="8" w:type="dxa"/>
              <w:right w:w="60" w:type="dxa"/>
            </w:tcMar>
          </w:tcPr>
          <w:p w14:paraId="1F19ECF4"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-0.252</w:t>
            </w:r>
          </w:p>
        </w:tc>
        <w:tc>
          <w:tcPr>
            <w:tcW w:w="1797" w:type="dxa"/>
            <w:tcMar>
              <w:top w:w="8" w:type="dxa"/>
              <w:left w:w="60" w:type="dxa"/>
              <w:bottom w:w="8" w:type="dxa"/>
              <w:right w:w="60" w:type="dxa"/>
            </w:tcMar>
          </w:tcPr>
          <w:p w14:paraId="40A41A6B"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0.011</w:t>
            </w:r>
          </w:p>
        </w:tc>
        <w:tc>
          <w:tcPr>
            <w:tcW w:w="2461" w:type="dxa"/>
            <w:tcMar>
              <w:top w:w="8" w:type="dxa"/>
              <w:left w:w="60" w:type="dxa"/>
              <w:bottom w:w="8" w:type="dxa"/>
              <w:right w:w="60" w:type="dxa"/>
            </w:tcMar>
          </w:tcPr>
          <w:p w14:paraId="7296432D"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0.035</w:t>
            </w:r>
          </w:p>
        </w:tc>
      </w:tr>
      <w:tr w:rsidR="00297D2C" w:rsidRPr="003B6D8D" w14:paraId="0AEB89E1" w14:textId="77777777" w:rsidTr="007B2FD8">
        <w:tc>
          <w:tcPr>
            <w:tcW w:w="2070" w:type="dxa"/>
            <w:tcMar>
              <w:top w:w="8" w:type="dxa"/>
              <w:left w:w="60" w:type="dxa"/>
              <w:bottom w:w="8" w:type="dxa"/>
              <w:right w:w="60" w:type="dxa"/>
            </w:tcMar>
            <w:vAlign w:val="center"/>
          </w:tcPr>
          <w:p w14:paraId="3FD4A35C"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ACC</w:t>
            </w:r>
          </w:p>
        </w:tc>
        <w:tc>
          <w:tcPr>
            <w:tcW w:w="1752" w:type="dxa"/>
            <w:tcMar>
              <w:top w:w="8" w:type="dxa"/>
              <w:left w:w="60" w:type="dxa"/>
              <w:bottom w:w="8" w:type="dxa"/>
              <w:right w:w="60" w:type="dxa"/>
            </w:tcMar>
          </w:tcPr>
          <w:p w14:paraId="5B8BC3B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+0.093</w:t>
            </w:r>
          </w:p>
        </w:tc>
        <w:tc>
          <w:tcPr>
            <w:tcW w:w="1797" w:type="dxa"/>
            <w:tcMar>
              <w:top w:w="8" w:type="dxa"/>
              <w:left w:w="60" w:type="dxa"/>
              <w:bottom w:w="8" w:type="dxa"/>
              <w:right w:w="60" w:type="dxa"/>
            </w:tcMar>
          </w:tcPr>
          <w:p w14:paraId="1BDFD4F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0.356</w:t>
            </w:r>
          </w:p>
        </w:tc>
        <w:tc>
          <w:tcPr>
            <w:tcW w:w="2461" w:type="dxa"/>
            <w:tcMar>
              <w:top w:w="8" w:type="dxa"/>
              <w:left w:w="60" w:type="dxa"/>
              <w:bottom w:w="8" w:type="dxa"/>
              <w:right w:w="60" w:type="dxa"/>
            </w:tcMar>
          </w:tcPr>
          <w:p w14:paraId="74F8E16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0.356</w:t>
            </w:r>
          </w:p>
        </w:tc>
      </w:tr>
      <w:tr w:rsidR="00297D2C" w:rsidRPr="003B6D8D" w14:paraId="0E6E6E11" w14:textId="77777777" w:rsidTr="007B2FD8">
        <w:tc>
          <w:tcPr>
            <w:tcW w:w="8080" w:type="dxa"/>
            <w:gridSpan w:val="4"/>
            <w:tcMar>
              <w:top w:w="8" w:type="dxa"/>
              <w:left w:w="60" w:type="dxa"/>
              <w:bottom w:w="8" w:type="dxa"/>
              <w:right w:w="60" w:type="dxa"/>
            </w:tcMar>
            <w:vAlign w:val="center"/>
          </w:tcPr>
          <w:p w14:paraId="09153A68"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3B6D8D" w14:paraId="09AA82A0" w14:textId="77777777" w:rsidTr="007B2FD8">
        <w:tc>
          <w:tcPr>
            <w:tcW w:w="2070" w:type="dxa"/>
            <w:tcMar>
              <w:top w:w="8" w:type="dxa"/>
              <w:left w:w="60" w:type="dxa"/>
              <w:bottom w:w="8" w:type="dxa"/>
              <w:right w:w="60" w:type="dxa"/>
            </w:tcMar>
            <w:vAlign w:val="center"/>
          </w:tcPr>
          <w:p w14:paraId="3D81443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Left Amygdala</w:t>
            </w:r>
          </w:p>
        </w:tc>
        <w:tc>
          <w:tcPr>
            <w:tcW w:w="1752" w:type="dxa"/>
            <w:tcMar>
              <w:top w:w="8" w:type="dxa"/>
              <w:left w:w="60" w:type="dxa"/>
              <w:bottom w:w="8" w:type="dxa"/>
              <w:right w:w="60" w:type="dxa"/>
            </w:tcMar>
          </w:tcPr>
          <w:p w14:paraId="2321C04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-0.155</w:t>
            </w:r>
          </w:p>
        </w:tc>
        <w:tc>
          <w:tcPr>
            <w:tcW w:w="1797" w:type="dxa"/>
            <w:tcMar>
              <w:top w:w="8" w:type="dxa"/>
              <w:left w:w="60" w:type="dxa"/>
              <w:bottom w:w="8" w:type="dxa"/>
              <w:right w:w="60" w:type="dxa"/>
            </w:tcMar>
          </w:tcPr>
          <w:p w14:paraId="60D936C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0.124</w:t>
            </w:r>
          </w:p>
        </w:tc>
        <w:tc>
          <w:tcPr>
            <w:tcW w:w="2461" w:type="dxa"/>
            <w:tcMar>
              <w:top w:w="8" w:type="dxa"/>
              <w:left w:w="60" w:type="dxa"/>
              <w:bottom w:w="8" w:type="dxa"/>
              <w:right w:w="60" w:type="dxa"/>
            </w:tcMar>
          </w:tcPr>
          <w:p w14:paraId="0817873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0.187</w:t>
            </w:r>
          </w:p>
        </w:tc>
      </w:tr>
      <w:tr w:rsidR="00297D2C" w:rsidRPr="003B6D8D" w14:paraId="43550D57" w14:textId="77777777" w:rsidTr="007B2FD8">
        <w:tc>
          <w:tcPr>
            <w:tcW w:w="2070" w:type="dxa"/>
            <w:tcMar>
              <w:top w:w="8" w:type="dxa"/>
              <w:left w:w="60" w:type="dxa"/>
              <w:bottom w:w="8" w:type="dxa"/>
              <w:right w:w="60" w:type="dxa"/>
            </w:tcMar>
            <w:vAlign w:val="center"/>
          </w:tcPr>
          <w:p w14:paraId="6D61F875"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Amygdala</w:t>
            </w:r>
          </w:p>
        </w:tc>
        <w:tc>
          <w:tcPr>
            <w:tcW w:w="1752" w:type="dxa"/>
            <w:tcMar>
              <w:top w:w="8" w:type="dxa"/>
              <w:left w:w="60" w:type="dxa"/>
              <w:bottom w:w="8" w:type="dxa"/>
              <w:right w:w="60" w:type="dxa"/>
            </w:tcMar>
          </w:tcPr>
          <w:p w14:paraId="6285938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-0.187</w:t>
            </w:r>
          </w:p>
        </w:tc>
        <w:tc>
          <w:tcPr>
            <w:tcW w:w="1797" w:type="dxa"/>
            <w:tcMar>
              <w:top w:w="8" w:type="dxa"/>
              <w:left w:w="60" w:type="dxa"/>
              <w:bottom w:w="8" w:type="dxa"/>
              <w:right w:w="60" w:type="dxa"/>
            </w:tcMar>
          </w:tcPr>
          <w:p w14:paraId="3979284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0.063</w:t>
            </w:r>
          </w:p>
        </w:tc>
        <w:tc>
          <w:tcPr>
            <w:tcW w:w="2461" w:type="dxa"/>
            <w:tcMar>
              <w:top w:w="8" w:type="dxa"/>
              <w:left w:w="60" w:type="dxa"/>
              <w:bottom w:w="8" w:type="dxa"/>
              <w:right w:w="60" w:type="dxa"/>
            </w:tcMar>
          </w:tcPr>
          <w:p w14:paraId="780A6F1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0.178</w:t>
            </w:r>
          </w:p>
        </w:tc>
      </w:tr>
      <w:tr w:rsidR="00297D2C" w:rsidRPr="003B6D8D" w14:paraId="7F6D1621" w14:textId="77777777" w:rsidTr="007B2FD8">
        <w:tc>
          <w:tcPr>
            <w:tcW w:w="2070" w:type="dxa"/>
            <w:tcMar>
              <w:top w:w="8" w:type="dxa"/>
              <w:left w:w="60" w:type="dxa"/>
              <w:bottom w:w="8" w:type="dxa"/>
              <w:right w:w="60" w:type="dxa"/>
            </w:tcMar>
            <w:vAlign w:val="center"/>
          </w:tcPr>
          <w:p w14:paraId="30ED94CE"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Left Hippocampus</w:t>
            </w:r>
          </w:p>
        </w:tc>
        <w:tc>
          <w:tcPr>
            <w:tcW w:w="1752" w:type="dxa"/>
            <w:tcMar>
              <w:top w:w="8" w:type="dxa"/>
              <w:left w:w="60" w:type="dxa"/>
              <w:bottom w:w="8" w:type="dxa"/>
              <w:right w:w="60" w:type="dxa"/>
            </w:tcMar>
          </w:tcPr>
          <w:p w14:paraId="2572604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-0.338</w:t>
            </w:r>
          </w:p>
        </w:tc>
        <w:tc>
          <w:tcPr>
            <w:tcW w:w="1797" w:type="dxa"/>
            <w:tcMar>
              <w:top w:w="8" w:type="dxa"/>
              <w:left w:w="60" w:type="dxa"/>
              <w:bottom w:w="8" w:type="dxa"/>
              <w:right w:w="60" w:type="dxa"/>
            </w:tcMar>
          </w:tcPr>
          <w:p w14:paraId="2FE45B89"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&lt;0.001</w:t>
            </w:r>
          </w:p>
        </w:tc>
        <w:tc>
          <w:tcPr>
            <w:tcW w:w="2461" w:type="dxa"/>
            <w:tcMar>
              <w:top w:w="8" w:type="dxa"/>
              <w:left w:w="60" w:type="dxa"/>
              <w:bottom w:w="8" w:type="dxa"/>
              <w:right w:w="60" w:type="dxa"/>
            </w:tcMar>
          </w:tcPr>
          <w:p w14:paraId="66986524"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0.003</w:t>
            </w:r>
          </w:p>
        </w:tc>
      </w:tr>
      <w:tr w:rsidR="00297D2C" w:rsidRPr="003B6D8D" w14:paraId="4DD9EFD9" w14:textId="77777777" w:rsidTr="007B2FD8">
        <w:tc>
          <w:tcPr>
            <w:tcW w:w="2070" w:type="dxa"/>
            <w:tcMar>
              <w:top w:w="8" w:type="dxa"/>
              <w:left w:w="60" w:type="dxa"/>
              <w:bottom w:w="8" w:type="dxa"/>
              <w:right w:w="60" w:type="dxa"/>
            </w:tcMar>
            <w:vAlign w:val="center"/>
          </w:tcPr>
          <w:p w14:paraId="16F6DA17"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Hippocampus</w:t>
            </w:r>
          </w:p>
        </w:tc>
        <w:tc>
          <w:tcPr>
            <w:tcW w:w="1752" w:type="dxa"/>
            <w:tcMar>
              <w:top w:w="8" w:type="dxa"/>
              <w:left w:w="60" w:type="dxa"/>
              <w:bottom w:w="8" w:type="dxa"/>
              <w:right w:w="60" w:type="dxa"/>
            </w:tcMar>
          </w:tcPr>
          <w:p w14:paraId="17195FA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-0.171</w:t>
            </w:r>
          </w:p>
        </w:tc>
        <w:tc>
          <w:tcPr>
            <w:tcW w:w="1797" w:type="dxa"/>
            <w:tcMar>
              <w:top w:w="8" w:type="dxa"/>
              <w:left w:w="60" w:type="dxa"/>
              <w:bottom w:w="8" w:type="dxa"/>
              <w:right w:w="60" w:type="dxa"/>
            </w:tcMar>
          </w:tcPr>
          <w:p w14:paraId="43764A9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0.089</w:t>
            </w:r>
          </w:p>
        </w:tc>
        <w:tc>
          <w:tcPr>
            <w:tcW w:w="2461" w:type="dxa"/>
            <w:tcMar>
              <w:top w:w="8" w:type="dxa"/>
              <w:left w:w="60" w:type="dxa"/>
              <w:bottom w:w="8" w:type="dxa"/>
              <w:right w:w="60" w:type="dxa"/>
            </w:tcMar>
          </w:tcPr>
          <w:p w14:paraId="2C18C8B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0.178</w:t>
            </w:r>
          </w:p>
        </w:tc>
      </w:tr>
      <w:tr w:rsidR="00297D2C" w:rsidRPr="003B6D8D" w14:paraId="10E1145C" w14:textId="77777777" w:rsidTr="007B2FD8">
        <w:tc>
          <w:tcPr>
            <w:tcW w:w="2070" w:type="dxa"/>
            <w:tcMar>
              <w:top w:w="8" w:type="dxa"/>
              <w:left w:w="60" w:type="dxa"/>
              <w:bottom w:w="8" w:type="dxa"/>
              <w:right w:w="60" w:type="dxa"/>
            </w:tcMar>
            <w:vAlign w:val="center"/>
          </w:tcPr>
          <w:p w14:paraId="3CD334F8"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Left ACC</w:t>
            </w:r>
          </w:p>
        </w:tc>
        <w:tc>
          <w:tcPr>
            <w:tcW w:w="1752" w:type="dxa"/>
            <w:tcMar>
              <w:top w:w="8" w:type="dxa"/>
              <w:left w:w="60" w:type="dxa"/>
              <w:bottom w:w="8" w:type="dxa"/>
              <w:right w:w="60" w:type="dxa"/>
            </w:tcMar>
          </w:tcPr>
          <w:p w14:paraId="0DA3DF7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+0.051</w:t>
            </w:r>
          </w:p>
        </w:tc>
        <w:tc>
          <w:tcPr>
            <w:tcW w:w="1797" w:type="dxa"/>
            <w:tcMar>
              <w:top w:w="8" w:type="dxa"/>
              <w:left w:w="60" w:type="dxa"/>
              <w:bottom w:w="8" w:type="dxa"/>
              <w:right w:w="60" w:type="dxa"/>
            </w:tcMar>
          </w:tcPr>
          <w:p w14:paraId="62C0BC1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0.614</w:t>
            </w:r>
          </w:p>
        </w:tc>
        <w:tc>
          <w:tcPr>
            <w:tcW w:w="2461" w:type="dxa"/>
            <w:tcMar>
              <w:top w:w="8" w:type="dxa"/>
              <w:left w:w="60" w:type="dxa"/>
              <w:bottom w:w="8" w:type="dxa"/>
              <w:right w:w="60" w:type="dxa"/>
            </w:tcMar>
          </w:tcPr>
          <w:p w14:paraId="16FD5CE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0.614</w:t>
            </w:r>
          </w:p>
        </w:tc>
      </w:tr>
      <w:tr w:rsidR="00297D2C" w:rsidRPr="003B6D8D" w14:paraId="1FE6DA95" w14:textId="77777777" w:rsidTr="007B2FD8">
        <w:tc>
          <w:tcPr>
            <w:tcW w:w="2070" w:type="dxa"/>
            <w:tcMar>
              <w:top w:w="8" w:type="dxa"/>
              <w:left w:w="60" w:type="dxa"/>
              <w:bottom w:w="8" w:type="dxa"/>
              <w:right w:w="60" w:type="dxa"/>
            </w:tcMar>
            <w:vAlign w:val="center"/>
          </w:tcPr>
          <w:p w14:paraId="25D6C12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ACC</w:t>
            </w:r>
          </w:p>
        </w:tc>
        <w:tc>
          <w:tcPr>
            <w:tcW w:w="1752" w:type="dxa"/>
            <w:tcMar>
              <w:top w:w="8" w:type="dxa"/>
              <w:left w:w="60" w:type="dxa"/>
              <w:bottom w:w="8" w:type="dxa"/>
              <w:right w:w="60" w:type="dxa"/>
            </w:tcMar>
          </w:tcPr>
          <w:p w14:paraId="3ABBA8D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+0.091</w:t>
            </w:r>
          </w:p>
        </w:tc>
        <w:tc>
          <w:tcPr>
            <w:tcW w:w="1797" w:type="dxa"/>
            <w:tcMar>
              <w:top w:w="8" w:type="dxa"/>
              <w:left w:w="60" w:type="dxa"/>
              <w:bottom w:w="8" w:type="dxa"/>
              <w:right w:w="60" w:type="dxa"/>
            </w:tcMar>
          </w:tcPr>
          <w:p w14:paraId="4C490D2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0.368</w:t>
            </w:r>
          </w:p>
        </w:tc>
        <w:tc>
          <w:tcPr>
            <w:tcW w:w="2461" w:type="dxa"/>
            <w:tcMar>
              <w:top w:w="8" w:type="dxa"/>
              <w:left w:w="60" w:type="dxa"/>
              <w:bottom w:w="8" w:type="dxa"/>
              <w:right w:w="60" w:type="dxa"/>
            </w:tcMar>
          </w:tcPr>
          <w:p w14:paraId="2989A0B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0.442</w:t>
            </w:r>
          </w:p>
        </w:tc>
      </w:tr>
      <w:tr w:rsidR="00297D2C" w:rsidRPr="003B6D8D" w14:paraId="4B42FF2B" w14:textId="77777777" w:rsidTr="007B2FD8">
        <w:tc>
          <w:tcPr>
            <w:tcW w:w="8080" w:type="dxa"/>
            <w:gridSpan w:val="4"/>
            <w:tcMar>
              <w:top w:w="8" w:type="dxa"/>
              <w:left w:w="60" w:type="dxa"/>
              <w:bottom w:w="8" w:type="dxa"/>
              <w:right w:w="60" w:type="dxa"/>
            </w:tcMar>
            <w:vAlign w:val="center"/>
          </w:tcPr>
          <w:p w14:paraId="765C3AA7"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3B6D8D" w14:paraId="564C1A8B" w14:textId="77777777" w:rsidTr="007B2FD8">
        <w:tc>
          <w:tcPr>
            <w:tcW w:w="2070" w:type="dxa"/>
            <w:tcMar>
              <w:top w:w="8" w:type="dxa"/>
              <w:left w:w="60" w:type="dxa"/>
              <w:bottom w:w="8" w:type="dxa"/>
              <w:right w:w="60" w:type="dxa"/>
            </w:tcMar>
            <w:vAlign w:val="center"/>
          </w:tcPr>
          <w:p w14:paraId="6444010A"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HIP-LIM</w:t>
            </w:r>
          </w:p>
        </w:tc>
        <w:tc>
          <w:tcPr>
            <w:tcW w:w="1752" w:type="dxa"/>
            <w:tcMar>
              <w:top w:w="8" w:type="dxa"/>
              <w:left w:w="60" w:type="dxa"/>
              <w:bottom w:w="8" w:type="dxa"/>
              <w:right w:w="60" w:type="dxa"/>
            </w:tcMar>
          </w:tcPr>
          <w:p w14:paraId="1FE8D67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+0.016</w:t>
            </w:r>
          </w:p>
        </w:tc>
        <w:tc>
          <w:tcPr>
            <w:tcW w:w="1797" w:type="dxa"/>
            <w:tcMar>
              <w:top w:w="8" w:type="dxa"/>
              <w:left w:w="60" w:type="dxa"/>
              <w:bottom w:w="8" w:type="dxa"/>
              <w:right w:w="60" w:type="dxa"/>
            </w:tcMar>
          </w:tcPr>
          <w:p w14:paraId="42787A6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0.871</w:t>
            </w:r>
          </w:p>
        </w:tc>
        <w:tc>
          <w:tcPr>
            <w:tcW w:w="2461" w:type="dxa"/>
            <w:tcMar>
              <w:top w:w="8" w:type="dxa"/>
              <w:left w:w="60" w:type="dxa"/>
              <w:bottom w:w="8" w:type="dxa"/>
              <w:right w:w="60" w:type="dxa"/>
            </w:tcMar>
          </w:tcPr>
          <w:p w14:paraId="22FCC631" w14:textId="77777777" w:rsidR="00297D2C" w:rsidRPr="003B6D8D" w:rsidRDefault="00297D2C" w:rsidP="007B2FD8">
            <w:pPr>
              <w:jc w:val="center"/>
              <w:rPr>
                <w:rFonts w:ascii="Gill Sans MT" w:hAnsi="Gill Sans MT"/>
                <w:sz w:val="16"/>
                <w:szCs w:val="16"/>
              </w:rPr>
            </w:pPr>
            <w:r>
              <w:rPr>
                <w:rFonts w:ascii="Gill Sans MT" w:hAnsi="Gill Sans MT"/>
                <w:sz w:val="16"/>
                <w:szCs w:val="16"/>
              </w:rPr>
              <w:t>1.000</w:t>
            </w:r>
          </w:p>
        </w:tc>
      </w:tr>
      <w:tr w:rsidR="00297D2C" w:rsidRPr="003B6D8D" w14:paraId="135FEA33" w14:textId="77777777" w:rsidTr="007B2FD8">
        <w:tc>
          <w:tcPr>
            <w:tcW w:w="2070" w:type="dxa"/>
            <w:tcMar>
              <w:top w:w="8" w:type="dxa"/>
              <w:left w:w="60" w:type="dxa"/>
              <w:bottom w:w="8" w:type="dxa"/>
              <w:right w:w="60" w:type="dxa"/>
            </w:tcMar>
            <w:vAlign w:val="center"/>
          </w:tcPr>
          <w:p w14:paraId="40A3310B"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AMY-LIM</w:t>
            </w:r>
          </w:p>
        </w:tc>
        <w:tc>
          <w:tcPr>
            <w:tcW w:w="1752" w:type="dxa"/>
            <w:tcMar>
              <w:top w:w="8" w:type="dxa"/>
              <w:left w:w="60" w:type="dxa"/>
              <w:bottom w:w="8" w:type="dxa"/>
              <w:right w:w="60" w:type="dxa"/>
            </w:tcMar>
          </w:tcPr>
          <w:p w14:paraId="4F9D581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+0.107</w:t>
            </w:r>
          </w:p>
        </w:tc>
        <w:tc>
          <w:tcPr>
            <w:tcW w:w="1797" w:type="dxa"/>
            <w:tcMar>
              <w:top w:w="8" w:type="dxa"/>
              <w:left w:w="60" w:type="dxa"/>
              <w:bottom w:w="8" w:type="dxa"/>
              <w:right w:w="60" w:type="dxa"/>
            </w:tcMar>
          </w:tcPr>
          <w:p w14:paraId="6248AC0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0.289</w:t>
            </w:r>
          </w:p>
        </w:tc>
        <w:tc>
          <w:tcPr>
            <w:tcW w:w="2461" w:type="dxa"/>
            <w:tcMar>
              <w:top w:w="8" w:type="dxa"/>
              <w:left w:w="60" w:type="dxa"/>
              <w:bottom w:w="8" w:type="dxa"/>
              <w:right w:w="60" w:type="dxa"/>
            </w:tcMar>
          </w:tcPr>
          <w:p w14:paraId="18FBEA8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0.736</w:t>
            </w:r>
          </w:p>
        </w:tc>
      </w:tr>
      <w:tr w:rsidR="00297D2C" w:rsidRPr="003B6D8D" w14:paraId="1FA14CB0" w14:textId="77777777" w:rsidTr="007B2FD8">
        <w:tc>
          <w:tcPr>
            <w:tcW w:w="2070" w:type="dxa"/>
            <w:tcMar>
              <w:top w:w="8" w:type="dxa"/>
              <w:left w:w="60" w:type="dxa"/>
              <w:bottom w:w="8" w:type="dxa"/>
              <w:right w:w="60" w:type="dxa"/>
            </w:tcMar>
            <w:vAlign w:val="center"/>
          </w:tcPr>
          <w:p w14:paraId="61A854C2"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ACC-LIM</w:t>
            </w:r>
          </w:p>
        </w:tc>
        <w:tc>
          <w:tcPr>
            <w:tcW w:w="1752" w:type="dxa"/>
            <w:tcMar>
              <w:top w:w="8" w:type="dxa"/>
              <w:left w:w="60" w:type="dxa"/>
              <w:bottom w:w="8" w:type="dxa"/>
              <w:right w:w="60" w:type="dxa"/>
            </w:tcMar>
          </w:tcPr>
          <w:p w14:paraId="11C8731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+0.000</w:t>
            </w:r>
          </w:p>
        </w:tc>
        <w:tc>
          <w:tcPr>
            <w:tcW w:w="1797" w:type="dxa"/>
            <w:tcMar>
              <w:top w:w="8" w:type="dxa"/>
              <w:left w:w="60" w:type="dxa"/>
              <w:bottom w:w="8" w:type="dxa"/>
              <w:right w:w="60" w:type="dxa"/>
            </w:tcMar>
          </w:tcPr>
          <w:p w14:paraId="51F40050" w14:textId="77777777" w:rsidR="00297D2C" w:rsidRPr="003B6D8D" w:rsidRDefault="00297D2C" w:rsidP="007B2FD8">
            <w:pPr>
              <w:jc w:val="center"/>
              <w:rPr>
                <w:rFonts w:ascii="Gill Sans MT" w:hAnsi="Gill Sans MT"/>
                <w:sz w:val="16"/>
                <w:szCs w:val="16"/>
              </w:rPr>
            </w:pPr>
            <w:r>
              <w:rPr>
                <w:rFonts w:ascii="Gill Sans MT" w:hAnsi="Gill Sans MT"/>
                <w:sz w:val="16"/>
                <w:szCs w:val="16"/>
              </w:rPr>
              <w:t>1.000</w:t>
            </w:r>
          </w:p>
        </w:tc>
        <w:tc>
          <w:tcPr>
            <w:tcW w:w="2461" w:type="dxa"/>
            <w:tcMar>
              <w:top w:w="8" w:type="dxa"/>
              <w:left w:w="60" w:type="dxa"/>
              <w:bottom w:w="8" w:type="dxa"/>
              <w:right w:w="60" w:type="dxa"/>
            </w:tcMar>
          </w:tcPr>
          <w:p w14:paraId="18BCD76E" w14:textId="77777777" w:rsidR="00297D2C" w:rsidRPr="003B6D8D" w:rsidRDefault="00297D2C" w:rsidP="007B2FD8">
            <w:pPr>
              <w:jc w:val="center"/>
              <w:rPr>
                <w:rFonts w:ascii="Gill Sans MT" w:hAnsi="Gill Sans MT"/>
                <w:sz w:val="16"/>
                <w:szCs w:val="16"/>
              </w:rPr>
            </w:pPr>
            <w:r>
              <w:rPr>
                <w:rFonts w:ascii="Gill Sans MT" w:hAnsi="Gill Sans MT"/>
                <w:sz w:val="16"/>
                <w:szCs w:val="16"/>
              </w:rPr>
              <w:t>1.000</w:t>
            </w:r>
          </w:p>
        </w:tc>
      </w:tr>
      <w:tr w:rsidR="00297D2C" w:rsidRPr="003B6D8D" w14:paraId="1C73F5F6" w14:textId="77777777" w:rsidTr="007B2FD8">
        <w:tc>
          <w:tcPr>
            <w:tcW w:w="2070" w:type="dxa"/>
            <w:tcMar>
              <w:top w:w="8" w:type="dxa"/>
              <w:left w:w="60" w:type="dxa"/>
              <w:bottom w:w="8" w:type="dxa"/>
              <w:right w:w="60" w:type="dxa"/>
            </w:tcMar>
            <w:vAlign w:val="center"/>
          </w:tcPr>
          <w:p w14:paraId="0A07B87C"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HIP-ACC</w:t>
            </w:r>
          </w:p>
        </w:tc>
        <w:tc>
          <w:tcPr>
            <w:tcW w:w="1752" w:type="dxa"/>
            <w:tcMar>
              <w:top w:w="8" w:type="dxa"/>
              <w:left w:w="60" w:type="dxa"/>
              <w:bottom w:w="8" w:type="dxa"/>
              <w:right w:w="60" w:type="dxa"/>
            </w:tcMar>
          </w:tcPr>
          <w:p w14:paraId="653D178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+0.048</w:t>
            </w:r>
          </w:p>
        </w:tc>
        <w:tc>
          <w:tcPr>
            <w:tcW w:w="1797" w:type="dxa"/>
            <w:tcMar>
              <w:top w:w="8" w:type="dxa"/>
              <w:left w:w="60" w:type="dxa"/>
              <w:bottom w:w="8" w:type="dxa"/>
              <w:right w:w="60" w:type="dxa"/>
            </w:tcMar>
          </w:tcPr>
          <w:p w14:paraId="73BC95D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0.637</w:t>
            </w:r>
          </w:p>
        </w:tc>
        <w:tc>
          <w:tcPr>
            <w:tcW w:w="2461" w:type="dxa"/>
            <w:tcMar>
              <w:top w:w="8" w:type="dxa"/>
              <w:left w:w="60" w:type="dxa"/>
              <w:bottom w:w="8" w:type="dxa"/>
              <w:right w:w="60" w:type="dxa"/>
            </w:tcMar>
          </w:tcPr>
          <w:p w14:paraId="24CE613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0.955</w:t>
            </w:r>
          </w:p>
        </w:tc>
      </w:tr>
      <w:tr w:rsidR="00297D2C" w:rsidRPr="003B6D8D" w14:paraId="125DD3DE" w14:textId="77777777" w:rsidTr="007B2FD8">
        <w:tc>
          <w:tcPr>
            <w:tcW w:w="2070" w:type="dxa"/>
            <w:tcMar>
              <w:top w:w="8" w:type="dxa"/>
              <w:left w:w="60" w:type="dxa"/>
              <w:bottom w:w="8" w:type="dxa"/>
              <w:right w:w="60" w:type="dxa"/>
            </w:tcMar>
            <w:vAlign w:val="center"/>
          </w:tcPr>
          <w:p w14:paraId="27AFB1B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HIP-AMY</w:t>
            </w:r>
          </w:p>
        </w:tc>
        <w:tc>
          <w:tcPr>
            <w:tcW w:w="1752" w:type="dxa"/>
            <w:tcMar>
              <w:top w:w="8" w:type="dxa"/>
              <w:left w:w="60" w:type="dxa"/>
              <w:bottom w:w="8" w:type="dxa"/>
              <w:right w:w="60" w:type="dxa"/>
            </w:tcMar>
          </w:tcPr>
          <w:p w14:paraId="1A40862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+0.091</w:t>
            </w:r>
          </w:p>
        </w:tc>
        <w:tc>
          <w:tcPr>
            <w:tcW w:w="1797" w:type="dxa"/>
            <w:tcMar>
              <w:top w:w="8" w:type="dxa"/>
              <w:left w:w="60" w:type="dxa"/>
              <w:bottom w:w="8" w:type="dxa"/>
              <w:right w:w="60" w:type="dxa"/>
            </w:tcMar>
          </w:tcPr>
          <w:p w14:paraId="3868530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0.368</w:t>
            </w:r>
          </w:p>
        </w:tc>
        <w:tc>
          <w:tcPr>
            <w:tcW w:w="2461" w:type="dxa"/>
            <w:tcMar>
              <w:top w:w="8" w:type="dxa"/>
              <w:left w:w="60" w:type="dxa"/>
              <w:bottom w:w="8" w:type="dxa"/>
              <w:right w:w="60" w:type="dxa"/>
            </w:tcMar>
          </w:tcPr>
          <w:p w14:paraId="1544FAF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0.736</w:t>
            </w:r>
          </w:p>
        </w:tc>
      </w:tr>
      <w:tr w:rsidR="00297D2C" w:rsidRPr="003B6D8D" w14:paraId="13A22111" w14:textId="77777777" w:rsidTr="007B2FD8">
        <w:tc>
          <w:tcPr>
            <w:tcW w:w="2070" w:type="dxa"/>
            <w:tcMar>
              <w:top w:w="8" w:type="dxa"/>
              <w:left w:w="60" w:type="dxa"/>
              <w:bottom w:w="8" w:type="dxa"/>
              <w:right w:w="60" w:type="dxa"/>
            </w:tcMar>
            <w:vAlign w:val="center"/>
          </w:tcPr>
          <w:p w14:paraId="3495AD36"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AMY-ACC</w:t>
            </w:r>
          </w:p>
        </w:tc>
        <w:tc>
          <w:tcPr>
            <w:tcW w:w="1752" w:type="dxa"/>
            <w:tcMar>
              <w:top w:w="8" w:type="dxa"/>
              <w:left w:w="60" w:type="dxa"/>
              <w:bottom w:w="8" w:type="dxa"/>
              <w:right w:w="60" w:type="dxa"/>
            </w:tcMar>
          </w:tcPr>
          <w:p w14:paraId="6D22C7F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+0.126</w:t>
            </w:r>
          </w:p>
        </w:tc>
        <w:tc>
          <w:tcPr>
            <w:tcW w:w="1797" w:type="dxa"/>
            <w:tcMar>
              <w:top w:w="8" w:type="dxa"/>
              <w:left w:w="60" w:type="dxa"/>
              <w:bottom w:w="8" w:type="dxa"/>
              <w:right w:w="60" w:type="dxa"/>
            </w:tcMar>
          </w:tcPr>
          <w:p w14:paraId="6A5EE07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0.212</w:t>
            </w:r>
          </w:p>
        </w:tc>
        <w:tc>
          <w:tcPr>
            <w:tcW w:w="2461" w:type="dxa"/>
            <w:tcMar>
              <w:top w:w="8" w:type="dxa"/>
              <w:left w:w="60" w:type="dxa"/>
              <w:bottom w:w="8" w:type="dxa"/>
              <w:right w:w="60" w:type="dxa"/>
            </w:tcMar>
          </w:tcPr>
          <w:p w14:paraId="54D53D6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0.736</w:t>
            </w:r>
          </w:p>
        </w:tc>
      </w:tr>
      <w:tr w:rsidR="00297D2C" w:rsidRPr="003B6D8D" w14:paraId="71E2FF9C" w14:textId="77777777" w:rsidTr="007B2FD8">
        <w:tc>
          <w:tcPr>
            <w:tcW w:w="8080" w:type="dxa"/>
            <w:gridSpan w:val="4"/>
            <w:tcMar>
              <w:top w:w="8" w:type="dxa"/>
              <w:left w:w="60" w:type="dxa"/>
              <w:bottom w:w="8" w:type="dxa"/>
              <w:right w:w="60" w:type="dxa"/>
            </w:tcMar>
            <w:vAlign w:val="center"/>
          </w:tcPr>
          <w:p w14:paraId="4DDB51EE"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3B6D8D" w14:paraId="0C9820A0" w14:textId="77777777" w:rsidTr="007B2FD8">
        <w:tc>
          <w:tcPr>
            <w:tcW w:w="2070" w:type="dxa"/>
            <w:tcMar>
              <w:top w:w="8" w:type="dxa"/>
              <w:left w:w="60" w:type="dxa"/>
              <w:bottom w:w="8" w:type="dxa"/>
              <w:right w:w="60" w:type="dxa"/>
            </w:tcMar>
            <w:vAlign w:val="center"/>
          </w:tcPr>
          <w:p w14:paraId="2C74EFF2"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LIM-WC</w:t>
            </w:r>
          </w:p>
        </w:tc>
        <w:tc>
          <w:tcPr>
            <w:tcW w:w="1752" w:type="dxa"/>
            <w:tcMar>
              <w:top w:w="8" w:type="dxa"/>
              <w:left w:w="60" w:type="dxa"/>
              <w:bottom w:w="8" w:type="dxa"/>
              <w:right w:w="60" w:type="dxa"/>
            </w:tcMar>
          </w:tcPr>
          <w:p w14:paraId="1D25DC8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+0.013</w:t>
            </w:r>
          </w:p>
        </w:tc>
        <w:tc>
          <w:tcPr>
            <w:tcW w:w="1797" w:type="dxa"/>
            <w:tcMar>
              <w:top w:w="8" w:type="dxa"/>
              <w:left w:w="60" w:type="dxa"/>
              <w:bottom w:w="8" w:type="dxa"/>
              <w:right w:w="60" w:type="dxa"/>
            </w:tcMar>
          </w:tcPr>
          <w:p w14:paraId="5089D0B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0.899</w:t>
            </w:r>
          </w:p>
        </w:tc>
        <w:tc>
          <w:tcPr>
            <w:tcW w:w="2461" w:type="dxa"/>
            <w:tcMar>
              <w:top w:w="8" w:type="dxa"/>
              <w:left w:w="60" w:type="dxa"/>
              <w:bottom w:w="8" w:type="dxa"/>
              <w:right w:w="60" w:type="dxa"/>
            </w:tcMar>
          </w:tcPr>
          <w:p w14:paraId="521862E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0.954</w:t>
            </w:r>
          </w:p>
        </w:tc>
      </w:tr>
      <w:tr w:rsidR="00297D2C" w:rsidRPr="003B6D8D" w14:paraId="262B8843" w14:textId="77777777" w:rsidTr="007B2FD8">
        <w:tc>
          <w:tcPr>
            <w:tcW w:w="2070" w:type="dxa"/>
            <w:tcMar>
              <w:top w:w="8" w:type="dxa"/>
              <w:left w:w="60" w:type="dxa"/>
              <w:bottom w:w="8" w:type="dxa"/>
              <w:right w:w="60" w:type="dxa"/>
            </w:tcMar>
            <w:vAlign w:val="center"/>
          </w:tcPr>
          <w:p w14:paraId="43285DA3"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LIM-VIS</w:t>
            </w:r>
          </w:p>
        </w:tc>
        <w:tc>
          <w:tcPr>
            <w:tcW w:w="1752" w:type="dxa"/>
            <w:tcMar>
              <w:top w:w="8" w:type="dxa"/>
              <w:left w:w="60" w:type="dxa"/>
              <w:bottom w:w="8" w:type="dxa"/>
              <w:right w:w="60" w:type="dxa"/>
            </w:tcMar>
          </w:tcPr>
          <w:p w14:paraId="7E9D02F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-0.043</w:t>
            </w:r>
          </w:p>
        </w:tc>
        <w:tc>
          <w:tcPr>
            <w:tcW w:w="1797" w:type="dxa"/>
            <w:tcMar>
              <w:top w:w="8" w:type="dxa"/>
              <w:left w:w="60" w:type="dxa"/>
              <w:bottom w:w="8" w:type="dxa"/>
              <w:right w:w="60" w:type="dxa"/>
            </w:tcMar>
          </w:tcPr>
          <w:p w14:paraId="6886B16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0.668</w:t>
            </w:r>
          </w:p>
        </w:tc>
        <w:tc>
          <w:tcPr>
            <w:tcW w:w="2461" w:type="dxa"/>
            <w:tcMar>
              <w:top w:w="8" w:type="dxa"/>
              <w:left w:w="60" w:type="dxa"/>
              <w:bottom w:w="8" w:type="dxa"/>
              <w:right w:w="60" w:type="dxa"/>
            </w:tcMar>
          </w:tcPr>
          <w:p w14:paraId="12501B1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0.954</w:t>
            </w:r>
          </w:p>
        </w:tc>
      </w:tr>
      <w:tr w:rsidR="00297D2C" w:rsidRPr="003B6D8D" w14:paraId="2ECF56C4" w14:textId="77777777" w:rsidTr="007B2FD8">
        <w:tc>
          <w:tcPr>
            <w:tcW w:w="2070" w:type="dxa"/>
            <w:tcMar>
              <w:top w:w="8" w:type="dxa"/>
              <w:left w:w="60" w:type="dxa"/>
              <w:bottom w:w="8" w:type="dxa"/>
              <w:right w:w="60" w:type="dxa"/>
            </w:tcMar>
            <w:vAlign w:val="center"/>
          </w:tcPr>
          <w:p w14:paraId="6F173C71"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LIM-SMN</w:t>
            </w:r>
          </w:p>
        </w:tc>
        <w:tc>
          <w:tcPr>
            <w:tcW w:w="1752" w:type="dxa"/>
            <w:tcMar>
              <w:top w:w="8" w:type="dxa"/>
              <w:left w:w="60" w:type="dxa"/>
              <w:bottom w:w="8" w:type="dxa"/>
              <w:right w:w="60" w:type="dxa"/>
            </w:tcMar>
          </w:tcPr>
          <w:p w14:paraId="6976AD8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+0.006</w:t>
            </w:r>
          </w:p>
        </w:tc>
        <w:tc>
          <w:tcPr>
            <w:tcW w:w="1797" w:type="dxa"/>
            <w:tcMar>
              <w:top w:w="8" w:type="dxa"/>
              <w:left w:w="60" w:type="dxa"/>
              <w:bottom w:w="8" w:type="dxa"/>
              <w:right w:w="60" w:type="dxa"/>
            </w:tcMar>
          </w:tcPr>
          <w:p w14:paraId="08EC75F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0.954</w:t>
            </w:r>
          </w:p>
        </w:tc>
        <w:tc>
          <w:tcPr>
            <w:tcW w:w="2461" w:type="dxa"/>
            <w:tcMar>
              <w:top w:w="8" w:type="dxa"/>
              <w:left w:w="60" w:type="dxa"/>
              <w:bottom w:w="8" w:type="dxa"/>
              <w:right w:w="60" w:type="dxa"/>
            </w:tcMar>
          </w:tcPr>
          <w:p w14:paraId="7275DDE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0.954</w:t>
            </w:r>
          </w:p>
        </w:tc>
      </w:tr>
      <w:tr w:rsidR="00297D2C" w:rsidRPr="003B6D8D" w14:paraId="0486F2AC" w14:textId="77777777" w:rsidTr="007B2FD8">
        <w:tc>
          <w:tcPr>
            <w:tcW w:w="2070" w:type="dxa"/>
            <w:tcMar>
              <w:top w:w="8" w:type="dxa"/>
              <w:left w:w="60" w:type="dxa"/>
              <w:bottom w:w="8" w:type="dxa"/>
              <w:right w:w="60" w:type="dxa"/>
            </w:tcMar>
            <w:vAlign w:val="center"/>
          </w:tcPr>
          <w:p w14:paraId="6340615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LIM-DAN</w:t>
            </w:r>
          </w:p>
        </w:tc>
        <w:tc>
          <w:tcPr>
            <w:tcW w:w="1752" w:type="dxa"/>
            <w:tcMar>
              <w:top w:w="8" w:type="dxa"/>
              <w:left w:w="60" w:type="dxa"/>
              <w:bottom w:w="8" w:type="dxa"/>
              <w:right w:w="60" w:type="dxa"/>
            </w:tcMar>
          </w:tcPr>
          <w:p w14:paraId="37E2182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+0.080</w:t>
            </w:r>
          </w:p>
        </w:tc>
        <w:tc>
          <w:tcPr>
            <w:tcW w:w="1797" w:type="dxa"/>
            <w:tcMar>
              <w:top w:w="8" w:type="dxa"/>
              <w:left w:w="60" w:type="dxa"/>
              <w:bottom w:w="8" w:type="dxa"/>
              <w:right w:w="60" w:type="dxa"/>
            </w:tcMar>
          </w:tcPr>
          <w:p w14:paraId="77C62F3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0.431</w:t>
            </w:r>
          </w:p>
        </w:tc>
        <w:tc>
          <w:tcPr>
            <w:tcW w:w="2461" w:type="dxa"/>
            <w:tcMar>
              <w:top w:w="8" w:type="dxa"/>
              <w:left w:w="60" w:type="dxa"/>
              <w:bottom w:w="8" w:type="dxa"/>
              <w:right w:w="60" w:type="dxa"/>
            </w:tcMar>
          </w:tcPr>
          <w:p w14:paraId="090E4C0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0.954</w:t>
            </w:r>
          </w:p>
        </w:tc>
      </w:tr>
      <w:tr w:rsidR="00297D2C" w:rsidRPr="003B6D8D" w14:paraId="25025B2E" w14:textId="77777777" w:rsidTr="007B2FD8">
        <w:tc>
          <w:tcPr>
            <w:tcW w:w="2070" w:type="dxa"/>
            <w:tcMar>
              <w:top w:w="8" w:type="dxa"/>
              <w:left w:w="60" w:type="dxa"/>
              <w:bottom w:w="8" w:type="dxa"/>
              <w:right w:w="60" w:type="dxa"/>
            </w:tcMar>
            <w:vAlign w:val="center"/>
          </w:tcPr>
          <w:p w14:paraId="48187352"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LIM-VAN</w:t>
            </w:r>
          </w:p>
        </w:tc>
        <w:tc>
          <w:tcPr>
            <w:tcW w:w="1752" w:type="dxa"/>
            <w:tcMar>
              <w:top w:w="8" w:type="dxa"/>
              <w:left w:w="60" w:type="dxa"/>
              <w:bottom w:w="8" w:type="dxa"/>
              <w:right w:w="60" w:type="dxa"/>
            </w:tcMar>
          </w:tcPr>
          <w:p w14:paraId="6D0CEB8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+0.022</w:t>
            </w:r>
          </w:p>
        </w:tc>
        <w:tc>
          <w:tcPr>
            <w:tcW w:w="1797" w:type="dxa"/>
            <w:tcMar>
              <w:top w:w="8" w:type="dxa"/>
              <w:left w:w="60" w:type="dxa"/>
              <w:bottom w:w="8" w:type="dxa"/>
              <w:right w:w="60" w:type="dxa"/>
            </w:tcMar>
          </w:tcPr>
          <w:p w14:paraId="23B4729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0.827</w:t>
            </w:r>
          </w:p>
        </w:tc>
        <w:tc>
          <w:tcPr>
            <w:tcW w:w="2461" w:type="dxa"/>
            <w:tcMar>
              <w:top w:w="8" w:type="dxa"/>
              <w:left w:w="60" w:type="dxa"/>
              <w:bottom w:w="8" w:type="dxa"/>
              <w:right w:w="60" w:type="dxa"/>
            </w:tcMar>
          </w:tcPr>
          <w:p w14:paraId="5C9D98F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0.954</w:t>
            </w:r>
          </w:p>
        </w:tc>
      </w:tr>
      <w:tr w:rsidR="00297D2C" w:rsidRPr="003B6D8D" w14:paraId="1E75F141" w14:textId="77777777" w:rsidTr="007B2FD8">
        <w:tc>
          <w:tcPr>
            <w:tcW w:w="2070" w:type="dxa"/>
            <w:tcMar>
              <w:top w:w="8" w:type="dxa"/>
              <w:left w:w="60" w:type="dxa"/>
              <w:bottom w:w="8" w:type="dxa"/>
              <w:right w:w="60" w:type="dxa"/>
            </w:tcMar>
            <w:vAlign w:val="center"/>
          </w:tcPr>
          <w:p w14:paraId="6670BB91"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LIM-FPN</w:t>
            </w:r>
          </w:p>
        </w:tc>
        <w:tc>
          <w:tcPr>
            <w:tcW w:w="1752" w:type="dxa"/>
            <w:tcMar>
              <w:top w:w="8" w:type="dxa"/>
              <w:left w:w="60" w:type="dxa"/>
              <w:bottom w:w="8" w:type="dxa"/>
              <w:right w:w="60" w:type="dxa"/>
            </w:tcMar>
          </w:tcPr>
          <w:p w14:paraId="0DD88AF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+0.050</w:t>
            </w:r>
          </w:p>
        </w:tc>
        <w:tc>
          <w:tcPr>
            <w:tcW w:w="1797" w:type="dxa"/>
            <w:tcMar>
              <w:top w:w="8" w:type="dxa"/>
              <w:left w:w="60" w:type="dxa"/>
              <w:bottom w:w="8" w:type="dxa"/>
              <w:right w:w="60" w:type="dxa"/>
            </w:tcMar>
          </w:tcPr>
          <w:p w14:paraId="4756C3D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0.621</w:t>
            </w:r>
          </w:p>
        </w:tc>
        <w:tc>
          <w:tcPr>
            <w:tcW w:w="2461" w:type="dxa"/>
            <w:tcMar>
              <w:top w:w="8" w:type="dxa"/>
              <w:left w:w="60" w:type="dxa"/>
              <w:bottom w:w="8" w:type="dxa"/>
              <w:right w:w="60" w:type="dxa"/>
            </w:tcMar>
          </w:tcPr>
          <w:p w14:paraId="66A336B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0.954</w:t>
            </w:r>
          </w:p>
        </w:tc>
      </w:tr>
      <w:tr w:rsidR="00297D2C" w:rsidRPr="003B6D8D" w14:paraId="72FDB86C" w14:textId="77777777" w:rsidTr="007B2FD8">
        <w:tc>
          <w:tcPr>
            <w:tcW w:w="2070" w:type="dxa"/>
            <w:tcBorders>
              <w:bottom w:val="single" w:sz="4" w:space="0" w:color="auto"/>
            </w:tcBorders>
            <w:tcMar>
              <w:top w:w="8" w:type="dxa"/>
              <w:left w:w="60" w:type="dxa"/>
              <w:bottom w:w="8" w:type="dxa"/>
              <w:right w:w="60" w:type="dxa"/>
            </w:tcMar>
            <w:vAlign w:val="center"/>
          </w:tcPr>
          <w:p w14:paraId="2DB512FF"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LIM-DMN</w:t>
            </w:r>
          </w:p>
        </w:tc>
        <w:tc>
          <w:tcPr>
            <w:tcW w:w="1752" w:type="dxa"/>
            <w:tcBorders>
              <w:bottom w:val="single" w:sz="4" w:space="0" w:color="auto"/>
            </w:tcBorders>
            <w:tcMar>
              <w:top w:w="8" w:type="dxa"/>
              <w:left w:w="60" w:type="dxa"/>
              <w:bottom w:w="8" w:type="dxa"/>
              <w:right w:w="60" w:type="dxa"/>
            </w:tcMar>
          </w:tcPr>
          <w:p w14:paraId="16A685F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+0.044</w:t>
            </w:r>
          </w:p>
        </w:tc>
        <w:tc>
          <w:tcPr>
            <w:tcW w:w="1797" w:type="dxa"/>
            <w:tcBorders>
              <w:bottom w:val="single" w:sz="4" w:space="0" w:color="auto"/>
            </w:tcBorders>
            <w:tcMar>
              <w:top w:w="8" w:type="dxa"/>
              <w:left w:w="60" w:type="dxa"/>
              <w:bottom w:w="8" w:type="dxa"/>
              <w:right w:w="60" w:type="dxa"/>
            </w:tcMar>
          </w:tcPr>
          <w:p w14:paraId="0D6D6F6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0.660</w:t>
            </w:r>
          </w:p>
        </w:tc>
        <w:tc>
          <w:tcPr>
            <w:tcW w:w="2461" w:type="dxa"/>
            <w:tcBorders>
              <w:bottom w:val="single" w:sz="4" w:space="0" w:color="auto"/>
            </w:tcBorders>
            <w:tcMar>
              <w:top w:w="8" w:type="dxa"/>
              <w:left w:w="60" w:type="dxa"/>
              <w:bottom w:w="8" w:type="dxa"/>
              <w:right w:w="60" w:type="dxa"/>
            </w:tcMar>
          </w:tcPr>
          <w:p w14:paraId="3A58929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0.954</w:t>
            </w:r>
          </w:p>
        </w:tc>
      </w:tr>
      <w:tr w:rsidR="00297D2C" w:rsidRPr="003B6D8D" w14:paraId="2A82F3A9" w14:textId="77777777" w:rsidTr="007B2FD8">
        <w:tc>
          <w:tcPr>
            <w:tcW w:w="8080" w:type="dxa"/>
            <w:gridSpan w:val="4"/>
            <w:tcBorders>
              <w:top w:val="single" w:sz="4" w:space="0" w:color="auto"/>
            </w:tcBorders>
            <w:tcMar>
              <w:top w:w="8" w:type="dxa"/>
              <w:left w:w="60" w:type="dxa"/>
              <w:bottom w:w="8" w:type="dxa"/>
              <w:right w:w="60" w:type="dxa"/>
            </w:tcMar>
            <w:vAlign w:val="center"/>
          </w:tcPr>
          <w:p w14:paraId="0A98FF33" w14:textId="77777777" w:rsidR="00297D2C" w:rsidRPr="003B6D8D" w:rsidRDefault="00297D2C" w:rsidP="007B2FD8">
            <w:pPr>
              <w:jc w:val="center"/>
              <w:rPr>
                <w:rFonts w:ascii="Gill Sans MT" w:eastAsia="Calibri" w:hAnsi="Gill Sans MT" w:cs="Calibri"/>
                <w:b/>
                <w:bCs/>
                <w:sz w:val="16"/>
                <w:szCs w:val="16"/>
              </w:rPr>
            </w:pPr>
            <w:r>
              <w:rPr>
                <w:rFonts w:ascii="Gill Sans MT" w:hAnsi="Gill Sans MT"/>
                <w:b/>
                <w:sz w:val="16"/>
                <w:szCs w:val="16"/>
              </w:rPr>
              <w:t>DAT striatum (n = 173)</w:t>
            </w:r>
          </w:p>
        </w:tc>
      </w:tr>
      <w:tr w:rsidR="00297D2C" w:rsidRPr="003B6D8D" w14:paraId="7BC4BDDB" w14:textId="77777777" w:rsidTr="007B2FD8">
        <w:tc>
          <w:tcPr>
            <w:tcW w:w="2070" w:type="dxa"/>
            <w:tcBorders>
              <w:bottom w:val="single" w:sz="4" w:space="0" w:color="auto"/>
            </w:tcBorders>
            <w:tcMar>
              <w:top w:w="8" w:type="dxa"/>
              <w:left w:w="60" w:type="dxa"/>
              <w:bottom w:w="8" w:type="dxa"/>
              <w:right w:w="60" w:type="dxa"/>
            </w:tcMar>
            <w:vAlign w:val="center"/>
          </w:tcPr>
          <w:p w14:paraId="7CCA73B5" w14:textId="77777777" w:rsidR="00297D2C" w:rsidRPr="003B6D8D" w:rsidRDefault="00297D2C" w:rsidP="007B2FD8">
            <w:pPr>
              <w:rPr>
                <w:rFonts w:ascii="Gill Sans MT" w:eastAsia="Calibri" w:hAnsi="Gill Sans MT" w:cs="Calibri"/>
                <w:sz w:val="16"/>
                <w:szCs w:val="16"/>
              </w:rPr>
            </w:pPr>
          </w:p>
        </w:tc>
        <w:tc>
          <w:tcPr>
            <w:tcW w:w="1752" w:type="dxa"/>
            <w:tcBorders>
              <w:bottom w:val="single" w:sz="4" w:space="0" w:color="auto"/>
            </w:tcBorders>
            <w:tcMar>
              <w:top w:w="8" w:type="dxa"/>
              <w:left w:w="60" w:type="dxa"/>
              <w:bottom w:w="8" w:type="dxa"/>
              <w:right w:w="60" w:type="dxa"/>
            </w:tcMar>
          </w:tcPr>
          <w:p w14:paraId="7DC5D45F" w14:textId="77777777" w:rsidR="00297D2C" w:rsidRPr="003B6D8D" w:rsidRDefault="00297D2C" w:rsidP="007B2FD8">
            <w:pPr>
              <w:jc w:val="center"/>
              <w:rPr>
                <w:rFonts w:ascii="Gill Sans MT" w:hAnsi="Gill Sans MT"/>
                <w:sz w:val="16"/>
                <w:szCs w:val="16"/>
              </w:rPr>
            </w:pPr>
            <w:r>
              <w:rPr>
                <w:rFonts w:ascii="Calibri" w:hAnsi="Calibri" w:cs="Calibri"/>
                <w:b/>
                <w:sz w:val="16"/>
                <w:szCs w:val="16"/>
              </w:rPr>
              <w:t>ρ</w:t>
            </w:r>
          </w:p>
        </w:tc>
        <w:tc>
          <w:tcPr>
            <w:tcW w:w="1797" w:type="dxa"/>
            <w:tcBorders>
              <w:bottom w:val="single" w:sz="4" w:space="0" w:color="auto"/>
            </w:tcBorders>
            <w:tcMar>
              <w:top w:w="8" w:type="dxa"/>
              <w:left w:w="60" w:type="dxa"/>
              <w:bottom w:w="8" w:type="dxa"/>
              <w:right w:w="60" w:type="dxa"/>
            </w:tcMar>
            <w:vAlign w:val="center"/>
          </w:tcPr>
          <w:p w14:paraId="297136D3"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2461" w:type="dxa"/>
            <w:tcBorders>
              <w:bottom w:val="single" w:sz="4" w:space="0" w:color="auto"/>
            </w:tcBorders>
            <w:tcMar>
              <w:top w:w="8" w:type="dxa"/>
              <w:left w:w="60" w:type="dxa"/>
              <w:bottom w:w="8" w:type="dxa"/>
              <w:right w:w="60" w:type="dxa"/>
            </w:tcMar>
            <w:vAlign w:val="center"/>
          </w:tcPr>
          <w:p w14:paraId="77510F4C"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3B6D8D" w14:paraId="399108AC" w14:textId="77777777" w:rsidTr="007B2FD8">
        <w:tc>
          <w:tcPr>
            <w:tcW w:w="8080" w:type="dxa"/>
            <w:gridSpan w:val="4"/>
            <w:tcBorders>
              <w:top w:val="single" w:sz="4" w:space="0" w:color="auto"/>
            </w:tcBorders>
            <w:tcMar>
              <w:top w:w="8" w:type="dxa"/>
              <w:left w:w="60" w:type="dxa"/>
              <w:bottom w:w="8" w:type="dxa"/>
              <w:right w:w="60" w:type="dxa"/>
            </w:tcMar>
            <w:vAlign w:val="center"/>
          </w:tcPr>
          <w:p w14:paraId="45B4864D"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3B6D8D" w14:paraId="1C624FFC" w14:textId="77777777" w:rsidTr="007B2FD8">
        <w:tc>
          <w:tcPr>
            <w:tcW w:w="2070" w:type="dxa"/>
            <w:tcMar>
              <w:top w:w="8" w:type="dxa"/>
              <w:left w:w="60" w:type="dxa"/>
              <w:bottom w:w="8" w:type="dxa"/>
              <w:right w:w="60" w:type="dxa"/>
            </w:tcMar>
            <w:vAlign w:val="center"/>
          </w:tcPr>
          <w:p w14:paraId="0C067A04"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structural</w:t>
            </w:r>
          </w:p>
        </w:tc>
        <w:tc>
          <w:tcPr>
            <w:tcW w:w="1752" w:type="dxa"/>
            <w:tcMar>
              <w:top w:w="8" w:type="dxa"/>
              <w:left w:w="60" w:type="dxa"/>
              <w:bottom w:w="8" w:type="dxa"/>
              <w:right w:w="60" w:type="dxa"/>
            </w:tcMar>
          </w:tcPr>
          <w:p w14:paraId="6F83A28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-0.051</w:t>
            </w:r>
          </w:p>
        </w:tc>
        <w:tc>
          <w:tcPr>
            <w:tcW w:w="1797" w:type="dxa"/>
            <w:tcMar>
              <w:top w:w="8" w:type="dxa"/>
              <w:left w:w="60" w:type="dxa"/>
              <w:bottom w:w="8" w:type="dxa"/>
              <w:right w:w="60" w:type="dxa"/>
            </w:tcMar>
          </w:tcPr>
          <w:p w14:paraId="27FEDBE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0.509</w:t>
            </w:r>
          </w:p>
        </w:tc>
        <w:tc>
          <w:tcPr>
            <w:tcW w:w="2461" w:type="dxa"/>
            <w:tcMar>
              <w:top w:w="8" w:type="dxa"/>
              <w:left w:w="60" w:type="dxa"/>
              <w:bottom w:w="8" w:type="dxa"/>
              <w:right w:w="60" w:type="dxa"/>
            </w:tcMar>
            <w:vAlign w:val="center"/>
          </w:tcPr>
          <w:p w14:paraId="7747E67D" w14:textId="77777777" w:rsidR="00297D2C" w:rsidRPr="003B6D8D" w:rsidRDefault="00297D2C" w:rsidP="007B2FD8">
            <w:pPr>
              <w:jc w:val="center"/>
              <w:rPr>
                <w:rFonts w:ascii="Gill Sans MT" w:hAnsi="Gill Sans MT"/>
                <w:sz w:val="16"/>
                <w:szCs w:val="16"/>
              </w:rPr>
            </w:pPr>
          </w:p>
        </w:tc>
      </w:tr>
      <w:tr w:rsidR="00297D2C" w:rsidRPr="003B6D8D" w14:paraId="458616B2" w14:textId="77777777" w:rsidTr="007B2FD8">
        <w:tc>
          <w:tcPr>
            <w:tcW w:w="2070" w:type="dxa"/>
            <w:tcMar>
              <w:top w:w="8" w:type="dxa"/>
              <w:left w:w="60" w:type="dxa"/>
              <w:bottom w:w="8" w:type="dxa"/>
              <w:right w:w="60" w:type="dxa"/>
            </w:tcMar>
            <w:vAlign w:val="center"/>
          </w:tcPr>
          <w:p w14:paraId="02A332B8"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functional</w:t>
            </w:r>
          </w:p>
        </w:tc>
        <w:tc>
          <w:tcPr>
            <w:tcW w:w="1752" w:type="dxa"/>
            <w:tcMar>
              <w:top w:w="8" w:type="dxa"/>
              <w:left w:w="60" w:type="dxa"/>
              <w:bottom w:w="8" w:type="dxa"/>
              <w:right w:w="60" w:type="dxa"/>
            </w:tcMar>
          </w:tcPr>
          <w:p w14:paraId="49DD6AD9"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-0.221</w:t>
            </w:r>
          </w:p>
        </w:tc>
        <w:tc>
          <w:tcPr>
            <w:tcW w:w="1797" w:type="dxa"/>
            <w:tcMar>
              <w:top w:w="8" w:type="dxa"/>
              <w:left w:w="60" w:type="dxa"/>
              <w:bottom w:w="8" w:type="dxa"/>
              <w:right w:w="60" w:type="dxa"/>
            </w:tcMar>
          </w:tcPr>
          <w:p w14:paraId="4E58F4E7"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0.004</w:t>
            </w:r>
          </w:p>
        </w:tc>
        <w:tc>
          <w:tcPr>
            <w:tcW w:w="2461" w:type="dxa"/>
            <w:tcMar>
              <w:top w:w="8" w:type="dxa"/>
              <w:left w:w="60" w:type="dxa"/>
              <w:bottom w:w="8" w:type="dxa"/>
              <w:right w:w="60" w:type="dxa"/>
            </w:tcMar>
            <w:vAlign w:val="center"/>
          </w:tcPr>
          <w:p w14:paraId="45B82C3E" w14:textId="77777777" w:rsidR="00297D2C" w:rsidRPr="003B6D8D" w:rsidRDefault="00297D2C" w:rsidP="007B2FD8">
            <w:pPr>
              <w:jc w:val="center"/>
              <w:rPr>
                <w:rFonts w:ascii="Gill Sans MT" w:hAnsi="Gill Sans MT"/>
                <w:sz w:val="16"/>
                <w:szCs w:val="16"/>
              </w:rPr>
            </w:pPr>
          </w:p>
        </w:tc>
      </w:tr>
      <w:tr w:rsidR="00297D2C" w:rsidRPr="003B6D8D" w14:paraId="5AFA802C" w14:textId="77777777" w:rsidTr="007B2FD8">
        <w:tc>
          <w:tcPr>
            <w:tcW w:w="2070" w:type="dxa"/>
            <w:tcMar>
              <w:top w:w="8" w:type="dxa"/>
              <w:left w:w="60" w:type="dxa"/>
              <w:bottom w:w="8" w:type="dxa"/>
              <w:right w:w="60" w:type="dxa"/>
            </w:tcMar>
            <w:vAlign w:val="center"/>
          </w:tcPr>
          <w:p w14:paraId="44219224"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multimodal</w:t>
            </w:r>
          </w:p>
        </w:tc>
        <w:tc>
          <w:tcPr>
            <w:tcW w:w="1752" w:type="dxa"/>
            <w:tcMar>
              <w:top w:w="8" w:type="dxa"/>
              <w:left w:w="60" w:type="dxa"/>
              <w:bottom w:w="8" w:type="dxa"/>
              <w:right w:w="60" w:type="dxa"/>
            </w:tcMar>
          </w:tcPr>
          <w:p w14:paraId="56F042FF"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-0.216</w:t>
            </w:r>
          </w:p>
        </w:tc>
        <w:tc>
          <w:tcPr>
            <w:tcW w:w="1797" w:type="dxa"/>
            <w:tcMar>
              <w:top w:w="8" w:type="dxa"/>
              <w:left w:w="60" w:type="dxa"/>
              <w:bottom w:w="8" w:type="dxa"/>
              <w:right w:w="60" w:type="dxa"/>
            </w:tcMar>
          </w:tcPr>
          <w:p w14:paraId="5A471B42"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0.004</w:t>
            </w:r>
          </w:p>
        </w:tc>
        <w:tc>
          <w:tcPr>
            <w:tcW w:w="2461" w:type="dxa"/>
            <w:tcMar>
              <w:top w:w="8" w:type="dxa"/>
              <w:left w:w="60" w:type="dxa"/>
              <w:bottom w:w="8" w:type="dxa"/>
              <w:right w:w="60" w:type="dxa"/>
            </w:tcMar>
            <w:vAlign w:val="center"/>
          </w:tcPr>
          <w:p w14:paraId="74ED9F05" w14:textId="77777777" w:rsidR="00297D2C" w:rsidRPr="003B6D8D" w:rsidRDefault="00297D2C" w:rsidP="007B2FD8">
            <w:pPr>
              <w:jc w:val="center"/>
              <w:rPr>
                <w:rFonts w:ascii="Gill Sans MT" w:hAnsi="Gill Sans MT"/>
                <w:sz w:val="16"/>
                <w:szCs w:val="16"/>
              </w:rPr>
            </w:pPr>
          </w:p>
        </w:tc>
      </w:tr>
      <w:tr w:rsidR="00297D2C" w:rsidRPr="003B6D8D" w14:paraId="328A44D4" w14:textId="77777777" w:rsidTr="007B2FD8">
        <w:tc>
          <w:tcPr>
            <w:tcW w:w="8080" w:type="dxa"/>
            <w:gridSpan w:val="4"/>
            <w:tcMar>
              <w:top w:w="8" w:type="dxa"/>
              <w:left w:w="60" w:type="dxa"/>
              <w:bottom w:w="8" w:type="dxa"/>
              <w:right w:w="60" w:type="dxa"/>
            </w:tcMar>
            <w:vAlign w:val="center"/>
          </w:tcPr>
          <w:p w14:paraId="5713ED7A"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3B6D8D" w14:paraId="452C8CE4" w14:textId="77777777" w:rsidTr="007B2FD8">
        <w:tc>
          <w:tcPr>
            <w:tcW w:w="2070" w:type="dxa"/>
            <w:tcMar>
              <w:top w:w="8" w:type="dxa"/>
              <w:left w:w="60" w:type="dxa"/>
              <w:bottom w:w="8" w:type="dxa"/>
              <w:right w:w="60" w:type="dxa"/>
            </w:tcMar>
            <w:vAlign w:val="center"/>
          </w:tcPr>
          <w:p w14:paraId="7D7F34E1"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Amygdala</w:t>
            </w:r>
          </w:p>
        </w:tc>
        <w:tc>
          <w:tcPr>
            <w:tcW w:w="1752" w:type="dxa"/>
            <w:tcMar>
              <w:top w:w="8" w:type="dxa"/>
              <w:left w:w="60" w:type="dxa"/>
              <w:bottom w:w="8" w:type="dxa"/>
              <w:right w:w="60" w:type="dxa"/>
            </w:tcMar>
          </w:tcPr>
          <w:p w14:paraId="141CA0F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+0.109</w:t>
            </w:r>
          </w:p>
        </w:tc>
        <w:tc>
          <w:tcPr>
            <w:tcW w:w="1797" w:type="dxa"/>
            <w:tcMar>
              <w:top w:w="8" w:type="dxa"/>
              <w:left w:w="60" w:type="dxa"/>
              <w:bottom w:w="8" w:type="dxa"/>
              <w:right w:w="60" w:type="dxa"/>
            </w:tcMar>
          </w:tcPr>
          <w:p w14:paraId="2957D58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0.153</w:t>
            </w:r>
          </w:p>
        </w:tc>
        <w:tc>
          <w:tcPr>
            <w:tcW w:w="2461" w:type="dxa"/>
            <w:tcMar>
              <w:top w:w="8" w:type="dxa"/>
              <w:left w:w="60" w:type="dxa"/>
              <w:bottom w:w="8" w:type="dxa"/>
              <w:right w:w="60" w:type="dxa"/>
            </w:tcMar>
          </w:tcPr>
          <w:p w14:paraId="29A8A0C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0.230</w:t>
            </w:r>
          </w:p>
        </w:tc>
      </w:tr>
      <w:tr w:rsidR="00297D2C" w:rsidRPr="003B6D8D" w14:paraId="7DB55371" w14:textId="77777777" w:rsidTr="007B2FD8">
        <w:tc>
          <w:tcPr>
            <w:tcW w:w="2070" w:type="dxa"/>
            <w:tcMar>
              <w:top w:w="8" w:type="dxa"/>
              <w:left w:w="60" w:type="dxa"/>
              <w:bottom w:w="8" w:type="dxa"/>
              <w:right w:w="60" w:type="dxa"/>
            </w:tcMar>
            <w:vAlign w:val="center"/>
          </w:tcPr>
          <w:p w14:paraId="5925F32C"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Bilateral Hippocampus</w:t>
            </w:r>
          </w:p>
        </w:tc>
        <w:tc>
          <w:tcPr>
            <w:tcW w:w="1752" w:type="dxa"/>
            <w:tcMar>
              <w:top w:w="8" w:type="dxa"/>
              <w:left w:w="60" w:type="dxa"/>
              <w:bottom w:w="8" w:type="dxa"/>
              <w:right w:w="60" w:type="dxa"/>
            </w:tcMar>
          </w:tcPr>
          <w:p w14:paraId="1FEED1D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+0.195</w:t>
            </w:r>
          </w:p>
        </w:tc>
        <w:tc>
          <w:tcPr>
            <w:tcW w:w="1797" w:type="dxa"/>
            <w:tcMar>
              <w:top w:w="8" w:type="dxa"/>
              <w:left w:w="60" w:type="dxa"/>
              <w:bottom w:w="8" w:type="dxa"/>
              <w:right w:w="60" w:type="dxa"/>
            </w:tcMar>
          </w:tcPr>
          <w:p w14:paraId="27F55D2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0.010</w:t>
            </w:r>
          </w:p>
        </w:tc>
        <w:tc>
          <w:tcPr>
            <w:tcW w:w="2461" w:type="dxa"/>
            <w:tcMar>
              <w:top w:w="8" w:type="dxa"/>
              <w:left w:w="60" w:type="dxa"/>
              <w:bottom w:w="8" w:type="dxa"/>
              <w:right w:w="60" w:type="dxa"/>
            </w:tcMar>
          </w:tcPr>
          <w:p w14:paraId="0B02990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0.031</w:t>
            </w:r>
          </w:p>
        </w:tc>
      </w:tr>
      <w:tr w:rsidR="00297D2C" w:rsidRPr="003B6D8D" w14:paraId="09FA29E1" w14:textId="77777777" w:rsidTr="007B2FD8">
        <w:tc>
          <w:tcPr>
            <w:tcW w:w="2070" w:type="dxa"/>
            <w:tcMar>
              <w:top w:w="8" w:type="dxa"/>
              <w:left w:w="60" w:type="dxa"/>
              <w:bottom w:w="8" w:type="dxa"/>
              <w:right w:w="60" w:type="dxa"/>
            </w:tcMar>
            <w:vAlign w:val="center"/>
          </w:tcPr>
          <w:p w14:paraId="304F1535"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ACC</w:t>
            </w:r>
          </w:p>
        </w:tc>
        <w:tc>
          <w:tcPr>
            <w:tcW w:w="1752" w:type="dxa"/>
            <w:tcMar>
              <w:top w:w="8" w:type="dxa"/>
              <w:left w:w="60" w:type="dxa"/>
              <w:bottom w:w="8" w:type="dxa"/>
              <w:right w:w="60" w:type="dxa"/>
            </w:tcMar>
          </w:tcPr>
          <w:p w14:paraId="64ED4F2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+0.073</w:t>
            </w:r>
          </w:p>
        </w:tc>
        <w:tc>
          <w:tcPr>
            <w:tcW w:w="1797" w:type="dxa"/>
            <w:tcMar>
              <w:top w:w="8" w:type="dxa"/>
              <w:left w:w="60" w:type="dxa"/>
              <w:bottom w:w="8" w:type="dxa"/>
              <w:right w:w="60" w:type="dxa"/>
            </w:tcMar>
          </w:tcPr>
          <w:p w14:paraId="7F03184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0.337</w:t>
            </w:r>
          </w:p>
        </w:tc>
        <w:tc>
          <w:tcPr>
            <w:tcW w:w="2461" w:type="dxa"/>
            <w:tcMar>
              <w:top w:w="8" w:type="dxa"/>
              <w:left w:w="60" w:type="dxa"/>
              <w:bottom w:w="8" w:type="dxa"/>
              <w:right w:w="60" w:type="dxa"/>
            </w:tcMar>
          </w:tcPr>
          <w:p w14:paraId="34C879E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0.337</w:t>
            </w:r>
          </w:p>
        </w:tc>
      </w:tr>
      <w:tr w:rsidR="00297D2C" w:rsidRPr="003B6D8D" w14:paraId="7CF02F39" w14:textId="77777777" w:rsidTr="007B2FD8">
        <w:tc>
          <w:tcPr>
            <w:tcW w:w="8080" w:type="dxa"/>
            <w:gridSpan w:val="4"/>
            <w:tcMar>
              <w:top w:w="8" w:type="dxa"/>
              <w:left w:w="60" w:type="dxa"/>
              <w:bottom w:w="8" w:type="dxa"/>
              <w:right w:w="60" w:type="dxa"/>
            </w:tcMar>
            <w:vAlign w:val="center"/>
          </w:tcPr>
          <w:p w14:paraId="5D2559BA"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3B6D8D" w14:paraId="2582E13C" w14:textId="77777777" w:rsidTr="007B2FD8">
        <w:tc>
          <w:tcPr>
            <w:tcW w:w="2070" w:type="dxa"/>
            <w:tcMar>
              <w:top w:w="8" w:type="dxa"/>
              <w:left w:w="60" w:type="dxa"/>
              <w:bottom w:w="8" w:type="dxa"/>
              <w:right w:w="60" w:type="dxa"/>
            </w:tcMar>
            <w:vAlign w:val="center"/>
          </w:tcPr>
          <w:p w14:paraId="2550AB2C"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Left Amygdala</w:t>
            </w:r>
          </w:p>
        </w:tc>
        <w:tc>
          <w:tcPr>
            <w:tcW w:w="1752" w:type="dxa"/>
            <w:tcMar>
              <w:top w:w="8" w:type="dxa"/>
              <w:left w:w="60" w:type="dxa"/>
              <w:bottom w:w="8" w:type="dxa"/>
              <w:right w:w="60" w:type="dxa"/>
            </w:tcMar>
          </w:tcPr>
          <w:p w14:paraId="22C38E6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+0.127</w:t>
            </w:r>
          </w:p>
        </w:tc>
        <w:tc>
          <w:tcPr>
            <w:tcW w:w="1797" w:type="dxa"/>
            <w:tcMar>
              <w:top w:w="8" w:type="dxa"/>
              <w:left w:w="60" w:type="dxa"/>
              <w:bottom w:w="8" w:type="dxa"/>
              <w:right w:w="60" w:type="dxa"/>
            </w:tcMar>
          </w:tcPr>
          <w:p w14:paraId="433BC47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0.096</w:t>
            </w:r>
          </w:p>
        </w:tc>
        <w:tc>
          <w:tcPr>
            <w:tcW w:w="2461" w:type="dxa"/>
            <w:tcMar>
              <w:top w:w="8" w:type="dxa"/>
              <w:left w:w="60" w:type="dxa"/>
              <w:bottom w:w="8" w:type="dxa"/>
              <w:right w:w="60" w:type="dxa"/>
            </w:tcMar>
          </w:tcPr>
          <w:p w14:paraId="66ECCD0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0.192</w:t>
            </w:r>
          </w:p>
        </w:tc>
      </w:tr>
      <w:tr w:rsidR="00297D2C" w:rsidRPr="003B6D8D" w14:paraId="27F92798" w14:textId="77777777" w:rsidTr="007B2FD8">
        <w:tc>
          <w:tcPr>
            <w:tcW w:w="2070" w:type="dxa"/>
            <w:tcMar>
              <w:top w:w="8" w:type="dxa"/>
              <w:left w:w="60" w:type="dxa"/>
              <w:bottom w:w="8" w:type="dxa"/>
              <w:right w:w="60" w:type="dxa"/>
            </w:tcMar>
            <w:vAlign w:val="center"/>
          </w:tcPr>
          <w:p w14:paraId="29078427"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Amygdala</w:t>
            </w:r>
          </w:p>
        </w:tc>
        <w:tc>
          <w:tcPr>
            <w:tcW w:w="1752" w:type="dxa"/>
            <w:tcMar>
              <w:top w:w="8" w:type="dxa"/>
              <w:left w:w="60" w:type="dxa"/>
              <w:bottom w:w="8" w:type="dxa"/>
              <w:right w:w="60" w:type="dxa"/>
            </w:tcMar>
          </w:tcPr>
          <w:p w14:paraId="20659F5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+0.088</w:t>
            </w:r>
          </w:p>
        </w:tc>
        <w:tc>
          <w:tcPr>
            <w:tcW w:w="1797" w:type="dxa"/>
            <w:tcMar>
              <w:top w:w="8" w:type="dxa"/>
              <w:left w:w="60" w:type="dxa"/>
              <w:bottom w:w="8" w:type="dxa"/>
              <w:right w:w="60" w:type="dxa"/>
            </w:tcMar>
          </w:tcPr>
          <w:p w14:paraId="759E97E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0.250</w:t>
            </w:r>
          </w:p>
        </w:tc>
        <w:tc>
          <w:tcPr>
            <w:tcW w:w="2461" w:type="dxa"/>
            <w:tcMar>
              <w:top w:w="8" w:type="dxa"/>
              <w:left w:w="60" w:type="dxa"/>
              <w:bottom w:w="8" w:type="dxa"/>
              <w:right w:w="60" w:type="dxa"/>
            </w:tcMar>
          </w:tcPr>
          <w:p w14:paraId="60368E2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0.300</w:t>
            </w:r>
          </w:p>
        </w:tc>
      </w:tr>
      <w:tr w:rsidR="00297D2C" w:rsidRPr="003B6D8D" w14:paraId="0E6FF7C1" w14:textId="77777777" w:rsidTr="007B2FD8">
        <w:tc>
          <w:tcPr>
            <w:tcW w:w="2070" w:type="dxa"/>
            <w:tcMar>
              <w:top w:w="8" w:type="dxa"/>
              <w:left w:w="60" w:type="dxa"/>
              <w:bottom w:w="8" w:type="dxa"/>
              <w:right w:w="60" w:type="dxa"/>
            </w:tcMar>
            <w:vAlign w:val="center"/>
          </w:tcPr>
          <w:p w14:paraId="1C70C47E"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Left Hippocampus</w:t>
            </w:r>
          </w:p>
        </w:tc>
        <w:tc>
          <w:tcPr>
            <w:tcW w:w="1752" w:type="dxa"/>
            <w:tcMar>
              <w:top w:w="8" w:type="dxa"/>
              <w:left w:w="60" w:type="dxa"/>
              <w:bottom w:w="8" w:type="dxa"/>
              <w:right w:w="60" w:type="dxa"/>
            </w:tcMar>
          </w:tcPr>
          <w:p w14:paraId="2D2EDA2F"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+0.244</w:t>
            </w:r>
          </w:p>
        </w:tc>
        <w:tc>
          <w:tcPr>
            <w:tcW w:w="1797" w:type="dxa"/>
            <w:tcMar>
              <w:top w:w="8" w:type="dxa"/>
              <w:left w:w="60" w:type="dxa"/>
              <w:bottom w:w="8" w:type="dxa"/>
              <w:right w:w="60" w:type="dxa"/>
            </w:tcMar>
          </w:tcPr>
          <w:p w14:paraId="797510B1"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0.001</w:t>
            </w:r>
          </w:p>
        </w:tc>
        <w:tc>
          <w:tcPr>
            <w:tcW w:w="2461" w:type="dxa"/>
            <w:tcMar>
              <w:top w:w="8" w:type="dxa"/>
              <w:left w:w="60" w:type="dxa"/>
              <w:bottom w:w="8" w:type="dxa"/>
              <w:right w:w="60" w:type="dxa"/>
            </w:tcMar>
          </w:tcPr>
          <w:p w14:paraId="1B0E4B6B"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0.007</w:t>
            </w:r>
          </w:p>
        </w:tc>
      </w:tr>
      <w:tr w:rsidR="00297D2C" w:rsidRPr="003B6D8D" w14:paraId="4237C0A7" w14:textId="77777777" w:rsidTr="007B2FD8">
        <w:tc>
          <w:tcPr>
            <w:tcW w:w="2070" w:type="dxa"/>
            <w:tcMar>
              <w:top w:w="8" w:type="dxa"/>
              <w:left w:w="60" w:type="dxa"/>
              <w:bottom w:w="8" w:type="dxa"/>
              <w:right w:w="60" w:type="dxa"/>
            </w:tcMar>
            <w:vAlign w:val="center"/>
          </w:tcPr>
          <w:p w14:paraId="78805D35"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Hippocampus</w:t>
            </w:r>
          </w:p>
        </w:tc>
        <w:tc>
          <w:tcPr>
            <w:tcW w:w="1752" w:type="dxa"/>
            <w:tcMar>
              <w:top w:w="8" w:type="dxa"/>
              <w:left w:w="60" w:type="dxa"/>
              <w:bottom w:w="8" w:type="dxa"/>
              <w:right w:w="60" w:type="dxa"/>
            </w:tcMar>
          </w:tcPr>
          <w:p w14:paraId="6F84C00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+0.132</w:t>
            </w:r>
          </w:p>
        </w:tc>
        <w:tc>
          <w:tcPr>
            <w:tcW w:w="1797" w:type="dxa"/>
            <w:tcMar>
              <w:top w:w="8" w:type="dxa"/>
              <w:left w:w="60" w:type="dxa"/>
              <w:bottom w:w="8" w:type="dxa"/>
              <w:right w:w="60" w:type="dxa"/>
            </w:tcMar>
          </w:tcPr>
          <w:p w14:paraId="52C6A2A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0.083</w:t>
            </w:r>
          </w:p>
        </w:tc>
        <w:tc>
          <w:tcPr>
            <w:tcW w:w="2461" w:type="dxa"/>
            <w:tcMar>
              <w:top w:w="8" w:type="dxa"/>
              <w:left w:w="60" w:type="dxa"/>
              <w:bottom w:w="8" w:type="dxa"/>
              <w:right w:w="60" w:type="dxa"/>
            </w:tcMar>
          </w:tcPr>
          <w:p w14:paraId="295BCF9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0.192</w:t>
            </w:r>
          </w:p>
        </w:tc>
      </w:tr>
      <w:tr w:rsidR="00297D2C" w:rsidRPr="003B6D8D" w14:paraId="5C8579FE" w14:textId="77777777" w:rsidTr="007B2FD8">
        <w:tc>
          <w:tcPr>
            <w:tcW w:w="2070" w:type="dxa"/>
            <w:tcMar>
              <w:top w:w="8" w:type="dxa"/>
              <w:left w:w="60" w:type="dxa"/>
              <w:bottom w:w="8" w:type="dxa"/>
              <w:right w:w="60" w:type="dxa"/>
            </w:tcMar>
            <w:vAlign w:val="center"/>
          </w:tcPr>
          <w:p w14:paraId="6FE6969D"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Left ACC</w:t>
            </w:r>
          </w:p>
        </w:tc>
        <w:tc>
          <w:tcPr>
            <w:tcW w:w="1752" w:type="dxa"/>
            <w:tcMar>
              <w:top w:w="8" w:type="dxa"/>
              <w:left w:w="60" w:type="dxa"/>
              <w:bottom w:w="8" w:type="dxa"/>
              <w:right w:w="60" w:type="dxa"/>
            </w:tcMar>
          </w:tcPr>
          <w:p w14:paraId="7C2CFDF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+0.045</w:t>
            </w:r>
          </w:p>
        </w:tc>
        <w:tc>
          <w:tcPr>
            <w:tcW w:w="1797" w:type="dxa"/>
            <w:tcMar>
              <w:top w:w="8" w:type="dxa"/>
              <w:left w:w="60" w:type="dxa"/>
              <w:bottom w:w="8" w:type="dxa"/>
              <w:right w:w="60" w:type="dxa"/>
            </w:tcMar>
          </w:tcPr>
          <w:p w14:paraId="6517F36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0.555</w:t>
            </w:r>
          </w:p>
        </w:tc>
        <w:tc>
          <w:tcPr>
            <w:tcW w:w="2461" w:type="dxa"/>
            <w:tcMar>
              <w:top w:w="8" w:type="dxa"/>
              <w:left w:w="60" w:type="dxa"/>
              <w:bottom w:w="8" w:type="dxa"/>
              <w:right w:w="60" w:type="dxa"/>
            </w:tcMar>
          </w:tcPr>
          <w:p w14:paraId="62E0937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0.555</w:t>
            </w:r>
          </w:p>
        </w:tc>
      </w:tr>
      <w:tr w:rsidR="00297D2C" w:rsidRPr="003B6D8D" w14:paraId="77DD358D" w14:textId="77777777" w:rsidTr="007B2FD8">
        <w:tc>
          <w:tcPr>
            <w:tcW w:w="2070" w:type="dxa"/>
            <w:tcMar>
              <w:top w:w="8" w:type="dxa"/>
              <w:left w:w="60" w:type="dxa"/>
              <w:bottom w:w="8" w:type="dxa"/>
              <w:right w:w="60" w:type="dxa"/>
            </w:tcMar>
            <w:vAlign w:val="center"/>
          </w:tcPr>
          <w:p w14:paraId="07A5EF9A"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ACC</w:t>
            </w:r>
          </w:p>
        </w:tc>
        <w:tc>
          <w:tcPr>
            <w:tcW w:w="1752" w:type="dxa"/>
            <w:tcMar>
              <w:top w:w="8" w:type="dxa"/>
              <w:left w:w="60" w:type="dxa"/>
              <w:bottom w:w="8" w:type="dxa"/>
              <w:right w:w="60" w:type="dxa"/>
            </w:tcMar>
          </w:tcPr>
          <w:p w14:paraId="03E590C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+0.103</w:t>
            </w:r>
          </w:p>
        </w:tc>
        <w:tc>
          <w:tcPr>
            <w:tcW w:w="1797" w:type="dxa"/>
            <w:tcMar>
              <w:top w:w="8" w:type="dxa"/>
              <w:left w:w="60" w:type="dxa"/>
              <w:bottom w:w="8" w:type="dxa"/>
              <w:right w:w="60" w:type="dxa"/>
            </w:tcMar>
          </w:tcPr>
          <w:p w14:paraId="18EF239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0.177</w:t>
            </w:r>
          </w:p>
        </w:tc>
        <w:tc>
          <w:tcPr>
            <w:tcW w:w="2461" w:type="dxa"/>
            <w:tcMar>
              <w:top w:w="8" w:type="dxa"/>
              <w:left w:w="60" w:type="dxa"/>
              <w:bottom w:w="8" w:type="dxa"/>
              <w:right w:w="60" w:type="dxa"/>
            </w:tcMar>
          </w:tcPr>
          <w:p w14:paraId="29352BC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0.266</w:t>
            </w:r>
          </w:p>
        </w:tc>
      </w:tr>
      <w:tr w:rsidR="00297D2C" w:rsidRPr="003B6D8D" w14:paraId="7C33840E" w14:textId="77777777" w:rsidTr="007B2FD8">
        <w:tc>
          <w:tcPr>
            <w:tcW w:w="8080" w:type="dxa"/>
            <w:gridSpan w:val="4"/>
            <w:tcMar>
              <w:top w:w="8" w:type="dxa"/>
              <w:left w:w="60" w:type="dxa"/>
              <w:bottom w:w="8" w:type="dxa"/>
              <w:right w:w="60" w:type="dxa"/>
            </w:tcMar>
            <w:vAlign w:val="center"/>
          </w:tcPr>
          <w:p w14:paraId="7C5C4E44"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3B6D8D" w14:paraId="149172EA" w14:textId="77777777" w:rsidTr="007B2FD8">
        <w:tc>
          <w:tcPr>
            <w:tcW w:w="2070" w:type="dxa"/>
            <w:tcMar>
              <w:top w:w="8" w:type="dxa"/>
              <w:left w:w="60" w:type="dxa"/>
              <w:bottom w:w="8" w:type="dxa"/>
              <w:right w:w="60" w:type="dxa"/>
            </w:tcMar>
            <w:vAlign w:val="center"/>
          </w:tcPr>
          <w:p w14:paraId="5F5E08F1"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HIP-LIM</w:t>
            </w:r>
          </w:p>
        </w:tc>
        <w:tc>
          <w:tcPr>
            <w:tcW w:w="1752" w:type="dxa"/>
            <w:tcMar>
              <w:top w:w="8" w:type="dxa"/>
              <w:left w:w="60" w:type="dxa"/>
              <w:bottom w:w="8" w:type="dxa"/>
              <w:right w:w="60" w:type="dxa"/>
            </w:tcMar>
          </w:tcPr>
          <w:p w14:paraId="3589E92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+0.164</w:t>
            </w:r>
          </w:p>
        </w:tc>
        <w:tc>
          <w:tcPr>
            <w:tcW w:w="1797" w:type="dxa"/>
            <w:tcMar>
              <w:top w:w="8" w:type="dxa"/>
              <w:left w:w="60" w:type="dxa"/>
              <w:bottom w:w="8" w:type="dxa"/>
              <w:right w:w="60" w:type="dxa"/>
            </w:tcMar>
          </w:tcPr>
          <w:p w14:paraId="06C1803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0.031</w:t>
            </w:r>
          </w:p>
        </w:tc>
        <w:tc>
          <w:tcPr>
            <w:tcW w:w="2461" w:type="dxa"/>
            <w:tcMar>
              <w:top w:w="8" w:type="dxa"/>
              <w:left w:w="60" w:type="dxa"/>
              <w:bottom w:w="8" w:type="dxa"/>
              <w:right w:w="60" w:type="dxa"/>
            </w:tcMar>
          </w:tcPr>
          <w:p w14:paraId="485F8C2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0.094</w:t>
            </w:r>
          </w:p>
        </w:tc>
      </w:tr>
      <w:tr w:rsidR="00297D2C" w:rsidRPr="003B6D8D" w14:paraId="132D5409" w14:textId="77777777" w:rsidTr="007B2FD8">
        <w:tc>
          <w:tcPr>
            <w:tcW w:w="2070" w:type="dxa"/>
            <w:tcMar>
              <w:top w:w="8" w:type="dxa"/>
              <w:left w:w="60" w:type="dxa"/>
              <w:bottom w:w="8" w:type="dxa"/>
              <w:right w:w="60" w:type="dxa"/>
            </w:tcMar>
            <w:vAlign w:val="center"/>
          </w:tcPr>
          <w:p w14:paraId="2AF2494F"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lastRenderedPageBreak/>
              <w:t>AMY-LIM</w:t>
            </w:r>
          </w:p>
        </w:tc>
        <w:tc>
          <w:tcPr>
            <w:tcW w:w="1752" w:type="dxa"/>
            <w:tcMar>
              <w:top w:w="8" w:type="dxa"/>
              <w:left w:w="60" w:type="dxa"/>
              <w:bottom w:w="8" w:type="dxa"/>
              <w:right w:w="60" w:type="dxa"/>
            </w:tcMar>
          </w:tcPr>
          <w:p w14:paraId="2BF32E6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+0.129</w:t>
            </w:r>
          </w:p>
        </w:tc>
        <w:tc>
          <w:tcPr>
            <w:tcW w:w="1797" w:type="dxa"/>
            <w:tcMar>
              <w:top w:w="8" w:type="dxa"/>
              <w:left w:w="60" w:type="dxa"/>
              <w:bottom w:w="8" w:type="dxa"/>
              <w:right w:w="60" w:type="dxa"/>
            </w:tcMar>
          </w:tcPr>
          <w:p w14:paraId="2B48AD1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0.090</w:t>
            </w:r>
          </w:p>
        </w:tc>
        <w:tc>
          <w:tcPr>
            <w:tcW w:w="2461" w:type="dxa"/>
            <w:tcMar>
              <w:top w:w="8" w:type="dxa"/>
              <w:left w:w="60" w:type="dxa"/>
              <w:bottom w:w="8" w:type="dxa"/>
              <w:right w:w="60" w:type="dxa"/>
            </w:tcMar>
          </w:tcPr>
          <w:p w14:paraId="1E252C9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0.180</w:t>
            </w:r>
          </w:p>
        </w:tc>
      </w:tr>
      <w:tr w:rsidR="00297D2C" w:rsidRPr="003B6D8D" w14:paraId="0FAC996C" w14:textId="77777777" w:rsidTr="007B2FD8">
        <w:tc>
          <w:tcPr>
            <w:tcW w:w="2070" w:type="dxa"/>
            <w:tcMar>
              <w:top w:w="8" w:type="dxa"/>
              <w:left w:w="60" w:type="dxa"/>
              <w:bottom w:w="8" w:type="dxa"/>
              <w:right w:w="60" w:type="dxa"/>
            </w:tcMar>
            <w:vAlign w:val="center"/>
          </w:tcPr>
          <w:p w14:paraId="4CFD9E4F"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ACC-LIM</w:t>
            </w:r>
          </w:p>
        </w:tc>
        <w:tc>
          <w:tcPr>
            <w:tcW w:w="1752" w:type="dxa"/>
            <w:tcMar>
              <w:top w:w="8" w:type="dxa"/>
              <w:left w:w="60" w:type="dxa"/>
              <w:bottom w:w="8" w:type="dxa"/>
              <w:right w:w="60" w:type="dxa"/>
            </w:tcMar>
          </w:tcPr>
          <w:p w14:paraId="38AF09A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+0.172</w:t>
            </w:r>
          </w:p>
        </w:tc>
        <w:tc>
          <w:tcPr>
            <w:tcW w:w="1797" w:type="dxa"/>
            <w:tcMar>
              <w:top w:w="8" w:type="dxa"/>
              <w:left w:w="60" w:type="dxa"/>
              <w:bottom w:w="8" w:type="dxa"/>
              <w:right w:w="60" w:type="dxa"/>
            </w:tcMar>
          </w:tcPr>
          <w:p w14:paraId="2E12140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0.023</w:t>
            </w:r>
          </w:p>
        </w:tc>
        <w:tc>
          <w:tcPr>
            <w:tcW w:w="2461" w:type="dxa"/>
            <w:tcMar>
              <w:top w:w="8" w:type="dxa"/>
              <w:left w:w="60" w:type="dxa"/>
              <w:bottom w:w="8" w:type="dxa"/>
              <w:right w:w="60" w:type="dxa"/>
            </w:tcMar>
          </w:tcPr>
          <w:p w14:paraId="0697FC0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0.094</w:t>
            </w:r>
          </w:p>
        </w:tc>
      </w:tr>
      <w:tr w:rsidR="00297D2C" w:rsidRPr="003B6D8D" w14:paraId="7CBBFBFC" w14:textId="77777777" w:rsidTr="007B2FD8">
        <w:tc>
          <w:tcPr>
            <w:tcW w:w="2070" w:type="dxa"/>
            <w:tcMar>
              <w:top w:w="8" w:type="dxa"/>
              <w:left w:w="60" w:type="dxa"/>
              <w:bottom w:w="8" w:type="dxa"/>
              <w:right w:w="60" w:type="dxa"/>
            </w:tcMar>
            <w:vAlign w:val="center"/>
          </w:tcPr>
          <w:p w14:paraId="6B8687E4"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HIP-ACC</w:t>
            </w:r>
          </w:p>
        </w:tc>
        <w:tc>
          <w:tcPr>
            <w:tcW w:w="1752" w:type="dxa"/>
            <w:tcMar>
              <w:top w:w="8" w:type="dxa"/>
              <w:left w:w="60" w:type="dxa"/>
              <w:bottom w:w="8" w:type="dxa"/>
              <w:right w:w="60" w:type="dxa"/>
            </w:tcMar>
          </w:tcPr>
          <w:p w14:paraId="231836D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+0.046</w:t>
            </w:r>
          </w:p>
        </w:tc>
        <w:tc>
          <w:tcPr>
            <w:tcW w:w="1797" w:type="dxa"/>
            <w:tcMar>
              <w:top w:w="8" w:type="dxa"/>
              <w:left w:w="60" w:type="dxa"/>
              <w:bottom w:w="8" w:type="dxa"/>
              <w:right w:w="60" w:type="dxa"/>
            </w:tcMar>
          </w:tcPr>
          <w:p w14:paraId="72FD412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0.544</w:t>
            </w:r>
          </w:p>
        </w:tc>
        <w:tc>
          <w:tcPr>
            <w:tcW w:w="2461" w:type="dxa"/>
            <w:tcMar>
              <w:top w:w="8" w:type="dxa"/>
              <w:left w:w="60" w:type="dxa"/>
              <w:bottom w:w="8" w:type="dxa"/>
              <w:right w:w="60" w:type="dxa"/>
            </w:tcMar>
          </w:tcPr>
          <w:p w14:paraId="78B96DF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0.544</w:t>
            </w:r>
          </w:p>
        </w:tc>
      </w:tr>
      <w:tr w:rsidR="00297D2C" w:rsidRPr="003B6D8D" w14:paraId="448E951D" w14:textId="77777777" w:rsidTr="007B2FD8">
        <w:tc>
          <w:tcPr>
            <w:tcW w:w="2070" w:type="dxa"/>
            <w:tcMar>
              <w:top w:w="8" w:type="dxa"/>
              <w:left w:w="60" w:type="dxa"/>
              <w:bottom w:w="8" w:type="dxa"/>
              <w:right w:w="60" w:type="dxa"/>
            </w:tcMar>
            <w:vAlign w:val="center"/>
          </w:tcPr>
          <w:p w14:paraId="52BEE45D"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HIP-AMY</w:t>
            </w:r>
          </w:p>
        </w:tc>
        <w:tc>
          <w:tcPr>
            <w:tcW w:w="1752" w:type="dxa"/>
            <w:tcMar>
              <w:top w:w="8" w:type="dxa"/>
              <w:left w:w="60" w:type="dxa"/>
              <w:bottom w:w="8" w:type="dxa"/>
              <w:right w:w="60" w:type="dxa"/>
            </w:tcMar>
          </w:tcPr>
          <w:p w14:paraId="004B9A5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+0.074</w:t>
            </w:r>
          </w:p>
        </w:tc>
        <w:tc>
          <w:tcPr>
            <w:tcW w:w="1797" w:type="dxa"/>
            <w:tcMar>
              <w:top w:w="8" w:type="dxa"/>
              <w:left w:w="60" w:type="dxa"/>
              <w:bottom w:w="8" w:type="dxa"/>
              <w:right w:w="60" w:type="dxa"/>
            </w:tcMar>
          </w:tcPr>
          <w:p w14:paraId="6F6C5A7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0.334</w:t>
            </w:r>
          </w:p>
        </w:tc>
        <w:tc>
          <w:tcPr>
            <w:tcW w:w="2461" w:type="dxa"/>
            <w:tcMar>
              <w:top w:w="8" w:type="dxa"/>
              <w:left w:w="60" w:type="dxa"/>
              <w:bottom w:w="8" w:type="dxa"/>
              <w:right w:w="60" w:type="dxa"/>
            </w:tcMar>
          </w:tcPr>
          <w:p w14:paraId="2AD83C5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0.401</w:t>
            </w:r>
          </w:p>
        </w:tc>
      </w:tr>
      <w:tr w:rsidR="00297D2C" w:rsidRPr="003B6D8D" w14:paraId="6B8C5213" w14:textId="77777777" w:rsidTr="007B2FD8">
        <w:tc>
          <w:tcPr>
            <w:tcW w:w="2070" w:type="dxa"/>
            <w:tcMar>
              <w:top w:w="8" w:type="dxa"/>
              <w:left w:w="60" w:type="dxa"/>
              <w:bottom w:w="8" w:type="dxa"/>
              <w:right w:w="60" w:type="dxa"/>
            </w:tcMar>
            <w:vAlign w:val="center"/>
          </w:tcPr>
          <w:p w14:paraId="2CFB6163"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AMY-ACC</w:t>
            </w:r>
          </w:p>
        </w:tc>
        <w:tc>
          <w:tcPr>
            <w:tcW w:w="1752" w:type="dxa"/>
            <w:tcMar>
              <w:top w:w="8" w:type="dxa"/>
              <w:left w:w="60" w:type="dxa"/>
              <w:bottom w:w="8" w:type="dxa"/>
              <w:right w:w="60" w:type="dxa"/>
            </w:tcMar>
          </w:tcPr>
          <w:p w14:paraId="42D3E35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+0.087</w:t>
            </w:r>
          </w:p>
        </w:tc>
        <w:tc>
          <w:tcPr>
            <w:tcW w:w="1797" w:type="dxa"/>
            <w:tcMar>
              <w:top w:w="8" w:type="dxa"/>
              <w:left w:w="60" w:type="dxa"/>
              <w:bottom w:w="8" w:type="dxa"/>
              <w:right w:w="60" w:type="dxa"/>
            </w:tcMar>
          </w:tcPr>
          <w:p w14:paraId="55C63CC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0.256</w:t>
            </w:r>
          </w:p>
        </w:tc>
        <w:tc>
          <w:tcPr>
            <w:tcW w:w="2461" w:type="dxa"/>
            <w:tcMar>
              <w:top w:w="8" w:type="dxa"/>
              <w:left w:w="60" w:type="dxa"/>
              <w:bottom w:w="8" w:type="dxa"/>
              <w:right w:w="60" w:type="dxa"/>
            </w:tcMar>
          </w:tcPr>
          <w:p w14:paraId="3117726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0.384</w:t>
            </w:r>
          </w:p>
        </w:tc>
      </w:tr>
      <w:tr w:rsidR="00297D2C" w:rsidRPr="003B6D8D" w14:paraId="7D248993" w14:textId="77777777" w:rsidTr="007B2FD8">
        <w:tc>
          <w:tcPr>
            <w:tcW w:w="8080" w:type="dxa"/>
            <w:gridSpan w:val="4"/>
            <w:tcMar>
              <w:top w:w="8" w:type="dxa"/>
              <w:left w:w="60" w:type="dxa"/>
              <w:bottom w:w="8" w:type="dxa"/>
              <w:right w:w="60" w:type="dxa"/>
            </w:tcMar>
            <w:vAlign w:val="center"/>
          </w:tcPr>
          <w:p w14:paraId="01358463"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3B6D8D" w14:paraId="32F61294" w14:textId="77777777" w:rsidTr="007B2FD8">
        <w:tc>
          <w:tcPr>
            <w:tcW w:w="2070" w:type="dxa"/>
            <w:tcMar>
              <w:top w:w="8" w:type="dxa"/>
              <w:left w:w="60" w:type="dxa"/>
              <w:bottom w:w="8" w:type="dxa"/>
              <w:right w:w="60" w:type="dxa"/>
            </w:tcMar>
            <w:vAlign w:val="center"/>
          </w:tcPr>
          <w:p w14:paraId="7DBED4C5"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LIM-WC</w:t>
            </w:r>
          </w:p>
        </w:tc>
        <w:tc>
          <w:tcPr>
            <w:tcW w:w="1752" w:type="dxa"/>
            <w:tcMar>
              <w:top w:w="8" w:type="dxa"/>
              <w:left w:w="60" w:type="dxa"/>
              <w:bottom w:w="8" w:type="dxa"/>
              <w:right w:w="60" w:type="dxa"/>
            </w:tcMar>
          </w:tcPr>
          <w:p w14:paraId="1CF5856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+0.036</w:t>
            </w:r>
          </w:p>
        </w:tc>
        <w:tc>
          <w:tcPr>
            <w:tcW w:w="1797" w:type="dxa"/>
            <w:tcMar>
              <w:top w:w="8" w:type="dxa"/>
              <w:left w:w="60" w:type="dxa"/>
              <w:bottom w:w="8" w:type="dxa"/>
              <w:right w:w="60" w:type="dxa"/>
            </w:tcMar>
          </w:tcPr>
          <w:p w14:paraId="120C63D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0.640</w:t>
            </w:r>
          </w:p>
        </w:tc>
        <w:tc>
          <w:tcPr>
            <w:tcW w:w="2461" w:type="dxa"/>
            <w:tcMar>
              <w:top w:w="8" w:type="dxa"/>
              <w:left w:w="60" w:type="dxa"/>
              <w:bottom w:w="8" w:type="dxa"/>
              <w:right w:w="60" w:type="dxa"/>
            </w:tcMar>
          </w:tcPr>
          <w:p w14:paraId="005E0BC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0.915</w:t>
            </w:r>
          </w:p>
        </w:tc>
      </w:tr>
      <w:tr w:rsidR="00297D2C" w:rsidRPr="003B6D8D" w14:paraId="507164F9" w14:textId="77777777" w:rsidTr="007B2FD8">
        <w:tc>
          <w:tcPr>
            <w:tcW w:w="2070" w:type="dxa"/>
            <w:tcMar>
              <w:top w:w="8" w:type="dxa"/>
              <w:left w:w="60" w:type="dxa"/>
              <w:bottom w:w="8" w:type="dxa"/>
              <w:right w:w="60" w:type="dxa"/>
            </w:tcMar>
            <w:vAlign w:val="center"/>
          </w:tcPr>
          <w:p w14:paraId="25339056"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LIM-VIS</w:t>
            </w:r>
          </w:p>
        </w:tc>
        <w:tc>
          <w:tcPr>
            <w:tcW w:w="1752" w:type="dxa"/>
            <w:tcMar>
              <w:top w:w="8" w:type="dxa"/>
              <w:left w:w="60" w:type="dxa"/>
              <w:bottom w:w="8" w:type="dxa"/>
              <w:right w:w="60" w:type="dxa"/>
            </w:tcMar>
          </w:tcPr>
          <w:p w14:paraId="4634E99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-0.008</w:t>
            </w:r>
          </w:p>
        </w:tc>
        <w:tc>
          <w:tcPr>
            <w:tcW w:w="1797" w:type="dxa"/>
            <w:tcMar>
              <w:top w:w="8" w:type="dxa"/>
              <w:left w:w="60" w:type="dxa"/>
              <w:bottom w:w="8" w:type="dxa"/>
              <w:right w:w="60" w:type="dxa"/>
            </w:tcMar>
          </w:tcPr>
          <w:p w14:paraId="76F12D9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0.915</w:t>
            </w:r>
          </w:p>
        </w:tc>
        <w:tc>
          <w:tcPr>
            <w:tcW w:w="2461" w:type="dxa"/>
            <w:tcMar>
              <w:top w:w="8" w:type="dxa"/>
              <w:left w:w="60" w:type="dxa"/>
              <w:bottom w:w="8" w:type="dxa"/>
              <w:right w:w="60" w:type="dxa"/>
            </w:tcMar>
          </w:tcPr>
          <w:p w14:paraId="1D6F433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0.915</w:t>
            </w:r>
          </w:p>
        </w:tc>
      </w:tr>
      <w:tr w:rsidR="00297D2C" w:rsidRPr="003B6D8D" w14:paraId="1C237D5F" w14:textId="77777777" w:rsidTr="007B2FD8">
        <w:tc>
          <w:tcPr>
            <w:tcW w:w="2070" w:type="dxa"/>
            <w:tcMar>
              <w:top w:w="8" w:type="dxa"/>
              <w:left w:w="60" w:type="dxa"/>
              <w:bottom w:w="8" w:type="dxa"/>
              <w:right w:w="60" w:type="dxa"/>
            </w:tcMar>
            <w:vAlign w:val="center"/>
          </w:tcPr>
          <w:p w14:paraId="293B8AD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LIM-SMN</w:t>
            </w:r>
          </w:p>
        </w:tc>
        <w:tc>
          <w:tcPr>
            <w:tcW w:w="1752" w:type="dxa"/>
            <w:tcMar>
              <w:top w:w="8" w:type="dxa"/>
              <w:left w:w="60" w:type="dxa"/>
              <w:bottom w:w="8" w:type="dxa"/>
              <w:right w:w="60" w:type="dxa"/>
            </w:tcMar>
          </w:tcPr>
          <w:p w14:paraId="6C4905A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+0.020</w:t>
            </w:r>
          </w:p>
        </w:tc>
        <w:tc>
          <w:tcPr>
            <w:tcW w:w="1797" w:type="dxa"/>
            <w:tcMar>
              <w:top w:w="8" w:type="dxa"/>
              <w:left w:w="60" w:type="dxa"/>
              <w:bottom w:w="8" w:type="dxa"/>
              <w:right w:w="60" w:type="dxa"/>
            </w:tcMar>
          </w:tcPr>
          <w:p w14:paraId="486BE64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0.789</w:t>
            </w:r>
          </w:p>
        </w:tc>
        <w:tc>
          <w:tcPr>
            <w:tcW w:w="2461" w:type="dxa"/>
            <w:tcMar>
              <w:top w:w="8" w:type="dxa"/>
              <w:left w:w="60" w:type="dxa"/>
              <w:bottom w:w="8" w:type="dxa"/>
              <w:right w:w="60" w:type="dxa"/>
            </w:tcMar>
          </w:tcPr>
          <w:p w14:paraId="6E6E64F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0.915</w:t>
            </w:r>
          </w:p>
        </w:tc>
      </w:tr>
      <w:tr w:rsidR="00297D2C" w:rsidRPr="003B6D8D" w14:paraId="19CE8EA5" w14:textId="77777777" w:rsidTr="007B2FD8">
        <w:tc>
          <w:tcPr>
            <w:tcW w:w="2070" w:type="dxa"/>
            <w:tcMar>
              <w:top w:w="8" w:type="dxa"/>
              <w:left w:w="60" w:type="dxa"/>
              <w:bottom w:w="8" w:type="dxa"/>
              <w:right w:w="60" w:type="dxa"/>
            </w:tcMar>
            <w:vAlign w:val="center"/>
          </w:tcPr>
          <w:p w14:paraId="188D56BE"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LIM-DAN</w:t>
            </w:r>
          </w:p>
        </w:tc>
        <w:tc>
          <w:tcPr>
            <w:tcW w:w="1752" w:type="dxa"/>
            <w:tcMar>
              <w:top w:w="8" w:type="dxa"/>
              <w:left w:w="60" w:type="dxa"/>
              <w:bottom w:w="8" w:type="dxa"/>
              <w:right w:w="60" w:type="dxa"/>
            </w:tcMar>
          </w:tcPr>
          <w:p w14:paraId="0145777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-0.035</w:t>
            </w:r>
          </w:p>
        </w:tc>
        <w:tc>
          <w:tcPr>
            <w:tcW w:w="1797" w:type="dxa"/>
            <w:tcMar>
              <w:top w:w="8" w:type="dxa"/>
              <w:left w:w="60" w:type="dxa"/>
              <w:bottom w:w="8" w:type="dxa"/>
              <w:right w:w="60" w:type="dxa"/>
            </w:tcMar>
          </w:tcPr>
          <w:p w14:paraId="6104CBC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0.646</w:t>
            </w:r>
          </w:p>
        </w:tc>
        <w:tc>
          <w:tcPr>
            <w:tcW w:w="2461" w:type="dxa"/>
            <w:tcMar>
              <w:top w:w="8" w:type="dxa"/>
              <w:left w:w="60" w:type="dxa"/>
              <w:bottom w:w="8" w:type="dxa"/>
              <w:right w:w="60" w:type="dxa"/>
            </w:tcMar>
          </w:tcPr>
          <w:p w14:paraId="100B3A7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0.915</w:t>
            </w:r>
          </w:p>
        </w:tc>
      </w:tr>
      <w:tr w:rsidR="00297D2C" w:rsidRPr="003B6D8D" w14:paraId="0EF406A3" w14:textId="77777777" w:rsidTr="007B2FD8">
        <w:tc>
          <w:tcPr>
            <w:tcW w:w="2070" w:type="dxa"/>
            <w:tcMar>
              <w:top w:w="8" w:type="dxa"/>
              <w:left w:w="60" w:type="dxa"/>
              <w:bottom w:w="8" w:type="dxa"/>
              <w:right w:w="60" w:type="dxa"/>
            </w:tcMar>
            <w:vAlign w:val="center"/>
          </w:tcPr>
          <w:p w14:paraId="2443184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LIM-VAN</w:t>
            </w:r>
          </w:p>
        </w:tc>
        <w:tc>
          <w:tcPr>
            <w:tcW w:w="1752" w:type="dxa"/>
            <w:tcMar>
              <w:top w:w="8" w:type="dxa"/>
              <w:left w:w="60" w:type="dxa"/>
              <w:bottom w:w="8" w:type="dxa"/>
              <w:right w:w="60" w:type="dxa"/>
            </w:tcMar>
          </w:tcPr>
          <w:p w14:paraId="3D060D9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+0.098</w:t>
            </w:r>
          </w:p>
        </w:tc>
        <w:tc>
          <w:tcPr>
            <w:tcW w:w="1797" w:type="dxa"/>
            <w:tcMar>
              <w:top w:w="8" w:type="dxa"/>
              <w:left w:w="60" w:type="dxa"/>
              <w:bottom w:w="8" w:type="dxa"/>
              <w:right w:w="60" w:type="dxa"/>
            </w:tcMar>
          </w:tcPr>
          <w:p w14:paraId="2C44387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0.199</w:t>
            </w:r>
          </w:p>
        </w:tc>
        <w:tc>
          <w:tcPr>
            <w:tcW w:w="2461" w:type="dxa"/>
            <w:tcMar>
              <w:top w:w="8" w:type="dxa"/>
              <w:left w:w="60" w:type="dxa"/>
              <w:bottom w:w="8" w:type="dxa"/>
              <w:right w:w="60" w:type="dxa"/>
            </w:tcMar>
          </w:tcPr>
          <w:p w14:paraId="5037FD0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0.915</w:t>
            </w:r>
          </w:p>
        </w:tc>
      </w:tr>
      <w:tr w:rsidR="00297D2C" w:rsidRPr="003B6D8D" w14:paraId="26679417" w14:textId="77777777" w:rsidTr="007B2FD8">
        <w:tc>
          <w:tcPr>
            <w:tcW w:w="2070" w:type="dxa"/>
            <w:tcMar>
              <w:top w:w="8" w:type="dxa"/>
              <w:left w:w="60" w:type="dxa"/>
              <w:bottom w:w="8" w:type="dxa"/>
              <w:right w:w="60" w:type="dxa"/>
            </w:tcMar>
            <w:vAlign w:val="center"/>
          </w:tcPr>
          <w:p w14:paraId="42AF5B0E"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LIM-FPN</w:t>
            </w:r>
          </w:p>
        </w:tc>
        <w:tc>
          <w:tcPr>
            <w:tcW w:w="1752" w:type="dxa"/>
            <w:tcMar>
              <w:top w:w="8" w:type="dxa"/>
              <w:left w:w="60" w:type="dxa"/>
              <w:bottom w:w="8" w:type="dxa"/>
              <w:right w:w="60" w:type="dxa"/>
            </w:tcMar>
          </w:tcPr>
          <w:p w14:paraId="5C44F8A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+0.010</w:t>
            </w:r>
          </w:p>
        </w:tc>
        <w:tc>
          <w:tcPr>
            <w:tcW w:w="1797" w:type="dxa"/>
            <w:tcMar>
              <w:top w:w="8" w:type="dxa"/>
              <w:left w:w="60" w:type="dxa"/>
              <w:bottom w:w="8" w:type="dxa"/>
              <w:right w:w="60" w:type="dxa"/>
            </w:tcMar>
          </w:tcPr>
          <w:p w14:paraId="5D0342C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0.895</w:t>
            </w:r>
          </w:p>
        </w:tc>
        <w:tc>
          <w:tcPr>
            <w:tcW w:w="2461" w:type="dxa"/>
            <w:tcMar>
              <w:top w:w="8" w:type="dxa"/>
              <w:left w:w="60" w:type="dxa"/>
              <w:bottom w:w="8" w:type="dxa"/>
              <w:right w:w="60" w:type="dxa"/>
            </w:tcMar>
          </w:tcPr>
          <w:p w14:paraId="6126BE8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0.915</w:t>
            </w:r>
          </w:p>
        </w:tc>
      </w:tr>
      <w:tr w:rsidR="00297D2C" w:rsidRPr="003B6D8D" w14:paraId="4076A38B" w14:textId="77777777" w:rsidTr="007B2FD8">
        <w:tc>
          <w:tcPr>
            <w:tcW w:w="2070" w:type="dxa"/>
            <w:tcBorders>
              <w:bottom w:val="single" w:sz="4" w:space="0" w:color="auto"/>
            </w:tcBorders>
            <w:tcMar>
              <w:top w:w="8" w:type="dxa"/>
              <w:left w:w="60" w:type="dxa"/>
              <w:bottom w:w="8" w:type="dxa"/>
              <w:right w:w="60" w:type="dxa"/>
            </w:tcMar>
            <w:vAlign w:val="center"/>
          </w:tcPr>
          <w:p w14:paraId="6EA8EA6E"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LIM-DMN</w:t>
            </w:r>
          </w:p>
        </w:tc>
        <w:tc>
          <w:tcPr>
            <w:tcW w:w="1752" w:type="dxa"/>
            <w:tcBorders>
              <w:bottom w:val="single" w:sz="4" w:space="0" w:color="auto"/>
            </w:tcBorders>
            <w:tcMar>
              <w:top w:w="8" w:type="dxa"/>
              <w:left w:w="60" w:type="dxa"/>
              <w:bottom w:w="8" w:type="dxa"/>
              <w:right w:w="60" w:type="dxa"/>
            </w:tcMar>
          </w:tcPr>
          <w:p w14:paraId="6136610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+0.041</w:t>
            </w:r>
          </w:p>
        </w:tc>
        <w:tc>
          <w:tcPr>
            <w:tcW w:w="1797" w:type="dxa"/>
            <w:tcBorders>
              <w:bottom w:val="single" w:sz="4" w:space="0" w:color="auto"/>
            </w:tcBorders>
            <w:tcMar>
              <w:top w:w="8" w:type="dxa"/>
              <w:left w:w="60" w:type="dxa"/>
              <w:bottom w:w="8" w:type="dxa"/>
              <w:right w:w="60" w:type="dxa"/>
            </w:tcMar>
          </w:tcPr>
          <w:p w14:paraId="7E34B53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0.594</w:t>
            </w:r>
          </w:p>
        </w:tc>
        <w:tc>
          <w:tcPr>
            <w:tcW w:w="2461" w:type="dxa"/>
            <w:tcBorders>
              <w:bottom w:val="single" w:sz="4" w:space="0" w:color="auto"/>
            </w:tcBorders>
            <w:tcMar>
              <w:top w:w="8" w:type="dxa"/>
              <w:left w:w="60" w:type="dxa"/>
              <w:bottom w:w="8" w:type="dxa"/>
              <w:right w:w="60" w:type="dxa"/>
            </w:tcMar>
          </w:tcPr>
          <w:p w14:paraId="4719B66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0.915</w:t>
            </w:r>
          </w:p>
        </w:tc>
      </w:tr>
      <w:tr w:rsidR="00297D2C" w:rsidRPr="003B6D8D" w14:paraId="489DEF48" w14:textId="77777777" w:rsidTr="007B2FD8">
        <w:tc>
          <w:tcPr>
            <w:tcW w:w="8080" w:type="dxa"/>
            <w:gridSpan w:val="4"/>
            <w:tcBorders>
              <w:top w:val="single" w:sz="4" w:space="0" w:color="auto"/>
            </w:tcBorders>
            <w:tcMar>
              <w:top w:w="8" w:type="dxa"/>
              <w:left w:w="60" w:type="dxa"/>
              <w:bottom w:w="8" w:type="dxa"/>
              <w:right w:w="60" w:type="dxa"/>
            </w:tcMar>
            <w:vAlign w:val="center"/>
          </w:tcPr>
          <w:p w14:paraId="226CF273" w14:textId="77777777" w:rsidR="00297D2C" w:rsidRPr="003B6D8D" w:rsidRDefault="00297D2C" w:rsidP="007B2FD8">
            <w:pPr>
              <w:jc w:val="center"/>
              <w:rPr>
                <w:rFonts w:ascii="Gill Sans MT" w:eastAsia="Calibri" w:hAnsi="Gill Sans MT" w:cs="Calibri"/>
                <w:b/>
                <w:bCs/>
                <w:sz w:val="16"/>
                <w:szCs w:val="16"/>
              </w:rPr>
            </w:pPr>
            <w:r>
              <w:rPr>
                <w:rFonts w:ascii="Gill Sans MT" w:hAnsi="Gill Sans MT"/>
                <w:b/>
                <w:sz w:val="16"/>
                <w:szCs w:val="16"/>
              </w:rPr>
              <w:t>DAT putamen (n = 173)</w:t>
            </w:r>
          </w:p>
        </w:tc>
      </w:tr>
      <w:tr w:rsidR="00297D2C" w:rsidRPr="003B6D8D" w14:paraId="41EF1291" w14:textId="77777777" w:rsidTr="007B2FD8">
        <w:tc>
          <w:tcPr>
            <w:tcW w:w="2070" w:type="dxa"/>
            <w:tcBorders>
              <w:bottom w:val="single" w:sz="4" w:space="0" w:color="auto"/>
            </w:tcBorders>
            <w:tcMar>
              <w:top w:w="8" w:type="dxa"/>
              <w:left w:w="60" w:type="dxa"/>
              <w:bottom w:w="8" w:type="dxa"/>
              <w:right w:w="60" w:type="dxa"/>
            </w:tcMar>
            <w:vAlign w:val="center"/>
          </w:tcPr>
          <w:p w14:paraId="6DF17E43" w14:textId="77777777" w:rsidR="00297D2C" w:rsidRPr="003B6D8D" w:rsidRDefault="00297D2C" w:rsidP="007B2FD8">
            <w:pPr>
              <w:rPr>
                <w:rFonts w:ascii="Gill Sans MT" w:eastAsia="Calibri" w:hAnsi="Gill Sans MT" w:cs="Calibri"/>
                <w:sz w:val="16"/>
                <w:szCs w:val="16"/>
              </w:rPr>
            </w:pPr>
          </w:p>
        </w:tc>
        <w:tc>
          <w:tcPr>
            <w:tcW w:w="1752" w:type="dxa"/>
            <w:tcBorders>
              <w:bottom w:val="single" w:sz="4" w:space="0" w:color="auto"/>
            </w:tcBorders>
            <w:tcMar>
              <w:top w:w="8" w:type="dxa"/>
              <w:left w:w="60" w:type="dxa"/>
              <w:bottom w:w="8" w:type="dxa"/>
              <w:right w:w="60" w:type="dxa"/>
            </w:tcMar>
          </w:tcPr>
          <w:p w14:paraId="6485B9C3" w14:textId="77777777" w:rsidR="00297D2C" w:rsidRPr="003B6D8D" w:rsidRDefault="00297D2C" w:rsidP="007B2FD8">
            <w:pPr>
              <w:jc w:val="center"/>
              <w:rPr>
                <w:rFonts w:ascii="Gill Sans MT" w:hAnsi="Gill Sans MT"/>
                <w:sz w:val="16"/>
                <w:szCs w:val="16"/>
              </w:rPr>
            </w:pPr>
            <w:r>
              <w:rPr>
                <w:rFonts w:ascii="Calibri" w:hAnsi="Calibri" w:cs="Calibri"/>
                <w:b/>
                <w:sz w:val="16"/>
                <w:szCs w:val="16"/>
              </w:rPr>
              <w:t>ρ</w:t>
            </w:r>
          </w:p>
        </w:tc>
        <w:tc>
          <w:tcPr>
            <w:tcW w:w="1797" w:type="dxa"/>
            <w:tcBorders>
              <w:bottom w:val="single" w:sz="4" w:space="0" w:color="auto"/>
            </w:tcBorders>
            <w:tcMar>
              <w:top w:w="8" w:type="dxa"/>
              <w:left w:w="60" w:type="dxa"/>
              <w:bottom w:w="8" w:type="dxa"/>
              <w:right w:w="60" w:type="dxa"/>
            </w:tcMar>
            <w:vAlign w:val="center"/>
          </w:tcPr>
          <w:p w14:paraId="79345D8E"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2461" w:type="dxa"/>
            <w:tcBorders>
              <w:bottom w:val="single" w:sz="4" w:space="0" w:color="auto"/>
            </w:tcBorders>
            <w:tcMar>
              <w:top w:w="8" w:type="dxa"/>
              <w:left w:w="60" w:type="dxa"/>
              <w:bottom w:w="8" w:type="dxa"/>
              <w:right w:w="60" w:type="dxa"/>
            </w:tcMar>
            <w:vAlign w:val="center"/>
          </w:tcPr>
          <w:p w14:paraId="68F60A1E"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3B6D8D" w14:paraId="490F7D80" w14:textId="77777777" w:rsidTr="007B2FD8">
        <w:tc>
          <w:tcPr>
            <w:tcW w:w="8080" w:type="dxa"/>
            <w:gridSpan w:val="4"/>
            <w:tcBorders>
              <w:top w:val="single" w:sz="4" w:space="0" w:color="auto"/>
            </w:tcBorders>
            <w:tcMar>
              <w:top w:w="8" w:type="dxa"/>
              <w:left w:w="60" w:type="dxa"/>
              <w:bottom w:w="8" w:type="dxa"/>
              <w:right w:w="60" w:type="dxa"/>
            </w:tcMar>
            <w:vAlign w:val="center"/>
          </w:tcPr>
          <w:p w14:paraId="0BA80D36"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3B6D8D" w14:paraId="512A4959" w14:textId="77777777" w:rsidTr="007B2FD8">
        <w:tc>
          <w:tcPr>
            <w:tcW w:w="2070" w:type="dxa"/>
            <w:tcMar>
              <w:top w:w="8" w:type="dxa"/>
              <w:left w:w="60" w:type="dxa"/>
              <w:bottom w:w="8" w:type="dxa"/>
              <w:right w:w="60" w:type="dxa"/>
            </w:tcMar>
            <w:vAlign w:val="center"/>
          </w:tcPr>
          <w:p w14:paraId="724E69C5"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structural</w:t>
            </w:r>
          </w:p>
        </w:tc>
        <w:tc>
          <w:tcPr>
            <w:tcW w:w="1752" w:type="dxa"/>
            <w:tcMar>
              <w:top w:w="8" w:type="dxa"/>
              <w:left w:w="60" w:type="dxa"/>
              <w:bottom w:w="8" w:type="dxa"/>
              <w:right w:w="60" w:type="dxa"/>
            </w:tcMar>
          </w:tcPr>
          <w:p w14:paraId="453C955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-0.064</w:t>
            </w:r>
          </w:p>
        </w:tc>
        <w:tc>
          <w:tcPr>
            <w:tcW w:w="1797" w:type="dxa"/>
            <w:tcMar>
              <w:top w:w="8" w:type="dxa"/>
              <w:left w:w="60" w:type="dxa"/>
              <w:bottom w:w="8" w:type="dxa"/>
              <w:right w:w="60" w:type="dxa"/>
            </w:tcMar>
          </w:tcPr>
          <w:p w14:paraId="4039FE4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0.400</w:t>
            </w:r>
          </w:p>
        </w:tc>
        <w:tc>
          <w:tcPr>
            <w:tcW w:w="2461" w:type="dxa"/>
            <w:tcMar>
              <w:top w:w="8" w:type="dxa"/>
              <w:left w:w="60" w:type="dxa"/>
              <w:bottom w:w="8" w:type="dxa"/>
              <w:right w:w="60" w:type="dxa"/>
            </w:tcMar>
            <w:vAlign w:val="center"/>
          </w:tcPr>
          <w:p w14:paraId="0BDDA5B2" w14:textId="77777777" w:rsidR="00297D2C" w:rsidRPr="003B6D8D" w:rsidRDefault="00297D2C" w:rsidP="007B2FD8">
            <w:pPr>
              <w:jc w:val="center"/>
              <w:rPr>
                <w:rFonts w:ascii="Gill Sans MT" w:hAnsi="Gill Sans MT"/>
                <w:sz w:val="16"/>
                <w:szCs w:val="16"/>
              </w:rPr>
            </w:pPr>
          </w:p>
        </w:tc>
      </w:tr>
      <w:tr w:rsidR="00297D2C" w:rsidRPr="003B6D8D" w14:paraId="760C550F" w14:textId="77777777" w:rsidTr="007B2FD8">
        <w:tc>
          <w:tcPr>
            <w:tcW w:w="2070" w:type="dxa"/>
            <w:tcMar>
              <w:top w:w="8" w:type="dxa"/>
              <w:left w:w="60" w:type="dxa"/>
              <w:bottom w:w="8" w:type="dxa"/>
              <w:right w:w="60" w:type="dxa"/>
            </w:tcMar>
            <w:vAlign w:val="center"/>
          </w:tcPr>
          <w:p w14:paraId="5E4CB133"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functional</w:t>
            </w:r>
          </w:p>
        </w:tc>
        <w:tc>
          <w:tcPr>
            <w:tcW w:w="1752" w:type="dxa"/>
            <w:tcMar>
              <w:top w:w="8" w:type="dxa"/>
              <w:left w:w="60" w:type="dxa"/>
              <w:bottom w:w="8" w:type="dxa"/>
              <w:right w:w="60" w:type="dxa"/>
            </w:tcMar>
          </w:tcPr>
          <w:p w14:paraId="3F36D183"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-0.182</w:t>
            </w:r>
          </w:p>
        </w:tc>
        <w:tc>
          <w:tcPr>
            <w:tcW w:w="1797" w:type="dxa"/>
            <w:tcMar>
              <w:top w:w="8" w:type="dxa"/>
              <w:left w:w="60" w:type="dxa"/>
              <w:bottom w:w="8" w:type="dxa"/>
              <w:right w:w="60" w:type="dxa"/>
            </w:tcMar>
          </w:tcPr>
          <w:p w14:paraId="35105C37"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0.017</w:t>
            </w:r>
          </w:p>
        </w:tc>
        <w:tc>
          <w:tcPr>
            <w:tcW w:w="2461" w:type="dxa"/>
            <w:tcMar>
              <w:top w:w="8" w:type="dxa"/>
              <w:left w:w="60" w:type="dxa"/>
              <w:bottom w:w="8" w:type="dxa"/>
              <w:right w:w="60" w:type="dxa"/>
            </w:tcMar>
            <w:vAlign w:val="center"/>
          </w:tcPr>
          <w:p w14:paraId="4FAE8AB6" w14:textId="77777777" w:rsidR="00297D2C" w:rsidRPr="003B6D8D" w:rsidRDefault="00297D2C" w:rsidP="007B2FD8">
            <w:pPr>
              <w:jc w:val="center"/>
              <w:rPr>
                <w:rFonts w:ascii="Gill Sans MT" w:hAnsi="Gill Sans MT"/>
                <w:sz w:val="16"/>
                <w:szCs w:val="16"/>
              </w:rPr>
            </w:pPr>
          </w:p>
        </w:tc>
      </w:tr>
      <w:tr w:rsidR="00297D2C" w:rsidRPr="003B6D8D" w14:paraId="51D3E62A" w14:textId="77777777" w:rsidTr="007B2FD8">
        <w:tc>
          <w:tcPr>
            <w:tcW w:w="2070" w:type="dxa"/>
            <w:tcMar>
              <w:top w:w="8" w:type="dxa"/>
              <w:left w:w="60" w:type="dxa"/>
              <w:bottom w:w="8" w:type="dxa"/>
              <w:right w:w="60" w:type="dxa"/>
            </w:tcMar>
            <w:vAlign w:val="center"/>
          </w:tcPr>
          <w:p w14:paraId="522824B2"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multimodal</w:t>
            </w:r>
          </w:p>
        </w:tc>
        <w:tc>
          <w:tcPr>
            <w:tcW w:w="1752" w:type="dxa"/>
            <w:tcMar>
              <w:top w:w="8" w:type="dxa"/>
              <w:left w:w="60" w:type="dxa"/>
              <w:bottom w:w="8" w:type="dxa"/>
              <w:right w:w="60" w:type="dxa"/>
            </w:tcMar>
          </w:tcPr>
          <w:p w14:paraId="6914B16E"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-0.188</w:t>
            </w:r>
          </w:p>
        </w:tc>
        <w:tc>
          <w:tcPr>
            <w:tcW w:w="1797" w:type="dxa"/>
            <w:tcMar>
              <w:top w:w="8" w:type="dxa"/>
              <w:left w:w="60" w:type="dxa"/>
              <w:bottom w:w="8" w:type="dxa"/>
              <w:right w:w="60" w:type="dxa"/>
            </w:tcMar>
          </w:tcPr>
          <w:p w14:paraId="59E7B0F6"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0.013</w:t>
            </w:r>
          </w:p>
        </w:tc>
        <w:tc>
          <w:tcPr>
            <w:tcW w:w="2461" w:type="dxa"/>
            <w:tcMar>
              <w:top w:w="8" w:type="dxa"/>
              <w:left w:w="60" w:type="dxa"/>
              <w:bottom w:w="8" w:type="dxa"/>
              <w:right w:w="60" w:type="dxa"/>
            </w:tcMar>
            <w:vAlign w:val="center"/>
          </w:tcPr>
          <w:p w14:paraId="287CABB4" w14:textId="77777777" w:rsidR="00297D2C" w:rsidRPr="003B6D8D" w:rsidRDefault="00297D2C" w:rsidP="007B2FD8">
            <w:pPr>
              <w:jc w:val="center"/>
              <w:rPr>
                <w:rFonts w:ascii="Gill Sans MT" w:hAnsi="Gill Sans MT"/>
                <w:sz w:val="16"/>
                <w:szCs w:val="16"/>
              </w:rPr>
            </w:pPr>
          </w:p>
        </w:tc>
      </w:tr>
      <w:tr w:rsidR="00297D2C" w:rsidRPr="003B6D8D" w14:paraId="15CFB3CE" w14:textId="77777777" w:rsidTr="007B2FD8">
        <w:tc>
          <w:tcPr>
            <w:tcW w:w="8080" w:type="dxa"/>
            <w:gridSpan w:val="4"/>
            <w:tcMar>
              <w:top w:w="8" w:type="dxa"/>
              <w:left w:w="60" w:type="dxa"/>
              <w:bottom w:w="8" w:type="dxa"/>
              <w:right w:w="60" w:type="dxa"/>
            </w:tcMar>
            <w:vAlign w:val="center"/>
          </w:tcPr>
          <w:p w14:paraId="4931C7ED"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3B6D8D" w14:paraId="53BA607F" w14:textId="77777777" w:rsidTr="007B2FD8">
        <w:tc>
          <w:tcPr>
            <w:tcW w:w="2070" w:type="dxa"/>
            <w:tcMar>
              <w:top w:w="8" w:type="dxa"/>
              <w:left w:w="60" w:type="dxa"/>
              <w:bottom w:w="8" w:type="dxa"/>
              <w:right w:w="60" w:type="dxa"/>
            </w:tcMar>
            <w:vAlign w:val="center"/>
          </w:tcPr>
          <w:p w14:paraId="5C319E1B"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Amygdala</w:t>
            </w:r>
          </w:p>
        </w:tc>
        <w:tc>
          <w:tcPr>
            <w:tcW w:w="1752" w:type="dxa"/>
            <w:tcMar>
              <w:top w:w="8" w:type="dxa"/>
              <w:left w:w="60" w:type="dxa"/>
              <w:bottom w:w="8" w:type="dxa"/>
              <w:right w:w="60" w:type="dxa"/>
            </w:tcMar>
          </w:tcPr>
          <w:p w14:paraId="768B5B7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+0.087</w:t>
            </w:r>
          </w:p>
        </w:tc>
        <w:tc>
          <w:tcPr>
            <w:tcW w:w="1797" w:type="dxa"/>
            <w:tcMar>
              <w:top w:w="8" w:type="dxa"/>
              <w:left w:w="60" w:type="dxa"/>
              <w:bottom w:w="8" w:type="dxa"/>
              <w:right w:w="60" w:type="dxa"/>
            </w:tcMar>
          </w:tcPr>
          <w:p w14:paraId="5B4075B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0.254</w:t>
            </w:r>
          </w:p>
        </w:tc>
        <w:tc>
          <w:tcPr>
            <w:tcW w:w="2461" w:type="dxa"/>
            <w:tcMar>
              <w:top w:w="8" w:type="dxa"/>
              <w:left w:w="60" w:type="dxa"/>
              <w:bottom w:w="8" w:type="dxa"/>
              <w:right w:w="60" w:type="dxa"/>
            </w:tcMar>
          </w:tcPr>
          <w:p w14:paraId="52EFC73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0.381</w:t>
            </w:r>
          </w:p>
        </w:tc>
      </w:tr>
      <w:tr w:rsidR="00297D2C" w:rsidRPr="003B6D8D" w14:paraId="79D58F51" w14:textId="77777777" w:rsidTr="007B2FD8">
        <w:tc>
          <w:tcPr>
            <w:tcW w:w="2070" w:type="dxa"/>
            <w:tcMar>
              <w:top w:w="8" w:type="dxa"/>
              <w:left w:w="60" w:type="dxa"/>
              <w:bottom w:w="8" w:type="dxa"/>
              <w:right w:w="60" w:type="dxa"/>
            </w:tcMar>
            <w:vAlign w:val="center"/>
          </w:tcPr>
          <w:p w14:paraId="3014C7F9"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Hippocampus</w:t>
            </w:r>
          </w:p>
        </w:tc>
        <w:tc>
          <w:tcPr>
            <w:tcW w:w="1752" w:type="dxa"/>
            <w:tcMar>
              <w:top w:w="8" w:type="dxa"/>
              <w:left w:w="60" w:type="dxa"/>
              <w:bottom w:w="8" w:type="dxa"/>
              <w:right w:w="60" w:type="dxa"/>
            </w:tcMar>
          </w:tcPr>
          <w:p w14:paraId="28485B2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+0.154</w:t>
            </w:r>
          </w:p>
        </w:tc>
        <w:tc>
          <w:tcPr>
            <w:tcW w:w="1797" w:type="dxa"/>
            <w:tcMar>
              <w:top w:w="8" w:type="dxa"/>
              <w:left w:w="60" w:type="dxa"/>
              <w:bottom w:w="8" w:type="dxa"/>
              <w:right w:w="60" w:type="dxa"/>
            </w:tcMar>
          </w:tcPr>
          <w:p w14:paraId="7ADD836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0.042</w:t>
            </w:r>
          </w:p>
        </w:tc>
        <w:tc>
          <w:tcPr>
            <w:tcW w:w="2461" w:type="dxa"/>
            <w:tcMar>
              <w:top w:w="8" w:type="dxa"/>
              <w:left w:w="60" w:type="dxa"/>
              <w:bottom w:w="8" w:type="dxa"/>
              <w:right w:w="60" w:type="dxa"/>
            </w:tcMar>
          </w:tcPr>
          <w:p w14:paraId="1F0765B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0.127</w:t>
            </w:r>
          </w:p>
        </w:tc>
      </w:tr>
      <w:tr w:rsidR="00297D2C" w:rsidRPr="003B6D8D" w14:paraId="2B5B61C8" w14:textId="77777777" w:rsidTr="007B2FD8">
        <w:tc>
          <w:tcPr>
            <w:tcW w:w="2070" w:type="dxa"/>
            <w:tcMar>
              <w:top w:w="8" w:type="dxa"/>
              <w:left w:w="60" w:type="dxa"/>
              <w:bottom w:w="8" w:type="dxa"/>
              <w:right w:w="60" w:type="dxa"/>
            </w:tcMar>
            <w:vAlign w:val="center"/>
          </w:tcPr>
          <w:p w14:paraId="10E809F8"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ACC</w:t>
            </w:r>
          </w:p>
        </w:tc>
        <w:tc>
          <w:tcPr>
            <w:tcW w:w="1752" w:type="dxa"/>
            <w:tcMar>
              <w:top w:w="8" w:type="dxa"/>
              <w:left w:w="60" w:type="dxa"/>
              <w:bottom w:w="8" w:type="dxa"/>
              <w:right w:w="60" w:type="dxa"/>
            </w:tcMar>
          </w:tcPr>
          <w:p w14:paraId="30D3260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+0.044</w:t>
            </w:r>
          </w:p>
        </w:tc>
        <w:tc>
          <w:tcPr>
            <w:tcW w:w="1797" w:type="dxa"/>
            <w:tcMar>
              <w:top w:w="8" w:type="dxa"/>
              <w:left w:w="60" w:type="dxa"/>
              <w:bottom w:w="8" w:type="dxa"/>
              <w:right w:w="60" w:type="dxa"/>
            </w:tcMar>
          </w:tcPr>
          <w:p w14:paraId="2F6646C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0.569</w:t>
            </w:r>
          </w:p>
        </w:tc>
        <w:tc>
          <w:tcPr>
            <w:tcW w:w="2461" w:type="dxa"/>
            <w:tcMar>
              <w:top w:w="8" w:type="dxa"/>
              <w:left w:w="60" w:type="dxa"/>
              <w:bottom w:w="8" w:type="dxa"/>
              <w:right w:w="60" w:type="dxa"/>
            </w:tcMar>
          </w:tcPr>
          <w:p w14:paraId="01B5827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0.569</w:t>
            </w:r>
          </w:p>
        </w:tc>
      </w:tr>
      <w:tr w:rsidR="00297D2C" w:rsidRPr="003B6D8D" w14:paraId="31D24ADF" w14:textId="77777777" w:rsidTr="007B2FD8">
        <w:tc>
          <w:tcPr>
            <w:tcW w:w="8080" w:type="dxa"/>
            <w:gridSpan w:val="4"/>
            <w:tcMar>
              <w:top w:w="8" w:type="dxa"/>
              <w:left w:w="60" w:type="dxa"/>
              <w:bottom w:w="8" w:type="dxa"/>
              <w:right w:w="60" w:type="dxa"/>
            </w:tcMar>
            <w:vAlign w:val="center"/>
          </w:tcPr>
          <w:p w14:paraId="6BC2F8DE"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3B6D8D" w14:paraId="163A20A7" w14:textId="77777777" w:rsidTr="007B2FD8">
        <w:tc>
          <w:tcPr>
            <w:tcW w:w="2070" w:type="dxa"/>
            <w:tcMar>
              <w:top w:w="8" w:type="dxa"/>
              <w:left w:w="60" w:type="dxa"/>
              <w:bottom w:w="8" w:type="dxa"/>
              <w:right w:w="60" w:type="dxa"/>
            </w:tcMar>
            <w:vAlign w:val="center"/>
          </w:tcPr>
          <w:p w14:paraId="6B8F07FA"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Left Amygdala</w:t>
            </w:r>
          </w:p>
        </w:tc>
        <w:tc>
          <w:tcPr>
            <w:tcW w:w="1752" w:type="dxa"/>
            <w:tcMar>
              <w:top w:w="8" w:type="dxa"/>
              <w:left w:w="60" w:type="dxa"/>
              <w:bottom w:w="8" w:type="dxa"/>
              <w:right w:w="60" w:type="dxa"/>
            </w:tcMar>
          </w:tcPr>
          <w:p w14:paraId="6932002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+0.087</w:t>
            </w:r>
          </w:p>
        </w:tc>
        <w:tc>
          <w:tcPr>
            <w:tcW w:w="1797" w:type="dxa"/>
            <w:tcMar>
              <w:top w:w="8" w:type="dxa"/>
              <w:left w:w="60" w:type="dxa"/>
              <w:bottom w:w="8" w:type="dxa"/>
              <w:right w:w="60" w:type="dxa"/>
            </w:tcMar>
          </w:tcPr>
          <w:p w14:paraId="3E3C951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0.254</w:t>
            </w:r>
          </w:p>
        </w:tc>
        <w:tc>
          <w:tcPr>
            <w:tcW w:w="2461" w:type="dxa"/>
            <w:tcMar>
              <w:top w:w="8" w:type="dxa"/>
              <w:left w:w="60" w:type="dxa"/>
              <w:bottom w:w="8" w:type="dxa"/>
              <w:right w:w="60" w:type="dxa"/>
            </w:tcMar>
          </w:tcPr>
          <w:p w14:paraId="35303A5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0.353</w:t>
            </w:r>
          </w:p>
        </w:tc>
      </w:tr>
      <w:tr w:rsidR="00297D2C" w:rsidRPr="003B6D8D" w14:paraId="5536A940" w14:textId="77777777" w:rsidTr="007B2FD8">
        <w:tc>
          <w:tcPr>
            <w:tcW w:w="2070" w:type="dxa"/>
            <w:tcMar>
              <w:top w:w="8" w:type="dxa"/>
              <w:left w:w="60" w:type="dxa"/>
              <w:bottom w:w="8" w:type="dxa"/>
              <w:right w:w="60" w:type="dxa"/>
            </w:tcMar>
            <w:vAlign w:val="center"/>
          </w:tcPr>
          <w:p w14:paraId="4F03575F"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Amygdala</w:t>
            </w:r>
          </w:p>
        </w:tc>
        <w:tc>
          <w:tcPr>
            <w:tcW w:w="1752" w:type="dxa"/>
            <w:tcMar>
              <w:top w:w="8" w:type="dxa"/>
              <w:left w:w="60" w:type="dxa"/>
              <w:bottom w:w="8" w:type="dxa"/>
              <w:right w:w="60" w:type="dxa"/>
            </w:tcMar>
          </w:tcPr>
          <w:p w14:paraId="4E3BB3E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+0.090</w:t>
            </w:r>
          </w:p>
        </w:tc>
        <w:tc>
          <w:tcPr>
            <w:tcW w:w="1797" w:type="dxa"/>
            <w:tcMar>
              <w:top w:w="8" w:type="dxa"/>
              <w:left w:w="60" w:type="dxa"/>
              <w:bottom w:w="8" w:type="dxa"/>
              <w:right w:w="60" w:type="dxa"/>
            </w:tcMar>
          </w:tcPr>
          <w:p w14:paraId="637156F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0.240</w:t>
            </w:r>
          </w:p>
        </w:tc>
        <w:tc>
          <w:tcPr>
            <w:tcW w:w="2461" w:type="dxa"/>
            <w:tcMar>
              <w:top w:w="8" w:type="dxa"/>
              <w:left w:w="60" w:type="dxa"/>
              <w:bottom w:w="8" w:type="dxa"/>
              <w:right w:w="60" w:type="dxa"/>
            </w:tcMar>
          </w:tcPr>
          <w:p w14:paraId="0E224ED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0.353</w:t>
            </w:r>
          </w:p>
        </w:tc>
      </w:tr>
      <w:tr w:rsidR="00297D2C" w:rsidRPr="003B6D8D" w14:paraId="49D9C327" w14:textId="77777777" w:rsidTr="007B2FD8">
        <w:tc>
          <w:tcPr>
            <w:tcW w:w="2070" w:type="dxa"/>
            <w:tcMar>
              <w:top w:w="8" w:type="dxa"/>
              <w:left w:w="60" w:type="dxa"/>
              <w:bottom w:w="8" w:type="dxa"/>
              <w:right w:w="60" w:type="dxa"/>
            </w:tcMar>
            <w:vAlign w:val="center"/>
          </w:tcPr>
          <w:p w14:paraId="2D07E9B9"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Left Hippocampus</w:t>
            </w:r>
          </w:p>
        </w:tc>
        <w:tc>
          <w:tcPr>
            <w:tcW w:w="1752" w:type="dxa"/>
            <w:tcMar>
              <w:top w:w="8" w:type="dxa"/>
              <w:left w:w="60" w:type="dxa"/>
              <w:bottom w:w="8" w:type="dxa"/>
              <w:right w:w="60" w:type="dxa"/>
            </w:tcMar>
          </w:tcPr>
          <w:p w14:paraId="239E2025" w14:textId="77777777" w:rsidR="00297D2C" w:rsidRPr="000746A3" w:rsidRDefault="00297D2C" w:rsidP="007B2FD8">
            <w:pPr>
              <w:jc w:val="center"/>
              <w:rPr>
                <w:rFonts w:ascii="Gill Sans MT" w:hAnsi="Gill Sans MT"/>
                <w:bCs/>
                <w:sz w:val="16"/>
                <w:szCs w:val="16"/>
              </w:rPr>
            </w:pPr>
            <w:r w:rsidRPr="000746A3">
              <w:rPr>
                <w:rFonts w:ascii="Gill Sans MT" w:hAnsi="Gill Sans MT"/>
                <w:bCs/>
                <w:sz w:val="16"/>
                <w:szCs w:val="16"/>
              </w:rPr>
              <w:t>+0.194</w:t>
            </w:r>
          </w:p>
        </w:tc>
        <w:tc>
          <w:tcPr>
            <w:tcW w:w="1797" w:type="dxa"/>
            <w:tcMar>
              <w:top w:w="8" w:type="dxa"/>
              <w:left w:w="60" w:type="dxa"/>
              <w:bottom w:w="8" w:type="dxa"/>
              <w:right w:w="60" w:type="dxa"/>
            </w:tcMar>
          </w:tcPr>
          <w:p w14:paraId="0443FF4A" w14:textId="77777777" w:rsidR="00297D2C" w:rsidRPr="000746A3" w:rsidRDefault="00297D2C" w:rsidP="007B2FD8">
            <w:pPr>
              <w:jc w:val="center"/>
              <w:rPr>
                <w:rFonts w:ascii="Gill Sans MT" w:hAnsi="Gill Sans MT"/>
                <w:bCs/>
                <w:sz w:val="16"/>
                <w:szCs w:val="16"/>
              </w:rPr>
            </w:pPr>
            <w:r w:rsidRPr="000746A3">
              <w:rPr>
                <w:rFonts w:ascii="Gill Sans MT" w:hAnsi="Gill Sans MT"/>
                <w:bCs/>
                <w:sz w:val="16"/>
                <w:szCs w:val="16"/>
              </w:rPr>
              <w:t>0.010</w:t>
            </w:r>
          </w:p>
        </w:tc>
        <w:tc>
          <w:tcPr>
            <w:tcW w:w="2461" w:type="dxa"/>
            <w:tcMar>
              <w:top w:w="8" w:type="dxa"/>
              <w:left w:w="60" w:type="dxa"/>
              <w:bottom w:w="8" w:type="dxa"/>
              <w:right w:w="60" w:type="dxa"/>
            </w:tcMar>
          </w:tcPr>
          <w:p w14:paraId="3FA5772D" w14:textId="77777777" w:rsidR="00297D2C" w:rsidRPr="000746A3" w:rsidRDefault="00297D2C" w:rsidP="007B2FD8">
            <w:pPr>
              <w:jc w:val="center"/>
              <w:rPr>
                <w:rFonts w:ascii="Gill Sans MT" w:hAnsi="Gill Sans MT"/>
                <w:bCs/>
                <w:sz w:val="16"/>
                <w:szCs w:val="16"/>
              </w:rPr>
            </w:pPr>
            <w:r w:rsidRPr="000746A3">
              <w:rPr>
                <w:rFonts w:ascii="Gill Sans MT" w:hAnsi="Gill Sans MT"/>
                <w:bCs/>
                <w:sz w:val="16"/>
                <w:szCs w:val="16"/>
              </w:rPr>
              <w:t>0.062</w:t>
            </w:r>
          </w:p>
        </w:tc>
      </w:tr>
      <w:tr w:rsidR="00297D2C" w:rsidRPr="003B6D8D" w14:paraId="683FCA77" w14:textId="77777777" w:rsidTr="007B2FD8">
        <w:tc>
          <w:tcPr>
            <w:tcW w:w="2070" w:type="dxa"/>
            <w:tcMar>
              <w:top w:w="8" w:type="dxa"/>
              <w:left w:w="60" w:type="dxa"/>
              <w:bottom w:w="8" w:type="dxa"/>
              <w:right w:w="60" w:type="dxa"/>
            </w:tcMar>
            <w:vAlign w:val="center"/>
          </w:tcPr>
          <w:p w14:paraId="422085C9"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Hippocampus</w:t>
            </w:r>
          </w:p>
        </w:tc>
        <w:tc>
          <w:tcPr>
            <w:tcW w:w="1752" w:type="dxa"/>
            <w:tcMar>
              <w:top w:w="8" w:type="dxa"/>
              <w:left w:w="60" w:type="dxa"/>
              <w:bottom w:w="8" w:type="dxa"/>
              <w:right w:w="60" w:type="dxa"/>
            </w:tcMar>
          </w:tcPr>
          <w:p w14:paraId="74B948F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+0.102</w:t>
            </w:r>
          </w:p>
        </w:tc>
        <w:tc>
          <w:tcPr>
            <w:tcW w:w="1797" w:type="dxa"/>
            <w:tcMar>
              <w:top w:w="8" w:type="dxa"/>
              <w:left w:w="60" w:type="dxa"/>
              <w:bottom w:w="8" w:type="dxa"/>
              <w:right w:w="60" w:type="dxa"/>
            </w:tcMar>
          </w:tcPr>
          <w:p w14:paraId="0330D02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0.180</w:t>
            </w:r>
          </w:p>
        </w:tc>
        <w:tc>
          <w:tcPr>
            <w:tcW w:w="2461" w:type="dxa"/>
            <w:tcMar>
              <w:top w:w="8" w:type="dxa"/>
              <w:left w:w="60" w:type="dxa"/>
              <w:bottom w:w="8" w:type="dxa"/>
              <w:right w:w="60" w:type="dxa"/>
            </w:tcMar>
          </w:tcPr>
          <w:p w14:paraId="02ADFFE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0.353</w:t>
            </w:r>
          </w:p>
        </w:tc>
      </w:tr>
      <w:tr w:rsidR="00297D2C" w:rsidRPr="003B6D8D" w14:paraId="522565E2" w14:textId="77777777" w:rsidTr="007B2FD8">
        <w:tc>
          <w:tcPr>
            <w:tcW w:w="2070" w:type="dxa"/>
            <w:tcMar>
              <w:top w:w="8" w:type="dxa"/>
              <w:left w:w="60" w:type="dxa"/>
              <w:bottom w:w="8" w:type="dxa"/>
              <w:right w:w="60" w:type="dxa"/>
            </w:tcMar>
            <w:vAlign w:val="center"/>
          </w:tcPr>
          <w:p w14:paraId="72471DE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Left ACC</w:t>
            </w:r>
          </w:p>
        </w:tc>
        <w:tc>
          <w:tcPr>
            <w:tcW w:w="1752" w:type="dxa"/>
            <w:tcMar>
              <w:top w:w="8" w:type="dxa"/>
              <w:left w:w="60" w:type="dxa"/>
              <w:bottom w:w="8" w:type="dxa"/>
              <w:right w:w="60" w:type="dxa"/>
            </w:tcMar>
          </w:tcPr>
          <w:p w14:paraId="2D520D1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+0.014</w:t>
            </w:r>
          </w:p>
        </w:tc>
        <w:tc>
          <w:tcPr>
            <w:tcW w:w="1797" w:type="dxa"/>
            <w:tcMar>
              <w:top w:w="8" w:type="dxa"/>
              <w:left w:w="60" w:type="dxa"/>
              <w:bottom w:w="8" w:type="dxa"/>
              <w:right w:w="60" w:type="dxa"/>
            </w:tcMar>
          </w:tcPr>
          <w:p w14:paraId="3FCD08C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0.852</w:t>
            </w:r>
          </w:p>
        </w:tc>
        <w:tc>
          <w:tcPr>
            <w:tcW w:w="2461" w:type="dxa"/>
            <w:tcMar>
              <w:top w:w="8" w:type="dxa"/>
              <w:left w:w="60" w:type="dxa"/>
              <w:bottom w:w="8" w:type="dxa"/>
              <w:right w:w="60" w:type="dxa"/>
            </w:tcMar>
          </w:tcPr>
          <w:p w14:paraId="37D71AA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0.852</w:t>
            </w:r>
          </w:p>
        </w:tc>
      </w:tr>
      <w:tr w:rsidR="00297D2C" w:rsidRPr="003B6D8D" w14:paraId="7692DEB4" w14:textId="77777777" w:rsidTr="007B2FD8">
        <w:tc>
          <w:tcPr>
            <w:tcW w:w="2070" w:type="dxa"/>
            <w:tcMar>
              <w:top w:w="8" w:type="dxa"/>
              <w:left w:w="60" w:type="dxa"/>
              <w:bottom w:w="8" w:type="dxa"/>
              <w:right w:w="60" w:type="dxa"/>
            </w:tcMar>
            <w:vAlign w:val="center"/>
          </w:tcPr>
          <w:p w14:paraId="7FC26F4E"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ACC</w:t>
            </w:r>
          </w:p>
        </w:tc>
        <w:tc>
          <w:tcPr>
            <w:tcW w:w="1752" w:type="dxa"/>
            <w:tcMar>
              <w:top w:w="8" w:type="dxa"/>
              <w:left w:w="60" w:type="dxa"/>
              <w:bottom w:w="8" w:type="dxa"/>
              <w:right w:w="60" w:type="dxa"/>
            </w:tcMar>
          </w:tcPr>
          <w:p w14:paraId="61350C3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+0.080</w:t>
            </w:r>
          </w:p>
        </w:tc>
        <w:tc>
          <w:tcPr>
            <w:tcW w:w="1797" w:type="dxa"/>
            <w:tcMar>
              <w:top w:w="8" w:type="dxa"/>
              <w:left w:w="60" w:type="dxa"/>
              <w:bottom w:w="8" w:type="dxa"/>
              <w:right w:w="60" w:type="dxa"/>
            </w:tcMar>
          </w:tcPr>
          <w:p w14:paraId="4B2307E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0.294</w:t>
            </w:r>
          </w:p>
        </w:tc>
        <w:tc>
          <w:tcPr>
            <w:tcW w:w="2461" w:type="dxa"/>
            <w:tcMar>
              <w:top w:w="8" w:type="dxa"/>
              <w:left w:w="60" w:type="dxa"/>
              <w:bottom w:w="8" w:type="dxa"/>
              <w:right w:w="60" w:type="dxa"/>
            </w:tcMar>
          </w:tcPr>
          <w:p w14:paraId="19F2116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0.353</w:t>
            </w:r>
          </w:p>
        </w:tc>
      </w:tr>
      <w:tr w:rsidR="00297D2C" w:rsidRPr="003B6D8D" w14:paraId="10CCBC48" w14:textId="77777777" w:rsidTr="007B2FD8">
        <w:tc>
          <w:tcPr>
            <w:tcW w:w="8080" w:type="dxa"/>
            <w:gridSpan w:val="4"/>
            <w:tcMar>
              <w:top w:w="8" w:type="dxa"/>
              <w:left w:w="60" w:type="dxa"/>
              <w:bottom w:w="8" w:type="dxa"/>
              <w:right w:w="60" w:type="dxa"/>
            </w:tcMar>
            <w:vAlign w:val="center"/>
          </w:tcPr>
          <w:p w14:paraId="7B769F5D"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3B6D8D" w14:paraId="3B6EB4FF" w14:textId="77777777" w:rsidTr="007B2FD8">
        <w:tc>
          <w:tcPr>
            <w:tcW w:w="2070" w:type="dxa"/>
            <w:tcMar>
              <w:top w:w="8" w:type="dxa"/>
              <w:left w:w="60" w:type="dxa"/>
              <w:bottom w:w="8" w:type="dxa"/>
              <w:right w:w="60" w:type="dxa"/>
            </w:tcMar>
            <w:vAlign w:val="center"/>
          </w:tcPr>
          <w:p w14:paraId="195FD5A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HIP-LIM</w:t>
            </w:r>
          </w:p>
        </w:tc>
        <w:tc>
          <w:tcPr>
            <w:tcW w:w="1752" w:type="dxa"/>
            <w:tcMar>
              <w:top w:w="8" w:type="dxa"/>
              <w:left w:w="60" w:type="dxa"/>
              <w:bottom w:w="8" w:type="dxa"/>
              <w:right w:w="60" w:type="dxa"/>
            </w:tcMar>
          </w:tcPr>
          <w:p w14:paraId="0C9308D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+0.138</w:t>
            </w:r>
          </w:p>
        </w:tc>
        <w:tc>
          <w:tcPr>
            <w:tcW w:w="1797" w:type="dxa"/>
            <w:tcMar>
              <w:top w:w="8" w:type="dxa"/>
              <w:left w:w="60" w:type="dxa"/>
              <w:bottom w:w="8" w:type="dxa"/>
              <w:right w:w="60" w:type="dxa"/>
            </w:tcMar>
          </w:tcPr>
          <w:p w14:paraId="7FC6A59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0.071</w:t>
            </w:r>
          </w:p>
        </w:tc>
        <w:tc>
          <w:tcPr>
            <w:tcW w:w="2461" w:type="dxa"/>
            <w:tcMar>
              <w:top w:w="8" w:type="dxa"/>
              <w:left w:w="60" w:type="dxa"/>
              <w:bottom w:w="8" w:type="dxa"/>
              <w:right w:w="60" w:type="dxa"/>
            </w:tcMar>
          </w:tcPr>
          <w:p w14:paraId="02CADC3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0.213</w:t>
            </w:r>
          </w:p>
        </w:tc>
      </w:tr>
      <w:tr w:rsidR="00297D2C" w:rsidRPr="003B6D8D" w14:paraId="44F5F318" w14:textId="77777777" w:rsidTr="007B2FD8">
        <w:tc>
          <w:tcPr>
            <w:tcW w:w="2070" w:type="dxa"/>
            <w:tcMar>
              <w:top w:w="8" w:type="dxa"/>
              <w:left w:w="60" w:type="dxa"/>
              <w:bottom w:w="8" w:type="dxa"/>
              <w:right w:w="60" w:type="dxa"/>
            </w:tcMar>
            <w:vAlign w:val="center"/>
          </w:tcPr>
          <w:p w14:paraId="21226904"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AMY-LIM</w:t>
            </w:r>
          </w:p>
        </w:tc>
        <w:tc>
          <w:tcPr>
            <w:tcW w:w="1752" w:type="dxa"/>
            <w:tcMar>
              <w:top w:w="8" w:type="dxa"/>
              <w:left w:w="60" w:type="dxa"/>
              <w:bottom w:w="8" w:type="dxa"/>
              <w:right w:w="60" w:type="dxa"/>
            </w:tcMar>
          </w:tcPr>
          <w:p w14:paraId="402388C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+0.083</w:t>
            </w:r>
          </w:p>
        </w:tc>
        <w:tc>
          <w:tcPr>
            <w:tcW w:w="1797" w:type="dxa"/>
            <w:tcMar>
              <w:top w:w="8" w:type="dxa"/>
              <w:left w:w="60" w:type="dxa"/>
              <w:bottom w:w="8" w:type="dxa"/>
              <w:right w:w="60" w:type="dxa"/>
            </w:tcMar>
          </w:tcPr>
          <w:p w14:paraId="2E4341B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0.280</w:t>
            </w:r>
          </w:p>
        </w:tc>
        <w:tc>
          <w:tcPr>
            <w:tcW w:w="2461" w:type="dxa"/>
            <w:tcMar>
              <w:top w:w="8" w:type="dxa"/>
              <w:left w:w="60" w:type="dxa"/>
              <w:bottom w:w="8" w:type="dxa"/>
              <w:right w:w="60" w:type="dxa"/>
            </w:tcMar>
          </w:tcPr>
          <w:p w14:paraId="653BDF6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0.336</w:t>
            </w:r>
          </w:p>
        </w:tc>
      </w:tr>
      <w:tr w:rsidR="00297D2C" w:rsidRPr="003B6D8D" w14:paraId="20E20372" w14:textId="77777777" w:rsidTr="007B2FD8">
        <w:tc>
          <w:tcPr>
            <w:tcW w:w="2070" w:type="dxa"/>
            <w:tcMar>
              <w:top w:w="8" w:type="dxa"/>
              <w:left w:w="60" w:type="dxa"/>
              <w:bottom w:w="8" w:type="dxa"/>
              <w:right w:w="60" w:type="dxa"/>
            </w:tcMar>
            <w:vAlign w:val="center"/>
          </w:tcPr>
          <w:p w14:paraId="2A7BAB8C"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ACC-LIM</w:t>
            </w:r>
          </w:p>
        </w:tc>
        <w:tc>
          <w:tcPr>
            <w:tcW w:w="1752" w:type="dxa"/>
            <w:tcMar>
              <w:top w:w="8" w:type="dxa"/>
              <w:left w:w="60" w:type="dxa"/>
              <w:bottom w:w="8" w:type="dxa"/>
              <w:right w:w="60" w:type="dxa"/>
            </w:tcMar>
          </w:tcPr>
          <w:p w14:paraId="6570ECC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+0.166</w:t>
            </w:r>
          </w:p>
        </w:tc>
        <w:tc>
          <w:tcPr>
            <w:tcW w:w="1797" w:type="dxa"/>
            <w:tcMar>
              <w:top w:w="8" w:type="dxa"/>
              <w:left w:w="60" w:type="dxa"/>
              <w:bottom w:w="8" w:type="dxa"/>
              <w:right w:w="60" w:type="dxa"/>
            </w:tcMar>
          </w:tcPr>
          <w:p w14:paraId="3839779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0.029</w:t>
            </w:r>
          </w:p>
        </w:tc>
        <w:tc>
          <w:tcPr>
            <w:tcW w:w="2461" w:type="dxa"/>
            <w:tcMar>
              <w:top w:w="8" w:type="dxa"/>
              <w:left w:w="60" w:type="dxa"/>
              <w:bottom w:w="8" w:type="dxa"/>
              <w:right w:w="60" w:type="dxa"/>
            </w:tcMar>
          </w:tcPr>
          <w:p w14:paraId="0FADFD7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0.174</w:t>
            </w:r>
          </w:p>
        </w:tc>
      </w:tr>
      <w:tr w:rsidR="00297D2C" w:rsidRPr="003B6D8D" w14:paraId="2C8B7A9A" w14:textId="77777777" w:rsidTr="007B2FD8">
        <w:tc>
          <w:tcPr>
            <w:tcW w:w="2070" w:type="dxa"/>
            <w:tcMar>
              <w:top w:w="8" w:type="dxa"/>
              <w:left w:w="60" w:type="dxa"/>
              <w:bottom w:w="8" w:type="dxa"/>
              <w:right w:w="60" w:type="dxa"/>
            </w:tcMar>
            <w:vAlign w:val="center"/>
          </w:tcPr>
          <w:p w14:paraId="19AAE2E4"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HIP-ACC</w:t>
            </w:r>
          </w:p>
        </w:tc>
        <w:tc>
          <w:tcPr>
            <w:tcW w:w="1752" w:type="dxa"/>
            <w:tcMar>
              <w:top w:w="8" w:type="dxa"/>
              <w:left w:w="60" w:type="dxa"/>
              <w:bottom w:w="8" w:type="dxa"/>
              <w:right w:w="60" w:type="dxa"/>
            </w:tcMar>
          </w:tcPr>
          <w:p w14:paraId="4BCEFA5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+0.032</w:t>
            </w:r>
          </w:p>
        </w:tc>
        <w:tc>
          <w:tcPr>
            <w:tcW w:w="1797" w:type="dxa"/>
            <w:tcMar>
              <w:top w:w="8" w:type="dxa"/>
              <w:left w:w="60" w:type="dxa"/>
              <w:bottom w:w="8" w:type="dxa"/>
              <w:right w:w="60" w:type="dxa"/>
            </w:tcMar>
          </w:tcPr>
          <w:p w14:paraId="5E66368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0.672</w:t>
            </w:r>
          </w:p>
        </w:tc>
        <w:tc>
          <w:tcPr>
            <w:tcW w:w="2461" w:type="dxa"/>
            <w:tcMar>
              <w:top w:w="8" w:type="dxa"/>
              <w:left w:w="60" w:type="dxa"/>
              <w:bottom w:w="8" w:type="dxa"/>
              <w:right w:w="60" w:type="dxa"/>
            </w:tcMar>
          </w:tcPr>
          <w:p w14:paraId="1246432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0.672</w:t>
            </w:r>
          </w:p>
        </w:tc>
      </w:tr>
      <w:tr w:rsidR="00297D2C" w:rsidRPr="003B6D8D" w14:paraId="01E763EA" w14:textId="77777777" w:rsidTr="007B2FD8">
        <w:tc>
          <w:tcPr>
            <w:tcW w:w="2070" w:type="dxa"/>
            <w:tcMar>
              <w:top w:w="8" w:type="dxa"/>
              <w:left w:w="60" w:type="dxa"/>
              <w:bottom w:w="8" w:type="dxa"/>
              <w:right w:w="60" w:type="dxa"/>
            </w:tcMar>
            <w:vAlign w:val="center"/>
          </w:tcPr>
          <w:p w14:paraId="7DEB1F56"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HIP-AMY</w:t>
            </w:r>
          </w:p>
        </w:tc>
        <w:tc>
          <w:tcPr>
            <w:tcW w:w="1752" w:type="dxa"/>
            <w:tcMar>
              <w:top w:w="8" w:type="dxa"/>
              <w:left w:w="60" w:type="dxa"/>
              <w:bottom w:w="8" w:type="dxa"/>
              <w:right w:w="60" w:type="dxa"/>
            </w:tcMar>
          </w:tcPr>
          <w:p w14:paraId="401E2BB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+0.099</w:t>
            </w:r>
          </w:p>
        </w:tc>
        <w:tc>
          <w:tcPr>
            <w:tcW w:w="1797" w:type="dxa"/>
            <w:tcMar>
              <w:top w:w="8" w:type="dxa"/>
              <w:left w:w="60" w:type="dxa"/>
              <w:bottom w:w="8" w:type="dxa"/>
              <w:right w:w="60" w:type="dxa"/>
            </w:tcMar>
          </w:tcPr>
          <w:p w14:paraId="607EEC1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0.194</w:t>
            </w:r>
          </w:p>
        </w:tc>
        <w:tc>
          <w:tcPr>
            <w:tcW w:w="2461" w:type="dxa"/>
            <w:tcMar>
              <w:top w:w="8" w:type="dxa"/>
              <w:left w:w="60" w:type="dxa"/>
              <w:bottom w:w="8" w:type="dxa"/>
              <w:right w:w="60" w:type="dxa"/>
            </w:tcMar>
          </w:tcPr>
          <w:p w14:paraId="0034BA9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0.336</w:t>
            </w:r>
          </w:p>
        </w:tc>
      </w:tr>
      <w:tr w:rsidR="00297D2C" w:rsidRPr="003B6D8D" w14:paraId="49B58289" w14:textId="77777777" w:rsidTr="007B2FD8">
        <w:tc>
          <w:tcPr>
            <w:tcW w:w="2070" w:type="dxa"/>
            <w:tcMar>
              <w:top w:w="8" w:type="dxa"/>
              <w:left w:w="60" w:type="dxa"/>
              <w:bottom w:w="8" w:type="dxa"/>
              <w:right w:w="60" w:type="dxa"/>
            </w:tcMar>
            <w:vAlign w:val="center"/>
          </w:tcPr>
          <w:p w14:paraId="24F0C3CE"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AMY-ACC</w:t>
            </w:r>
          </w:p>
        </w:tc>
        <w:tc>
          <w:tcPr>
            <w:tcW w:w="1752" w:type="dxa"/>
            <w:tcMar>
              <w:top w:w="8" w:type="dxa"/>
              <w:left w:w="60" w:type="dxa"/>
              <w:bottom w:w="8" w:type="dxa"/>
              <w:right w:w="60" w:type="dxa"/>
            </w:tcMar>
          </w:tcPr>
          <w:p w14:paraId="439475B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+0.089</w:t>
            </w:r>
          </w:p>
        </w:tc>
        <w:tc>
          <w:tcPr>
            <w:tcW w:w="1797" w:type="dxa"/>
            <w:tcMar>
              <w:top w:w="8" w:type="dxa"/>
              <w:left w:w="60" w:type="dxa"/>
              <w:bottom w:w="8" w:type="dxa"/>
              <w:right w:w="60" w:type="dxa"/>
            </w:tcMar>
          </w:tcPr>
          <w:p w14:paraId="3175AB4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0.246</w:t>
            </w:r>
          </w:p>
        </w:tc>
        <w:tc>
          <w:tcPr>
            <w:tcW w:w="2461" w:type="dxa"/>
            <w:tcMar>
              <w:top w:w="8" w:type="dxa"/>
              <w:left w:w="60" w:type="dxa"/>
              <w:bottom w:w="8" w:type="dxa"/>
              <w:right w:w="60" w:type="dxa"/>
            </w:tcMar>
          </w:tcPr>
          <w:p w14:paraId="0A390D0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0.336</w:t>
            </w:r>
          </w:p>
        </w:tc>
      </w:tr>
      <w:tr w:rsidR="00297D2C" w:rsidRPr="003B6D8D" w14:paraId="4852CAEA" w14:textId="77777777" w:rsidTr="007B2FD8">
        <w:tc>
          <w:tcPr>
            <w:tcW w:w="8080" w:type="dxa"/>
            <w:gridSpan w:val="4"/>
            <w:tcMar>
              <w:top w:w="8" w:type="dxa"/>
              <w:left w:w="60" w:type="dxa"/>
              <w:bottom w:w="8" w:type="dxa"/>
              <w:right w:w="60" w:type="dxa"/>
            </w:tcMar>
            <w:vAlign w:val="center"/>
          </w:tcPr>
          <w:p w14:paraId="535D9610"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3B6D8D" w14:paraId="72726F0C" w14:textId="77777777" w:rsidTr="007B2FD8">
        <w:tc>
          <w:tcPr>
            <w:tcW w:w="2070" w:type="dxa"/>
            <w:tcMar>
              <w:top w:w="8" w:type="dxa"/>
              <w:left w:w="60" w:type="dxa"/>
              <w:bottom w:w="8" w:type="dxa"/>
              <w:right w:w="60" w:type="dxa"/>
            </w:tcMar>
            <w:vAlign w:val="center"/>
          </w:tcPr>
          <w:p w14:paraId="2B3F4A73"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LIM-WC</w:t>
            </w:r>
          </w:p>
        </w:tc>
        <w:tc>
          <w:tcPr>
            <w:tcW w:w="1752" w:type="dxa"/>
            <w:tcMar>
              <w:top w:w="8" w:type="dxa"/>
              <w:left w:w="60" w:type="dxa"/>
              <w:bottom w:w="8" w:type="dxa"/>
              <w:right w:w="60" w:type="dxa"/>
            </w:tcMar>
          </w:tcPr>
          <w:p w14:paraId="3617F6A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+0.009</w:t>
            </w:r>
          </w:p>
        </w:tc>
        <w:tc>
          <w:tcPr>
            <w:tcW w:w="1797" w:type="dxa"/>
            <w:tcMar>
              <w:top w:w="8" w:type="dxa"/>
              <w:left w:w="60" w:type="dxa"/>
              <w:bottom w:w="8" w:type="dxa"/>
              <w:right w:w="60" w:type="dxa"/>
            </w:tcMar>
          </w:tcPr>
          <w:p w14:paraId="505DDBC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0.908</w:t>
            </w:r>
          </w:p>
        </w:tc>
        <w:tc>
          <w:tcPr>
            <w:tcW w:w="2461" w:type="dxa"/>
            <w:tcMar>
              <w:top w:w="8" w:type="dxa"/>
              <w:left w:w="60" w:type="dxa"/>
              <w:bottom w:w="8" w:type="dxa"/>
              <w:right w:w="60" w:type="dxa"/>
            </w:tcMar>
          </w:tcPr>
          <w:p w14:paraId="3BC43D5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0.908</w:t>
            </w:r>
          </w:p>
        </w:tc>
      </w:tr>
      <w:tr w:rsidR="00297D2C" w:rsidRPr="003B6D8D" w14:paraId="2741236C" w14:textId="77777777" w:rsidTr="007B2FD8">
        <w:tc>
          <w:tcPr>
            <w:tcW w:w="2070" w:type="dxa"/>
            <w:tcMar>
              <w:top w:w="8" w:type="dxa"/>
              <w:left w:w="60" w:type="dxa"/>
              <w:bottom w:w="8" w:type="dxa"/>
              <w:right w:w="60" w:type="dxa"/>
            </w:tcMar>
            <w:vAlign w:val="center"/>
          </w:tcPr>
          <w:p w14:paraId="2B1B18E5"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LIM-VIS</w:t>
            </w:r>
          </w:p>
        </w:tc>
        <w:tc>
          <w:tcPr>
            <w:tcW w:w="1752" w:type="dxa"/>
            <w:tcMar>
              <w:top w:w="8" w:type="dxa"/>
              <w:left w:w="60" w:type="dxa"/>
              <w:bottom w:w="8" w:type="dxa"/>
              <w:right w:w="60" w:type="dxa"/>
            </w:tcMar>
          </w:tcPr>
          <w:p w14:paraId="4996D47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-0.040</w:t>
            </w:r>
          </w:p>
        </w:tc>
        <w:tc>
          <w:tcPr>
            <w:tcW w:w="1797" w:type="dxa"/>
            <w:tcMar>
              <w:top w:w="8" w:type="dxa"/>
              <w:left w:w="60" w:type="dxa"/>
              <w:bottom w:w="8" w:type="dxa"/>
              <w:right w:w="60" w:type="dxa"/>
            </w:tcMar>
          </w:tcPr>
          <w:p w14:paraId="3A62D4A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0.599</w:t>
            </w:r>
          </w:p>
        </w:tc>
        <w:tc>
          <w:tcPr>
            <w:tcW w:w="2461" w:type="dxa"/>
            <w:tcMar>
              <w:top w:w="8" w:type="dxa"/>
              <w:left w:w="60" w:type="dxa"/>
              <w:bottom w:w="8" w:type="dxa"/>
              <w:right w:w="60" w:type="dxa"/>
            </w:tcMar>
          </w:tcPr>
          <w:p w14:paraId="7C85775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0.908</w:t>
            </w:r>
          </w:p>
        </w:tc>
      </w:tr>
      <w:tr w:rsidR="00297D2C" w:rsidRPr="003B6D8D" w14:paraId="74E027AD" w14:textId="77777777" w:rsidTr="007B2FD8">
        <w:tc>
          <w:tcPr>
            <w:tcW w:w="2070" w:type="dxa"/>
            <w:tcMar>
              <w:top w:w="8" w:type="dxa"/>
              <w:left w:w="60" w:type="dxa"/>
              <w:bottom w:w="8" w:type="dxa"/>
              <w:right w:w="60" w:type="dxa"/>
            </w:tcMar>
            <w:vAlign w:val="center"/>
          </w:tcPr>
          <w:p w14:paraId="08F8AAA6"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LIM-SMN</w:t>
            </w:r>
          </w:p>
        </w:tc>
        <w:tc>
          <w:tcPr>
            <w:tcW w:w="1752" w:type="dxa"/>
            <w:tcMar>
              <w:top w:w="8" w:type="dxa"/>
              <w:left w:w="60" w:type="dxa"/>
              <w:bottom w:w="8" w:type="dxa"/>
              <w:right w:w="60" w:type="dxa"/>
            </w:tcMar>
          </w:tcPr>
          <w:p w14:paraId="46B74F9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+0.010</w:t>
            </w:r>
          </w:p>
        </w:tc>
        <w:tc>
          <w:tcPr>
            <w:tcW w:w="1797" w:type="dxa"/>
            <w:tcMar>
              <w:top w:w="8" w:type="dxa"/>
              <w:left w:w="60" w:type="dxa"/>
              <w:bottom w:w="8" w:type="dxa"/>
              <w:right w:w="60" w:type="dxa"/>
            </w:tcMar>
          </w:tcPr>
          <w:p w14:paraId="0174161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0.898</w:t>
            </w:r>
          </w:p>
        </w:tc>
        <w:tc>
          <w:tcPr>
            <w:tcW w:w="2461" w:type="dxa"/>
            <w:tcMar>
              <w:top w:w="8" w:type="dxa"/>
              <w:left w:w="60" w:type="dxa"/>
              <w:bottom w:w="8" w:type="dxa"/>
              <w:right w:w="60" w:type="dxa"/>
            </w:tcMar>
          </w:tcPr>
          <w:p w14:paraId="5D7F39F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0.908</w:t>
            </w:r>
          </w:p>
        </w:tc>
      </w:tr>
      <w:tr w:rsidR="00297D2C" w:rsidRPr="003B6D8D" w14:paraId="358EFDB9" w14:textId="77777777" w:rsidTr="007B2FD8">
        <w:tc>
          <w:tcPr>
            <w:tcW w:w="2070" w:type="dxa"/>
            <w:tcMar>
              <w:top w:w="8" w:type="dxa"/>
              <w:left w:w="60" w:type="dxa"/>
              <w:bottom w:w="8" w:type="dxa"/>
              <w:right w:w="60" w:type="dxa"/>
            </w:tcMar>
            <w:vAlign w:val="center"/>
          </w:tcPr>
          <w:p w14:paraId="565F06D1"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LIM-DAN</w:t>
            </w:r>
          </w:p>
        </w:tc>
        <w:tc>
          <w:tcPr>
            <w:tcW w:w="1752" w:type="dxa"/>
            <w:tcMar>
              <w:top w:w="8" w:type="dxa"/>
              <w:left w:w="60" w:type="dxa"/>
              <w:bottom w:w="8" w:type="dxa"/>
              <w:right w:w="60" w:type="dxa"/>
            </w:tcMar>
          </w:tcPr>
          <w:p w14:paraId="16955A3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-0.040</w:t>
            </w:r>
          </w:p>
        </w:tc>
        <w:tc>
          <w:tcPr>
            <w:tcW w:w="1797" w:type="dxa"/>
            <w:tcMar>
              <w:top w:w="8" w:type="dxa"/>
              <w:left w:w="60" w:type="dxa"/>
              <w:bottom w:w="8" w:type="dxa"/>
              <w:right w:w="60" w:type="dxa"/>
            </w:tcMar>
          </w:tcPr>
          <w:p w14:paraId="7AB2C51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0.601</w:t>
            </w:r>
          </w:p>
        </w:tc>
        <w:tc>
          <w:tcPr>
            <w:tcW w:w="2461" w:type="dxa"/>
            <w:tcMar>
              <w:top w:w="8" w:type="dxa"/>
              <w:left w:w="60" w:type="dxa"/>
              <w:bottom w:w="8" w:type="dxa"/>
              <w:right w:w="60" w:type="dxa"/>
            </w:tcMar>
          </w:tcPr>
          <w:p w14:paraId="3740371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0.908</w:t>
            </w:r>
          </w:p>
        </w:tc>
      </w:tr>
      <w:tr w:rsidR="00297D2C" w:rsidRPr="003B6D8D" w14:paraId="716D3E75" w14:textId="77777777" w:rsidTr="007B2FD8">
        <w:tc>
          <w:tcPr>
            <w:tcW w:w="2070" w:type="dxa"/>
            <w:tcMar>
              <w:top w:w="8" w:type="dxa"/>
              <w:left w:w="60" w:type="dxa"/>
              <w:bottom w:w="8" w:type="dxa"/>
              <w:right w:w="60" w:type="dxa"/>
            </w:tcMar>
            <w:vAlign w:val="center"/>
          </w:tcPr>
          <w:p w14:paraId="49A85FCC"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LIM-VAN</w:t>
            </w:r>
          </w:p>
        </w:tc>
        <w:tc>
          <w:tcPr>
            <w:tcW w:w="1752" w:type="dxa"/>
            <w:tcMar>
              <w:top w:w="8" w:type="dxa"/>
              <w:left w:w="60" w:type="dxa"/>
              <w:bottom w:w="8" w:type="dxa"/>
              <w:right w:w="60" w:type="dxa"/>
            </w:tcMar>
          </w:tcPr>
          <w:p w14:paraId="5B6FFAC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+0.052</w:t>
            </w:r>
          </w:p>
        </w:tc>
        <w:tc>
          <w:tcPr>
            <w:tcW w:w="1797" w:type="dxa"/>
            <w:tcMar>
              <w:top w:w="8" w:type="dxa"/>
              <w:left w:w="60" w:type="dxa"/>
              <w:bottom w:w="8" w:type="dxa"/>
              <w:right w:w="60" w:type="dxa"/>
            </w:tcMar>
          </w:tcPr>
          <w:p w14:paraId="71F4DD8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0.495</w:t>
            </w:r>
          </w:p>
        </w:tc>
        <w:tc>
          <w:tcPr>
            <w:tcW w:w="2461" w:type="dxa"/>
            <w:tcMar>
              <w:top w:w="8" w:type="dxa"/>
              <w:left w:w="60" w:type="dxa"/>
              <w:bottom w:w="8" w:type="dxa"/>
              <w:right w:w="60" w:type="dxa"/>
            </w:tcMar>
          </w:tcPr>
          <w:p w14:paraId="59E2EB6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0.908</w:t>
            </w:r>
          </w:p>
        </w:tc>
      </w:tr>
      <w:tr w:rsidR="00297D2C" w:rsidRPr="003B6D8D" w14:paraId="32442A37" w14:textId="77777777" w:rsidTr="007B2FD8">
        <w:trPr>
          <w:trHeight w:val="67"/>
        </w:trPr>
        <w:tc>
          <w:tcPr>
            <w:tcW w:w="2070" w:type="dxa"/>
            <w:tcMar>
              <w:top w:w="8" w:type="dxa"/>
              <w:left w:w="60" w:type="dxa"/>
              <w:bottom w:w="8" w:type="dxa"/>
              <w:right w:w="60" w:type="dxa"/>
            </w:tcMar>
            <w:vAlign w:val="center"/>
          </w:tcPr>
          <w:p w14:paraId="0701F443"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LIM-FPN</w:t>
            </w:r>
          </w:p>
        </w:tc>
        <w:tc>
          <w:tcPr>
            <w:tcW w:w="1752" w:type="dxa"/>
            <w:tcMar>
              <w:top w:w="8" w:type="dxa"/>
              <w:left w:w="60" w:type="dxa"/>
              <w:bottom w:w="8" w:type="dxa"/>
              <w:right w:w="60" w:type="dxa"/>
            </w:tcMar>
          </w:tcPr>
          <w:p w14:paraId="7104551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+0.019</w:t>
            </w:r>
          </w:p>
        </w:tc>
        <w:tc>
          <w:tcPr>
            <w:tcW w:w="1797" w:type="dxa"/>
            <w:tcMar>
              <w:top w:w="8" w:type="dxa"/>
              <w:left w:w="60" w:type="dxa"/>
              <w:bottom w:w="8" w:type="dxa"/>
              <w:right w:w="60" w:type="dxa"/>
            </w:tcMar>
          </w:tcPr>
          <w:p w14:paraId="4E40B69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0.804</w:t>
            </w:r>
          </w:p>
        </w:tc>
        <w:tc>
          <w:tcPr>
            <w:tcW w:w="2461" w:type="dxa"/>
            <w:tcMar>
              <w:top w:w="8" w:type="dxa"/>
              <w:left w:w="60" w:type="dxa"/>
              <w:bottom w:w="8" w:type="dxa"/>
              <w:right w:w="60" w:type="dxa"/>
            </w:tcMar>
          </w:tcPr>
          <w:p w14:paraId="23A9559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0.908</w:t>
            </w:r>
          </w:p>
        </w:tc>
      </w:tr>
      <w:tr w:rsidR="00297D2C" w:rsidRPr="003B6D8D" w14:paraId="574D073C" w14:textId="77777777" w:rsidTr="007B2FD8">
        <w:trPr>
          <w:trHeight w:val="61"/>
        </w:trPr>
        <w:tc>
          <w:tcPr>
            <w:tcW w:w="2070" w:type="dxa"/>
            <w:tcBorders>
              <w:bottom w:val="single" w:sz="4" w:space="0" w:color="auto"/>
            </w:tcBorders>
            <w:tcMar>
              <w:top w:w="8" w:type="dxa"/>
              <w:left w:w="60" w:type="dxa"/>
              <w:bottom w:w="8" w:type="dxa"/>
              <w:right w:w="60" w:type="dxa"/>
            </w:tcMar>
            <w:vAlign w:val="center"/>
          </w:tcPr>
          <w:p w14:paraId="7C143C98"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LIM-DMN</w:t>
            </w:r>
          </w:p>
        </w:tc>
        <w:tc>
          <w:tcPr>
            <w:tcW w:w="1752" w:type="dxa"/>
            <w:tcBorders>
              <w:bottom w:val="single" w:sz="4" w:space="0" w:color="auto"/>
            </w:tcBorders>
            <w:tcMar>
              <w:top w:w="8" w:type="dxa"/>
              <w:left w:w="60" w:type="dxa"/>
              <w:bottom w:w="8" w:type="dxa"/>
              <w:right w:w="60" w:type="dxa"/>
            </w:tcMar>
          </w:tcPr>
          <w:p w14:paraId="2F65916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+0.024</w:t>
            </w:r>
          </w:p>
        </w:tc>
        <w:tc>
          <w:tcPr>
            <w:tcW w:w="1797" w:type="dxa"/>
            <w:tcBorders>
              <w:bottom w:val="single" w:sz="4" w:space="0" w:color="auto"/>
            </w:tcBorders>
            <w:tcMar>
              <w:top w:w="8" w:type="dxa"/>
              <w:left w:w="60" w:type="dxa"/>
              <w:bottom w:w="8" w:type="dxa"/>
              <w:right w:w="60" w:type="dxa"/>
            </w:tcMar>
          </w:tcPr>
          <w:p w14:paraId="6687CB6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0.755</w:t>
            </w:r>
          </w:p>
        </w:tc>
        <w:tc>
          <w:tcPr>
            <w:tcW w:w="2461" w:type="dxa"/>
            <w:tcBorders>
              <w:bottom w:val="single" w:sz="4" w:space="0" w:color="auto"/>
            </w:tcBorders>
            <w:tcMar>
              <w:top w:w="8" w:type="dxa"/>
              <w:left w:w="60" w:type="dxa"/>
              <w:bottom w:w="8" w:type="dxa"/>
              <w:right w:w="60" w:type="dxa"/>
            </w:tcMar>
          </w:tcPr>
          <w:p w14:paraId="0292DDA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0.908</w:t>
            </w:r>
          </w:p>
        </w:tc>
      </w:tr>
    </w:tbl>
    <w:p w14:paraId="411B66E9" w14:textId="77777777" w:rsidR="00297D2C" w:rsidRPr="00EF6833" w:rsidRDefault="00297D2C" w:rsidP="00297D2C">
      <w:pPr>
        <w:spacing w:after="160"/>
        <w:jc w:val="both"/>
        <w:rPr>
          <w:rFonts w:ascii="Gill Sans MT" w:hAnsi="Gill Sans MT"/>
          <w:iCs/>
          <w:sz w:val="16"/>
          <w:szCs w:val="16"/>
        </w:rPr>
      </w:pPr>
      <w:r>
        <w:rPr>
          <w:rFonts w:ascii="Gill Sans MT" w:hAnsi="Gill Sans MT"/>
          <w:iCs/>
          <w:sz w:val="16"/>
          <w:szCs w:val="16"/>
        </w:rPr>
        <w:t>Spearman rank correlations between CSF A</w:t>
      </w:r>
      <w:r>
        <w:rPr>
          <w:rFonts w:ascii="Calibri" w:hAnsi="Calibri" w:cs="Calibri"/>
          <w:iCs/>
          <w:sz w:val="16"/>
          <w:szCs w:val="16"/>
        </w:rPr>
        <w:t>β</w:t>
      </w:r>
      <w:r>
        <w:rPr>
          <w:rFonts w:ascii="Gill Sans MT" w:hAnsi="Gill Sans MT"/>
          <w:iCs/>
          <w:sz w:val="16"/>
          <w:szCs w:val="16"/>
        </w:rPr>
        <w:t xml:space="preserve">42/40, plasma p-tau217 and dopamine transporter (DAT) striatal and </w:t>
      </w:r>
      <w:proofErr w:type="spellStart"/>
      <w:r>
        <w:rPr>
          <w:rFonts w:ascii="Gill Sans MT" w:hAnsi="Gill Sans MT"/>
          <w:iCs/>
          <w:sz w:val="16"/>
          <w:szCs w:val="16"/>
        </w:rPr>
        <w:t>putaminal</w:t>
      </w:r>
      <w:proofErr w:type="spellEnd"/>
      <w:r>
        <w:rPr>
          <w:rFonts w:ascii="Gill Sans MT" w:hAnsi="Gill Sans MT"/>
          <w:iCs/>
          <w:sz w:val="16"/>
          <w:szCs w:val="16"/>
        </w:rPr>
        <w:t xml:space="preserve"> binding and limbic measures in PSG-confirmed </w:t>
      </w:r>
      <w:proofErr w:type="spellStart"/>
      <w:r>
        <w:rPr>
          <w:rFonts w:ascii="Gill Sans MT" w:hAnsi="Gill Sans MT"/>
          <w:iCs/>
          <w:sz w:val="16"/>
          <w:szCs w:val="16"/>
        </w:rPr>
        <w:t>iRBD</w:t>
      </w:r>
      <w:proofErr w:type="spellEnd"/>
      <w:r>
        <w:rPr>
          <w:rFonts w:ascii="Gill Sans MT" w:hAnsi="Gill Sans MT"/>
          <w:iCs/>
          <w:sz w:val="16"/>
          <w:szCs w:val="16"/>
        </w:rPr>
        <w:t xml:space="preserve">, computed without covariates. </w:t>
      </w:r>
      <w:r>
        <w:rPr>
          <w:rFonts w:ascii="Calibri" w:hAnsi="Calibri" w:cs="Calibri"/>
          <w:iCs/>
          <w:sz w:val="16"/>
          <w:szCs w:val="16"/>
        </w:rPr>
        <w:t>ρ</w:t>
      </w:r>
      <w:r>
        <w:rPr>
          <w:rFonts w:ascii="Gill Sans MT" w:hAnsi="Gill Sans MT"/>
          <w:iCs/>
          <w:sz w:val="16"/>
          <w:szCs w:val="16"/>
        </w:rPr>
        <w:t xml:space="preserve"> is Spearman’s correlation coefficient with its uncorrected P value; P-FDR is the Benjamini–Hochberg false discovery rate corrected within each measure family (bilateral structural volumes, lateralised structural volumes, subcortical connectivity, cortical connectivity), with the Limbic Vulnerability Indices reported uncorrected. Bold denotes P-FDR &lt; 0.05 (P &lt; 0.05 for the Limbic Vulnerability Indices). Limbic Vulnerability Indices are oriented so higher values indicate greater vulnerability; volumes and connectivity are in native direction. ACC, anterior cingulate cortex; AMY, amygdala; DAN, dorsal attention; DAT, dopamine transporter; DMN, default mode; FPN, frontoparietal; HIP, hippocampus; LIM, limbic network; SBR, striatal binding ratio; SMN, </w:t>
      </w:r>
      <w:proofErr w:type="spellStart"/>
      <w:r>
        <w:rPr>
          <w:rFonts w:ascii="Gill Sans MT" w:hAnsi="Gill Sans MT"/>
          <w:iCs/>
          <w:sz w:val="16"/>
          <w:szCs w:val="16"/>
        </w:rPr>
        <w:t>somatomotor</w:t>
      </w:r>
      <w:proofErr w:type="spellEnd"/>
      <w:r>
        <w:rPr>
          <w:rFonts w:ascii="Gill Sans MT" w:hAnsi="Gill Sans MT"/>
          <w:iCs/>
          <w:sz w:val="16"/>
          <w:szCs w:val="16"/>
        </w:rPr>
        <w:t>; VAN, ventral attention; VIS, visual; WC, whole cortex.</w:t>
      </w:r>
    </w:p>
    <w:p w14:paraId="5347C884" w14:textId="77777777" w:rsidR="00297D2C" w:rsidRDefault="00297D2C" w:rsidP="00297D2C">
      <w:pPr>
        <w:jc w:val="both"/>
        <w:rPr>
          <w:lang w:eastAsia="en-US"/>
        </w:rPr>
      </w:pPr>
    </w:p>
    <w:p w14:paraId="03E461EC" w14:textId="77777777" w:rsidR="00297D2C" w:rsidRPr="003B6D8D" w:rsidRDefault="00297D2C" w:rsidP="00297D2C">
      <w:pPr>
        <w:spacing w:before="360" w:after="60"/>
        <w:rPr>
          <w:rFonts w:ascii="Gill Sans MT" w:hAnsi="Gill Sans MT"/>
          <w:sz w:val="16"/>
          <w:szCs w:val="16"/>
        </w:rPr>
      </w:pPr>
      <w:r>
        <w:rPr>
          <w:rFonts w:ascii="Gill Sans MT" w:eastAsia="Calibri" w:hAnsi="Gill Sans MT" w:cs="Calibri"/>
          <w:b/>
          <w:bCs/>
          <w:sz w:val="16"/>
          <w:szCs w:val="16"/>
        </w:rPr>
        <w:t>Supplementary Table 6: Correlations of CSF and dopaminergic biomarkers with limbic measures in PD</w:t>
      </w:r>
    </w:p>
    <w:tbl>
      <w:tblPr>
        <w:tblW w:w="8080" w:type="dxa"/>
        <w:tblCellMar>
          <w:left w:w="10" w:type="dxa"/>
          <w:right w:w="10" w:type="dxa"/>
        </w:tblCellMar>
        <w:tblLook w:val="04A0" w:firstRow="1" w:lastRow="0" w:firstColumn="1" w:lastColumn="0" w:noHBand="0" w:noVBand="1"/>
      </w:tblPr>
      <w:tblGrid>
        <w:gridCol w:w="2070"/>
        <w:gridCol w:w="1752"/>
        <w:gridCol w:w="1797"/>
        <w:gridCol w:w="2461"/>
      </w:tblGrid>
      <w:tr w:rsidR="00297D2C" w:rsidRPr="003B6D8D" w14:paraId="28938D0E" w14:textId="77777777" w:rsidTr="007B2FD8">
        <w:tc>
          <w:tcPr>
            <w:tcW w:w="8080" w:type="dxa"/>
            <w:gridSpan w:val="4"/>
            <w:tcMar>
              <w:top w:w="8" w:type="dxa"/>
              <w:left w:w="60" w:type="dxa"/>
              <w:bottom w:w="8" w:type="dxa"/>
              <w:right w:w="60" w:type="dxa"/>
            </w:tcMar>
            <w:vAlign w:val="bottom"/>
          </w:tcPr>
          <w:p w14:paraId="6B8D58C6" w14:textId="77777777" w:rsidR="00297D2C" w:rsidRPr="003B6D8D" w:rsidRDefault="00297D2C" w:rsidP="007B2FD8">
            <w:pPr>
              <w:jc w:val="center"/>
              <w:rPr>
                <w:rFonts w:ascii="Gill Sans MT" w:eastAsia="Calibri" w:hAnsi="Gill Sans MT" w:cs="Calibri"/>
                <w:b/>
                <w:bCs/>
                <w:sz w:val="16"/>
                <w:szCs w:val="16"/>
              </w:rPr>
            </w:pPr>
            <w:r>
              <w:rPr>
                <w:rFonts w:ascii="Gill Sans MT" w:eastAsia="Calibri" w:hAnsi="Gill Sans MT" w:cs="Calibri"/>
                <w:b/>
                <w:bCs/>
                <w:sz w:val="16"/>
                <w:szCs w:val="16"/>
              </w:rPr>
              <w:t>CSF A</w:t>
            </w:r>
            <w:r>
              <w:rPr>
                <w:rFonts w:ascii="Calibri" w:eastAsia="Calibri" w:hAnsi="Calibri" w:cs="Calibri"/>
                <w:b/>
                <w:bCs/>
                <w:sz w:val="16"/>
                <w:szCs w:val="16"/>
              </w:rPr>
              <w:t>β</w:t>
            </w:r>
            <w:r>
              <w:rPr>
                <w:rFonts w:ascii="Gill Sans MT" w:eastAsia="Calibri" w:hAnsi="Gill Sans MT" w:cs="Calibri"/>
                <w:b/>
                <w:bCs/>
                <w:sz w:val="16"/>
                <w:szCs w:val="16"/>
              </w:rPr>
              <w:t>42/40 ratio (n = 141)</w:t>
            </w:r>
          </w:p>
        </w:tc>
      </w:tr>
      <w:tr w:rsidR="00297D2C" w:rsidRPr="003B6D8D" w14:paraId="774838AA" w14:textId="77777777" w:rsidTr="007B2FD8">
        <w:tc>
          <w:tcPr>
            <w:tcW w:w="2070" w:type="dxa"/>
            <w:tcBorders>
              <w:bottom w:val="single" w:sz="4" w:space="0" w:color="auto"/>
            </w:tcBorders>
            <w:tcMar>
              <w:top w:w="8" w:type="dxa"/>
              <w:left w:w="60" w:type="dxa"/>
              <w:bottom w:w="8" w:type="dxa"/>
              <w:right w:w="60" w:type="dxa"/>
            </w:tcMar>
            <w:vAlign w:val="center"/>
          </w:tcPr>
          <w:p w14:paraId="3F9725EE" w14:textId="77777777" w:rsidR="00297D2C" w:rsidRPr="003B6D8D" w:rsidRDefault="00297D2C" w:rsidP="007B2FD8">
            <w:pPr>
              <w:rPr>
                <w:rFonts w:ascii="Gill Sans MT" w:hAnsi="Gill Sans MT"/>
                <w:sz w:val="16"/>
                <w:szCs w:val="16"/>
              </w:rPr>
            </w:pPr>
          </w:p>
        </w:tc>
        <w:tc>
          <w:tcPr>
            <w:tcW w:w="1752" w:type="dxa"/>
            <w:tcBorders>
              <w:bottom w:val="single" w:sz="4" w:space="0" w:color="auto"/>
            </w:tcBorders>
            <w:tcMar>
              <w:top w:w="8" w:type="dxa"/>
              <w:left w:w="60" w:type="dxa"/>
              <w:bottom w:w="8" w:type="dxa"/>
              <w:right w:w="60" w:type="dxa"/>
            </w:tcMar>
          </w:tcPr>
          <w:p w14:paraId="2496FF1E" w14:textId="77777777" w:rsidR="00297D2C" w:rsidRPr="003B6D8D" w:rsidRDefault="00297D2C" w:rsidP="007B2FD8">
            <w:pPr>
              <w:jc w:val="center"/>
              <w:rPr>
                <w:rFonts w:ascii="Gill Sans MT" w:hAnsi="Gill Sans MT"/>
                <w:sz w:val="16"/>
                <w:szCs w:val="16"/>
              </w:rPr>
            </w:pPr>
            <w:r>
              <w:rPr>
                <w:rFonts w:ascii="Calibri" w:hAnsi="Calibri" w:cs="Calibri"/>
                <w:b/>
                <w:sz w:val="16"/>
                <w:szCs w:val="16"/>
              </w:rPr>
              <w:t>ρ</w:t>
            </w:r>
          </w:p>
        </w:tc>
        <w:tc>
          <w:tcPr>
            <w:tcW w:w="1797" w:type="dxa"/>
            <w:tcBorders>
              <w:bottom w:val="single" w:sz="4" w:space="0" w:color="auto"/>
            </w:tcBorders>
            <w:tcMar>
              <w:top w:w="8" w:type="dxa"/>
              <w:left w:w="60" w:type="dxa"/>
              <w:bottom w:w="8" w:type="dxa"/>
              <w:right w:w="60" w:type="dxa"/>
            </w:tcMar>
            <w:vAlign w:val="center"/>
          </w:tcPr>
          <w:p w14:paraId="4FC5EBB4"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2461" w:type="dxa"/>
            <w:tcBorders>
              <w:bottom w:val="single" w:sz="4" w:space="0" w:color="auto"/>
            </w:tcBorders>
            <w:tcMar>
              <w:top w:w="8" w:type="dxa"/>
              <w:left w:w="60" w:type="dxa"/>
              <w:bottom w:w="8" w:type="dxa"/>
              <w:right w:w="60" w:type="dxa"/>
            </w:tcMar>
            <w:vAlign w:val="center"/>
          </w:tcPr>
          <w:p w14:paraId="76F02F01"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3B6D8D" w14:paraId="6CEEB5FA" w14:textId="77777777" w:rsidTr="007B2FD8">
        <w:tc>
          <w:tcPr>
            <w:tcW w:w="8080" w:type="dxa"/>
            <w:gridSpan w:val="4"/>
            <w:tcBorders>
              <w:top w:val="single" w:sz="4" w:space="0" w:color="auto"/>
            </w:tcBorders>
            <w:tcMar>
              <w:top w:w="8" w:type="dxa"/>
              <w:left w:w="60" w:type="dxa"/>
              <w:bottom w:w="8" w:type="dxa"/>
              <w:right w:w="60" w:type="dxa"/>
            </w:tcMar>
            <w:vAlign w:val="center"/>
          </w:tcPr>
          <w:p w14:paraId="28B2C2FA"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3B6D8D" w14:paraId="2CDF8D5C" w14:textId="77777777" w:rsidTr="007B2FD8">
        <w:tc>
          <w:tcPr>
            <w:tcW w:w="2070" w:type="dxa"/>
            <w:tcMar>
              <w:top w:w="8" w:type="dxa"/>
              <w:left w:w="60" w:type="dxa"/>
              <w:bottom w:w="8" w:type="dxa"/>
              <w:right w:w="60" w:type="dxa"/>
            </w:tcMar>
            <w:vAlign w:val="center"/>
          </w:tcPr>
          <w:p w14:paraId="1CC82AC3" w14:textId="77777777" w:rsidR="00297D2C" w:rsidRPr="003B6D8D" w:rsidRDefault="00297D2C" w:rsidP="007B2FD8">
            <w:pPr>
              <w:rPr>
                <w:rFonts w:ascii="Gill Sans MT" w:hAnsi="Gill Sans MT"/>
                <w:sz w:val="16"/>
                <w:szCs w:val="16"/>
              </w:rPr>
            </w:pPr>
            <w:r>
              <w:rPr>
                <w:rFonts w:ascii="Gill Sans MT" w:eastAsia="Calibri" w:hAnsi="Gill Sans MT" w:cs="Calibri"/>
                <w:b/>
                <w:bCs/>
                <w:sz w:val="16"/>
                <w:szCs w:val="16"/>
              </w:rPr>
              <w:t>LVI structural</w:t>
            </w:r>
          </w:p>
        </w:tc>
        <w:tc>
          <w:tcPr>
            <w:tcW w:w="1752" w:type="dxa"/>
            <w:tcMar>
              <w:top w:w="8" w:type="dxa"/>
              <w:left w:w="60" w:type="dxa"/>
              <w:bottom w:w="8" w:type="dxa"/>
              <w:right w:w="60" w:type="dxa"/>
            </w:tcMar>
          </w:tcPr>
          <w:p w14:paraId="461D46B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+0.088</w:t>
            </w:r>
          </w:p>
        </w:tc>
        <w:tc>
          <w:tcPr>
            <w:tcW w:w="1797" w:type="dxa"/>
            <w:tcMar>
              <w:top w:w="8" w:type="dxa"/>
              <w:left w:w="60" w:type="dxa"/>
              <w:bottom w:w="8" w:type="dxa"/>
              <w:right w:w="60" w:type="dxa"/>
            </w:tcMar>
          </w:tcPr>
          <w:p w14:paraId="6C2FC0E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0.299</w:t>
            </w:r>
          </w:p>
        </w:tc>
        <w:tc>
          <w:tcPr>
            <w:tcW w:w="2461" w:type="dxa"/>
            <w:tcMar>
              <w:top w:w="8" w:type="dxa"/>
              <w:left w:w="60" w:type="dxa"/>
              <w:bottom w:w="8" w:type="dxa"/>
              <w:right w:w="60" w:type="dxa"/>
            </w:tcMar>
            <w:vAlign w:val="center"/>
          </w:tcPr>
          <w:p w14:paraId="7F098FD3" w14:textId="77777777" w:rsidR="00297D2C" w:rsidRPr="003B6D8D" w:rsidRDefault="00297D2C" w:rsidP="007B2FD8">
            <w:pPr>
              <w:jc w:val="center"/>
              <w:rPr>
                <w:rFonts w:ascii="Gill Sans MT" w:hAnsi="Gill Sans MT"/>
                <w:sz w:val="16"/>
                <w:szCs w:val="16"/>
              </w:rPr>
            </w:pPr>
          </w:p>
        </w:tc>
      </w:tr>
      <w:tr w:rsidR="00297D2C" w:rsidRPr="003B6D8D" w14:paraId="63F5F9BB" w14:textId="77777777" w:rsidTr="007B2FD8">
        <w:tc>
          <w:tcPr>
            <w:tcW w:w="2070" w:type="dxa"/>
            <w:tcMar>
              <w:top w:w="8" w:type="dxa"/>
              <w:left w:w="60" w:type="dxa"/>
              <w:bottom w:w="8" w:type="dxa"/>
              <w:right w:w="60" w:type="dxa"/>
            </w:tcMar>
            <w:vAlign w:val="center"/>
          </w:tcPr>
          <w:p w14:paraId="173ED811" w14:textId="77777777" w:rsidR="00297D2C" w:rsidRPr="003B6D8D" w:rsidRDefault="00297D2C" w:rsidP="007B2FD8">
            <w:pPr>
              <w:rPr>
                <w:rFonts w:ascii="Gill Sans MT" w:hAnsi="Gill Sans MT"/>
                <w:sz w:val="16"/>
                <w:szCs w:val="16"/>
              </w:rPr>
            </w:pPr>
            <w:r>
              <w:rPr>
                <w:rFonts w:ascii="Gill Sans MT" w:eastAsia="Calibri" w:hAnsi="Gill Sans MT" w:cs="Calibri"/>
                <w:b/>
                <w:bCs/>
                <w:sz w:val="16"/>
                <w:szCs w:val="16"/>
              </w:rPr>
              <w:t>LVI functional</w:t>
            </w:r>
          </w:p>
        </w:tc>
        <w:tc>
          <w:tcPr>
            <w:tcW w:w="1752" w:type="dxa"/>
            <w:tcMar>
              <w:top w:w="8" w:type="dxa"/>
              <w:left w:w="60" w:type="dxa"/>
              <w:bottom w:w="8" w:type="dxa"/>
              <w:right w:w="60" w:type="dxa"/>
            </w:tcMar>
          </w:tcPr>
          <w:p w14:paraId="60F3CF4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-0.001</w:t>
            </w:r>
          </w:p>
        </w:tc>
        <w:tc>
          <w:tcPr>
            <w:tcW w:w="1797" w:type="dxa"/>
            <w:tcMar>
              <w:top w:w="8" w:type="dxa"/>
              <w:left w:w="60" w:type="dxa"/>
              <w:bottom w:w="8" w:type="dxa"/>
              <w:right w:w="60" w:type="dxa"/>
            </w:tcMar>
          </w:tcPr>
          <w:p w14:paraId="0462CA9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0.988</w:t>
            </w:r>
          </w:p>
        </w:tc>
        <w:tc>
          <w:tcPr>
            <w:tcW w:w="2461" w:type="dxa"/>
            <w:tcMar>
              <w:top w:w="8" w:type="dxa"/>
              <w:left w:w="60" w:type="dxa"/>
              <w:bottom w:w="8" w:type="dxa"/>
              <w:right w:w="60" w:type="dxa"/>
            </w:tcMar>
            <w:vAlign w:val="center"/>
          </w:tcPr>
          <w:p w14:paraId="5D03558D" w14:textId="77777777" w:rsidR="00297D2C" w:rsidRPr="003B6D8D" w:rsidRDefault="00297D2C" w:rsidP="007B2FD8">
            <w:pPr>
              <w:jc w:val="center"/>
              <w:rPr>
                <w:rFonts w:ascii="Gill Sans MT" w:hAnsi="Gill Sans MT"/>
                <w:sz w:val="16"/>
                <w:szCs w:val="16"/>
              </w:rPr>
            </w:pPr>
          </w:p>
        </w:tc>
      </w:tr>
      <w:tr w:rsidR="00297D2C" w:rsidRPr="003B6D8D" w14:paraId="04EA58AA" w14:textId="77777777" w:rsidTr="007B2FD8">
        <w:tc>
          <w:tcPr>
            <w:tcW w:w="2070" w:type="dxa"/>
            <w:tcMar>
              <w:top w:w="8" w:type="dxa"/>
              <w:left w:w="60" w:type="dxa"/>
              <w:bottom w:w="8" w:type="dxa"/>
              <w:right w:w="60" w:type="dxa"/>
            </w:tcMar>
            <w:vAlign w:val="center"/>
          </w:tcPr>
          <w:p w14:paraId="6E7A7045" w14:textId="77777777" w:rsidR="00297D2C" w:rsidRPr="003B6D8D" w:rsidRDefault="00297D2C" w:rsidP="007B2FD8">
            <w:pPr>
              <w:rPr>
                <w:rFonts w:ascii="Gill Sans MT" w:hAnsi="Gill Sans MT"/>
                <w:sz w:val="16"/>
                <w:szCs w:val="16"/>
              </w:rPr>
            </w:pPr>
            <w:r>
              <w:rPr>
                <w:rFonts w:ascii="Gill Sans MT" w:eastAsia="Calibri" w:hAnsi="Gill Sans MT" w:cs="Calibri"/>
                <w:b/>
                <w:bCs/>
                <w:sz w:val="16"/>
                <w:szCs w:val="16"/>
              </w:rPr>
              <w:t>LVI multimodal</w:t>
            </w:r>
          </w:p>
        </w:tc>
        <w:tc>
          <w:tcPr>
            <w:tcW w:w="1752" w:type="dxa"/>
            <w:tcMar>
              <w:top w:w="8" w:type="dxa"/>
              <w:left w:w="60" w:type="dxa"/>
              <w:bottom w:w="8" w:type="dxa"/>
              <w:right w:w="60" w:type="dxa"/>
            </w:tcMar>
          </w:tcPr>
          <w:p w14:paraId="6A31F22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+0.053</w:t>
            </w:r>
          </w:p>
        </w:tc>
        <w:tc>
          <w:tcPr>
            <w:tcW w:w="1797" w:type="dxa"/>
            <w:tcMar>
              <w:top w:w="8" w:type="dxa"/>
              <w:left w:w="60" w:type="dxa"/>
              <w:bottom w:w="8" w:type="dxa"/>
              <w:right w:w="60" w:type="dxa"/>
            </w:tcMar>
          </w:tcPr>
          <w:p w14:paraId="1923184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0.531</w:t>
            </w:r>
          </w:p>
        </w:tc>
        <w:tc>
          <w:tcPr>
            <w:tcW w:w="2461" w:type="dxa"/>
            <w:tcMar>
              <w:top w:w="8" w:type="dxa"/>
              <w:left w:w="60" w:type="dxa"/>
              <w:bottom w:w="8" w:type="dxa"/>
              <w:right w:w="60" w:type="dxa"/>
            </w:tcMar>
            <w:vAlign w:val="center"/>
          </w:tcPr>
          <w:p w14:paraId="72676DC0" w14:textId="77777777" w:rsidR="00297D2C" w:rsidRPr="003B6D8D" w:rsidRDefault="00297D2C" w:rsidP="007B2FD8">
            <w:pPr>
              <w:jc w:val="center"/>
              <w:rPr>
                <w:rFonts w:ascii="Gill Sans MT" w:hAnsi="Gill Sans MT"/>
                <w:sz w:val="16"/>
                <w:szCs w:val="16"/>
              </w:rPr>
            </w:pPr>
          </w:p>
        </w:tc>
      </w:tr>
      <w:tr w:rsidR="00297D2C" w:rsidRPr="003B6D8D" w14:paraId="26E75F82" w14:textId="77777777" w:rsidTr="007B2FD8">
        <w:tc>
          <w:tcPr>
            <w:tcW w:w="8080" w:type="dxa"/>
            <w:gridSpan w:val="4"/>
            <w:tcMar>
              <w:top w:w="8" w:type="dxa"/>
              <w:left w:w="60" w:type="dxa"/>
              <w:bottom w:w="8" w:type="dxa"/>
              <w:right w:w="60" w:type="dxa"/>
            </w:tcMar>
            <w:vAlign w:val="center"/>
          </w:tcPr>
          <w:p w14:paraId="2D581341"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3B6D8D" w14:paraId="7C6A25E7" w14:textId="77777777" w:rsidTr="007B2FD8">
        <w:tc>
          <w:tcPr>
            <w:tcW w:w="2070" w:type="dxa"/>
            <w:tcMar>
              <w:top w:w="8" w:type="dxa"/>
              <w:left w:w="60" w:type="dxa"/>
              <w:bottom w:w="8" w:type="dxa"/>
              <w:right w:w="60" w:type="dxa"/>
            </w:tcMar>
            <w:vAlign w:val="center"/>
          </w:tcPr>
          <w:p w14:paraId="1547CF3A"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Bilateral Amygdala</w:t>
            </w:r>
          </w:p>
        </w:tc>
        <w:tc>
          <w:tcPr>
            <w:tcW w:w="1752" w:type="dxa"/>
            <w:tcMar>
              <w:top w:w="8" w:type="dxa"/>
              <w:left w:w="60" w:type="dxa"/>
              <w:bottom w:w="8" w:type="dxa"/>
              <w:right w:w="60" w:type="dxa"/>
            </w:tcMar>
          </w:tcPr>
          <w:p w14:paraId="7EE5A51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+0.126</w:t>
            </w:r>
          </w:p>
        </w:tc>
        <w:tc>
          <w:tcPr>
            <w:tcW w:w="1797" w:type="dxa"/>
            <w:tcMar>
              <w:top w:w="8" w:type="dxa"/>
              <w:left w:w="60" w:type="dxa"/>
              <w:bottom w:w="8" w:type="dxa"/>
              <w:right w:w="60" w:type="dxa"/>
            </w:tcMar>
          </w:tcPr>
          <w:p w14:paraId="4AFBF01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0.135</w:t>
            </w:r>
          </w:p>
        </w:tc>
        <w:tc>
          <w:tcPr>
            <w:tcW w:w="2461" w:type="dxa"/>
            <w:tcMar>
              <w:top w:w="8" w:type="dxa"/>
              <w:left w:w="60" w:type="dxa"/>
              <w:bottom w:w="8" w:type="dxa"/>
              <w:right w:w="60" w:type="dxa"/>
            </w:tcMar>
          </w:tcPr>
          <w:p w14:paraId="3E37C41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0.203</w:t>
            </w:r>
          </w:p>
        </w:tc>
      </w:tr>
      <w:tr w:rsidR="00297D2C" w:rsidRPr="003B6D8D" w14:paraId="5008BD4F" w14:textId="77777777" w:rsidTr="007B2FD8">
        <w:tc>
          <w:tcPr>
            <w:tcW w:w="2070" w:type="dxa"/>
            <w:tcMar>
              <w:top w:w="8" w:type="dxa"/>
              <w:left w:w="60" w:type="dxa"/>
              <w:bottom w:w="8" w:type="dxa"/>
              <w:right w:w="60" w:type="dxa"/>
            </w:tcMar>
            <w:vAlign w:val="center"/>
          </w:tcPr>
          <w:p w14:paraId="0F3D0BAD"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Bilateral Hippocampus</w:t>
            </w:r>
          </w:p>
        </w:tc>
        <w:tc>
          <w:tcPr>
            <w:tcW w:w="1752" w:type="dxa"/>
            <w:tcMar>
              <w:top w:w="8" w:type="dxa"/>
              <w:left w:w="60" w:type="dxa"/>
              <w:bottom w:w="8" w:type="dxa"/>
              <w:right w:w="60" w:type="dxa"/>
            </w:tcMar>
          </w:tcPr>
          <w:p w14:paraId="33F5AFF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+0.062</w:t>
            </w:r>
          </w:p>
        </w:tc>
        <w:tc>
          <w:tcPr>
            <w:tcW w:w="1797" w:type="dxa"/>
            <w:tcMar>
              <w:top w:w="8" w:type="dxa"/>
              <w:left w:w="60" w:type="dxa"/>
              <w:bottom w:w="8" w:type="dxa"/>
              <w:right w:w="60" w:type="dxa"/>
            </w:tcMar>
          </w:tcPr>
          <w:p w14:paraId="736C281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0.462</w:t>
            </w:r>
          </w:p>
        </w:tc>
        <w:tc>
          <w:tcPr>
            <w:tcW w:w="2461" w:type="dxa"/>
            <w:tcMar>
              <w:top w:w="8" w:type="dxa"/>
              <w:left w:w="60" w:type="dxa"/>
              <w:bottom w:w="8" w:type="dxa"/>
              <w:right w:w="60" w:type="dxa"/>
            </w:tcMar>
          </w:tcPr>
          <w:p w14:paraId="174BBFC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0.462</w:t>
            </w:r>
          </w:p>
        </w:tc>
      </w:tr>
      <w:tr w:rsidR="00297D2C" w:rsidRPr="003B6D8D" w14:paraId="220BD37D" w14:textId="77777777" w:rsidTr="007B2FD8">
        <w:tc>
          <w:tcPr>
            <w:tcW w:w="2070" w:type="dxa"/>
            <w:tcMar>
              <w:top w:w="8" w:type="dxa"/>
              <w:left w:w="60" w:type="dxa"/>
              <w:bottom w:w="8" w:type="dxa"/>
              <w:right w:w="60" w:type="dxa"/>
            </w:tcMar>
            <w:vAlign w:val="center"/>
          </w:tcPr>
          <w:p w14:paraId="7A536A3E"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Bilateral ACC</w:t>
            </w:r>
          </w:p>
        </w:tc>
        <w:tc>
          <w:tcPr>
            <w:tcW w:w="1752" w:type="dxa"/>
            <w:tcMar>
              <w:top w:w="8" w:type="dxa"/>
              <w:left w:w="60" w:type="dxa"/>
              <w:bottom w:w="8" w:type="dxa"/>
              <w:right w:w="60" w:type="dxa"/>
            </w:tcMar>
          </w:tcPr>
          <w:p w14:paraId="6D1FD7F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+0.153</w:t>
            </w:r>
          </w:p>
        </w:tc>
        <w:tc>
          <w:tcPr>
            <w:tcW w:w="1797" w:type="dxa"/>
            <w:tcMar>
              <w:top w:w="8" w:type="dxa"/>
              <w:left w:w="60" w:type="dxa"/>
              <w:bottom w:w="8" w:type="dxa"/>
              <w:right w:w="60" w:type="dxa"/>
            </w:tcMar>
          </w:tcPr>
          <w:p w14:paraId="79ACF9E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0.071</w:t>
            </w:r>
          </w:p>
        </w:tc>
        <w:tc>
          <w:tcPr>
            <w:tcW w:w="2461" w:type="dxa"/>
            <w:tcMar>
              <w:top w:w="8" w:type="dxa"/>
              <w:left w:w="60" w:type="dxa"/>
              <w:bottom w:w="8" w:type="dxa"/>
              <w:right w:w="60" w:type="dxa"/>
            </w:tcMar>
          </w:tcPr>
          <w:p w14:paraId="7BFC887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0.203</w:t>
            </w:r>
          </w:p>
        </w:tc>
      </w:tr>
      <w:tr w:rsidR="00297D2C" w:rsidRPr="003B6D8D" w14:paraId="02B2BA81" w14:textId="77777777" w:rsidTr="007B2FD8">
        <w:tc>
          <w:tcPr>
            <w:tcW w:w="8080" w:type="dxa"/>
            <w:gridSpan w:val="4"/>
            <w:tcMar>
              <w:top w:w="8" w:type="dxa"/>
              <w:left w:w="60" w:type="dxa"/>
              <w:bottom w:w="8" w:type="dxa"/>
              <w:right w:w="60" w:type="dxa"/>
            </w:tcMar>
            <w:vAlign w:val="center"/>
          </w:tcPr>
          <w:p w14:paraId="3ABD13F0"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3B6D8D" w14:paraId="0B5713E9" w14:textId="77777777" w:rsidTr="007B2FD8">
        <w:tc>
          <w:tcPr>
            <w:tcW w:w="2070" w:type="dxa"/>
            <w:tcMar>
              <w:top w:w="8" w:type="dxa"/>
              <w:left w:w="60" w:type="dxa"/>
              <w:bottom w:w="8" w:type="dxa"/>
              <w:right w:w="60" w:type="dxa"/>
            </w:tcMar>
            <w:vAlign w:val="center"/>
          </w:tcPr>
          <w:p w14:paraId="1DA991F3"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lastRenderedPageBreak/>
              <w:t>Left Amygdala</w:t>
            </w:r>
          </w:p>
        </w:tc>
        <w:tc>
          <w:tcPr>
            <w:tcW w:w="1752" w:type="dxa"/>
            <w:tcMar>
              <w:top w:w="8" w:type="dxa"/>
              <w:left w:w="60" w:type="dxa"/>
              <w:bottom w:w="8" w:type="dxa"/>
              <w:right w:w="60" w:type="dxa"/>
            </w:tcMar>
          </w:tcPr>
          <w:p w14:paraId="0D50DBC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+0.164</w:t>
            </w:r>
          </w:p>
        </w:tc>
        <w:tc>
          <w:tcPr>
            <w:tcW w:w="1797" w:type="dxa"/>
            <w:tcMar>
              <w:top w:w="8" w:type="dxa"/>
              <w:left w:w="60" w:type="dxa"/>
              <w:bottom w:w="8" w:type="dxa"/>
              <w:right w:w="60" w:type="dxa"/>
            </w:tcMar>
          </w:tcPr>
          <w:p w14:paraId="720BB96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0.052</w:t>
            </w:r>
          </w:p>
        </w:tc>
        <w:tc>
          <w:tcPr>
            <w:tcW w:w="2461" w:type="dxa"/>
            <w:tcMar>
              <w:top w:w="8" w:type="dxa"/>
              <w:left w:w="60" w:type="dxa"/>
              <w:bottom w:w="8" w:type="dxa"/>
              <w:right w:w="60" w:type="dxa"/>
            </w:tcMar>
          </w:tcPr>
          <w:p w14:paraId="46D598E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0.190</w:t>
            </w:r>
          </w:p>
        </w:tc>
      </w:tr>
      <w:tr w:rsidR="00297D2C" w:rsidRPr="003B6D8D" w14:paraId="3B988636" w14:textId="77777777" w:rsidTr="007B2FD8">
        <w:tc>
          <w:tcPr>
            <w:tcW w:w="2070" w:type="dxa"/>
            <w:tcMar>
              <w:top w:w="8" w:type="dxa"/>
              <w:left w:w="60" w:type="dxa"/>
              <w:bottom w:w="8" w:type="dxa"/>
              <w:right w:w="60" w:type="dxa"/>
            </w:tcMar>
            <w:vAlign w:val="center"/>
          </w:tcPr>
          <w:p w14:paraId="26A38426"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Right Amygdala</w:t>
            </w:r>
          </w:p>
        </w:tc>
        <w:tc>
          <w:tcPr>
            <w:tcW w:w="1752" w:type="dxa"/>
            <w:tcMar>
              <w:top w:w="8" w:type="dxa"/>
              <w:left w:w="60" w:type="dxa"/>
              <w:bottom w:w="8" w:type="dxa"/>
              <w:right w:w="60" w:type="dxa"/>
            </w:tcMar>
          </w:tcPr>
          <w:p w14:paraId="6A11699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+0.035</w:t>
            </w:r>
          </w:p>
        </w:tc>
        <w:tc>
          <w:tcPr>
            <w:tcW w:w="1797" w:type="dxa"/>
            <w:tcMar>
              <w:top w:w="8" w:type="dxa"/>
              <w:left w:w="60" w:type="dxa"/>
              <w:bottom w:w="8" w:type="dxa"/>
              <w:right w:w="60" w:type="dxa"/>
            </w:tcMar>
          </w:tcPr>
          <w:p w14:paraId="390D94A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0.679</w:t>
            </w:r>
          </w:p>
        </w:tc>
        <w:tc>
          <w:tcPr>
            <w:tcW w:w="2461" w:type="dxa"/>
            <w:tcMar>
              <w:top w:w="8" w:type="dxa"/>
              <w:left w:w="60" w:type="dxa"/>
              <w:bottom w:w="8" w:type="dxa"/>
              <w:right w:w="60" w:type="dxa"/>
            </w:tcMar>
          </w:tcPr>
          <w:p w14:paraId="590BFA9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0.815</w:t>
            </w:r>
          </w:p>
        </w:tc>
      </w:tr>
      <w:tr w:rsidR="00297D2C" w:rsidRPr="003B6D8D" w14:paraId="476F3A81" w14:textId="77777777" w:rsidTr="007B2FD8">
        <w:tc>
          <w:tcPr>
            <w:tcW w:w="2070" w:type="dxa"/>
            <w:tcMar>
              <w:top w:w="8" w:type="dxa"/>
              <w:left w:w="60" w:type="dxa"/>
              <w:bottom w:w="8" w:type="dxa"/>
              <w:right w:w="60" w:type="dxa"/>
            </w:tcMar>
            <w:vAlign w:val="center"/>
          </w:tcPr>
          <w:p w14:paraId="656190EB"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Left Hippocampus</w:t>
            </w:r>
          </w:p>
        </w:tc>
        <w:tc>
          <w:tcPr>
            <w:tcW w:w="1752" w:type="dxa"/>
            <w:tcMar>
              <w:top w:w="8" w:type="dxa"/>
              <w:left w:w="60" w:type="dxa"/>
              <w:bottom w:w="8" w:type="dxa"/>
              <w:right w:w="60" w:type="dxa"/>
            </w:tcMar>
          </w:tcPr>
          <w:p w14:paraId="6B01764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+0.012</w:t>
            </w:r>
          </w:p>
        </w:tc>
        <w:tc>
          <w:tcPr>
            <w:tcW w:w="1797" w:type="dxa"/>
            <w:tcMar>
              <w:top w:w="8" w:type="dxa"/>
              <w:left w:w="60" w:type="dxa"/>
              <w:bottom w:w="8" w:type="dxa"/>
              <w:right w:w="60" w:type="dxa"/>
            </w:tcMar>
          </w:tcPr>
          <w:p w14:paraId="3222E1F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0.888</w:t>
            </w:r>
          </w:p>
        </w:tc>
        <w:tc>
          <w:tcPr>
            <w:tcW w:w="2461" w:type="dxa"/>
            <w:tcMar>
              <w:top w:w="8" w:type="dxa"/>
              <w:left w:w="60" w:type="dxa"/>
              <w:bottom w:w="8" w:type="dxa"/>
              <w:right w:w="60" w:type="dxa"/>
            </w:tcMar>
          </w:tcPr>
          <w:p w14:paraId="7F42F99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0.888</w:t>
            </w:r>
          </w:p>
        </w:tc>
      </w:tr>
      <w:tr w:rsidR="00297D2C" w:rsidRPr="003B6D8D" w14:paraId="72C174BA" w14:textId="77777777" w:rsidTr="007B2FD8">
        <w:tc>
          <w:tcPr>
            <w:tcW w:w="2070" w:type="dxa"/>
            <w:tcMar>
              <w:top w:w="8" w:type="dxa"/>
              <w:left w:w="60" w:type="dxa"/>
              <w:bottom w:w="8" w:type="dxa"/>
              <w:right w:w="60" w:type="dxa"/>
            </w:tcMar>
            <w:vAlign w:val="center"/>
          </w:tcPr>
          <w:p w14:paraId="1124365E"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Right Hippocampus</w:t>
            </w:r>
          </w:p>
        </w:tc>
        <w:tc>
          <w:tcPr>
            <w:tcW w:w="1752" w:type="dxa"/>
            <w:tcMar>
              <w:top w:w="8" w:type="dxa"/>
              <w:left w:w="60" w:type="dxa"/>
              <w:bottom w:w="8" w:type="dxa"/>
              <w:right w:w="60" w:type="dxa"/>
            </w:tcMar>
          </w:tcPr>
          <w:p w14:paraId="35465CE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+0.087</w:t>
            </w:r>
          </w:p>
        </w:tc>
        <w:tc>
          <w:tcPr>
            <w:tcW w:w="1797" w:type="dxa"/>
            <w:tcMar>
              <w:top w:w="8" w:type="dxa"/>
              <w:left w:w="60" w:type="dxa"/>
              <w:bottom w:w="8" w:type="dxa"/>
              <w:right w:w="60" w:type="dxa"/>
            </w:tcMar>
          </w:tcPr>
          <w:p w14:paraId="6767294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0.306</w:t>
            </w:r>
          </w:p>
        </w:tc>
        <w:tc>
          <w:tcPr>
            <w:tcW w:w="2461" w:type="dxa"/>
            <w:tcMar>
              <w:top w:w="8" w:type="dxa"/>
              <w:left w:w="60" w:type="dxa"/>
              <w:bottom w:w="8" w:type="dxa"/>
              <w:right w:w="60" w:type="dxa"/>
            </w:tcMar>
          </w:tcPr>
          <w:p w14:paraId="7BA7E32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0.482</w:t>
            </w:r>
          </w:p>
        </w:tc>
      </w:tr>
      <w:tr w:rsidR="00297D2C" w:rsidRPr="003B6D8D" w14:paraId="2EDBF957" w14:textId="77777777" w:rsidTr="007B2FD8">
        <w:tc>
          <w:tcPr>
            <w:tcW w:w="2070" w:type="dxa"/>
            <w:tcMar>
              <w:top w:w="8" w:type="dxa"/>
              <w:left w:w="60" w:type="dxa"/>
              <w:bottom w:w="8" w:type="dxa"/>
              <w:right w:w="60" w:type="dxa"/>
            </w:tcMar>
            <w:vAlign w:val="center"/>
          </w:tcPr>
          <w:p w14:paraId="02A7FAA3"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Left ACC</w:t>
            </w:r>
          </w:p>
        </w:tc>
        <w:tc>
          <w:tcPr>
            <w:tcW w:w="1752" w:type="dxa"/>
            <w:tcMar>
              <w:top w:w="8" w:type="dxa"/>
              <w:left w:w="60" w:type="dxa"/>
              <w:bottom w:w="8" w:type="dxa"/>
              <w:right w:w="60" w:type="dxa"/>
            </w:tcMar>
          </w:tcPr>
          <w:p w14:paraId="0146E47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+0.157</w:t>
            </w:r>
          </w:p>
        </w:tc>
        <w:tc>
          <w:tcPr>
            <w:tcW w:w="1797" w:type="dxa"/>
            <w:tcMar>
              <w:top w:w="8" w:type="dxa"/>
              <w:left w:w="60" w:type="dxa"/>
              <w:bottom w:w="8" w:type="dxa"/>
              <w:right w:w="60" w:type="dxa"/>
            </w:tcMar>
          </w:tcPr>
          <w:p w14:paraId="17B71A8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0.063</w:t>
            </w:r>
          </w:p>
        </w:tc>
        <w:tc>
          <w:tcPr>
            <w:tcW w:w="2461" w:type="dxa"/>
            <w:tcMar>
              <w:top w:w="8" w:type="dxa"/>
              <w:left w:w="60" w:type="dxa"/>
              <w:bottom w:w="8" w:type="dxa"/>
              <w:right w:w="60" w:type="dxa"/>
            </w:tcMar>
          </w:tcPr>
          <w:p w14:paraId="6682469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0.190</w:t>
            </w:r>
          </w:p>
        </w:tc>
      </w:tr>
      <w:tr w:rsidR="00297D2C" w:rsidRPr="003B6D8D" w14:paraId="7113CF72" w14:textId="77777777" w:rsidTr="007B2FD8">
        <w:tc>
          <w:tcPr>
            <w:tcW w:w="2070" w:type="dxa"/>
            <w:tcMar>
              <w:top w:w="8" w:type="dxa"/>
              <w:left w:w="60" w:type="dxa"/>
              <w:bottom w:w="8" w:type="dxa"/>
              <w:right w:w="60" w:type="dxa"/>
            </w:tcMar>
            <w:vAlign w:val="center"/>
          </w:tcPr>
          <w:p w14:paraId="47F957C5"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Right ACC</w:t>
            </w:r>
          </w:p>
        </w:tc>
        <w:tc>
          <w:tcPr>
            <w:tcW w:w="1752" w:type="dxa"/>
            <w:tcMar>
              <w:top w:w="8" w:type="dxa"/>
              <w:left w:w="60" w:type="dxa"/>
              <w:bottom w:w="8" w:type="dxa"/>
              <w:right w:w="60" w:type="dxa"/>
            </w:tcMar>
          </w:tcPr>
          <w:p w14:paraId="43A9004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+0.084</w:t>
            </w:r>
          </w:p>
        </w:tc>
        <w:tc>
          <w:tcPr>
            <w:tcW w:w="1797" w:type="dxa"/>
            <w:tcMar>
              <w:top w:w="8" w:type="dxa"/>
              <w:left w:w="60" w:type="dxa"/>
              <w:bottom w:w="8" w:type="dxa"/>
              <w:right w:w="60" w:type="dxa"/>
            </w:tcMar>
          </w:tcPr>
          <w:p w14:paraId="457B6F5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0.321</w:t>
            </w:r>
          </w:p>
        </w:tc>
        <w:tc>
          <w:tcPr>
            <w:tcW w:w="2461" w:type="dxa"/>
            <w:tcMar>
              <w:top w:w="8" w:type="dxa"/>
              <w:left w:w="60" w:type="dxa"/>
              <w:bottom w:w="8" w:type="dxa"/>
              <w:right w:w="60" w:type="dxa"/>
            </w:tcMar>
          </w:tcPr>
          <w:p w14:paraId="2B6C340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0.482</w:t>
            </w:r>
          </w:p>
        </w:tc>
      </w:tr>
      <w:tr w:rsidR="00297D2C" w:rsidRPr="003B6D8D" w14:paraId="42888A10" w14:textId="77777777" w:rsidTr="007B2FD8">
        <w:tc>
          <w:tcPr>
            <w:tcW w:w="8080" w:type="dxa"/>
            <w:gridSpan w:val="4"/>
            <w:tcMar>
              <w:top w:w="8" w:type="dxa"/>
              <w:left w:w="60" w:type="dxa"/>
              <w:bottom w:w="8" w:type="dxa"/>
              <w:right w:w="60" w:type="dxa"/>
            </w:tcMar>
            <w:vAlign w:val="center"/>
          </w:tcPr>
          <w:p w14:paraId="200A3463"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3B6D8D" w14:paraId="426E18E1" w14:textId="77777777" w:rsidTr="007B2FD8">
        <w:tc>
          <w:tcPr>
            <w:tcW w:w="2070" w:type="dxa"/>
            <w:tcMar>
              <w:top w:w="8" w:type="dxa"/>
              <w:left w:w="60" w:type="dxa"/>
              <w:bottom w:w="8" w:type="dxa"/>
              <w:right w:w="60" w:type="dxa"/>
            </w:tcMar>
            <w:vAlign w:val="center"/>
          </w:tcPr>
          <w:p w14:paraId="0B256853"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HIP-LIM</w:t>
            </w:r>
          </w:p>
        </w:tc>
        <w:tc>
          <w:tcPr>
            <w:tcW w:w="1752" w:type="dxa"/>
            <w:tcMar>
              <w:top w:w="8" w:type="dxa"/>
              <w:left w:w="60" w:type="dxa"/>
              <w:bottom w:w="8" w:type="dxa"/>
              <w:right w:w="60" w:type="dxa"/>
            </w:tcMar>
          </w:tcPr>
          <w:p w14:paraId="351FE9D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+0.069</w:t>
            </w:r>
          </w:p>
        </w:tc>
        <w:tc>
          <w:tcPr>
            <w:tcW w:w="1797" w:type="dxa"/>
            <w:tcMar>
              <w:top w:w="8" w:type="dxa"/>
              <w:left w:w="60" w:type="dxa"/>
              <w:bottom w:w="8" w:type="dxa"/>
              <w:right w:w="60" w:type="dxa"/>
            </w:tcMar>
          </w:tcPr>
          <w:p w14:paraId="245A544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0.417</w:t>
            </w:r>
          </w:p>
        </w:tc>
        <w:tc>
          <w:tcPr>
            <w:tcW w:w="2461" w:type="dxa"/>
            <w:tcMar>
              <w:top w:w="8" w:type="dxa"/>
              <w:left w:w="60" w:type="dxa"/>
              <w:bottom w:w="8" w:type="dxa"/>
              <w:right w:w="60" w:type="dxa"/>
            </w:tcMar>
          </w:tcPr>
          <w:p w14:paraId="385F7DE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0.644</w:t>
            </w:r>
          </w:p>
        </w:tc>
      </w:tr>
      <w:tr w:rsidR="00297D2C" w:rsidRPr="003B6D8D" w14:paraId="67314187" w14:textId="77777777" w:rsidTr="007B2FD8">
        <w:tc>
          <w:tcPr>
            <w:tcW w:w="2070" w:type="dxa"/>
            <w:tcMar>
              <w:top w:w="8" w:type="dxa"/>
              <w:left w:w="60" w:type="dxa"/>
              <w:bottom w:w="8" w:type="dxa"/>
              <w:right w:w="60" w:type="dxa"/>
            </w:tcMar>
            <w:vAlign w:val="center"/>
          </w:tcPr>
          <w:p w14:paraId="14BD4349"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AMY-LIM</w:t>
            </w:r>
          </w:p>
        </w:tc>
        <w:tc>
          <w:tcPr>
            <w:tcW w:w="1752" w:type="dxa"/>
            <w:tcMar>
              <w:top w:w="8" w:type="dxa"/>
              <w:left w:w="60" w:type="dxa"/>
              <w:bottom w:w="8" w:type="dxa"/>
              <w:right w:w="60" w:type="dxa"/>
            </w:tcMar>
          </w:tcPr>
          <w:p w14:paraId="3BCB0F4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+0.052</w:t>
            </w:r>
          </w:p>
        </w:tc>
        <w:tc>
          <w:tcPr>
            <w:tcW w:w="1797" w:type="dxa"/>
            <w:tcMar>
              <w:top w:w="8" w:type="dxa"/>
              <w:left w:w="60" w:type="dxa"/>
              <w:bottom w:w="8" w:type="dxa"/>
              <w:right w:w="60" w:type="dxa"/>
            </w:tcMar>
          </w:tcPr>
          <w:p w14:paraId="7816D74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0.540</w:t>
            </w:r>
          </w:p>
        </w:tc>
        <w:tc>
          <w:tcPr>
            <w:tcW w:w="2461" w:type="dxa"/>
            <w:tcMar>
              <w:top w:w="8" w:type="dxa"/>
              <w:left w:w="60" w:type="dxa"/>
              <w:bottom w:w="8" w:type="dxa"/>
              <w:right w:w="60" w:type="dxa"/>
            </w:tcMar>
          </w:tcPr>
          <w:p w14:paraId="1F4CFA7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0.644</w:t>
            </w:r>
          </w:p>
        </w:tc>
      </w:tr>
      <w:tr w:rsidR="00297D2C" w:rsidRPr="003B6D8D" w14:paraId="3A780A02" w14:textId="77777777" w:rsidTr="007B2FD8">
        <w:tc>
          <w:tcPr>
            <w:tcW w:w="2070" w:type="dxa"/>
            <w:tcMar>
              <w:top w:w="8" w:type="dxa"/>
              <w:left w:w="60" w:type="dxa"/>
              <w:bottom w:w="8" w:type="dxa"/>
              <w:right w:w="60" w:type="dxa"/>
            </w:tcMar>
            <w:vAlign w:val="center"/>
          </w:tcPr>
          <w:p w14:paraId="67ABCEE1"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ACC-LIM</w:t>
            </w:r>
          </w:p>
        </w:tc>
        <w:tc>
          <w:tcPr>
            <w:tcW w:w="1752" w:type="dxa"/>
            <w:tcMar>
              <w:top w:w="8" w:type="dxa"/>
              <w:left w:w="60" w:type="dxa"/>
              <w:bottom w:w="8" w:type="dxa"/>
              <w:right w:w="60" w:type="dxa"/>
            </w:tcMar>
          </w:tcPr>
          <w:p w14:paraId="452C6AB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-0.039</w:t>
            </w:r>
          </w:p>
        </w:tc>
        <w:tc>
          <w:tcPr>
            <w:tcW w:w="1797" w:type="dxa"/>
            <w:tcMar>
              <w:top w:w="8" w:type="dxa"/>
              <w:left w:w="60" w:type="dxa"/>
              <w:bottom w:w="8" w:type="dxa"/>
              <w:right w:w="60" w:type="dxa"/>
            </w:tcMar>
          </w:tcPr>
          <w:p w14:paraId="5407250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0.644</w:t>
            </w:r>
          </w:p>
        </w:tc>
        <w:tc>
          <w:tcPr>
            <w:tcW w:w="2461" w:type="dxa"/>
            <w:tcMar>
              <w:top w:w="8" w:type="dxa"/>
              <w:left w:w="60" w:type="dxa"/>
              <w:bottom w:w="8" w:type="dxa"/>
              <w:right w:w="60" w:type="dxa"/>
            </w:tcMar>
          </w:tcPr>
          <w:p w14:paraId="3123837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0.644</w:t>
            </w:r>
          </w:p>
        </w:tc>
      </w:tr>
      <w:tr w:rsidR="00297D2C" w:rsidRPr="003B6D8D" w14:paraId="540E7C03" w14:textId="77777777" w:rsidTr="007B2FD8">
        <w:tc>
          <w:tcPr>
            <w:tcW w:w="2070" w:type="dxa"/>
            <w:tcMar>
              <w:top w:w="8" w:type="dxa"/>
              <w:left w:w="60" w:type="dxa"/>
              <w:bottom w:w="8" w:type="dxa"/>
              <w:right w:w="60" w:type="dxa"/>
            </w:tcMar>
            <w:vAlign w:val="center"/>
          </w:tcPr>
          <w:p w14:paraId="2A24C007"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HIP-ACC</w:t>
            </w:r>
          </w:p>
        </w:tc>
        <w:tc>
          <w:tcPr>
            <w:tcW w:w="1752" w:type="dxa"/>
            <w:tcMar>
              <w:top w:w="8" w:type="dxa"/>
              <w:left w:w="60" w:type="dxa"/>
              <w:bottom w:w="8" w:type="dxa"/>
              <w:right w:w="60" w:type="dxa"/>
            </w:tcMar>
          </w:tcPr>
          <w:p w14:paraId="5EE7831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-0.096</w:t>
            </w:r>
          </w:p>
        </w:tc>
        <w:tc>
          <w:tcPr>
            <w:tcW w:w="1797" w:type="dxa"/>
            <w:tcMar>
              <w:top w:w="8" w:type="dxa"/>
              <w:left w:w="60" w:type="dxa"/>
              <w:bottom w:w="8" w:type="dxa"/>
              <w:right w:w="60" w:type="dxa"/>
            </w:tcMar>
          </w:tcPr>
          <w:p w14:paraId="729CEC2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0.257</w:t>
            </w:r>
          </w:p>
        </w:tc>
        <w:tc>
          <w:tcPr>
            <w:tcW w:w="2461" w:type="dxa"/>
            <w:tcMar>
              <w:top w:w="8" w:type="dxa"/>
              <w:left w:w="60" w:type="dxa"/>
              <w:bottom w:w="8" w:type="dxa"/>
              <w:right w:w="60" w:type="dxa"/>
            </w:tcMar>
          </w:tcPr>
          <w:p w14:paraId="091DB75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0.644</w:t>
            </w:r>
          </w:p>
        </w:tc>
      </w:tr>
      <w:tr w:rsidR="00297D2C" w:rsidRPr="003B6D8D" w14:paraId="75444D47" w14:textId="77777777" w:rsidTr="007B2FD8">
        <w:tc>
          <w:tcPr>
            <w:tcW w:w="2070" w:type="dxa"/>
            <w:tcMar>
              <w:top w:w="8" w:type="dxa"/>
              <w:left w:w="60" w:type="dxa"/>
              <w:bottom w:w="8" w:type="dxa"/>
              <w:right w:w="60" w:type="dxa"/>
            </w:tcMar>
            <w:vAlign w:val="center"/>
          </w:tcPr>
          <w:p w14:paraId="4AB853E9"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HIP-AMY</w:t>
            </w:r>
          </w:p>
        </w:tc>
        <w:tc>
          <w:tcPr>
            <w:tcW w:w="1752" w:type="dxa"/>
            <w:tcMar>
              <w:top w:w="8" w:type="dxa"/>
              <w:left w:w="60" w:type="dxa"/>
              <w:bottom w:w="8" w:type="dxa"/>
              <w:right w:w="60" w:type="dxa"/>
            </w:tcMar>
          </w:tcPr>
          <w:p w14:paraId="1C77DCC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+0.065</w:t>
            </w:r>
          </w:p>
        </w:tc>
        <w:tc>
          <w:tcPr>
            <w:tcW w:w="1797" w:type="dxa"/>
            <w:tcMar>
              <w:top w:w="8" w:type="dxa"/>
              <w:left w:w="60" w:type="dxa"/>
              <w:bottom w:w="8" w:type="dxa"/>
              <w:right w:w="60" w:type="dxa"/>
            </w:tcMar>
          </w:tcPr>
          <w:p w14:paraId="3D5E5F1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0.447</w:t>
            </w:r>
          </w:p>
        </w:tc>
        <w:tc>
          <w:tcPr>
            <w:tcW w:w="2461" w:type="dxa"/>
            <w:tcMar>
              <w:top w:w="8" w:type="dxa"/>
              <w:left w:w="60" w:type="dxa"/>
              <w:bottom w:w="8" w:type="dxa"/>
              <w:right w:w="60" w:type="dxa"/>
            </w:tcMar>
          </w:tcPr>
          <w:p w14:paraId="6871EAA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0.644</w:t>
            </w:r>
          </w:p>
        </w:tc>
      </w:tr>
      <w:tr w:rsidR="00297D2C" w:rsidRPr="003B6D8D" w14:paraId="426EDD3D" w14:textId="77777777" w:rsidTr="007B2FD8">
        <w:tc>
          <w:tcPr>
            <w:tcW w:w="2070" w:type="dxa"/>
            <w:tcMar>
              <w:top w:w="8" w:type="dxa"/>
              <w:left w:w="60" w:type="dxa"/>
              <w:bottom w:w="8" w:type="dxa"/>
              <w:right w:w="60" w:type="dxa"/>
            </w:tcMar>
            <w:vAlign w:val="center"/>
          </w:tcPr>
          <w:p w14:paraId="58558E9C"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AMY-ACC</w:t>
            </w:r>
          </w:p>
        </w:tc>
        <w:tc>
          <w:tcPr>
            <w:tcW w:w="1752" w:type="dxa"/>
            <w:tcMar>
              <w:top w:w="8" w:type="dxa"/>
              <w:left w:w="60" w:type="dxa"/>
              <w:bottom w:w="8" w:type="dxa"/>
              <w:right w:w="60" w:type="dxa"/>
            </w:tcMar>
          </w:tcPr>
          <w:p w14:paraId="654CCD3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-0.130</w:t>
            </w:r>
          </w:p>
        </w:tc>
        <w:tc>
          <w:tcPr>
            <w:tcW w:w="1797" w:type="dxa"/>
            <w:tcMar>
              <w:top w:w="8" w:type="dxa"/>
              <w:left w:w="60" w:type="dxa"/>
              <w:bottom w:w="8" w:type="dxa"/>
              <w:right w:w="60" w:type="dxa"/>
            </w:tcMar>
          </w:tcPr>
          <w:p w14:paraId="4E6988F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0.124</w:t>
            </w:r>
          </w:p>
        </w:tc>
        <w:tc>
          <w:tcPr>
            <w:tcW w:w="2461" w:type="dxa"/>
            <w:tcMar>
              <w:top w:w="8" w:type="dxa"/>
              <w:left w:w="60" w:type="dxa"/>
              <w:bottom w:w="8" w:type="dxa"/>
              <w:right w:w="60" w:type="dxa"/>
            </w:tcMar>
          </w:tcPr>
          <w:p w14:paraId="41B7C78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0.644</w:t>
            </w:r>
          </w:p>
        </w:tc>
      </w:tr>
      <w:tr w:rsidR="00297D2C" w:rsidRPr="003B6D8D" w14:paraId="190FB267" w14:textId="77777777" w:rsidTr="007B2FD8">
        <w:tc>
          <w:tcPr>
            <w:tcW w:w="8080" w:type="dxa"/>
            <w:gridSpan w:val="4"/>
            <w:tcMar>
              <w:top w:w="8" w:type="dxa"/>
              <w:left w:w="60" w:type="dxa"/>
              <w:bottom w:w="8" w:type="dxa"/>
              <w:right w:w="60" w:type="dxa"/>
            </w:tcMar>
            <w:vAlign w:val="center"/>
          </w:tcPr>
          <w:p w14:paraId="322A3A6A"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3B6D8D" w14:paraId="0905DD4D" w14:textId="77777777" w:rsidTr="007B2FD8">
        <w:tc>
          <w:tcPr>
            <w:tcW w:w="2070" w:type="dxa"/>
            <w:tcMar>
              <w:top w:w="8" w:type="dxa"/>
              <w:left w:w="60" w:type="dxa"/>
              <w:bottom w:w="8" w:type="dxa"/>
              <w:right w:w="60" w:type="dxa"/>
            </w:tcMar>
            <w:vAlign w:val="center"/>
          </w:tcPr>
          <w:p w14:paraId="0A3BCE3F"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LIM-WC</w:t>
            </w:r>
          </w:p>
        </w:tc>
        <w:tc>
          <w:tcPr>
            <w:tcW w:w="1752" w:type="dxa"/>
            <w:tcMar>
              <w:top w:w="8" w:type="dxa"/>
              <w:left w:w="60" w:type="dxa"/>
              <w:bottom w:w="8" w:type="dxa"/>
              <w:right w:w="60" w:type="dxa"/>
            </w:tcMar>
          </w:tcPr>
          <w:p w14:paraId="3363FC8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-0.096</w:t>
            </w:r>
          </w:p>
        </w:tc>
        <w:tc>
          <w:tcPr>
            <w:tcW w:w="1797" w:type="dxa"/>
            <w:tcMar>
              <w:top w:w="8" w:type="dxa"/>
              <w:left w:w="60" w:type="dxa"/>
              <w:bottom w:w="8" w:type="dxa"/>
              <w:right w:w="60" w:type="dxa"/>
            </w:tcMar>
          </w:tcPr>
          <w:p w14:paraId="1DDBEFB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0.255</w:t>
            </w:r>
          </w:p>
        </w:tc>
        <w:tc>
          <w:tcPr>
            <w:tcW w:w="2461" w:type="dxa"/>
            <w:tcMar>
              <w:top w:w="8" w:type="dxa"/>
              <w:left w:w="60" w:type="dxa"/>
              <w:bottom w:w="8" w:type="dxa"/>
              <w:right w:w="60" w:type="dxa"/>
            </w:tcMar>
          </w:tcPr>
          <w:p w14:paraId="1987C7B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0.893</w:t>
            </w:r>
          </w:p>
        </w:tc>
      </w:tr>
      <w:tr w:rsidR="00297D2C" w:rsidRPr="003B6D8D" w14:paraId="2B04B90D" w14:textId="77777777" w:rsidTr="007B2FD8">
        <w:tc>
          <w:tcPr>
            <w:tcW w:w="2070" w:type="dxa"/>
            <w:tcMar>
              <w:top w:w="8" w:type="dxa"/>
              <w:left w:w="60" w:type="dxa"/>
              <w:bottom w:w="8" w:type="dxa"/>
              <w:right w:w="60" w:type="dxa"/>
            </w:tcMar>
            <w:vAlign w:val="center"/>
          </w:tcPr>
          <w:p w14:paraId="41078553"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LIM-VIS</w:t>
            </w:r>
          </w:p>
        </w:tc>
        <w:tc>
          <w:tcPr>
            <w:tcW w:w="1752" w:type="dxa"/>
            <w:tcMar>
              <w:top w:w="8" w:type="dxa"/>
              <w:left w:w="60" w:type="dxa"/>
              <w:bottom w:w="8" w:type="dxa"/>
              <w:right w:w="60" w:type="dxa"/>
            </w:tcMar>
          </w:tcPr>
          <w:p w14:paraId="58929D6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-0.009</w:t>
            </w:r>
          </w:p>
        </w:tc>
        <w:tc>
          <w:tcPr>
            <w:tcW w:w="1797" w:type="dxa"/>
            <w:tcMar>
              <w:top w:w="8" w:type="dxa"/>
              <w:left w:w="60" w:type="dxa"/>
              <w:bottom w:w="8" w:type="dxa"/>
              <w:right w:w="60" w:type="dxa"/>
            </w:tcMar>
          </w:tcPr>
          <w:p w14:paraId="0BACCFC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0.916</w:t>
            </w:r>
          </w:p>
        </w:tc>
        <w:tc>
          <w:tcPr>
            <w:tcW w:w="2461" w:type="dxa"/>
            <w:tcMar>
              <w:top w:w="8" w:type="dxa"/>
              <w:left w:w="60" w:type="dxa"/>
              <w:bottom w:w="8" w:type="dxa"/>
              <w:right w:w="60" w:type="dxa"/>
            </w:tcMar>
          </w:tcPr>
          <w:p w14:paraId="7FAD00C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0.996</w:t>
            </w:r>
          </w:p>
        </w:tc>
      </w:tr>
      <w:tr w:rsidR="00297D2C" w:rsidRPr="003B6D8D" w14:paraId="04EF47B3" w14:textId="77777777" w:rsidTr="007B2FD8">
        <w:tc>
          <w:tcPr>
            <w:tcW w:w="2070" w:type="dxa"/>
            <w:tcMar>
              <w:top w:w="8" w:type="dxa"/>
              <w:left w:w="60" w:type="dxa"/>
              <w:bottom w:w="8" w:type="dxa"/>
              <w:right w:w="60" w:type="dxa"/>
            </w:tcMar>
            <w:vAlign w:val="center"/>
          </w:tcPr>
          <w:p w14:paraId="6F3BF5DF"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LIM-SMN</w:t>
            </w:r>
          </w:p>
        </w:tc>
        <w:tc>
          <w:tcPr>
            <w:tcW w:w="1752" w:type="dxa"/>
            <w:tcMar>
              <w:top w:w="8" w:type="dxa"/>
              <w:left w:w="60" w:type="dxa"/>
              <w:bottom w:w="8" w:type="dxa"/>
              <w:right w:w="60" w:type="dxa"/>
            </w:tcMar>
          </w:tcPr>
          <w:p w14:paraId="6A54572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-0.000</w:t>
            </w:r>
          </w:p>
        </w:tc>
        <w:tc>
          <w:tcPr>
            <w:tcW w:w="1797" w:type="dxa"/>
            <w:tcMar>
              <w:top w:w="8" w:type="dxa"/>
              <w:left w:w="60" w:type="dxa"/>
              <w:bottom w:w="8" w:type="dxa"/>
              <w:right w:w="60" w:type="dxa"/>
            </w:tcMar>
          </w:tcPr>
          <w:p w14:paraId="40A08FF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0.996</w:t>
            </w:r>
          </w:p>
        </w:tc>
        <w:tc>
          <w:tcPr>
            <w:tcW w:w="2461" w:type="dxa"/>
            <w:tcMar>
              <w:top w:w="8" w:type="dxa"/>
              <w:left w:w="60" w:type="dxa"/>
              <w:bottom w:w="8" w:type="dxa"/>
              <w:right w:w="60" w:type="dxa"/>
            </w:tcMar>
          </w:tcPr>
          <w:p w14:paraId="6AC0E3C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0.996</w:t>
            </w:r>
          </w:p>
        </w:tc>
      </w:tr>
      <w:tr w:rsidR="00297D2C" w:rsidRPr="003B6D8D" w14:paraId="1297FDD4" w14:textId="77777777" w:rsidTr="007B2FD8">
        <w:tc>
          <w:tcPr>
            <w:tcW w:w="2070" w:type="dxa"/>
            <w:tcMar>
              <w:top w:w="8" w:type="dxa"/>
              <w:left w:w="60" w:type="dxa"/>
              <w:bottom w:w="8" w:type="dxa"/>
              <w:right w:w="60" w:type="dxa"/>
            </w:tcMar>
            <w:vAlign w:val="center"/>
          </w:tcPr>
          <w:p w14:paraId="6A9E61E9"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LIM-DAN</w:t>
            </w:r>
          </w:p>
        </w:tc>
        <w:tc>
          <w:tcPr>
            <w:tcW w:w="1752" w:type="dxa"/>
            <w:tcMar>
              <w:top w:w="8" w:type="dxa"/>
              <w:left w:w="60" w:type="dxa"/>
              <w:bottom w:w="8" w:type="dxa"/>
              <w:right w:w="60" w:type="dxa"/>
            </w:tcMar>
          </w:tcPr>
          <w:p w14:paraId="591F173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-0.048</w:t>
            </w:r>
          </w:p>
        </w:tc>
        <w:tc>
          <w:tcPr>
            <w:tcW w:w="1797" w:type="dxa"/>
            <w:tcMar>
              <w:top w:w="8" w:type="dxa"/>
              <w:left w:w="60" w:type="dxa"/>
              <w:bottom w:w="8" w:type="dxa"/>
              <w:right w:w="60" w:type="dxa"/>
            </w:tcMar>
          </w:tcPr>
          <w:p w14:paraId="18CA5E3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0.570</w:t>
            </w:r>
          </w:p>
        </w:tc>
        <w:tc>
          <w:tcPr>
            <w:tcW w:w="2461" w:type="dxa"/>
            <w:tcMar>
              <w:top w:w="8" w:type="dxa"/>
              <w:left w:w="60" w:type="dxa"/>
              <w:bottom w:w="8" w:type="dxa"/>
              <w:right w:w="60" w:type="dxa"/>
            </w:tcMar>
          </w:tcPr>
          <w:p w14:paraId="268D378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0.996</w:t>
            </w:r>
          </w:p>
        </w:tc>
      </w:tr>
      <w:tr w:rsidR="00297D2C" w:rsidRPr="003B6D8D" w14:paraId="4523A4C7" w14:textId="77777777" w:rsidTr="007B2FD8">
        <w:tc>
          <w:tcPr>
            <w:tcW w:w="2070" w:type="dxa"/>
            <w:tcMar>
              <w:top w:w="8" w:type="dxa"/>
              <w:left w:w="60" w:type="dxa"/>
              <w:bottom w:w="8" w:type="dxa"/>
              <w:right w:w="60" w:type="dxa"/>
            </w:tcMar>
            <w:vAlign w:val="center"/>
          </w:tcPr>
          <w:p w14:paraId="6BF161F0"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LIM-VAN</w:t>
            </w:r>
          </w:p>
        </w:tc>
        <w:tc>
          <w:tcPr>
            <w:tcW w:w="1752" w:type="dxa"/>
            <w:tcMar>
              <w:top w:w="8" w:type="dxa"/>
              <w:left w:w="60" w:type="dxa"/>
              <w:bottom w:w="8" w:type="dxa"/>
              <w:right w:w="60" w:type="dxa"/>
            </w:tcMar>
          </w:tcPr>
          <w:p w14:paraId="26472FA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-0.099</w:t>
            </w:r>
          </w:p>
        </w:tc>
        <w:tc>
          <w:tcPr>
            <w:tcW w:w="1797" w:type="dxa"/>
            <w:tcMar>
              <w:top w:w="8" w:type="dxa"/>
              <w:left w:w="60" w:type="dxa"/>
              <w:bottom w:w="8" w:type="dxa"/>
              <w:right w:w="60" w:type="dxa"/>
            </w:tcMar>
          </w:tcPr>
          <w:p w14:paraId="13FC9A2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0.245</w:t>
            </w:r>
          </w:p>
        </w:tc>
        <w:tc>
          <w:tcPr>
            <w:tcW w:w="2461" w:type="dxa"/>
            <w:tcMar>
              <w:top w:w="8" w:type="dxa"/>
              <w:left w:w="60" w:type="dxa"/>
              <w:bottom w:w="8" w:type="dxa"/>
              <w:right w:w="60" w:type="dxa"/>
            </w:tcMar>
          </w:tcPr>
          <w:p w14:paraId="5CB2744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0.893</w:t>
            </w:r>
          </w:p>
        </w:tc>
      </w:tr>
      <w:tr w:rsidR="00297D2C" w:rsidRPr="003B6D8D" w14:paraId="68EE8A0D" w14:textId="77777777" w:rsidTr="007B2FD8">
        <w:tc>
          <w:tcPr>
            <w:tcW w:w="2070" w:type="dxa"/>
            <w:tcMar>
              <w:top w:w="8" w:type="dxa"/>
              <w:left w:w="60" w:type="dxa"/>
              <w:bottom w:w="8" w:type="dxa"/>
              <w:right w:w="60" w:type="dxa"/>
            </w:tcMar>
            <w:vAlign w:val="center"/>
          </w:tcPr>
          <w:p w14:paraId="03755019"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LIM-FPN</w:t>
            </w:r>
          </w:p>
        </w:tc>
        <w:tc>
          <w:tcPr>
            <w:tcW w:w="1752" w:type="dxa"/>
            <w:tcMar>
              <w:top w:w="8" w:type="dxa"/>
              <w:left w:w="60" w:type="dxa"/>
              <w:bottom w:w="8" w:type="dxa"/>
              <w:right w:w="60" w:type="dxa"/>
            </w:tcMar>
          </w:tcPr>
          <w:p w14:paraId="468E6E7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-0.073</w:t>
            </w:r>
          </w:p>
        </w:tc>
        <w:tc>
          <w:tcPr>
            <w:tcW w:w="1797" w:type="dxa"/>
            <w:tcMar>
              <w:top w:w="8" w:type="dxa"/>
              <w:left w:w="60" w:type="dxa"/>
              <w:bottom w:w="8" w:type="dxa"/>
              <w:right w:w="60" w:type="dxa"/>
            </w:tcMar>
          </w:tcPr>
          <w:p w14:paraId="61311C4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0.387</w:t>
            </w:r>
          </w:p>
        </w:tc>
        <w:tc>
          <w:tcPr>
            <w:tcW w:w="2461" w:type="dxa"/>
            <w:tcMar>
              <w:top w:w="8" w:type="dxa"/>
              <w:left w:w="60" w:type="dxa"/>
              <w:bottom w:w="8" w:type="dxa"/>
              <w:right w:w="60" w:type="dxa"/>
            </w:tcMar>
          </w:tcPr>
          <w:p w14:paraId="3416C77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0.903</w:t>
            </w:r>
          </w:p>
        </w:tc>
      </w:tr>
      <w:tr w:rsidR="00297D2C" w:rsidRPr="003B6D8D" w14:paraId="3F49F68A" w14:textId="77777777" w:rsidTr="007B2FD8">
        <w:tc>
          <w:tcPr>
            <w:tcW w:w="2070" w:type="dxa"/>
            <w:tcBorders>
              <w:bottom w:val="single" w:sz="4" w:space="0" w:color="auto"/>
            </w:tcBorders>
            <w:tcMar>
              <w:top w:w="8" w:type="dxa"/>
              <w:left w:w="60" w:type="dxa"/>
              <w:bottom w:w="8" w:type="dxa"/>
              <w:right w:w="60" w:type="dxa"/>
            </w:tcMar>
            <w:vAlign w:val="center"/>
          </w:tcPr>
          <w:p w14:paraId="2232F78E" w14:textId="77777777" w:rsidR="00297D2C" w:rsidRPr="003B6D8D" w:rsidRDefault="00297D2C" w:rsidP="007B2FD8">
            <w:pPr>
              <w:rPr>
                <w:rFonts w:ascii="Gill Sans MT" w:hAnsi="Gill Sans MT"/>
                <w:sz w:val="16"/>
                <w:szCs w:val="16"/>
              </w:rPr>
            </w:pPr>
            <w:r>
              <w:rPr>
                <w:rFonts w:ascii="Gill Sans MT" w:eastAsia="Calibri" w:hAnsi="Gill Sans MT" w:cs="Calibri"/>
                <w:sz w:val="16"/>
                <w:szCs w:val="16"/>
              </w:rPr>
              <w:t>LIM-DMN</w:t>
            </w:r>
          </w:p>
        </w:tc>
        <w:tc>
          <w:tcPr>
            <w:tcW w:w="1752" w:type="dxa"/>
            <w:tcBorders>
              <w:bottom w:val="single" w:sz="4" w:space="0" w:color="auto"/>
            </w:tcBorders>
            <w:tcMar>
              <w:top w:w="8" w:type="dxa"/>
              <w:left w:w="60" w:type="dxa"/>
              <w:bottom w:w="8" w:type="dxa"/>
              <w:right w:w="60" w:type="dxa"/>
            </w:tcMar>
          </w:tcPr>
          <w:p w14:paraId="184FCC7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-0.018</w:t>
            </w:r>
          </w:p>
        </w:tc>
        <w:tc>
          <w:tcPr>
            <w:tcW w:w="1797" w:type="dxa"/>
            <w:tcBorders>
              <w:bottom w:val="single" w:sz="4" w:space="0" w:color="auto"/>
            </w:tcBorders>
            <w:tcMar>
              <w:top w:w="8" w:type="dxa"/>
              <w:left w:w="60" w:type="dxa"/>
              <w:bottom w:w="8" w:type="dxa"/>
              <w:right w:w="60" w:type="dxa"/>
            </w:tcMar>
          </w:tcPr>
          <w:p w14:paraId="4863CED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0.829</w:t>
            </w:r>
          </w:p>
        </w:tc>
        <w:tc>
          <w:tcPr>
            <w:tcW w:w="2461" w:type="dxa"/>
            <w:tcBorders>
              <w:bottom w:val="single" w:sz="4" w:space="0" w:color="auto"/>
            </w:tcBorders>
            <w:tcMar>
              <w:top w:w="8" w:type="dxa"/>
              <w:left w:w="60" w:type="dxa"/>
              <w:bottom w:w="8" w:type="dxa"/>
              <w:right w:w="60" w:type="dxa"/>
            </w:tcMar>
          </w:tcPr>
          <w:p w14:paraId="3801FCB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0.996</w:t>
            </w:r>
          </w:p>
        </w:tc>
      </w:tr>
      <w:tr w:rsidR="00297D2C" w:rsidRPr="003B6D8D" w14:paraId="472B66D8" w14:textId="77777777" w:rsidTr="007B2FD8">
        <w:tc>
          <w:tcPr>
            <w:tcW w:w="8080" w:type="dxa"/>
            <w:gridSpan w:val="4"/>
            <w:tcBorders>
              <w:top w:val="single" w:sz="4" w:space="0" w:color="auto"/>
            </w:tcBorders>
            <w:tcMar>
              <w:top w:w="8" w:type="dxa"/>
              <w:left w:w="60" w:type="dxa"/>
              <w:bottom w:w="8" w:type="dxa"/>
              <w:right w:w="60" w:type="dxa"/>
            </w:tcMar>
            <w:vAlign w:val="center"/>
          </w:tcPr>
          <w:p w14:paraId="1383ED18" w14:textId="77777777" w:rsidR="00297D2C" w:rsidRPr="003B6D8D" w:rsidRDefault="00297D2C" w:rsidP="007B2FD8">
            <w:pPr>
              <w:jc w:val="center"/>
              <w:rPr>
                <w:rFonts w:ascii="Gill Sans MT" w:eastAsia="Calibri" w:hAnsi="Gill Sans MT" w:cs="Calibri"/>
                <w:b/>
                <w:bCs/>
                <w:sz w:val="16"/>
                <w:szCs w:val="16"/>
              </w:rPr>
            </w:pPr>
            <w:r>
              <w:rPr>
                <w:rFonts w:ascii="Gill Sans MT" w:hAnsi="Gill Sans MT"/>
                <w:b/>
                <w:sz w:val="16"/>
                <w:szCs w:val="16"/>
              </w:rPr>
              <w:t>DAT striatum (n = 318)</w:t>
            </w:r>
          </w:p>
        </w:tc>
      </w:tr>
      <w:tr w:rsidR="00297D2C" w:rsidRPr="003B6D8D" w14:paraId="519F1C3C" w14:textId="77777777" w:rsidTr="007B2FD8">
        <w:tc>
          <w:tcPr>
            <w:tcW w:w="2070" w:type="dxa"/>
            <w:tcBorders>
              <w:bottom w:val="single" w:sz="4" w:space="0" w:color="auto"/>
            </w:tcBorders>
            <w:tcMar>
              <w:top w:w="8" w:type="dxa"/>
              <w:left w:w="60" w:type="dxa"/>
              <w:bottom w:w="8" w:type="dxa"/>
              <w:right w:w="60" w:type="dxa"/>
            </w:tcMar>
            <w:vAlign w:val="center"/>
          </w:tcPr>
          <w:p w14:paraId="67153DFD" w14:textId="77777777" w:rsidR="00297D2C" w:rsidRPr="003B6D8D" w:rsidRDefault="00297D2C" w:rsidP="007B2FD8">
            <w:pPr>
              <w:rPr>
                <w:rFonts w:ascii="Gill Sans MT" w:eastAsia="Calibri" w:hAnsi="Gill Sans MT" w:cs="Calibri"/>
                <w:sz w:val="16"/>
                <w:szCs w:val="16"/>
              </w:rPr>
            </w:pPr>
          </w:p>
        </w:tc>
        <w:tc>
          <w:tcPr>
            <w:tcW w:w="1752" w:type="dxa"/>
            <w:tcBorders>
              <w:bottom w:val="single" w:sz="4" w:space="0" w:color="auto"/>
            </w:tcBorders>
            <w:tcMar>
              <w:top w:w="8" w:type="dxa"/>
              <w:left w:w="60" w:type="dxa"/>
              <w:bottom w:w="8" w:type="dxa"/>
              <w:right w:w="60" w:type="dxa"/>
            </w:tcMar>
          </w:tcPr>
          <w:p w14:paraId="34F804BA" w14:textId="77777777" w:rsidR="00297D2C" w:rsidRPr="003B6D8D" w:rsidRDefault="00297D2C" w:rsidP="007B2FD8">
            <w:pPr>
              <w:jc w:val="center"/>
              <w:rPr>
                <w:rFonts w:ascii="Gill Sans MT" w:hAnsi="Gill Sans MT"/>
                <w:sz w:val="16"/>
                <w:szCs w:val="16"/>
              </w:rPr>
            </w:pPr>
            <w:r>
              <w:rPr>
                <w:rFonts w:ascii="Calibri" w:hAnsi="Calibri" w:cs="Calibri"/>
                <w:b/>
                <w:sz w:val="16"/>
                <w:szCs w:val="16"/>
              </w:rPr>
              <w:t>ρ</w:t>
            </w:r>
          </w:p>
        </w:tc>
        <w:tc>
          <w:tcPr>
            <w:tcW w:w="1797" w:type="dxa"/>
            <w:tcBorders>
              <w:bottom w:val="single" w:sz="4" w:space="0" w:color="auto"/>
            </w:tcBorders>
            <w:tcMar>
              <w:top w:w="8" w:type="dxa"/>
              <w:left w:w="60" w:type="dxa"/>
              <w:bottom w:w="8" w:type="dxa"/>
              <w:right w:w="60" w:type="dxa"/>
            </w:tcMar>
            <w:vAlign w:val="center"/>
          </w:tcPr>
          <w:p w14:paraId="29DA2A0A"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2461" w:type="dxa"/>
            <w:tcBorders>
              <w:bottom w:val="single" w:sz="4" w:space="0" w:color="auto"/>
            </w:tcBorders>
            <w:tcMar>
              <w:top w:w="8" w:type="dxa"/>
              <w:left w:w="60" w:type="dxa"/>
              <w:bottom w:w="8" w:type="dxa"/>
              <w:right w:w="60" w:type="dxa"/>
            </w:tcMar>
            <w:vAlign w:val="center"/>
          </w:tcPr>
          <w:p w14:paraId="318B8CA3"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3B6D8D" w14:paraId="2312C4D1" w14:textId="77777777" w:rsidTr="007B2FD8">
        <w:tc>
          <w:tcPr>
            <w:tcW w:w="8080" w:type="dxa"/>
            <w:gridSpan w:val="4"/>
            <w:tcBorders>
              <w:top w:val="single" w:sz="4" w:space="0" w:color="auto"/>
            </w:tcBorders>
            <w:tcMar>
              <w:top w:w="8" w:type="dxa"/>
              <w:left w:w="60" w:type="dxa"/>
              <w:bottom w:w="8" w:type="dxa"/>
              <w:right w:w="60" w:type="dxa"/>
            </w:tcMar>
            <w:vAlign w:val="center"/>
          </w:tcPr>
          <w:p w14:paraId="600B0D86"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3B6D8D" w14:paraId="3E3CE78D" w14:textId="77777777" w:rsidTr="007B2FD8">
        <w:tc>
          <w:tcPr>
            <w:tcW w:w="2070" w:type="dxa"/>
            <w:tcMar>
              <w:top w:w="8" w:type="dxa"/>
              <w:left w:w="60" w:type="dxa"/>
              <w:bottom w:w="8" w:type="dxa"/>
              <w:right w:w="60" w:type="dxa"/>
            </w:tcMar>
            <w:vAlign w:val="center"/>
          </w:tcPr>
          <w:p w14:paraId="2215586D"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structural</w:t>
            </w:r>
          </w:p>
        </w:tc>
        <w:tc>
          <w:tcPr>
            <w:tcW w:w="1752" w:type="dxa"/>
            <w:tcMar>
              <w:top w:w="8" w:type="dxa"/>
              <w:left w:w="60" w:type="dxa"/>
              <w:bottom w:w="8" w:type="dxa"/>
              <w:right w:w="60" w:type="dxa"/>
            </w:tcMar>
          </w:tcPr>
          <w:p w14:paraId="27EE008D"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-0.139</w:t>
            </w:r>
          </w:p>
        </w:tc>
        <w:tc>
          <w:tcPr>
            <w:tcW w:w="1797" w:type="dxa"/>
            <w:tcMar>
              <w:top w:w="8" w:type="dxa"/>
              <w:left w:w="60" w:type="dxa"/>
              <w:bottom w:w="8" w:type="dxa"/>
              <w:right w:w="60" w:type="dxa"/>
            </w:tcMar>
          </w:tcPr>
          <w:p w14:paraId="7097E87A"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0.013</w:t>
            </w:r>
          </w:p>
        </w:tc>
        <w:tc>
          <w:tcPr>
            <w:tcW w:w="2461" w:type="dxa"/>
            <w:tcMar>
              <w:top w:w="8" w:type="dxa"/>
              <w:left w:w="60" w:type="dxa"/>
              <w:bottom w:w="8" w:type="dxa"/>
              <w:right w:w="60" w:type="dxa"/>
            </w:tcMar>
            <w:vAlign w:val="center"/>
          </w:tcPr>
          <w:p w14:paraId="0EBE868F" w14:textId="77777777" w:rsidR="00297D2C" w:rsidRPr="003B6D8D" w:rsidRDefault="00297D2C" w:rsidP="007B2FD8">
            <w:pPr>
              <w:jc w:val="center"/>
              <w:rPr>
                <w:rFonts w:ascii="Gill Sans MT" w:hAnsi="Gill Sans MT"/>
                <w:sz w:val="16"/>
                <w:szCs w:val="16"/>
              </w:rPr>
            </w:pPr>
          </w:p>
        </w:tc>
      </w:tr>
      <w:tr w:rsidR="00297D2C" w:rsidRPr="003B6D8D" w14:paraId="5DB230CA" w14:textId="77777777" w:rsidTr="007B2FD8">
        <w:tc>
          <w:tcPr>
            <w:tcW w:w="2070" w:type="dxa"/>
            <w:tcMar>
              <w:top w:w="8" w:type="dxa"/>
              <w:left w:w="60" w:type="dxa"/>
              <w:bottom w:w="8" w:type="dxa"/>
              <w:right w:w="60" w:type="dxa"/>
            </w:tcMar>
            <w:vAlign w:val="center"/>
          </w:tcPr>
          <w:p w14:paraId="418BF0A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functional</w:t>
            </w:r>
          </w:p>
        </w:tc>
        <w:tc>
          <w:tcPr>
            <w:tcW w:w="1752" w:type="dxa"/>
            <w:tcMar>
              <w:top w:w="8" w:type="dxa"/>
              <w:left w:w="60" w:type="dxa"/>
              <w:bottom w:w="8" w:type="dxa"/>
              <w:right w:w="60" w:type="dxa"/>
            </w:tcMar>
          </w:tcPr>
          <w:p w14:paraId="309B1340"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-0.150</w:t>
            </w:r>
          </w:p>
        </w:tc>
        <w:tc>
          <w:tcPr>
            <w:tcW w:w="1797" w:type="dxa"/>
            <w:tcMar>
              <w:top w:w="8" w:type="dxa"/>
              <w:left w:w="60" w:type="dxa"/>
              <w:bottom w:w="8" w:type="dxa"/>
              <w:right w:w="60" w:type="dxa"/>
            </w:tcMar>
          </w:tcPr>
          <w:p w14:paraId="483E5205"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0.007</w:t>
            </w:r>
          </w:p>
        </w:tc>
        <w:tc>
          <w:tcPr>
            <w:tcW w:w="2461" w:type="dxa"/>
            <w:tcMar>
              <w:top w:w="8" w:type="dxa"/>
              <w:left w:w="60" w:type="dxa"/>
              <w:bottom w:w="8" w:type="dxa"/>
              <w:right w:w="60" w:type="dxa"/>
            </w:tcMar>
            <w:vAlign w:val="center"/>
          </w:tcPr>
          <w:p w14:paraId="19DD6681" w14:textId="77777777" w:rsidR="00297D2C" w:rsidRPr="003B6D8D" w:rsidRDefault="00297D2C" w:rsidP="007B2FD8">
            <w:pPr>
              <w:jc w:val="center"/>
              <w:rPr>
                <w:rFonts w:ascii="Gill Sans MT" w:hAnsi="Gill Sans MT"/>
                <w:sz w:val="16"/>
                <w:szCs w:val="16"/>
              </w:rPr>
            </w:pPr>
          </w:p>
        </w:tc>
      </w:tr>
      <w:tr w:rsidR="00297D2C" w:rsidRPr="003B6D8D" w14:paraId="7EC6C985" w14:textId="77777777" w:rsidTr="007B2FD8">
        <w:tc>
          <w:tcPr>
            <w:tcW w:w="2070" w:type="dxa"/>
            <w:tcMar>
              <w:top w:w="8" w:type="dxa"/>
              <w:left w:w="60" w:type="dxa"/>
              <w:bottom w:w="8" w:type="dxa"/>
              <w:right w:w="60" w:type="dxa"/>
            </w:tcMar>
            <w:vAlign w:val="center"/>
          </w:tcPr>
          <w:p w14:paraId="18068BA1"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multimodal</w:t>
            </w:r>
          </w:p>
        </w:tc>
        <w:tc>
          <w:tcPr>
            <w:tcW w:w="1752" w:type="dxa"/>
            <w:tcMar>
              <w:top w:w="8" w:type="dxa"/>
              <w:left w:w="60" w:type="dxa"/>
              <w:bottom w:w="8" w:type="dxa"/>
              <w:right w:w="60" w:type="dxa"/>
            </w:tcMar>
          </w:tcPr>
          <w:p w14:paraId="4E275596"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-0.198</w:t>
            </w:r>
          </w:p>
        </w:tc>
        <w:tc>
          <w:tcPr>
            <w:tcW w:w="1797" w:type="dxa"/>
            <w:tcMar>
              <w:top w:w="8" w:type="dxa"/>
              <w:left w:w="60" w:type="dxa"/>
              <w:bottom w:w="8" w:type="dxa"/>
              <w:right w:w="60" w:type="dxa"/>
            </w:tcMar>
          </w:tcPr>
          <w:p w14:paraId="560B3AE0"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&lt;0.001</w:t>
            </w:r>
          </w:p>
        </w:tc>
        <w:tc>
          <w:tcPr>
            <w:tcW w:w="2461" w:type="dxa"/>
            <w:tcMar>
              <w:top w:w="8" w:type="dxa"/>
              <w:left w:w="60" w:type="dxa"/>
              <w:bottom w:w="8" w:type="dxa"/>
              <w:right w:w="60" w:type="dxa"/>
            </w:tcMar>
            <w:vAlign w:val="center"/>
          </w:tcPr>
          <w:p w14:paraId="07DE85FC" w14:textId="77777777" w:rsidR="00297D2C" w:rsidRPr="003B6D8D" w:rsidRDefault="00297D2C" w:rsidP="007B2FD8">
            <w:pPr>
              <w:jc w:val="center"/>
              <w:rPr>
                <w:rFonts w:ascii="Gill Sans MT" w:hAnsi="Gill Sans MT"/>
                <w:sz w:val="16"/>
                <w:szCs w:val="16"/>
              </w:rPr>
            </w:pPr>
          </w:p>
        </w:tc>
      </w:tr>
      <w:tr w:rsidR="00297D2C" w:rsidRPr="003B6D8D" w14:paraId="198E4D67" w14:textId="77777777" w:rsidTr="007B2FD8">
        <w:tc>
          <w:tcPr>
            <w:tcW w:w="8080" w:type="dxa"/>
            <w:gridSpan w:val="4"/>
            <w:tcMar>
              <w:top w:w="8" w:type="dxa"/>
              <w:left w:w="60" w:type="dxa"/>
              <w:bottom w:w="8" w:type="dxa"/>
              <w:right w:w="60" w:type="dxa"/>
            </w:tcMar>
            <w:vAlign w:val="center"/>
          </w:tcPr>
          <w:p w14:paraId="2B2DDD44"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3B6D8D" w14:paraId="71A46AA8" w14:textId="77777777" w:rsidTr="007B2FD8">
        <w:tc>
          <w:tcPr>
            <w:tcW w:w="2070" w:type="dxa"/>
            <w:tcMar>
              <w:top w:w="8" w:type="dxa"/>
              <w:left w:w="60" w:type="dxa"/>
              <w:bottom w:w="8" w:type="dxa"/>
              <w:right w:w="60" w:type="dxa"/>
            </w:tcMar>
            <w:vAlign w:val="center"/>
          </w:tcPr>
          <w:p w14:paraId="033C17C7"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Amygdala</w:t>
            </w:r>
          </w:p>
        </w:tc>
        <w:tc>
          <w:tcPr>
            <w:tcW w:w="1752" w:type="dxa"/>
            <w:tcMar>
              <w:top w:w="8" w:type="dxa"/>
              <w:left w:w="60" w:type="dxa"/>
              <w:bottom w:w="8" w:type="dxa"/>
              <w:right w:w="60" w:type="dxa"/>
            </w:tcMar>
          </w:tcPr>
          <w:p w14:paraId="3368D8FA"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+0.157</w:t>
            </w:r>
          </w:p>
        </w:tc>
        <w:tc>
          <w:tcPr>
            <w:tcW w:w="1797" w:type="dxa"/>
            <w:tcMar>
              <w:top w:w="8" w:type="dxa"/>
              <w:left w:w="60" w:type="dxa"/>
              <w:bottom w:w="8" w:type="dxa"/>
              <w:right w:w="60" w:type="dxa"/>
            </w:tcMar>
          </w:tcPr>
          <w:p w14:paraId="5858C4B0"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0.005</w:t>
            </w:r>
          </w:p>
        </w:tc>
        <w:tc>
          <w:tcPr>
            <w:tcW w:w="2461" w:type="dxa"/>
            <w:tcMar>
              <w:top w:w="8" w:type="dxa"/>
              <w:left w:w="60" w:type="dxa"/>
              <w:bottom w:w="8" w:type="dxa"/>
              <w:right w:w="60" w:type="dxa"/>
            </w:tcMar>
          </w:tcPr>
          <w:p w14:paraId="607E8AE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0.005</w:t>
            </w:r>
          </w:p>
        </w:tc>
      </w:tr>
      <w:tr w:rsidR="00297D2C" w:rsidRPr="003B6D8D" w14:paraId="74486CC3" w14:textId="77777777" w:rsidTr="007B2FD8">
        <w:tc>
          <w:tcPr>
            <w:tcW w:w="2070" w:type="dxa"/>
            <w:tcMar>
              <w:top w:w="8" w:type="dxa"/>
              <w:left w:w="60" w:type="dxa"/>
              <w:bottom w:w="8" w:type="dxa"/>
              <w:right w:w="60" w:type="dxa"/>
            </w:tcMar>
            <w:vAlign w:val="center"/>
          </w:tcPr>
          <w:p w14:paraId="4B9C9096"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Hippocampus</w:t>
            </w:r>
          </w:p>
        </w:tc>
        <w:tc>
          <w:tcPr>
            <w:tcW w:w="1752" w:type="dxa"/>
            <w:tcMar>
              <w:top w:w="8" w:type="dxa"/>
              <w:left w:w="60" w:type="dxa"/>
              <w:bottom w:w="8" w:type="dxa"/>
              <w:right w:w="60" w:type="dxa"/>
            </w:tcMar>
          </w:tcPr>
          <w:p w14:paraId="5063B75D"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+0.205</w:t>
            </w:r>
          </w:p>
        </w:tc>
        <w:tc>
          <w:tcPr>
            <w:tcW w:w="1797" w:type="dxa"/>
            <w:tcMar>
              <w:top w:w="8" w:type="dxa"/>
              <w:left w:w="60" w:type="dxa"/>
              <w:bottom w:w="8" w:type="dxa"/>
              <w:right w:w="60" w:type="dxa"/>
            </w:tcMar>
          </w:tcPr>
          <w:p w14:paraId="1C7E41B4"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&lt;0.001</w:t>
            </w:r>
          </w:p>
        </w:tc>
        <w:tc>
          <w:tcPr>
            <w:tcW w:w="2461" w:type="dxa"/>
            <w:tcMar>
              <w:top w:w="8" w:type="dxa"/>
              <w:left w:w="60" w:type="dxa"/>
              <w:bottom w:w="8" w:type="dxa"/>
              <w:right w:w="60" w:type="dxa"/>
            </w:tcMar>
          </w:tcPr>
          <w:p w14:paraId="32AB64D7"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&lt;0.001</w:t>
            </w:r>
          </w:p>
        </w:tc>
      </w:tr>
      <w:tr w:rsidR="00297D2C" w:rsidRPr="003B6D8D" w14:paraId="2B6226BC" w14:textId="77777777" w:rsidTr="007B2FD8">
        <w:tc>
          <w:tcPr>
            <w:tcW w:w="2070" w:type="dxa"/>
            <w:tcMar>
              <w:top w:w="8" w:type="dxa"/>
              <w:left w:w="60" w:type="dxa"/>
              <w:bottom w:w="8" w:type="dxa"/>
              <w:right w:w="60" w:type="dxa"/>
            </w:tcMar>
            <w:vAlign w:val="center"/>
          </w:tcPr>
          <w:p w14:paraId="19815AD2"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ACC</w:t>
            </w:r>
          </w:p>
        </w:tc>
        <w:tc>
          <w:tcPr>
            <w:tcW w:w="1752" w:type="dxa"/>
            <w:tcMar>
              <w:top w:w="8" w:type="dxa"/>
              <w:left w:w="60" w:type="dxa"/>
              <w:bottom w:w="8" w:type="dxa"/>
              <w:right w:w="60" w:type="dxa"/>
            </w:tcMar>
          </w:tcPr>
          <w:p w14:paraId="1285E603"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+0.164</w:t>
            </w:r>
          </w:p>
        </w:tc>
        <w:tc>
          <w:tcPr>
            <w:tcW w:w="1797" w:type="dxa"/>
            <w:tcMar>
              <w:top w:w="8" w:type="dxa"/>
              <w:left w:w="60" w:type="dxa"/>
              <w:bottom w:w="8" w:type="dxa"/>
              <w:right w:w="60" w:type="dxa"/>
            </w:tcMar>
          </w:tcPr>
          <w:p w14:paraId="35D5ABA6"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0.003</w:t>
            </w:r>
          </w:p>
        </w:tc>
        <w:tc>
          <w:tcPr>
            <w:tcW w:w="2461" w:type="dxa"/>
            <w:tcMar>
              <w:top w:w="8" w:type="dxa"/>
              <w:left w:w="60" w:type="dxa"/>
              <w:bottom w:w="8" w:type="dxa"/>
              <w:right w:w="60" w:type="dxa"/>
            </w:tcMar>
          </w:tcPr>
          <w:p w14:paraId="6126DFB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0.005</w:t>
            </w:r>
          </w:p>
        </w:tc>
      </w:tr>
      <w:tr w:rsidR="00297D2C" w:rsidRPr="003B6D8D" w14:paraId="6D4EF32A" w14:textId="77777777" w:rsidTr="007B2FD8">
        <w:tc>
          <w:tcPr>
            <w:tcW w:w="8080" w:type="dxa"/>
            <w:gridSpan w:val="4"/>
            <w:tcMar>
              <w:top w:w="8" w:type="dxa"/>
              <w:left w:w="60" w:type="dxa"/>
              <w:bottom w:w="8" w:type="dxa"/>
              <w:right w:w="60" w:type="dxa"/>
            </w:tcMar>
            <w:vAlign w:val="center"/>
          </w:tcPr>
          <w:p w14:paraId="6F74C24D"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3B6D8D" w14:paraId="2AC8DB1B" w14:textId="77777777" w:rsidTr="007B2FD8">
        <w:tc>
          <w:tcPr>
            <w:tcW w:w="2070" w:type="dxa"/>
            <w:tcMar>
              <w:top w:w="8" w:type="dxa"/>
              <w:left w:w="60" w:type="dxa"/>
              <w:bottom w:w="8" w:type="dxa"/>
              <w:right w:w="60" w:type="dxa"/>
            </w:tcMar>
            <w:vAlign w:val="center"/>
          </w:tcPr>
          <w:p w14:paraId="08D38161"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Left Amygdala</w:t>
            </w:r>
          </w:p>
        </w:tc>
        <w:tc>
          <w:tcPr>
            <w:tcW w:w="1752" w:type="dxa"/>
            <w:tcMar>
              <w:top w:w="8" w:type="dxa"/>
              <w:left w:w="60" w:type="dxa"/>
              <w:bottom w:w="8" w:type="dxa"/>
              <w:right w:w="60" w:type="dxa"/>
            </w:tcMar>
          </w:tcPr>
          <w:p w14:paraId="3517281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+0.163</w:t>
            </w:r>
          </w:p>
        </w:tc>
        <w:tc>
          <w:tcPr>
            <w:tcW w:w="1797" w:type="dxa"/>
            <w:tcMar>
              <w:top w:w="8" w:type="dxa"/>
              <w:left w:w="60" w:type="dxa"/>
              <w:bottom w:w="8" w:type="dxa"/>
              <w:right w:w="60" w:type="dxa"/>
            </w:tcMar>
          </w:tcPr>
          <w:p w14:paraId="546A3A52"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0.004</w:t>
            </w:r>
          </w:p>
        </w:tc>
        <w:tc>
          <w:tcPr>
            <w:tcW w:w="2461" w:type="dxa"/>
            <w:tcMar>
              <w:top w:w="8" w:type="dxa"/>
              <w:left w:w="60" w:type="dxa"/>
              <w:bottom w:w="8" w:type="dxa"/>
              <w:right w:w="60" w:type="dxa"/>
            </w:tcMar>
          </w:tcPr>
          <w:p w14:paraId="0A4C4391"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0.007</w:t>
            </w:r>
          </w:p>
        </w:tc>
      </w:tr>
      <w:tr w:rsidR="00297D2C" w:rsidRPr="003B6D8D" w14:paraId="2E8FB1B3" w14:textId="77777777" w:rsidTr="007B2FD8">
        <w:tc>
          <w:tcPr>
            <w:tcW w:w="2070" w:type="dxa"/>
            <w:tcMar>
              <w:top w:w="8" w:type="dxa"/>
              <w:left w:w="60" w:type="dxa"/>
              <w:bottom w:w="8" w:type="dxa"/>
              <w:right w:w="60" w:type="dxa"/>
            </w:tcMar>
            <w:vAlign w:val="center"/>
          </w:tcPr>
          <w:p w14:paraId="768A74F2"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Right Amygdala</w:t>
            </w:r>
          </w:p>
        </w:tc>
        <w:tc>
          <w:tcPr>
            <w:tcW w:w="1752" w:type="dxa"/>
            <w:tcMar>
              <w:top w:w="8" w:type="dxa"/>
              <w:left w:w="60" w:type="dxa"/>
              <w:bottom w:w="8" w:type="dxa"/>
              <w:right w:w="60" w:type="dxa"/>
            </w:tcMar>
          </w:tcPr>
          <w:p w14:paraId="38B55576"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+0.126</w:t>
            </w:r>
          </w:p>
        </w:tc>
        <w:tc>
          <w:tcPr>
            <w:tcW w:w="1797" w:type="dxa"/>
            <w:tcMar>
              <w:top w:w="8" w:type="dxa"/>
              <w:left w:w="60" w:type="dxa"/>
              <w:bottom w:w="8" w:type="dxa"/>
              <w:right w:w="60" w:type="dxa"/>
            </w:tcMar>
          </w:tcPr>
          <w:p w14:paraId="1F9C58C6"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0.025</w:t>
            </w:r>
          </w:p>
        </w:tc>
        <w:tc>
          <w:tcPr>
            <w:tcW w:w="2461" w:type="dxa"/>
            <w:tcMar>
              <w:top w:w="8" w:type="dxa"/>
              <w:left w:w="60" w:type="dxa"/>
              <w:bottom w:w="8" w:type="dxa"/>
              <w:right w:w="60" w:type="dxa"/>
            </w:tcMar>
          </w:tcPr>
          <w:p w14:paraId="4C0673A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0.025</w:t>
            </w:r>
          </w:p>
        </w:tc>
      </w:tr>
      <w:tr w:rsidR="00297D2C" w:rsidRPr="003B6D8D" w14:paraId="4A0D0BA2" w14:textId="77777777" w:rsidTr="007B2FD8">
        <w:tc>
          <w:tcPr>
            <w:tcW w:w="2070" w:type="dxa"/>
            <w:tcMar>
              <w:top w:w="8" w:type="dxa"/>
              <w:left w:w="60" w:type="dxa"/>
              <w:bottom w:w="8" w:type="dxa"/>
              <w:right w:w="60" w:type="dxa"/>
            </w:tcMar>
            <w:vAlign w:val="center"/>
          </w:tcPr>
          <w:p w14:paraId="59A0E64F"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Left Hippocampus</w:t>
            </w:r>
          </w:p>
        </w:tc>
        <w:tc>
          <w:tcPr>
            <w:tcW w:w="1752" w:type="dxa"/>
            <w:tcMar>
              <w:top w:w="8" w:type="dxa"/>
              <w:left w:w="60" w:type="dxa"/>
              <w:bottom w:w="8" w:type="dxa"/>
              <w:right w:w="60" w:type="dxa"/>
            </w:tcMar>
          </w:tcPr>
          <w:p w14:paraId="0CB04D14"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+0.233</w:t>
            </w:r>
          </w:p>
        </w:tc>
        <w:tc>
          <w:tcPr>
            <w:tcW w:w="1797" w:type="dxa"/>
            <w:tcMar>
              <w:top w:w="8" w:type="dxa"/>
              <w:left w:w="60" w:type="dxa"/>
              <w:bottom w:w="8" w:type="dxa"/>
              <w:right w:w="60" w:type="dxa"/>
            </w:tcMar>
          </w:tcPr>
          <w:p w14:paraId="6289ACB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&lt;0.001</w:t>
            </w:r>
          </w:p>
        </w:tc>
        <w:tc>
          <w:tcPr>
            <w:tcW w:w="2461" w:type="dxa"/>
            <w:tcMar>
              <w:top w:w="8" w:type="dxa"/>
              <w:left w:w="60" w:type="dxa"/>
              <w:bottom w:w="8" w:type="dxa"/>
              <w:right w:w="60" w:type="dxa"/>
            </w:tcMar>
          </w:tcPr>
          <w:p w14:paraId="56B3C803"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&lt;0.001</w:t>
            </w:r>
          </w:p>
        </w:tc>
      </w:tr>
      <w:tr w:rsidR="00297D2C" w:rsidRPr="003B6D8D" w14:paraId="08098DDE" w14:textId="77777777" w:rsidTr="007B2FD8">
        <w:tc>
          <w:tcPr>
            <w:tcW w:w="2070" w:type="dxa"/>
            <w:tcMar>
              <w:top w:w="8" w:type="dxa"/>
              <w:left w:w="60" w:type="dxa"/>
              <w:bottom w:w="8" w:type="dxa"/>
              <w:right w:w="60" w:type="dxa"/>
            </w:tcMar>
            <w:vAlign w:val="center"/>
          </w:tcPr>
          <w:p w14:paraId="718418F2"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Right Hippocampus</w:t>
            </w:r>
          </w:p>
        </w:tc>
        <w:tc>
          <w:tcPr>
            <w:tcW w:w="1752" w:type="dxa"/>
            <w:tcMar>
              <w:top w:w="8" w:type="dxa"/>
              <w:left w:w="60" w:type="dxa"/>
              <w:bottom w:w="8" w:type="dxa"/>
              <w:right w:w="60" w:type="dxa"/>
            </w:tcMar>
          </w:tcPr>
          <w:p w14:paraId="73BDE69C"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+0.155</w:t>
            </w:r>
          </w:p>
        </w:tc>
        <w:tc>
          <w:tcPr>
            <w:tcW w:w="1797" w:type="dxa"/>
            <w:tcMar>
              <w:top w:w="8" w:type="dxa"/>
              <w:left w:w="60" w:type="dxa"/>
              <w:bottom w:w="8" w:type="dxa"/>
              <w:right w:w="60" w:type="dxa"/>
            </w:tcMar>
          </w:tcPr>
          <w:p w14:paraId="5744E1B0"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0.006</w:t>
            </w:r>
          </w:p>
        </w:tc>
        <w:tc>
          <w:tcPr>
            <w:tcW w:w="2461" w:type="dxa"/>
            <w:tcMar>
              <w:top w:w="8" w:type="dxa"/>
              <w:left w:w="60" w:type="dxa"/>
              <w:bottom w:w="8" w:type="dxa"/>
              <w:right w:w="60" w:type="dxa"/>
            </w:tcMar>
          </w:tcPr>
          <w:p w14:paraId="0892EFE3"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0.009</w:t>
            </w:r>
          </w:p>
        </w:tc>
      </w:tr>
      <w:tr w:rsidR="00297D2C" w:rsidRPr="003B6D8D" w14:paraId="789CC377" w14:textId="77777777" w:rsidTr="007B2FD8">
        <w:tc>
          <w:tcPr>
            <w:tcW w:w="2070" w:type="dxa"/>
            <w:tcMar>
              <w:top w:w="8" w:type="dxa"/>
              <w:left w:w="60" w:type="dxa"/>
              <w:bottom w:w="8" w:type="dxa"/>
              <w:right w:w="60" w:type="dxa"/>
            </w:tcMar>
            <w:vAlign w:val="center"/>
          </w:tcPr>
          <w:p w14:paraId="71942C2D"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Left ACC</w:t>
            </w:r>
          </w:p>
        </w:tc>
        <w:tc>
          <w:tcPr>
            <w:tcW w:w="1752" w:type="dxa"/>
            <w:tcMar>
              <w:top w:w="8" w:type="dxa"/>
              <w:left w:w="60" w:type="dxa"/>
              <w:bottom w:w="8" w:type="dxa"/>
              <w:right w:w="60" w:type="dxa"/>
            </w:tcMar>
          </w:tcPr>
          <w:p w14:paraId="5C6FB2D5"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+0.197</w:t>
            </w:r>
          </w:p>
        </w:tc>
        <w:tc>
          <w:tcPr>
            <w:tcW w:w="1797" w:type="dxa"/>
            <w:tcMar>
              <w:top w:w="8" w:type="dxa"/>
              <w:left w:w="60" w:type="dxa"/>
              <w:bottom w:w="8" w:type="dxa"/>
              <w:right w:w="60" w:type="dxa"/>
            </w:tcMar>
          </w:tcPr>
          <w:p w14:paraId="442C723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&lt;0.001</w:t>
            </w:r>
          </w:p>
        </w:tc>
        <w:tc>
          <w:tcPr>
            <w:tcW w:w="2461" w:type="dxa"/>
            <w:tcMar>
              <w:top w:w="8" w:type="dxa"/>
              <w:left w:w="60" w:type="dxa"/>
              <w:bottom w:w="8" w:type="dxa"/>
              <w:right w:w="60" w:type="dxa"/>
            </w:tcMar>
          </w:tcPr>
          <w:p w14:paraId="782683D7"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0.001</w:t>
            </w:r>
          </w:p>
        </w:tc>
      </w:tr>
      <w:tr w:rsidR="00297D2C" w:rsidRPr="003B6D8D" w14:paraId="0047C180" w14:textId="77777777" w:rsidTr="007B2FD8">
        <w:tc>
          <w:tcPr>
            <w:tcW w:w="2070" w:type="dxa"/>
            <w:tcMar>
              <w:top w:w="8" w:type="dxa"/>
              <w:left w:w="60" w:type="dxa"/>
              <w:bottom w:w="8" w:type="dxa"/>
              <w:right w:w="60" w:type="dxa"/>
            </w:tcMar>
            <w:vAlign w:val="center"/>
          </w:tcPr>
          <w:p w14:paraId="3103AFE1"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Right ACC</w:t>
            </w:r>
          </w:p>
        </w:tc>
        <w:tc>
          <w:tcPr>
            <w:tcW w:w="1752" w:type="dxa"/>
            <w:tcMar>
              <w:top w:w="8" w:type="dxa"/>
              <w:left w:w="60" w:type="dxa"/>
              <w:bottom w:w="8" w:type="dxa"/>
              <w:right w:w="60" w:type="dxa"/>
            </w:tcMar>
          </w:tcPr>
          <w:p w14:paraId="757F2A1E"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+0.140</w:t>
            </w:r>
          </w:p>
        </w:tc>
        <w:tc>
          <w:tcPr>
            <w:tcW w:w="1797" w:type="dxa"/>
            <w:tcMar>
              <w:top w:w="8" w:type="dxa"/>
              <w:left w:w="60" w:type="dxa"/>
              <w:bottom w:w="8" w:type="dxa"/>
              <w:right w:w="60" w:type="dxa"/>
            </w:tcMar>
          </w:tcPr>
          <w:p w14:paraId="2A7FC9DE"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0.012</w:t>
            </w:r>
          </w:p>
        </w:tc>
        <w:tc>
          <w:tcPr>
            <w:tcW w:w="2461" w:type="dxa"/>
            <w:tcMar>
              <w:top w:w="8" w:type="dxa"/>
              <w:left w:w="60" w:type="dxa"/>
              <w:bottom w:w="8" w:type="dxa"/>
              <w:right w:w="60" w:type="dxa"/>
            </w:tcMar>
          </w:tcPr>
          <w:p w14:paraId="037024FD"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0.015</w:t>
            </w:r>
          </w:p>
        </w:tc>
      </w:tr>
      <w:tr w:rsidR="00297D2C" w:rsidRPr="003B6D8D" w14:paraId="6114D919" w14:textId="77777777" w:rsidTr="007B2FD8">
        <w:tc>
          <w:tcPr>
            <w:tcW w:w="8080" w:type="dxa"/>
            <w:gridSpan w:val="4"/>
            <w:tcMar>
              <w:top w:w="8" w:type="dxa"/>
              <w:left w:w="60" w:type="dxa"/>
              <w:bottom w:w="8" w:type="dxa"/>
              <w:right w:w="60" w:type="dxa"/>
            </w:tcMar>
            <w:vAlign w:val="center"/>
          </w:tcPr>
          <w:p w14:paraId="5BD6F8D5"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3B6D8D" w14:paraId="0EDDE8CA" w14:textId="77777777" w:rsidTr="007B2FD8">
        <w:tc>
          <w:tcPr>
            <w:tcW w:w="2070" w:type="dxa"/>
            <w:tcMar>
              <w:top w:w="8" w:type="dxa"/>
              <w:left w:w="60" w:type="dxa"/>
              <w:bottom w:w="8" w:type="dxa"/>
              <w:right w:w="60" w:type="dxa"/>
            </w:tcMar>
            <w:vAlign w:val="center"/>
          </w:tcPr>
          <w:p w14:paraId="77D97483"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HIP-LIM</w:t>
            </w:r>
          </w:p>
        </w:tc>
        <w:tc>
          <w:tcPr>
            <w:tcW w:w="1752" w:type="dxa"/>
            <w:tcMar>
              <w:top w:w="8" w:type="dxa"/>
              <w:left w:w="60" w:type="dxa"/>
              <w:bottom w:w="8" w:type="dxa"/>
              <w:right w:w="60" w:type="dxa"/>
            </w:tcMar>
          </w:tcPr>
          <w:p w14:paraId="6C57BD0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+0.056</w:t>
            </w:r>
          </w:p>
        </w:tc>
        <w:tc>
          <w:tcPr>
            <w:tcW w:w="1797" w:type="dxa"/>
            <w:tcMar>
              <w:top w:w="8" w:type="dxa"/>
              <w:left w:w="60" w:type="dxa"/>
              <w:bottom w:w="8" w:type="dxa"/>
              <w:right w:w="60" w:type="dxa"/>
            </w:tcMar>
          </w:tcPr>
          <w:p w14:paraId="7CFB7D8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0.317</w:t>
            </w:r>
          </w:p>
        </w:tc>
        <w:tc>
          <w:tcPr>
            <w:tcW w:w="2461" w:type="dxa"/>
            <w:tcMar>
              <w:top w:w="8" w:type="dxa"/>
              <w:left w:w="60" w:type="dxa"/>
              <w:bottom w:w="8" w:type="dxa"/>
              <w:right w:w="60" w:type="dxa"/>
            </w:tcMar>
          </w:tcPr>
          <w:p w14:paraId="570C532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0.343</w:t>
            </w:r>
          </w:p>
        </w:tc>
      </w:tr>
      <w:tr w:rsidR="00297D2C" w:rsidRPr="003B6D8D" w14:paraId="0803B793" w14:textId="77777777" w:rsidTr="007B2FD8">
        <w:tc>
          <w:tcPr>
            <w:tcW w:w="2070" w:type="dxa"/>
            <w:tcMar>
              <w:top w:w="8" w:type="dxa"/>
              <w:left w:w="60" w:type="dxa"/>
              <w:bottom w:w="8" w:type="dxa"/>
              <w:right w:w="60" w:type="dxa"/>
            </w:tcMar>
            <w:vAlign w:val="center"/>
          </w:tcPr>
          <w:p w14:paraId="72385204"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AMY-LIM</w:t>
            </w:r>
          </w:p>
        </w:tc>
        <w:tc>
          <w:tcPr>
            <w:tcW w:w="1752" w:type="dxa"/>
            <w:tcMar>
              <w:top w:w="8" w:type="dxa"/>
              <w:left w:w="60" w:type="dxa"/>
              <w:bottom w:w="8" w:type="dxa"/>
              <w:right w:w="60" w:type="dxa"/>
            </w:tcMar>
          </w:tcPr>
          <w:p w14:paraId="75AF4BF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+0.081</w:t>
            </w:r>
          </w:p>
        </w:tc>
        <w:tc>
          <w:tcPr>
            <w:tcW w:w="1797" w:type="dxa"/>
            <w:tcMar>
              <w:top w:w="8" w:type="dxa"/>
              <w:left w:w="60" w:type="dxa"/>
              <w:bottom w:w="8" w:type="dxa"/>
              <w:right w:w="60" w:type="dxa"/>
            </w:tcMar>
          </w:tcPr>
          <w:p w14:paraId="61029EA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0.147</w:t>
            </w:r>
          </w:p>
        </w:tc>
        <w:tc>
          <w:tcPr>
            <w:tcW w:w="2461" w:type="dxa"/>
            <w:tcMar>
              <w:top w:w="8" w:type="dxa"/>
              <w:left w:w="60" w:type="dxa"/>
              <w:bottom w:w="8" w:type="dxa"/>
              <w:right w:w="60" w:type="dxa"/>
            </w:tcMar>
          </w:tcPr>
          <w:p w14:paraId="3C8CFE4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0.221</w:t>
            </w:r>
          </w:p>
        </w:tc>
      </w:tr>
      <w:tr w:rsidR="00297D2C" w:rsidRPr="003B6D8D" w14:paraId="1E4EF60C" w14:textId="77777777" w:rsidTr="007B2FD8">
        <w:tc>
          <w:tcPr>
            <w:tcW w:w="2070" w:type="dxa"/>
            <w:tcMar>
              <w:top w:w="8" w:type="dxa"/>
              <w:left w:w="60" w:type="dxa"/>
              <w:bottom w:w="8" w:type="dxa"/>
              <w:right w:w="60" w:type="dxa"/>
            </w:tcMar>
            <w:vAlign w:val="center"/>
          </w:tcPr>
          <w:p w14:paraId="11A62459"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ACC-LIM</w:t>
            </w:r>
          </w:p>
        </w:tc>
        <w:tc>
          <w:tcPr>
            <w:tcW w:w="1752" w:type="dxa"/>
            <w:tcMar>
              <w:top w:w="8" w:type="dxa"/>
              <w:left w:w="60" w:type="dxa"/>
              <w:bottom w:w="8" w:type="dxa"/>
              <w:right w:w="60" w:type="dxa"/>
            </w:tcMar>
          </w:tcPr>
          <w:p w14:paraId="2DCD28A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+0.137</w:t>
            </w:r>
          </w:p>
        </w:tc>
        <w:tc>
          <w:tcPr>
            <w:tcW w:w="1797" w:type="dxa"/>
            <w:tcMar>
              <w:top w:w="8" w:type="dxa"/>
              <w:left w:w="60" w:type="dxa"/>
              <w:bottom w:w="8" w:type="dxa"/>
              <w:right w:w="60" w:type="dxa"/>
            </w:tcMar>
          </w:tcPr>
          <w:p w14:paraId="329E2D1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0.014</w:t>
            </w:r>
          </w:p>
        </w:tc>
        <w:tc>
          <w:tcPr>
            <w:tcW w:w="2461" w:type="dxa"/>
            <w:tcMar>
              <w:top w:w="8" w:type="dxa"/>
              <w:left w:w="60" w:type="dxa"/>
              <w:bottom w:w="8" w:type="dxa"/>
              <w:right w:w="60" w:type="dxa"/>
            </w:tcMar>
          </w:tcPr>
          <w:p w14:paraId="7935C18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0.087</w:t>
            </w:r>
          </w:p>
        </w:tc>
      </w:tr>
      <w:tr w:rsidR="00297D2C" w:rsidRPr="003B6D8D" w14:paraId="0E672BAA" w14:textId="77777777" w:rsidTr="007B2FD8">
        <w:tc>
          <w:tcPr>
            <w:tcW w:w="2070" w:type="dxa"/>
            <w:tcMar>
              <w:top w:w="8" w:type="dxa"/>
              <w:left w:w="60" w:type="dxa"/>
              <w:bottom w:w="8" w:type="dxa"/>
              <w:right w:w="60" w:type="dxa"/>
            </w:tcMar>
            <w:vAlign w:val="center"/>
          </w:tcPr>
          <w:p w14:paraId="5641EA46"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HIP-ACC</w:t>
            </w:r>
          </w:p>
        </w:tc>
        <w:tc>
          <w:tcPr>
            <w:tcW w:w="1752" w:type="dxa"/>
            <w:tcMar>
              <w:top w:w="8" w:type="dxa"/>
              <w:left w:w="60" w:type="dxa"/>
              <w:bottom w:w="8" w:type="dxa"/>
              <w:right w:w="60" w:type="dxa"/>
            </w:tcMar>
          </w:tcPr>
          <w:p w14:paraId="39C556F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+0.118</w:t>
            </w:r>
          </w:p>
        </w:tc>
        <w:tc>
          <w:tcPr>
            <w:tcW w:w="1797" w:type="dxa"/>
            <w:tcMar>
              <w:top w:w="8" w:type="dxa"/>
              <w:left w:w="60" w:type="dxa"/>
              <w:bottom w:w="8" w:type="dxa"/>
              <w:right w:w="60" w:type="dxa"/>
            </w:tcMar>
          </w:tcPr>
          <w:p w14:paraId="62A561B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0.036</w:t>
            </w:r>
          </w:p>
        </w:tc>
        <w:tc>
          <w:tcPr>
            <w:tcW w:w="2461" w:type="dxa"/>
            <w:tcMar>
              <w:top w:w="8" w:type="dxa"/>
              <w:left w:w="60" w:type="dxa"/>
              <w:bottom w:w="8" w:type="dxa"/>
              <w:right w:w="60" w:type="dxa"/>
            </w:tcMar>
          </w:tcPr>
          <w:p w14:paraId="7DA3C27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0.107</w:t>
            </w:r>
          </w:p>
        </w:tc>
      </w:tr>
      <w:tr w:rsidR="00297D2C" w:rsidRPr="003B6D8D" w14:paraId="3DD82475" w14:textId="77777777" w:rsidTr="007B2FD8">
        <w:tc>
          <w:tcPr>
            <w:tcW w:w="2070" w:type="dxa"/>
            <w:tcMar>
              <w:top w:w="8" w:type="dxa"/>
              <w:left w:w="60" w:type="dxa"/>
              <w:bottom w:w="8" w:type="dxa"/>
              <w:right w:w="60" w:type="dxa"/>
            </w:tcMar>
            <w:vAlign w:val="center"/>
          </w:tcPr>
          <w:p w14:paraId="2702DEAB"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HIP-AMY</w:t>
            </w:r>
          </w:p>
        </w:tc>
        <w:tc>
          <w:tcPr>
            <w:tcW w:w="1752" w:type="dxa"/>
            <w:tcMar>
              <w:top w:w="8" w:type="dxa"/>
              <w:left w:w="60" w:type="dxa"/>
              <w:bottom w:w="8" w:type="dxa"/>
              <w:right w:w="60" w:type="dxa"/>
            </w:tcMar>
          </w:tcPr>
          <w:p w14:paraId="34250BA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-0.053</w:t>
            </w:r>
          </w:p>
        </w:tc>
        <w:tc>
          <w:tcPr>
            <w:tcW w:w="1797" w:type="dxa"/>
            <w:tcMar>
              <w:top w:w="8" w:type="dxa"/>
              <w:left w:w="60" w:type="dxa"/>
              <w:bottom w:w="8" w:type="dxa"/>
              <w:right w:w="60" w:type="dxa"/>
            </w:tcMar>
          </w:tcPr>
          <w:p w14:paraId="0C3CF51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0.343</w:t>
            </w:r>
          </w:p>
        </w:tc>
        <w:tc>
          <w:tcPr>
            <w:tcW w:w="2461" w:type="dxa"/>
            <w:tcMar>
              <w:top w:w="8" w:type="dxa"/>
              <w:left w:w="60" w:type="dxa"/>
              <w:bottom w:w="8" w:type="dxa"/>
              <w:right w:w="60" w:type="dxa"/>
            </w:tcMar>
          </w:tcPr>
          <w:p w14:paraId="19932AA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0.343</w:t>
            </w:r>
          </w:p>
        </w:tc>
      </w:tr>
      <w:tr w:rsidR="00297D2C" w:rsidRPr="003B6D8D" w14:paraId="288A2AED" w14:textId="77777777" w:rsidTr="007B2FD8">
        <w:tc>
          <w:tcPr>
            <w:tcW w:w="2070" w:type="dxa"/>
            <w:tcMar>
              <w:top w:w="8" w:type="dxa"/>
              <w:left w:w="60" w:type="dxa"/>
              <w:bottom w:w="8" w:type="dxa"/>
              <w:right w:w="60" w:type="dxa"/>
            </w:tcMar>
            <w:vAlign w:val="center"/>
          </w:tcPr>
          <w:p w14:paraId="27FB638A"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AMY-ACC</w:t>
            </w:r>
          </w:p>
        </w:tc>
        <w:tc>
          <w:tcPr>
            <w:tcW w:w="1752" w:type="dxa"/>
            <w:tcMar>
              <w:top w:w="8" w:type="dxa"/>
              <w:left w:w="60" w:type="dxa"/>
              <w:bottom w:w="8" w:type="dxa"/>
              <w:right w:w="60" w:type="dxa"/>
            </w:tcMar>
          </w:tcPr>
          <w:p w14:paraId="7226601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+0.089</w:t>
            </w:r>
          </w:p>
        </w:tc>
        <w:tc>
          <w:tcPr>
            <w:tcW w:w="1797" w:type="dxa"/>
            <w:tcMar>
              <w:top w:w="8" w:type="dxa"/>
              <w:left w:w="60" w:type="dxa"/>
              <w:bottom w:w="8" w:type="dxa"/>
              <w:right w:w="60" w:type="dxa"/>
            </w:tcMar>
          </w:tcPr>
          <w:p w14:paraId="45419D6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0.115</w:t>
            </w:r>
          </w:p>
        </w:tc>
        <w:tc>
          <w:tcPr>
            <w:tcW w:w="2461" w:type="dxa"/>
            <w:tcMar>
              <w:top w:w="8" w:type="dxa"/>
              <w:left w:w="60" w:type="dxa"/>
              <w:bottom w:w="8" w:type="dxa"/>
              <w:right w:w="60" w:type="dxa"/>
            </w:tcMar>
          </w:tcPr>
          <w:p w14:paraId="0140A86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0.221</w:t>
            </w:r>
          </w:p>
        </w:tc>
      </w:tr>
      <w:tr w:rsidR="00297D2C" w:rsidRPr="003B6D8D" w14:paraId="51E8BB92" w14:textId="77777777" w:rsidTr="007B2FD8">
        <w:tc>
          <w:tcPr>
            <w:tcW w:w="8080" w:type="dxa"/>
            <w:gridSpan w:val="4"/>
            <w:tcMar>
              <w:top w:w="8" w:type="dxa"/>
              <w:left w:w="60" w:type="dxa"/>
              <w:bottom w:w="8" w:type="dxa"/>
              <w:right w:w="60" w:type="dxa"/>
            </w:tcMar>
            <w:vAlign w:val="center"/>
          </w:tcPr>
          <w:p w14:paraId="579D8AF5"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3B6D8D" w14:paraId="71CA0541" w14:textId="77777777" w:rsidTr="007B2FD8">
        <w:tc>
          <w:tcPr>
            <w:tcW w:w="2070" w:type="dxa"/>
            <w:tcMar>
              <w:top w:w="8" w:type="dxa"/>
              <w:left w:w="60" w:type="dxa"/>
              <w:bottom w:w="8" w:type="dxa"/>
              <w:right w:w="60" w:type="dxa"/>
            </w:tcMar>
            <w:vAlign w:val="center"/>
          </w:tcPr>
          <w:p w14:paraId="6870BB1C"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LIM-WC</w:t>
            </w:r>
          </w:p>
        </w:tc>
        <w:tc>
          <w:tcPr>
            <w:tcW w:w="1752" w:type="dxa"/>
            <w:tcMar>
              <w:top w:w="8" w:type="dxa"/>
              <w:left w:w="60" w:type="dxa"/>
              <w:bottom w:w="8" w:type="dxa"/>
              <w:right w:w="60" w:type="dxa"/>
            </w:tcMar>
          </w:tcPr>
          <w:p w14:paraId="47C710A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+0.122</w:t>
            </w:r>
          </w:p>
        </w:tc>
        <w:tc>
          <w:tcPr>
            <w:tcW w:w="1797" w:type="dxa"/>
            <w:tcMar>
              <w:top w:w="8" w:type="dxa"/>
              <w:left w:w="60" w:type="dxa"/>
              <w:bottom w:w="8" w:type="dxa"/>
              <w:right w:w="60" w:type="dxa"/>
            </w:tcMar>
          </w:tcPr>
          <w:p w14:paraId="3AD72E6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0.030</w:t>
            </w:r>
          </w:p>
        </w:tc>
        <w:tc>
          <w:tcPr>
            <w:tcW w:w="2461" w:type="dxa"/>
            <w:tcMar>
              <w:top w:w="8" w:type="dxa"/>
              <w:left w:w="60" w:type="dxa"/>
              <w:bottom w:w="8" w:type="dxa"/>
              <w:right w:w="60" w:type="dxa"/>
            </w:tcMar>
          </w:tcPr>
          <w:p w14:paraId="6C1B63A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0.087</w:t>
            </w:r>
          </w:p>
        </w:tc>
      </w:tr>
      <w:tr w:rsidR="00297D2C" w:rsidRPr="003B6D8D" w14:paraId="10172659" w14:textId="77777777" w:rsidTr="007B2FD8">
        <w:tc>
          <w:tcPr>
            <w:tcW w:w="2070" w:type="dxa"/>
            <w:tcMar>
              <w:top w:w="8" w:type="dxa"/>
              <w:left w:w="60" w:type="dxa"/>
              <w:bottom w:w="8" w:type="dxa"/>
              <w:right w:w="60" w:type="dxa"/>
            </w:tcMar>
            <w:vAlign w:val="center"/>
          </w:tcPr>
          <w:p w14:paraId="6E3892DC"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LIM-VIS</w:t>
            </w:r>
          </w:p>
        </w:tc>
        <w:tc>
          <w:tcPr>
            <w:tcW w:w="1752" w:type="dxa"/>
            <w:tcMar>
              <w:top w:w="8" w:type="dxa"/>
              <w:left w:w="60" w:type="dxa"/>
              <w:bottom w:w="8" w:type="dxa"/>
              <w:right w:w="60" w:type="dxa"/>
            </w:tcMar>
          </w:tcPr>
          <w:p w14:paraId="0B66F2B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+0.077</w:t>
            </w:r>
          </w:p>
        </w:tc>
        <w:tc>
          <w:tcPr>
            <w:tcW w:w="1797" w:type="dxa"/>
            <w:tcMar>
              <w:top w:w="8" w:type="dxa"/>
              <w:left w:w="60" w:type="dxa"/>
              <w:bottom w:w="8" w:type="dxa"/>
              <w:right w:w="60" w:type="dxa"/>
            </w:tcMar>
          </w:tcPr>
          <w:p w14:paraId="0779320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0.173</w:t>
            </w:r>
          </w:p>
        </w:tc>
        <w:tc>
          <w:tcPr>
            <w:tcW w:w="2461" w:type="dxa"/>
            <w:tcMar>
              <w:top w:w="8" w:type="dxa"/>
              <w:left w:w="60" w:type="dxa"/>
              <w:bottom w:w="8" w:type="dxa"/>
              <w:right w:w="60" w:type="dxa"/>
            </w:tcMar>
          </w:tcPr>
          <w:p w14:paraId="4F80826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0.242</w:t>
            </w:r>
          </w:p>
        </w:tc>
      </w:tr>
      <w:tr w:rsidR="00297D2C" w:rsidRPr="003B6D8D" w14:paraId="510CDD1E" w14:textId="77777777" w:rsidTr="007B2FD8">
        <w:tc>
          <w:tcPr>
            <w:tcW w:w="2070" w:type="dxa"/>
            <w:tcMar>
              <w:top w:w="8" w:type="dxa"/>
              <w:left w:w="60" w:type="dxa"/>
              <w:bottom w:w="8" w:type="dxa"/>
              <w:right w:w="60" w:type="dxa"/>
            </w:tcMar>
            <w:vAlign w:val="center"/>
          </w:tcPr>
          <w:p w14:paraId="6326ED03"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LIM-SMN</w:t>
            </w:r>
          </w:p>
        </w:tc>
        <w:tc>
          <w:tcPr>
            <w:tcW w:w="1752" w:type="dxa"/>
            <w:tcMar>
              <w:top w:w="8" w:type="dxa"/>
              <w:left w:w="60" w:type="dxa"/>
              <w:bottom w:w="8" w:type="dxa"/>
              <w:right w:w="60" w:type="dxa"/>
            </w:tcMar>
          </w:tcPr>
          <w:p w14:paraId="675F6D4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+0.117</w:t>
            </w:r>
          </w:p>
        </w:tc>
        <w:tc>
          <w:tcPr>
            <w:tcW w:w="1797" w:type="dxa"/>
            <w:tcMar>
              <w:top w:w="8" w:type="dxa"/>
              <w:left w:w="60" w:type="dxa"/>
              <w:bottom w:w="8" w:type="dxa"/>
              <w:right w:w="60" w:type="dxa"/>
            </w:tcMar>
          </w:tcPr>
          <w:p w14:paraId="52EFE07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0.037</w:t>
            </w:r>
          </w:p>
        </w:tc>
        <w:tc>
          <w:tcPr>
            <w:tcW w:w="2461" w:type="dxa"/>
            <w:tcMar>
              <w:top w:w="8" w:type="dxa"/>
              <w:left w:w="60" w:type="dxa"/>
              <w:bottom w:w="8" w:type="dxa"/>
              <w:right w:w="60" w:type="dxa"/>
            </w:tcMar>
          </w:tcPr>
          <w:p w14:paraId="5782D40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0.087</w:t>
            </w:r>
          </w:p>
        </w:tc>
      </w:tr>
      <w:tr w:rsidR="00297D2C" w:rsidRPr="003B6D8D" w14:paraId="0458A74C" w14:textId="77777777" w:rsidTr="007B2FD8">
        <w:tc>
          <w:tcPr>
            <w:tcW w:w="2070" w:type="dxa"/>
            <w:tcMar>
              <w:top w:w="8" w:type="dxa"/>
              <w:left w:w="60" w:type="dxa"/>
              <w:bottom w:w="8" w:type="dxa"/>
              <w:right w:w="60" w:type="dxa"/>
            </w:tcMar>
            <w:vAlign w:val="center"/>
          </w:tcPr>
          <w:p w14:paraId="758BBA29"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LIM-DAN</w:t>
            </w:r>
          </w:p>
        </w:tc>
        <w:tc>
          <w:tcPr>
            <w:tcW w:w="1752" w:type="dxa"/>
            <w:tcMar>
              <w:top w:w="8" w:type="dxa"/>
              <w:left w:w="60" w:type="dxa"/>
              <w:bottom w:w="8" w:type="dxa"/>
              <w:right w:w="60" w:type="dxa"/>
            </w:tcMar>
          </w:tcPr>
          <w:p w14:paraId="0C71B72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+0.043</w:t>
            </w:r>
          </w:p>
        </w:tc>
        <w:tc>
          <w:tcPr>
            <w:tcW w:w="1797" w:type="dxa"/>
            <w:tcMar>
              <w:top w:w="8" w:type="dxa"/>
              <w:left w:w="60" w:type="dxa"/>
              <w:bottom w:w="8" w:type="dxa"/>
              <w:right w:w="60" w:type="dxa"/>
            </w:tcMar>
          </w:tcPr>
          <w:p w14:paraId="018CEBA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0.447</w:t>
            </w:r>
          </w:p>
        </w:tc>
        <w:tc>
          <w:tcPr>
            <w:tcW w:w="2461" w:type="dxa"/>
            <w:tcMar>
              <w:top w:w="8" w:type="dxa"/>
              <w:left w:w="60" w:type="dxa"/>
              <w:bottom w:w="8" w:type="dxa"/>
              <w:right w:w="60" w:type="dxa"/>
            </w:tcMar>
          </w:tcPr>
          <w:p w14:paraId="16382E6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0.447</w:t>
            </w:r>
          </w:p>
        </w:tc>
      </w:tr>
      <w:tr w:rsidR="00297D2C" w:rsidRPr="003B6D8D" w14:paraId="2BAE411C" w14:textId="77777777" w:rsidTr="007B2FD8">
        <w:tc>
          <w:tcPr>
            <w:tcW w:w="2070" w:type="dxa"/>
            <w:tcMar>
              <w:top w:w="8" w:type="dxa"/>
              <w:left w:w="60" w:type="dxa"/>
              <w:bottom w:w="8" w:type="dxa"/>
              <w:right w:w="60" w:type="dxa"/>
            </w:tcMar>
            <w:vAlign w:val="center"/>
          </w:tcPr>
          <w:p w14:paraId="5816BBFA"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LIM-VAN</w:t>
            </w:r>
          </w:p>
        </w:tc>
        <w:tc>
          <w:tcPr>
            <w:tcW w:w="1752" w:type="dxa"/>
            <w:tcMar>
              <w:top w:w="8" w:type="dxa"/>
              <w:left w:w="60" w:type="dxa"/>
              <w:bottom w:w="8" w:type="dxa"/>
              <w:right w:w="60" w:type="dxa"/>
            </w:tcMar>
          </w:tcPr>
          <w:p w14:paraId="7B36523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+0.051</w:t>
            </w:r>
          </w:p>
        </w:tc>
        <w:tc>
          <w:tcPr>
            <w:tcW w:w="1797" w:type="dxa"/>
            <w:tcMar>
              <w:top w:w="8" w:type="dxa"/>
              <w:left w:w="60" w:type="dxa"/>
              <w:bottom w:w="8" w:type="dxa"/>
              <w:right w:w="60" w:type="dxa"/>
            </w:tcMar>
          </w:tcPr>
          <w:p w14:paraId="6DFC781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0.368</w:t>
            </w:r>
          </w:p>
        </w:tc>
        <w:tc>
          <w:tcPr>
            <w:tcW w:w="2461" w:type="dxa"/>
            <w:tcMar>
              <w:top w:w="8" w:type="dxa"/>
              <w:left w:w="60" w:type="dxa"/>
              <w:bottom w:w="8" w:type="dxa"/>
              <w:right w:w="60" w:type="dxa"/>
            </w:tcMar>
          </w:tcPr>
          <w:p w14:paraId="09981D7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0.430</w:t>
            </w:r>
          </w:p>
        </w:tc>
      </w:tr>
      <w:tr w:rsidR="00297D2C" w:rsidRPr="003B6D8D" w14:paraId="055EAA0B" w14:textId="77777777" w:rsidTr="007B2FD8">
        <w:tc>
          <w:tcPr>
            <w:tcW w:w="2070" w:type="dxa"/>
            <w:tcMar>
              <w:top w:w="8" w:type="dxa"/>
              <w:left w:w="60" w:type="dxa"/>
              <w:bottom w:w="8" w:type="dxa"/>
              <w:right w:w="60" w:type="dxa"/>
            </w:tcMar>
            <w:vAlign w:val="center"/>
          </w:tcPr>
          <w:p w14:paraId="57048678"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LIM-FPN</w:t>
            </w:r>
          </w:p>
        </w:tc>
        <w:tc>
          <w:tcPr>
            <w:tcW w:w="1752" w:type="dxa"/>
            <w:tcMar>
              <w:top w:w="8" w:type="dxa"/>
              <w:left w:w="60" w:type="dxa"/>
              <w:bottom w:w="8" w:type="dxa"/>
              <w:right w:w="60" w:type="dxa"/>
            </w:tcMar>
          </w:tcPr>
          <w:p w14:paraId="63A7856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+0.103</w:t>
            </w:r>
          </w:p>
        </w:tc>
        <w:tc>
          <w:tcPr>
            <w:tcW w:w="1797" w:type="dxa"/>
            <w:tcMar>
              <w:top w:w="8" w:type="dxa"/>
              <w:left w:w="60" w:type="dxa"/>
              <w:bottom w:w="8" w:type="dxa"/>
              <w:right w:w="60" w:type="dxa"/>
            </w:tcMar>
          </w:tcPr>
          <w:p w14:paraId="2CB4C7A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0.065</w:t>
            </w:r>
          </w:p>
        </w:tc>
        <w:tc>
          <w:tcPr>
            <w:tcW w:w="2461" w:type="dxa"/>
            <w:tcMar>
              <w:top w:w="8" w:type="dxa"/>
              <w:left w:w="60" w:type="dxa"/>
              <w:bottom w:w="8" w:type="dxa"/>
              <w:right w:w="60" w:type="dxa"/>
            </w:tcMar>
          </w:tcPr>
          <w:p w14:paraId="2E5B732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0.115</w:t>
            </w:r>
          </w:p>
        </w:tc>
      </w:tr>
      <w:tr w:rsidR="00297D2C" w:rsidRPr="003B6D8D" w14:paraId="0D5082FC" w14:textId="77777777" w:rsidTr="007B2FD8">
        <w:tc>
          <w:tcPr>
            <w:tcW w:w="2070" w:type="dxa"/>
            <w:tcBorders>
              <w:bottom w:val="single" w:sz="4" w:space="0" w:color="auto"/>
            </w:tcBorders>
            <w:tcMar>
              <w:top w:w="8" w:type="dxa"/>
              <w:left w:w="60" w:type="dxa"/>
              <w:bottom w:w="8" w:type="dxa"/>
              <w:right w:w="60" w:type="dxa"/>
            </w:tcMar>
            <w:vAlign w:val="center"/>
          </w:tcPr>
          <w:p w14:paraId="1BAE24EA"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t>LIM-DMN</w:t>
            </w:r>
          </w:p>
        </w:tc>
        <w:tc>
          <w:tcPr>
            <w:tcW w:w="1752" w:type="dxa"/>
            <w:tcBorders>
              <w:bottom w:val="single" w:sz="4" w:space="0" w:color="auto"/>
            </w:tcBorders>
            <w:tcMar>
              <w:top w:w="8" w:type="dxa"/>
              <w:left w:w="60" w:type="dxa"/>
              <w:bottom w:w="8" w:type="dxa"/>
              <w:right w:w="60" w:type="dxa"/>
            </w:tcMar>
          </w:tcPr>
          <w:p w14:paraId="02CAF256"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+0.178</w:t>
            </w:r>
          </w:p>
        </w:tc>
        <w:tc>
          <w:tcPr>
            <w:tcW w:w="1797" w:type="dxa"/>
            <w:tcBorders>
              <w:bottom w:val="single" w:sz="4" w:space="0" w:color="auto"/>
            </w:tcBorders>
            <w:tcMar>
              <w:top w:w="8" w:type="dxa"/>
              <w:left w:w="60" w:type="dxa"/>
              <w:bottom w:w="8" w:type="dxa"/>
              <w:right w:w="60" w:type="dxa"/>
            </w:tcMar>
          </w:tcPr>
          <w:p w14:paraId="3EBF921A"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0.002</w:t>
            </w:r>
          </w:p>
        </w:tc>
        <w:tc>
          <w:tcPr>
            <w:tcW w:w="2461" w:type="dxa"/>
            <w:tcBorders>
              <w:bottom w:val="single" w:sz="4" w:space="0" w:color="auto"/>
            </w:tcBorders>
            <w:tcMar>
              <w:top w:w="8" w:type="dxa"/>
              <w:left w:w="60" w:type="dxa"/>
              <w:bottom w:w="8" w:type="dxa"/>
              <w:right w:w="60" w:type="dxa"/>
            </w:tcMar>
          </w:tcPr>
          <w:p w14:paraId="5654C683"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0.010</w:t>
            </w:r>
          </w:p>
        </w:tc>
      </w:tr>
      <w:tr w:rsidR="00297D2C" w:rsidRPr="003B6D8D" w14:paraId="5AAA96F5" w14:textId="77777777" w:rsidTr="007B2FD8">
        <w:tc>
          <w:tcPr>
            <w:tcW w:w="8080" w:type="dxa"/>
            <w:gridSpan w:val="4"/>
            <w:tcBorders>
              <w:top w:val="single" w:sz="4" w:space="0" w:color="auto"/>
            </w:tcBorders>
            <w:tcMar>
              <w:top w:w="8" w:type="dxa"/>
              <w:left w:w="60" w:type="dxa"/>
              <w:bottom w:w="8" w:type="dxa"/>
              <w:right w:w="60" w:type="dxa"/>
            </w:tcMar>
            <w:vAlign w:val="center"/>
          </w:tcPr>
          <w:p w14:paraId="64BDA688" w14:textId="77777777" w:rsidR="00297D2C" w:rsidRPr="003B6D8D" w:rsidRDefault="00297D2C" w:rsidP="007B2FD8">
            <w:pPr>
              <w:jc w:val="center"/>
              <w:rPr>
                <w:rFonts w:ascii="Gill Sans MT" w:eastAsia="Calibri" w:hAnsi="Gill Sans MT" w:cs="Calibri"/>
                <w:b/>
                <w:bCs/>
                <w:sz w:val="16"/>
                <w:szCs w:val="16"/>
              </w:rPr>
            </w:pPr>
            <w:r>
              <w:rPr>
                <w:rFonts w:ascii="Gill Sans MT" w:hAnsi="Gill Sans MT"/>
                <w:b/>
                <w:sz w:val="16"/>
                <w:szCs w:val="16"/>
              </w:rPr>
              <w:t>DAT putamen (n = 318)</w:t>
            </w:r>
          </w:p>
        </w:tc>
      </w:tr>
      <w:tr w:rsidR="00297D2C" w:rsidRPr="003B6D8D" w14:paraId="12F31C36" w14:textId="77777777" w:rsidTr="007B2FD8">
        <w:tc>
          <w:tcPr>
            <w:tcW w:w="2070" w:type="dxa"/>
            <w:tcBorders>
              <w:bottom w:val="single" w:sz="4" w:space="0" w:color="auto"/>
            </w:tcBorders>
            <w:tcMar>
              <w:top w:w="8" w:type="dxa"/>
              <w:left w:w="60" w:type="dxa"/>
              <w:bottom w:w="8" w:type="dxa"/>
              <w:right w:w="60" w:type="dxa"/>
            </w:tcMar>
            <w:vAlign w:val="center"/>
          </w:tcPr>
          <w:p w14:paraId="5D6E0FE4" w14:textId="77777777" w:rsidR="00297D2C" w:rsidRPr="003B6D8D" w:rsidRDefault="00297D2C" w:rsidP="007B2FD8">
            <w:pPr>
              <w:rPr>
                <w:rFonts w:ascii="Gill Sans MT" w:eastAsia="Calibri" w:hAnsi="Gill Sans MT" w:cs="Calibri"/>
                <w:sz w:val="16"/>
                <w:szCs w:val="16"/>
              </w:rPr>
            </w:pPr>
          </w:p>
        </w:tc>
        <w:tc>
          <w:tcPr>
            <w:tcW w:w="1752" w:type="dxa"/>
            <w:tcBorders>
              <w:bottom w:val="single" w:sz="4" w:space="0" w:color="auto"/>
            </w:tcBorders>
            <w:tcMar>
              <w:top w:w="8" w:type="dxa"/>
              <w:left w:w="60" w:type="dxa"/>
              <w:bottom w:w="8" w:type="dxa"/>
              <w:right w:w="60" w:type="dxa"/>
            </w:tcMar>
          </w:tcPr>
          <w:p w14:paraId="62648454" w14:textId="77777777" w:rsidR="00297D2C" w:rsidRPr="003B6D8D" w:rsidRDefault="00297D2C" w:rsidP="007B2FD8">
            <w:pPr>
              <w:jc w:val="center"/>
              <w:rPr>
                <w:rFonts w:ascii="Gill Sans MT" w:hAnsi="Gill Sans MT"/>
                <w:sz w:val="16"/>
                <w:szCs w:val="16"/>
              </w:rPr>
            </w:pPr>
            <w:r>
              <w:rPr>
                <w:rFonts w:ascii="Calibri" w:hAnsi="Calibri" w:cs="Calibri"/>
                <w:b/>
                <w:sz w:val="16"/>
                <w:szCs w:val="16"/>
              </w:rPr>
              <w:t>ρ</w:t>
            </w:r>
          </w:p>
        </w:tc>
        <w:tc>
          <w:tcPr>
            <w:tcW w:w="1797" w:type="dxa"/>
            <w:tcBorders>
              <w:bottom w:val="single" w:sz="4" w:space="0" w:color="auto"/>
            </w:tcBorders>
            <w:tcMar>
              <w:top w:w="8" w:type="dxa"/>
              <w:left w:w="60" w:type="dxa"/>
              <w:bottom w:w="8" w:type="dxa"/>
              <w:right w:w="60" w:type="dxa"/>
            </w:tcMar>
            <w:vAlign w:val="center"/>
          </w:tcPr>
          <w:p w14:paraId="453576F0"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 value</w:t>
            </w:r>
          </w:p>
        </w:tc>
        <w:tc>
          <w:tcPr>
            <w:tcW w:w="2461" w:type="dxa"/>
            <w:tcBorders>
              <w:bottom w:val="single" w:sz="4" w:space="0" w:color="auto"/>
            </w:tcBorders>
            <w:tcMar>
              <w:top w:w="8" w:type="dxa"/>
              <w:left w:w="60" w:type="dxa"/>
              <w:bottom w:w="8" w:type="dxa"/>
              <w:right w:w="60" w:type="dxa"/>
            </w:tcMar>
            <w:vAlign w:val="center"/>
          </w:tcPr>
          <w:p w14:paraId="2F20A8A9" w14:textId="77777777" w:rsidR="00297D2C" w:rsidRPr="003B6D8D" w:rsidRDefault="00297D2C" w:rsidP="007B2FD8">
            <w:pPr>
              <w:jc w:val="center"/>
              <w:rPr>
                <w:rFonts w:ascii="Gill Sans MT" w:hAnsi="Gill Sans MT"/>
                <w:sz w:val="16"/>
                <w:szCs w:val="16"/>
              </w:rPr>
            </w:pPr>
            <w:r>
              <w:rPr>
                <w:rFonts w:ascii="Gill Sans MT" w:eastAsia="Calibri" w:hAnsi="Gill Sans MT" w:cs="Calibri"/>
                <w:b/>
                <w:bCs/>
                <w:sz w:val="16"/>
                <w:szCs w:val="16"/>
              </w:rPr>
              <w:t>P-FDR</w:t>
            </w:r>
          </w:p>
        </w:tc>
      </w:tr>
      <w:tr w:rsidR="00297D2C" w:rsidRPr="003B6D8D" w14:paraId="48FC7D80" w14:textId="77777777" w:rsidTr="007B2FD8">
        <w:tc>
          <w:tcPr>
            <w:tcW w:w="8080" w:type="dxa"/>
            <w:gridSpan w:val="4"/>
            <w:tcBorders>
              <w:top w:val="single" w:sz="4" w:space="0" w:color="auto"/>
            </w:tcBorders>
            <w:tcMar>
              <w:top w:w="8" w:type="dxa"/>
              <w:left w:w="60" w:type="dxa"/>
              <w:bottom w:w="8" w:type="dxa"/>
              <w:right w:w="60" w:type="dxa"/>
            </w:tcMar>
            <w:vAlign w:val="center"/>
          </w:tcPr>
          <w:p w14:paraId="138DFBAB"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Limbic Vulnerability Indices</w:t>
            </w:r>
          </w:p>
        </w:tc>
      </w:tr>
      <w:tr w:rsidR="00297D2C" w:rsidRPr="003B6D8D" w14:paraId="40DD7316" w14:textId="77777777" w:rsidTr="007B2FD8">
        <w:tc>
          <w:tcPr>
            <w:tcW w:w="2070" w:type="dxa"/>
            <w:tcMar>
              <w:top w:w="8" w:type="dxa"/>
              <w:left w:w="60" w:type="dxa"/>
              <w:bottom w:w="8" w:type="dxa"/>
              <w:right w:w="60" w:type="dxa"/>
            </w:tcMar>
            <w:vAlign w:val="center"/>
          </w:tcPr>
          <w:p w14:paraId="1967820D"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structural</w:t>
            </w:r>
          </w:p>
        </w:tc>
        <w:tc>
          <w:tcPr>
            <w:tcW w:w="1752" w:type="dxa"/>
            <w:tcMar>
              <w:top w:w="8" w:type="dxa"/>
              <w:left w:w="60" w:type="dxa"/>
              <w:bottom w:w="8" w:type="dxa"/>
              <w:right w:w="60" w:type="dxa"/>
            </w:tcMar>
          </w:tcPr>
          <w:p w14:paraId="32F4EB70"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-0.170</w:t>
            </w:r>
          </w:p>
        </w:tc>
        <w:tc>
          <w:tcPr>
            <w:tcW w:w="1797" w:type="dxa"/>
            <w:tcMar>
              <w:top w:w="8" w:type="dxa"/>
              <w:left w:w="60" w:type="dxa"/>
              <w:bottom w:w="8" w:type="dxa"/>
              <w:right w:w="60" w:type="dxa"/>
            </w:tcMar>
          </w:tcPr>
          <w:p w14:paraId="78F902CC"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0.002</w:t>
            </w:r>
          </w:p>
        </w:tc>
        <w:tc>
          <w:tcPr>
            <w:tcW w:w="2461" w:type="dxa"/>
            <w:tcMar>
              <w:top w:w="8" w:type="dxa"/>
              <w:left w:w="60" w:type="dxa"/>
              <w:bottom w:w="8" w:type="dxa"/>
              <w:right w:w="60" w:type="dxa"/>
            </w:tcMar>
            <w:vAlign w:val="center"/>
          </w:tcPr>
          <w:p w14:paraId="03ED4785" w14:textId="77777777" w:rsidR="00297D2C" w:rsidRPr="003B6D8D" w:rsidRDefault="00297D2C" w:rsidP="007B2FD8">
            <w:pPr>
              <w:jc w:val="center"/>
              <w:rPr>
                <w:rFonts w:ascii="Gill Sans MT" w:hAnsi="Gill Sans MT"/>
                <w:sz w:val="16"/>
                <w:szCs w:val="16"/>
              </w:rPr>
            </w:pPr>
          </w:p>
        </w:tc>
      </w:tr>
      <w:tr w:rsidR="00297D2C" w:rsidRPr="003B6D8D" w14:paraId="44C6B514" w14:textId="77777777" w:rsidTr="007B2FD8">
        <w:tc>
          <w:tcPr>
            <w:tcW w:w="2070" w:type="dxa"/>
            <w:tcMar>
              <w:top w:w="8" w:type="dxa"/>
              <w:left w:w="60" w:type="dxa"/>
              <w:bottom w:w="8" w:type="dxa"/>
              <w:right w:w="60" w:type="dxa"/>
            </w:tcMar>
            <w:vAlign w:val="center"/>
          </w:tcPr>
          <w:p w14:paraId="0A94EE8F"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functional</w:t>
            </w:r>
          </w:p>
        </w:tc>
        <w:tc>
          <w:tcPr>
            <w:tcW w:w="1752" w:type="dxa"/>
            <w:tcMar>
              <w:top w:w="8" w:type="dxa"/>
              <w:left w:w="60" w:type="dxa"/>
              <w:bottom w:w="8" w:type="dxa"/>
              <w:right w:w="60" w:type="dxa"/>
            </w:tcMar>
          </w:tcPr>
          <w:p w14:paraId="0E909614"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-0.115</w:t>
            </w:r>
          </w:p>
        </w:tc>
        <w:tc>
          <w:tcPr>
            <w:tcW w:w="1797" w:type="dxa"/>
            <w:tcMar>
              <w:top w:w="8" w:type="dxa"/>
              <w:left w:w="60" w:type="dxa"/>
              <w:bottom w:w="8" w:type="dxa"/>
              <w:right w:w="60" w:type="dxa"/>
            </w:tcMar>
          </w:tcPr>
          <w:p w14:paraId="5BDA4499"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0.040</w:t>
            </w:r>
          </w:p>
        </w:tc>
        <w:tc>
          <w:tcPr>
            <w:tcW w:w="2461" w:type="dxa"/>
            <w:tcMar>
              <w:top w:w="8" w:type="dxa"/>
              <w:left w:w="60" w:type="dxa"/>
              <w:bottom w:w="8" w:type="dxa"/>
              <w:right w:w="60" w:type="dxa"/>
            </w:tcMar>
            <w:vAlign w:val="center"/>
          </w:tcPr>
          <w:p w14:paraId="5F86786C" w14:textId="77777777" w:rsidR="00297D2C" w:rsidRPr="003B6D8D" w:rsidRDefault="00297D2C" w:rsidP="007B2FD8">
            <w:pPr>
              <w:jc w:val="center"/>
              <w:rPr>
                <w:rFonts w:ascii="Gill Sans MT" w:hAnsi="Gill Sans MT"/>
                <w:sz w:val="16"/>
                <w:szCs w:val="16"/>
              </w:rPr>
            </w:pPr>
          </w:p>
        </w:tc>
      </w:tr>
      <w:tr w:rsidR="00297D2C" w:rsidRPr="003B6D8D" w14:paraId="381ACF9D" w14:textId="77777777" w:rsidTr="007B2FD8">
        <w:tc>
          <w:tcPr>
            <w:tcW w:w="2070" w:type="dxa"/>
            <w:tcMar>
              <w:top w:w="8" w:type="dxa"/>
              <w:left w:w="60" w:type="dxa"/>
              <w:bottom w:w="8" w:type="dxa"/>
              <w:right w:w="60" w:type="dxa"/>
            </w:tcMar>
            <w:vAlign w:val="center"/>
          </w:tcPr>
          <w:p w14:paraId="161DA50C"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b/>
                <w:bCs/>
                <w:sz w:val="16"/>
                <w:szCs w:val="16"/>
              </w:rPr>
              <w:t>LVI multimodal</w:t>
            </w:r>
          </w:p>
        </w:tc>
        <w:tc>
          <w:tcPr>
            <w:tcW w:w="1752" w:type="dxa"/>
            <w:tcMar>
              <w:top w:w="8" w:type="dxa"/>
              <w:left w:w="60" w:type="dxa"/>
              <w:bottom w:w="8" w:type="dxa"/>
              <w:right w:w="60" w:type="dxa"/>
            </w:tcMar>
          </w:tcPr>
          <w:p w14:paraId="0A517C9A"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-0.187</w:t>
            </w:r>
          </w:p>
        </w:tc>
        <w:tc>
          <w:tcPr>
            <w:tcW w:w="1797" w:type="dxa"/>
            <w:tcMar>
              <w:top w:w="8" w:type="dxa"/>
              <w:left w:w="60" w:type="dxa"/>
              <w:bottom w:w="8" w:type="dxa"/>
              <w:right w:w="60" w:type="dxa"/>
            </w:tcMar>
          </w:tcPr>
          <w:p w14:paraId="7325DF1B" w14:textId="77777777" w:rsidR="00297D2C" w:rsidRPr="003B6D8D" w:rsidRDefault="00297D2C" w:rsidP="007B2FD8">
            <w:pPr>
              <w:jc w:val="center"/>
              <w:rPr>
                <w:rFonts w:ascii="Gill Sans MT" w:hAnsi="Gill Sans MT"/>
                <w:sz w:val="16"/>
                <w:szCs w:val="16"/>
              </w:rPr>
            </w:pPr>
            <w:r>
              <w:rPr>
                <w:rFonts w:ascii="Gill Sans MT" w:hAnsi="Gill Sans MT"/>
                <w:b/>
                <w:sz w:val="16"/>
                <w:szCs w:val="16"/>
              </w:rPr>
              <w:t>&lt;0.001</w:t>
            </w:r>
          </w:p>
        </w:tc>
        <w:tc>
          <w:tcPr>
            <w:tcW w:w="2461" w:type="dxa"/>
            <w:tcMar>
              <w:top w:w="8" w:type="dxa"/>
              <w:left w:w="60" w:type="dxa"/>
              <w:bottom w:w="8" w:type="dxa"/>
              <w:right w:w="60" w:type="dxa"/>
            </w:tcMar>
            <w:vAlign w:val="center"/>
          </w:tcPr>
          <w:p w14:paraId="0EED13BC" w14:textId="77777777" w:rsidR="00297D2C" w:rsidRPr="003B6D8D" w:rsidRDefault="00297D2C" w:rsidP="007B2FD8">
            <w:pPr>
              <w:jc w:val="center"/>
              <w:rPr>
                <w:rFonts w:ascii="Gill Sans MT" w:hAnsi="Gill Sans MT"/>
                <w:sz w:val="16"/>
                <w:szCs w:val="16"/>
              </w:rPr>
            </w:pPr>
          </w:p>
        </w:tc>
      </w:tr>
      <w:tr w:rsidR="00297D2C" w:rsidRPr="003B6D8D" w14:paraId="27C99B6F" w14:textId="77777777" w:rsidTr="007B2FD8">
        <w:tc>
          <w:tcPr>
            <w:tcW w:w="8080" w:type="dxa"/>
            <w:gridSpan w:val="4"/>
            <w:tcMar>
              <w:top w:w="8" w:type="dxa"/>
              <w:left w:w="60" w:type="dxa"/>
              <w:bottom w:w="8" w:type="dxa"/>
              <w:right w:w="60" w:type="dxa"/>
            </w:tcMar>
            <w:vAlign w:val="center"/>
          </w:tcPr>
          <w:p w14:paraId="779B9C57"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Bilateral structural volumes</w:t>
            </w:r>
          </w:p>
        </w:tc>
      </w:tr>
      <w:tr w:rsidR="00297D2C" w:rsidRPr="003B6D8D" w14:paraId="705421F1" w14:textId="77777777" w:rsidTr="007B2FD8">
        <w:tc>
          <w:tcPr>
            <w:tcW w:w="2070" w:type="dxa"/>
            <w:tcMar>
              <w:top w:w="8" w:type="dxa"/>
              <w:left w:w="60" w:type="dxa"/>
              <w:bottom w:w="8" w:type="dxa"/>
              <w:right w:w="60" w:type="dxa"/>
            </w:tcMar>
            <w:vAlign w:val="center"/>
          </w:tcPr>
          <w:p w14:paraId="7C5CC577"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Amygdala</w:t>
            </w:r>
          </w:p>
        </w:tc>
        <w:tc>
          <w:tcPr>
            <w:tcW w:w="1752" w:type="dxa"/>
            <w:tcMar>
              <w:top w:w="8" w:type="dxa"/>
              <w:left w:w="60" w:type="dxa"/>
              <w:bottom w:w="8" w:type="dxa"/>
              <w:right w:w="60" w:type="dxa"/>
            </w:tcMar>
          </w:tcPr>
          <w:p w14:paraId="0E1065C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+0.031</w:t>
            </w:r>
          </w:p>
        </w:tc>
        <w:tc>
          <w:tcPr>
            <w:tcW w:w="1797" w:type="dxa"/>
            <w:tcMar>
              <w:top w:w="8" w:type="dxa"/>
              <w:left w:w="60" w:type="dxa"/>
              <w:bottom w:w="8" w:type="dxa"/>
              <w:right w:w="60" w:type="dxa"/>
            </w:tcMar>
          </w:tcPr>
          <w:p w14:paraId="261CA32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0.584</w:t>
            </w:r>
          </w:p>
        </w:tc>
        <w:tc>
          <w:tcPr>
            <w:tcW w:w="2461" w:type="dxa"/>
            <w:tcMar>
              <w:top w:w="8" w:type="dxa"/>
              <w:left w:w="60" w:type="dxa"/>
              <w:bottom w:w="8" w:type="dxa"/>
              <w:right w:w="60" w:type="dxa"/>
            </w:tcMar>
          </w:tcPr>
          <w:p w14:paraId="33AC340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0.847</w:t>
            </w:r>
          </w:p>
        </w:tc>
      </w:tr>
      <w:tr w:rsidR="00297D2C" w:rsidRPr="003B6D8D" w14:paraId="4F1BC40D" w14:textId="77777777" w:rsidTr="007B2FD8">
        <w:tc>
          <w:tcPr>
            <w:tcW w:w="2070" w:type="dxa"/>
            <w:tcMar>
              <w:top w:w="8" w:type="dxa"/>
              <w:left w:w="60" w:type="dxa"/>
              <w:bottom w:w="8" w:type="dxa"/>
              <w:right w:w="60" w:type="dxa"/>
            </w:tcMar>
            <w:vAlign w:val="center"/>
          </w:tcPr>
          <w:p w14:paraId="66A705FF"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Hippocampus</w:t>
            </w:r>
          </w:p>
        </w:tc>
        <w:tc>
          <w:tcPr>
            <w:tcW w:w="1752" w:type="dxa"/>
            <w:tcMar>
              <w:top w:w="8" w:type="dxa"/>
              <w:left w:w="60" w:type="dxa"/>
              <w:bottom w:w="8" w:type="dxa"/>
              <w:right w:w="60" w:type="dxa"/>
            </w:tcMar>
          </w:tcPr>
          <w:p w14:paraId="309DF39C"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+0.011</w:t>
            </w:r>
          </w:p>
        </w:tc>
        <w:tc>
          <w:tcPr>
            <w:tcW w:w="1797" w:type="dxa"/>
            <w:tcMar>
              <w:top w:w="8" w:type="dxa"/>
              <w:left w:w="60" w:type="dxa"/>
              <w:bottom w:w="8" w:type="dxa"/>
              <w:right w:w="60" w:type="dxa"/>
            </w:tcMar>
          </w:tcPr>
          <w:p w14:paraId="369777B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0.847</w:t>
            </w:r>
          </w:p>
        </w:tc>
        <w:tc>
          <w:tcPr>
            <w:tcW w:w="2461" w:type="dxa"/>
            <w:tcMar>
              <w:top w:w="8" w:type="dxa"/>
              <w:left w:w="60" w:type="dxa"/>
              <w:bottom w:w="8" w:type="dxa"/>
              <w:right w:w="60" w:type="dxa"/>
            </w:tcMar>
          </w:tcPr>
          <w:p w14:paraId="6BD7C13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0.847</w:t>
            </w:r>
          </w:p>
        </w:tc>
      </w:tr>
      <w:tr w:rsidR="00297D2C" w:rsidRPr="003B6D8D" w14:paraId="68D29D18" w14:textId="77777777" w:rsidTr="007B2FD8">
        <w:tc>
          <w:tcPr>
            <w:tcW w:w="2070" w:type="dxa"/>
            <w:tcMar>
              <w:top w:w="8" w:type="dxa"/>
              <w:left w:w="60" w:type="dxa"/>
              <w:bottom w:w="8" w:type="dxa"/>
              <w:right w:w="60" w:type="dxa"/>
            </w:tcMar>
            <w:vAlign w:val="center"/>
          </w:tcPr>
          <w:p w14:paraId="773D1098"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Bilateral ACC</w:t>
            </w:r>
          </w:p>
        </w:tc>
        <w:tc>
          <w:tcPr>
            <w:tcW w:w="1752" w:type="dxa"/>
            <w:tcMar>
              <w:top w:w="8" w:type="dxa"/>
              <w:left w:w="60" w:type="dxa"/>
              <w:bottom w:w="8" w:type="dxa"/>
              <w:right w:w="60" w:type="dxa"/>
            </w:tcMar>
          </w:tcPr>
          <w:p w14:paraId="7CB28A4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+0.122</w:t>
            </w:r>
          </w:p>
        </w:tc>
        <w:tc>
          <w:tcPr>
            <w:tcW w:w="1797" w:type="dxa"/>
            <w:tcMar>
              <w:top w:w="8" w:type="dxa"/>
              <w:left w:w="60" w:type="dxa"/>
              <w:bottom w:w="8" w:type="dxa"/>
              <w:right w:w="60" w:type="dxa"/>
            </w:tcMar>
          </w:tcPr>
          <w:p w14:paraId="6870D28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0.030</w:t>
            </w:r>
          </w:p>
        </w:tc>
        <w:tc>
          <w:tcPr>
            <w:tcW w:w="2461" w:type="dxa"/>
            <w:tcMar>
              <w:top w:w="8" w:type="dxa"/>
              <w:left w:w="60" w:type="dxa"/>
              <w:bottom w:w="8" w:type="dxa"/>
              <w:right w:w="60" w:type="dxa"/>
            </w:tcMar>
          </w:tcPr>
          <w:p w14:paraId="4B49C9E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0.090</w:t>
            </w:r>
          </w:p>
        </w:tc>
      </w:tr>
      <w:tr w:rsidR="00297D2C" w:rsidRPr="003B6D8D" w14:paraId="52B20790" w14:textId="77777777" w:rsidTr="007B2FD8">
        <w:tc>
          <w:tcPr>
            <w:tcW w:w="8080" w:type="dxa"/>
            <w:gridSpan w:val="4"/>
            <w:tcMar>
              <w:top w:w="8" w:type="dxa"/>
              <w:left w:w="60" w:type="dxa"/>
              <w:bottom w:w="8" w:type="dxa"/>
              <w:right w:w="60" w:type="dxa"/>
            </w:tcMar>
            <w:vAlign w:val="center"/>
          </w:tcPr>
          <w:p w14:paraId="72E1922F"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Lateralised structural volumes</w:t>
            </w:r>
          </w:p>
        </w:tc>
      </w:tr>
      <w:tr w:rsidR="00297D2C" w:rsidRPr="003B6D8D" w14:paraId="7001F7DB" w14:textId="77777777" w:rsidTr="007B2FD8">
        <w:tc>
          <w:tcPr>
            <w:tcW w:w="2070" w:type="dxa"/>
            <w:tcMar>
              <w:top w:w="8" w:type="dxa"/>
              <w:left w:w="60" w:type="dxa"/>
              <w:bottom w:w="8" w:type="dxa"/>
              <w:right w:w="60" w:type="dxa"/>
            </w:tcMar>
            <w:vAlign w:val="center"/>
          </w:tcPr>
          <w:p w14:paraId="12D90E22"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Left Amygdala</w:t>
            </w:r>
          </w:p>
        </w:tc>
        <w:tc>
          <w:tcPr>
            <w:tcW w:w="1752" w:type="dxa"/>
            <w:tcMar>
              <w:top w:w="8" w:type="dxa"/>
              <w:left w:w="60" w:type="dxa"/>
              <w:bottom w:w="8" w:type="dxa"/>
              <w:right w:w="60" w:type="dxa"/>
            </w:tcMar>
          </w:tcPr>
          <w:p w14:paraId="2BFFFAA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+0.029</w:t>
            </w:r>
          </w:p>
        </w:tc>
        <w:tc>
          <w:tcPr>
            <w:tcW w:w="1797" w:type="dxa"/>
            <w:tcMar>
              <w:top w:w="8" w:type="dxa"/>
              <w:left w:w="60" w:type="dxa"/>
              <w:bottom w:w="8" w:type="dxa"/>
              <w:right w:w="60" w:type="dxa"/>
            </w:tcMar>
          </w:tcPr>
          <w:p w14:paraId="163EC8E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0.612</w:t>
            </w:r>
          </w:p>
        </w:tc>
        <w:tc>
          <w:tcPr>
            <w:tcW w:w="2461" w:type="dxa"/>
            <w:tcMar>
              <w:top w:w="8" w:type="dxa"/>
              <w:left w:w="60" w:type="dxa"/>
              <w:bottom w:w="8" w:type="dxa"/>
              <w:right w:w="60" w:type="dxa"/>
            </w:tcMar>
          </w:tcPr>
          <w:p w14:paraId="01AD4A2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0.887</w:t>
            </w:r>
          </w:p>
        </w:tc>
      </w:tr>
      <w:tr w:rsidR="00297D2C" w:rsidRPr="003B6D8D" w14:paraId="208BA7E2" w14:textId="77777777" w:rsidTr="007B2FD8">
        <w:tc>
          <w:tcPr>
            <w:tcW w:w="2070" w:type="dxa"/>
            <w:tcMar>
              <w:top w:w="8" w:type="dxa"/>
              <w:left w:w="60" w:type="dxa"/>
              <w:bottom w:w="8" w:type="dxa"/>
              <w:right w:w="60" w:type="dxa"/>
            </w:tcMar>
            <w:vAlign w:val="center"/>
          </w:tcPr>
          <w:p w14:paraId="168E6FEB"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Amygdala</w:t>
            </w:r>
          </w:p>
        </w:tc>
        <w:tc>
          <w:tcPr>
            <w:tcW w:w="1752" w:type="dxa"/>
            <w:tcMar>
              <w:top w:w="8" w:type="dxa"/>
              <w:left w:w="60" w:type="dxa"/>
              <w:bottom w:w="8" w:type="dxa"/>
              <w:right w:w="60" w:type="dxa"/>
            </w:tcMar>
          </w:tcPr>
          <w:p w14:paraId="71684F3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+0.024</w:t>
            </w:r>
          </w:p>
        </w:tc>
        <w:tc>
          <w:tcPr>
            <w:tcW w:w="1797" w:type="dxa"/>
            <w:tcMar>
              <w:top w:w="8" w:type="dxa"/>
              <w:left w:w="60" w:type="dxa"/>
              <w:bottom w:w="8" w:type="dxa"/>
              <w:right w:w="60" w:type="dxa"/>
            </w:tcMar>
          </w:tcPr>
          <w:p w14:paraId="49B4618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0.667</w:t>
            </w:r>
          </w:p>
        </w:tc>
        <w:tc>
          <w:tcPr>
            <w:tcW w:w="2461" w:type="dxa"/>
            <w:tcMar>
              <w:top w:w="8" w:type="dxa"/>
              <w:left w:w="60" w:type="dxa"/>
              <w:bottom w:w="8" w:type="dxa"/>
              <w:right w:w="60" w:type="dxa"/>
            </w:tcMar>
          </w:tcPr>
          <w:p w14:paraId="280D47E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0.887</w:t>
            </w:r>
          </w:p>
        </w:tc>
      </w:tr>
      <w:tr w:rsidR="00297D2C" w:rsidRPr="003B6D8D" w14:paraId="106A02FF" w14:textId="77777777" w:rsidTr="007B2FD8">
        <w:tc>
          <w:tcPr>
            <w:tcW w:w="2070" w:type="dxa"/>
            <w:tcMar>
              <w:top w:w="8" w:type="dxa"/>
              <w:left w:w="60" w:type="dxa"/>
              <w:bottom w:w="8" w:type="dxa"/>
              <w:right w:w="60" w:type="dxa"/>
            </w:tcMar>
            <w:vAlign w:val="center"/>
          </w:tcPr>
          <w:p w14:paraId="28B44977"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Left Hippocampus</w:t>
            </w:r>
          </w:p>
        </w:tc>
        <w:tc>
          <w:tcPr>
            <w:tcW w:w="1752" w:type="dxa"/>
            <w:tcMar>
              <w:top w:w="8" w:type="dxa"/>
              <w:left w:w="60" w:type="dxa"/>
              <w:bottom w:w="8" w:type="dxa"/>
              <w:right w:w="60" w:type="dxa"/>
            </w:tcMar>
          </w:tcPr>
          <w:p w14:paraId="2773353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+0.019</w:t>
            </w:r>
          </w:p>
        </w:tc>
        <w:tc>
          <w:tcPr>
            <w:tcW w:w="1797" w:type="dxa"/>
            <w:tcMar>
              <w:top w:w="8" w:type="dxa"/>
              <w:left w:w="60" w:type="dxa"/>
              <w:bottom w:w="8" w:type="dxa"/>
              <w:right w:w="60" w:type="dxa"/>
            </w:tcMar>
          </w:tcPr>
          <w:p w14:paraId="09CC864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0.740</w:t>
            </w:r>
          </w:p>
        </w:tc>
        <w:tc>
          <w:tcPr>
            <w:tcW w:w="2461" w:type="dxa"/>
            <w:tcMar>
              <w:top w:w="8" w:type="dxa"/>
              <w:left w:w="60" w:type="dxa"/>
              <w:bottom w:w="8" w:type="dxa"/>
              <w:right w:w="60" w:type="dxa"/>
            </w:tcMar>
          </w:tcPr>
          <w:p w14:paraId="0647ED5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0.887</w:t>
            </w:r>
          </w:p>
        </w:tc>
      </w:tr>
      <w:tr w:rsidR="00297D2C" w:rsidRPr="003B6D8D" w14:paraId="27212AB7" w14:textId="77777777" w:rsidTr="007B2FD8">
        <w:tc>
          <w:tcPr>
            <w:tcW w:w="2070" w:type="dxa"/>
            <w:tcMar>
              <w:top w:w="8" w:type="dxa"/>
              <w:left w:w="60" w:type="dxa"/>
              <w:bottom w:w="8" w:type="dxa"/>
              <w:right w:w="60" w:type="dxa"/>
            </w:tcMar>
            <w:vAlign w:val="center"/>
          </w:tcPr>
          <w:p w14:paraId="4E01ADED"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Hippocampus</w:t>
            </w:r>
          </w:p>
        </w:tc>
        <w:tc>
          <w:tcPr>
            <w:tcW w:w="1752" w:type="dxa"/>
            <w:tcMar>
              <w:top w:w="8" w:type="dxa"/>
              <w:left w:w="60" w:type="dxa"/>
              <w:bottom w:w="8" w:type="dxa"/>
              <w:right w:w="60" w:type="dxa"/>
            </w:tcMar>
          </w:tcPr>
          <w:p w14:paraId="317A4D4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-0.002</w:t>
            </w:r>
          </w:p>
        </w:tc>
        <w:tc>
          <w:tcPr>
            <w:tcW w:w="1797" w:type="dxa"/>
            <w:tcMar>
              <w:top w:w="8" w:type="dxa"/>
              <w:left w:w="60" w:type="dxa"/>
              <w:bottom w:w="8" w:type="dxa"/>
              <w:right w:w="60" w:type="dxa"/>
            </w:tcMar>
          </w:tcPr>
          <w:p w14:paraId="3BF3005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0.978</w:t>
            </w:r>
          </w:p>
        </w:tc>
        <w:tc>
          <w:tcPr>
            <w:tcW w:w="2461" w:type="dxa"/>
            <w:tcMar>
              <w:top w:w="8" w:type="dxa"/>
              <w:left w:w="60" w:type="dxa"/>
              <w:bottom w:w="8" w:type="dxa"/>
              <w:right w:w="60" w:type="dxa"/>
            </w:tcMar>
          </w:tcPr>
          <w:p w14:paraId="746022BA" w14:textId="77777777" w:rsidR="00297D2C" w:rsidRPr="003B6D8D" w:rsidRDefault="00297D2C" w:rsidP="007B2FD8">
            <w:pPr>
              <w:jc w:val="center"/>
              <w:rPr>
                <w:rFonts w:ascii="Gill Sans MT" w:hAnsi="Gill Sans MT"/>
                <w:sz w:val="16"/>
                <w:szCs w:val="16"/>
              </w:rPr>
            </w:pPr>
            <w:r>
              <w:rPr>
                <w:rFonts w:ascii="Gill Sans MT" w:hAnsi="Gill Sans MT"/>
                <w:sz w:val="16"/>
                <w:szCs w:val="16"/>
              </w:rPr>
              <w:t>0.978</w:t>
            </w:r>
          </w:p>
        </w:tc>
      </w:tr>
      <w:tr w:rsidR="00297D2C" w:rsidRPr="003B6D8D" w14:paraId="2FD830FD" w14:textId="77777777" w:rsidTr="007B2FD8">
        <w:tc>
          <w:tcPr>
            <w:tcW w:w="2070" w:type="dxa"/>
            <w:tcMar>
              <w:top w:w="8" w:type="dxa"/>
              <w:left w:w="60" w:type="dxa"/>
              <w:bottom w:w="8" w:type="dxa"/>
              <w:right w:w="60" w:type="dxa"/>
            </w:tcMar>
            <w:vAlign w:val="center"/>
          </w:tcPr>
          <w:p w14:paraId="3E706C99" w14:textId="77777777" w:rsidR="00297D2C" w:rsidRPr="00193D1E" w:rsidRDefault="00297D2C" w:rsidP="007B2FD8">
            <w:pPr>
              <w:rPr>
                <w:rFonts w:ascii="Gill Sans MT" w:eastAsia="Calibri" w:hAnsi="Gill Sans MT" w:cs="Calibri"/>
                <w:b/>
                <w:bCs/>
                <w:sz w:val="16"/>
                <w:szCs w:val="16"/>
              </w:rPr>
            </w:pPr>
            <w:r w:rsidRPr="00193D1E">
              <w:rPr>
                <w:rFonts w:ascii="Gill Sans MT" w:eastAsia="Calibri" w:hAnsi="Gill Sans MT" w:cs="Calibri"/>
                <w:b/>
                <w:bCs/>
                <w:sz w:val="16"/>
                <w:szCs w:val="16"/>
              </w:rPr>
              <w:lastRenderedPageBreak/>
              <w:t>Left ACC</w:t>
            </w:r>
          </w:p>
        </w:tc>
        <w:tc>
          <w:tcPr>
            <w:tcW w:w="1752" w:type="dxa"/>
            <w:tcMar>
              <w:top w:w="8" w:type="dxa"/>
              <w:left w:w="60" w:type="dxa"/>
              <w:bottom w:w="8" w:type="dxa"/>
              <w:right w:w="60" w:type="dxa"/>
            </w:tcMar>
          </w:tcPr>
          <w:p w14:paraId="7A02F34F"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+0.170</w:t>
            </w:r>
          </w:p>
        </w:tc>
        <w:tc>
          <w:tcPr>
            <w:tcW w:w="1797" w:type="dxa"/>
            <w:tcMar>
              <w:top w:w="8" w:type="dxa"/>
              <w:left w:w="60" w:type="dxa"/>
              <w:bottom w:w="8" w:type="dxa"/>
              <w:right w:w="60" w:type="dxa"/>
            </w:tcMar>
          </w:tcPr>
          <w:p w14:paraId="5E3D13B6"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0.002</w:t>
            </w:r>
          </w:p>
        </w:tc>
        <w:tc>
          <w:tcPr>
            <w:tcW w:w="2461" w:type="dxa"/>
            <w:tcMar>
              <w:top w:w="8" w:type="dxa"/>
              <w:left w:w="60" w:type="dxa"/>
              <w:bottom w:w="8" w:type="dxa"/>
              <w:right w:w="60" w:type="dxa"/>
            </w:tcMar>
          </w:tcPr>
          <w:p w14:paraId="682A0A40" w14:textId="77777777" w:rsidR="00297D2C" w:rsidRPr="00193D1E" w:rsidRDefault="00297D2C" w:rsidP="007B2FD8">
            <w:pPr>
              <w:jc w:val="center"/>
              <w:rPr>
                <w:rFonts w:ascii="Gill Sans MT" w:hAnsi="Gill Sans MT"/>
                <w:b/>
                <w:bCs/>
                <w:sz w:val="16"/>
                <w:szCs w:val="16"/>
              </w:rPr>
            </w:pPr>
            <w:r w:rsidRPr="00193D1E">
              <w:rPr>
                <w:rFonts w:ascii="Gill Sans MT" w:hAnsi="Gill Sans MT"/>
                <w:b/>
                <w:bCs/>
                <w:sz w:val="16"/>
                <w:szCs w:val="16"/>
              </w:rPr>
              <w:t>0.014</w:t>
            </w:r>
          </w:p>
        </w:tc>
      </w:tr>
      <w:tr w:rsidR="00297D2C" w:rsidRPr="003B6D8D" w14:paraId="7E71ACD6" w14:textId="77777777" w:rsidTr="007B2FD8">
        <w:tc>
          <w:tcPr>
            <w:tcW w:w="2070" w:type="dxa"/>
            <w:tcMar>
              <w:top w:w="8" w:type="dxa"/>
              <w:left w:w="60" w:type="dxa"/>
              <w:bottom w:w="8" w:type="dxa"/>
              <w:right w:w="60" w:type="dxa"/>
            </w:tcMar>
            <w:vAlign w:val="center"/>
          </w:tcPr>
          <w:p w14:paraId="13DC176E"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Right ACC</w:t>
            </w:r>
          </w:p>
        </w:tc>
        <w:tc>
          <w:tcPr>
            <w:tcW w:w="1752" w:type="dxa"/>
            <w:tcMar>
              <w:top w:w="8" w:type="dxa"/>
              <w:left w:w="60" w:type="dxa"/>
              <w:bottom w:w="8" w:type="dxa"/>
              <w:right w:w="60" w:type="dxa"/>
            </w:tcMar>
          </w:tcPr>
          <w:p w14:paraId="7D7B8F4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+0.083</w:t>
            </w:r>
          </w:p>
        </w:tc>
        <w:tc>
          <w:tcPr>
            <w:tcW w:w="1797" w:type="dxa"/>
            <w:tcMar>
              <w:top w:w="8" w:type="dxa"/>
              <w:left w:w="60" w:type="dxa"/>
              <w:bottom w:w="8" w:type="dxa"/>
              <w:right w:w="60" w:type="dxa"/>
            </w:tcMar>
          </w:tcPr>
          <w:p w14:paraId="083593F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0.141</w:t>
            </w:r>
          </w:p>
        </w:tc>
        <w:tc>
          <w:tcPr>
            <w:tcW w:w="2461" w:type="dxa"/>
            <w:tcMar>
              <w:top w:w="8" w:type="dxa"/>
              <w:left w:w="60" w:type="dxa"/>
              <w:bottom w:w="8" w:type="dxa"/>
              <w:right w:w="60" w:type="dxa"/>
            </w:tcMar>
          </w:tcPr>
          <w:p w14:paraId="0A79D1C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0.424</w:t>
            </w:r>
          </w:p>
        </w:tc>
      </w:tr>
      <w:tr w:rsidR="00297D2C" w:rsidRPr="003B6D8D" w14:paraId="2FC8ABE4" w14:textId="77777777" w:rsidTr="007B2FD8">
        <w:tc>
          <w:tcPr>
            <w:tcW w:w="8080" w:type="dxa"/>
            <w:gridSpan w:val="4"/>
            <w:tcMar>
              <w:top w:w="8" w:type="dxa"/>
              <w:left w:w="60" w:type="dxa"/>
              <w:bottom w:w="8" w:type="dxa"/>
              <w:right w:w="60" w:type="dxa"/>
            </w:tcMar>
            <w:vAlign w:val="center"/>
          </w:tcPr>
          <w:p w14:paraId="6A007D02"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Subcortical connectivity</w:t>
            </w:r>
          </w:p>
        </w:tc>
      </w:tr>
      <w:tr w:rsidR="00297D2C" w:rsidRPr="003B6D8D" w14:paraId="300424F4" w14:textId="77777777" w:rsidTr="007B2FD8">
        <w:tc>
          <w:tcPr>
            <w:tcW w:w="2070" w:type="dxa"/>
            <w:tcMar>
              <w:top w:w="8" w:type="dxa"/>
              <w:left w:w="60" w:type="dxa"/>
              <w:bottom w:w="8" w:type="dxa"/>
              <w:right w:w="60" w:type="dxa"/>
            </w:tcMar>
            <w:vAlign w:val="center"/>
          </w:tcPr>
          <w:p w14:paraId="40770E76"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HIP-LIM</w:t>
            </w:r>
          </w:p>
        </w:tc>
        <w:tc>
          <w:tcPr>
            <w:tcW w:w="1752" w:type="dxa"/>
            <w:tcMar>
              <w:top w:w="8" w:type="dxa"/>
              <w:left w:w="60" w:type="dxa"/>
              <w:bottom w:w="8" w:type="dxa"/>
              <w:right w:w="60" w:type="dxa"/>
            </w:tcMar>
          </w:tcPr>
          <w:p w14:paraId="3272AD6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+0.048</w:t>
            </w:r>
          </w:p>
        </w:tc>
        <w:tc>
          <w:tcPr>
            <w:tcW w:w="1797" w:type="dxa"/>
            <w:tcMar>
              <w:top w:w="8" w:type="dxa"/>
              <w:left w:w="60" w:type="dxa"/>
              <w:bottom w:w="8" w:type="dxa"/>
              <w:right w:w="60" w:type="dxa"/>
            </w:tcMar>
          </w:tcPr>
          <w:p w14:paraId="7472BE1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0.394</w:t>
            </w:r>
          </w:p>
        </w:tc>
        <w:tc>
          <w:tcPr>
            <w:tcW w:w="2461" w:type="dxa"/>
            <w:tcMar>
              <w:top w:w="8" w:type="dxa"/>
              <w:left w:w="60" w:type="dxa"/>
              <w:bottom w:w="8" w:type="dxa"/>
              <w:right w:w="60" w:type="dxa"/>
            </w:tcMar>
          </w:tcPr>
          <w:p w14:paraId="70F2DC8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0.493</w:t>
            </w:r>
          </w:p>
        </w:tc>
      </w:tr>
      <w:tr w:rsidR="00297D2C" w:rsidRPr="003B6D8D" w14:paraId="6C2036C6" w14:textId="77777777" w:rsidTr="007B2FD8">
        <w:tc>
          <w:tcPr>
            <w:tcW w:w="2070" w:type="dxa"/>
            <w:tcMar>
              <w:top w:w="8" w:type="dxa"/>
              <w:left w:w="60" w:type="dxa"/>
              <w:bottom w:w="8" w:type="dxa"/>
              <w:right w:w="60" w:type="dxa"/>
            </w:tcMar>
            <w:vAlign w:val="center"/>
          </w:tcPr>
          <w:p w14:paraId="2A0A77BD"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AMY-LIM</w:t>
            </w:r>
          </w:p>
        </w:tc>
        <w:tc>
          <w:tcPr>
            <w:tcW w:w="1752" w:type="dxa"/>
            <w:tcMar>
              <w:top w:w="8" w:type="dxa"/>
              <w:left w:w="60" w:type="dxa"/>
              <w:bottom w:w="8" w:type="dxa"/>
              <w:right w:w="60" w:type="dxa"/>
            </w:tcMar>
          </w:tcPr>
          <w:p w14:paraId="6EA051F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+0.077</w:t>
            </w:r>
          </w:p>
        </w:tc>
        <w:tc>
          <w:tcPr>
            <w:tcW w:w="1797" w:type="dxa"/>
            <w:tcMar>
              <w:top w:w="8" w:type="dxa"/>
              <w:left w:w="60" w:type="dxa"/>
              <w:bottom w:w="8" w:type="dxa"/>
              <w:right w:w="60" w:type="dxa"/>
            </w:tcMar>
          </w:tcPr>
          <w:p w14:paraId="1776704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0.170</w:t>
            </w:r>
          </w:p>
        </w:tc>
        <w:tc>
          <w:tcPr>
            <w:tcW w:w="2461" w:type="dxa"/>
            <w:tcMar>
              <w:top w:w="8" w:type="dxa"/>
              <w:left w:w="60" w:type="dxa"/>
              <w:bottom w:w="8" w:type="dxa"/>
              <w:right w:w="60" w:type="dxa"/>
            </w:tcMar>
          </w:tcPr>
          <w:p w14:paraId="35BE99D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0.339</w:t>
            </w:r>
          </w:p>
        </w:tc>
      </w:tr>
      <w:tr w:rsidR="00297D2C" w:rsidRPr="003B6D8D" w14:paraId="01FB4C4F" w14:textId="77777777" w:rsidTr="007B2FD8">
        <w:tc>
          <w:tcPr>
            <w:tcW w:w="2070" w:type="dxa"/>
            <w:tcMar>
              <w:top w:w="8" w:type="dxa"/>
              <w:left w:w="60" w:type="dxa"/>
              <w:bottom w:w="8" w:type="dxa"/>
              <w:right w:w="60" w:type="dxa"/>
            </w:tcMar>
            <w:vAlign w:val="center"/>
          </w:tcPr>
          <w:p w14:paraId="2AE2453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ACC-LIM</w:t>
            </w:r>
          </w:p>
        </w:tc>
        <w:tc>
          <w:tcPr>
            <w:tcW w:w="1752" w:type="dxa"/>
            <w:tcMar>
              <w:top w:w="8" w:type="dxa"/>
              <w:left w:w="60" w:type="dxa"/>
              <w:bottom w:w="8" w:type="dxa"/>
              <w:right w:w="60" w:type="dxa"/>
            </w:tcMar>
          </w:tcPr>
          <w:p w14:paraId="458514A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+0.081</w:t>
            </w:r>
          </w:p>
        </w:tc>
        <w:tc>
          <w:tcPr>
            <w:tcW w:w="1797" w:type="dxa"/>
            <w:tcMar>
              <w:top w:w="8" w:type="dxa"/>
              <w:left w:w="60" w:type="dxa"/>
              <w:bottom w:w="8" w:type="dxa"/>
              <w:right w:w="60" w:type="dxa"/>
            </w:tcMar>
          </w:tcPr>
          <w:p w14:paraId="1D756EA9"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0.147</w:t>
            </w:r>
          </w:p>
        </w:tc>
        <w:tc>
          <w:tcPr>
            <w:tcW w:w="2461" w:type="dxa"/>
            <w:tcMar>
              <w:top w:w="8" w:type="dxa"/>
              <w:left w:w="60" w:type="dxa"/>
              <w:bottom w:w="8" w:type="dxa"/>
              <w:right w:w="60" w:type="dxa"/>
            </w:tcMar>
          </w:tcPr>
          <w:p w14:paraId="3D22FAC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0.339</w:t>
            </w:r>
          </w:p>
        </w:tc>
      </w:tr>
      <w:tr w:rsidR="00297D2C" w:rsidRPr="003B6D8D" w14:paraId="6DB9E221" w14:textId="77777777" w:rsidTr="007B2FD8">
        <w:tc>
          <w:tcPr>
            <w:tcW w:w="2070" w:type="dxa"/>
            <w:tcMar>
              <w:top w:w="8" w:type="dxa"/>
              <w:left w:w="60" w:type="dxa"/>
              <w:bottom w:w="8" w:type="dxa"/>
              <w:right w:w="60" w:type="dxa"/>
            </w:tcMar>
            <w:vAlign w:val="center"/>
          </w:tcPr>
          <w:p w14:paraId="20AB2607"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HIP-ACC</w:t>
            </w:r>
          </w:p>
        </w:tc>
        <w:tc>
          <w:tcPr>
            <w:tcW w:w="1752" w:type="dxa"/>
            <w:tcMar>
              <w:top w:w="8" w:type="dxa"/>
              <w:left w:w="60" w:type="dxa"/>
              <w:bottom w:w="8" w:type="dxa"/>
              <w:right w:w="60" w:type="dxa"/>
            </w:tcMar>
          </w:tcPr>
          <w:p w14:paraId="60DE9E4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+0.021</w:t>
            </w:r>
          </w:p>
        </w:tc>
        <w:tc>
          <w:tcPr>
            <w:tcW w:w="1797" w:type="dxa"/>
            <w:tcMar>
              <w:top w:w="8" w:type="dxa"/>
              <w:left w:w="60" w:type="dxa"/>
              <w:bottom w:w="8" w:type="dxa"/>
              <w:right w:w="60" w:type="dxa"/>
            </w:tcMar>
          </w:tcPr>
          <w:p w14:paraId="576B026D"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0.703</w:t>
            </w:r>
          </w:p>
        </w:tc>
        <w:tc>
          <w:tcPr>
            <w:tcW w:w="2461" w:type="dxa"/>
            <w:tcMar>
              <w:top w:w="8" w:type="dxa"/>
              <w:left w:w="60" w:type="dxa"/>
              <w:bottom w:w="8" w:type="dxa"/>
              <w:right w:w="60" w:type="dxa"/>
            </w:tcMar>
          </w:tcPr>
          <w:p w14:paraId="3F48FA5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0.703</w:t>
            </w:r>
          </w:p>
        </w:tc>
      </w:tr>
      <w:tr w:rsidR="00297D2C" w:rsidRPr="003B6D8D" w14:paraId="4A6AC74B" w14:textId="77777777" w:rsidTr="007B2FD8">
        <w:tc>
          <w:tcPr>
            <w:tcW w:w="2070" w:type="dxa"/>
            <w:tcMar>
              <w:top w:w="8" w:type="dxa"/>
              <w:left w:w="60" w:type="dxa"/>
              <w:bottom w:w="8" w:type="dxa"/>
              <w:right w:w="60" w:type="dxa"/>
            </w:tcMar>
            <w:vAlign w:val="center"/>
          </w:tcPr>
          <w:p w14:paraId="0F25011B"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HIP-AMY</w:t>
            </w:r>
          </w:p>
        </w:tc>
        <w:tc>
          <w:tcPr>
            <w:tcW w:w="1752" w:type="dxa"/>
            <w:tcMar>
              <w:top w:w="8" w:type="dxa"/>
              <w:left w:w="60" w:type="dxa"/>
              <w:bottom w:w="8" w:type="dxa"/>
              <w:right w:w="60" w:type="dxa"/>
            </w:tcMar>
          </w:tcPr>
          <w:p w14:paraId="19A818B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-0.091</w:t>
            </w:r>
          </w:p>
        </w:tc>
        <w:tc>
          <w:tcPr>
            <w:tcW w:w="1797" w:type="dxa"/>
            <w:tcMar>
              <w:top w:w="8" w:type="dxa"/>
              <w:left w:w="60" w:type="dxa"/>
              <w:bottom w:w="8" w:type="dxa"/>
              <w:right w:w="60" w:type="dxa"/>
            </w:tcMar>
          </w:tcPr>
          <w:p w14:paraId="60C7F46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0.104</w:t>
            </w:r>
          </w:p>
        </w:tc>
        <w:tc>
          <w:tcPr>
            <w:tcW w:w="2461" w:type="dxa"/>
            <w:tcMar>
              <w:top w:w="8" w:type="dxa"/>
              <w:left w:w="60" w:type="dxa"/>
              <w:bottom w:w="8" w:type="dxa"/>
              <w:right w:w="60" w:type="dxa"/>
            </w:tcMar>
          </w:tcPr>
          <w:p w14:paraId="71F7CC7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0.339</w:t>
            </w:r>
          </w:p>
        </w:tc>
      </w:tr>
      <w:tr w:rsidR="00297D2C" w:rsidRPr="003B6D8D" w14:paraId="0398100B" w14:textId="77777777" w:rsidTr="007B2FD8">
        <w:tc>
          <w:tcPr>
            <w:tcW w:w="2070" w:type="dxa"/>
            <w:tcMar>
              <w:top w:w="8" w:type="dxa"/>
              <w:left w:w="60" w:type="dxa"/>
              <w:bottom w:w="8" w:type="dxa"/>
              <w:right w:w="60" w:type="dxa"/>
            </w:tcMar>
            <w:vAlign w:val="center"/>
          </w:tcPr>
          <w:p w14:paraId="7D6C6395"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AMY-ACC</w:t>
            </w:r>
          </w:p>
        </w:tc>
        <w:tc>
          <w:tcPr>
            <w:tcW w:w="1752" w:type="dxa"/>
            <w:tcMar>
              <w:top w:w="8" w:type="dxa"/>
              <w:left w:w="60" w:type="dxa"/>
              <w:bottom w:w="8" w:type="dxa"/>
              <w:right w:w="60" w:type="dxa"/>
            </w:tcMar>
          </w:tcPr>
          <w:p w14:paraId="4235351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+0.046</w:t>
            </w:r>
          </w:p>
        </w:tc>
        <w:tc>
          <w:tcPr>
            <w:tcW w:w="1797" w:type="dxa"/>
            <w:tcMar>
              <w:top w:w="8" w:type="dxa"/>
              <w:left w:w="60" w:type="dxa"/>
              <w:bottom w:w="8" w:type="dxa"/>
              <w:right w:w="60" w:type="dxa"/>
            </w:tcMar>
          </w:tcPr>
          <w:p w14:paraId="0E4213F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0.411</w:t>
            </w:r>
          </w:p>
        </w:tc>
        <w:tc>
          <w:tcPr>
            <w:tcW w:w="2461" w:type="dxa"/>
            <w:tcMar>
              <w:top w:w="8" w:type="dxa"/>
              <w:left w:w="60" w:type="dxa"/>
              <w:bottom w:w="8" w:type="dxa"/>
              <w:right w:w="60" w:type="dxa"/>
            </w:tcMar>
          </w:tcPr>
          <w:p w14:paraId="18049A1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0.493</w:t>
            </w:r>
          </w:p>
        </w:tc>
      </w:tr>
      <w:tr w:rsidR="00297D2C" w:rsidRPr="003B6D8D" w14:paraId="16277F7C" w14:textId="77777777" w:rsidTr="007B2FD8">
        <w:tc>
          <w:tcPr>
            <w:tcW w:w="8080" w:type="dxa"/>
            <w:gridSpan w:val="4"/>
            <w:tcMar>
              <w:top w:w="8" w:type="dxa"/>
              <w:left w:w="60" w:type="dxa"/>
              <w:bottom w:w="8" w:type="dxa"/>
              <w:right w:w="60" w:type="dxa"/>
            </w:tcMar>
            <w:vAlign w:val="center"/>
          </w:tcPr>
          <w:p w14:paraId="7BAC257F" w14:textId="77777777" w:rsidR="00297D2C" w:rsidRPr="003B6D8D" w:rsidRDefault="00297D2C" w:rsidP="007B2FD8">
            <w:pPr>
              <w:jc w:val="center"/>
              <w:rPr>
                <w:rFonts w:ascii="Gill Sans MT" w:hAnsi="Gill Sans MT"/>
                <w:sz w:val="16"/>
                <w:szCs w:val="16"/>
              </w:rPr>
            </w:pPr>
            <w:r>
              <w:rPr>
                <w:rFonts w:ascii="Gill Sans MT" w:eastAsia="Calibri" w:hAnsi="Gill Sans MT" w:cs="Calibri"/>
                <w:i/>
                <w:iCs/>
                <w:sz w:val="16"/>
                <w:szCs w:val="16"/>
              </w:rPr>
              <w:t>Cortical connectivity</w:t>
            </w:r>
          </w:p>
        </w:tc>
      </w:tr>
      <w:tr w:rsidR="00297D2C" w:rsidRPr="003B6D8D" w14:paraId="248A541E" w14:textId="77777777" w:rsidTr="007B2FD8">
        <w:tc>
          <w:tcPr>
            <w:tcW w:w="2070" w:type="dxa"/>
            <w:tcMar>
              <w:top w:w="8" w:type="dxa"/>
              <w:left w:w="60" w:type="dxa"/>
              <w:bottom w:w="8" w:type="dxa"/>
              <w:right w:w="60" w:type="dxa"/>
            </w:tcMar>
            <w:vAlign w:val="center"/>
          </w:tcPr>
          <w:p w14:paraId="045285C0"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LIM-WC</w:t>
            </w:r>
          </w:p>
        </w:tc>
        <w:tc>
          <w:tcPr>
            <w:tcW w:w="1752" w:type="dxa"/>
            <w:tcMar>
              <w:top w:w="8" w:type="dxa"/>
              <w:left w:w="60" w:type="dxa"/>
              <w:bottom w:w="8" w:type="dxa"/>
              <w:right w:w="60" w:type="dxa"/>
            </w:tcMar>
          </w:tcPr>
          <w:p w14:paraId="6CE1D816"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+0.110</w:t>
            </w:r>
          </w:p>
        </w:tc>
        <w:tc>
          <w:tcPr>
            <w:tcW w:w="1797" w:type="dxa"/>
            <w:tcMar>
              <w:top w:w="8" w:type="dxa"/>
              <w:left w:w="60" w:type="dxa"/>
              <w:bottom w:w="8" w:type="dxa"/>
              <w:right w:w="60" w:type="dxa"/>
            </w:tcMar>
          </w:tcPr>
          <w:p w14:paraId="2F2BACD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0.050</w:t>
            </w:r>
          </w:p>
        </w:tc>
        <w:tc>
          <w:tcPr>
            <w:tcW w:w="2461" w:type="dxa"/>
            <w:tcMar>
              <w:top w:w="8" w:type="dxa"/>
              <w:left w:w="60" w:type="dxa"/>
              <w:bottom w:w="8" w:type="dxa"/>
              <w:right w:w="60" w:type="dxa"/>
            </w:tcMar>
          </w:tcPr>
          <w:p w14:paraId="3991AC4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0.118</w:t>
            </w:r>
          </w:p>
        </w:tc>
      </w:tr>
      <w:tr w:rsidR="00297D2C" w:rsidRPr="003B6D8D" w14:paraId="550F9387" w14:textId="77777777" w:rsidTr="007B2FD8">
        <w:tc>
          <w:tcPr>
            <w:tcW w:w="2070" w:type="dxa"/>
            <w:tcMar>
              <w:top w:w="8" w:type="dxa"/>
              <w:left w:w="60" w:type="dxa"/>
              <w:bottom w:w="8" w:type="dxa"/>
              <w:right w:w="60" w:type="dxa"/>
            </w:tcMar>
            <w:vAlign w:val="center"/>
          </w:tcPr>
          <w:p w14:paraId="69C9CB34"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LIM-VIS</w:t>
            </w:r>
          </w:p>
        </w:tc>
        <w:tc>
          <w:tcPr>
            <w:tcW w:w="1752" w:type="dxa"/>
            <w:tcMar>
              <w:top w:w="8" w:type="dxa"/>
              <w:left w:w="60" w:type="dxa"/>
              <w:bottom w:w="8" w:type="dxa"/>
              <w:right w:w="60" w:type="dxa"/>
            </w:tcMar>
          </w:tcPr>
          <w:p w14:paraId="7D856E9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+0.103</w:t>
            </w:r>
          </w:p>
        </w:tc>
        <w:tc>
          <w:tcPr>
            <w:tcW w:w="1797" w:type="dxa"/>
            <w:tcMar>
              <w:top w:w="8" w:type="dxa"/>
              <w:left w:w="60" w:type="dxa"/>
              <w:bottom w:w="8" w:type="dxa"/>
              <w:right w:w="60" w:type="dxa"/>
            </w:tcMar>
          </w:tcPr>
          <w:p w14:paraId="02F09BD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0.068</w:t>
            </w:r>
          </w:p>
        </w:tc>
        <w:tc>
          <w:tcPr>
            <w:tcW w:w="2461" w:type="dxa"/>
            <w:tcMar>
              <w:top w:w="8" w:type="dxa"/>
              <w:left w:w="60" w:type="dxa"/>
              <w:bottom w:w="8" w:type="dxa"/>
              <w:right w:w="60" w:type="dxa"/>
            </w:tcMar>
          </w:tcPr>
          <w:p w14:paraId="6397E3EB"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0.118</w:t>
            </w:r>
          </w:p>
        </w:tc>
      </w:tr>
      <w:tr w:rsidR="00297D2C" w:rsidRPr="003B6D8D" w14:paraId="76AC7426" w14:textId="77777777" w:rsidTr="007B2FD8">
        <w:tc>
          <w:tcPr>
            <w:tcW w:w="2070" w:type="dxa"/>
            <w:tcMar>
              <w:top w:w="8" w:type="dxa"/>
              <w:left w:w="60" w:type="dxa"/>
              <w:bottom w:w="8" w:type="dxa"/>
              <w:right w:w="60" w:type="dxa"/>
            </w:tcMar>
            <w:vAlign w:val="center"/>
          </w:tcPr>
          <w:p w14:paraId="519B74C3"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LIM-SMN</w:t>
            </w:r>
          </w:p>
        </w:tc>
        <w:tc>
          <w:tcPr>
            <w:tcW w:w="1752" w:type="dxa"/>
            <w:tcMar>
              <w:top w:w="8" w:type="dxa"/>
              <w:left w:w="60" w:type="dxa"/>
              <w:bottom w:w="8" w:type="dxa"/>
              <w:right w:w="60" w:type="dxa"/>
            </w:tcMar>
          </w:tcPr>
          <w:p w14:paraId="53DB4B0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+0.095</w:t>
            </w:r>
          </w:p>
        </w:tc>
        <w:tc>
          <w:tcPr>
            <w:tcW w:w="1797" w:type="dxa"/>
            <w:tcMar>
              <w:top w:w="8" w:type="dxa"/>
              <w:left w:w="60" w:type="dxa"/>
              <w:bottom w:w="8" w:type="dxa"/>
              <w:right w:w="60" w:type="dxa"/>
            </w:tcMar>
          </w:tcPr>
          <w:p w14:paraId="1EDB5FB5"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0.092</w:t>
            </w:r>
          </w:p>
        </w:tc>
        <w:tc>
          <w:tcPr>
            <w:tcW w:w="2461" w:type="dxa"/>
            <w:tcMar>
              <w:top w:w="8" w:type="dxa"/>
              <w:left w:w="60" w:type="dxa"/>
              <w:bottom w:w="8" w:type="dxa"/>
              <w:right w:w="60" w:type="dxa"/>
            </w:tcMar>
          </w:tcPr>
          <w:p w14:paraId="60F373C0"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0.129</w:t>
            </w:r>
          </w:p>
        </w:tc>
      </w:tr>
      <w:tr w:rsidR="00297D2C" w:rsidRPr="003B6D8D" w14:paraId="1B897112" w14:textId="77777777" w:rsidTr="007B2FD8">
        <w:tc>
          <w:tcPr>
            <w:tcW w:w="2070" w:type="dxa"/>
            <w:tcMar>
              <w:top w:w="8" w:type="dxa"/>
              <w:left w:w="60" w:type="dxa"/>
              <w:bottom w:w="8" w:type="dxa"/>
              <w:right w:w="60" w:type="dxa"/>
            </w:tcMar>
            <w:vAlign w:val="center"/>
          </w:tcPr>
          <w:p w14:paraId="50F0C91E"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LIM-DAN</w:t>
            </w:r>
          </w:p>
        </w:tc>
        <w:tc>
          <w:tcPr>
            <w:tcW w:w="1752" w:type="dxa"/>
            <w:tcMar>
              <w:top w:w="8" w:type="dxa"/>
              <w:left w:w="60" w:type="dxa"/>
              <w:bottom w:w="8" w:type="dxa"/>
              <w:right w:w="60" w:type="dxa"/>
            </w:tcMar>
          </w:tcPr>
          <w:p w14:paraId="406072B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+0.078</w:t>
            </w:r>
          </w:p>
        </w:tc>
        <w:tc>
          <w:tcPr>
            <w:tcW w:w="1797" w:type="dxa"/>
            <w:tcMar>
              <w:top w:w="8" w:type="dxa"/>
              <w:left w:w="60" w:type="dxa"/>
              <w:bottom w:w="8" w:type="dxa"/>
              <w:right w:w="60" w:type="dxa"/>
            </w:tcMar>
          </w:tcPr>
          <w:p w14:paraId="4F1DC91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0.164</w:t>
            </w:r>
          </w:p>
        </w:tc>
        <w:tc>
          <w:tcPr>
            <w:tcW w:w="2461" w:type="dxa"/>
            <w:tcMar>
              <w:top w:w="8" w:type="dxa"/>
              <w:left w:w="60" w:type="dxa"/>
              <w:bottom w:w="8" w:type="dxa"/>
              <w:right w:w="60" w:type="dxa"/>
            </w:tcMar>
          </w:tcPr>
          <w:p w14:paraId="44B980A7"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0.191</w:t>
            </w:r>
          </w:p>
        </w:tc>
      </w:tr>
      <w:tr w:rsidR="00297D2C" w:rsidRPr="003B6D8D" w14:paraId="5C7FFFFA" w14:textId="77777777" w:rsidTr="007B2FD8">
        <w:tc>
          <w:tcPr>
            <w:tcW w:w="2070" w:type="dxa"/>
            <w:tcMar>
              <w:top w:w="8" w:type="dxa"/>
              <w:left w:w="60" w:type="dxa"/>
              <w:bottom w:w="8" w:type="dxa"/>
              <w:right w:w="60" w:type="dxa"/>
            </w:tcMar>
            <w:vAlign w:val="center"/>
          </w:tcPr>
          <w:p w14:paraId="02C37052"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LIM-VAN</w:t>
            </w:r>
          </w:p>
        </w:tc>
        <w:tc>
          <w:tcPr>
            <w:tcW w:w="1752" w:type="dxa"/>
            <w:tcMar>
              <w:top w:w="8" w:type="dxa"/>
              <w:left w:w="60" w:type="dxa"/>
              <w:bottom w:w="8" w:type="dxa"/>
              <w:right w:w="60" w:type="dxa"/>
            </w:tcMar>
          </w:tcPr>
          <w:p w14:paraId="1EB8B6C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+0.039</w:t>
            </w:r>
          </w:p>
        </w:tc>
        <w:tc>
          <w:tcPr>
            <w:tcW w:w="1797" w:type="dxa"/>
            <w:tcMar>
              <w:top w:w="8" w:type="dxa"/>
              <w:left w:w="60" w:type="dxa"/>
              <w:bottom w:w="8" w:type="dxa"/>
              <w:right w:w="60" w:type="dxa"/>
            </w:tcMar>
          </w:tcPr>
          <w:p w14:paraId="2F48EAF4"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0.487</w:t>
            </w:r>
          </w:p>
        </w:tc>
        <w:tc>
          <w:tcPr>
            <w:tcW w:w="2461" w:type="dxa"/>
            <w:tcMar>
              <w:top w:w="8" w:type="dxa"/>
              <w:left w:w="60" w:type="dxa"/>
              <w:bottom w:w="8" w:type="dxa"/>
              <w:right w:w="60" w:type="dxa"/>
            </w:tcMar>
          </w:tcPr>
          <w:p w14:paraId="1B6A6A62" w14:textId="77777777" w:rsidR="00297D2C" w:rsidRPr="003B6D8D" w:rsidRDefault="00297D2C" w:rsidP="007B2FD8">
            <w:pPr>
              <w:jc w:val="center"/>
              <w:rPr>
                <w:rFonts w:ascii="Gill Sans MT" w:hAnsi="Gill Sans MT"/>
                <w:sz w:val="16"/>
                <w:szCs w:val="16"/>
              </w:rPr>
            </w:pPr>
            <w:r>
              <w:rPr>
                <w:rFonts w:ascii="Gill Sans MT" w:hAnsi="Gill Sans MT"/>
                <w:sz w:val="16"/>
                <w:szCs w:val="16"/>
              </w:rPr>
              <w:t>0.487</w:t>
            </w:r>
          </w:p>
        </w:tc>
      </w:tr>
      <w:tr w:rsidR="00297D2C" w:rsidRPr="003B6D8D" w14:paraId="3AFD8BEF" w14:textId="77777777" w:rsidTr="007B2FD8">
        <w:tc>
          <w:tcPr>
            <w:tcW w:w="2070" w:type="dxa"/>
            <w:tcMar>
              <w:top w:w="8" w:type="dxa"/>
              <w:left w:w="60" w:type="dxa"/>
              <w:bottom w:w="8" w:type="dxa"/>
              <w:right w:w="60" w:type="dxa"/>
            </w:tcMar>
            <w:vAlign w:val="center"/>
          </w:tcPr>
          <w:p w14:paraId="358BF383"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LIM-FPN</w:t>
            </w:r>
          </w:p>
        </w:tc>
        <w:tc>
          <w:tcPr>
            <w:tcW w:w="1752" w:type="dxa"/>
            <w:tcMar>
              <w:top w:w="8" w:type="dxa"/>
              <w:left w:w="60" w:type="dxa"/>
              <w:bottom w:w="8" w:type="dxa"/>
              <w:right w:w="60" w:type="dxa"/>
            </w:tcMar>
          </w:tcPr>
          <w:p w14:paraId="5509AC53"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+0.109</w:t>
            </w:r>
          </w:p>
        </w:tc>
        <w:tc>
          <w:tcPr>
            <w:tcW w:w="1797" w:type="dxa"/>
            <w:tcMar>
              <w:top w:w="8" w:type="dxa"/>
              <w:left w:w="60" w:type="dxa"/>
              <w:bottom w:w="8" w:type="dxa"/>
              <w:right w:w="60" w:type="dxa"/>
            </w:tcMar>
          </w:tcPr>
          <w:p w14:paraId="6F24CDC8"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0.051</w:t>
            </w:r>
          </w:p>
        </w:tc>
        <w:tc>
          <w:tcPr>
            <w:tcW w:w="2461" w:type="dxa"/>
            <w:tcMar>
              <w:top w:w="8" w:type="dxa"/>
              <w:left w:w="60" w:type="dxa"/>
              <w:bottom w:w="8" w:type="dxa"/>
              <w:right w:w="60" w:type="dxa"/>
            </w:tcMar>
          </w:tcPr>
          <w:p w14:paraId="71F7657E"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0.118</w:t>
            </w:r>
          </w:p>
        </w:tc>
      </w:tr>
      <w:tr w:rsidR="00297D2C" w:rsidRPr="003B6D8D" w14:paraId="030CE49E" w14:textId="77777777" w:rsidTr="007B2FD8">
        <w:trPr>
          <w:trHeight w:val="61"/>
        </w:trPr>
        <w:tc>
          <w:tcPr>
            <w:tcW w:w="2070" w:type="dxa"/>
            <w:tcBorders>
              <w:bottom w:val="single" w:sz="4" w:space="0" w:color="auto"/>
            </w:tcBorders>
            <w:tcMar>
              <w:top w:w="8" w:type="dxa"/>
              <w:left w:w="60" w:type="dxa"/>
              <w:bottom w:w="8" w:type="dxa"/>
              <w:right w:w="60" w:type="dxa"/>
            </w:tcMar>
            <w:vAlign w:val="center"/>
          </w:tcPr>
          <w:p w14:paraId="2BEE1EBA" w14:textId="77777777" w:rsidR="00297D2C" w:rsidRPr="003B6D8D" w:rsidRDefault="00297D2C" w:rsidP="007B2FD8">
            <w:pPr>
              <w:rPr>
                <w:rFonts w:ascii="Gill Sans MT" w:eastAsia="Calibri" w:hAnsi="Gill Sans MT" w:cs="Calibri"/>
                <w:sz w:val="16"/>
                <w:szCs w:val="16"/>
              </w:rPr>
            </w:pPr>
            <w:r>
              <w:rPr>
                <w:rFonts w:ascii="Gill Sans MT" w:eastAsia="Calibri" w:hAnsi="Gill Sans MT" w:cs="Calibri"/>
                <w:sz w:val="16"/>
                <w:szCs w:val="16"/>
              </w:rPr>
              <w:t>LIM-DMN</w:t>
            </w:r>
          </w:p>
        </w:tc>
        <w:tc>
          <w:tcPr>
            <w:tcW w:w="1752" w:type="dxa"/>
            <w:tcBorders>
              <w:bottom w:val="single" w:sz="4" w:space="0" w:color="auto"/>
            </w:tcBorders>
            <w:tcMar>
              <w:top w:w="8" w:type="dxa"/>
              <w:left w:w="60" w:type="dxa"/>
              <w:bottom w:w="8" w:type="dxa"/>
              <w:right w:w="60" w:type="dxa"/>
            </w:tcMar>
          </w:tcPr>
          <w:p w14:paraId="691D834F"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+0.117</w:t>
            </w:r>
          </w:p>
        </w:tc>
        <w:tc>
          <w:tcPr>
            <w:tcW w:w="1797" w:type="dxa"/>
            <w:tcBorders>
              <w:bottom w:val="single" w:sz="4" w:space="0" w:color="auto"/>
            </w:tcBorders>
            <w:tcMar>
              <w:top w:w="8" w:type="dxa"/>
              <w:left w:w="60" w:type="dxa"/>
              <w:bottom w:w="8" w:type="dxa"/>
              <w:right w:w="60" w:type="dxa"/>
            </w:tcMar>
          </w:tcPr>
          <w:p w14:paraId="2C43615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0.038</w:t>
            </w:r>
          </w:p>
        </w:tc>
        <w:tc>
          <w:tcPr>
            <w:tcW w:w="2461" w:type="dxa"/>
            <w:tcBorders>
              <w:bottom w:val="single" w:sz="4" w:space="0" w:color="auto"/>
            </w:tcBorders>
            <w:tcMar>
              <w:top w:w="8" w:type="dxa"/>
              <w:left w:w="60" w:type="dxa"/>
              <w:bottom w:w="8" w:type="dxa"/>
              <w:right w:w="60" w:type="dxa"/>
            </w:tcMar>
          </w:tcPr>
          <w:p w14:paraId="2FF91E51" w14:textId="77777777" w:rsidR="00297D2C" w:rsidRPr="003B6D8D" w:rsidRDefault="00297D2C" w:rsidP="007B2FD8">
            <w:pPr>
              <w:jc w:val="center"/>
              <w:rPr>
                <w:rFonts w:ascii="Gill Sans MT" w:hAnsi="Gill Sans MT"/>
                <w:sz w:val="16"/>
                <w:szCs w:val="16"/>
              </w:rPr>
            </w:pPr>
            <w:r>
              <w:rPr>
                <w:rFonts w:ascii="Gill Sans MT" w:hAnsi="Gill Sans MT"/>
                <w:sz w:val="16"/>
                <w:szCs w:val="16"/>
              </w:rPr>
              <w:t>0.118</w:t>
            </w:r>
          </w:p>
        </w:tc>
      </w:tr>
    </w:tbl>
    <w:p w14:paraId="20AB370D" w14:textId="77777777" w:rsidR="00297D2C" w:rsidRPr="00EF6833" w:rsidRDefault="00297D2C" w:rsidP="00297D2C">
      <w:pPr>
        <w:spacing w:after="160"/>
        <w:jc w:val="both"/>
        <w:rPr>
          <w:rFonts w:ascii="Gill Sans MT" w:hAnsi="Gill Sans MT"/>
          <w:iCs/>
          <w:sz w:val="16"/>
          <w:szCs w:val="16"/>
        </w:rPr>
      </w:pPr>
      <w:r>
        <w:rPr>
          <w:rFonts w:ascii="Gill Sans MT" w:hAnsi="Gill Sans MT"/>
          <w:iCs/>
          <w:sz w:val="16"/>
          <w:szCs w:val="16"/>
        </w:rPr>
        <w:t>Spearman rank correlations between CSF A</w:t>
      </w:r>
      <w:r>
        <w:rPr>
          <w:rFonts w:ascii="Calibri" w:hAnsi="Calibri" w:cs="Calibri"/>
          <w:iCs/>
          <w:sz w:val="16"/>
          <w:szCs w:val="16"/>
        </w:rPr>
        <w:t>β</w:t>
      </w:r>
      <w:r>
        <w:rPr>
          <w:rFonts w:ascii="Gill Sans MT" w:hAnsi="Gill Sans MT"/>
          <w:iCs/>
          <w:sz w:val="16"/>
          <w:szCs w:val="16"/>
        </w:rPr>
        <w:t xml:space="preserve">42/40 and dopamine transporter (DAT) striatal and </w:t>
      </w:r>
      <w:proofErr w:type="spellStart"/>
      <w:r>
        <w:rPr>
          <w:rFonts w:ascii="Gill Sans MT" w:hAnsi="Gill Sans MT"/>
          <w:iCs/>
          <w:sz w:val="16"/>
          <w:szCs w:val="16"/>
        </w:rPr>
        <w:t>putaminal</w:t>
      </w:r>
      <w:proofErr w:type="spellEnd"/>
      <w:r>
        <w:rPr>
          <w:rFonts w:ascii="Gill Sans MT" w:hAnsi="Gill Sans MT"/>
          <w:iCs/>
          <w:sz w:val="16"/>
          <w:szCs w:val="16"/>
        </w:rPr>
        <w:t xml:space="preserve"> binding and limbic measures in Parkinson’s disease (PD-RBD and PD-</w:t>
      </w:r>
      <w:proofErr w:type="spellStart"/>
      <w:r>
        <w:rPr>
          <w:rFonts w:ascii="Gill Sans MT" w:hAnsi="Gill Sans MT"/>
          <w:iCs/>
          <w:sz w:val="16"/>
          <w:szCs w:val="16"/>
        </w:rPr>
        <w:t>nRBD</w:t>
      </w:r>
      <w:proofErr w:type="spellEnd"/>
      <w:r>
        <w:rPr>
          <w:rFonts w:ascii="Gill Sans MT" w:hAnsi="Gill Sans MT"/>
          <w:iCs/>
          <w:sz w:val="16"/>
          <w:szCs w:val="16"/>
        </w:rPr>
        <w:t xml:space="preserve">). </w:t>
      </w:r>
      <w:r>
        <w:rPr>
          <w:rFonts w:ascii="Calibri" w:hAnsi="Calibri" w:cs="Calibri"/>
          <w:iCs/>
          <w:sz w:val="16"/>
          <w:szCs w:val="16"/>
        </w:rPr>
        <w:t>ρ</w:t>
      </w:r>
      <w:r>
        <w:rPr>
          <w:rFonts w:ascii="Gill Sans MT" w:hAnsi="Gill Sans MT"/>
          <w:iCs/>
          <w:sz w:val="16"/>
          <w:szCs w:val="16"/>
        </w:rPr>
        <w:t xml:space="preserve"> is Spearman’s correlation coefficient with its uncorrected P value; P-FDR is the Benjamini–Hochberg false discovery rate corrected within each measure family (bilateral structural volumes, lateralised structural volumes, subcortical connectivity, cortical connectivity), with the Limbic Vulnerability Indices reported uncorrected. Bold denotes P-FDR &lt; 0.05 (P &lt; 0.05 for the Limbic Vulnerability Indices). Limbic Vulnerability Indices are oriented so higher values indicate greater vulnerability; volumes and connectivity are in native direction. ACC, anterior cingulate cortex; AMY, amygdala; DAN, dorsal attention; DAT, dopamine transporter; DMN, default mode; FPN, frontoparietal; HIP, hippocampus; LIM, limbic network; SBR, striatal binding ratio; SMN, </w:t>
      </w:r>
      <w:proofErr w:type="spellStart"/>
      <w:r>
        <w:rPr>
          <w:rFonts w:ascii="Gill Sans MT" w:hAnsi="Gill Sans MT"/>
          <w:iCs/>
          <w:sz w:val="16"/>
          <w:szCs w:val="16"/>
        </w:rPr>
        <w:t>somatomotor</w:t>
      </w:r>
      <w:proofErr w:type="spellEnd"/>
      <w:r>
        <w:rPr>
          <w:rFonts w:ascii="Gill Sans MT" w:hAnsi="Gill Sans MT"/>
          <w:iCs/>
          <w:sz w:val="16"/>
          <w:szCs w:val="16"/>
        </w:rPr>
        <w:t>; VAN, ventral attention; VIS, visual; WC, whole cortex.</w:t>
      </w:r>
    </w:p>
    <w:p w14:paraId="636BA34C" w14:textId="77777777" w:rsidR="00297D2C" w:rsidRPr="00363600" w:rsidRDefault="00297D2C" w:rsidP="00297D2C">
      <w:pPr>
        <w:jc w:val="both"/>
        <w:rPr>
          <w:lang w:eastAsia="en-US"/>
        </w:rPr>
      </w:pPr>
    </w:p>
    <w:p w14:paraId="33648695" w14:textId="77777777" w:rsidR="00297D2C" w:rsidRPr="00B93FFA" w:rsidRDefault="00297D2C" w:rsidP="00297D2C">
      <w:pPr>
        <w:pStyle w:val="font-claude-response-body"/>
        <w:spacing w:after="0" w:afterAutospacing="0"/>
        <w:jc w:val="both"/>
        <w:rPr>
          <w:rFonts w:ascii="Gill Sans MT" w:eastAsia="Gill Sans MT" w:hAnsi="Gill Sans MT" w:cs="Gill Sans MT"/>
          <w:b/>
          <w:bCs/>
          <w:sz w:val="16"/>
          <w:szCs w:val="16"/>
        </w:rPr>
      </w:pPr>
      <w:r>
        <w:rPr>
          <w:rFonts w:ascii="Gill Sans MT" w:eastAsia="Gill Sans MT" w:hAnsi="Gill Sans MT" w:cs="Gill Sans MT"/>
          <w:b/>
          <w:bCs/>
          <w:sz w:val="16"/>
          <w:szCs w:val="16"/>
        </w:rPr>
        <w:t xml:space="preserve">Supplementary Table 7: Cox proportional hazards models for visual hallucinations in PSG-confirmed </w:t>
      </w:r>
      <w:proofErr w:type="spellStart"/>
      <w:r>
        <w:rPr>
          <w:rFonts w:ascii="Gill Sans MT" w:eastAsia="Gill Sans MT" w:hAnsi="Gill Sans MT" w:cs="Gill Sans MT"/>
          <w:b/>
          <w:bCs/>
          <w:sz w:val="16"/>
          <w:szCs w:val="16"/>
        </w:rPr>
        <w:t>iRBD</w:t>
      </w:r>
      <w:proofErr w:type="spell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8"/>
        <w:gridCol w:w="1179"/>
        <w:gridCol w:w="1985"/>
        <w:gridCol w:w="2268"/>
        <w:gridCol w:w="1134"/>
        <w:gridCol w:w="662"/>
      </w:tblGrid>
      <w:tr w:rsidR="00297D2C" w:rsidRPr="00F67729" w14:paraId="4F0A2AEA" w14:textId="77777777" w:rsidTr="007B2FD8">
        <w:tc>
          <w:tcPr>
            <w:tcW w:w="8364" w:type="dxa"/>
            <w:gridSpan w:val="5"/>
            <w:tcBorders>
              <w:top w:val="single" w:sz="4" w:space="0" w:color="000000"/>
              <w:left w:val="none" w:sz="0" w:space="0" w:color="FFFFFF"/>
              <w:bottom w:val="none" w:sz="0" w:space="0" w:color="FFFFFF"/>
              <w:right w:val="none" w:sz="0" w:space="0" w:color="FFFFFF"/>
            </w:tcBorders>
            <w:tcMar>
              <w:top w:w="8" w:type="dxa"/>
              <w:left w:w="60" w:type="dxa"/>
              <w:bottom w:w="8" w:type="dxa"/>
              <w:right w:w="60" w:type="dxa"/>
            </w:tcMar>
            <w:vAlign w:val="center"/>
          </w:tcPr>
          <w:p w14:paraId="328BD227"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b/>
                <w:bCs/>
                <w:sz w:val="16"/>
                <w:szCs w:val="16"/>
              </w:rPr>
              <w:t>Incident hallucinations (n at risk = 151, events = 24)</w:t>
            </w:r>
          </w:p>
        </w:tc>
        <w:tc>
          <w:tcPr>
            <w:tcW w:w="662" w:type="dxa"/>
            <w:tcBorders>
              <w:top w:val="single" w:sz="4" w:space="0" w:color="000000"/>
              <w:left w:val="none" w:sz="0" w:space="0" w:color="FFFFFF"/>
              <w:bottom w:val="none" w:sz="0" w:space="0" w:color="FFFFFF"/>
              <w:right w:val="none" w:sz="0" w:space="0" w:color="FFFFFF"/>
            </w:tcBorders>
          </w:tcPr>
          <w:p w14:paraId="3909FBB5" w14:textId="77777777" w:rsidR="00297D2C" w:rsidRDefault="00297D2C" w:rsidP="007B2FD8">
            <w:pPr>
              <w:jc w:val="center"/>
              <w:rPr>
                <w:rFonts w:ascii="Gill Sans MT" w:eastAsia="Gill Sans MT" w:hAnsi="Gill Sans MT" w:cs="Gill Sans MT"/>
                <w:b/>
                <w:bCs/>
                <w:sz w:val="16"/>
                <w:szCs w:val="16"/>
              </w:rPr>
            </w:pPr>
          </w:p>
        </w:tc>
      </w:tr>
      <w:tr w:rsidR="00297D2C" w:rsidRPr="00F67729" w14:paraId="44FF9017" w14:textId="77777777" w:rsidTr="007B2FD8">
        <w:tc>
          <w:tcPr>
            <w:tcW w:w="179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41D3CE1" w14:textId="77777777" w:rsidR="00297D2C" w:rsidRPr="00F67729" w:rsidRDefault="00297D2C" w:rsidP="007B2FD8">
            <w:pPr>
              <w:rPr>
                <w:rFonts w:ascii="Gill Sans MT" w:hAnsi="Gill Sans MT"/>
                <w:sz w:val="16"/>
                <w:szCs w:val="16"/>
              </w:rPr>
            </w:pPr>
          </w:p>
        </w:tc>
        <w:tc>
          <w:tcPr>
            <w:tcW w:w="1179"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00B576D5"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b/>
                <w:bCs/>
                <w:sz w:val="16"/>
                <w:szCs w:val="16"/>
              </w:rPr>
              <w:t>HR</w:t>
            </w:r>
          </w:p>
        </w:tc>
        <w:tc>
          <w:tcPr>
            <w:tcW w:w="1985"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4C9C7CDB"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b/>
                <w:bCs/>
                <w:sz w:val="16"/>
                <w:szCs w:val="16"/>
              </w:rPr>
              <w:t>95% CI</w:t>
            </w:r>
          </w:p>
        </w:tc>
        <w:tc>
          <w:tcPr>
            <w:tcW w:w="226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2A6EAF3C"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b/>
                <w:bCs/>
                <w:sz w:val="16"/>
                <w:szCs w:val="16"/>
              </w:rPr>
              <w:t>P value</w:t>
            </w:r>
          </w:p>
        </w:tc>
        <w:tc>
          <w:tcPr>
            <w:tcW w:w="1796" w:type="dxa"/>
            <w:gridSpan w:val="2"/>
            <w:tcBorders>
              <w:top w:val="none" w:sz="0" w:space="0" w:color="FFFFFF"/>
              <w:left w:val="none" w:sz="0" w:space="0" w:color="FFFFFF"/>
              <w:bottom w:val="single" w:sz="4" w:space="0" w:color="000000"/>
              <w:right w:val="none" w:sz="0" w:space="0" w:color="FFFFFF"/>
            </w:tcBorders>
          </w:tcPr>
          <w:p w14:paraId="73454F49" w14:textId="77777777" w:rsidR="00297D2C" w:rsidRDefault="00297D2C" w:rsidP="007B2FD8">
            <w:pPr>
              <w:jc w:val="center"/>
              <w:rPr>
                <w:rFonts w:ascii="Gill Sans MT" w:eastAsia="Gill Sans MT" w:hAnsi="Gill Sans MT" w:cs="Gill Sans MT"/>
                <w:b/>
                <w:bCs/>
                <w:sz w:val="16"/>
                <w:szCs w:val="16"/>
              </w:rPr>
            </w:pPr>
            <w:r>
              <w:rPr>
                <w:rFonts w:ascii="Gill Sans MT" w:eastAsia="Calibri" w:hAnsi="Gill Sans MT" w:cs="Calibri"/>
                <w:b/>
                <w:bCs/>
                <w:sz w:val="16"/>
                <w:szCs w:val="16"/>
              </w:rPr>
              <w:t>P-FDR</w:t>
            </w:r>
          </w:p>
        </w:tc>
      </w:tr>
      <w:tr w:rsidR="00297D2C" w:rsidRPr="00F67729" w14:paraId="26652EA6" w14:textId="77777777" w:rsidTr="007B2FD8">
        <w:tc>
          <w:tcPr>
            <w:tcW w:w="9026" w:type="dxa"/>
            <w:gridSpan w:val="6"/>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47A3D7" w14:textId="77777777" w:rsidR="00297D2C" w:rsidRDefault="00297D2C" w:rsidP="007B2FD8">
            <w:pPr>
              <w:jc w:val="center"/>
              <w:rPr>
                <w:rFonts w:ascii="Gill Sans MT" w:eastAsia="Gill Sans MT" w:hAnsi="Gill Sans MT" w:cs="Gill Sans MT"/>
                <w:i/>
                <w:iCs/>
                <w:sz w:val="16"/>
                <w:szCs w:val="16"/>
              </w:rPr>
            </w:pPr>
            <w:r>
              <w:rPr>
                <w:rFonts w:ascii="Gill Sans MT" w:eastAsia="Gill Sans MT" w:hAnsi="Gill Sans MT" w:cs="Gill Sans MT"/>
                <w:i/>
                <w:iCs/>
                <w:sz w:val="16"/>
                <w:szCs w:val="16"/>
              </w:rPr>
              <w:t>Limbic Vulnerability Indices</w:t>
            </w:r>
          </w:p>
        </w:tc>
      </w:tr>
      <w:tr w:rsidR="00297D2C" w:rsidRPr="00F67729" w14:paraId="334251AA"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BB4AFB" w14:textId="77777777" w:rsidR="00297D2C" w:rsidRPr="00F67729" w:rsidRDefault="00297D2C" w:rsidP="007B2FD8">
            <w:pPr>
              <w:rPr>
                <w:rFonts w:ascii="Gill Sans MT" w:hAnsi="Gill Sans MT"/>
                <w:sz w:val="16"/>
                <w:szCs w:val="16"/>
              </w:rPr>
            </w:pPr>
            <w:r>
              <w:rPr>
                <w:rFonts w:ascii="Gill Sans MT" w:eastAsia="Gill Sans MT" w:hAnsi="Gill Sans MT" w:cs="Gill Sans MT"/>
                <w:b/>
                <w:bCs/>
                <w:sz w:val="16"/>
                <w:szCs w:val="16"/>
              </w:rPr>
              <w:t>LVI structural</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36384D43" w14:textId="77777777" w:rsidR="00297D2C" w:rsidRPr="00F67729" w:rsidRDefault="00297D2C" w:rsidP="007B2FD8">
            <w:pPr>
              <w:jc w:val="center"/>
              <w:rPr>
                <w:rFonts w:ascii="Gill Sans MT" w:hAnsi="Gill Sans MT"/>
                <w:b/>
                <w:bCs/>
                <w:sz w:val="16"/>
                <w:szCs w:val="16"/>
              </w:rPr>
            </w:pPr>
            <w:r>
              <w:rPr>
                <w:rFonts w:ascii="Gill Sans MT" w:hAnsi="Gill Sans MT" w:cs="Calibri"/>
                <w:b/>
                <w:bCs/>
                <w:color w:val="000000"/>
                <w:sz w:val="16"/>
                <w:szCs w:val="16"/>
              </w:rPr>
              <w:t>1.67</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28F8C128" w14:textId="77777777" w:rsidR="00297D2C" w:rsidRPr="00F67729" w:rsidRDefault="00297D2C" w:rsidP="007B2FD8">
            <w:pPr>
              <w:jc w:val="center"/>
              <w:rPr>
                <w:rFonts w:ascii="Gill Sans MT" w:hAnsi="Gill Sans MT"/>
                <w:b/>
                <w:bCs/>
                <w:sz w:val="16"/>
                <w:szCs w:val="16"/>
              </w:rPr>
            </w:pPr>
            <w:r>
              <w:rPr>
                <w:rFonts w:ascii="Gill Sans MT" w:hAnsi="Gill Sans MT" w:cs="Calibri"/>
                <w:b/>
                <w:bCs/>
                <w:color w:val="000000"/>
                <w:sz w:val="16"/>
                <w:szCs w:val="16"/>
              </w:rPr>
              <w:t>1.10-2.54</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6A16EFC0" w14:textId="77777777" w:rsidR="00297D2C" w:rsidRPr="00F67729" w:rsidRDefault="00297D2C" w:rsidP="007B2FD8">
            <w:pPr>
              <w:jc w:val="center"/>
              <w:rPr>
                <w:rFonts w:ascii="Gill Sans MT" w:hAnsi="Gill Sans MT"/>
                <w:b/>
                <w:bCs/>
                <w:sz w:val="16"/>
                <w:szCs w:val="16"/>
              </w:rPr>
            </w:pPr>
            <w:r>
              <w:rPr>
                <w:rFonts w:ascii="Gill Sans MT" w:hAnsi="Gill Sans MT" w:cs="Calibri"/>
                <w:b/>
                <w:bCs/>
                <w:color w:val="000000"/>
                <w:sz w:val="16"/>
                <w:szCs w:val="16"/>
              </w:rPr>
              <w:t>0.016</w:t>
            </w:r>
          </w:p>
        </w:tc>
        <w:tc>
          <w:tcPr>
            <w:tcW w:w="1796" w:type="dxa"/>
            <w:gridSpan w:val="2"/>
            <w:tcBorders>
              <w:top w:val="none" w:sz="0" w:space="0" w:color="FFFFFF"/>
              <w:left w:val="none" w:sz="0" w:space="0" w:color="FFFFFF"/>
              <w:bottom w:val="none" w:sz="0" w:space="0" w:color="FFFFFF"/>
              <w:right w:val="none" w:sz="0" w:space="0" w:color="FFFFFF"/>
            </w:tcBorders>
          </w:tcPr>
          <w:p w14:paraId="0CF878E3" w14:textId="77777777" w:rsidR="00297D2C" w:rsidRDefault="00297D2C" w:rsidP="007B2FD8">
            <w:pPr>
              <w:jc w:val="center"/>
              <w:rPr>
                <w:rFonts w:ascii="Gill Sans MT" w:hAnsi="Gill Sans MT" w:cs="Calibri"/>
                <w:b/>
                <w:bCs/>
                <w:color w:val="000000"/>
                <w:sz w:val="16"/>
                <w:szCs w:val="16"/>
              </w:rPr>
            </w:pPr>
            <w:r>
              <w:rPr>
                <w:rFonts w:ascii="Gill Sans MT" w:hAnsi="Gill Sans MT" w:cs="Calibri"/>
                <w:b/>
                <w:bCs/>
                <w:color w:val="000000"/>
                <w:sz w:val="16"/>
                <w:szCs w:val="16"/>
              </w:rPr>
              <w:t>0.045</w:t>
            </w:r>
          </w:p>
        </w:tc>
      </w:tr>
      <w:tr w:rsidR="00297D2C" w:rsidRPr="00F67729" w14:paraId="3152EA56"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243BF40" w14:textId="77777777" w:rsidR="00297D2C" w:rsidRPr="00F67729" w:rsidRDefault="00297D2C" w:rsidP="007B2FD8">
            <w:pPr>
              <w:rPr>
                <w:rFonts w:ascii="Gill Sans MT" w:hAnsi="Gill Sans MT"/>
                <w:sz w:val="16"/>
                <w:szCs w:val="16"/>
              </w:rPr>
            </w:pPr>
            <w:r>
              <w:rPr>
                <w:rFonts w:ascii="Gill Sans MT" w:eastAsia="Gill Sans MT" w:hAnsi="Gill Sans MT" w:cs="Gill Sans MT"/>
                <w:b/>
                <w:bCs/>
                <w:sz w:val="16"/>
                <w:szCs w:val="16"/>
              </w:rPr>
              <w:t>LVI functional</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C0CC195"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1.21</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6B47F9"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0.77-1.92</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B4E2F0"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0.412</w:t>
            </w:r>
          </w:p>
        </w:tc>
        <w:tc>
          <w:tcPr>
            <w:tcW w:w="1796" w:type="dxa"/>
            <w:gridSpan w:val="2"/>
            <w:tcBorders>
              <w:top w:val="none" w:sz="0" w:space="0" w:color="FFFFFF"/>
              <w:left w:val="none" w:sz="0" w:space="0" w:color="FFFFFF"/>
              <w:bottom w:val="none" w:sz="0" w:space="0" w:color="FFFFFF"/>
              <w:right w:val="none" w:sz="0" w:space="0" w:color="FFFFFF"/>
            </w:tcBorders>
          </w:tcPr>
          <w:p w14:paraId="0C72F5F8"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0.412</w:t>
            </w:r>
          </w:p>
        </w:tc>
      </w:tr>
      <w:tr w:rsidR="00297D2C" w:rsidRPr="00F67729" w14:paraId="47553CC1"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F4A468" w14:textId="77777777" w:rsidR="00297D2C" w:rsidRPr="00F67729" w:rsidRDefault="00297D2C" w:rsidP="007B2FD8">
            <w:pPr>
              <w:rPr>
                <w:rFonts w:ascii="Gill Sans MT" w:hAnsi="Gill Sans MT"/>
                <w:sz w:val="16"/>
                <w:szCs w:val="16"/>
              </w:rPr>
            </w:pPr>
            <w:r>
              <w:rPr>
                <w:rFonts w:ascii="Gill Sans MT" w:eastAsia="Gill Sans MT" w:hAnsi="Gill Sans MT" w:cs="Gill Sans MT"/>
                <w:b/>
                <w:bCs/>
                <w:sz w:val="16"/>
                <w:szCs w:val="16"/>
              </w:rPr>
              <w:t>LVI multimodal</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48540857" w14:textId="77777777" w:rsidR="00297D2C" w:rsidRPr="00F67729" w:rsidRDefault="00297D2C" w:rsidP="007B2FD8">
            <w:pPr>
              <w:jc w:val="center"/>
              <w:rPr>
                <w:rFonts w:ascii="Gill Sans MT" w:hAnsi="Gill Sans MT"/>
                <w:b/>
                <w:bCs/>
                <w:sz w:val="16"/>
                <w:szCs w:val="16"/>
              </w:rPr>
            </w:pPr>
            <w:r>
              <w:rPr>
                <w:rFonts w:ascii="Gill Sans MT" w:hAnsi="Gill Sans MT" w:cs="Calibri"/>
                <w:b/>
                <w:bCs/>
                <w:color w:val="000000"/>
                <w:sz w:val="16"/>
                <w:szCs w:val="16"/>
              </w:rPr>
              <w:t>1.67</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5AD0D449" w14:textId="77777777" w:rsidR="00297D2C" w:rsidRPr="00F67729" w:rsidRDefault="00297D2C" w:rsidP="007B2FD8">
            <w:pPr>
              <w:jc w:val="center"/>
              <w:rPr>
                <w:rFonts w:ascii="Gill Sans MT" w:hAnsi="Gill Sans MT"/>
                <w:b/>
                <w:bCs/>
                <w:sz w:val="16"/>
                <w:szCs w:val="16"/>
              </w:rPr>
            </w:pPr>
            <w:r>
              <w:rPr>
                <w:rFonts w:ascii="Gill Sans MT" w:hAnsi="Gill Sans MT" w:cs="Calibri"/>
                <w:b/>
                <w:bCs/>
                <w:color w:val="000000"/>
                <w:sz w:val="16"/>
                <w:szCs w:val="16"/>
              </w:rPr>
              <w:t>1.05-2.67</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bottom"/>
          </w:tcPr>
          <w:p w14:paraId="186CD6D4" w14:textId="77777777" w:rsidR="00297D2C" w:rsidRPr="00F67729" w:rsidRDefault="00297D2C" w:rsidP="007B2FD8">
            <w:pPr>
              <w:jc w:val="center"/>
              <w:rPr>
                <w:rFonts w:ascii="Gill Sans MT" w:hAnsi="Gill Sans MT"/>
                <w:b/>
                <w:bCs/>
                <w:sz w:val="16"/>
                <w:szCs w:val="16"/>
              </w:rPr>
            </w:pPr>
            <w:r>
              <w:rPr>
                <w:rFonts w:ascii="Gill Sans MT" w:hAnsi="Gill Sans MT" w:cs="Calibri"/>
                <w:b/>
                <w:bCs/>
                <w:color w:val="000000"/>
                <w:sz w:val="16"/>
                <w:szCs w:val="16"/>
              </w:rPr>
              <w:t>0.030</w:t>
            </w:r>
          </w:p>
        </w:tc>
        <w:tc>
          <w:tcPr>
            <w:tcW w:w="1796" w:type="dxa"/>
            <w:gridSpan w:val="2"/>
            <w:tcBorders>
              <w:top w:val="none" w:sz="0" w:space="0" w:color="FFFFFF"/>
              <w:left w:val="none" w:sz="0" w:space="0" w:color="FFFFFF"/>
              <w:bottom w:val="none" w:sz="0" w:space="0" w:color="FFFFFF"/>
              <w:right w:val="none" w:sz="0" w:space="0" w:color="FFFFFF"/>
            </w:tcBorders>
          </w:tcPr>
          <w:p w14:paraId="227A427B" w14:textId="77777777" w:rsidR="00297D2C" w:rsidRDefault="00297D2C" w:rsidP="007B2FD8">
            <w:pPr>
              <w:jc w:val="center"/>
              <w:rPr>
                <w:rFonts w:ascii="Gill Sans MT" w:hAnsi="Gill Sans MT" w:cs="Calibri"/>
                <w:b/>
                <w:bCs/>
                <w:color w:val="000000"/>
                <w:sz w:val="16"/>
                <w:szCs w:val="16"/>
              </w:rPr>
            </w:pPr>
            <w:r>
              <w:rPr>
                <w:rFonts w:ascii="Gill Sans MT" w:hAnsi="Gill Sans MT" w:cs="Calibri"/>
                <w:b/>
                <w:bCs/>
                <w:color w:val="000000"/>
                <w:sz w:val="16"/>
                <w:szCs w:val="16"/>
              </w:rPr>
              <w:t>0.045</w:t>
            </w:r>
          </w:p>
        </w:tc>
      </w:tr>
      <w:tr w:rsidR="00297D2C" w:rsidRPr="00F67729" w14:paraId="5EAEDC81" w14:textId="77777777" w:rsidTr="007B2FD8">
        <w:tc>
          <w:tcPr>
            <w:tcW w:w="9026" w:type="dxa"/>
            <w:gridSpan w:val="6"/>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C088A50" w14:textId="77777777" w:rsidR="00297D2C" w:rsidRDefault="00297D2C" w:rsidP="007B2FD8">
            <w:pPr>
              <w:jc w:val="center"/>
              <w:rPr>
                <w:rFonts w:ascii="Gill Sans MT" w:eastAsia="Gill Sans MT" w:hAnsi="Gill Sans MT" w:cs="Gill Sans MT"/>
                <w:i/>
                <w:iCs/>
                <w:sz w:val="16"/>
                <w:szCs w:val="16"/>
              </w:rPr>
            </w:pPr>
            <w:r>
              <w:rPr>
                <w:rFonts w:ascii="Gill Sans MT" w:eastAsia="Gill Sans MT" w:hAnsi="Gill Sans MT" w:cs="Gill Sans MT"/>
                <w:i/>
                <w:iCs/>
                <w:sz w:val="16"/>
                <w:szCs w:val="16"/>
              </w:rPr>
              <w:t>Bilateral structural volumes</w:t>
            </w:r>
          </w:p>
        </w:tc>
      </w:tr>
      <w:tr w:rsidR="00297D2C" w:rsidRPr="00F67729" w14:paraId="416F8C44"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4E189A" w14:textId="77777777" w:rsidR="00297D2C" w:rsidRPr="00F67729" w:rsidRDefault="00297D2C" w:rsidP="007B2FD8">
            <w:pPr>
              <w:rPr>
                <w:rFonts w:ascii="Gill Sans MT" w:hAnsi="Gill Sans MT"/>
                <w:b/>
                <w:bCs/>
                <w:sz w:val="16"/>
                <w:szCs w:val="16"/>
              </w:rPr>
            </w:pPr>
            <w:r>
              <w:rPr>
                <w:rFonts w:ascii="Gill Sans MT" w:eastAsia="Gill Sans MT" w:hAnsi="Gill Sans MT" w:cs="Gill Sans MT"/>
                <w:b/>
                <w:bCs/>
                <w:sz w:val="16"/>
                <w:szCs w:val="16"/>
              </w:rPr>
              <w:t>Bilateral Amygdala</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12C0AF"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1.78</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A76D343"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1.14-2.79</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B939B70"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0.012</w:t>
            </w:r>
          </w:p>
        </w:tc>
        <w:tc>
          <w:tcPr>
            <w:tcW w:w="1796" w:type="dxa"/>
            <w:gridSpan w:val="2"/>
            <w:tcBorders>
              <w:top w:val="none" w:sz="0" w:space="0" w:color="FFFFFF"/>
              <w:left w:val="none" w:sz="0" w:space="0" w:color="FFFFFF"/>
              <w:bottom w:val="none" w:sz="0" w:space="0" w:color="FFFFFF"/>
              <w:right w:val="none" w:sz="0" w:space="0" w:color="FFFFFF"/>
            </w:tcBorders>
          </w:tcPr>
          <w:p w14:paraId="28BEF952"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0.036</w:t>
            </w:r>
          </w:p>
        </w:tc>
      </w:tr>
      <w:tr w:rsidR="00297D2C" w:rsidRPr="00F67729" w14:paraId="7F00E67B"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F64DF7F" w14:textId="77777777" w:rsidR="00297D2C" w:rsidRPr="00F67729" w:rsidRDefault="00297D2C" w:rsidP="007B2FD8">
            <w:pPr>
              <w:rPr>
                <w:rFonts w:ascii="Gill Sans MT" w:hAnsi="Gill Sans MT"/>
                <w:b/>
                <w:bCs/>
                <w:sz w:val="16"/>
                <w:szCs w:val="16"/>
              </w:rPr>
            </w:pPr>
            <w:r>
              <w:rPr>
                <w:rFonts w:ascii="Gill Sans MT" w:eastAsia="Gill Sans MT" w:hAnsi="Gill Sans MT" w:cs="Gill Sans MT"/>
                <w:sz w:val="16"/>
                <w:szCs w:val="16"/>
              </w:rPr>
              <w:t>Bilateral Hippocampus</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BDF0054"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sz w:val="16"/>
                <w:szCs w:val="16"/>
              </w:rPr>
              <w:t>1.11</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1C4D4B"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sz w:val="16"/>
                <w:szCs w:val="16"/>
              </w:rPr>
              <w:t>0.71-1.73</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9CDE142"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sz w:val="16"/>
                <w:szCs w:val="16"/>
              </w:rPr>
              <w:t>0.656</w:t>
            </w:r>
          </w:p>
        </w:tc>
        <w:tc>
          <w:tcPr>
            <w:tcW w:w="1796" w:type="dxa"/>
            <w:gridSpan w:val="2"/>
            <w:tcBorders>
              <w:top w:val="none" w:sz="0" w:space="0" w:color="FFFFFF"/>
              <w:left w:val="none" w:sz="0" w:space="0" w:color="FFFFFF"/>
              <w:bottom w:val="none" w:sz="0" w:space="0" w:color="FFFFFF"/>
              <w:right w:val="none" w:sz="0" w:space="0" w:color="FFFFFF"/>
            </w:tcBorders>
          </w:tcPr>
          <w:p w14:paraId="5A475E7E" w14:textId="77777777" w:rsidR="00297D2C" w:rsidRPr="008E222B" w:rsidRDefault="00297D2C" w:rsidP="007B2FD8">
            <w:pPr>
              <w:jc w:val="center"/>
              <w:rPr>
                <w:rFonts w:ascii="Gill Sans MT" w:eastAsia="Gill Sans MT" w:hAnsi="Gill Sans MT" w:cs="Gill Sans MT"/>
                <w:sz w:val="16"/>
                <w:szCs w:val="16"/>
              </w:rPr>
            </w:pPr>
            <w:r w:rsidRPr="008E222B">
              <w:rPr>
                <w:rFonts w:ascii="Gill Sans MT" w:eastAsia="Gill Sans MT" w:hAnsi="Gill Sans MT" w:cs="Gill Sans MT"/>
                <w:sz w:val="16"/>
                <w:szCs w:val="16"/>
              </w:rPr>
              <w:t>0.656</w:t>
            </w:r>
          </w:p>
        </w:tc>
      </w:tr>
      <w:tr w:rsidR="00297D2C" w:rsidRPr="00F67729" w14:paraId="63AF41FD"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96ED4D" w14:textId="77777777" w:rsidR="00297D2C" w:rsidRPr="00F67729" w:rsidRDefault="00297D2C" w:rsidP="007B2FD8">
            <w:pPr>
              <w:rPr>
                <w:rFonts w:ascii="Gill Sans MT" w:hAnsi="Gill Sans MT"/>
                <w:b/>
                <w:bCs/>
                <w:sz w:val="16"/>
                <w:szCs w:val="16"/>
              </w:rPr>
            </w:pPr>
            <w:r>
              <w:rPr>
                <w:rFonts w:ascii="Gill Sans MT" w:eastAsia="Gill Sans MT" w:hAnsi="Gill Sans MT" w:cs="Gill Sans MT"/>
                <w:sz w:val="16"/>
                <w:szCs w:val="16"/>
              </w:rPr>
              <w:t>Bilateral ACC</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1A7D1D" w14:textId="77777777" w:rsidR="00297D2C" w:rsidRPr="008E222B" w:rsidRDefault="00297D2C" w:rsidP="007B2FD8">
            <w:pPr>
              <w:jc w:val="center"/>
              <w:rPr>
                <w:rFonts w:ascii="Gill Sans MT" w:hAnsi="Gill Sans MT"/>
                <w:sz w:val="16"/>
                <w:szCs w:val="16"/>
              </w:rPr>
            </w:pPr>
            <w:r w:rsidRPr="008E222B">
              <w:rPr>
                <w:rFonts w:ascii="Gill Sans MT" w:eastAsia="Gill Sans MT" w:hAnsi="Gill Sans MT" w:cs="Gill Sans MT"/>
                <w:sz w:val="16"/>
                <w:szCs w:val="16"/>
              </w:rPr>
              <w:t>1.68</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83E88B8" w14:textId="77777777" w:rsidR="00297D2C" w:rsidRPr="008E222B" w:rsidRDefault="00297D2C" w:rsidP="007B2FD8">
            <w:pPr>
              <w:jc w:val="center"/>
              <w:rPr>
                <w:rFonts w:ascii="Gill Sans MT" w:hAnsi="Gill Sans MT"/>
                <w:sz w:val="16"/>
                <w:szCs w:val="16"/>
              </w:rPr>
            </w:pPr>
            <w:r w:rsidRPr="008E222B">
              <w:rPr>
                <w:rFonts w:ascii="Gill Sans MT" w:eastAsia="Gill Sans MT" w:hAnsi="Gill Sans MT" w:cs="Gill Sans MT"/>
                <w:sz w:val="16"/>
                <w:szCs w:val="16"/>
              </w:rPr>
              <w:t>1.02-2.77</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0FC3C1" w14:textId="77777777" w:rsidR="00297D2C" w:rsidRPr="008E222B" w:rsidRDefault="00297D2C" w:rsidP="007B2FD8">
            <w:pPr>
              <w:jc w:val="center"/>
              <w:rPr>
                <w:rFonts w:ascii="Gill Sans MT" w:hAnsi="Gill Sans MT"/>
                <w:sz w:val="16"/>
                <w:szCs w:val="16"/>
              </w:rPr>
            </w:pPr>
            <w:r w:rsidRPr="008E222B">
              <w:rPr>
                <w:rFonts w:ascii="Gill Sans MT" w:eastAsia="Gill Sans MT" w:hAnsi="Gill Sans MT" w:cs="Gill Sans MT"/>
                <w:sz w:val="16"/>
                <w:szCs w:val="16"/>
              </w:rPr>
              <w:t>0.041</w:t>
            </w:r>
          </w:p>
        </w:tc>
        <w:tc>
          <w:tcPr>
            <w:tcW w:w="1796" w:type="dxa"/>
            <w:gridSpan w:val="2"/>
            <w:tcBorders>
              <w:top w:val="none" w:sz="0" w:space="0" w:color="FFFFFF"/>
              <w:left w:val="none" w:sz="0" w:space="0" w:color="FFFFFF"/>
              <w:bottom w:val="none" w:sz="0" w:space="0" w:color="FFFFFF"/>
              <w:right w:val="none" w:sz="0" w:space="0" w:color="FFFFFF"/>
            </w:tcBorders>
          </w:tcPr>
          <w:p w14:paraId="31D56C7A" w14:textId="77777777" w:rsidR="00297D2C" w:rsidRPr="008E222B" w:rsidRDefault="00297D2C" w:rsidP="007B2FD8">
            <w:pPr>
              <w:jc w:val="center"/>
              <w:rPr>
                <w:rFonts w:ascii="Gill Sans MT" w:eastAsia="Gill Sans MT" w:hAnsi="Gill Sans MT" w:cs="Gill Sans MT"/>
                <w:sz w:val="16"/>
                <w:szCs w:val="16"/>
              </w:rPr>
            </w:pPr>
            <w:r w:rsidRPr="008E222B">
              <w:rPr>
                <w:rFonts w:ascii="Gill Sans MT" w:eastAsia="Gill Sans MT" w:hAnsi="Gill Sans MT" w:cs="Gill Sans MT"/>
                <w:sz w:val="16"/>
                <w:szCs w:val="16"/>
              </w:rPr>
              <w:t>0.062</w:t>
            </w:r>
          </w:p>
        </w:tc>
      </w:tr>
      <w:tr w:rsidR="00297D2C" w:rsidRPr="00F67729" w14:paraId="2CA7B179" w14:textId="77777777" w:rsidTr="007B2FD8">
        <w:tc>
          <w:tcPr>
            <w:tcW w:w="9026" w:type="dxa"/>
            <w:gridSpan w:val="6"/>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5836432"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i/>
                <w:iCs/>
                <w:sz w:val="16"/>
                <w:szCs w:val="16"/>
              </w:rPr>
              <w:t>Lateralised structural volumes</w:t>
            </w:r>
          </w:p>
        </w:tc>
      </w:tr>
      <w:tr w:rsidR="00297D2C" w:rsidRPr="00F67729" w14:paraId="73ACB961"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504A98" w14:textId="77777777" w:rsidR="00297D2C" w:rsidRDefault="00297D2C" w:rsidP="007B2FD8">
            <w:pPr>
              <w:rPr>
                <w:rFonts w:ascii="Gill Sans MT" w:eastAsia="Gill Sans MT" w:hAnsi="Gill Sans MT" w:cs="Gill Sans MT"/>
                <w:b/>
                <w:bCs/>
                <w:sz w:val="16"/>
                <w:szCs w:val="16"/>
              </w:rPr>
            </w:pPr>
            <w:r>
              <w:rPr>
                <w:rFonts w:ascii="Gill Sans MT" w:eastAsia="Gill Sans MT" w:hAnsi="Gill Sans MT" w:cs="Gill Sans MT"/>
                <w:b/>
                <w:bCs/>
                <w:sz w:val="16"/>
                <w:szCs w:val="16"/>
              </w:rPr>
              <w:t>Left Amygdala</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4A88AD"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1.81</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56A3E6B"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1.13-2.90</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7E98C88"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0.014</w:t>
            </w:r>
          </w:p>
        </w:tc>
        <w:tc>
          <w:tcPr>
            <w:tcW w:w="1796" w:type="dxa"/>
            <w:gridSpan w:val="2"/>
            <w:tcBorders>
              <w:top w:val="none" w:sz="0" w:space="0" w:color="FFFFFF"/>
              <w:left w:val="none" w:sz="0" w:space="0" w:color="FFFFFF"/>
              <w:bottom w:val="none" w:sz="0" w:space="0" w:color="FFFFFF"/>
              <w:right w:val="none" w:sz="0" w:space="0" w:color="FFFFFF"/>
            </w:tcBorders>
          </w:tcPr>
          <w:p w14:paraId="25C0E20C"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0.066</w:t>
            </w:r>
          </w:p>
        </w:tc>
      </w:tr>
      <w:tr w:rsidR="00297D2C" w:rsidRPr="00F67729" w14:paraId="189AC68B"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450A1F8" w14:textId="77777777" w:rsidR="00297D2C" w:rsidRDefault="00297D2C" w:rsidP="007B2FD8">
            <w:pPr>
              <w:rPr>
                <w:rFonts w:ascii="Gill Sans MT" w:eastAsia="Gill Sans MT" w:hAnsi="Gill Sans MT" w:cs="Gill Sans MT"/>
                <w:b/>
                <w:bCs/>
                <w:sz w:val="16"/>
                <w:szCs w:val="16"/>
              </w:rPr>
            </w:pPr>
            <w:r>
              <w:rPr>
                <w:rFonts w:ascii="Gill Sans MT" w:eastAsia="Gill Sans MT" w:hAnsi="Gill Sans MT" w:cs="Gill Sans MT"/>
                <w:b/>
                <w:bCs/>
                <w:sz w:val="16"/>
                <w:szCs w:val="16"/>
              </w:rPr>
              <w:t>Right Amygdala</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46277F1"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1.62</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A03204"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1.05-2.48</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CAB98A6"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0.028</w:t>
            </w:r>
          </w:p>
        </w:tc>
        <w:tc>
          <w:tcPr>
            <w:tcW w:w="1796" w:type="dxa"/>
            <w:gridSpan w:val="2"/>
            <w:tcBorders>
              <w:top w:val="none" w:sz="0" w:space="0" w:color="FFFFFF"/>
              <w:left w:val="none" w:sz="0" w:space="0" w:color="FFFFFF"/>
              <w:bottom w:val="none" w:sz="0" w:space="0" w:color="FFFFFF"/>
              <w:right w:val="none" w:sz="0" w:space="0" w:color="FFFFFF"/>
            </w:tcBorders>
          </w:tcPr>
          <w:p w14:paraId="2E0BDFF0"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0.066</w:t>
            </w:r>
          </w:p>
        </w:tc>
      </w:tr>
      <w:tr w:rsidR="00297D2C" w:rsidRPr="00F67729" w14:paraId="10435121"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BF797F"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Left Hippocampus</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A4BD0D"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1.09</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AF5733E"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0.70-1.69</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52CAFF"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0.714</w:t>
            </w:r>
          </w:p>
        </w:tc>
        <w:tc>
          <w:tcPr>
            <w:tcW w:w="1796" w:type="dxa"/>
            <w:gridSpan w:val="2"/>
            <w:tcBorders>
              <w:top w:val="none" w:sz="0" w:space="0" w:color="FFFFFF"/>
              <w:left w:val="none" w:sz="0" w:space="0" w:color="FFFFFF"/>
              <w:bottom w:val="none" w:sz="0" w:space="0" w:color="FFFFFF"/>
              <w:right w:val="none" w:sz="0" w:space="0" w:color="FFFFFF"/>
            </w:tcBorders>
          </w:tcPr>
          <w:p w14:paraId="54425853"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0.714</w:t>
            </w:r>
          </w:p>
        </w:tc>
      </w:tr>
      <w:tr w:rsidR="00297D2C" w:rsidRPr="00F67729" w14:paraId="0DB42C6B"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18C24D3"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Right Hippocampus</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6D7137"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1.12</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9D3E86"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0.71-1.75</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745D24"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0.633</w:t>
            </w:r>
          </w:p>
        </w:tc>
        <w:tc>
          <w:tcPr>
            <w:tcW w:w="1796" w:type="dxa"/>
            <w:gridSpan w:val="2"/>
            <w:tcBorders>
              <w:top w:val="none" w:sz="0" w:space="0" w:color="FFFFFF"/>
              <w:left w:val="none" w:sz="0" w:space="0" w:color="FFFFFF"/>
              <w:bottom w:val="none" w:sz="0" w:space="0" w:color="FFFFFF"/>
              <w:right w:val="none" w:sz="0" w:space="0" w:color="FFFFFF"/>
            </w:tcBorders>
          </w:tcPr>
          <w:p w14:paraId="4B260C56"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0.714</w:t>
            </w:r>
          </w:p>
        </w:tc>
      </w:tr>
      <w:tr w:rsidR="00297D2C" w:rsidRPr="00F67729" w14:paraId="259D3326"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18AAEF"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Left ACC</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1627727"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1.49</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981F553"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0.92-2.39</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9AD490C"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0.102</w:t>
            </w:r>
          </w:p>
        </w:tc>
        <w:tc>
          <w:tcPr>
            <w:tcW w:w="1796" w:type="dxa"/>
            <w:gridSpan w:val="2"/>
            <w:tcBorders>
              <w:top w:val="none" w:sz="0" w:space="0" w:color="FFFFFF"/>
              <w:left w:val="none" w:sz="0" w:space="0" w:color="FFFFFF"/>
              <w:bottom w:val="none" w:sz="0" w:space="0" w:color="FFFFFF"/>
              <w:right w:val="none" w:sz="0" w:space="0" w:color="FFFFFF"/>
            </w:tcBorders>
          </w:tcPr>
          <w:p w14:paraId="27D8074F"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0.153</w:t>
            </w:r>
          </w:p>
        </w:tc>
      </w:tr>
      <w:tr w:rsidR="00297D2C" w:rsidRPr="00F67729" w14:paraId="262BFE6E"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BFFD4B"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Right ACC</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264DA78"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1.73</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21E1E97"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1.04-2.85</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8883708"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0.033</w:t>
            </w:r>
          </w:p>
        </w:tc>
        <w:tc>
          <w:tcPr>
            <w:tcW w:w="1796" w:type="dxa"/>
            <w:gridSpan w:val="2"/>
            <w:tcBorders>
              <w:top w:val="none" w:sz="0" w:space="0" w:color="FFFFFF"/>
              <w:left w:val="none" w:sz="0" w:space="0" w:color="FFFFFF"/>
              <w:bottom w:val="none" w:sz="0" w:space="0" w:color="FFFFFF"/>
              <w:right w:val="none" w:sz="0" w:space="0" w:color="FFFFFF"/>
            </w:tcBorders>
          </w:tcPr>
          <w:p w14:paraId="7CB4263D"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0.066</w:t>
            </w:r>
          </w:p>
        </w:tc>
      </w:tr>
      <w:tr w:rsidR="00297D2C" w:rsidRPr="00F67729" w14:paraId="3EF0194A" w14:textId="77777777" w:rsidTr="007B2FD8">
        <w:tc>
          <w:tcPr>
            <w:tcW w:w="9026" w:type="dxa"/>
            <w:gridSpan w:val="6"/>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CC76A4" w14:textId="77777777" w:rsidR="00297D2C" w:rsidRDefault="00297D2C" w:rsidP="007B2FD8">
            <w:pPr>
              <w:jc w:val="center"/>
              <w:rPr>
                <w:rFonts w:ascii="Gill Sans MT" w:eastAsia="Gill Sans MT" w:hAnsi="Gill Sans MT" w:cs="Gill Sans MT"/>
                <w:i/>
                <w:iCs/>
                <w:sz w:val="16"/>
                <w:szCs w:val="16"/>
              </w:rPr>
            </w:pPr>
            <w:r>
              <w:rPr>
                <w:rFonts w:ascii="Gill Sans MT" w:eastAsia="Gill Sans MT" w:hAnsi="Gill Sans MT" w:cs="Gill Sans MT"/>
                <w:i/>
                <w:iCs/>
                <w:sz w:val="16"/>
                <w:szCs w:val="16"/>
              </w:rPr>
              <w:t>Subcortical connectivity</w:t>
            </w:r>
          </w:p>
        </w:tc>
      </w:tr>
      <w:tr w:rsidR="00297D2C" w:rsidRPr="00F67729" w14:paraId="520EE5D2"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C071011"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HIP-LIM</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600157F"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0.91</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458140"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0.60-1.38</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17C6577"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0.665</w:t>
            </w:r>
          </w:p>
        </w:tc>
        <w:tc>
          <w:tcPr>
            <w:tcW w:w="1796" w:type="dxa"/>
            <w:gridSpan w:val="2"/>
            <w:tcBorders>
              <w:top w:val="none" w:sz="0" w:space="0" w:color="FFFFFF"/>
              <w:left w:val="none" w:sz="0" w:space="0" w:color="FFFFFF"/>
              <w:bottom w:val="none" w:sz="0" w:space="0" w:color="FFFFFF"/>
              <w:right w:val="none" w:sz="0" w:space="0" w:color="FFFFFF"/>
            </w:tcBorders>
          </w:tcPr>
          <w:p w14:paraId="4C4D71AD"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0.798</w:t>
            </w:r>
          </w:p>
        </w:tc>
      </w:tr>
      <w:tr w:rsidR="00297D2C" w:rsidRPr="00F67729" w14:paraId="4F5259D0"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0937951"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AMY-LIM</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4A1CB9A"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0.95</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E0CAF1B"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0.61-1.47</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7A688AF"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0.816</w:t>
            </w:r>
          </w:p>
        </w:tc>
        <w:tc>
          <w:tcPr>
            <w:tcW w:w="1796" w:type="dxa"/>
            <w:gridSpan w:val="2"/>
            <w:tcBorders>
              <w:top w:val="none" w:sz="0" w:space="0" w:color="FFFFFF"/>
              <w:left w:val="none" w:sz="0" w:space="0" w:color="FFFFFF"/>
              <w:bottom w:val="none" w:sz="0" w:space="0" w:color="FFFFFF"/>
              <w:right w:val="none" w:sz="0" w:space="0" w:color="FFFFFF"/>
            </w:tcBorders>
          </w:tcPr>
          <w:p w14:paraId="3AD66E4D"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0.816</w:t>
            </w:r>
          </w:p>
        </w:tc>
      </w:tr>
      <w:tr w:rsidR="00297D2C" w:rsidRPr="00F67729" w14:paraId="3CE9AD6E"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54C523C"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ACC-LIM</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BFBA12F"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1.43</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F637CA9"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0.95-2.16</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6B25183"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0.085</w:t>
            </w:r>
          </w:p>
        </w:tc>
        <w:tc>
          <w:tcPr>
            <w:tcW w:w="1796" w:type="dxa"/>
            <w:gridSpan w:val="2"/>
            <w:tcBorders>
              <w:top w:val="none" w:sz="0" w:space="0" w:color="FFFFFF"/>
              <w:left w:val="none" w:sz="0" w:space="0" w:color="FFFFFF"/>
              <w:bottom w:val="none" w:sz="0" w:space="0" w:color="FFFFFF"/>
              <w:right w:val="none" w:sz="0" w:space="0" w:color="FFFFFF"/>
            </w:tcBorders>
          </w:tcPr>
          <w:p w14:paraId="21EDDAA5"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0.510</w:t>
            </w:r>
          </w:p>
        </w:tc>
      </w:tr>
      <w:tr w:rsidR="00297D2C" w:rsidRPr="00F67729" w14:paraId="6EE9E693"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BAF255B"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HIP-ACC</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9391071"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1.23</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D38869B"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0.80-1.87</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C90D40E"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0.343</w:t>
            </w:r>
          </w:p>
        </w:tc>
        <w:tc>
          <w:tcPr>
            <w:tcW w:w="1796" w:type="dxa"/>
            <w:gridSpan w:val="2"/>
            <w:tcBorders>
              <w:top w:val="none" w:sz="0" w:space="0" w:color="FFFFFF"/>
              <w:left w:val="none" w:sz="0" w:space="0" w:color="FFFFFF"/>
              <w:bottom w:val="none" w:sz="0" w:space="0" w:color="FFFFFF"/>
              <w:right w:val="none" w:sz="0" w:space="0" w:color="FFFFFF"/>
            </w:tcBorders>
          </w:tcPr>
          <w:p w14:paraId="3B23FE91"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0.798</w:t>
            </w:r>
          </w:p>
        </w:tc>
      </w:tr>
      <w:tr w:rsidR="00297D2C" w:rsidRPr="00F67729" w14:paraId="27764F60"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E3F96CE"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HIP-AMY</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8892AFD"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0.86</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142F0B3"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0.55-1.34</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018ACC3"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0.495</w:t>
            </w:r>
          </w:p>
        </w:tc>
        <w:tc>
          <w:tcPr>
            <w:tcW w:w="1796" w:type="dxa"/>
            <w:gridSpan w:val="2"/>
            <w:tcBorders>
              <w:top w:val="none" w:sz="0" w:space="0" w:color="FFFFFF"/>
              <w:left w:val="none" w:sz="0" w:space="0" w:color="FFFFFF"/>
              <w:bottom w:val="none" w:sz="0" w:space="0" w:color="FFFFFF"/>
              <w:right w:val="none" w:sz="0" w:space="0" w:color="FFFFFF"/>
            </w:tcBorders>
          </w:tcPr>
          <w:p w14:paraId="5DA89559"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0.798</w:t>
            </w:r>
          </w:p>
        </w:tc>
      </w:tr>
      <w:tr w:rsidR="00297D2C" w:rsidRPr="00F67729" w14:paraId="4253FB1B"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0CFD9C4"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AMY-ACC</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0E1D70C"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0.89</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303AC98"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0.60-1.33</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F01223B"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0.578</w:t>
            </w:r>
          </w:p>
        </w:tc>
        <w:tc>
          <w:tcPr>
            <w:tcW w:w="1796" w:type="dxa"/>
            <w:gridSpan w:val="2"/>
            <w:tcBorders>
              <w:top w:val="none" w:sz="0" w:space="0" w:color="FFFFFF"/>
              <w:left w:val="none" w:sz="0" w:space="0" w:color="FFFFFF"/>
              <w:bottom w:val="none" w:sz="0" w:space="0" w:color="FFFFFF"/>
              <w:right w:val="none" w:sz="0" w:space="0" w:color="FFFFFF"/>
            </w:tcBorders>
          </w:tcPr>
          <w:p w14:paraId="598AF132"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0.798</w:t>
            </w:r>
          </w:p>
        </w:tc>
      </w:tr>
      <w:tr w:rsidR="00297D2C" w:rsidRPr="00F67729" w14:paraId="4DA81D67" w14:textId="77777777" w:rsidTr="007B2FD8">
        <w:tc>
          <w:tcPr>
            <w:tcW w:w="9026" w:type="dxa"/>
            <w:gridSpan w:val="6"/>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2AD522E3" w14:textId="77777777" w:rsidR="00297D2C" w:rsidRDefault="00297D2C" w:rsidP="007B2FD8">
            <w:pPr>
              <w:jc w:val="center"/>
              <w:rPr>
                <w:rFonts w:ascii="Gill Sans MT" w:eastAsia="Gill Sans MT" w:hAnsi="Gill Sans MT" w:cs="Gill Sans MT"/>
                <w:i/>
                <w:iCs/>
                <w:sz w:val="16"/>
                <w:szCs w:val="16"/>
              </w:rPr>
            </w:pPr>
            <w:r>
              <w:rPr>
                <w:rFonts w:ascii="Gill Sans MT" w:eastAsia="Gill Sans MT" w:hAnsi="Gill Sans MT" w:cs="Gill Sans MT"/>
                <w:i/>
                <w:iCs/>
                <w:sz w:val="16"/>
                <w:szCs w:val="16"/>
              </w:rPr>
              <w:t>Cortical connectivity</w:t>
            </w:r>
          </w:p>
        </w:tc>
      </w:tr>
      <w:tr w:rsidR="00297D2C" w:rsidRPr="00F67729" w14:paraId="3D6C706A"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57CE870" w14:textId="77777777" w:rsidR="00297D2C" w:rsidRPr="000D3932" w:rsidRDefault="00297D2C" w:rsidP="007B2FD8">
            <w:pPr>
              <w:rPr>
                <w:rFonts w:ascii="Gill Sans MT" w:hAnsi="Gill Sans MT"/>
                <w:b/>
                <w:bCs/>
                <w:sz w:val="16"/>
                <w:szCs w:val="16"/>
              </w:rPr>
            </w:pPr>
            <w:r w:rsidRPr="000D3932">
              <w:rPr>
                <w:rFonts w:ascii="Gill Sans MT" w:eastAsia="Gill Sans MT" w:hAnsi="Gill Sans MT" w:cs="Gill Sans MT"/>
                <w:b/>
                <w:bCs/>
                <w:sz w:val="16"/>
                <w:szCs w:val="16"/>
              </w:rPr>
              <w:t>LIM-WC</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EDD95E" w14:textId="77777777" w:rsidR="00297D2C" w:rsidRPr="000D3932" w:rsidRDefault="00297D2C" w:rsidP="007B2FD8">
            <w:pPr>
              <w:jc w:val="center"/>
              <w:rPr>
                <w:rFonts w:ascii="Gill Sans MT" w:hAnsi="Gill Sans MT"/>
                <w:b/>
                <w:bCs/>
                <w:sz w:val="16"/>
                <w:szCs w:val="16"/>
              </w:rPr>
            </w:pPr>
            <w:r w:rsidRPr="000D3932">
              <w:rPr>
                <w:rFonts w:ascii="Gill Sans MT" w:eastAsia="Gill Sans MT" w:hAnsi="Gill Sans MT" w:cs="Gill Sans MT"/>
                <w:b/>
                <w:bCs/>
                <w:sz w:val="16"/>
                <w:szCs w:val="16"/>
              </w:rPr>
              <w:t>1.49</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6B8CC55" w14:textId="77777777" w:rsidR="00297D2C" w:rsidRPr="000D3932" w:rsidRDefault="00297D2C" w:rsidP="007B2FD8">
            <w:pPr>
              <w:jc w:val="center"/>
              <w:rPr>
                <w:rFonts w:ascii="Gill Sans MT" w:hAnsi="Gill Sans MT"/>
                <w:b/>
                <w:bCs/>
                <w:sz w:val="16"/>
                <w:szCs w:val="16"/>
              </w:rPr>
            </w:pPr>
            <w:r w:rsidRPr="000D3932">
              <w:rPr>
                <w:rFonts w:ascii="Gill Sans MT" w:eastAsia="Gill Sans MT" w:hAnsi="Gill Sans MT" w:cs="Gill Sans MT"/>
                <w:b/>
                <w:bCs/>
                <w:sz w:val="16"/>
                <w:szCs w:val="16"/>
              </w:rPr>
              <w:t>1.03-2.16</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A83A2E8" w14:textId="77777777" w:rsidR="00297D2C" w:rsidRPr="000D3932" w:rsidRDefault="00297D2C" w:rsidP="007B2FD8">
            <w:pPr>
              <w:jc w:val="center"/>
              <w:rPr>
                <w:rFonts w:ascii="Gill Sans MT" w:hAnsi="Gill Sans MT"/>
                <w:b/>
                <w:bCs/>
                <w:sz w:val="16"/>
                <w:szCs w:val="16"/>
              </w:rPr>
            </w:pPr>
            <w:r w:rsidRPr="000D3932">
              <w:rPr>
                <w:rFonts w:ascii="Gill Sans MT" w:eastAsia="Gill Sans MT" w:hAnsi="Gill Sans MT" w:cs="Gill Sans MT"/>
                <w:b/>
                <w:bCs/>
                <w:sz w:val="16"/>
                <w:szCs w:val="16"/>
              </w:rPr>
              <w:t>0.035</w:t>
            </w:r>
          </w:p>
        </w:tc>
        <w:tc>
          <w:tcPr>
            <w:tcW w:w="1796" w:type="dxa"/>
            <w:gridSpan w:val="2"/>
            <w:tcBorders>
              <w:top w:val="none" w:sz="0" w:space="0" w:color="FFFFFF"/>
              <w:left w:val="none" w:sz="0" w:space="0" w:color="FFFFFF"/>
              <w:bottom w:val="none" w:sz="0" w:space="0" w:color="FFFFFF"/>
              <w:right w:val="none" w:sz="0" w:space="0" w:color="FFFFFF"/>
            </w:tcBorders>
          </w:tcPr>
          <w:p w14:paraId="570D89CD" w14:textId="77777777" w:rsidR="00297D2C" w:rsidRDefault="00297D2C" w:rsidP="007B2FD8">
            <w:pPr>
              <w:jc w:val="center"/>
              <w:rPr>
                <w:rFonts w:ascii="Gill Sans MT" w:eastAsia="Gill Sans MT" w:hAnsi="Gill Sans MT" w:cs="Gill Sans MT"/>
                <w:sz w:val="16"/>
                <w:szCs w:val="16"/>
              </w:rPr>
            </w:pPr>
          </w:p>
        </w:tc>
      </w:tr>
      <w:tr w:rsidR="00297D2C" w:rsidRPr="00F67729" w14:paraId="5F1002CD"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215E6A"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LIM-VIS</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F2FBC10"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0.99</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54E6417"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0.66-1.48</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B629BA0"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0.962</w:t>
            </w:r>
          </w:p>
        </w:tc>
        <w:tc>
          <w:tcPr>
            <w:tcW w:w="1796" w:type="dxa"/>
            <w:gridSpan w:val="2"/>
            <w:tcBorders>
              <w:top w:val="none" w:sz="0" w:space="0" w:color="FFFFFF"/>
              <w:left w:val="none" w:sz="0" w:space="0" w:color="FFFFFF"/>
              <w:bottom w:val="none" w:sz="0" w:space="0" w:color="FFFFFF"/>
              <w:right w:val="none" w:sz="0" w:space="0" w:color="FFFFFF"/>
            </w:tcBorders>
          </w:tcPr>
          <w:p w14:paraId="30F917BA"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0.962</w:t>
            </w:r>
          </w:p>
        </w:tc>
      </w:tr>
      <w:tr w:rsidR="00297D2C" w:rsidRPr="00F67729" w14:paraId="4F7AF234"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4485036"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LIM-SMN</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539E402"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1.55</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8ED09FF"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1.07-2.25</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8A583B5"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0.021</w:t>
            </w:r>
          </w:p>
        </w:tc>
        <w:tc>
          <w:tcPr>
            <w:tcW w:w="1796" w:type="dxa"/>
            <w:gridSpan w:val="2"/>
            <w:tcBorders>
              <w:top w:val="none" w:sz="0" w:space="0" w:color="FFFFFF"/>
              <w:left w:val="none" w:sz="0" w:space="0" w:color="FFFFFF"/>
              <w:bottom w:val="none" w:sz="0" w:space="0" w:color="FFFFFF"/>
              <w:right w:val="none" w:sz="0" w:space="0" w:color="FFFFFF"/>
            </w:tcBorders>
          </w:tcPr>
          <w:p w14:paraId="40BA8B33"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0.095</w:t>
            </w:r>
          </w:p>
        </w:tc>
      </w:tr>
      <w:tr w:rsidR="00297D2C" w:rsidRPr="00F67729" w14:paraId="43744F69"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AA8417"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LIM-DAN</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A9A3FF8"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1.49</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A94F039"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1.02-2.17</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4ED0A076" w14:textId="77777777" w:rsidR="00297D2C" w:rsidRPr="00F67729" w:rsidRDefault="00297D2C" w:rsidP="007B2FD8">
            <w:pPr>
              <w:jc w:val="center"/>
              <w:rPr>
                <w:rFonts w:ascii="Gill Sans MT" w:hAnsi="Gill Sans MT"/>
                <w:b/>
                <w:bCs/>
                <w:sz w:val="16"/>
                <w:szCs w:val="16"/>
              </w:rPr>
            </w:pPr>
            <w:r>
              <w:rPr>
                <w:rFonts w:ascii="Gill Sans MT" w:eastAsia="Gill Sans MT" w:hAnsi="Gill Sans MT" w:cs="Gill Sans MT"/>
                <w:b/>
                <w:bCs/>
                <w:sz w:val="16"/>
                <w:szCs w:val="16"/>
              </w:rPr>
              <w:t>0.041</w:t>
            </w:r>
          </w:p>
        </w:tc>
        <w:tc>
          <w:tcPr>
            <w:tcW w:w="1796" w:type="dxa"/>
            <w:gridSpan w:val="2"/>
            <w:tcBorders>
              <w:top w:val="none" w:sz="0" w:space="0" w:color="FFFFFF"/>
              <w:left w:val="none" w:sz="0" w:space="0" w:color="FFFFFF"/>
              <w:bottom w:val="none" w:sz="0" w:space="0" w:color="FFFFFF"/>
              <w:right w:val="none" w:sz="0" w:space="0" w:color="FFFFFF"/>
            </w:tcBorders>
          </w:tcPr>
          <w:p w14:paraId="34A89BF8" w14:textId="77777777" w:rsidR="00297D2C" w:rsidRDefault="00297D2C" w:rsidP="007B2FD8">
            <w:pPr>
              <w:jc w:val="center"/>
              <w:rPr>
                <w:rFonts w:ascii="Gill Sans MT" w:eastAsia="Gill Sans MT" w:hAnsi="Gill Sans MT" w:cs="Gill Sans MT"/>
                <w:b/>
                <w:bCs/>
                <w:sz w:val="16"/>
                <w:szCs w:val="16"/>
              </w:rPr>
            </w:pPr>
            <w:r>
              <w:rPr>
                <w:rFonts w:ascii="Gill Sans MT" w:eastAsia="Gill Sans MT" w:hAnsi="Gill Sans MT" w:cs="Gill Sans MT"/>
                <w:b/>
                <w:bCs/>
                <w:sz w:val="16"/>
                <w:szCs w:val="16"/>
              </w:rPr>
              <w:t>0.095</w:t>
            </w:r>
          </w:p>
        </w:tc>
      </w:tr>
      <w:tr w:rsidR="00297D2C" w:rsidRPr="00F67729" w14:paraId="25365417"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0175293"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LIM-VAN</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9C7ACA9"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1.40</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7C37D8BC"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0.98-2.01</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0582A28E"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0.065</w:t>
            </w:r>
          </w:p>
        </w:tc>
        <w:tc>
          <w:tcPr>
            <w:tcW w:w="1796" w:type="dxa"/>
            <w:gridSpan w:val="2"/>
            <w:tcBorders>
              <w:top w:val="none" w:sz="0" w:space="0" w:color="FFFFFF"/>
              <w:left w:val="none" w:sz="0" w:space="0" w:color="FFFFFF"/>
              <w:bottom w:val="none" w:sz="0" w:space="0" w:color="FFFFFF"/>
              <w:right w:val="none" w:sz="0" w:space="0" w:color="FFFFFF"/>
            </w:tcBorders>
          </w:tcPr>
          <w:p w14:paraId="7FA2D79B"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0.114</w:t>
            </w:r>
          </w:p>
        </w:tc>
      </w:tr>
      <w:tr w:rsidR="00297D2C" w:rsidRPr="00F67729" w14:paraId="22208F1B" w14:textId="77777777" w:rsidTr="007B2FD8">
        <w:tc>
          <w:tcPr>
            <w:tcW w:w="179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3044B6B8"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LIM-FPN</w:t>
            </w:r>
          </w:p>
        </w:tc>
        <w:tc>
          <w:tcPr>
            <w:tcW w:w="1179"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57228BCE"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1.31</w:t>
            </w:r>
          </w:p>
        </w:tc>
        <w:tc>
          <w:tcPr>
            <w:tcW w:w="1985"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635A4B4E"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0.88-1.95</w:t>
            </w:r>
          </w:p>
        </w:tc>
        <w:tc>
          <w:tcPr>
            <w:tcW w:w="2268" w:type="dxa"/>
            <w:tcBorders>
              <w:top w:val="none" w:sz="0" w:space="0" w:color="FFFFFF"/>
              <w:left w:val="none" w:sz="0" w:space="0" w:color="FFFFFF"/>
              <w:bottom w:val="none" w:sz="0" w:space="0" w:color="FFFFFF"/>
              <w:right w:val="none" w:sz="0" w:space="0" w:color="FFFFFF"/>
            </w:tcBorders>
            <w:tcMar>
              <w:top w:w="8" w:type="dxa"/>
              <w:left w:w="60" w:type="dxa"/>
              <w:bottom w:w="8" w:type="dxa"/>
              <w:right w:w="60" w:type="dxa"/>
            </w:tcMar>
            <w:vAlign w:val="center"/>
          </w:tcPr>
          <w:p w14:paraId="1A07D7A4"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0.184</w:t>
            </w:r>
          </w:p>
        </w:tc>
        <w:tc>
          <w:tcPr>
            <w:tcW w:w="1796" w:type="dxa"/>
            <w:gridSpan w:val="2"/>
            <w:tcBorders>
              <w:top w:val="none" w:sz="0" w:space="0" w:color="FFFFFF"/>
              <w:left w:val="none" w:sz="0" w:space="0" w:color="FFFFFF"/>
              <w:bottom w:val="none" w:sz="0" w:space="0" w:color="FFFFFF"/>
              <w:right w:val="none" w:sz="0" w:space="0" w:color="FFFFFF"/>
            </w:tcBorders>
          </w:tcPr>
          <w:p w14:paraId="39E85C0F"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0.215</w:t>
            </w:r>
          </w:p>
        </w:tc>
      </w:tr>
      <w:tr w:rsidR="00297D2C" w:rsidRPr="00F67729" w14:paraId="0EA5CA78" w14:textId="77777777" w:rsidTr="007B2FD8">
        <w:tc>
          <w:tcPr>
            <w:tcW w:w="179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561EC89D" w14:textId="77777777" w:rsidR="00297D2C" w:rsidRPr="00F67729" w:rsidRDefault="00297D2C" w:rsidP="007B2FD8">
            <w:pPr>
              <w:rPr>
                <w:rFonts w:ascii="Gill Sans MT" w:hAnsi="Gill Sans MT"/>
                <w:sz w:val="16"/>
                <w:szCs w:val="16"/>
              </w:rPr>
            </w:pPr>
            <w:r>
              <w:rPr>
                <w:rFonts w:ascii="Gill Sans MT" w:eastAsia="Gill Sans MT" w:hAnsi="Gill Sans MT" w:cs="Gill Sans MT"/>
                <w:sz w:val="16"/>
                <w:szCs w:val="16"/>
              </w:rPr>
              <w:t>LIM-DMN</w:t>
            </w:r>
          </w:p>
        </w:tc>
        <w:tc>
          <w:tcPr>
            <w:tcW w:w="1179"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760305A6"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1.41</w:t>
            </w:r>
          </w:p>
        </w:tc>
        <w:tc>
          <w:tcPr>
            <w:tcW w:w="1985"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6CFCB09B"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0.91-2.20</w:t>
            </w:r>
          </w:p>
        </w:tc>
        <w:tc>
          <w:tcPr>
            <w:tcW w:w="2268" w:type="dxa"/>
            <w:tcBorders>
              <w:top w:val="none" w:sz="0" w:space="0" w:color="FFFFFF"/>
              <w:left w:val="none" w:sz="0" w:space="0" w:color="FFFFFF"/>
              <w:bottom w:val="single" w:sz="4" w:space="0" w:color="000000"/>
              <w:right w:val="none" w:sz="0" w:space="0" w:color="FFFFFF"/>
            </w:tcBorders>
            <w:tcMar>
              <w:top w:w="8" w:type="dxa"/>
              <w:left w:w="60" w:type="dxa"/>
              <w:bottom w:w="8" w:type="dxa"/>
              <w:right w:w="60" w:type="dxa"/>
            </w:tcMar>
            <w:vAlign w:val="center"/>
          </w:tcPr>
          <w:p w14:paraId="35101B87" w14:textId="77777777" w:rsidR="00297D2C" w:rsidRPr="00F67729" w:rsidRDefault="00297D2C" w:rsidP="007B2FD8">
            <w:pPr>
              <w:jc w:val="center"/>
              <w:rPr>
                <w:rFonts w:ascii="Gill Sans MT" w:hAnsi="Gill Sans MT"/>
                <w:sz w:val="16"/>
                <w:szCs w:val="16"/>
              </w:rPr>
            </w:pPr>
            <w:r>
              <w:rPr>
                <w:rFonts w:ascii="Gill Sans MT" w:eastAsia="Gill Sans MT" w:hAnsi="Gill Sans MT" w:cs="Gill Sans MT"/>
                <w:sz w:val="16"/>
                <w:szCs w:val="16"/>
              </w:rPr>
              <w:t>0.128</w:t>
            </w:r>
          </w:p>
        </w:tc>
        <w:tc>
          <w:tcPr>
            <w:tcW w:w="1796" w:type="dxa"/>
            <w:gridSpan w:val="2"/>
            <w:tcBorders>
              <w:top w:val="none" w:sz="0" w:space="0" w:color="FFFFFF"/>
              <w:left w:val="none" w:sz="0" w:space="0" w:color="FFFFFF"/>
              <w:bottom w:val="single" w:sz="4" w:space="0" w:color="000000"/>
              <w:right w:val="none" w:sz="0" w:space="0" w:color="FFFFFF"/>
            </w:tcBorders>
          </w:tcPr>
          <w:p w14:paraId="45FCCF34" w14:textId="77777777" w:rsidR="00297D2C" w:rsidRDefault="00297D2C" w:rsidP="007B2FD8">
            <w:pPr>
              <w:jc w:val="center"/>
              <w:rPr>
                <w:rFonts w:ascii="Gill Sans MT" w:eastAsia="Gill Sans MT" w:hAnsi="Gill Sans MT" w:cs="Gill Sans MT"/>
                <w:sz w:val="16"/>
                <w:szCs w:val="16"/>
              </w:rPr>
            </w:pPr>
            <w:r>
              <w:rPr>
                <w:rFonts w:ascii="Gill Sans MT" w:eastAsia="Gill Sans MT" w:hAnsi="Gill Sans MT" w:cs="Gill Sans MT"/>
                <w:sz w:val="16"/>
                <w:szCs w:val="16"/>
              </w:rPr>
              <w:t>0.179</w:t>
            </w:r>
          </w:p>
        </w:tc>
      </w:tr>
    </w:tbl>
    <w:p w14:paraId="09552980" w14:textId="77777777" w:rsidR="00297D2C" w:rsidRPr="005F6814" w:rsidRDefault="00297D2C" w:rsidP="00297D2C">
      <w:pPr>
        <w:jc w:val="both"/>
      </w:pPr>
      <w:r>
        <w:rPr>
          <w:rFonts w:ascii="Gill Sans MT" w:eastAsia="Gill Sans MT" w:hAnsi="Gill Sans MT" w:cs="Gill Sans MT"/>
          <w:sz w:val="16"/>
          <w:szCs w:val="16"/>
        </w:rPr>
        <w:t xml:space="preserve">Cox proportional hazards models for time to each clinical endpoint within the PSG-confirmed </w:t>
      </w:r>
      <w:proofErr w:type="spellStart"/>
      <w:r>
        <w:rPr>
          <w:rFonts w:ascii="Gill Sans MT" w:eastAsia="Gill Sans MT" w:hAnsi="Gill Sans MT" w:cs="Gill Sans MT"/>
          <w:sz w:val="16"/>
          <w:szCs w:val="16"/>
        </w:rPr>
        <w:t>iRBD</w:t>
      </w:r>
      <w:proofErr w:type="spellEnd"/>
      <w:r>
        <w:rPr>
          <w:rFonts w:ascii="Gill Sans MT" w:eastAsia="Gill Sans MT" w:hAnsi="Gill Sans MT" w:cs="Gill Sans MT"/>
          <w:sz w:val="16"/>
          <w:szCs w:val="16"/>
        </w:rPr>
        <w:t xml:space="preserve"> cohort (n = 175), across all limbic measures. Hazard ratios (HR) are expressed per one standard deviation of each measure, adjusted for age and sex, with 95% confidence intervals, P values and FDR corrected P values. Limbic Vulnerability Indices are oriented so that higher values indicate greater vulnerability (HR &gt; 1 denotes higher risk with greater vulnerability); for individual volumes and connectivity measures the HR is expressed per one standard deviation decrease, so that HR &gt; 1 uniformly denotes higher risk with greater vulnerability (lower volume or connectivity). Participants meeting the endpoint at baseline were excluded from the corresponding model. ACC, anterior cingulate cortex; AMY, amygdala; DAN, dorsal attention; DMN, default mode; FPN, frontoparietal; HIP, hippocampus; LIM, limbic network; LVI, Limbic Vulnerability Index; </w:t>
      </w:r>
      <w:r>
        <w:rPr>
          <w:rFonts w:ascii="Gill Sans MT" w:eastAsia="Gill Sans MT" w:hAnsi="Gill Sans MT" w:cs="Gill Sans MT"/>
          <w:sz w:val="16"/>
          <w:szCs w:val="16"/>
        </w:rPr>
        <w:lastRenderedPageBreak/>
        <w:t xml:space="preserve">MCI, mild cognitive impairment; MoCA, Montreal Cognitive Assessment; SMN, </w:t>
      </w:r>
      <w:proofErr w:type="spellStart"/>
      <w:r>
        <w:rPr>
          <w:rFonts w:ascii="Gill Sans MT" w:eastAsia="Gill Sans MT" w:hAnsi="Gill Sans MT" w:cs="Gill Sans MT"/>
          <w:sz w:val="16"/>
          <w:szCs w:val="16"/>
        </w:rPr>
        <w:t>somatomotor</w:t>
      </w:r>
      <w:proofErr w:type="spellEnd"/>
      <w:r>
        <w:rPr>
          <w:rFonts w:ascii="Gill Sans MT" w:eastAsia="Gill Sans MT" w:hAnsi="Gill Sans MT" w:cs="Gill Sans MT"/>
          <w:sz w:val="16"/>
          <w:szCs w:val="16"/>
        </w:rPr>
        <w:t>; VAN, ventral attention; VIS, visual; WC, whole cortex.</w:t>
      </w:r>
    </w:p>
    <w:p w14:paraId="12CC05AA" w14:textId="77777777" w:rsidR="00B36E4B" w:rsidRDefault="00B36E4B"/>
    <w:sectPr w:rsidR="00B36E4B" w:rsidSect="00297D2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14076D" w14:textId="77777777" w:rsidR="006B4BFC" w:rsidRDefault="006B4BFC">
      <w:r>
        <w:separator/>
      </w:r>
    </w:p>
  </w:endnote>
  <w:endnote w:type="continuationSeparator" w:id="0">
    <w:p w14:paraId="2E2AF799" w14:textId="77777777" w:rsidR="006B4BFC" w:rsidRDefault="006B4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B2E2B" w14:textId="77777777" w:rsidR="00297D2C" w:rsidRDefault="00297D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556D0" w14:textId="77777777" w:rsidR="00297D2C" w:rsidRDefault="00297D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A48E75" w14:textId="77777777" w:rsidR="00297D2C" w:rsidRDefault="00297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FF8D23" w14:textId="77777777" w:rsidR="006B4BFC" w:rsidRDefault="006B4BFC">
      <w:r>
        <w:separator/>
      </w:r>
    </w:p>
  </w:footnote>
  <w:footnote w:type="continuationSeparator" w:id="0">
    <w:p w14:paraId="1B3D03AD" w14:textId="77777777" w:rsidR="006B4BFC" w:rsidRDefault="006B4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25C70E" w14:textId="77777777" w:rsidR="00297D2C" w:rsidRDefault="00297D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0C30E" w14:textId="77777777" w:rsidR="00297D2C" w:rsidRDefault="00297D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6BD72" w14:textId="77777777" w:rsidR="00297D2C" w:rsidRDefault="00297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D54856"/>
    <w:multiLevelType w:val="hybridMultilevel"/>
    <w:tmpl w:val="78500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E674FB"/>
    <w:multiLevelType w:val="hybridMultilevel"/>
    <w:tmpl w:val="22EAF7B0"/>
    <w:lvl w:ilvl="0" w:tplc="DF44B166">
      <w:start w:val="1"/>
      <w:numFmt w:val="bullet"/>
      <w:lvlText w:val="●"/>
      <w:lvlJc w:val="left"/>
      <w:pPr>
        <w:ind w:left="720" w:hanging="360"/>
      </w:pPr>
    </w:lvl>
    <w:lvl w:ilvl="1" w:tplc="0FDCDFDA">
      <w:start w:val="1"/>
      <w:numFmt w:val="bullet"/>
      <w:lvlText w:val="○"/>
      <w:lvlJc w:val="left"/>
      <w:pPr>
        <w:ind w:left="1440" w:hanging="360"/>
      </w:pPr>
    </w:lvl>
    <w:lvl w:ilvl="2" w:tplc="2F064A52">
      <w:start w:val="1"/>
      <w:numFmt w:val="bullet"/>
      <w:lvlText w:val="■"/>
      <w:lvlJc w:val="left"/>
      <w:pPr>
        <w:ind w:left="2160" w:hanging="360"/>
      </w:pPr>
    </w:lvl>
    <w:lvl w:ilvl="3" w:tplc="A3D6C874">
      <w:start w:val="1"/>
      <w:numFmt w:val="bullet"/>
      <w:lvlText w:val="●"/>
      <w:lvlJc w:val="left"/>
      <w:pPr>
        <w:ind w:left="2880" w:hanging="360"/>
      </w:pPr>
    </w:lvl>
    <w:lvl w:ilvl="4" w:tplc="898AED34">
      <w:start w:val="1"/>
      <w:numFmt w:val="bullet"/>
      <w:lvlText w:val="○"/>
      <w:lvlJc w:val="left"/>
      <w:pPr>
        <w:ind w:left="3600" w:hanging="360"/>
      </w:pPr>
    </w:lvl>
    <w:lvl w:ilvl="5" w:tplc="9A289F1A">
      <w:start w:val="1"/>
      <w:numFmt w:val="bullet"/>
      <w:lvlText w:val="■"/>
      <w:lvlJc w:val="left"/>
      <w:pPr>
        <w:ind w:left="4320" w:hanging="360"/>
      </w:pPr>
    </w:lvl>
    <w:lvl w:ilvl="6" w:tplc="57583E44">
      <w:start w:val="1"/>
      <w:numFmt w:val="bullet"/>
      <w:lvlText w:val="●"/>
      <w:lvlJc w:val="left"/>
      <w:pPr>
        <w:ind w:left="5040" w:hanging="360"/>
      </w:pPr>
    </w:lvl>
    <w:lvl w:ilvl="7" w:tplc="01A46D78">
      <w:start w:val="1"/>
      <w:numFmt w:val="bullet"/>
      <w:lvlText w:val="●"/>
      <w:lvlJc w:val="left"/>
      <w:pPr>
        <w:ind w:left="5760" w:hanging="360"/>
      </w:pPr>
    </w:lvl>
    <w:lvl w:ilvl="8" w:tplc="10F4E66C">
      <w:start w:val="1"/>
      <w:numFmt w:val="bullet"/>
      <w:lvlText w:val="●"/>
      <w:lvlJc w:val="left"/>
      <w:pPr>
        <w:ind w:left="6480" w:hanging="360"/>
      </w:pPr>
    </w:lvl>
  </w:abstractNum>
  <w:abstractNum w:abstractNumId="11" w15:restartNumberingAfterBreak="0">
    <w:nsid w:val="1A8508FC"/>
    <w:multiLevelType w:val="hybridMultilevel"/>
    <w:tmpl w:val="84DA12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020BC7"/>
    <w:multiLevelType w:val="hybridMultilevel"/>
    <w:tmpl w:val="A1524D74"/>
    <w:lvl w:ilvl="0" w:tplc="04DCD77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52E0489"/>
    <w:multiLevelType w:val="hybridMultilevel"/>
    <w:tmpl w:val="0FF0E9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863033"/>
    <w:multiLevelType w:val="hybridMultilevel"/>
    <w:tmpl w:val="AED23044"/>
    <w:lvl w:ilvl="0" w:tplc="0B1A6308">
      <w:start w:val="1"/>
      <w:numFmt w:val="bullet"/>
      <w:lvlText w:val="●"/>
      <w:lvlJc w:val="left"/>
      <w:pPr>
        <w:ind w:left="720" w:hanging="360"/>
      </w:pPr>
    </w:lvl>
    <w:lvl w:ilvl="1" w:tplc="93603D2C">
      <w:start w:val="1"/>
      <w:numFmt w:val="bullet"/>
      <w:lvlText w:val="○"/>
      <w:lvlJc w:val="left"/>
      <w:pPr>
        <w:ind w:left="1440" w:hanging="360"/>
      </w:pPr>
    </w:lvl>
    <w:lvl w:ilvl="2" w:tplc="48F09C44">
      <w:start w:val="1"/>
      <w:numFmt w:val="bullet"/>
      <w:lvlText w:val="■"/>
      <w:lvlJc w:val="left"/>
      <w:pPr>
        <w:ind w:left="2160" w:hanging="360"/>
      </w:pPr>
    </w:lvl>
    <w:lvl w:ilvl="3" w:tplc="4D5A0BF2">
      <w:start w:val="1"/>
      <w:numFmt w:val="bullet"/>
      <w:lvlText w:val="●"/>
      <w:lvlJc w:val="left"/>
      <w:pPr>
        <w:ind w:left="2880" w:hanging="360"/>
      </w:pPr>
    </w:lvl>
    <w:lvl w:ilvl="4" w:tplc="A65A5886">
      <w:start w:val="1"/>
      <w:numFmt w:val="bullet"/>
      <w:lvlText w:val="○"/>
      <w:lvlJc w:val="left"/>
      <w:pPr>
        <w:ind w:left="3600" w:hanging="360"/>
      </w:pPr>
    </w:lvl>
    <w:lvl w:ilvl="5" w:tplc="9DF441B2">
      <w:start w:val="1"/>
      <w:numFmt w:val="bullet"/>
      <w:lvlText w:val="■"/>
      <w:lvlJc w:val="left"/>
      <w:pPr>
        <w:ind w:left="4320" w:hanging="360"/>
      </w:pPr>
    </w:lvl>
    <w:lvl w:ilvl="6" w:tplc="C76AD752">
      <w:start w:val="1"/>
      <w:numFmt w:val="bullet"/>
      <w:lvlText w:val="●"/>
      <w:lvlJc w:val="left"/>
      <w:pPr>
        <w:ind w:left="5040" w:hanging="360"/>
      </w:pPr>
    </w:lvl>
    <w:lvl w:ilvl="7" w:tplc="E074419C">
      <w:start w:val="1"/>
      <w:numFmt w:val="bullet"/>
      <w:lvlText w:val="●"/>
      <w:lvlJc w:val="left"/>
      <w:pPr>
        <w:ind w:left="5760" w:hanging="360"/>
      </w:pPr>
    </w:lvl>
    <w:lvl w:ilvl="8" w:tplc="56521EDA">
      <w:start w:val="1"/>
      <w:numFmt w:val="bullet"/>
      <w:lvlText w:val="●"/>
      <w:lvlJc w:val="left"/>
      <w:pPr>
        <w:ind w:left="6480" w:hanging="360"/>
      </w:pPr>
    </w:lvl>
  </w:abstractNum>
  <w:abstractNum w:abstractNumId="15" w15:restartNumberingAfterBreak="0">
    <w:nsid w:val="38E60F0B"/>
    <w:multiLevelType w:val="hybridMultilevel"/>
    <w:tmpl w:val="8180816C"/>
    <w:lvl w:ilvl="0" w:tplc="A17CB6BE">
      <w:start w:val="1"/>
      <w:numFmt w:val="bullet"/>
      <w:lvlText w:val="●"/>
      <w:lvlJc w:val="left"/>
      <w:pPr>
        <w:ind w:left="720" w:hanging="360"/>
      </w:pPr>
    </w:lvl>
    <w:lvl w:ilvl="1" w:tplc="1828F516">
      <w:start w:val="1"/>
      <w:numFmt w:val="bullet"/>
      <w:lvlText w:val="○"/>
      <w:lvlJc w:val="left"/>
      <w:pPr>
        <w:ind w:left="1440" w:hanging="360"/>
      </w:pPr>
    </w:lvl>
    <w:lvl w:ilvl="2" w:tplc="F35E1488">
      <w:start w:val="1"/>
      <w:numFmt w:val="bullet"/>
      <w:lvlText w:val="■"/>
      <w:lvlJc w:val="left"/>
      <w:pPr>
        <w:ind w:left="2160" w:hanging="360"/>
      </w:pPr>
    </w:lvl>
    <w:lvl w:ilvl="3" w:tplc="0F62795C">
      <w:start w:val="1"/>
      <w:numFmt w:val="bullet"/>
      <w:lvlText w:val="●"/>
      <w:lvlJc w:val="left"/>
      <w:pPr>
        <w:ind w:left="2880" w:hanging="360"/>
      </w:pPr>
    </w:lvl>
    <w:lvl w:ilvl="4" w:tplc="1C5C72F6">
      <w:start w:val="1"/>
      <w:numFmt w:val="bullet"/>
      <w:lvlText w:val="○"/>
      <w:lvlJc w:val="left"/>
      <w:pPr>
        <w:ind w:left="3600" w:hanging="360"/>
      </w:pPr>
    </w:lvl>
    <w:lvl w:ilvl="5" w:tplc="D61EF8AA">
      <w:start w:val="1"/>
      <w:numFmt w:val="bullet"/>
      <w:lvlText w:val="■"/>
      <w:lvlJc w:val="left"/>
      <w:pPr>
        <w:ind w:left="4320" w:hanging="360"/>
      </w:pPr>
    </w:lvl>
    <w:lvl w:ilvl="6" w:tplc="39F24B36">
      <w:start w:val="1"/>
      <w:numFmt w:val="bullet"/>
      <w:lvlText w:val="●"/>
      <w:lvlJc w:val="left"/>
      <w:pPr>
        <w:ind w:left="5040" w:hanging="360"/>
      </w:pPr>
    </w:lvl>
    <w:lvl w:ilvl="7" w:tplc="C7BABA4C">
      <w:start w:val="1"/>
      <w:numFmt w:val="bullet"/>
      <w:lvlText w:val="●"/>
      <w:lvlJc w:val="left"/>
      <w:pPr>
        <w:ind w:left="5760" w:hanging="360"/>
      </w:pPr>
    </w:lvl>
    <w:lvl w:ilvl="8" w:tplc="6778081E">
      <w:start w:val="1"/>
      <w:numFmt w:val="bullet"/>
      <w:lvlText w:val="●"/>
      <w:lvlJc w:val="left"/>
      <w:pPr>
        <w:ind w:left="6480" w:hanging="360"/>
      </w:pPr>
    </w:lvl>
  </w:abstractNum>
  <w:abstractNum w:abstractNumId="16" w15:restartNumberingAfterBreak="0">
    <w:nsid w:val="4C6A3AE6"/>
    <w:multiLevelType w:val="hybridMultilevel"/>
    <w:tmpl w:val="6FF0AFF8"/>
    <w:lvl w:ilvl="0" w:tplc="72441DE6">
      <w:start w:val="1"/>
      <w:numFmt w:val="bullet"/>
      <w:lvlText w:val="●"/>
      <w:lvlJc w:val="left"/>
      <w:pPr>
        <w:ind w:left="720" w:hanging="360"/>
      </w:pPr>
    </w:lvl>
    <w:lvl w:ilvl="1" w:tplc="4536A4CE">
      <w:start w:val="1"/>
      <w:numFmt w:val="bullet"/>
      <w:lvlText w:val="○"/>
      <w:lvlJc w:val="left"/>
      <w:pPr>
        <w:ind w:left="1440" w:hanging="360"/>
      </w:pPr>
    </w:lvl>
    <w:lvl w:ilvl="2" w:tplc="EC96EE02">
      <w:start w:val="1"/>
      <w:numFmt w:val="bullet"/>
      <w:lvlText w:val="■"/>
      <w:lvlJc w:val="left"/>
      <w:pPr>
        <w:ind w:left="2160" w:hanging="360"/>
      </w:pPr>
    </w:lvl>
    <w:lvl w:ilvl="3" w:tplc="66C40550">
      <w:start w:val="1"/>
      <w:numFmt w:val="bullet"/>
      <w:lvlText w:val="●"/>
      <w:lvlJc w:val="left"/>
      <w:pPr>
        <w:ind w:left="2880" w:hanging="360"/>
      </w:pPr>
    </w:lvl>
    <w:lvl w:ilvl="4" w:tplc="4D38C218">
      <w:start w:val="1"/>
      <w:numFmt w:val="bullet"/>
      <w:lvlText w:val="○"/>
      <w:lvlJc w:val="left"/>
      <w:pPr>
        <w:ind w:left="3600" w:hanging="360"/>
      </w:pPr>
    </w:lvl>
    <w:lvl w:ilvl="5" w:tplc="C7E0598E">
      <w:start w:val="1"/>
      <w:numFmt w:val="bullet"/>
      <w:lvlText w:val="■"/>
      <w:lvlJc w:val="left"/>
      <w:pPr>
        <w:ind w:left="4320" w:hanging="360"/>
      </w:pPr>
    </w:lvl>
    <w:lvl w:ilvl="6" w:tplc="F1865954">
      <w:start w:val="1"/>
      <w:numFmt w:val="bullet"/>
      <w:lvlText w:val="●"/>
      <w:lvlJc w:val="left"/>
      <w:pPr>
        <w:ind w:left="5040" w:hanging="360"/>
      </w:pPr>
    </w:lvl>
    <w:lvl w:ilvl="7" w:tplc="7D4C3A08">
      <w:start w:val="1"/>
      <w:numFmt w:val="bullet"/>
      <w:lvlText w:val="●"/>
      <w:lvlJc w:val="left"/>
      <w:pPr>
        <w:ind w:left="5760" w:hanging="360"/>
      </w:pPr>
    </w:lvl>
    <w:lvl w:ilvl="8" w:tplc="A63847CC">
      <w:start w:val="1"/>
      <w:numFmt w:val="bullet"/>
      <w:lvlText w:val="●"/>
      <w:lvlJc w:val="left"/>
      <w:pPr>
        <w:ind w:left="6480" w:hanging="360"/>
      </w:pPr>
    </w:lvl>
  </w:abstractNum>
  <w:abstractNum w:abstractNumId="17" w15:restartNumberingAfterBreak="0">
    <w:nsid w:val="643C2B13"/>
    <w:multiLevelType w:val="hybridMultilevel"/>
    <w:tmpl w:val="4D68F45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8" w15:restartNumberingAfterBreak="0">
    <w:nsid w:val="73C46625"/>
    <w:multiLevelType w:val="hybridMultilevel"/>
    <w:tmpl w:val="B39A94EC"/>
    <w:lvl w:ilvl="0" w:tplc="996665E8">
      <w:start w:val="1"/>
      <w:numFmt w:val="bullet"/>
      <w:lvlText w:val="●"/>
      <w:lvlJc w:val="left"/>
      <w:pPr>
        <w:ind w:left="720" w:hanging="360"/>
      </w:pPr>
    </w:lvl>
    <w:lvl w:ilvl="1" w:tplc="E2B27D88">
      <w:start w:val="1"/>
      <w:numFmt w:val="bullet"/>
      <w:lvlText w:val="○"/>
      <w:lvlJc w:val="left"/>
      <w:pPr>
        <w:ind w:left="1440" w:hanging="360"/>
      </w:pPr>
    </w:lvl>
    <w:lvl w:ilvl="2" w:tplc="4708844A">
      <w:start w:val="1"/>
      <w:numFmt w:val="bullet"/>
      <w:lvlText w:val="■"/>
      <w:lvlJc w:val="left"/>
      <w:pPr>
        <w:ind w:left="2160" w:hanging="360"/>
      </w:pPr>
    </w:lvl>
    <w:lvl w:ilvl="3" w:tplc="A0A8BD42">
      <w:start w:val="1"/>
      <w:numFmt w:val="bullet"/>
      <w:lvlText w:val="●"/>
      <w:lvlJc w:val="left"/>
      <w:pPr>
        <w:ind w:left="2880" w:hanging="360"/>
      </w:pPr>
    </w:lvl>
    <w:lvl w:ilvl="4" w:tplc="376CAA66">
      <w:start w:val="1"/>
      <w:numFmt w:val="bullet"/>
      <w:lvlText w:val="○"/>
      <w:lvlJc w:val="left"/>
      <w:pPr>
        <w:ind w:left="3600" w:hanging="360"/>
      </w:pPr>
    </w:lvl>
    <w:lvl w:ilvl="5" w:tplc="8814D396">
      <w:start w:val="1"/>
      <w:numFmt w:val="bullet"/>
      <w:lvlText w:val="■"/>
      <w:lvlJc w:val="left"/>
      <w:pPr>
        <w:ind w:left="4320" w:hanging="360"/>
      </w:pPr>
    </w:lvl>
    <w:lvl w:ilvl="6" w:tplc="A8BA7DF6">
      <w:start w:val="1"/>
      <w:numFmt w:val="bullet"/>
      <w:lvlText w:val="●"/>
      <w:lvlJc w:val="left"/>
      <w:pPr>
        <w:ind w:left="5040" w:hanging="360"/>
      </w:pPr>
    </w:lvl>
    <w:lvl w:ilvl="7" w:tplc="C80E7566">
      <w:start w:val="1"/>
      <w:numFmt w:val="bullet"/>
      <w:lvlText w:val="●"/>
      <w:lvlJc w:val="left"/>
      <w:pPr>
        <w:ind w:left="5760" w:hanging="360"/>
      </w:pPr>
    </w:lvl>
    <w:lvl w:ilvl="8" w:tplc="27F8BC20">
      <w:start w:val="1"/>
      <w:numFmt w:val="bullet"/>
      <w:lvlText w:val="●"/>
      <w:lvlJc w:val="left"/>
      <w:pPr>
        <w:ind w:left="6480" w:hanging="360"/>
      </w:pPr>
    </w:lvl>
  </w:abstractNum>
  <w:abstractNum w:abstractNumId="19" w15:restartNumberingAfterBreak="0">
    <w:nsid w:val="77624CD9"/>
    <w:multiLevelType w:val="hybridMultilevel"/>
    <w:tmpl w:val="BD807B2E"/>
    <w:lvl w:ilvl="0" w:tplc="3642DD82">
      <w:start w:val="1"/>
      <w:numFmt w:val="bullet"/>
      <w:lvlText w:val="●"/>
      <w:lvlJc w:val="left"/>
      <w:pPr>
        <w:ind w:left="720" w:hanging="360"/>
      </w:pPr>
    </w:lvl>
    <w:lvl w:ilvl="1" w:tplc="6BDAF544">
      <w:start w:val="1"/>
      <w:numFmt w:val="bullet"/>
      <w:lvlText w:val="○"/>
      <w:lvlJc w:val="left"/>
      <w:pPr>
        <w:ind w:left="1440" w:hanging="360"/>
      </w:pPr>
    </w:lvl>
    <w:lvl w:ilvl="2" w:tplc="B3427A9E">
      <w:start w:val="1"/>
      <w:numFmt w:val="bullet"/>
      <w:lvlText w:val="■"/>
      <w:lvlJc w:val="left"/>
      <w:pPr>
        <w:ind w:left="2160" w:hanging="360"/>
      </w:pPr>
    </w:lvl>
    <w:lvl w:ilvl="3" w:tplc="86E0E0DE">
      <w:start w:val="1"/>
      <w:numFmt w:val="bullet"/>
      <w:lvlText w:val="●"/>
      <w:lvlJc w:val="left"/>
      <w:pPr>
        <w:ind w:left="2880" w:hanging="360"/>
      </w:pPr>
    </w:lvl>
    <w:lvl w:ilvl="4" w:tplc="2F80D1B6">
      <w:start w:val="1"/>
      <w:numFmt w:val="bullet"/>
      <w:lvlText w:val="○"/>
      <w:lvlJc w:val="left"/>
      <w:pPr>
        <w:ind w:left="3600" w:hanging="360"/>
      </w:pPr>
    </w:lvl>
    <w:lvl w:ilvl="5" w:tplc="E500AFD8">
      <w:start w:val="1"/>
      <w:numFmt w:val="bullet"/>
      <w:lvlText w:val="■"/>
      <w:lvlJc w:val="left"/>
      <w:pPr>
        <w:ind w:left="4320" w:hanging="360"/>
      </w:pPr>
    </w:lvl>
    <w:lvl w:ilvl="6" w:tplc="A8928FD0">
      <w:start w:val="1"/>
      <w:numFmt w:val="bullet"/>
      <w:lvlText w:val="●"/>
      <w:lvlJc w:val="left"/>
      <w:pPr>
        <w:ind w:left="5040" w:hanging="360"/>
      </w:pPr>
    </w:lvl>
    <w:lvl w:ilvl="7" w:tplc="C366C4CC">
      <w:start w:val="1"/>
      <w:numFmt w:val="bullet"/>
      <w:lvlText w:val="●"/>
      <w:lvlJc w:val="left"/>
      <w:pPr>
        <w:ind w:left="5760" w:hanging="360"/>
      </w:pPr>
    </w:lvl>
    <w:lvl w:ilvl="8" w:tplc="7834CB12">
      <w:start w:val="1"/>
      <w:numFmt w:val="bullet"/>
      <w:lvlText w:val="●"/>
      <w:lvlJc w:val="left"/>
      <w:pPr>
        <w:ind w:left="6480" w:hanging="360"/>
      </w:pPr>
    </w:lvl>
  </w:abstractNum>
  <w:num w:numId="1" w16cid:durableId="857961216">
    <w:abstractNumId w:val="9"/>
  </w:num>
  <w:num w:numId="2" w16cid:durableId="1606574006">
    <w:abstractNumId w:val="13"/>
  </w:num>
  <w:num w:numId="3" w16cid:durableId="1983580433">
    <w:abstractNumId w:val="12"/>
  </w:num>
  <w:num w:numId="4" w16cid:durableId="1172404487">
    <w:abstractNumId w:val="11"/>
  </w:num>
  <w:num w:numId="5" w16cid:durableId="575670280">
    <w:abstractNumId w:val="14"/>
    <w:lvlOverride w:ilvl="0">
      <w:startOverride w:val="1"/>
    </w:lvlOverride>
  </w:num>
  <w:num w:numId="6" w16cid:durableId="2114325621">
    <w:abstractNumId w:val="16"/>
    <w:lvlOverride w:ilvl="0">
      <w:startOverride w:val="1"/>
    </w:lvlOverride>
  </w:num>
  <w:num w:numId="7" w16cid:durableId="1639410521">
    <w:abstractNumId w:val="10"/>
    <w:lvlOverride w:ilvl="0">
      <w:startOverride w:val="1"/>
    </w:lvlOverride>
  </w:num>
  <w:num w:numId="8" w16cid:durableId="1666319325">
    <w:abstractNumId w:val="19"/>
    <w:lvlOverride w:ilvl="0">
      <w:startOverride w:val="1"/>
    </w:lvlOverride>
  </w:num>
  <w:num w:numId="9" w16cid:durableId="914820904">
    <w:abstractNumId w:val="15"/>
    <w:lvlOverride w:ilvl="0">
      <w:startOverride w:val="1"/>
    </w:lvlOverride>
  </w:num>
  <w:num w:numId="10" w16cid:durableId="505369955">
    <w:abstractNumId w:val="18"/>
    <w:lvlOverride w:ilvl="0">
      <w:startOverride w:val="1"/>
    </w:lvlOverride>
  </w:num>
  <w:num w:numId="11" w16cid:durableId="1445071732">
    <w:abstractNumId w:val="8"/>
  </w:num>
  <w:num w:numId="12" w16cid:durableId="1598757994">
    <w:abstractNumId w:val="6"/>
  </w:num>
  <w:num w:numId="13" w16cid:durableId="1148286275">
    <w:abstractNumId w:val="5"/>
  </w:num>
  <w:num w:numId="14" w16cid:durableId="1300260071">
    <w:abstractNumId w:val="4"/>
  </w:num>
  <w:num w:numId="15" w16cid:durableId="1823235012">
    <w:abstractNumId w:val="7"/>
  </w:num>
  <w:num w:numId="16" w16cid:durableId="1561480255">
    <w:abstractNumId w:val="3"/>
  </w:num>
  <w:num w:numId="17" w16cid:durableId="1633704342">
    <w:abstractNumId w:val="2"/>
  </w:num>
  <w:num w:numId="18" w16cid:durableId="1917978046">
    <w:abstractNumId w:val="1"/>
  </w:num>
  <w:num w:numId="19" w16cid:durableId="1397707912">
    <w:abstractNumId w:val="0"/>
  </w:num>
  <w:num w:numId="20" w16cid:durableId="1281642893">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D2C"/>
    <w:rsid w:val="000746A3"/>
    <w:rsid w:val="001C43AF"/>
    <w:rsid w:val="001D1824"/>
    <w:rsid w:val="00297D2C"/>
    <w:rsid w:val="002F6C17"/>
    <w:rsid w:val="006B4BFC"/>
    <w:rsid w:val="007F42B0"/>
    <w:rsid w:val="00827191"/>
    <w:rsid w:val="009268D9"/>
    <w:rsid w:val="00B344D2"/>
    <w:rsid w:val="00B36E4B"/>
    <w:rsid w:val="00E62A40"/>
    <w:rsid w:val="00EA32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BFCA"/>
  <w15:chartTrackingRefBased/>
  <w15:docId w15:val="{1539CFB2-FAFD-5B40-BBF7-78CD4559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D2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97D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7D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97D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D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D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D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D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D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D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D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7D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97D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D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D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D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D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D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D2C"/>
    <w:rPr>
      <w:rFonts w:eastAsiaTheme="majorEastAsia" w:cstheme="majorBidi"/>
      <w:color w:val="272727" w:themeColor="text1" w:themeTint="D8"/>
    </w:rPr>
  </w:style>
  <w:style w:type="paragraph" w:styleId="Title">
    <w:name w:val="Title"/>
    <w:basedOn w:val="Normal"/>
    <w:next w:val="Normal"/>
    <w:link w:val="TitleChar"/>
    <w:uiPriority w:val="10"/>
    <w:qFormat/>
    <w:rsid w:val="00297D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D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D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D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D2C"/>
    <w:pPr>
      <w:spacing w:before="160"/>
      <w:jc w:val="center"/>
    </w:pPr>
    <w:rPr>
      <w:i/>
      <w:iCs/>
      <w:color w:val="404040" w:themeColor="text1" w:themeTint="BF"/>
    </w:rPr>
  </w:style>
  <w:style w:type="character" w:customStyle="1" w:styleId="QuoteChar">
    <w:name w:val="Quote Char"/>
    <w:basedOn w:val="DefaultParagraphFont"/>
    <w:link w:val="Quote"/>
    <w:uiPriority w:val="29"/>
    <w:rsid w:val="00297D2C"/>
    <w:rPr>
      <w:i/>
      <w:iCs/>
      <w:color w:val="404040" w:themeColor="text1" w:themeTint="BF"/>
    </w:rPr>
  </w:style>
  <w:style w:type="paragraph" w:styleId="ListParagraph">
    <w:name w:val="List Paragraph"/>
    <w:basedOn w:val="Normal"/>
    <w:uiPriority w:val="34"/>
    <w:qFormat/>
    <w:rsid w:val="00297D2C"/>
    <w:pPr>
      <w:ind w:left="720"/>
      <w:contextualSpacing/>
    </w:pPr>
  </w:style>
  <w:style w:type="character" w:styleId="IntenseEmphasis">
    <w:name w:val="Intense Emphasis"/>
    <w:basedOn w:val="DefaultParagraphFont"/>
    <w:uiPriority w:val="21"/>
    <w:qFormat/>
    <w:rsid w:val="00297D2C"/>
    <w:rPr>
      <w:i/>
      <w:iCs/>
      <w:color w:val="0F4761" w:themeColor="accent1" w:themeShade="BF"/>
    </w:rPr>
  </w:style>
  <w:style w:type="paragraph" w:styleId="IntenseQuote">
    <w:name w:val="Intense Quote"/>
    <w:basedOn w:val="Normal"/>
    <w:next w:val="Normal"/>
    <w:link w:val="IntenseQuoteChar"/>
    <w:uiPriority w:val="30"/>
    <w:qFormat/>
    <w:rsid w:val="00297D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7D2C"/>
    <w:rPr>
      <w:i/>
      <w:iCs/>
      <w:color w:val="0F4761" w:themeColor="accent1" w:themeShade="BF"/>
    </w:rPr>
  </w:style>
  <w:style w:type="character" w:styleId="IntenseReference">
    <w:name w:val="Intense Reference"/>
    <w:basedOn w:val="DefaultParagraphFont"/>
    <w:uiPriority w:val="32"/>
    <w:qFormat/>
    <w:rsid w:val="00297D2C"/>
    <w:rPr>
      <w:b/>
      <w:bCs/>
      <w:smallCaps/>
      <w:color w:val="0F4761" w:themeColor="accent1" w:themeShade="BF"/>
      <w:spacing w:val="5"/>
    </w:rPr>
  </w:style>
  <w:style w:type="character" w:styleId="Hyperlink">
    <w:name w:val="Hyperlink"/>
    <w:basedOn w:val="DefaultParagraphFont"/>
    <w:uiPriority w:val="99"/>
    <w:unhideWhenUsed/>
    <w:rsid w:val="00297D2C"/>
    <w:rPr>
      <w:color w:val="0000FF"/>
      <w:u w:val="single"/>
    </w:rPr>
  </w:style>
  <w:style w:type="table" w:styleId="TableGrid">
    <w:name w:val="Table Grid"/>
    <w:basedOn w:val="TableNormal"/>
    <w:uiPriority w:val="59"/>
    <w:rsid w:val="00297D2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97D2C"/>
    <w:rPr>
      <w:sz w:val="16"/>
      <w:szCs w:val="16"/>
    </w:rPr>
  </w:style>
  <w:style w:type="paragraph" w:styleId="CommentText">
    <w:name w:val="annotation text"/>
    <w:basedOn w:val="Normal"/>
    <w:link w:val="CommentTextChar"/>
    <w:uiPriority w:val="99"/>
    <w:unhideWhenUsed/>
    <w:rsid w:val="00297D2C"/>
    <w:rPr>
      <w:sz w:val="20"/>
      <w:szCs w:val="20"/>
    </w:rPr>
  </w:style>
  <w:style w:type="character" w:customStyle="1" w:styleId="CommentTextChar">
    <w:name w:val="Comment Text Char"/>
    <w:basedOn w:val="DefaultParagraphFont"/>
    <w:link w:val="CommentText"/>
    <w:uiPriority w:val="99"/>
    <w:rsid w:val="00297D2C"/>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297D2C"/>
    <w:rPr>
      <w:b/>
      <w:bCs/>
    </w:rPr>
  </w:style>
  <w:style w:type="character" w:customStyle="1" w:styleId="CommentSubjectChar">
    <w:name w:val="Comment Subject Char"/>
    <w:basedOn w:val="CommentTextChar"/>
    <w:link w:val="CommentSubject"/>
    <w:uiPriority w:val="99"/>
    <w:semiHidden/>
    <w:rsid w:val="00297D2C"/>
    <w:rPr>
      <w:rFonts w:ascii="Times New Roman" w:eastAsia="Times New Roman" w:hAnsi="Times New Roman" w:cs="Times New Roman"/>
      <w:b/>
      <w:bCs/>
      <w:kern w:val="0"/>
      <w:sz w:val="20"/>
      <w:szCs w:val="20"/>
      <w:lang w:eastAsia="en-GB"/>
      <w14:ligatures w14:val="none"/>
    </w:rPr>
  </w:style>
  <w:style w:type="character" w:styleId="Strong">
    <w:name w:val="Strong"/>
    <w:basedOn w:val="DefaultParagraphFont"/>
    <w:uiPriority w:val="22"/>
    <w:qFormat/>
    <w:rsid w:val="00297D2C"/>
    <w:rPr>
      <w:b/>
      <w:bCs/>
    </w:rPr>
  </w:style>
  <w:style w:type="paragraph" w:customStyle="1" w:styleId="Strong1">
    <w:name w:val="Strong1"/>
    <w:qFormat/>
    <w:rsid w:val="00297D2C"/>
    <w:pPr>
      <w:spacing w:after="0" w:line="240" w:lineRule="auto"/>
    </w:pPr>
    <w:rPr>
      <w:rFonts w:ascii="Gill Sans MT" w:eastAsia="Gill Sans MT" w:hAnsi="Gill Sans MT" w:cs="Gill Sans MT"/>
      <w:b/>
      <w:bCs/>
      <w:kern w:val="0"/>
      <w:sz w:val="16"/>
      <w:szCs w:val="16"/>
      <w:lang w:eastAsia="en-GB"/>
      <w14:ligatures w14:val="none"/>
    </w:rPr>
  </w:style>
  <w:style w:type="character" w:styleId="FootnoteReference">
    <w:name w:val="footnote reference"/>
    <w:uiPriority w:val="99"/>
    <w:semiHidden/>
    <w:unhideWhenUsed/>
    <w:rsid w:val="00297D2C"/>
    <w:rPr>
      <w:vertAlign w:val="superscript"/>
    </w:rPr>
  </w:style>
  <w:style w:type="paragraph" w:styleId="FootnoteText">
    <w:name w:val="footnote text"/>
    <w:link w:val="FootnoteTextChar"/>
    <w:uiPriority w:val="99"/>
    <w:semiHidden/>
    <w:unhideWhenUsed/>
    <w:rsid w:val="00297D2C"/>
    <w:pPr>
      <w:spacing w:after="0" w:line="240" w:lineRule="auto"/>
    </w:pPr>
    <w:rPr>
      <w:rFonts w:ascii="Gill Sans MT" w:eastAsia="Gill Sans MT" w:hAnsi="Gill Sans MT" w:cs="Gill Sans MT"/>
      <w:kern w:val="0"/>
      <w:sz w:val="20"/>
      <w:szCs w:val="20"/>
      <w:lang w:eastAsia="en-GB"/>
      <w14:ligatures w14:val="none"/>
    </w:rPr>
  </w:style>
  <w:style w:type="character" w:customStyle="1" w:styleId="FootnoteTextChar">
    <w:name w:val="Footnote Text Char"/>
    <w:basedOn w:val="DefaultParagraphFont"/>
    <w:link w:val="FootnoteText"/>
    <w:uiPriority w:val="99"/>
    <w:semiHidden/>
    <w:rsid w:val="00297D2C"/>
    <w:rPr>
      <w:rFonts w:ascii="Gill Sans MT" w:eastAsia="Gill Sans MT" w:hAnsi="Gill Sans MT" w:cs="Gill Sans MT"/>
      <w:kern w:val="0"/>
      <w:sz w:val="20"/>
      <w:szCs w:val="20"/>
      <w:lang w:eastAsia="en-GB"/>
      <w14:ligatures w14:val="none"/>
    </w:rPr>
  </w:style>
  <w:style w:type="character" w:styleId="EndnoteReference">
    <w:name w:val="endnote reference"/>
    <w:uiPriority w:val="99"/>
    <w:semiHidden/>
    <w:unhideWhenUsed/>
    <w:rsid w:val="00297D2C"/>
    <w:rPr>
      <w:vertAlign w:val="superscript"/>
    </w:rPr>
  </w:style>
  <w:style w:type="paragraph" w:styleId="EndnoteText">
    <w:name w:val="endnote text"/>
    <w:link w:val="EndnoteTextChar"/>
    <w:uiPriority w:val="99"/>
    <w:semiHidden/>
    <w:unhideWhenUsed/>
    <w:rsid w:val="00297D2C"/>
    <w:pPr>
      <w:spacing w:after="0" w:line="240" w:lineRule="auto"/>
    </w:pPr>
    <w:rPr>
      <w:rFonts w:ascii="Gill Sans MT" w:eastAsia="Gill Sans MT" w:hAnsi="Gill Sans MT" w:cs="Gill Sans MT"/>
      <w:kern w:val="0"/>
      <w:sz w:val="20"/>
      <w:szCs w:val="20"/>
      <w:lang w:eastAsia="en-GB"/>
      <w14:ligatures w14:val="none"/>
    </w:rPr>
  </w:style>
  <w:style w:type="character" w:customStyle="1" w:styleId="EndnoteTextChar">
    <w:name w:val="Endnote Text Char"/>
    <w:basedOn w:val="DefaultParagraphFont"/>
    <w:link w:val="EndnoteText"/>
    <w:uiPriority w:val="99"/>
    <w:semiHidden/>
    <w:rsid w:val="00297D2C"/>
    <w:rPr>
      <w:rFonts w:ascii="Gill Sans MT" w:eastAsia="Gill Sans MT" w:hAnsi="Gill Sans MT" w:cs="Gill Sans MT"/>
      <w:kern w:val="0"/>
      <w:sz w:val="20"/>
      <w:szCs w:val="20"/>
      <w:lang w:eastAsia="en-GB"/>
      <w14:ligatures w14:val="none"/>
    </w:rPr>
  </w:style>
  <w:style w:type="paragraph" w:customStyle="1" w:styleId="font-claude-response-body">
    <w:name w:val="font-claude-response-body"/>
    <w:basedOn w:val="Normal"/>
    <w:rsid w:val="00297D2C"/>
    <w:pPr>
      <w:spacing w:before="100" w:beforeAutospacing="1" w:after="100" w:afterAutospacing="1"/>
    </w:pPr>
  </w:style>
  <w:style w:type="paragraph" w:styleId="Header">
    <w:name w:val="header"/>
    <w:basedOn w:val="Normal"/>
    <w:link w:val="HeaderChar"/>
    <w:uiPriority w:val="99"/>
    <w:unhideWhenUsed/>
    <w:rsid w:val="00297D2C"/>
    <w:pPr>
      <w:tabs>
        <w:tab w:val="center" w:pos="4513"/>
        <w:tab w:val="right" w:pos="9026"/>
      </w:tabs>
    </w:pPr>
  </w:style>
  <w:style w:type="character" w:customStyle="1" w:styleId="HeaderChar">
    <w:name w:val="Header Char"/>
    <w:basedOn w:val="DefaultParagraphFont"/>
    <w:link w:val="Header"/>
    <w:uiPriority w:val="99"/>
    <w:rsid w:val="00297D2C"/>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297D2C"/>
    <w:pPr>
      <w:tabs>
        <w:tab w:val="center" w:pos="4513"/>
        <w:tab w:val="right" w:pos="9026"/>
      </w:tabs>
    </w:pPr>
  </w:style>
  <w:style w:type="character" w:customStyle="1" w:styleId="FooterChar">
    <w:name w:val="Footer Char"/>
    <w:basedOn w:val="DefaultParagraphFont"/>
    <w:link w:val="Footer"/>
    <w:uiPriority w:val="99"/>
    <w:rsid w:val="00297D2C"/>
    <w:rPr>
      <w:rFonts w:ascii="Times New Roman" w:eastAsia="Times New Roman" w:hAnsi="Times New Roman" w:cs="Times New Roman"/>
      <w:kern w:val="0"/>
      <w:lang w:eastAsia="en-GB"/>
      <w14:ligatures w14:val="none"/>
    </w:rPr>
  </w:style>
  <w:style w:type="paragraph" w:styleId="NoSpacing">
    <w:name w:val="No Spacing"/>
    <w:uiPriority w:val="1"/>
    <w:qFormat/>
    <w:rsid w:val="00297D2C"/>
    <w:pPr>
      <w:spacing w:after="0" w:line="240" w:lineRule="auto"/>
    </w:pPr>
    <w:rPr>
      <w:rFonts w:eastAsiaTheme="minorEastAsia"/>
      <w:kern w:val="0"/>
      <w:sz w:val="22"/>
      <w:szCs w:val="22"/>
      <w:lang w:val="en-US"/>
      <w14:ligatures w14:val="none"/>
    </w:rPr>
  </w:style>
  <w:style w:type="paragraph" w:styleId="BodyText">
    <w:name w:val="Body Text"/>
    <w:basedOn w:val="Normal"/>
    <w:link w:val="BodyTextChar"/>
    <w:uiPriority w:val="99"/>
    <w:unhideWhenUsed/>
    <w:rsid w:val="00297D2C"/>
    <w:pPr>
      <w:spacing w:after="120" w:line="276" w:lineRule="auto"/>
    </w:pPr>
    <w:rPr>
      <w:rFonts w:ascii="Calibri" w:eastAsiaTheme="minorEastAsia" w:hAnsi="Calibri" w:cstheme="minorBidi"/>
      <w:sz w:val="20"/>
      <w:szCs w:val="22"/>
      <w:lang w:val="en-US" w:eastAsia="en-US"/>
    </w:rPr>
  </w:style>
  <w:style w:type="character" w:customStyle="1" w:styleId="BodyTextChar">
    <w:name w:val="Body Text Char"/>
    <w:basedOn w:val="DefaultParagraphFont"/>
    <w:link w:val="BodyText"/>
    <w:uiPriority w:val="99"/>
    <w:rsid w:val="00297D2C"/>
    <w:rPr>
      <w:rFonts w:ascii="Calibri" w:eastAsiaTheme="minorEastAsia" w:hAnsi="Calibri"/>
      <w:kern w:val="0"/>
      <w:sz w:val="20"/>
      <w:szCs w:val="22"/>
      <w:lang w:val="en-US"/>
      <w14:ligatures w14:val="none"/>
    </w:rPr>
  </w:style>
  <w:style w:type="paragraph" w:styleId="BodyText2">
    <w:name w:val="Body Text 2"/>
    <w:basedOn w:val="Normal"/>
    <w:link w:val="BodyText2Char"/>
    <w:uiPriority w:val="99"/>
    <w:unhideWhenUsed/>
    <w:rsid w:val="00297D2C"/>
    <w:pPr>
      <w:spacing w:after="120" w:line="480" w:lineRule="auto"/>
    </w:pPr>
    <w:rPr>
      <w:rFonts w:ascii="Calibri" w:eastAsiaTheme="minorEastAsia" w:hAnsi="Calibri" w:cstheme="minorBidi"/>
      <w:sz w:val="20"/>
      <w:szCs w:val="22"/>
      <w:lang w:val="en-US" w:eastAsia="en-US"/>
    </w:rPr>
  </w:style>
  <w:style w:type="character" w:customStyle="1" w:styleId="BodyText2Char">
    <w:name w:val="Body Text 2 Char"/>
    <w:basedOn w:val="DefaultParagraphFont"/>
    <w:link w:val="BodyText2"/>
    <w:uiPriority w:val="99"/>
    <w:rsid w:val="00297D2C"/>
    <w:rPr>
      <w:rFonts w:ascii="Calibri" w:eastAsiaTheme="minorEastAsia" w:hAnsi="Calibri"/>
      <w:kern w:val="0"/>
      <w:sz w:val="20"/>
      <w:szCs w:val="22"/>
      <w:lang w:val="en-US"/>
      <w14:ligatures w14:val="none"/>
    </w:rPr>
  </w:style>
  <w:style w:type="paragraph" w:styleId="BodyText3">
    <w:name w:val="Body Text 3"/>
    <w:basedOn w:val="Normal"/>
    <w:link w:val="BodyText3Char"/>
    <w:uiPriority w:val="99"/>
    <w:unhideWhenUsed/>
    <w:rsid w:val="00297D2C"/>
    <w:pPr>
      <w:spacing w:after="120" w:line="276" w:lineRule="auto"/>
    </w:pPr>
    <w:rPr>
      <w:rFonts w:ascii="Calibri" w:eastAsiaTheme="minorEastAsia" w:hAnsi="Calibri" w:cstheme="minorBidi"/>
      <w:sz w:val="16"/>
      <w:szCs w:val="16"/>
      <w:lang w:val="en-US" w:eastAsia="en-US"/>
    </w:rPr>
  </w:style>
  <w:style w:type="character" w:customStyle="1" w:styleId="BodyText3Char">
    <w:name w:val="Body Text 3 Char"/>
    <w:basedOn w:val="DefaultParagraphFont"/>
    <w:link w:val="BodyText3"/>
    <w:uiPriority w:val="99"/>
    <w:rsid w:val="00297D2C"/>
    <w:rPr>
      <w:rFonts w:ascii="Calibri" w:eastAsiaTheme="minorEastAsia" w:hAnsi="Calibri"/>
      <w:kern w:val="0"/>
      <w:sz w:val="16"/>
      <w:szCs w:val="16"/>
      <w:lang w:val="en-US"/>
      <w14:ligatures w14:val="none"/>
    </w:rPr>
  </w:style>
  <w:style w:type="paragraph" w:styleId="List">
    <w:name w:val="List"/>
    <w:basedOn w:val="Normal"/>
    <w:uiPriority w:val="99"/>
    <w:unhideWhenUsed/>
    <w:rsid w:val="00297D2C"/>
    <w:pPr>
      <w:spacing w:after="200" w:line="276" w:lineRule="auto"/>
      <w:ind w:left="360" w:hanging="360"/>
      <w:contextualSpacing/>
    </w:pPr>
    <w:rPr>
      <w:rFonts w:ascii="Calibri" w:eastAsiaTheme="minorEastAsia" w:hAnsi="Calibri" w:cstheme="minorBidi"/>
      <w:sz w:val="20"/>
      <w:szCs w:val="22"/>
      <w:lang w:val="en-US" w:eastAsia="en-US"/>
    </w:rPr>
  </w:style>
  <w:style w:type="paragraph" w:styleId="List2">
    <w:name w:val="List 2"/>
    <w:basedOn w:val="Normal"/>
    <w:uiPriority w:val="99"/>
    <w:unhideWhenUsed/>
    <w:rsid w:val="00297D2C"/>
    <w:pPr>
      <w:spacing w:after="200" w:line="276" w:lineRule="auto"/>
      <w:ind w:left="720" w:hanging="360"/>
      <w:contextualSpacing/>
    </w:pPr>
    <w:rPr>
      <w:rFonts w:ascii="Calibri" w:eastAsiaTheme="minorEastAsia" w:hAnsi="Calibri" w:cstheme="minorBidi"/>
      <w:sz w:val="20"/>
      <w:szCs w:val="22"/>
      <w:lang w:val="en-US" w:eastAsia="en-US"/>
    </w:rPr>
  </w:style>
  <w:style w:type="paragraph" w:styleId="List3">
    <w:name w:val="List 3"/>
    <w:basedOn w:val="Normal"/>
    <w:uiPriority w:val="99"/>
    <w:unhideWhenUsed/>
    <w:rsid w:val="00297D2C"/>
    <w:pPr>
      <w:spacing w:after="200" w:line="276" w:lineRule="auto"/>
      <w:ind w:left="1080" w:hanging="360"/>
      <w:contextualSpacing/>
    </w:pPr>
    <w:rPr>
      <w:rFonts w:ascii="Calibri" w:eastAsiaTheme="minorEastAsia" w:hAnsi="Calibri" w:cstheme="minorBidi"/>
      <w:sz w:val="20"/>
      <w:szCs w:val="22"/>
      <w:lang w:val="en-US" w:eastAsia="en-US"/>
    </w:rPr>
  </w:style>
  <w:style w:type="paragraph" w:styleId="ListBullet">
    <w:name w:val="List Bullet"/>
    <w:basedOn w:val="Normal"/>
    <w:uiPriority w:val="99"/>
    <w:unhideWhenUsed/>
    <w:rsid w:val="00297D2C"/>
    <w:pPr>
      <w:numPr>
        <w:numId w:val="11"/>
      </w:numPr>
      <w:tabs>
        <w:tab w:val="clear" w:pos="360"/>
      </w:tabs>
      <w:spacing w:after="200" w:line="276" w:lineRule="auto"/>
      <w:ind w:left="0" w:firstLine="0"/>
      <w:contextualSpacing/>
    </w:pPr>
    <w:rPr>
      <w:rFonts w:ascii="Calibri" w:eastAsiaTheme="minorEastAsia" w:hAnsi="Calibri" w:cstheme="minorBidi"/>
      <w:sz w:val="20"/>
      <w:szCs w:val="22"/>
      <w:lang w:val="en-US" w:eastAsia="en-US"/>
    </w:rPr>
  </w:style>
  <w:style w:type="paragraph" w:styleId="ListBullet2">
    <w:name w:val="List Bullet 2"/>
    <w:basedOn w:val="Normal"/>
    <w:uiPriority w:val="99"/>
    <w:unhideWhenUsed/>
    <w:rsid w:val="00297D2C"/>
    <w:pPr>
      <w:numPr>
        <w:numId w:val="12"/>
      </w:numPr>
      <w:tabs>
        <w:tab w:val="clear" w:pos="720"/>
      </w:tabs>
      <w:spacing w:after="200" w:line="276" w:lineRule="auto"/>
      <w:ind w:left="0" w:firstLine="0"/>
      <w:contextualSpacing/>
    </w:pPr>
    <w:rPr>
      <w:rFonts w:ascii="Calibri" w:eastAsiaTheme="minorEastAsia" w:hAnsi="Calibri" w:cstheme="minorBidi"/>
      <w:sz w:val="20"/>
      <w:szCs w:val="22"/>
      <w:lang w:val="en-US" w:eastAsia="en-US"/>
    </w:rPr>
  </w:style>
  <w:style w:type="paragraph" w:styleId="ListBullet3">
    <w:name w:val="List Bullet 3"/>
    <w:basedOn w:val="Normal"/>
    <w:uiPriority w:val="99"/>
    <w:unhideWhenUsed/>
    <w:rsid w:val="00297D2C"/>
    <w:pPr>
      <w:numPr>
        <w:numId w:val="13"/>
      </w:numPr>
      <w:tabs>
        <w:tab w:val="clear" w:pos="1080"/>
      </w:tabs>
      <w:spacing w:after="200" w:line="276" w:lineRule="auto"/>
      <w:ind w:left="0" w:firstLine="0"/>
      <w:contextualSpacing/>
    </w:pPr>
    <w:rPr>
      <w:rFonts w:ascii="Calibri" w:eastAsiaTheme="minorEastAsia" w:hAnsi="Calibri" w:cstheme="minorBidi"/>
      <w:sz w:val="20"/>
      <w:szCs w:val="22"/>
      <w:lang w:val="en-US" w:eastAsia="en-US"/>
    </w:rPr>
  </w:style>
  <w:style w:type="paragraph" w:styleId="ListNumber">
    <w:name w:val="List Number"/>
    <w:basedOn w:val="Normal"/>
    <w:uiPriority w:val="99"/>
    <w:unhideWhenUsed/>
    <w:rsid w:val="00297D2C"/>
    <w:pPr>
      <w:numPr>
        <w:numId w:val="15"/>
      </w:numPr>
      <w:tabs>
        <w:tab w:val="clear" w:pos="360"/>
      </w:tabs>
      <w:spacing w:after="200" w:line="276" w:lineRule="auto"/>
      <w:ind w:left="0" w:firstLine="0"/>
      <w:contextualSpacing/>
    </w:pPr>
    <w:rPr>
      <w:rFonts w:ascii="Calibri" w:eastAsiaTheme="minorEastAsia" w:hAnsi="Calibri" w:cstheme="minorBidi"/>
      <w:sz w:val="20"/>
      <w:szCs w:val="22"/>
      <w:lang w:val="en-US" w:eastAsia="en-US"/>
    </w:rPr>
  </w:style>
  <w:style w:type="paragraph" w:styleId="ListNumber2">
    <w:name w:val="List Number 2"/>
    <w:basedOn w:val="Normal"/>
    <w:uiPriority w:val="99"/>
    <w:unhideWhenUsed/>
    <w:rsid w:val="00297D2C"/>
    <w:pPr>
      <w:numPr>
        <w:numId w:val="16"/>
      </w:numPr>
      <w:tabs>
        <w:tab w:val="clear" w:pos="720"/>
      </w:tabs>
      <w:spacing w:after="200" w:line="276" w:lineRule="auto"/>
      <w:ind w:left="0" w:firstLine="0"/>
      <w:contextualSpacing/>
    </w:pPr>
    <w:rPr>
      <w:rFonts w:ascii="Calibri" w:eastAsiaTheme="minorEastAsia" w:hAnsi="Calibri" w:cstheme="minorBidi"/>
      <w:sz w:val="20"/>
      <w:szCs w:val="22"/>
      <w:lang w:val="en-US" w:eastAsia="en-US"/>
    </w:rPr>
  </w:style>
  <w:style w:type="paragraph" w:styleId="ListNumber3">
    <w:name w:val="List Number 3"/>
    <w:basedOn w:val="Normal"/>
    <w:uiPriority w:val="99"/>
    <w:unhideWhenUsed/>
    <w:rsid w:val="00297D2C"/>
    <w:pPr>
      <w:numPr>
        <w:numId w:val="17"/>
      </w:numPr>
      <w:tabs>
        <w:tab w:val="clear" w:pos="1080"/>
      </w:tabs>
      <w:spacing w:after="200" w:line="276" w:lineRule="auto"/>
      <w:ind w:left="0" w:firstLine="0"/>
      <w:contextualSpacing/>
    </w:pPr>
    <w:rPr>
      <w:rFonts w:ascii="Calibri" w:eastAsiaTheme="minorEastAsia" w:hAnsi="Calibri" w:cstheme="minorBidi"/>
      <w:sz w:val="20"/>
      <w:szCs w:val="22"/>
      <w:lang w:val="en-US" w:eastAsia="en-US"/>
    </w:rPr>
  </w:style>
  <w:style w:type="paragraph" w:styleId="ListContinue">
    <w:name w:val="List Continue"/>
    <w:basedOn w:val="Normal"/>
    <w:uiPriority w:val="99"/>
    <w:unhideWhenUsed/>
    <w:rsid w:val="00297D2C"/>
    <w:pPr>
      <w:spacing w:after="120" w:line="276" w:lineRule="auto"/>
      <w:ind w:left="360"/>
      <w:contextualSpacing/>
    </w:pPr>
    <w:rPr>
      <w:rFonts w:ascii="Calibri" w:eastAsiaTheme="minorEastAsia" w:hAnsi="Calibri" w:cstheme="minorBidi"/>
      <w:sz w:val="20"/>
      <w:szCs w:val="22"/>
      <w:lang w:val="en-US" w:eastAsia="en-US"/>
    </w:rPr>
  </w:style>
  <w:style w:type="paragraph" w:styleId="ListContinue2">
    <w:name w:val="List Continue 2"/>
    <w:basedOn w:val="Normal"/>
    <w:uiPriority w:val="99"/>
    <w:unhideWhenUsed/>
    <w:rsid w:val="00297D2C"/>
    <w:pPr>
      <w:spacing w:after="120" w:line="276" w:lineRule="auto"/>
      <w:ind w:left="720"/>
      <w:contextualSpacing/>
    </w:pPr>
    <w:rPr>
      <w:rFonts w:ascii="Calibri" w:eastAsiaTheme="minorEastAsia" w:hAnsi="Calibri" w:cstheme="minorBidi"/>
      <w:sz w:val="20"/>
      <w:szCs w:val="22"/>
      <w:lang w:val="en-US" w:eastAsia="en-US"/>
    </w:rPr>
  </w:style>
  <w:style w:type="paragraph" w:styleId="ListContinue3">
    <w:name w:val="List Continue 3"/>
    <w:basedOn w:val="Normal"/>
    <w:uiPriority w:val="99"/>
    <w:unhideWhenUsed/>
    <w:rsid w:val="00297D2C"/>
    <w:pPr>
      <w:spacing w:after="120" w:line="276" w:lineRule="auto"/>
      <w:ind w:left="1080"/>
      <w:contextualSpacing/>
    </w:pPr>
    <w:rPr>
      <w:rFonts w:ascii="Calibri" w:eastAsiaTheme="minorEastAsia" w:hAnsi="Calibri" w:cstheme="minorBidi"/>
      <w:sz w:val="20"/>
      <w:szCs w:val="22"/>
      <w:lang w:val="en-US" w:eastAsia="en-US"/>
    </w:rPr>
  </w:style>
  <w:style w:type="paragraph" w:styleId="MacroText">
    <w:name w:val="macro"/>
    <w:link w:val="MacroTextChar"/>
    <w:uiPriority w:val="99"/>
    <w:unhideWhenUsed/>
    <w:rsid w:val="00297D2C"/>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297D2C"/>
    <w:rPr>
      <w:rFonts w:ascii="Courier" w:eastAsiaTheme="minorEastAsia" w:hAnsi="Courier"/>
      <w:kern w:val="0"/>
      <w:sz w:val="20"/>
      <w:szCs w:val="20"/>
      <w:lang w:val="en-US"/>
      <w14:ligatures w14:val="none"/>
    </w:rPr>
  </w:style>
  <w:style w:type="paragraph" w:styleId="Caption">
    <w:name w:val="caption"/>
    <w:basedOn w:val="Normal"/>
    <w:next w:val="Normal"/>
    <w:uiPriority w:val="35"/>
    <w:semiHidden/>
    <w:unhideWhenUsed/>
    <w:qFormat/>
    <w:rsid w:val="00297D2C"/>
    <w:pPr>
      <w:spacing w:after="200"/>
    </w:pPr>
    <w:rPr>
      <w:rFonts w:ascii="Calibri" w:eastAsiaTheme="minorEastAsia" w:hAnsi="Calibri" w:cstheme="minorBidi"/>
      <w:b/>
      <w:bCs/>
      <w:color w:val="156082" w:themeColor="accent1"/>
      <w:sz w:val="18"/>
      <w:szCs w:val="18"/>
      <w:lang w:val="en-US" w:eastAsia="en-US"/>
    </w:rPr>
  </w:style>
  <w:style w:type="character" w:styleId="Emphasis">
    <w:name w:val="Emphasis"/>
    <w:basedOn w:val="DefaultParagraphFont"/>
    <w:uiPriority w:val="20"/>
    <w:qFormat/>
    <w:rsid w:val="00297D2C"/>
    <w:rPr>
      <w:i/>
      <w:iCs/>
    </w:rPr>
  </w:style>
  <w:style w:type="character" w:styleId="SubtleEmphasis">
    <w:name w:val="Subtle Emphasis"/>
    <w:basedOn w:val="DefaultParagraphFont"/>
    <w:uiPriority w:val="19"/>
    <w:qFormat/>
    <w:rsid w:val="00297D2C"/>
    <w:rPr>
      <w:i/>
      <w:iCs/>
      <w:color w:val="808080" w:themeColor="text1" w:themeTint="7F"/>
    </w:rPr>
  </w:style>
  <w:style w:type="character" w:styleId="SubtleReference">
    <w:name w:val="Subtle Reference"/>
    <w:basedOn w:val="DefaultParagraphFont"/>
    <w:uiPriority w:val="31"/>
    <w:qFormat/>
    <w:rsid w:val="00297D2C"/>
    <w:rPr>
      <w:smallCaps/>
      <w:color w:val="E97132" w:themeColor="accent2"/>
      <w:u w:val="single"/>
    </w:rPr>
  </w:style>
  <w:style w:type="character" w:styleId="BookTitle">
    <w:name w:val="Book Title"/>
    <w:basedOn w:val="DefaultParagraphFont"/>
    <w:uiPriority w:val="33"/>
    <w:qFormat/>
    <w:rsid w:val="00297D2C"/>
    <w:rPr>
      <w:b/>
      <w:bCs/>
      <w:smallCaps/>
      <w:spacing w:val="5"/>
    </w:rPr>
  </w:style>
  <w:style w:type="paragraph" w:styleId="TOCHeading">
    <w:name w:val="TOC Heading"/>
    <w:basedOn w:val="Heading1"/>
    <w:next w:val="Normal"/>
    <w:uiPriority w:val="39"/>
    <w:semiHidden/>
    <w:unhideWhenUsed/>
    <w:qFormat/>
    <w:rsid w:val="00297D2C"/>
    <w:pPr>
      <w:spacing w:before="480" w:after="0" w:line="276" w:lineRule="auto"/>
      <w:outlineLvl w:val="9"/>
    </w:pPr>
    <w:rPr>
      <w:b/>
      <w:bCs/>
      <w:sz w:val="28"/>
      <w:szCs w:val="28"/>
      <w:lang w:val="en-US"/>
    </w:rPr>
  </w:style>
  <w:style w:type="table" w:styleId="LightShading">
    <w:name w:val="Light Shading"/>
    <w:basedOn w:val="TableNormal"/>
    <w:uiPriority w:val="60"/>
    <w:rsid w:val="00297D2C"/>
    <w:pPr>
      <w:spacing w:after="0" w:line="240" w:lineRule="auto"/>
    </w:pPr>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97D2C"/>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297D2C"/>
    <w:pPr>
      <w:spacing w:after="0" w:line="240" w:lineRule="auto"/>
    </w:pPr>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297D2C"/>
    <w:pPr>
      <w:spacing w:after="0" w:line="240" w:lineRule="auto"/>
    </w:pPr>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297D2C"/>
    <w:pPr>
      <w:spacing w:after="0" w:line="240" w:lineRule="auto"/>
    </w:pPr>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297D2C"/>
    <w:pPr>
      <w:spacing w:after="0" w:line="240" w:lineRule="auto"/>
    </w:pPr>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297D2C"/>
    <w:pPr>
      <w:spacing w:after="0" w:line="240" w:lineRule="auto"/>
    </w:pPr>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97D2C"/>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297D2C"/>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297D2C"/>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97D2C"/>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297D2C"/>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297D2C"/>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297D2C"/>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297D2C"/>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297D2C"/>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297D2C"/>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TableGrid1">
    <w:name w:val="Table Grid1"/>
    <w:basedOn w:val="TableNormal"/>
    <w:next w:val="TableGrid"/>
    <w:uiPriority w:val="59"/>
    <w:rsid w:val="00297D2C"/>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97D2C"/>
    <w:pPr>
      <w:spacing w:before="100" w:beforeAutospacing="1" w:after="100" w:afterAutospacing="1"/>
    </w:pPr>
  </w:style>
  <w:style w:type="paragraph" w:styleId="Bibliography">
    <w:name w:val="Bibliography"/>
    <w:basedOn w:val="Normal"/>
    <w:next w:val="Normal"/>
    <w:uiPriority w:val="37"/>
    <w:unhideWhenUsed/>
    <w:rsid w:val="00297D2C"/>
    <w:pPr>
      <w:tabs>
        <w:tab w:val="left" w:pos="380"/>
      </w:tabs>
      <w:spacing w:after="240"/>
      <w:ind w:left="384" w:hanging="384"/>
    </w:pPr>
  </w:style>
  <w:style w:type="character" w:customStyle="1" w:styleId="animating1lnon10">
    <w:name w:val="_animating_1lnon_10"/>
    <w:basedOn w:val="DefaultParagraphFont"/>
    <w:rsid w:val="00297D2C"/>
  </w:style>
  <w:style w:type="paragraph" w:styleId="Revision">
    <w:name w:val="Revision"/>
    <w:hidden/>
    <w:uiPriority w:val="99"/>
    <w:semiHidden/>
    <w:rsid w:val="00297D2C"/>
    <w:pPr>
      <w:spacing w:after="0" w:line="240" w:lineRule="auto"/>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297D2C"/>
    <w:rPr>
      <w:color w:val="605E5C"/>
      <w:shd w:val="clear" w:color="auto" w:fill="E1DFDD"/>
    </w:rPr>
  </w:style>
  <w:style w:type="character" w:customStyle="1" w:styleId="apple-converted-space">
    <w:name w:val="apple-converted-space"/>
    <w:basedOn w:val="DefaultParagraphFont"/>
    <w:rsid w:val="00297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25</Pages>
  <Words>8071</Words>
  <Characters>52058</Characters>
  <Application>Microsoft Office Word</Application>
  <DocSecurity>0</DocSecurity>
  <Lines>913</Lines>
  <Paragraphs>253</Paragraphs>
  <ScaleCrop>false</ScaleCrop>
  <Company/>
  <LinksUpToDate>false</LinksUpToDate>
  <CharactersWithSpaces>59876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Lachlan Churchill</dc:creator>
  <cp:keywords/>
  <dc:description/>
  <cp:lastModifiedBy>Lachlan Churchill</cp:lastModifiedBy>
  <cp:revision>5</cp:revision>
  <dcterms:created xsi:type="dcterms:W3CDTF">2026-09-21T02:25:00Z</dcterms:created>
  <dcterms:modified xsi:type="dcterms:W3CDTF">2026-09-21T04:23:00Z</dcterms:modified>
</cp:coreProperties>
</file>