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309D" w14:textId="77777777" w:rsidR="00BA76A8" w:rsidRDefault="00734CE3">
      <w:r>
        <w:rPr>
          <w:b/>
        </w:rPr>
        <w:t>Table 1. SFARI overlap counts by group (GO and Promoter gene lists).</w:t>
      </w:r>
    </w:p>
    <w:tbl>
      <w:tblPr>
        <w:tblStyle w:val="TableGrid"/>
        <w:tblW w:w="0" w:type="auto"/>
        <w:tblInd w:w="-1265" w:type="dxa"/>
        <w:tblLook w:val="04A0" w:firstRow="1" w:lastRow="0" w:firstColumn="1" w:lastColumn="0" w:noHBand="0" w:noVBand="1"/>
      </w:tblPr>
      <w:tblGrid>
        <w:gridCol w:w="2943"/>
        <w:gridCol w:w="1641"/>
        <w:gridCol w:w="1697"/>
        <w:gridCol w:w="1675"/>
        <w:gridCol w:w="1939"/>
      </w:tblGrid>
      <w:tr w:rsidR="00BA76A8" w14:paraId="4B4343A4" w14:textId="77777777" w:rsidTr="00137407">
        <w:tc>
          <w:tcPr>
            <w:tcW w:w="2943" w:type="dxa"/>
            <w:shd w:val="clear" w:color="auto" w:fill="EEECE1"/>
          </w:tcPr>
          <w:p w14:paraId="254CBCA5" w14:textId="77777777" w:rsidR="00BA76A8" w:rsidRDefault="00734CE3">
            <w:r>
              <w:rPr>
                <w:b/>
              </w:rPr>
              <w:t>Group</w:t>
            </w:r>
          </w:p>
        </w:tc>
        <w:tc>
          <w:tcPr>
            <w:tcW w:w="1641" w:type="dxa"/>
            <w:shd w:val="clear" w:color="auto" w:fill="EEECE1"/>
          </w:tcPr>
          <w:p w14:paraId="0BEDD5F8" w14:textId="77777777" w:rsidR="00BA76A8" w:rsidRDefault="00734CE3">
            <w:r>
              <w:rPr>
                <w:b/>
              </w:rPr>
              <w:t>GO genes (n)</w:t>
            </w:r>
          </w:p>
        </w:tc>
        <w:tc>
          <w:tcPr>
            <w:tcW w:w="1697" w:type="dxa"/>
            <w:shd w:val="clear" w:color="auto" w:fill="EEECE1"/>
          </w:tcPr>
          <w:p w14:paraId="3E363E45" w14:textId="77777777" w:rsidR="00BA76A8" w:rsidRDefault="00734CE3">
            <w:r>
              <w:rPr>
                <w:b/>
              </w:rPr>
              <w:t>SFARI∩GO (n)</w:t>
            </w:r>
          </w:p>
        </w:tc>
        <w:tc>
          <w:tcPr>
            <w:tcW w:w="1675" w:type="dxa"/>
            <w:shd w:val="clear" w:color="auto" w:fill="EEECE1"/>
          </w:tcPr>
          <w:p w14:paraId="41FFB93A" w14:textId="77777777" w:rsidR="00BA76A8" w:rsidRDefault="00734CE3">
            <w:r>
              <w:rPr>
                <w:b/>
              </w:rPr>
              <w:t>Promoter genes (n)</w:t>
            </w:r>
          </w:p>
        </w:tc>
        <w:tc>
          <w:tcPr>
            <w:tcW w:w="1939" w:type="dxa"/>
            <w:shd w:val="clear" w:color="auto" w:fill="EEECE1"/>
          </w:tcPr>
          <w:p w14:paraId="0A71CFF3" w14:textId="77777777" w:rsidR="00BA76A8" w:rsidRDefault="00734CE3">
            <w:r>
              <w:rPr>
                <w:b/>
              </w:rPr>
              <w:t>SFARI∩Promoter (n)</w:t>
            </w:r>
          </w:p>
        </w:tc>
      </w:tr>
      <w:tr w:rsidR="00BA76A8" w14:paraId="5AB10078" w14:textId="77777777" w:rsidTr="00137407">
        <w:tc>
          <w:tcPr>
            <w:tcW w:w="2943" w:type="dxa"/>
          </w:tcPr>
          <w:p w14:paraId="6E86C46A" w14:textId="77777777" w:rsidR="00F90780" w:rsidRDefault="00137407">
            <w:r>
              <w:t>Group 1 (Sample 1–10 vs Sample 11–12)</w:t>
            </w:r>
          </w:p>
        </w:tc>
        <w:tc>
          <w:tcPr>
            <w:tcW w:w="1641" w:type="dxa"/>
          </w:tcPr>
          <w:p w14:paraId="432A0E8B" w14:textId="77777777" w:rsidR="00F90780" w:rsidRDefault="00137407">
            <w:r>
              <w:t>4234</w:t>
            </w:r>
          </w:p>
        </w:tc>
        <w:tc>
          <w:tcPr>
            <w:tcW w:w="1697" w:type="dxa"/>
          </w:tcPr>
          <w:p w14:paraId="3F7CC409" w14:textId="77777777" w:rsidR="00F90780" w:rsidRDefault="00137407">
            <w:r>
              <w:t>273</w:t>
            </w:r>
          </w:p>
        </w:tc>
        <w:tc>
          <w:tcPr>
            <w:tcW w:w="1675" w:type="dxa"/>
          </w:tcPr>
          <w:p w14:paraId="3079696F" w14:textId="77777777" w:rsidR="00F90780" w:rsidRDefault="00137407">
            <w:r>
              <w:t>1121</w:t>
            </w:r>
          </w:p>
        </w:tc>
        <w:tc>
          <w:tcPr>
            <w:tcW w:w="1939" w:type="dxa"/>
          </w:tcPr>
          <w:p w14:paraId="3CCE8AD6" w14:textId="77777777" w:rsidR="00F90780" w:rsidRDefault="00137407">
            <w:r>
              <w:t>20</w:t>
            </w:r>
          </w:p>
        </w:tc>
      </w:tr>
      <w:tr w:rsidR="00BA76A8" w14:paraId="77A67AA7" w14:textId="77777777" w:rsidTr="00137407">
        <w:tc>
          <w:tcPr>
            <w:tcW w:w="2943" w:type="dxa"/>
          </w:tcPr>
          <w:p w14:paraId="536BD56F" w14:textId="77777777" w:rsidR="00F90780" w:rsidRDefault="00137407">
            <w:r>
              <w:t>Group 2 (Sample 1,2,3,4,7,8 vs Sample 11)</w:t>
            </w:r>
          </w:p>
        </w:tc>
        <w:tc>
          <w:tcPr>
            <w:tcW w:w="1641" w:type="dxa"/>
          </w:tcPr>
          <w:p w14:paraId="6AE7D4FE" w14:textId="77777777" w:rsidR="00F90780" w:rsidRDefault="00137407">
            <w:r>
              <w:t>5247</w:t>
            </w:r>
          </w:p>
        </w:tc>
        <w:tc>
          <w:tcPr>
            <w:tcW w:w="1697" w:type="dxa"/>
          </w:tcPr>
          <w:p w14:paraId="5AE31406" w14:textId="77777777" w:rsidR="00F90780" w:rsidRDefault="00137407">
            <w:r>
              <w:t>323</w:t>
            </w:r>
          </w:p>
        </w:tc>
        <w:tc>
          <w:tcPr>
            <w:tcW w:w="1675" w:type="dxa"/>
          </w:tcPr>
          <w:p w14:paraId="54841ED8" w14:textId="77777777" w:rsidR="00F90780" w:rsidRDefault="00137407">
            <w:r>
              <w:t>1564</w:t>
            </w:r>
          </w:p>
        </w:tc>
        <w:tc>
          <w:tcPr>
            <w:tcW w:w="1939" w:type="dxa"/>
          </w:tcPr>
          <w:p w14:paraId="6BA01730" w14:textId="77777777" w:rsidR="00F90780" w:rsidRDefault="00137407">
            <w:r>
              <w:t>24</w:t>
            </w:r>
          </w:p>
        </w:tc>
      </w:tr>
      <w:tr w:rsidR="00BA76A8" w14:paraId="36AFCD40" w14:textId="77777777" w:rsidTr="00137407">
        <w:tc>
          <w:tcPr>
            <w:tcW w:w="2943" w:type="dxa"/>
          </w:tcPr>
          <w:p w14:paraId="48BC605D" w14:textId="77777777" w:rsidR="00F90780" w:rsidRDefault="00137407">
            <w:r>
              <w:t>Group 3 (Sample 6,9,10 vs Sample 12)</w:t>
            </w:r>
          </w:p>
        </w:tc>
        <w:tc>
          <w:tcPr>
            <w:tcW w:w="1641" w:type="dxa"/>
          </w:tcPr>
          <w:p w14:paraId="7DC9A7D3" w14:textId="77777777" w:rsidR="00F90780" w:rsidRDefault="00137407">
            <w:r>
              <w:t>4195</w:t>
            </w:r>
          </w:p>
        </w:tc>
        <w:tc>
          <w:tcPr>
            <w:tcW w:w="1697" w:type="dxa"/>
          </w:tcPr>
          <w:p w14:paraId="3C3833E7" w14:textId="77777777" w:rsidR="00F90780" w:rsidRDefault="00137407">
            <w:r>
              <w:t>297</w:t>
            </w:r>
          </w:p>
        </w:tc>
        <w:tc>
          <w:tcPr>
            <w:tcW w:w="1675" w:type="dxa"/>
          </w:tcPr>
          <w:p w14:paraId="532BEE46" w14:textId="77777777" w:rsidR="00F90780" w:rsidRDefault="00137407">
            <w:r>
              <w:t>1329</w:t>
            </w:r>
          </w:p>
        </w:tc>
        <w:tc>
          <w:tcPr>
            <w:tcW w:w="1939" w:type="dxa"/>
          </w:tcPr>
          <w:p w14:paraId="5760C699" w14:textId="77777777" w:rsidR="00F90780" w:rsidRDefault="00137407">
            <w:r>
              <w:t>57</w:t>
            </w:r>
          </w:p>
        </w:tc>
      </w:tr>
    </w:tbl>
    <w:p w14:paraId="1161D8C9" w14:textId="77777777" w:rsidR="00BA76A8" w:rsidRDefault="00BA76A8"/>
    <w:p w14:paraId="71C643E6" w14:textId="77777777" w:rsidR="00BA76A8" w:rsidRDefault="00137407" w:rsidP="00137407">
      <w:pPr>
        <w:jc w:val="both"/>
      </w:pPr>
      <w:r w:rsidRPr="00137407">
        <w:t>Table 1 reflects the revised gene-list sizes, and SFARI overlaps of each comparison group. Group 1 has 4234 GO genes where 273 SFARI-matched genes and 1121 Promoter genes where 20 SFARI-matched genes. Group 2 has 5247 GO genes with 323 SFARI-matched groups and 1564 Promoter genes with 24 SFARI-matched groups. There are 4195 GO genes and 297 SFARI-matched genes and 1329 Promoter genes with 57 SFARI-matched genes in group 3. Going by the descriptive terms, GO lists indicate more counts of SFARI overlap compared to the respective Promoter lists across all groups with Group 3 indicating the highest counts of SFARI overlap with the Promoter category.</w:t>
      </w:r>
    </w:p>
    <w:p w14:paraId="5E27C730" w14:textId="77777777" w:rsidR="00137407" w:rsidRDefault="00137407"/>
    <w:p w14:paraId="3711675C" w14:textId="77777777" w:rsidR="00BA76A8" w:rsidRDefault="00734CE3">
      <w:r>
        <w:rPr>
          <w:b/>
        </w:rPr>
        <w:t>Table 2. SFARI enrichment significance using Fisher’s exact test (two-sided) with GO-union gene universe.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1"/>
        <w:gridCol w:w="1035"/>
        <w:gridCol w:w="782"/>
        <w:gridCol w:w="1401"/>
        <w:gridCol w:w="783"/>
        <w:gridCol w:w="718"/>
        <w:gridCol w:w="783"/>
        <w:gridCol w:w="826"/>
        <w:gridCol w:w="1151"/>
      </w:tblGrid>
      <w:tr w:rsidR="00BA76A8" w14:paraId="4C885882" w14:textId="77777777">
        <w:tc>
          <w:tcPr>
            <w:tcW w:w="960" w:type="dxa"/>
            <w:shd w:val="clear" w:color="auto" w:fill="EEECE1"/>
          </w:tcPr>
          <w:p w14:paraId="31B715FB" w14:textId="77777777" w:rsidR="00BA76A8" w:rsidRDefault="00734CE3">
            <w:r>
              <w:rPr>
                <w:b/>
              </w:rPr>
              <w:t>Group</w:t>
            </w:r>
          </w:p>
        </w:tc>
        <w:tc>
          <w:tcPr>
            <w:tcW w:w="960" w:type="dxa"/>
            <w:shd w:val="clear" w:color="auto" w:fill="EEECE1"/>
          </w:tcPr>
          <w:p w14:paraId="57D304B1" w14:textId="77777777" w:rsidR="00BA76A8" w:rsidRDefault="00734CE3">
            <w:r>
              <w:rPr>
                <w:b/>
              </w:rPr>
              <w:t>List</w:t>
            </w:r>
          </w:p>
        </w:tc>
        <w:tc>
          <w:tcPr>
            <w:tcW w:w="960" w:type="dxa"/>
            <w:shd w:val="clear" w:color="auto" w:fill="EEECE1"/>
          </w:tcPr>
          <w:p w14:paraId="5567D137" w14:textId="77777777" w:rsidR="00BA76A8" w:rsidRDefault="00734CE3">
            <w:r>
              <w:rPr>
                <w:b/>
              </w:rPr>
              <w:t>List size (n)</w:t>
            </w:r>
          </w:p>
        </w:tc>
        <w:tc>
          <w:tcPr>
            <w:tcW w:w="960" w:type="dxa"/>
            <w:shd w:val="clear" w:color="auto" w:fill="EEECE1"/>
          </w:tcPr>
          <w:p w14:paraId="0AD21FCC" w14:textId="77777777" w:rsidR="00BA76A8" w:rsidRDefault="00734CE3">
            <w:r>
              <w:rPr>
                <w:b/>
              </w:rPr>
              <w:t>SFARI∩List (a)</w:t>
            </w:r>
          </w:p>
        </w:tc>
        <w:tc>
          <w:tcPr>
            <w:tcW w:w="960" w:type="dxa"/>
            <w:shd w:val="clear" w:color="auto" w:fill="EEECE1"/>
          </w:tcPr>
          <w:p w14:paraId="3A1A8F67" w14:textId="77777777" w:rsidR="00BA76A8" w:rsidRDefault="00734CE3">
            <w:r>
              <w:rPr>
                <w:b/>
              </w:rPr>
              <w:t>b</w:t>
            </w:r>
          </w:p>
        </w:tc>
        <w:tc>
          <w:tcPr>
            <w:tcW w:w="960" w:type="dxa"/>
            <w:shd w:val="clear" w:color="auto" w:fill="EEECE1"/>
          </w:tcPr>
          <w:p w14:paraId="27FC4866" w14:textId="77777777" w:rsidR="00BA76A8" w:rsidRDefault="00734CE3">
            <w:r>
              <w:rPr>
                <w:b/>
              </w:rPr>
              <w:t>c</w:t>
            </w:r>
          </w:p>
        </w:tc>
        <w:tc>
          <w:tcPr>
            <w:tcW w:w="960" w:type="dxa"/>
            <w:shd w:val="clear" w:color="auto" w:fill="EEECE1"/>
          </w:tcPr>
          <w:p w14:paraId="14722CB3" w14:textId="77777777" w:rsidR="00BA76A8" w:rsidRDefault="00734CE3">
            <w:r>
              <w:rPr>
                <w:b/>
              </w:rPr>
              <w:t>d</w:t>
            </w:r>
          </w:p>
        </w:tc>
        <w:tc>
          <w:tcPr>
            <w:tcW w:w="960" w:type="dxa"/>
            <w:shd w:val="clear" w:color="auto" w:fill="EEECE1"/>
          </w:tcPr>
          <w:p w14:paraId="7B2998FA" w14:textId="77777777" w:rsidR="00BA76A8" w:rsidRDefault="00734CE3">
            <w:r>
              <w:rPr>
                <w:b/>
              </w:rPr>
              <w:t>Odds Ratio</w:t>
            </w:r>
          </w:p>
        </w:tc>
        <w:tc>
          <w:tcPr>
            <w:tcW w:w="960" w:type="dxa"/>
            <w:shd w:val="clear" w:color="auto" w:fill="EEECE1"/>
          </w:tcPr>
          <w:p w14:paraId="05DEB9BE" w14:textId="77777777" w:rsidR="00BA76A8" w:rsidRDefault="00734CE3">
            <w:r>
              <w:rPr>
                <w:b/>
              </w:rPr>
              <w:t>p-value</w:t>
            </w:r>
          </w:p>
        </w:tc>
      </w:tr>
      <w:tr w:rsidR="00BA76A8" w14:paraId="390E0F9A" w14:textId="77777777">
        <w:tc>
          <w:tcPr>
            <w:tcW w:w="960" w:type="dxa"/>
          </w:tcPr>
          <w:p w14:paraId="25B84CB1" w14:textId="77777777" w:rsidR="00F90780" w:rsidRDefault="00137407">
            <w:r>
              <w:t>Group 1 (Sample 1–10 vs Sample 11–12)</w:t>
            </w:r>
          </w:p>
        </w:tc>
        <w:tc>
          <w:tcPr>
            <w:tcW w:w="960" w:type="dxa"/>
          </w:tcPr>
          <w:p w14:paraId="2A62F77F" w14:textId="77777777" w:rsidR="00F90780" w:rsidRDefault="00137407">
            <w:r>
              <w:t>GO genes</w:t>
            </w:r>
          </w:p>
        </w:tc>
        <w:tc>
          <w:tcPr>
            <w:tcW w:w="960" w:type="dxa"/>
          </w:tcPr>
          <w:p w14:paraId="31BD8AC5" w14:textId="77777777" w:rsidR="00F90780" w:rsidRDefault="00137407">
            <w:r>
              <w:t>4234</w:t>
            </w:r>
          </w:p>
        </w:tc>
        <w:tc>
          <w:tcPr>
            <w:tcW w:w="960" w:type="dxa"/>
          </w:tcPr>
          <w:p w14:paraId="4F8173EB" w14:textId="77777777" w:rsidR="00F90780" w:rsidRDefault="00137407">
            <w:r>
              <w:t>273</w:t>
            </w:r>
          </w:p>
        </w:tc>
        <w:tc>
          <w:tcPr>
            <w:tcW w:w="960" w:type="dxa"/>
          </w:tcPr>
          <w:p w14:paraId="3448DBBC" w14:textId="77777777" w:rsidR="00F90780" w:rsidRDefault="00137407">
            <w:r>
              <w:t>3961</w:t>
            </w:r>
          </w:p>
        </w:tc>
        <w:tc>
          <w:tcPr>
            <w:tcW w:w="960" w:type="dxa"/>
          </w:tcPr>
          <w:p w14:paraId="6A227B35" w14:textId="77777777" w:rsidR="00F90780" w:rsidRDefault="00137407">
            <w:r>
              <w:t>130</w:t>
            </w:r>
          </w:p>
        </w:tc>
        <w:tc>
          <w:tcPr>
            <w:tcW w:w="960" w:type="dxa"/>
          </w:tcPr>
          <w:p w14:paraId="47DD9E22" w14:textId="77777777" w:rsidR="00F90780" w:rsidRDefault="00137407">
            <w:r>
              <w:t>2077</w:t>
            </w:r>
          </w:p>
        </w:tc>
        <w:tc>
          <w:tcPr>
            <w:tcW w:w="960" w:type="dxa"/>
          </w:tcPr>
          <w:p w14:paraId="1C085E30" w14:textId="77777777" w:rsidR="00F90780" w:rsidRDefault="00137407">
            <w:r>
              <w:t>1.101</w:t>
            </w:r>
          </w:p>
        </w:tc>
        <w:tc>
          <w:tcPr>
            <w:tcW w:w="960" w:type="dxa"/>
          </w:tcPr>
          <w:p w14:paraId="08121721" w14:textId="77777777" w:rsidR="00F90780" w:rsidRDefault="00137407">
            <w:r>
              <w:t>0.4162</w:t>
            </w:r>
          </w:p>
        </w:tc>
      </w:tr>
      <w:tr w:rsidR="00BA76A8" w14:paraId="2FDADE9F" w14:textId="77777777">
        <w:tc>
          <w:tcPr>
            <w:tcW w:w="960" w:type="dxa"/>
          </w:tcPr>
          <w:p w14:paraId="6B794CC7" w14:textId="77777777" w:rsidR="00F90780" w:rsidRDefault="00137407">
            <w:r>
              <w:t>Group 1 (Sample 1–10 vs Sample 11–12)</w:t>
            </w:r>
          </w:p>
        </w:tc>
        <w:tc>
          <w:tcPr>
            <w:tcW w:w="960" w:type="dxa"/>
          </w:tcPr>
          <w:p w14:paraId="27835339" w14:textId="77777777" w:rsidR="00F90780" w:rsidRDefault="00137407">
            <w:r>
              <w:t>Promoter genes</w:t>
            </w:r>
          </w:p>
        </w:tc>
        <w:tc>
          <w:tcPr>
            <w:tcW w:w="960" w:type="dxa"/>
          </w:tcPr>
          <w:p w14:paraId="741C7EF5" w14:textId="77777777" w:rsidR="00F90780" w:rsidRDefault="00137407">
            <w:r>
              <w:t>1121</w:t>
            </w:r>
          </w:p>
        </w:tc>
        <w:tc>
          <w:tcPr>
            <w:tcW w:w="960" w:type="dxa"/>
          </w:tcPr>
          <w:p w14:paraId="043F6143" w14:textId="77777777" w:rsidR="00F90780" w:rsidRDefault="00137407">
            <w:r>
              <w:t>20</w:t>
            </w:r>
          </w:p>
        </w:tc>
        <w:tc>
          <w:tcPr>
            <w:tcW w:w="960" w:type="dxa"/>
          </w:tcPr>
          <w:p w14:paraId="0E82FC51" w14:textId="77777777" w:rsidR="00F90780" w:rsidRDefault="00137407">
            <w:r>
              <w:t>1101</w:t>
            </w:r>
          </w:p>
        </w:tc>
        <w:tc>
          <w:tcPr>
            <w:tcW w:w="960" w:type="dxa"/>
          </w:tcPr>
          <w:p w14:paraId="52167303" w14:textId="77777777" w:rsidR="00F90780" w:rsidRDefault="00137407">
            <w:r>
              <w:t>383</w:t>
            </w:r>
          </w:p>
        </w:tc>
        <w:tc>
          <w:tcPr>
            <w:tcW w:w="960" w:type="dxa"/>
          </w:tcPr>
          <w:p w14:paraId="42470DC9" w14:textId="77777777" w:rsidR="00F90780" w:rsidRDefault="00137407">
            <w:r>
              <w:t>4937</w:t>
            </w:r>
          </w:p>
        </w:tc>
        <w:tc>
          <w:tcPr>
            <w:tcW w:w="960" w:type="dxa"/>
          </w:tcPr>
          <w:p w14:paraId="3AE8ADBD" w14:textId="77777777" w:rsidR="00F90780" w:rsidRDefault="00137407">
            <w:r>
              <w:t>0.234</w:t>
            </w:r>
          </w:p>
        </w:tc>
        <w:tc>
          <w:tcPr>
            <w:tcW w:w="960" w:type="dxa"/>
          </w:tcPr>
          <w:p w14:paraId="0B5DFDB6" w14:textId="77777777" w:rsidR="00F90780" w:rsidRDefault="00137407">
            <w:r>
              <w:t>1.745e-14</w:t>
            </w:r>
          </w:p>
        </w:tc>
      </w:tr>
      <w:tr w:rsidR="00BA76A8" w14:paraId="67EB9BAA" w14:textId="77777777">
        <w:tc>
          <w:tcPr>
            <w:tcW w:w="960" w:type="dxa"/>
          </w:tcPr>
          <w:p w14:paraId="7A9B59BE" w14:textId="77777777" w:rsidR="00F90780" w:rsidRDefault="00137407">
            <w:r>
              <w:t>Group 2 (Sample 1,2,3,4,7,8 vs Sample 11)</w:t>
            </w:r>
          </w:p>
        </w:tc>
        <w:tc>
          <w:tcPr>
            <w:tcW w:w="960" w:type="dxa"/>
          </w:tcPr>
          <w:p w14:paraId="34CEC203" w14:textId="77777777" w:rsidR="00F90780" w:rsidRDefault="00137407">
            <w:r>
              <w:t>GO genes</w:t>
            </w:r>
          </w:p>
        </w:tc>
        <w:tc>
          <w:tcPr>
            <w:tcW w:w="960" w:type="dxa"/>
          </w:tcPr>
          <w:p w14:paraId="7AF5CDD2" w14:textId="77777777" w:rsidR="00F90780" w:rsidRDefault="00137407">
            <w:r>
              <w:t>5247</w:t>
            </w:r>
          </w:p>
        </w:tc>
        <w:tc>
          <w:tcPr>
            <w:tcW w:w="960" w:type="dxa"/>
          </w:tcPr>
          <w:p w14:paraId="42E5DE3C" w14:textId="77777777" w:rsidR="00F90780" w:rsidRDefault="00137407">
            <w:r>
              <w:t>323</w:t>
            </w:r>
          </w:p>
        </w:tc>
        <w:tc>
          <w:tcPr>
            <w:tcW w:w="960" w:type="dxa"/>
          </w:tcPr>
          <w:p w14:paraId="078B81D6" w14:textId="77777777" w:rsidR="00F90780" w:rsidRDefault="00137407">
            <w:r>
              <w:t>4924</w:t>
            </w:r>
          </w:p>
        </w:tc>
        <w:tc>
          <w:tcPr>
            <w:tcW w:w="960" w:type="dxa"/>
          </w:tcPr>
          <w:p w14:paraId="0E00A0A6" w14:textId="77777777" w:rsidR="00F90780" w:rsidRDefault="00137407">
            <w:r>
              <w:t>80</w:t>
            </w:r>
          </w:p>
        </w:tc>
        <w:tc>
          <w:tcPr>
            <w:tcW w:w="960" w:type="dxa"/>
          </w:tcPr>
          <w:p w14:paraId="491FB2BB" w14:textId="77777777" w:rsidR="00F90780" w:rsidRDefault="00137407">
            <w:r>
              <w:t>1114</w:t>
            </w:r>
          </w:p>
        </w:tc>
        <w:tc>
          <w:tcPr>
            <w:tcW w:w="960" w:type="dxa"/>
          </w:tcPr>
          <w:p w14:paraId="60189323" w14:textId="77777777" w:rsidR="00F90780" w:rsidRDefault="00137407">
            <w:r>
              <w:t>0.913</w:t>
            </w:r>
          </w:p>
        </w:tc>
        <w:tc>
          <w:tcPr>
            <w:tcW w:w="960" w:type="dxa"/>
          </w:tcPr>
          <w:p w14:paraId="29D19270" w14:textId="77777777" w:rsidR="00F90780" w:rsidRDefault="00137407">
            <w:r>
              <w:t>0.4672</w:t>
            </w:r>
          </w:p>
        </w:tc>
      </w:tr>
      <w:tr w:rsidR="00BA76A8" w14:paraId="34B8D058" w14:textId="77777777">
        <w:tc>
          <w:tcPr>
            <w:tcW w:w="960" w:type="dxa"/>
          </w:tcPr>
          <w:p w14:paraId="54BFC5D0" w14:textId="77777777" w:rsidR="00F90780" w:rsidRDefault="00137407">
            <w:r>
              <w:t>Group 2 (Sample 1,2,3,4,7,8 vs Sample 11)</w:t>
            </w:r>
          </w:p>
        </w:tc>
        <w:tc>
          <w:tcPr>
            <w:tcW w:w="960" w:type="dxa"/>
          </w:tcPr>
          <w:p w14:paraId="5C149C78" w14:textId="77777777" w:rsidR="00F90780" w:rsidRDefault="00137407">
            <w:r>
              <w:t>Promoter genes</w:t>
            </w:r>
          </w:p>
        </w:tc>
        <w:tc>
          <w:tcPr>
            <w:tcW w:w="960" w:type="dxa"/>
          </w:tcPr>
          <w:p w14:paraId="1DC3949E" w14:textId="77777777" w:rsidR="00F90780" w:rsidRDefault="00137407">
            <w:r>
              <w:t>1564</w:t>
            </w:r>
          </w:p>
        </w:tc>
        <w:tc>
          <w:tcPr>
            <w:tcW w:w="960" w:type="dxa"/>
          </w:tcPr>
          <w:p w14:paraId="73292FE3" w14:textId="77777777" w:rsidR="00F90780" w:rsidRDefault="00137407">
            <w:r>
              <w:t>24</w:t>
            </w:r>
          </w:p>
        </w:tc>
        <w:tc>
          <w:tcPr>
            <w:tcW w:w="960" w:type="dxa"/>
          </w:tcPr>
          <w:p w14:paraId="0E1F040A" w14:textId="77777777" w:rsidR="00F90780" w:rsidRDefault="00137407">
            <w:r>
              <w:t>1540</w:t>
            </w:r>
          </w:p>
        </w:tc>
        <w:tc>
          <w:tcPr>
            <w:tcW w:w="960" w:type="dxa"/>
          </w:tcPr>
          <w:p w14:paraId="56EAAEC0" w14:textId="77777777" w:rsidR="00F90780" w:rsidRDefault="00137407">
            <w:r>
              <w:t>379</w:t>
            </w:r>
          </w:p>
        </w:tc>
        <w:tc>
          <w:tcPr>
            <w:tcW w:w="960" w:type="dxa"/>
          </w:tcPr>
          <w:p w14:paraId="043EE1A8" w14:textId="77777777" w:rsidR="00F90780" w:rsidRDefault="00137407">
            <w:r>
              <w:t>4498</w:t>
            </w:r>
          </w:p>
        </w:tc>
        <w:tc>
          <w:tcPr>
            <w:tcW w:w="960" w:type="dxa"/>
          </w:tcPr>
          <w:p w14:paraId="7B639EB4" w14:textId="77777777" w:rsidR="00F90780" w:rsidRDefault="00137407">
            <w:r>
              <w:t>0.185</w:t>
            </w:r>
          </w:p>
        </w:tc>
        <w:tc>
          <w:tcPr>
            <w:tcW w:w="960" w:type="dxa"/>
          </w:tcPr>
          <w:p w14:paraId="37CC53D4" w14:textId="77777777" w:rsidR="00F90780" w:rsidRDefault="00137407">
            <w:r>
              <w:t>1.231e-23</w:t>
            </w:r>
          </w:p>
        </w:tc>
      </w:tr>
      <w:tr w:rsidR="00BA76A8" w14:paraId="5757FF85" w14:textId="77777777">
        <w:tc>
          <w:tcPr>
            <w:tcW w:w="960" w:type="dxa"/>
          </w:tcPr>
          <w:p w14:paraId="311DA220" w14:textId="77777777" w:rsidR="00F90780" w:rsidRDefault="00137407">
            <w:r>
              <w:lastRenderedPageBreak/>
              <w:t>Group 3 (Sample 6,9,10 vs Sample 12)</w:t>
            </w:r>
          </w:p>
        </w:tc>
        <w:tc>
          <w:tcPr>
            <w:tcW w:w="960" w:type="dxa"/>
          </w:tcPr>
          <w:p w14:paraId="58E17D84" w14:textId="77777777" w:rsidR="00F90780" w:rsidRDefault="00137407">
            <w:r>
              <w:t>GO genes</w:t>
            </w:r>
          </w:p>
        </w:tc>
        <w:tc>
          <w:tcPr>
            <w:tcW w:w="960" w:type="dxa"/>
          </w:tcPr>
          <w:p w14:paraId="5D990D43" w14:textId="77777777" w:rsidR="00F90780" w:rsidRDefault="00137407">
            <w:r>
              <w:t>4195</w:t>
            </w:r>
          </w:p>
        </w:tc>
        <w:tc>
          <w:tcPr>
            <w:tcW w:w="960" w:type="dxa"/>
          </w:tcPr>
          <w:p w14:paraId="539EBB26" w14:textId="77777777" w:rsidR="00F90780" w:rsidRDefault="00137407">
            <w:r>
              <w:t>297</w:t>
            </w:r>
          </w:p>
        </w:tc>
        <w:tc>
          <w:tcPr>
            <w:tcW w:w="960" w:type="dxa"/>
          </w:tcPr>
          <w:p w14:paraId="0B7E8BA8" w14:textId="77777777" w:rsidR="00F90780" w:rsidRDefault="00137407">
            <w:r>
              <w:t>3898</w:t>
            </w:r>
          </w:p>
        </w:tc>
        <w:tc>
          <w:tcPr>
            <w:tcW w:w="960" w:type="dxa"/>
          </w:tcPr>
          <w:p w14:paraId="10C06042" w14:textId="77777777" w:rsidR="00F90780" w:rsidRDefault="00137407">
            <w:r>
              <w:t>106</w:t>
            </w:r>
          </w:p>
        </w:tc>
        <w:tc>
          <w:tcPr>
            <w:tcW w:w="960" w:type="dxa"/>
          </w:tcPr>
          <w:p w14:paraId="3F398E9B" w14:textId="77777777" w:rsidR="00F90780" w:rsidRDefault="00137407">
            <w:r>
              <w:t>2140</w:t>
            </w:r>
          </w:p>
        </w:tc>
        <w:tc>
          <w:tcPr>
            <w:tcW w:w="960" w:type="dxa"/>
          </w:tcPr>
          <w:p w14:paraId="1E20A6DA" w14:textId="77777777" w:rsidR="00F90780" w:rsidRDefault="00137407">
            <w:r>
              <w:t>1.538</w:t>
            </w:r>
          </w:p>
        </w:tc>
        <w:tc>
          <w:tcPr>
            <w:tcW w:w="960" w:type="dxa"/>
          </w:tcPr>
          <w:p w14:paraId="65ADCB2A" w14:textId="77777777" w:rsidR="00F90780" w:rsidRDefault="00137407">
            <w:r>
              <w:t>0.0001543</w:t>
            </w:r>
          </w:p>
        </w:tc>
      </w:tr>
      <w:tr w:rsidR="00BA76A8" w14:paraId="782DF97B" w14:textId="77777777">
        <w:tc>
          <w:tcPr>
            <w:tcW w:w="960" w:type="dxa"/>
          </w:tcPr>
          <w:p w14:paraId="65F2756B" w14:textId="77777777" w:rsidR="00F90780" w:rsidRDefault="00137407">
            <w:r>
              <w:t>Group 3 (Sample 6,9,10 vs Sample 12)</w:t>
            </w:r>
          </w:p>
        </w:tc>
        <w:tc>
          <w:tcPr>
            <w:tcW w:w="960" w:type="dxa"/>
          </w:tcPr>
          <w:p w14:paraId="218F7D7D" w14:textId="77777777" w:rsidR="00F90780" w:rsidRDefault="00137407">
            <w:r>
              <w:t>Promoter genes</w:t>
            </w:r>
          </w:p>
        </w:tc>
        <w:tc>
          <w:tcPr>
            <w:tcW w:w="960" w:type="dxa"/>
          </w:tcPr>
          <w:p w14:paraId="18CDE24E" w14:textId="77777777" w:rsidR="00F90780" w:rsidRDefault="00137407">
            <w:r>
              <w:t>1329</w:t>
            </w:r>
          </w:p>
        </w:tc>
        <w:tc>
          <w:tcPr>
            <w:tcW w:w="960" w:type="dxa"/>
          </w:tcPr>
          <w:p w14:paraId="2D6F7F29" w14:textId="77777777" w:rsidR="00F90780" w:rsidRDefault="00137407">
            <w:r>
              <w:t>57</w:t>
            </w:r>
          </w:p>
        </w:tc>
        <w:tc>
          <w:tcPr>
            <w:tcW w:w="960" w:type="dxa"/>
          </w:tcPr>
          <w:p w14:paraId="296E23E8" w14:textId="77777777" w:rsidR="00F90780" w:rsidRDefault="00137407">
            <w:r>
              <w:t>1272</w:t>
            </w:r>
          </w:p>
        </w:tc>
        <w:tc>
          <w:tcPr>
            <w:tcW w:w="960" w:type="dxa"/>
          </w:tcPr>
          <w:p w14:paraId="01645739" w14:textId="77777777" w:rsidR="00F90780" w:rsidRDefault="00137407">
            <w:r>
              <w:t>346</w:t>
            </w:r>
          </w:p>
        </w:tc>
        <w:tc>
          <w:tcPr>
            <w:tcW w:w="960" w:type="dxa"/>
          </w:tcPr>
          <w:p w14:paraId="0172D451" w14:textId="77777777" w:rsidR="00F90780" w:rsidRDefault="00137407">
            <w:r>
              <w:t>4766</w:t>
            </w:r>
          </w:p>
        </w:tc>
        <w:tc>
          <w:tcPr>
            <w:tcW w:w="960" w:type="dxa"/>
          </w:tcPr>
          <w:p w14:paraId="2D47DA28" w14:textId="77777777" w:rsidR="00F90780" w:rsidRDefault="00137407">
            <w:r>
              <w:t>0.617</w:t>
            </w:r>
          </w:p>
        </w:tc>
        <w:tc>
          <w:tcPr>
            <w:tcW w:w="960" w:type="dxa"/>
          </w:tcPr>
          <w:p w14:paraId="3888EE62" w14:textId="77777777" w:rsidR="00F90780" w:rsidRDefault="00137407">
            <w:r>
              <w:t>0.0007257</w:t>
            </w:r>
          </w:p>
        </w:tc>
      </w:tr>
    </w:tbl>
    <w:p w14:paraId="16C8DDF8" w14:textId="77777777" w:rsidR="00BA76A8" w:rsidRDefault="00BA76A8"/>
    <w:p w14:paraId="32F8375B" w14:textId="77777777" w:rsidR="00BA76A8" w:rsidRDefault="00137407" w:rsidP="00137407">
      <w:pPr>
        <w:jc w:val="both"/>
      </w:pPr>
      <w:r w:rsidRPr="00137407">
        <w:t>Table 2 shows the new Fisher exact test values with a background universe of 6441 genes (which is common to all GOs) with 403 SFARI genes. In Group 1, no significant enrichment of GO list can be observed (OR = 1.101, p = 0.4162), but significant depletion was observed in Promoter list (OR = 0.234, p = 1.745e-14). Group 2 cannot enrich in GO list (OR = 0.913, p = 0.4672), but the Promoter list is significantly depleted (OR = 0.185, p = 1.231e-23). Group 3 exhibits great enrichment of the GO list (OR = 1.538, p = 0.0001543), but at the Promoter list, the depletion is great (OR = 0.617, p = 0.0007257). In general, the most significant positive SFARI enrichment signal is found in the GO list of Group 3, whereas Promoter lists are under-represented on SFARI genes of all the groups.</w:t>
      </w:r>
    </w:p>
    <w:p w14:paraId="777063BD" w14:textId="77777777" w:rsidR="00BA76A8" w:rsidRDefault="00BA76A8"/>
    <w:p w14:paraId="2DAF4704" w14:textId="77777777" w:rsidR="00BA76A8" w:rsidRDefault="00734CE3">
      <w:r>
        <w:rPr>
          <w:b/>
        </w:rPr>
        <w:t>Table 3. SFARI-matched genes by group (group header row before each section).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9"/>
        <w:gridCol w:w="2157"/>
        <w:gridCol w:w="2157"/>
        <w:gridCol w:w="2157"/>
      </w:tblGrid>
      <w:tr w:rsidR="00BA76A8" w14:paraId="7B8A8B86" w14:textId="77777777">
        <w:tc>
          <w:tcPr>
            <w:tcW w:w="2160" w:type="dxa"/>
            <w:shd w:val="clear" w:color="auto" w:fill="EEECE1"/>
          </w:tcPr>
          <w:p w14:paraId="384439F2" w14:textId="77777777" w:rsidR="00BA76A8" w:rsidRDefault="00734CE3">
            <w:r>
              <w:rPr>
                <w:b/>
              </w:rPr>
              <w:t>Metric</w:t>
            </w:r>
          </w:p>
        </w:tc>
        <w:tc>
          <w:tcPr>
            <w:tcW w:w="2160" w:type="dxa"/>
            <w:shd w:val="clear" w:color="auto" w:fill="EEECE1"/>
          </w:tcPr>
          <w:p w14:paraId="2C6FDC6C" w14:textId="77777777" w:rsidR="00BA76A8" w:rsidRDefault="00734CE3">
            <w:r>
              <w:rPr>
                <w:b/>
              </w:rPr>
              <w:t>Group 1</w:t>
            </w:r>
          </w:p>
        </w:tc>
        <w:tc>
          <w:tcPr>
            <w:tcW w:w="2160" w:type="dxa"/>
            <w:shd w:val="clear" w:color="auto" w:fill="EEECE1"/>
          </w:tcPr>
          <w:p w14:paraId="5A67D71A" w14:textId="77777777" w:rsidR="00BA76A8" w:rsidRDefault="00734CE3">
            <w:r>
              <w:rPr>
                <w:b/>
              </w:rPr>
              <w:t>Group 2</w:t>
            </w:r>
          </w:p>
        </w:tc>
        <w:tc>
          <w:tcPr>
            <w:tcW w:w="2160" w:type="dxa"/>
            <w:shd w:val="clear" w:color="auto" w:fill="EEECE1"/>
          </w:tcPr>
          <w:p w14:paraId="5CB3DF4E" w14:textId="77777777" w:rsidR="00BA76A8" w:rsidRDefault="00734CE3">
            <w:r>
              <w:rPr>
                <w:b/>
              </w:rPr>
              <w:t>Group 3</w:t>
            </w:r>
          </w:p>
        </w:tc>
      </w:tr>
      <w:tr w:rsidR="00BA76A8" w14:paraId="2519F3BA" w14:textId="77777777">
        <w:tc>
          <w:tcPr>
            <w:tcW w:w="2160" w:type="dxa"/>
          </w:tcPr>
          <w:p w14:paraId="0D178BDE" w14:textId="77777777" w:rsidR="00F90780" w:rsidRDefault="00137407">
            <w:r>
              <w:t>GO genes (n)</w:t>
            </w:r>
          </w:p>
        </w:tc>
        <w:tc>
          <w:tcPr>
            <w:tcW w:w="2160" w:type="dxa"/>
          </w:tcPr>
          <w:p w14:paraId="5B5D849C" w14:textId="77777777" w:rsidR="00F90780" w:rsidRDefault="00137407">
            <w:r>
              <w:t>4234</w:t>
            </w:r>
          </w:p>
        </w:tc>
        <w:tc>
          <w:tcPr>
            <w:tcW w:w="2160" w:type="dxa"/>
          </w:tcPr>
          <w:p w14:paraId="2DB54105" w14:textId="77777777" w:rsidR="00F90780" w:rsidRDefault="00137407">
            <w:r>
              <w:t>5247</w:t>
            </w:r>
          </w:p>
        </w:tc>
        <w:tc>
          <w:tcPr>
            <w:tcW w:w="2160" w:type="dxa"/>
          </w:tcPr>
          <w:p w14:paraId="1D8C2952" w14:textId="77777777" w:rsidR="00F90780" w:rsidRDefault="00137407">
            <w:r>
              <w:t>4195</w:t>
            </w:r>
          </w:p>
        </w:tc>
      </w:tr>
      <w:tr w:rsidR="00BA76A8" w14:paraId="08541718" w14:textId="77777777">
        <w:tc>
          <w:tcPr>
            <w:tcW w:w="2160" w:type="dxa"/>
          </w:tcPr>
          <w:p w14:paraId="6FA7DE3D" w14:textId="77777777" w:rsidR="00F90780" w:rsidRDefault="00137407">
            <w:r>
              <w:t>Promoter genes (n)</w:t>
            </w:r>
          </w:p>
        </w:tc>
        <w:tc>
          <w:tcPr>
            <w:tcW w:w="2160" w:type="dxa"/>
          </w:tcPr>
          <w:p w14:paraId="1605C8CB" w14:textId="77777777" w:rsidR="00F90780" w:rsidRDefault="00137407">
            <w:r>
              <w:t>1121</w:t>
            </w:r>
          </w:p>
        </w:tc>
        <w:tc>
          <w:tcPr>
            <w:tcW w:w="2160" w:type="dxa"/>
          </w:tcPr>
          <w:p w14:paraId="76F4C652" w14:textId="77777777" w:rsidR="00F90780" w:rsidRDefault="00137407">
            <w:r>
              <w:t>1564</w:t>
            </w:r>
          </w:p>
        </w:tc>
        <w:tc>
          <w:tcPr>
            <w:tcW w:w="2160" w:type="dxa"/>
          </w:tcPr>
          <w:p w14:paraId="276928EF" w14:textId="77777777" w:rsidR="00F90780" w:rsidRDefault="00137407">
            <w:r>
              <w:t>1329</w:t>
            </w:r>
          </w:p>
        </w:tc>
      </w:tr>
      <w:tr w:rsidR="00BA76A8" w14:paraId="6F0F86D1" w14:textId="77777777">
        <w:tc>
          <w:tcPr>
            <w:tcW w:w="2160" w:type="dxa"/>
          </w:tcPr>
          <w:p w14:paraId="1D06A506" w14:textId="77777777" w:rsidR="00F90780" w:rsidRDefault="00137407">
            <w:r>
              <w:t>SFARI∩GO (n)</w:t>
            </w:r>
          </w:p>
        </w:tc>
        <w:tc>
          <w:tcPr>
            <w:tcW w:w="2160" w:type="dxa"/>
          </w:tcPr>
          <w:p w14:paraId="22F59E97" w14:textId="77777777" w:rsidR="00F90780" w:rsidRDefault="00137407">
            <w:r>
              <w:t>273</w:t>
            </w:r>
          </w:p>
        </w:tc>
        <w:tc>
          <w:tcPr>
            <w:tcW w:w="2160" w:type="dxa"/>
          </w:tcPr>
          <w:p w14:paraId="43D1BE4D" w14:textId="77777777" w:rsidR="00F90780" w:rsidRDefault="00137407">
            <w:r>
              <w:t>323</w:t>
            </w:r>
          </w:p>
        </w:tc>
        <w:tc>
          <w:tcPr>
            <w:tcW w:w="2160" w:type="dxa"/>
          </w:tcPr>
          <w:p w14:paraId="607E79B2" w14:textId="77777777" w:rsidR="00F90780" w:rsidRDefault="00137407">
            <w:r>
              <w:t>297</w:t>
            </w:r>
          </w:p>
        </w:tc>
      </w:tr>
      <w:tr w:rsidR="00BA76A8" w14:paraId="77AFCE81" w14:textId="77777777">
        <w:tc>
          <w:tcPr>
            <w:tcW w:w="2160" w:type="dxa"/>
          </w:tcPr>
          <w:p w14:paraId="41B3E202" w14:textId="77777777" w:rsidR="00F90780" w:rsidRDefault="00137407">
            <w:r>
              <w:t>SFARI∩Promoter (n)</w:t>
            </w:r>
          </w:p>
        </w:tc>
        <w:tc>
          <w:tcPr>
            <w:tcW w:w="2160" w:type="dxa"/>
          </w:tcPr>
          <w:p w14:paraId="2CF237BA" w14:textId="77777777" w:rsidR="00F90780" w:rsidRDefault="00137407">
            <w:r>
              <w:t>20</w:t>
            </w:r>
          </w:p>
        </w:tc>
        <w:tc>
          <w:tcPr>
            <w:tcW w:w="2160" w:type="dxa"/>
          </w:tcPr>
          <w:p w14:paraId="63509B9B" w14:textId="77777777" w:rsidR="00F90780" w:rsidRDefault="00137407">
            <w:r>
              <w:t>24</w:t>
            </w:r>
          </w:p>
        </w:tc>
        <w:tc>
          <w:tcPr>
            <w:tcW w:w="2160" w:type="dxa"/>
          </w:tcPr>
          <w:p w14:paraId="266E7CA0" w14:textId="77777777" w:rsidR="00F90780" w:rsidRDefault="00137407">
            <w:r>
              <w:t>57</w:t>
            </w:r>
          </w:p>
        </w:tc>
      </w:tr>
    </w:tbl>
    <w:p w14:paraId="2E921689" w14:textId="77777777" w:rsidR="00BA76A8" w:rsidRDefault="00BA76A8"/>
    <w:p w14:paraId="3577605C" w14:textId="77777777" w:rsidR="00BA76A8" w:rsidRDefault="00137407">
      <w:r w:rsidRPr="00137407">
        <w:rPr>
          <w:rFonts w:hint="eastAsia"/>
        </w:rPr>
        <w:t xml:space="preserve">Table 3 provides SFARI-matched gene symbols of each group following the revision of the sizes of the groups utilized in the analysis. The genes are grouped under a group header row and divided by list type into Promoter </w:t>
      </w:r>
      <w:r w:rsidRPr="00137407">
        <w:rPr>
          <w:rFonts w:hint="eastAsia"/>
        </w:rPr>
        <w:t>∩</w:t>
      </w:r>
      <w:r w:rsidRPr="00137407">
        <w:rPr>
          <w:rFonts w:hint="eastAsia"/>
        </w:rPr>
        <w:t xml:space="preserve"> SFARI and GO </w:t>
      </w:r>
      <w:r w:rsidRPr="00137407">
        <w:rPr>
          <w:rFonts w:hint="eastAsia"/>
        </w:rPr>
        <w:t>∩</w:t>
      </w:r>
      <w:r w:rsidRPr="00137407">
        <w:rPr>
          <w:rFonts w:hint="eastAsia"/>
        </w:rPr>
        <w:t xml:space="preserve"> SFARI and each matc</w:t>
      </w:r>
      <w:r w:rsidRPr="00137407">
        <w:t>hed gene can be traced directly to its native group and source list.</w:t>
      </w:r>
    </w:p>
    <w:p w14:paraId="3FB8740D" w14:textId="77777777" w:rsidR="00137407" w:rsidRDefault="001374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BA76A8" w14:paraId="72098ABF" w14:textId="77777777">
        <w:tc>
          <w:tcPr>
            <w:tcW w:w="4320" w:type="dxa"/>
            <w:shd w:val="clear" w:color="auto" w:fill="EEECE1"/>
          </w:tcPr>
          <w:p w14:paraId="2248ED44" w14:textId="77777777" w:rsidR="00BA76A8" w:rsidRDefault="00734CE3">
            <w:r>
              <w:rPr>
                <w:b/>
              </w:rPr>
              <w:t>Gene Symbol</w:t>
            </w:r>
          </w:p>
        </w:tc>
        <w:tc>
          <w:tcPr>
            <w:tcW w:w="4320" w:type="dxa"/>
            <w:shd w:val="clear" w:color="auto" w:fill="EEECE1"/>
          </w:tcPr>
          <w:p w14:paraId="62C31BAC" w14:textId="77777777" w:rsidR="00BA76A8" w:rsidRDefault="00734CE3">
            <w:r>
              <w:rPr>
                <w:b/>
              </w:rPr>
              <w:t>Type</w:t>
            </w:r>
          </w:p>
        </w:tc>
      </w:tr>
      <w:tr w:rsidR="00BA76A8" w14:paraId="2D05A007" w14:textId="77777777">
        <w:tc>
          <w:tcPr>
            <w:tcW w:w="8640" w:type="dxa"/>
            <w:gridSpan w:val="2"/>
            <w:shd w:val="clear" w:color="auto" w:fill="EEECE1"/>
          </w:tcPr>
          <w:p w14:paraId="731CA57D" w14:textId="77777777" w:rsidR="00BA76A8" w:rsidRDefault="00734CE3">
            <w:r>
              <w:rPr>
                <w:b/>
              </w:rPr>
              <w:t>Group 1 (Sample 1–10 vs Sample 11–12)</w:t>
            </w:r>
          </w:p>
        </w:tc>
      </w:tr>
      <w:tr w:rsidR="00BA76A8" w14:paraId="0BBD0A7F" w14:textId="77777777">
        <w:tc>
          <w:tcPr>
            <w:tcW w:w="4320" w:type="dxa"/>
          </w:tcPr>
          <w:p w14:paraId="4BD8EA82" w14:textId="77777777" w:rsidR="00BA76A8" w:rsidRDefault="00734CE3">
            <w:r>
              <w:t>AFF2</w:t>
            </w:r>
          </w:p>
        </w:tc>
        <w:tc>
          <w:tcPr>
            <w:tcW w:w="4320" w:type="dxa"/>
          </w:tcPr>
          <w:p w14:paraId="5BA95F62" w14:textId="77777777" w:rsidR="00BA76A8" w:rsidRDefault="00734CE3">
            <w:r>
              <w:t>Promoter ∩ SFARI</w:t>
            </w:r>
          </w:p>
        </w:tc>
      </w:tr>
      <w:tr w:rsidR="00BA76A8" w14:paraId="79F99C9B" w14:textId="77777777">
        <w:tc>
          <w:tcPr>
            <w:tcW w:w="4320" w:type="dxa"/>
          </w:tcPr>
          <w:p w14:paraId="6E486015" w14:textId="77777777" w:rsidR="00BA76A8" w:rsidRDefault="00734CE3">
            <w:r>
              <w:t>BCORL1</w:t>
            </w:r>
          </w:p>
        </w:tc>
        <w:tc>
          <w:tcPr>
            <w:tcW w:w="4320" w:type="dxa"/>
          </w:tcPr>
          <w:p w14:paraId="699AFD70" w14:textId="77777777" w:rsidR="00BA76A8" w:rsidRDefault="00734CE3">
            <w:r>
              <w:t>Promoter ∩ SFARI</w:t>
            </w:r>
          </w:p>
        </w:tc>
      </w:tr>
      <w:tr w:rsidR="00BA76A8" w14:paraId="71509B48" w14:textId="77777777">
        <w:tc>
          <w:tcPr>
            <w:tcW w:w="4320" w:type="dxa"/>
          </w:tcPr>
          <w:p w14:paraId="77F9EE3A" w14:textId="77777777" w:rsidR="00BA76A8" w:rsidRDefault="00734CE3">
            <w:r>
              <w:t>COL12A1</w:t>
            </w:r>
          </w:p>
        </w:tc>
        <w:tc>
          <w:tcPr>
            <w:tcW w:w="4320" w:type="dxa"/>
          </w:tcPr>
          <w:p w14:paraId="4A351417" w14:textId="77777777" w:rsidR="00BA76A8" w:rsidRDefault="00734CE3">
            <w:r>
              <w:t>Promoter ∩ SFARI</w:t>
            </w:r>
          </w:p>
        </w:tc>
      </w:tr>
      <w:tr w:rsidR="00BA76A8" w14:paraId="16C13A55" w14:textId="77777777">
        <w:tc>
          <w:tcPr>
            <w:tcW w:w="4320" w:type="dxa"/>
          </w:tcPr>
          <w:p w14:paraId="3C620CB2" w14:textId="77777777" w:rsidR="00BA76A8" w:rsidRDefault="00734CE3">
            <w:r>
              <w:t>GRID2IP</w:t>
            </w:r>
          </w:p>
        </w:tc>
        <w:tc>
          <w:tcPr>
            <w:tcW w:w="4320" w:type="dxa"/>
          </w:tcPr>
          <w:p w14:paraId="188DE61A" w14:textId="77777777" w:rsidR="00BA76A8" w:rsidRDefault="00734CE3">
            <w:r>
              <w:t>Promoter ∩ SFARI</w:t>
            </w:r>
          </w:p>
        </w:tc>
      </w:tr>
      <w:tr w:rsidR="00BA76A8" w14:paraId="291482BA" w14:textId="77777777">
        <w:tc>
          <w:tcPr>
            <w:tcW w:w="4320" w:type="dxa"/>
          </w:tcPr>
          <w:p w14:paraId="0DE77BEA" w14:textId="77777777" w:rsidR="00BA76A8" w:rsidRDefault="00734CE3">
            <w:r>
              <w:t>IKZF1</w:t>
            </w:r>
          </w:p>
        </w:tc>
        <w:tc>
          <w:tcPr>
            <w:tcW w:w="4320" w:type="dxa"/>
          </w:tcPr>
          <w:p w14:paraId="048979DB" w14:textId="77777777" w:rsidR="00BA76A8" w:rsidRDefault="00734CE3">
            <w:r>
              <w:t>Promoter ∩ SFARI</w:t>
            </w:r>
          </w:p>
        </w:tc>
      </w:tr>
      <w:tr w:rsidR="00BA76A8" w14:paraId="22E9FD4D" w14:textId="77777777">
        <w:tc>
          <w:tcPr>
            <w:tcW w:w="4320" w:type="dxa"/>
          </w:tcPr>
          <w:p w14:paraId="12E7EDF1" w14:textId="77777777" w:rsidR="00BA76A8" w:rsidRDefault="00734CE3">
            <w:r>
              <w:t>MBD1</w:t>
            </w:r>
          </w:p>
        </w:tc>
        <w:tc>
          <w:tcPr>
            <w:tcW w:w="4320" w:type="dxa"/>
          </w:tcPr>
          <w:p w14:paraId="669FFE41" w14:textId="77777777" w:rsidR="00BA76A8" w:rsidRDefault="00734CE3">
            <w:r>
              <w:t>Promoter ∩ SFARI</w:t>
            </w:r>
          </w:p>
        </w:tc>
      </w:tr>
      <w:tr w:rsidR="00BA76A8" w14:paraId="2A0E550B" w14:textId="77777777">
        <w:tc>
          <w:tcPr>
            <w:tcW w:w="4320" w:type="dxa"/>
          </w:tcPr>
          <w:p w14:paraId="05A725DA" w14:textId="77777777" w:rsidR="00BA76A8" w:rsidRDefault="00734CE3">
            <w:r>
              <w:t>MSL3</w:t>
            </w:r>
          </w:p>
        </w:tc>
        <w:tc>
          <w:tcPr>
            <w:tcW w:w="4320" w:type="dxa"/>
          </w:tcPr>
          <w:p w14:paraId="7863DC7B" w14:textId="77777777" w:rsidR="00BA76A8" w:rsidRDefault="00734CE3">
            <w:r>
              <w:t>Promoter ∩ SFARI</w:t>
            </w:r>
          </w:p>
        </w:tc>
      </w:tr>
      <w:tr w:rsidR="00BA76A8" w14:paraId="5995541C" w14:textId="77777777">
        <w:tc>
          <w:tcPr>
            <w:tcW w:w="4320" w:type="dxa"/>
          </w:tcPr>
          <w:p w14:paraId="02E1524E" w14:textId="77777777" w:rsidR="00BA76A8" w:rsidRDefault="00734CE3">
            <w:r>
              <w:lastRenderedPageBreak/>
              <w:t>NPAS3</w:t>
            </w:r>
          </w:p>
        </w:tc>
        <w:tc>
          <w:tcPr>
            <w:tcW w:w="4320" w:type="dxa"/>
          </w:tcPr>
          <w:p w14:paraId="191F1C82" w14:textId="77777777" w:rsidR="00BA76A8" w:rsidRDefault="00734CE3">
            <w:r>
              <w:t>Promoter ∩ SFARI</w:t>
            </w:r>
          </w:p>
        </w:tc>
      </w:tr>
      <w:tr w:rsidR="00BA76A8" w14:paraId="13860BB5" w14:textId="77777777">
        <w:tc>
          <w:tcPr>
            <w:tcW w:w="4320" w:type="dxa"/>
          </w:tcPr>
          <w:p w14:paraId="50C89F72" w14:textId="77777777" w:rsidR="00BA76A8" w:rsidRDefault="00734CE3">
            <w:r>
              <w:t>NPFFR2</w:t>
            </w:r>
          </w:p>
        </w:tc>
        <w:tc>
          <w:tcPr>
            <w:tcW w:w="4320" w:type="dxa"/>
          </w:tcPr>
          <w:p w14:paraId="3B99BA1F" w14:textId="77777777" w:rsidR="00BA76A8" w:rsidRDefault="00734CE3">
            <w:r>
              <w:t>Promoter ∩ SFARI</w:t>
            </w:r>
          </w:p>
        </w:tc>
      </w:tr>
      <w:tr w:rsidR="00BA76A8" w14:paraId="581F5282" w14:textId="77777777">
        <w:tc>
          <w:tcPr>
            <w:tcW w:w="4320" w:type="dxa"/>
          </w:tcPr>
          <w:p w14:paraId="187BED6E" w14:textId="77777777" w:rsidR="00BA76A8" w:rsidRDefault="00734CE3">
            <w:r>
              <w:t>PCDH19</w:t>
            </w:r>
          </w:p>
        </w:tc>
        <w:tc>
          <w:tcPr>
            <w:tcW w:w="4320" w:type="dxa"/>
          </w:tcPr>
          <w:p w14:paraId="65506428" w14:textId="77777777" w:rsidR="00BA76A8" w:rsidRDefault="00734CE3">
            <w:r>
              <w:t>Promoter ∩ SFARI</w:t>
            </w:r>
          </w:p>
        </w:tc>
      </w:tr>
      <w:tr w:rsidR="00BA76A8" w14:paraId="7E7BC8A9" w14:textId="77777777">
        <w:tc>
          <w:tcPr>
            <w:tcW w:w="4320" w:type="dxa"/>
          </w:tcPr>
          <w:p w14:paraId="44AD285B" w14:textId="77777777" w:rsidR="00BA76A8" w:rsidRDefault="00734CE3">
            <w:r>
              <w:t>PCDHA1</w:t>
            </w:r>
          </w:p>
        </w:tc>
        <w:tc>
          <w:tcPr>
            <w:tcW w:w="4320" w:type="dxa"/>
          </w:tcPr>
          <w:p w14:paraId="41F210D0" w14:textId="77777777" w:rsidR="00BA76A8" w:rsidRDefault="00734CE3">
            <w:r>
              <w:t>Promoter ∩ SFARI</w:t>
            </w:r>
          </w:p>
        </w:tc>
      </w:tr>
      <w:tr w:rsidR="00BA76A8" w14:paraId="14889C38" w14:textId="77777777">
        <w:tc>
          <w:tcPr>
            <w:tcW w:w="4320" w:type="dxa"/>
          </w:tcPr>
          <w:p w14:paraId="6DCDF813" w14:textId="77777777" w:rsidR="00BA76A8" w:rsidRDefault="00734CE3">
            <w:r>
              <w:t>PCDHA13</w:t>
            </w:r>
          </w:p>
        </w:tc>
        <w:tc>
          <w:tcPr>
            <w:tcW w:w="4320" w:type="dxa"/>
          </w:tcPr>
          <w:p w14:paraId="11B2D456" w14:textId="77777777" w:rsidR="00BA76A8" w:rsidRDefault="00734CE3">
            <w:r>
              <w:t>Promoter ∩ SFARI</w:t>
            </w:r>
          </w:p>
        </w:tc>
      </w:tr>
      <w:tr w:rsidR="00BA76A8" w14:paraId="5D56453F" w14:textId="77777777">
        <w:tc>
          <w:tcPr>
            <w:tcW w:w="4320" w:type="dxa"/>
          </w:tcPr>
          <w:p w14:paraId="57DDD3EE" w14:textId="77777777" w:rsidR="00BA76A8" w:rsidRDefault="00734CE3">
            <w:r>
              <w:t>PCDHA2</w:t>
            </w:r>
          </w:p>
        </w:tc>
        <w:tc>
          <w:tcPr>
            <w:tcW w:w="4320" w:type="dxa"/>
          </w:tcPr>
          <w:p w14:paraId="74182527" w14:textId="77777777" w:rsidR="00BA76A8" w:rsidRDefault="00734CE3">
            <w:r>
              <w:t>Promoter ∩ SFARI</w:t>
            </w:r>
          </w:p>
        </w:tc>
      </w:tr>
      <w:tr w:rsidR="00BA76A8" w14:paraId="4A16A74E" w14:textId="77777777">
        <w:tc>
          <w:tcPr>
            <w:tcW w:w="4320" w:type="dxa"/>
          </w:tcPr>
          <w:p w14:paraId="51AB7A4C" w14:textId="77777777" w:rsidR="00BA76A8" w:rsidRDefault="00734CE3">
            <w:r>
              <w:t>PCDHA4</w:t>
            </w:r>
          </w:p>
        </w:tc>
        <w:tc>
          <w:tcPr>
            <w:tcW w:w="4320" w:type="dxa"/>
          </w:tcPr>
          <w:p w14:paraId="3A7F8B7A" w14:textId="77777777" w:rsidR="00BA76A8" w:rsidRDefault="00734CE3">
            <w:r>
              <w:t>Promoter ∩ SFARI</w:t>
            </w:r>
          </w:p>
        </w:tc>
      </w:tr>
      <w:tr w:rsidR="00BA76A8" w14:paraId="45C31A07" w14:textId="77777777">
        <w:tc>
          <w:tcPr>
            <w:tcW w:w="4320" w:type="dxa"/>
          </w:tcPr>
          <w:p w14:paraId="621D28F6" w14:textId="77777777" w:rsidR="00BA76A8" w:rsidRDefault="00734CE3">
            <w:r>
              <w:t>PCDHA5</w:t>
            </w:r>
          </w:p>
        </w:tc>
        <w:tc>
          <w:tcPr>
            <w:tcW w:w="4320" w:type="dxa"/>
          </w:tcPr>
          <w:p w14:paraId="13B9461A" w14:textId="77777777" w:rsidR="00BA76A8" w:rsidRDefault="00734CE3">
            <w:r>
              <w:t>Promoter ∩ SFARI</w:t>
            </w:r>
          </w:p>
        </w:tc>
      </w:tr>
      <w:tr w:rsidR="00BA76A8" w14:paraId="1DECA1EB" w14:textId="77777777">
        <w:tc>
          <w:tcPr>
            <w:tcW w:w="4320" w:type="dxa"/>
          </w:tcPr>
          <w:p w14:paraId="68CA5C6D" w14:textId="77777777" w:rsidR="00BA76A8" w:rsidRDefault="00734CE3">
            <w:r>
              <w:t>RAB43</w:t>
            </w:r>
          </w:p>
        </w:tc>
        <w:tc>
          <w:tcPr>
            <w:tcW w:w="4320" w:type="dxa"/>
          </w:tcPr>
          <w:p w14:paraId="3648B24A" w14:textId="77777777" w:rsidR="00BA76A8" w:rsidRDefault="00734CE3">
            <w:r>
              <w:t>Promoter ∩ SFARI</w:t>
            </w:r>
          </w:p>
        </w:tc>
      </w:tr>
      <w:tr w:rsidR="00BA76A8" w14:paraId="33C5DCAE" w14:textId="77777777">
        <w:tc>
          <w:tcPr>
            <w:tcW w:w="4320" w:type="dxa"/>
          </w:tcPr>
          <w:p w14:paraId="1A0C7077" w14:textId="77777777" w:rsidR="00BA76A8" w:rsidRDefault="00734CE3">
            <w:r>
              <w:t>SLC1A2</w:t>
            </w:r>
          </w:p>
        </w:tc>
        <w:tc>
          <w:tcPr>
            <w:tcW w:w="4320" w:type="dxa"/>
          </w:tcPr>
          <w:p w14:paraId="6A4352A1" w14:textId="77777777" w:rsidR="00BA76A8" w:rsidRDefault="00734CE3">
            <w:r>
              <w:t>Promoter ∩ SFARI</w:t>
            </w:r>
          </w:p>
        </w:tc>
      </w:tr>
      <w:tr w:rsidR="00BA76A8" w14:paraId="4B898324" w14:textId="77777777">
        <w:tc>
          <w:tcPr>
            <w:tcW w:w="4320" w:type="dxa"/>
          </w:tcPr>
          <w:p w14:paraId="48AFD228" w14:textId="77777777" w:rsidR="00BA76A8" w:rsidRDefault="00734CE3">
            <w:r>
              <w:t>SYCE1</w:t>
            </w:r>
          </w:p>
        </w:tc>
        <w:tc>
          <w:tcPr>
            <w:tcW w:w="4320" w:type="dxa"/>
          </w:tcPr>
          <w:p w14:paraId="1C1E254C" w14:textId="77777777" w:rsidR="00BA76A8" w:rsidRDefault="00734CE3">
            <w:r>
              <w:t>Promoter ∩ SFARI</w:t>
            </w:r>
          </w:p>
        </w:tc>
      </w:tr>
      <w:tr w:rsidR="00BA76A8" w14:paraId="1AA366BA" w14:textId="77777777">
        <w:tc>
          <w:tcPr>
            <w:tcW w:w="4320" w:type="dxa"/>
          </w:tcPr>
          <w:p w14:paraId="7578CE32" w14:textId="77777777" w:rsidR="00BA76A8" w:rsidRDefault="00734CE3">
            <w:r>
              <w:t>SYN1</w:t>
            </w:r>
          </w:p>
        </w:tc>
        <w:tc>
          <w:tcPr>
            <w:tcW w:w="4320" w:type="dxa"/>
          </w:tcPr>
          <w:p w14:paraId="368B575D" w14:textId="77777777" w:rsidR="00BA76A8" w:rsidRDefault="00734CE3">
            <w:r>
              <w:t>Promoter ∩ SFARI</w:t>
            </w:r>
          </w:p>
        </w:tc>
      </w:tr>
      <w:tr w:rsidR="00BA76A8" w14:paraId="4E33F867" w14:textId="77777777">
        <w:tc>
          <w:tcPr>
            <w:tcW w:w="4320" w:type="dxa"/>
          </w:tcPr>
          <w:p w14:paraId="09A89C2E" w14:textId="77777777" w:rsidR="00BA76A8" w:rsidRDefault="00734CE3">
            <w:r>
              <w:t>TAOK2</w:t>
            </w:r>
          </w:p>
        </w:tc>
        <w:tc>
          <w:tcPr>
            <w:tcW w:w="4320" w:type="dxa"/>
          </w:tcPr>
          <w:p w14:paraId="247C4370" w14:textId="77777777" w:rsidR="00BA76A8" w:rsidRDefault="00734CE3">
            <w:r>
              <w:t>Promoter ∩ SFARI</w:t>
            </w:r>
          </w:p>
        </w:tc>
      </w:tr>
      <w:tr w:rsidR="00BA76A8" w14:paraId="44EEE032" w14:textId="77777777">
        <w:tc>
          <w:tcPr>
            <w:tcW w:w="4320" w:type="dxa"/>
          </w:tcPr>
          <w:p w14:paraId="3ACD63A8" w14:textId="77777777" w:rsidR="00BA76A8" w:rsidRDefault="00734CE3">
            <w:r>
              <w:t>ABCA13</w:t>
            </w:r>
          </w:p>
        </w:tc>
        <w:tc>
          <w:tcPr>
            <w:tcW w:w="4320" w:type="dxa"/>
          </w:tcPr>
          <w:p w14:paraId="7474EE82" w14:textId="77777777" w:rsidR="00BA76A8" w:rsidRDefault="00734CE3">
            <w:r>
              <w:t>GO ∩ SFARI</w:t>
            </w:r>
          </w:p>
        </w:tc>
      </w:tr>
      <w:tr w:rsidR="00BA76A8" w14:paraId="78D63E00" w14:textId="77777777">
        <w:tc>
          <w:tcPr>
            <w:tcW w:w="4320" w:type="dxa"/>
          </w:tcPr>
          <w:p w14:paraId="1B1BB875" w14:textId="77777777" w:rsidR="00BA76A8" w:rsidRDefault="00734CE3">
            <w:r>
              <w:t>ABCA2</w:t>
            </w:r>
          </w:p>
        </w:tc>
        <w:tc>
          <w:tcPr>
            <w:tcW w:w="4320" w:type="dxa"/>
          </w:tcPr>
          <w:p w14:paraId="11800F43" w14:textId="77777777" w:rsidR="00BA76A8" w:rsidRDefault="00734CE3">
            <w:r>
              <w:t>GO ∩ SFARI</w:t>
            </w:r>
          </w:p>
        </w:tc>
      </w:tr>
      <w:tr w:rsidR="00BA76A8" w14:paraId="553F5B1C" w14:textId="77777777">
        <w:tc>
          <w:tcPr>
            <w:tcW w:w="4320" w:type="dxa"/>
          </w:tcPr>
          <w:p w14:paraId="4E157CD6" w14:textId="77777777" w:rsidR="00BA76A8" w:rsidRDefault="00734CE3">
            <w:r>
              <w:t>ABCA7</w:t>
            </w:r>
          </w:p>
        </w:tc>
        <w:tc>
          <w:tcPr>
            <w:tcW w:w="4320" w:type="dxa"/>
          </w:tcPr>
          <w:p w14:paraId="2962FAE1" w14:textId="77777777" w:rsidR="00BA76A8" w:rsidRDefault="00734CE3">
            <w:r>
              <w:t>GO ∩ SFARI</w:t>
            </w:r>
          </w:p>
        </w:tc>
      </w:tr>
      <w:tr w:rsidR="00BA76A8" w14:paraId="14826695" w14:textId="77777777">
        <w:tc>
          <w:tcPr>
            <w:tcW w:w="4320" w:type="dxa"/>
          </w:tcPr>
          <w:p w14:paraId="7A97250C" w14:textId="77777777" w:rsidR="00BA76A8" w:rsidRDefault="00734CE3">
            <w:r>
              <w:t>ACHE</w:t>
            </w:r>
          </w:p>
        </w:tc>
        <w:tc>
          <w:tcPr>
            <w:tcW w:w="4320" w:type="dxa"/>
          </w:tcPr>
          <w:p w14:paraId="1375426F" w14:textId="77777777" w:rsidR="00BA76A8" w:rsidRDefault="00734CE3">
            <w:r>
              <w:t>GO ∩ SFARI</w:t>
            </w:r>
          </w:p>
        </w:tc>
      </w:tr>
      <w:tr w:rsidR="00BA76A8" w14:paraId="57A7303E" w14:textId="77777777">
        <w:tc>
          <w:tcPr>
            <w:tcW w:w="4320" w:type="dxa"/>
          </w:tcPr>
          <w:p w14:paraId="69A615D4" w14:textId="77777777" w:rsidR="00BA76A8" w:rsidRDefault="00734CE3">
            <w:r>
              <w:t>ADCY5</w:t>
            </w:r>
          </w:p>
        </w:tc>
        <w:tc>
          <w:tcPr>
            <w:tcW w:w="4320" w:type="dxa"/>
          </w:tcPr>
          <w:p w14:paraId="23A04C98" w14:textId="77777777" w:rsidR="00BA76A8" w:rsidRDefault="00734CE3">
            <w:r>
              <w:t>GO ∩ SFARI</w:t>
            </w:r>
          </w:p>
        </w:tc>
      </w:tr>
      <w:tr w:rsidR="00BA76A8" w14:paraId="07889239" w14:textId="77777777">
        <w:tc>
          <w:tcPr>
            <w:tcW w:w="4320" w:type="dxa"/>
          </w:tcPr>
          <w:p w14:paraId="43F2B03C" w14:textId="77777777" w:rsidR="00BA76A8" w:rsidRDefault="00734CE3">
            <w:r>
              <w:t>ADGRB1</w:t>
            </w:r>
          </w:p>
        </w:tc>
        <w:tc>
          <w:tcPr>
            <w:tcW w:w="4320" w:type="dxa"/>
          </w:tcPr>
          <w:p w14:paraId="505FD559" w14:textId="77777777" w:rsidR="00BA76A8" w:rsidRDefault="00734CE3">
            <w:r>
              <w:t>GO ∩ SFARI</w:t>
            </w:r>
          </w:p>
        </w:tc>
      </w:tr>
      <w:tr w:rsidR="00BA76A8" w14:paraId="12B2D44D" w14:textId="77777777">
        <w:tc>
          <w:tcPr>
            <w:tcW w:w="4320" w:type="dxa"/>
          </w:tcPr>
          <w:p w14:paraId="1D5E54D9" w14:textId="77777777" w:rsidR="00BA76A8" w:rsidRDefault="00734CE3">
            <w:r>
              <w:t>ADGRL1</w:t>
            </w:r>
          </w:p>
        </w:tc>
        <w:tc>
          <w:tcPr>
            <w:tcW w:w="4320" w:type="dxa"/>
          </w:tcPr>
          <w:p w14:paraId="46E9CEE4" w14:textId="77777777" w:rsidR="00BA76A8" w:rsidRDefault="00734CE3">
            <w:r>
              <w:t>GO ∩ SFARI</w:t>
            </w:r>
          </w:p>
        </w:tc>
      </w:tr>
      <w:tr w:rsidR="00BA76A8" w14:paraId="151B77B5" w14:textId="77777777">
        <w:tc>
          <w:tcPr>
            <w:tcW w:w="4320" w:type="dxa"/>
          </w:tcPr>
          <w:p w14:paraId="71874EC8" w14:textId="77777777" w:rsidR="00BA76A8" w:rsidRDefault="00734CE3">
            <w:r>
              <w:t>ADORA2A</w:t>
            </w:r>
          </w:p>
        </w:tc>
        <w:tc>
          <w:tcPr>
            <w:tcW w:w="4320" w:type="dxa"/>
          </w:tcPr>
          <w:p w14:paraId="6EE6536D" w14:textId="77777777" w:rsidR="00BA76A8" w:rsidRDefault="00734CE3">
            <w:r>
              <w:t>GO ∩ SFARI</w:t>
            </w:r>
          </w:p>
        </w:tc>
      </w:tr>
      <w:tr w:rsidR="00BA76A8" w14:paraId="402EEFB5" w14:textId="77777777">
        <w:tc>
          <w:tcPr>
            <w:tcW w:w="4320" w:type="dxa"/>
          </w:tcPr>
          <w:p w14:paraId="59CC1F03" w14:textId="77777777" w:rsidR="00BA76A8" w:rsidRDefault="00734CE3">
            <w:r>
              <w:t>AFF2</w:t>
            </w:r>
          </w:p>
        </w:tc>
        <w:tc>
          <w:tcPr>
            <w:tcW w:w="4320" w:type="dxa"/>
          </w:tcPr>
          <w:p w14:paraId="06CEA224" w14:textId="77777777" w:rsidR="00BA76A8" w:rsidRDefault="00734CE3">
            <w:r>
              <w:t>GO ∩ SFARI</w:t>
            </w:r>
          </w:p>
        </w:tc>
      </w:tr>
      <w:tr w:rsidR="00BA76A8" w14:paraId="5A4D00AB" w14:textId="77777777">
        <w:tc>
          <w:tcPr>
            <w:tcW w:w="4320" w:type="dxa"/>
          </w:tcPr>
          <w:p w14:paraId="63AEC82C" w14:textId="77777777" w:rsidR="00BA76A8" w:rsidRDefault="00734CE3">
            <w:r>
              <w:t>AGAP1</w:t>
            </w:r>
          </w:p>
        </w:tc>
        <w:tc>
          <w:tcPr>
            <w:tcW w:w="4320" w:type="dxa"/>
          </w:tcPr>
          <w:p w14:paraId="43421C85" w14:textId="77777777" w:rsidR="00BA76A8" w:rsidRDefault="00734CE3">
            <w:r>
              <w:t>GO ∩ SFARI</w:t>
            </w:r>
          </w:p>
        </w:tc>
      </w:tr>
      <w:tr w:rsidR="00BA76A8" w14:paraId="7C2D923D" w14:textId="77777777">
        <w:tc>
          <w:tcPr>
            <w:tcW w:w="4320" w:type="dxa"/>
          </w:tcPr>
          <w:p w14:paraId="571F7E9B" w14:textId="77777777" w:rsidR="00BA76A8" w:rsidRDefault="00734CE3">
            <w:r>
              <w:t>AGAP2</w:t>
            </w:r>
          </w:p>
        </w:tc>
        <w:tc>
          <w:tcPr>
            <w:tcW w:w="4320" w:type="dxa"/>
          </w:tcPr>
          <w:p w14:paraId="6E48DC05" w14:textId="77777777" w:rsidR="00BA76A8" w:rsidRDefault="00734CE3">
            <w:r>
              <w:t>GO ∩ SFARI</w:t>
            </w:r>
          </w:p>
        </w:tc>
      </w:tr>
      <w:tr w:rsidR="00BA76A8" w14:paraId="755203C8" w14:textId="77777777">
        <w:tc>
          <w:tcPr>
            <w:tcW w:w="4320" w:type="dxa"/>
          </w:tcPr>
          <w:p w14:paraId="7B503A0C" w14:textId="77777777" w:rsidR="00BA76A8" w:rsidRDefault="00734CE3">
            <w:r>
              <w:t>AHDC1</w:t>
            </w:r>
          </w:p>
        </w:tc>
        <w:tc>
          <w:tcPr>
            <w:tcW w:w="4320" w:type="dxa"/>
          </w:tcPr>
          <w:p w14:paraId="4FCFE35B" w14:textId="77777777" w:rsidR="00BA76A8" w:rsidRDefault="00734CE3">
            <w:r>
              <w:t>GO ∩ SFARI</w:t>
            </w:r>
          </w:p>
        </w:tc>
      </w:tr>
      <w:tr w:rsidR="00BA76A8" w14:paraId="311CD9D2" w14:textId="77777777">
        <w:tc>
          <w:tcPr>
            <w:tcW w:w="4320" w:type="dxa"/>
          </w:tcPr>
          <w:p w14:paraId="6667F4CF" w14:textId="77777777" w:rsidR="00BA76A8" w:rsidRDefault="00734CE3">
            <w:r>
              <w:t>ALDH1A3</w:t>
            </w:r>
          </w:p>
        </w:tc>
        <w:tc>
          <w:tcPr>
            <w:tcW w:w="4320" w:type="dxa"/>
          </w:tcPr>
          <w:p w14:paraId="3D278B6E" w14:textId="77777777" w:rsidR="00BA76A8" w:rsidRDefault="00734CE3">
            <w:r>
              <w:t>GO ∩ SFARI</w:t>
            </w:r>
          </w:p>
        </w:tc>
      </w:tr>
      <w:tr w:rsidR="00BA76A8" w14:paraId="2FED8931" w14:textId="77777777">
        <w:tc>
          <w:tcPr>
            <w:tcW w:w="4320" w:type="dxa"/>
          </w:tcPr>
          <w:p w14:paraId="3ADD257B" w14:textId="77777777" w:rsidR="00BA76A8" w:rsidRDefault="00734CE3">
            <w:r>
              <w:t>ANKRD11</w:t>
            </w:r>
          </w:p>
        </w:tc>
        <w:tc>
          <w:tcPr>
            <w:tcW w:w="4320" w:type="dxa"/>
          </w:tcPr>
          <w:p w14:paraId="50F3B181" w14:textId="77777777" w:rsidR="00BA76A8" w:rsidRDefault="00734CE3">
            <w:r>
              <w:t>GO ∩ SFARI</w:t>
            </w:r>
          </w:p>
        </w:tc>
      </w:tr>
      <w:tr w:rsidR="00BA76A8" w14:paraId="0579AA9E" w14:textId="77777777">
        <w:tc>
          <w:tcPr>
            <w:tcW w:w="4320" w:type="dxa"/>
          </w:tcPr>
          <w:p w14:paraId="46B4E2C9" w14:textId="77777777" w:rsidR="00BA76A8" w:rsidRDefault="00734CE3">
            <w:r>
              <w:t>ARHGEF10</w:t>
            </w:r>
          </w:p>
        </w:tc>
        <w:tc>
          <w:tcPr>
            <w:tcW w:w="4320" w:type="dxa"/>
          </w:tcPr>
          <w:p w14:paraId="246D0586" w14:textId="77777777" w:rsidR="00BA76A8" w:rsidRDefault="00734CE3">
            <w:r>
              <w:t>GO ∩ SFARI</w:t>
            </w:r>
          </w:p>
        </w:tc>
      </w:tr>
      <w:tr w:rsidR="00BA76A8" w14:paraId="0DA178A1" w14:textId="77777777">
        <w:tc>
          <w:tcPr>
            <w:tcW w:w="4320" w:type="dxa"/>
          </w:tcPr>
          <w:p w14:paraId="27932712" w14:textId="77777777" w:rsidR="00BA76A8" w:rsidRDefault="00734CE3">
            <w:r>
              <w:t>ARX</w:t>
            </w:r>
          </w:p>
        </w:tc>
        <w:tc>
          <w:tcPr>
            <w:tcW w:w="4320" w:type="dxa"/>
          </w:tcPr>
          <w:p w14:paraId="534EB5CE" w14:textId="77777777" w:rsidR="00BA76A8" w:rsidRDefault="00734CE3">
            <w:r>
              <w:t>GO ∩ SFARI</w:t>
            </w:r>
          </w:p>
        </w:tc>
      </w:tr>
      <w:tr w:rsidR="00BA76A8" w14:paraId="78CE6123" w14:textId="77777777">
        <w:tc>
          <w:tcPr>
            <w:tcW w:w="4320" w:type="dxa"/>
          </w:tcPr>
          <w:p w14:paraId="069D7555" w14:textId="77777777" w:rsidR="00BA76A8" w:rsidRDefault="00734CE3">
            <w:r>
              <w:t>ASAP2</w:t>
            </w:r>
          </w:p>
        </w:tc>
        <w:tc>
          <w:tcPr>
            <w:tcW w:w="4320" w:type="dxa"/>
          </w:tcPr>
          <w:p w14:paraId="61AB043C" w14:textId="77777777" w:rsidR="00BA76A8" w:rsidRDefault="00734CE3">
            <w:r>
              <w:t>GO ∩ SFARI</w:t>
            </w:r>
          </w:p>
        </w:tc>
      </w:tr>
      <w:tr w:rsidR="00BA76A8" w14:paraId="0B35D7DA" w14:textId="77777777">
        <w:tc>
          <w:tcPr>
            <w:tcW w:w="4320" w:type="dxa"/>
          </w:tcPr>
          <w:p w14:paraId="207178C6" w14:textId="77777777" w:rsidR="00BA76A8" w:rsidRDefault="00734CE3">
            <w:r>
              <w:t>ASMT</w:t>
            </w:r>
          </w:p>
        </w:tc>
        <w:tc>
          <w:tcPr>
            <w:tcW w:w="4320" w:type="dxa"/>
          </w:tcPr>
          <w:p w14:paraId="3C32FD8D" w14:textId="77777777" w:rsidR="00BA76A8" w:rsidRDefault="00734CE3">
            <w:r>
              <w:t>GO ∩ SFARI</w:t>
            </w:r>
          </w:p>
        </w:tc>
      </w:tr>
      <w:tr w:rsidR="00BA76A8" w14:paraId="48001EDD" w14:textId="77777777">
        <w:tc>
          <w:tcPr>
            <w:tcW w:w="4320" w:type="dxa"/>
          </w:tcPr>
          <w:p w14:paraId="2BA68091" w14:textId="77777777" w:rsidR="00BA76A8" w:rsidRDefault="00734CE3">
            <w:r>
              <w:t>ATP10A</w:t>
            </w:r>
          </w:p>
        </w:tc>
        <w:tc>
          <w:tcPr>
            <w:tcW w:w="4320" w:type="dxa"/>
          </w:tcPr>
          <w:p w14:paraId="2D9F0142" w14:textId="77777777" w:rsidR="00BA76A8" w:rsidRDefault="00734CE3">
            <w:r>
              <w:t>GO ∩ SFARI</w:t>
            </w:r>
          </w:p>
        </w:tc>
      </w:tr>
      <w:tr w:rsidR="00BA76A8" w14:paraId="6B7CF4A1" w14:textId="77777777">
        <w:tc>
          <w:tcPr>
            <w:tcW w:w="4320" w:type="dxa"/>
          </w:tcPr>
          <w:p w14:paraId="47ACCE9D" w14:textId="77777777" w:rsidR="00BA76A8" w:rsidRDefault="00734CE3">
            <w:r>
              <w:t>ATP2B2</w:t>
            </w:r>
          </w:p>
        </w:tc>
        <w:tc>
          <w:tcPr>
            <w:tcW w:w="4320" w:type="dxa"/>
          </w:tcPr>
          <w:p w14:paraId="4B7F3E11" w14:textId="77777777" w:rsidR="00BA76A8" w:rsidRDefault="00734CE3">
            <w:r>
              <w:t>GO ∩ SFARI</w:t>
            </w:r>
          </w:p>
        </w:tc>
      </w:tr>
      <w:tr w:rsidR="00BA76A8" w14:paraId="3A97DEDE" w14:textId="77777777">
        <w:tc>
          <w:tcPr>
            <w:tcW w:w="4320" w:type="dxa"/>
          </w:tcPr>
          <w:p w14:paraId="33C1B841" w14:textId="77777777" w:rsidR="00BA76A8" w:rsidRDefault="00734CE3">
            <w:r>
              <w:t>AUTS2</w:t>
            </w:r>
          </w:p>
        </w:tc>
        <w:tc>
          <w:tcPr>
            <w:tcW w:w="4320" w:type="dxa"/>
          </w:tcPr>
          <w:p w14:paraId="29C66184" w14:textId="77777777" w:rsidR="00BA76A8" w:rsidRDefault="00734CE3">
            <w:r>
              <w:t>GO ∩ SFARI</w:t>
            </w:r>
          </w:p>
        </w:tc>
      </w:tr>
      <w:tr w:rsidR="00BA76A8" w14:paraId="49D07DEB" w14:textId="77777777">
        <w:tc>
          <w:tcPr>
            <w:tcW w:w="4320" w:type="dxa"/>
          </w:tcPr>
          <w:p w14:paraId="6F4DC349" w14:textId="77777777" w:rsidR="00BA76A8" w:rsidRDefault="00734CE3">
            <w:r>
              <w:t>BCL11A</w:t>
            </w:r>
          </w:p>
        </w:tc>
        <w:tc>
          <w:tcPr>
            <w:tcW w:w="4320" w:type="dxa"/>
          </w:tcPr>
          <w:p w14:paraId="1549C327" w14:textId="77777777" w:rsidR="00BA76A8" w:rsidRDefault="00734CE3">
            <w:r>
              <w:t>GO ∩ SFARI</w:t>
            </w:r>
          </w:p>
        </w:tc>
      </w:tr>
      <w:tr w:rsidR="00BA76A8" w14:paraId="4ED11AA1" w14:textId="77777777">
        <w:tc>
          <w:tcPr>
            <w:tcW w:w="4320" w:type="dxa"/>
          </w:tcPr>
          <w:p w14:paraId="5E7B7689" w14:textId="77777777" w:rsidR="00BA76A8" w:rsidRDefault="00734CE3">
            <w:r>
              <w:t>BCL11B</w:t>
            </w:r>
          </w:p>
        </w:tc>
        <w:tc>
          <w:tcPr>
            <w:tcW w:w="4320" w:type="dxa"/>
          </w:tcPr>
          <w:p w14:paraId="417F61A0" w14:textId="77777777" w:rsidR="00BA76A8" w:rsidRDefault="00734CE3">
            <w:r>
              <w:t>GO ∩ SFARI</w:t>
            </w:r>
          </w:p>
        </w:tc>
      </w:tr>
      <w:tr w:rsidR="00BA76A8" w14:paraId="6E8CF294" w14:textId="77777777">
        <w:tc>
          <w:tcPr>
            <w:tcW w:w="4320" w:type="dxa"/>
          </w:tcPr>
          <w:p w14:paraId="46F774B8" w14:textId="77777777" w:rsidR="00BA76A8" w:rsidRDefault="00734CE3">
            <w:r>
              <w:t>BCORL1</w:t>
            </w:r>
          </w:p>
        </w:tc>
        <w:tc>
          <w:tcPr>
            <w:tcW w:w="4320" w:type="dxa"/>
          </w:tcPr>
          <w:p w14:paraId="1E4595B5" w14:textId="77777777" w:rsidR="00BA76A8" w:rsidRDefault="00734CE3">
            <w:r>
              <w:t>GO ∩ SFARI</w:t>
            </w:r>
          </w:p>
        </w:tc>
      </w:tr>
      <w:tr w:rsidR="00BA76A8" w14:paraId="65CE344A" w14:textId="77777777">
        <w:tc>
          <w:tcPr>
            <w:tcW w:w="4320" w:type="dxa"/>
          </w:tcPr>
          <w:p w14:paraId="30430FF4" w14:textId="77777777" w:rsidR="00BA76A8" w:rsidRDefault="00734CE3">
            <w:r>
              <w:t>BICRA</w:t>
            </w:r>
          </w:p>
        </w:tc>
        <w:tc>
          <w:tcPr>
            <w:tcW w:w="4320" w:type="dxa"/>
          </w:tcPr>
          <w:p w14:paraId="17C7C49B" w14:textId="77777777" w:rsidR="00BA76A8" w:rsidRDefault="00734CE3">
            <w:r>
              <w:t>GO ∩ SFARI</w:t>
            </w:r>
          </w:p>
        </w:tc>
      </w:tr>
      <w:tr w:rsidR="00BA76A8" w14:paraId="50E54E9C" w14:textId="77777777">
        <w:tc>
          <w:tcPr>
            <w:tcW w:w="4320" w:type="dxa"/>
          </w:tcPr>
          <w:p w14:paraId="32B8EDC0" w14:textId="77777777" w:rsidR="00BA76A8" w:rsidRDefault="00734CE3">
            <w:r>
              <w:t>BRD4</w:t>
            </w:r>
          </w:p>
        </w:tc>
        <w:tc>
          <w:tcPr>
            <w:tcW w:w="4320" w:type="dxa"/>
          </w:tcPr>
          <w:p w14:paraId="7B85A3AE" w14:textId="77777777" w:rsidR="00BA76A8" w:rsidRDefault="00734CE3">
            <w:r>
              <w:t>GO ∩ SFARI</w:t>
            </w:r>
          </w:p>
        </w:tc>
      </w:tr>
      <w:tr w:rsidR="00BA76A8" w14:paraId="012074EC" w14:textId="77777777">
        <w:tc>
          <w:tcPr>
            <w:tcW w:w="4320" w:type="dxa"/>
          </w:tcPr>
          <w:p w14:paraId="08058F04" w14:textId="77777777" w:rsidR="00BA76A8" w:rsidRDefault="00734CE3">
            <w:r>
              <w:t>BRSK2</w:t>
            </w:r>
          </w:p>
        </w:tc>
        <w:tc>
          <w:tcPr>
            <w:tcW w:w="4320" w:type="dxa"/>
          </w:tcPr>
          <w:p w14:paraId="584C45D9" w14:textId="77777777" w:rsidR="00BA76A8" w:rsidRDefault="00734CE3">
            <w:r>
              <w:t>GO ∩ SFARI</w:t>
            </w:r>
          </w:p>
        </w:tc>
      </w:tr>
      <w:tr w:rsidR="00BA76A8" w14:paraId="34AFC39E" w14:textId="77777777">
        <w:tc>
          <w:tcPr>
            <w:tcW w:w="4320" w:type="dxa"/>
          </w:tcPr>
          <w:p w14:paraId="5532221A" w14:textId="77777777" w:rsidR="00BA76A8" w:rsidRDefault="00734CE3">
            <w:r>
              <w:t>CACNA1A</w:t>
            </w:r>
          </w:p>
        </w:tc>
        <w:tc>
          <w:tcPr>
            <w:tcW w:w="4320" w:type="dxa"/>
          </w:tcPr>
          <w:p w14:paraId="7F532B44" w14:textId="77777777" w:rsidR="00BA76A8" w:rsidRDefault="00734CE3">
            <w:r>
              <w:t>GO ∩ SFARI</w:t>
            </w:r>
          </w:p>
        </w:tc>
      </w:tr>
      <w:tr w:rsidR="00BA76A8" w14:paraId="45A493C5" w14:textId="77777777">
        <w:tc>
          <w:tcPr>
            <w:tcW w:w="4320" w:type="dxa"/>
          </w:tcPr>
          <w:p w14:paraId="55F05E3D" w14:textId="77777777" w:rsidR="00BA76A8" w:rsidRDefault="00734CE3">
            <w:r>
              <w:t>CACNA1B</w:t>
            </w:r>
          </w:p>
        </w:tc>
        <w:tc>
          <w:tcPr>
            <w:tcW w:w="4320" w:type="dxa"/>
          </w:tcPr>
          <w:p w14:paraId="015C1BD6" w14:textId="77777777" w:rsidR="00BA76A8" w:rsidRDefault="00734CE3">
            <w:r>
              <w:t>GO ∩ SFARI</w:t>
            </w:r>
          </w:p>
        </w:tc>
      </w:tr>
      <w:tr w:rsidR="00BA76A8" w14:paraId="7E45CBB0" w14:textId="77777777">
        <w:tc>
          <w:tcPr>
            <w:tcW w:w="4320" w:type="dxa"/>
          </w:tcPr>
          <w:p w14:paraId="55C5BACB" w14:textId="77777777" w:rsidR="00BA76A8" w:rsidRDefault="00734CE3">
            <w:r>
              <w:t>CACNA1C</w:t>
            </w:r>
          </w:p>
        </w:tc>
        <w:tc>
          <w:tcPr>
            <w:tcW w:w="4320" w:type="dxa"/>
          </w:tcPr>
          <w:p w14:paraId="1D9BD4F7" w14:textId="77777777" w:rsidR="00BA76A8" w:rsidRDefault="00734CE3">
            <w:r>
              <w:t>GO ∩ SFARI</w:t>
            </w:r>
          </w:p>
        </w:tc>
      </w:tr>
      <w:tr w:rsidR="00BA76A8" w14:paraId="6614F7FC" w14:textId="77777777">
        <w:tc>
          <w:tcPr>
            <w:tcW w:w="4320" w:type="dxa"/>
          </w:tcPr>
          <w:p w14:paraId="56A41579" w14:textId="77777777" w:rsidR="00BA76A8" w:rsidRDefault="00734CE3">
            <w:r>
              <w:t>CACNA1E</w:t>
            </w:r>
          </w:p>
        </w:tc>
        <w:tc>
          <w:tcPr>
            <w:tcW w:w="4320" w:type="dxa"/>
          </w:tcPr>
          <w:p w14:paraId="6FD8AA95" w14:textId="77777777" w:rsidR="00BA76A8" w:rsidRDefault="00734CE3">
            <w:r>
              <w:t>GO ∩ SFARI</w:t>
            </w:r>
          </w:p>
        </w:tc>
      </w:tr>
      <w:tr w:rsidR="00BA76A8" w14:paraId="56EA04EC" w14:textId="77777777">
        <w:tc>
          <w:tcPr>
            <w:tcW w:w="4320" w:type="dxa"/>
          </w:tcPr>
          <w:p w14:paraId="4D7A6114" w14:textId="77777777" w:rsidR="00BA76A8" w:rsidRDefault="00734CE3">
            <w:r>
              <w:t>CACNA1G</w:t>
            </w:r>
          </w:p>
        </w:tc>
        <w:tc>
          <w:tcPr>
            <w:tcW w:w="4320" w:type="dxa"/>
          </w:tcPr>
          <w:p w14:paraId="6AEB10A2" w14:textId="77777777" w:rsidR="00BA76A8" w:rsidRDefault="00734CE3">
            <w:r>
              <w:t>GO ∩ SFARI</w:t>
            </w:r>
          </w:p>
        </w:tc>
      </w:tr>
      <w:tr w:rsidR="00BA76A8" w14:paraId="636F37B1" w14:textId="77777777">
        <w:tc>
          <w:tcPr>
            <w:tcW w:w="4320" w:type="dxa"/>
          </w:tcPr>
          <w:p w14:paraId="6ACBA521" w14:textId="77777777" w:rsidR="00BA76A8" w:rsidRDefault="00734CE3">
            <w:r>
              <w:t>CACNA1H</w:t>
            </w:r>
          </w:p>
        </w:tc>
        <w:tc>
          <w:tcPr>
            <w:tcW w:w="4320" w:type="dxa"/>
          </w:tcPr>
          <w:p w14:paraId="218AC333" w14:textId="77777777" w:rsidR="00BA76A8" w:rsidRDefault="00734CE3">
            <w:r>
              <w:t>GO ∩ SFARI</w:t>
            </w:r>
          </w:p>
        </w:tc>
      </w:tr>
      <w:tr w:rsidR="00BA76A8" w14:paraId="6C794623" w14:textId="77777777">
        <w:tc>
          <w:tcPr>
            <w:tcW w:w="4320" w:type="dxa"/>
          </w:tcPr>
          <w:p w14:paraId="3CB87C09" w14:textId="77777777" w:rsidR="00BA76A8" w:rsidRDefault="00734CE3">
            <w:r>
              <w:t>CACNA1I</w:t>
            </w:r>
          </w:p>
        </w:tc>
        <w:tc>
          <w:tcPr>
            <w:tcW w:w="4320" w:type="dxa"/>
          </w:tcPr>
          <w:p w14:paraId="0C7B2CFB" w14:textId="77777777" w:rsidR="00BA76A8" w:rsidRDefault="00734CE3">
            <w:r>
              <w:t>GO ∩ SFARI</w:t>
            </w:r>
          </w:p>
        </w:tc>
      </w:tr>
      <w:tr w:rsidR="00BA76A8" w14:paraId="34CE6122" w14:textId="77777777">
        <w:tc>
          <w:tcPr>
            <w:tcW w:w="4320" w:type="dxa"/>
          </w:tcPr>
          <w:p w14:paraId="0384AC52" w14:textId="77777777" w:rsidR="00BA76A8" w:rsidRDefault="00734CE3">
            <w:r>
              <w:t>CACNA2D3</w:t>
            </w:r>
          </w:p>
        </w:tc>
        <w:tc>
          <w:tcPr>
            <w:tcW w:w="4320" w:type="dxa"/>
          </w:tcPr>
          <w:p w14:paraId="13D38628" w14:textId="77777777" w:rsidR="00BA76A8" w:rsidRDefault="00734CE3">
            <w:r>
              <w:t>GO ∩ SFARI</w:t>
            </w:r>
          </w:p>
        </w:tc>
      </w:tr>
      <w:tr w:rsidR="00BA76A8" w14:paraId="04555EAF" w14:textId="77777777">
        <w:tc>
          <w:tcPr>
            <w:tcW w:w="4320" w:type="dxa"/>
          </w:tcPr>
          <w:p w14:paraId="6C711C75" w14:textId="77777777" w:rsidR="00BA76A8" w:rsidRDefault="00734CE3">
            <w:r>
              <w:t>CACNG2</w:t>
            </w:r>
          </w:p>
        </w:tc>
        <w:tc>
          <w:tcPr>
            <w:tcW w:w="4320" w:type="dxa"/>
          </w:tcPr>
          <w:p w14:paraId="4A5D9CCE" w14:textId="77777777" w:rsidR="00BA76A8" w:rsidRDefault="00734CE3">
            <w:r>
              <w:t>GO ∩ SFARI</w:t>
            </w:r>
          </w:p>
        </w:tc>
      </w:tr>
      <w:tr w:rsidR="00BA76A8" w14:paraId="313D4AC2" w14:textId="77777777">
        <w:tc>
          <w:tcPr>
            <w:tcW w:w="4320" w:type="dxa"/>
          </w:tcPr>
          <w:p w14:paraId="5A1E1CDD" w14:textId="77777777" w:rsidR="00BA76A8" w:rsidRDefault="00734CE3">
            <w:r>
              <w:lastRenderedPageBreak/>
              <w:t>CAMK2B</w:t>
            </w:r>
          </w:p>
        </w:tc>
        <w:tc>
          <w:tcPr>
            <w:tcW w:w="4320" w:type="dxa"/>
          </w:tcPr>
          <w:p w14:paraId="50463A74" w14:textId="77777777" w:rsidR="00BA76A8" w:rsidRDefault="00734CE3">
            <w:r>
              <w:t>GO ∩ SFARI</w:t>
            </w:r>
          </w:p>
        </w:tc>
      </w:tr>
      <w:tr w:rsidR="00BA76A8" w14:paraId="2D5B60C9" w14:textId="77777777">
        <w:tc>
          <w:tcPr>
            <w:tcW w:w="4320" w:type="dxa"/>
          </w:tcPr>
          <w:p w14:paraId="1769CD6B" w14:textId="77777777" w:rsidR="00BA76A8" w:rsidRDefault="00734CE3">
            <w:r>
              <w:t>CARD11</w:t>
            </w:r>
          </w:p>
        </w:tc>
        <w:tc>
          <w:tcPr>
            <w:tcW w:w="4320" w:type="dxa"/>
          </w:tcPr>
          <w:p w14:paraId="50FA4CA6" w14:textId="77777777" w:rsidR="00BA76A8" w:rsidRDefault="00734CE3">
            <w:r>
              <w:t>GO ∩ SFARI</w:t>
            </w:r>
          </w:p>
        </w:tc>
      </w:tr>
      <w:tr w:rsidR="00BA76A8" w14:paraId="25164F1E" w14:textId="77777777">
        <w:tc>
          <w:tcPr>
            <w:tcW w:w="4320" w:type="dxa"/>
          </w:tcPr>
          <w:p w14:paraId="259CC8C0" w14:textId="77777777" w:rsidR="00BA76A8" w:rsidRDefault="00734CE3">
            <w:r>
              <w:t>CASKIN1</w:t>
            </w:r>
          </w:p>
        </w:tc>
        <w:tc>
          <w:tcPr>
            <w:tcW w:w="4320" w:type="dxa"/>
          </w:tcPr>
          <w:p w14:paraId="0ACE3D67" w14:textId="77777777" w:rsidR="00BA76A8" w:rsidRDefault="00734CE3">
            <w:r>
              <w:t>GO ∩ SFARI</w:t>
            </w:r>
          </w:p>
        </w:tc>
      </w:tr>
      <w:tr w:rsidR="00BA76A8" w14:paraId="527817CA" w14:textId="77777777">
        <w:tc>
          <w:tcPr>
            <w:tcW w:w="4320" w:type="dxa"/>
          </w:tcPr>
          <w:p w14:paraId="63E5FC4D" w14:textId="77777777" w:rsidR="00BA76A8" w:rsidRDefault="00734CE3">
            <w:r>
              <w:t>CASZ1</w:t>
            </w:r>
          </w:p>
        </w:tc>
        <w:tc>
          <w:tcPr>
            <w:tcW w:w="4320" w:type="dxa"/>
          </w:tcPr>
          <w:p w14:paraId="090CFDFA" w14:textId="77777777" w:rsidR="00BA76A8" w:rsidRDefault="00734CE3">
            <w:r>
              <w:t>GO ∩ SFARI</w:t>
            </w:r>
          </w:p>
        </w:tc>
      </w:tr>
      <w:tr w:rsidR="00BA76A8" w14:paraId="7F1FC83F" w14:textId="77777777">
        <w:tc>
          <w:tcPr>
            <w:tcW w:w="4320" w:type="dxa"/>
          </w:tcPr>
          <w:p w14:paraId="64359485" w14:textId="77777777" w:rsidR="00BA76A8" w:rsidRDefault="00734CE3">
            <w:r>
              <w:t>CBX4</w:t>
            </w:r>
          </w:p>
        </w:tc>
        <w:tc>
          <w:tcPr>
            <w:tcW w:w="4320" w:type="dxa"/>
          </w:tcPr>
          <w:p w14:paraId="768FA0FC" w14:textId="77777777" w:rsidR="00BA76A8" w:rsidRDefault="00734CE3">
            <w:r>
              <w:t>GO ∩ SFARI</w:t>
            </w:r>
          </w:p>
        </w:tc>
      </w:tr>
      <w:tr w:rsidR="00BA76A8" w14:paraId="389693CF" w14:textId="77777777">
        <w:tc>
          <w:tcPr>
            <w:tcW w:w="4320" w:type="dxa"/>
          </w:tcPr>
          <w:p w14:paraId="01521DE3" w14:textId="77777777" w:rsidR="00BA76A8" w:rsidRDefault="00734CE3">
            <w:r>
              <w:t>CCDC88C</w:t>
            </w:r>
          </w:p>
        </w:tc>
        <w:tc>
          <w:tcPr>
            <w:tcW w:w="4320" w:type="dxa"/>
          </w:tcPr>
          <w:p w14:paraId="465150D3" w14:textId="77777777" w:rsidR="00BA76A8" w:rsidRDefault="00734CE3">
            <w:r>
              <w:t>GO ∩ SFARI</w:t>
            </w:r>
          </w:p>
        </w:tc>
      </w:tr>
      <w:tr w:rsidR="00BA76A8" w14:paraId="4DB2EDF3" w14:textId="77777777">
        <w:tc>
          <w:tcPr>
            <w:tcW w:w="4320" w:type="dxa"/>
          </w:tcPr>
          <w:p w14:paraId="03B13363" w14:textId="77777777" w:rsidR="00BA76A8" w:rsidRDefault="00734CE3">
            <w:r>
              <w:t>CDH22</w:t>
            </w:r>
          </w:p>
        </w:tc>
        <w:tc>
          <w:tcPr>
            <w:tcW w:w="4320" w:type="dxa"/>
          </w:tcPr>
          <w:p w14:paraId="400CFF82" w14:textId="77777777" w:rsidR="00BA76A8" w:rsidRDefault="00734CE3">
            <w:r>
              <w:t>GO ∩ SFARI</w:t>
            </w:r>
          </w:p>
        </w:tc>
      </w:tr>
      <w:tr w:rsidR="00BA76A8" w14:paraId="313E108F" w14:textId="77777777">
        <w:tc>
          <w:tcPr>
            <w:tcW w:w="4320" w:type="dxa"/>
          </w:tcPr>
          <w:p w14:paraId="645F674E" w14:textId="77777777" w:rsidR="00BA76A8" w:rsidRDefault="00734CE3">
            <w:r>
              <w:t>CDK19</w:t>
            </w:r>
          </w:p>
        </w:tc>
        <w:tc>
          <w:tcPr>
            <w:tcW w:w="4320" w:type="dxa"/>
          </w:tcPr>
          <w:p w14:paraId="3B0B07FC" w14:textId="77777777" w:rsidR="00BA76A8" w:rsidRDefault="00734CE3">
            <w:r>
              <w:t>GO ∩ SFARI</w:t>
            </w:r>
          </w:p>
        </w:tc>
      </w:tr>
      <w:tr w:rsidR="00BA76A8" w14:paraId="30BEBD0E" w14:textId="77777777">
        <w:tc>
          <w:tcPr>
            <w:tcW w:w="4320" w:type="dxa"/>
          </w:tcPr>
          <w:p w14:paraId="350E18C3" w14:textId="77777777" w:rsidR="00BA76A8" w:rsidRDefault="00734CE3">
            <w:r>
              <w:t>CECR2</w:t>
            </w:r>
          </w:p>
        </w:tc>
        <w:tc>
          <w:tcPr>
            <w:tcW w:w="4320" w:type="dxa"/>
          </w:tcPr>
          <w:p w14:paraId="78D8D05F" w14:textId="77777777" w:rsidR="00BA76A8" w:rsidRDefault="00734CE3">
            <w:r>
              <w:t>GO ∩ SFARI</w:t>
            </w:r>
          </w:p>
        </w:tc>
      </w:tr>
      <w:tr w:rsidR="00BA76A8" w14:paraId="53EA8C94" w14:textId="77777777">
        <w:tc>
          <w:tcPr>
            <w:tcW w:w="4320" w:type="dxa"/>
          </w:tcPr>
          <w:p w14:paraId="20679555" w14:textId="77777777" w:rsidR="00BA76A8" w:rsidRDefault="00734CE3">
            <w:r>
              <w:t>CELF4</w:t>
            </w:r>
          </w:p>
        </w:tc>
        <w:tc>
          <w:tcPr>
            <w:tcW w:w="4320" w:type="dxa"/>
          </w:tcPr>
          <w:p w14:paraId="40D8B027" w14:textId="77777777" w:rsidR="00BA76A8" w:rsidRDefault="00734CE3">
            <w:r>
              <w:t>GO ∩ SFARI</w:t>
            </w:r>
          </w:p>
        </w:tc>
      </w:tr>
      <w:tr w:rsidR="00BA76A8" w14:paraId="38B85BA6" w14:textId="77777777">
        <w:tc>
          <w:tcPr>
            <w:tcW w:w="4320" w:type="dxa"/>
          </w:tcPr>
          <w:p w14:paraId="681FDD62" w14:textId="77777777" w:rsidR="00BA76A8" w:rsidRDefault="00734CE3">
            <w:r>
              <w:t>CELF6</w:t>
            </w:r>
          </w:p>
        </w:tc>
        <w:tc>
          <w:tcPr>
            <w:tcW w:w="4320" w:type="dxa"/>
          </w:tcPr>
          <w:p w14:paraId="297CEDB7" w14:textId="77777777" w:rsidR="00BA76A8" w:rsidRDefault="00734CE3">
            <w:r>
              <w:t>GO ∩ SFARI</w:t>
            </w:r>
          </w:p>
        </w:tc>
      </w:tr>
      <w:tr w:rsidR="00BA76A8" w14:paraId="4339CE44" w14:textId="77777777">
        <w:tc>
          <w:tcPr>
            <w:tcW w:w="4320" w:type="dxa"/>
          </w:tcPr>
          <w:p w14:paraId="13A0C4CD" w14:textId="77777777" w:rsidR="00BA76A8" w:rsidRDefault="00734CE3">
            <w:r>
              <w:t>CHST2</w:t>
            </w:r>
          </w:p>
        </w:tc>
        <w:tc>
          <w:tcPr>
            <w:tcW w:w="4320" w:type="dxa"/>
          </w:tcPr>
          <w:p w14:paraId="19AAA99E" w14:textId="77777777" w:rsidR="00BA76A8" w:rsidRDefault="00734CE3">
            <w:r>
              <w:t>GO ∩ SFARI</w:t>
            </w:r>
          </w:p>
        </w:tc>
      </w:tr>
      <w:tr w:rsidR="00BA76A8" w14:paraId="51E82FAF" w14:textId="77777777">
        <w:tc>
          <w:tcPr>
            <w:tcW w:w="4320" w:type="dxa"/>
          </w:tcPr>
          <w:p w14:paraId="1BAAE591" w14:textId="77777777" w:rsidR="00BA76A8" w:rsidRDefault="00734CE3">
            <w:r>
              <w:t>CIC</w:t>
            </w:r>
          </w:p>
        </w:tc>
        <w:tc>
          <w:tcPr>
            <w:tcW w:w="4320" w:type="dxa"/>
          </w:tcPr>
          <w:p w14:paraId="06359D82" w14:textId="77777777" w:rsidR="00BA76A8" w:rsidRDefault="00734CE3">
            <w:r>
              <w:t>GO ∩ SFARI</w:t>
            </w:r>
          </w:p>
        </w:tc>
      </w:tr>
      <w:tr w:rsidR="00BA76A8" w14:paraId="53B16C6B" w14:textId="77777777">
        <w:tc>
          <w:tcPr>
            <w:tcW w:w="4320" w:type="dxa"/>
          </w:tcPr>
          <w:p w14:paraId="537A33E6" w14:textId="77777777" w:rsidR="00BA76A8" w:rsidRDefault="00734CE3">
            <w:r>
              <w:t>CLIP2</w:t>
            </w:r>
          </w:p>
        </w:tc>
        <w:tc>
          <w:tcPr>
            <w:tcW w:w="4320" w:type="dxa"/>
          </w:tcPr>
          <w:p w14:paraId="1225EAE7" w14:textId="77777777" w:rsidR="00BA76A8" w:rsidRDefault="00734CE3">
            <w:r>
              <w:t>GO ∩ SFARI</w:t>
            </w:r>
          </w:p>
        </w:tc>
      </w:tr>
      <w:tr w:rsidR="00BA76A8" w14:paraId="479A684C" w14:textId="77777777">
        <w:tc>
          <w:tcPr>
            <w:tcW w:w="4320" w:type="dxa"/>
          </w:tcPr>
          <w:p w14:paraId="5899302B" w14:textId="77777777" w:rsidR="00BA76A8" w:rsidRDefault="00734CE3">
            <w:r>
              <w:t>CLTCL1</w:t>
            </w:r>
          </w:p>
        </w:tc>
        <w:tc>
          <w:tcPr>
            <w:tcW w:w="4320" w:type="dxa"/>
          </w:tcPr>
          <w:p w14:paraId="07D9BFA9" w14:textId="77777777" w:rsidR="00BA76A8" w:rsidRDefault="00734CE3">
            <w:r>
              <w:t>GO ∩ SFARI</w:t>
            </w:r>
          </w:p>
        </w:tc>
      </w:tr>
      <w:tr w:rsidR="00BA76A8" w14:paraId="5071F0B2" w14:textId="77777777">
        <w:tc>
          <w:tcPr>
            <w:tcW w:w="4320" w:type="dxa"/>
          </w:tcPr>
          <w:p w14:paraId="09A00467" w14:textId="77777777" w:rsidR="00BA76A8" w:rsidRDefault="00734CE3">
            <w:r>
              <w:t>CMIP</w:t>
            </w:r>
          </w:p>
        </w:tc>
        <w:tc>
          <w:tcPr>
            <w:tcW w:w="4320" w:type="dxa"/>
          </w:tcPr>
          <w:p w14:paraId="5AD5A042" w14:textId="77777777" w:rsidR="00BA76A8" w:rsidRDefault="00734CE3">
            <w:r>
              <w:t>GO ∩ SFARI</w:t>
            </w:r>
          </w:p>
        </w:tc>
      </w:tr>
      <w:tr w:rsidR="00BA76A8" w14:paraId="3C13CBC8" w14:textId="77777777">
        <w:tc>
          <w:tcPr>
            <w:tcW w:w="4320" w:type="dxa"/>
          </w:tcPr>
          <w:p w14:paraId="3E2BCC02" w14:textId="77777777" w:rsidR="00BA76A8" w:rsidRDefault="00734CE3">
            <w:r>
              <w:t>CNKSR2</w:t>
            </w:r>
          </w:p>
        </w:tc>
        <w:tc>
          <w:tcPr>
            <w:tcW w:w="4320" w:type="dxa"/>
          </w:tcPr>
          <w:p w14:paraId="313E3F6B" w14:textId="77777777" w:rsidR="00BA76A8" w:rsidRDefault="00734CE3">
            <w:r>
              <w:t>GO ∩ SFARI</w:t>
            </w:r>
          </w:p>
        </w:tc>
      </w:tr>
      <w:tr w:rsidR="00BA76A8" w14:paraId="7D2DA893" w14:textId="77777777">
        <w:tc>
          <w:tcPr>
            <w:tcW w:w="4320" w:type="dxa"/>
          </w:tcPr>
          <w:p w14:paraId="5E7D7E50" w14:textId="77777777" w:rsidR="00BA76A8" w:rsidRDefault="00734CE3">
            <w:r>
              <w:t>COL12A1</w:t>
            </w:r>
          </w:p>
        </w:tc>
        <w:tc>
          <w:tcPr>
            <w:tcW w:w="4320" w:type="dxa"/>
          </w:tcPr>
          <w:p w14:paraId="0F63A7EB" w14:textId="77777777" w:rsidR="00BA76A8" w:rsidRDefault="00734CE3">
            <w:r>
              <w:t>GO ∩ SFARI</w:t>
            </w:r>
          </w:p>
        </w:tc>
      </w:tr>
      <w:tr w:rsidR="00BA76A8" w14:paraId="4B840388" w14:textId="77777777">
        <w:tc>
          <w:tcPr>
            <w:tcW w:w="4320" w:type="dxa"/>
          </w:tcPr>
          <w:p w14:paraId="5BA9172C" w14:textId="77777777" w:rsidR="00BA76A8" w:rsidRDefault="00734CE3">
            <w:r>
              <w:t>CSMD2</w:t>
            </w:r>
          </w:p>
        </w:tc>
        <w:tc>
          <w:tcPr>
            <w:tcW w:w="4320" w:type="dxa"/>
          </w:tcPr>
          <w:p w14:paraId="00EAD1EC" w14:textId="77777777" w:rsidR="00BA76A8" w:rsidRDefault="00734CE3">
            <w:r>
              <w:t>GO ∩ SFARI</w:t>
            </w:r>
          </w:p>
        </w:tc>
      </w:tr>
      <w:tr w:rsidR="00BA76A8" w14:paraId="68BF6D43" w14:textId="77777777">
        <w:tc>
          <w:tcPr>
            <w:tcW w:w="4320" w:type="dxa"/>
          </w:tcPr>
          <w:p w14:paraId="2288461C" w14:textId="77777777" w:rsidR="00BA76A8" w:rsidRDefault="00734CE3">
            <w:r>
              <w:t>CSMD3</w:t>
            </w:r>
          </w:p>
        </w:tc>
        <w:tc>
          <w:tcPr>
            <w:tcW w:w="4320" w:type="dxa"/>
          </w:tcPr>
          <w:p w14:paraId="60F66CF9" w14:textId="77777777" w:rsidR="00BA76A8" w:rsidRDefault="00734CE3">
            <w:r>
              <w:t>GO ∩ SFARI</w:t>
            </w:r>
          </w:p>
        </w:tc>
      </w:tr>
      <w:tr w:rsidR="00BA76A8" w14:paraId="7D32BDF0" w14:textId="77777777">
        <w:tc>
          <w:tcPr>
            <w:tcW w:w="4320" w:type="dxa"/>
          </w:tcPr>
          <w:p w14:paraId="12CF9742" w14:textId="77777777" w:rsidR="00BA76A8" w:rsidRDefault="00734CE3">
            <w:r>
              <w:t>CUX1</w:t>
            </w:r>
          </w:p>
        </w:tc>
        <w:tc>
          <w:tcPr>
            <w:tcW w:w="4320" w:type="dxa"/>
          </w:tcPr>
          <w:p w14:paraId="40EA7261" w14:textId="77777777" w:rsidR="00BA76A8" w:rsidRDefault="00734CE3">
            <w:r>
              <w:t>GO ∩ SFARI</w:t>
            </w:r>
          </w:p>
        </w:tc>
      </w:tr>
      <w:tr w:rsidR="00BA76A8" w14:paraId="55A79408" w14:textId="77777777">
        <w:tc>
          <w:tcPr>
            <w:tcW w:w="4320" w:type="dxa"/>
          </w:tcPr>
          <w:p w14:paraId="1EADA410" w14:textId="77777777" w:rsidR="00BA76A8" w:rsidRDefault="00734CE3">
            <w:r>
              <w:t>CUX2</w:t>
            </w:r>
          </w:p>
        </w:tc>
        <w:tc>
          <w:tcPr>
            <w:tcW w:w="4320" w:type="dxa"/>
          </w:tcPr>
          <w:p w14:paraId="067BC7AB" w14:textId="77777777" w:rsidR="00BA76A8" w:rsidRDefault="00734CE3">
            <w:r>
              <w:t>GO ∩ SFARI</w:t>
            </w:r>
          </w:p>
        </w:tc>
      </w:tr>
      <w:tr w:rsidR="00BA76A8" w14:paraId="096DB001" w14:textId="77777777">
        <w:tc>
          <w:tcPr>
            <w:tcW w:w="4320" w:type="dxa"/>
          </w:tcPr>
          <w:p w14:paraId="18E6D77E" w14:textId="77777777" w:rsidR="00BA76A8" w:rsidRDefault="00734CE3">
            <w:r>
              <w:t>CYFIP1</w:t>
            </w:r>
          </w:p>
        </w:tc>
        <w:tc>
          <w:tcPr>
            <w:tcW w:w="4320" w:type="dxa"/>
          </w:tcPr>
          <w:p w14:paraId="6AE5B56B" w14:textId="77777777" w:rsidR="00BA76A8" w:rsidRDefault="00734CE3">
            <w:r>
              <w:t>GO ∩ SFARI</w:t>
            </w:r>
          </w:p>
        </w:tc>
      </w:tr>
      <w:tr w:rsidR="00BA76A8" w14:paraId="2F63694D" w14:textId="77777777">
        <w:tc>
          <w:tcPr>
            <w:tcW w:w="4320" w:type="dxa"/>
          </w:tcPr>
          <w:p w14:paraId="5005B9A7" w14:textId="77777777" w:rsidR="00BA76A8" w:rsidRDefault="00734CE3">
            <w:r>
              <w:t>DAGLA</w:t>
            </w:r>
          </w:p>
        </w:tc>
        <w:tc>
          <w:tcPr>
            <w:tcW w:w="4320" w:type="dxa"/>
          </w:tcPr>
          <w:p w14:paraId="06B02AB7" w14:textId="77777777" w:rsidR="00BA76A8" w:rsidRDefault="00734CE3">
            <w:r>
              <w:t>GO ∩ SFARI</w:t>
            </w:r>
          </w:p>
        </w:tc>
      </w:tr>
      <w:tr w:rsidR="00BA76A8" w14:paraId="63CB4141" w14:textId="77777777">
        <w:tc>
          <w:tcPr>
            <w:tcW w:w="4320" w:type="dxa"/>
          </w:tcPr>
          <w:p w14:paraId="13CB7901" w14:textId="77777777" w:rsidR="00BA76A8" w:rsidRDefault="00734CE3">
            <w:r>
              <w:t>DEAF1</w:t>
            </w:r>
          </w:p>
        </w:tc>
        <w:tc>
          <w:tcPr>
            <w:tcW w:w="4320" w:type="dxa"/>
          </w:tcPr>
          <w:p w14:paraId="7FEDE085" w14:textId="77777777" w:rsidR="00BA76A8" w:rsidRDefault="00734CE3">
            <w:r>
              <w:t>GO ∩ SFARI</w:t>
            </w:r>
          </w:p>
        </w:tc>
      </w:tr>
      <w:tr w:rsidR="00BA76A8" w14:paraId="26E60C17" w14:textId="77777777">
        <w:tc>
          <w:tcPr>
            <w:tcW w:w="4320" w:type="dxa"/>
          </w:tcPr>
          <w:p w14:paraId="07934D08" w14:textId="77777777" w:rsidR="00BA76A8" w:rsidRDefault="00734CE3">
            <w:r>
              <w:t>DHCR7</w:t>
            </w:r>
          </w:p>
        </w:tc>
        <w:tc>
          <w:tcPr>
            <w:tcW w:w="4320" w:type="dxa"/>
          </w:tcPr>
          <w:p w14:paraId="38FEED65" w14:textId="77777777" w:rsidR="00BA76A8" w:rsidRDefault="00734CE3">
            <w:r>
              <w:t>GO ∩ SFARI</w:t>
            </w:r>
          </w:p>
        </w:tc>
      </w:tr>
      <w:tr w:rsidR="00BA76A8" w14:paraId="59066DB5" w14:textId="77777777">
        <w:tc>
          <w:tcPr>
            <w:tcW w:w="4320" w:type="dxa"/>
          </w:tcPr>
          <w:p w14:paraId="626AA45F" w14:textId="77777777" w:rsidR="00BA76A8" w:rsidRDefault="00734CE3">
            <w:r>
              <w:t>DHX30</w:t>
            </w:r>
          </w:p>
        </w:tc>
        <w:tc>
          <w:tcPr>
            <w:tcW w:w="4320" w:type="dxa"/>
          </w:tcPr>
          <w:p w14:paraId="3030BE6F" w14:textId="77777777" w:rsidR="00BA76A8" w:rsidRDefault="00734CE3">
            <w:r>
              <w:t>GO ∩ SFARI</w:t>
            </w:r>
          </w:p>
        </w:tc>
      </w:tr>
      <w:tr w:rsidR="00BA76A8" w14:paraId="653B0F10" w14:textId="77777777">
        <w:tc>
          <w:tcPr>
            <w:tcW w:w="4320" w:type="dxa"/>
          </w:tcPr>
          <w:p w14:paraId="66AB9A3C" w14:textId="77777777" w:rsidR="00BA76A8" w:rsidRDefault="00734CE3">
            <w:r>
              <w:t>DIP2C</w:t>
            </w:r>
          </w:p>
        </w:tc>
        <w:tc>
          <w:tcPr>
            <w:tcW w:w="4320" w:type="dxa"/>
          </w:tcPr>
          <w:p w14:paraId="6048D5B3" w14:textId="77777777" w:rsidR="00BA76A8" w:rsidRDefault="00734CE3">
            <w:r>
              <w:t>GO ∩ SFARI</w:t>
            </w:r>
          </w:p>
        </w:tc>
      </w:tr>
      <w:tr w:rsidR="00BA76A8" w14:paraId="7DE8F42D" w14:textId="77777777">
        <w:tc>
          <w:tcPr>
            <w:tcW w:w="4320" w:type="dxa"/>
          </w:tcPr>
          <w:p w14:paraId="25BDCD41" w14:textId="77777777" w:rsidR="00BA76A8" w:rsidRDefault="00734CE3">
            <w:r>
              <w:t>DLGAP1</w:t>
            </w:r>
          </w:p>
        </w:tc>
        <w:tc>
          <w:tcPr>
            <w:tcW w:w="4320" w:type="dxa"/>
          </w:tcPr>
          <w:p w14:paraId="7D77F46D" w14:textId="77777777" w:rsidR="00BA76A8" w:rsidRDefault="00734CE3">
            <w:r>
              <w:t>GO ∩ SFARI</w:t>
            </w:r>
          </w:p>
        </w:tc>
      </w:tr>
      <w:tr w:rsidR="00BA76A8" w14:paraId="5780A557" w14:textId="77777777">
        <w:tc>
          <w:tcPr>
            <w:tcW w:w="4320" w:type="dxa"/>
          </w:tcPr>
          <w:p w14:paraId="6CEC68D7" w14:textId="77777777" w:rsidR="00BA76A8" w:rsidRDefault="00734CE3">
            <w:r>
              <w:t>DLGAP2</w:t>
            </w:r>
          </w:p>
        </w:tc>
        <w:tc>
          <w:tcPr>
            <w:tcW w:w="4320" w:type="dxa"/>
          </w:tcPr>
          <w:p w14:paraId="447F021B" w14:textId="77777777" w:rsidR="00BA76A8" w:rsidRDefault="00734CE3">
            <w:r>
              <w:t>GO ∩ SFARI</w:t>
            </w:r>
          </w:p>
        </w:tc>
      </w:tr>
      <w:tr w:rsidR="00BA76A8" w14:paraId="60E3D953" w14:textId="77777777">
        <w:tc>
          <w:tcPr>
            <w:tcW w:w="4320" w:type="dxa"/>
          </w:tcPr>
          <w:p w14:paraId="7D53EB25" w14:textId="77777777" w:rsidR="00BA76A8" w:rsidRDefault="00734CE3">
            <w:r>
              <w:t>DLGAP3</w:t>
            </w:r>
          </w:p>
        </w:tc>
        <w:tc>
          <w:tcPr>
            <w:tcW w:w="4320" w:type="dxa"/>
          </w:tcPr>
          <w:p w14:paraId="1770E3E7" w14:textId="77777777" w:rsidR="00BA76A8" w:rsidRDefault="00734CE3">
            <w:r>
              <w:t>GO ∩ SFARI</w:t>
            </w:r>
          </w:p>
        </w:tc>
      </w:tr>
      <w:tr w:rsidR="00BA76A8" w14:paraId="7FCCDB65" w14:textId="77777777">
        <w:tc>
          <w:tcPr>
            <w:tcW w:w="4320" w:type="dxa"/>
          </w:tcPr>
          <w:p w14:paraId="20153F23" w14:textId="77777777" w:rsidR="00BA76A8" w:rsidRDefault="00734CE3">
            <w:r>
              <w:t>DLL1</w:t>
            </w:r>
          </w:p>
        </w:tc>
        <w:tc>
          <w:tcPr>
            <w:tcW w:w="4320" w:type="dxa"/>
          </w:tcPr>
          <w:p w14:paraId="6A23F076" w14:textId="77777777" w:rsidR="00BA76A8" w:rsidRDefault="00734CE3">
            <w:r>
              <w:t>GO ∩ SFARI</w:t>
            </w:r>
          </w:p>
        </w:tc>
      </w:tr>
      <w:tr w:rsidR="00BA76A8" w14:paraId="75B12CF5" w14:textId="77777777">
        <w:tc>
          <w:tcPr>
            <w:tcW w:w="4320" w:type="dxa"/>
          </w:tcPr>
          <w:p w14:paraId="7109AD8C" w14:textId="77777777" w:rsidR="00BA76A8" w:rsidRDefault="00734CE3">
            <w:r>
              <w:t>DLX2</w:t>
            </w:r>
          </w:p>
        </w:tc>
        <w:tc>
          <w:tcPr>
            <w:tcW w:w="4320" w:type="dxa"/>
          </w:tcPr>
          <w:p w14:paraId="1B53B771" w14:textId="77777777" w:rsidR="00BA76A8" w:rsidRDefault="00734CE3">
            <w:r>
              <w:t>GO ∩ SFARI</w:t>
            </w:r>
          </w:p>
        </w:tc>
      </w:tr>
      <w:tr w:rsidR="00BA76A8" w14:paraId="5361D102" w14:textId="77777777">
        <w:tc>
          <w:tcPr>
            <w:tcW w:w="4320" w:type="dxa"/>
          </w:tcPr>
          <w:p w14:paraId="2916BB13" w14:textId="77777777" w:rsidR="00BA76A8" w:rsidRDefault="00734CE3">
            <w:r>
              <w:t>DLX6</w:t>
            </w:r>
          </w:p>
        </w:tc>
        <w:tc>
          <w:tcPr>
            <w:tcW w:w="4320" w:type="dxa"/>
          </w:tcPr>
          <w:p w14:paraId="68139C58" w14:textId="77777777" w:rsidR="00BA76A8" w:rsidRDefault="00734CE3">
            <w:r>
              <w:t>GO ∩ SFARI</w:t>
            </w:r>
          </w:p>
        </w:tc>
      </w:tr>
      <w:tr w:rsidR="00BA76A8" w14:paraId="07F23A40" w14:textId="77777777">
        <w:tc>
          <w:tcPr>
            <w:tcW w:w="4320" w:type="dxa"/>
          </w:tcPr>
          <w:p w14:paraId="6A9C08EC" w14:textId="77777777" w:rsidR="00BA76A8" w:rsidRDefault="00734CE3">
            <w:r>
              <w:t>DMPK</w:t>
            </w:r>
          </w:p>
        </w:tc>
        <w:tc>
          <w:tcPr>
            <w:tcW w:w="4320" w:type="dxa"/>
          </w:tcPr>
          <w:p w14:paraId="7F0F45B5" w14:textId="77777777" w:rsidR="00BA76A8" w:rsidRDefault="00734CE3">
            <w:r>
              <w:t>GO ∩ SFARI</w:t>
            </w:r>
          </w:p>
        </w:tc>
      </w:tr>
      <w:tr w:rsidR="00BA76A8" w14:paraId="1153DB92" w14:textId="77777777">
        <w:tc>
          <w:tcPr>
            <w:tcW w:w="4320" w:type="dxa"/>
          </w:tcPr>
          <w:p w14:paraId="72B168B6" w14:textId="77777777" w:rsidR="00BA76A8" w:rsidRDefault="00734CE3">
            <w:r>
              <w:t>DMWD</w:t>
            </w:r>
          </w:p>
        </w:tc>
        <w:tc>
          <w:tcPr>
            <w:tcW w:w="4320" w:type="dxa"/>
          </w:tcPr>
          <w:p w14:paraId="1B0B088D" w14:textId="77777777" w:rsidR="00BA76A8" w:rsidRDefault="00734CE3">
            <w:r>
              <w:t>GO ∩ SFARI</w:t>
            </w:r>
          </w:p>
        </w:tc>
      </w:tr>
      <w:tr w:rsidR="00BA76A8" w14:paraId="5295D6A3" w14:textId="77777777">
        <w:tc>
          <w:tcPr>
            <w:tcW w:w="4320" w:type="dxa"/>
          </w:tcPr>
          <w:p w14:paraId="591B3B6A" w14:textId="77777777" w:rsidR="00BA76A8" w:rsidRDefault="00734CE3">
            <w:r>
              <w:t>DNAH10</w:t>
            </w:r>
          </w:p>
        </w:tc>
        <w:tc>
          <w:tcPr>
            <w:tcW w:w="4320" w:type="dxa"/>
          </w:tcPr>
          <w:p w14:paraId="04C34760" w14:textId="77777777" w:rsidR="00BA76A8" w:rsidRDefault="00734CE3">
            <w:r>
              <w:t>GO ∩ SFARI</w:t>
            </w:r>
          </w:p>
        </w:tc>
      </w:tr>
      <w:tr w:rsidR="00BA76A8" w14:paraId="28B6255D" w14:textId="77777777">
        <w:tc>
          <w:tcPr>
            <w:tcW w:w="4320" w:type="dxa"/>
          </w:tcPr>
          <w:p w14:paraId="5957FDDC" w14:textId="77777777" w:rsidR="00BA76A8" w:rsidRDefault="00734CE3">
            <w:r>
              <w:t>DNAH17</w:t>
            </w:r>
          </w:p>
        </w:tc>
        <w:tc>
          <w:tcPr>
            <w:tcW w:w="4320" w:type="dxa"/>
          </w:tcPr>
          <w:p w14:paraId="1FB2C82D" w14:textId="77777777" w:rsidR="00BA76A8" w:rsidRDefault="00734CE3">
            <w:r>
              <w:t>GO ∩ SFARI</w:t>
            </w:r>
          </w:p>
        </w:tc>
      </w:tr>
      <w:tr w:rsidR="00BA76A8" w14:paraId="0EB9D407" w14:textId="77777777">
        <w:tc>
          <w:tcPr>
            <w:tcW w:w="4320" w:type="dxa"/>
          </w:tcPr>
          <w:p w14:paraId="6EC43168" w14:textId="77777777" w:rsidR="00BA76A8" w:rsidRDefault="00734CE3">
            <w:r>
              <w:t>DNAJC5</w:t>
            </w:r>
          </w:p>
        </w:tc>
        <w:tc>
          <w:tcPr>
            <w:tcW w:w="4320" w:type="dxa"/>
          </w:tcPr>
          <w:p w14:paraId="77A84DB3" w14:textId="77777777" w:rsidR="00BA76A8" w:rsidRDefault="00734CE3">
            <w:r>
              <w:t>GO ∩ SFARI</w:t>
            </w:r>
          </w:p>
        </w:tc>
      </w:tr>
      <w:tr w:rsidR="00BA76A8" w14:paraId="25444FBC" w14:textId="77777777">
        <w:tc>
          <w:tcPr>
            <w:tcW w:w="4320" w:type="dxa"/>
          </w:tcPr>
          <w:p w14:paraId="0A07B7BC" w14:textId="77777777" w:rsidR="00BA76A8" w:rsidRDefault="00734CE3">
            <w:r>
              <w:t>DNM1</w:t>
            </w:r>
          </w:p>
        </w:tc>
        <w:tc>
          <w:tcPr>
            <w:tcW w:w="4320" w:type="dxa"/>
          </w:tcPr>
          <w:p w14:paraId="65205AB2" w14:textId="77777777" w:rsidR="00BA76A8" w:rsidRDefault="00734CE3">
            <w:r>
              <w:t>GO ∩ SFARI</w:t>
            </w:r>
          </w:p>
        </w:tc>
      </w:tr>
      <w:tr w:rsidR="00BA76A8" w14:paraId="79633CF9" w14:textId="77777777">
        <w:tc>
          <w:tcPr>
            <w:tcW w:w="4320" w:type="dxa"/>
          </w:tcPr>
          <w:p w14:paraId="48B39672" w14:textId="77777777" w:rsidR="00BA76A8" w:rsidRDefault="00734CE3">
            <w:r>
              <w:t>DNMT3A</w:t>
            </w:r>
          </w:p>
        </w:tc>
        <w:tc>
          <w:tcPr>
            <w:tcW w:w="4320" w:type="dxa"/>
          </w:tcPr>
          <w:p w14:paraId="2C9F6144" w14:textId="77777777" w:rsidR="00BA76A8" w:rsidRDefault="00734CE3">
            <w:r>
              <w:t>GO ∩ SFARI</w:t>
            </w:r>
          </w:p>
        </w:tc>
      </w:tr>
      <w:tr w:rsidR="00BA76A8" w14:paraId="6F8DECAB" w14:textId="77777777">
        <w:tc>
          <w:tcPr>
            <w:tcW w:w="4320" w:type="dxa"/>
          </w:tcPr>
          <w:p w14:paraId="6F272366" w14:textId="77777777" w:rsidR="00BA76A8" w:rsidRDefault="00734CE3">
            <w:r>
              <w:t>DOCK1</w:t>
            </w:r>
          </w:p>
        </w:tc>
        <w:tc>
          <w:tcPr>
            <w:tcW w:w="4320" w:type="dxa"/>
          </w:tcPr>
          <w:p w14:paraId="4B860580" w14:textId="77777777" w:rsidR="00BA76A8" w:rsidRDefault="00734CE3">
            <w:r>
              <w:t>GO ∩ SFARI</w:t>
            </w:r>
          </w:p>
        </w:tc>
      </w:tr>
      <w:tr w:rsidR="00BA76A8" w14:paraId="5F5C469D" w14:textId="77777777">
        <w:tc>
          <w:tcPr>
            <w:tcW w:w="4320" w:type="dxa"/>
          </w:tcPr>
          <w:p w14:paraId="32BD4EEA" w14:textId="77777777" w:rsidR="00BA76A8" w:rsidRDefault="00734CE3">
            <w:r>
              <w:t>DOCK4</w:t>
            </w:r>
          </w:p>
        </w:tc>
        <w:tc>
          <w:tcPr>
            <w:tcW w:w="4320" w:type="dxa"/>
          </w:tcPr>
          <w:p w14:paraId="238924FA" w14:textId="77777777" w:rsidR="00BA76A8" w:rsidRDefault="00734CE3">
            <w:r>
              <w:t>GO ∩ SFARI</w:t>
            </w:r>
          </w:p>
        </w:tc>
      </w:tr>
      <w:tr w:rsidR="00BA76A8" w14:paraId="1A609998" w14:textId="77777777">
        <w:tc>
          <w:tcPr>
            <w:tcW w:w="4320" w:type="dxa"/>
          </w:tcPr>
          <w:p w14:paraId="720DCCEC" w14:textId="77777777" w:rsidR="00BA76A8" w:rsidRDefault="00734CE3">
            <w:r>
              <w:t>DOT1L</w:t>
            </w:r>
          </w:p>
        </w:tc>
        <w:tc>
          <w:tcPr>
            <w:tcW w:w="4320" w:type="dxa"/>
          </w:tcPr>
          <w:p w14:paraId="167B7C6A" w14:textId="77777777" w:rsidR="00BA76A8" w:rsidRDefault="00734CE3">
            <w:r>
              <w:t>GO ∩ SFARI</w:t>
            </w:r>
          </w:p>
        </w:tc>
      </w:tr>
      <w:tr w:rsidR="00BA76A8" w14:paraId="39EE2ED0" w14:textId="77777777">
        <w:tc>
          <w:tcPr>
            <w:tcW w:w="4320" w:type="dxa"/>
          </w:tcPr>
          <w:p w14:paraId="06F120B5" w14:textId="77777777" w:rsidR="00BA76A8" w:rsidRDefault="00734CE3">
            <w:r>
              <w:t>DPP10</w:t>
            </w:r>
          </w:p>
        </w:tc>
        <w:tc>
          <w:tcPr>
            <w:tcW w:w="4320" w:type="dxa"/>
          </w:tcPr>
          <w:p w14:paraId="6B8073FA" w14:textId="77777777" w:rsidR="00BA76A8" w:rsidRDefault="00734CE3">
            <w:r>
              <w:t>GO ∩ SFARI</w:t>
            </w:r>
          </w:p>
        </w:tc>
      </w:tr>
      <w:tr w:rsidR="00BA76A8" w14:paraId="61B7888E" w14:textId="77777777">
        <w:tc>
          <w:tcPr>
            <w:tcW w:w="4320" w:type="dxa"/>
          </w:tcPr>
          <w:p w14:paraId="0186B81C" w14:textId="77777777" w:rsidR="00BA76A8" w:rsidRDefault="00734CE3">
            <w:r>
              <w:t>DVL3</w:t>
            </w:r>
          </w:p>
        </w:tc>
        <w:tc>
          <w:tcPr>
            <w:tcW w:w="4320" w:type="dxa"/>
          </w:tcPr>
          <w:p w14:paraId="2851B5C8" w14:textId="77777777" w:rsidR="00BA76A8" w:rsidRDefault="00734CE3">
            <w:r>
              <w:t>GO ∩ SFARI</w:t>
            </w:r>
          </w:p>
        </w:tc>
      </w:tr>
      <w:tr w:rsidR="00BA76A8" w14:paraId="6D5CA5C1" w14:textId="77777777">
        <w:tc>
          <w:tcPr>
            <w:tcW w:w="4320" w:type="dxa"/>
          </w:tcPr>
          <w:p w14:paraId="58FE9F31" w14:textId="77777777" w:rsidR="00BA76A8" w:rsidRDefault="00734CE3">
            <w:r>
              <w:t>EBF3</w:t>
            </w:r>
          </w:p>
        </w:tc>
        <w:tc>
          <w:tcPr>
            <w:tcW w:w="4320" w:type="dxa"/>
          </w:tcPr>
          <w:p w14:paraId="3B2DF6AA" w14:textId="77777777" w:rsidR="00BA76A8" w:rsidRDefault="00734CE3">
            <w:r>
              <w:t>GO ∩ SFARI</w:t>
            </w:r>
          </w:p>
        </w:tc>
      </w:tr>
      <w:tr w:rsidR="00BA76A8" w14:paraId="67BDBB8D" w14:textId="77777777">
        <w:tc>
          <w:tcPr>
            <w:tcW w:w="4320" w:type="dxa"/>
          </w:tcPr>
          <w:p w14:paraId="164FE0B1" w14:textId="77777777" w:rsidR="00BA76A8" w:rsidRDefault="00734CE3">
            <w:r>
              <w:t>EEF1A2</w:t>
            </w:r>
          </w:p>
        </w:tc>
        <w:tc>
          <w:tcPr>
            <w:tcW w:w="4320" w:type="dxa"/>
          </w:tcPr>
          <w:p w14:paraId="116B9848" w14:textId="77777777" w:rsidR="00BA76A8" w:rsidRDefault="00734CE3">
            <w:r>
              <w:t>GO ∩ SFARI</w:t>
            </w:r>
          </w:p>
        </w:tc>
      </w:tr>
      <w:tr w:rsidR="00BA76A8" w14:paraId="63DB17C8" w14:textId="77777777">
        <w:tc>
          <w:tcPr>
            <w:tcW w:w="4320" w:type="dxa"/>
          </w:tcPr>
          <w:p w14:paraId="74D0EF4E" w14:textId="77777777" w:rsidR="00BA76A8" w:rsidRDefault="00734CE3">
            <w:r>
              <w:t>EGR3</w:t>
            </w:r>
          </w:p>
        </w:tc>
        <w:tc>
          <w:tcPr>
            <w:tcW w:w="4320" w:type="dxa"/>
          </w:tcPr>
          <w:p w14:paraId="0E79706F" w14:textId="77777777" w:rsidR="00BA76A8" w:rsidRDefault="00734CE3">
            <w:r>
              <w:t>GO ∩ SFARI</w:t>
            </w:r>
          </w:p>
        </w:tc>
      </w:tr>
      <w:tr w:rsidR="00BA76A8" w14:paraId="617EB144" w14:textId="77777777">
        <w:tc>
          <w:tcPr>
            <w:tcW w:w="4320" w:type="dxa"/>
          </w:tcPr>
          <w:p w14:paraId="672C3C1B" w14:textId="77777777" w:rsidR="00BA76A8" w:rsidRDefault="00734CE3">
            <w:r>
              <w:lastRenderedPageBreak/>
              <w:t>EHMT1</w:t>
            </w:r>
          </w:p>
        </w:tc>
        <w:tc>
          <w:tcPr>
            <w:tcW w:w="4320" w:type="dxa"/>
          </w:tcPr>
          <w:p w14:paraId="270AB998" w14:textId="77777777" w:rsidR="00BA76A8" w:rsidRDefault="00734CE3">
            <w:r>
              <w:t>GO ∩ SFARI</w:t>
            </w:r>
          </w:p>
        </w:tc>
      </w:tr>
      <w:tr w:rsidR="00BA76A8" w14:paraId="23E24E56" w14:textId="77777777">
        <w:tc>
          <w:tcPr>
            <w:tcW w:w="4320" w:type="dxa"/>
          </w:tcPr>
          <w:p w14:paraId="54636E9E" w14:textId="77777777" w:rsidR="00BA76A8" w:rsidRDefault="00734CE3">
            <w:r>
              <w:t>EIF3G</w:t>
            </w:r>
          </w:p>
        </w:tc>
        <w:tc>
          <w:tcPr>
            <w:tcW w:w="4320" w:type="dxa"/>
          </w:tcPr>
          <w:p w14:paraId="05979957" w14:textId="77777777" w:rsidR="00BA76A8" w:rsidRDefault="00734CE3">
            <w:r>
              <w:t>GO ∩ SFARI</w:t>
            </w:r>
          </w:p>
        </w:tc>
      </w:tr>
      <w:tr w:rsidR="00BA76A8" w14:paraId="582093DF" w14:textId="77777777">
        <w:tc>
          <w:tcPr>
            <w:tcW w:w="4320" w:type="dxa"/>
          </w:tcPr>
          <w:p w14:paraId="3BE407C5" w14:textId="77777777" w:rsidR="00BA76A8" w:rsidRDefault="00734CE3">
            <w:r>
              <w:t>ELAVL3</w:t>
            </w:r>
          </w:p>
        </w:tc>
        <w:tc>
          <w:tcPr>
            <w:tcW w:w="4320" w:type="dxa"/>
          </w:tcPr>
          <w:p w14:paraId="360AD1D4" w14:textId="77777777" w:rsidR="00BA76A8" w:rsidRDefault="00734CE3">
            <w:r>
              <w:t>GO ∩ SFARI</w:t>
            </w:r>
          </w:p>
        </w:tc>
      </w:tr>
      <w:tr w:rsidR="00BA76A8" w14:paraId="66799492" w14:textId="77777777">
        <w:tc>
          <w:tcPr>
            <w:tcW w:w="4320" w:type="dxa"/>
          </w:tcPr>
          <w:p w14:paraId="74D5B464" w14:textId="77777777" w:rsidR="00BA76A8" w:rsidRDefault="00734CE3">
            <w:r>
              <w:t>EPHB2</w:t>
            </w:r>
          </w:p>
        </w:tc>
        <w:tc>
          <w:tcPr>
            <w:tcW w:w="4320" w:type="dxa"/>
          </w:tcPr>
          <w:p w14:paraId="45764D20" w14:textId="77777777" w:rsidR="00BA76A8" w:rsidRDefault="00734CE3">
            <w:r>
              <w:t>GO ∩ SFARI</w:t>
            </w:r>
          </w:p>
        </w:tc>
      </w:tr>
      <w:tr w:rsidR="00BA76A8" w14:paraId="5715F128" w14:textId="77777777">
        <w:tc>
          <w:tcPr>
            <w:tcW w:w="4320" w:type="dxa"/>
          </w:tcPr>
          <w:p w14:paraId="61459DF9" w14:textId="77777777" w:rsidR="00BA76A8" w:rsidRDefault="00734CE3">
            <w:r>
              <w:t>EPPK1</w:t>
            </w:r>
          </w:p>
        </w:tc>
        <w:tc>
          <w:tcPr>
            <w:tcW w:w="4320" w:type="dxa"/>
          </w:tcPr>
          <w:p w14:paraId="46CA39BD" w14:textId="77777777" w:rsidR="00BA76A8" w:rsidRDefault="00734CE3">
            <w:r>
              <w:t>GO ∩ SFARI</w:t>
            </w:r>
          </w:p>
        </w:tc>
      </w:tr>
      <w:tr w:rsidR="00BA76A8" w14:paraId="2F941DA1" w14:textId="77777777">
        <w:tc>
          <w:tcPr>
            <w:tcW w:w="4320" w:type="dxa"/>
          </w:tcPr>
          <w:p w14:paraId="7FD18224" w14:textId="77777777" w:rsidR="00BA76A8" w:rsidRDefault="00734CE3">
            <w:r>
              <w:t>EXOC3</w:t>
            </w:r>
          </w:p>
        </w:tc>
        <w:tc>
          <w:tcPr>
            <w:tcW w:w="4320" w:type="dxa"/>
          </w:tcPr>
          <w:p w14:paraId="237A8D86" w14:textId="77777777" w:rsidR="00BA76A8" w:rsidRDefault="00734CE3">
            <w:r>
              <w:t>GO ∩ SFARI</w:t>
            </w:r>
          </w:p>
        </w:tc>
      </w:tr>
      <w:tr w:rsidR="00BA76A8" w14:paraId="1E378E6F" w14:textId="77777777">
        <w:tc>
          <w:tcPr>
            <w:tcW w:w="4320" w:type="dxa"/>
          </w:tcPr>
          <w:p w14:paraId="60417C0F" w14:textId="77777777" w:rsidR="00BA76A8" w:rsidRDefault="00734CE3">
            <w:r>
              <w:t>FBRSL1</w:t>
            </w:r>
          </w:p>
        </w:tc>
        <w:tc>
          <w:tcPr>
            <w:tcW w:w="4320" w:type="dxa"/>
          </w:tcPr>
          <w:p w14:paraId="4B412BBB" w14:textId="77777777" w:rsidR="00BA76A8" w:rsidRDefault="00734CE3">
            <w:r>
              <w:t>GO ∩ SFARI</w:t>
            </w:r>
          </w:p>
        </w:tc>
      </w:tr>
      <w:tr w:rsidR="00BA76A8" w14:paraId="3ECCDFD9" w14:textId="77777777">
        <w:tc>
          <w:tcPr>
            <w:tcW w:w="4320" w:type="dxa"/>
          </w:tcPr>
          <w:p w14:paraId="54600892" w14:textId="77777777" w:rsidR="00BA76A8" w:rsidRDefault="00734CE3">
            <w:r>
              <w:t>FLNA</w:t>
            </w:r>
          </w:p>
        </w:tc>
        <w:tc>
          <w:tcPr>
            <w:tcW w:w="4320" w:type="dxa"/>
          </w:tcPr>
          <w:p w14:paraId="0335B77D" w14:textId="77777777" w:rsidR="00BA76A8" w:rsidRDefault="00734CE3">
            <w:r>
              <w:t>GO ∩ SFARI</w:t>
            </w:r>
          </w:p>
        </w:tc>
      </w:tr>
      <w:tr w:rsidR="00BA76A8" w14:paraId="5A80A229" w14:textId="77777777">
        <w:tc>
          <w:tcPr>
            <w:tcW w:w="4320" w:type="dxa"/>
          </w:tcPr>
          <w:p w14:paraId="54B44C78" w14:textId="77777777" w:rsidR="00BA76A8" w:rsidRDefault="00734CE3">
            <w:r>
              <w:t>FRMPD4</w:t>
            </w:r>
          </w:p>
        </w:tc>
        <w:tc>
          <w:tcPr>
            <w:tcW w:w="4320" w:type="dxa"/>
          </w:tcPr>
          <w:p w14:paraId="23E670C3" w14:textId="77777777" w:rsidR="00BA76A8" w:rsidRDefault="00734CE3">
            <w:r>
              <w:t>GO ∩ SFARI</w:t>
            </w:r>
          </w:p>
        </w:tc>
      </w:tr>
      <w:tr w:rsidR="00BA76A8" w14:paraId="38D30100" w14:textId="77777777">
        <w:tc>
          <w:tcPr>
            <w:tcW w:w="4320" w:type="dxa"/>
          </w:tcPr>
          <w:p w14:paraId="13D9D703" w14:textId="77777777" w:rsidR="00BA76A8" w:rsidRDefault="00734CE3">
            <w:r>
              <w:t>FXN</w:t>
            </w:r>
          </w:p>
        </w:tc>
        <w:tc>
          <w:tcPr>
            <w:tcW w:w="4320" w:type="dxa"/>
          </w:tcPr>
          <w:p w14:paraId="271A58F2" w14:textId="77777777" w:rsidR="00BA76A8" w:rsidRDefault="00734CE3">
            <w:r>
              <w:t>GO ∩ SFARI</w:t>
            </w:r>
          </w:p>
        </w:tc>
      </w:tr>
      <w:tr w:rsidR="00BA76A8" w14:paraId="43CBA834" w14:textId="77777777">
        <w:tc>
          <w:tcPr>
            <w:tcW w:w="4320" w:type="dxa"/>
          </w:tcPr>
          <w:p w14:paraId="11DA229D" w14:textId="77777777" w:rsidR="00BA76A8" w:rsidRDefault="00734CE3">
            <w:r>
              <w:t>GABRB3</w:t>
            </w:r>
          </w:p>
        </w:tc>
        <w:tc>
          <w:tcPr>
            <w:tcW w:w="4320" w:type="dxa"/>
          </w:tcPr>
          <w:p w14:paraId="786E8AB1" w14:textId="77777777" w:rsidR="00BA76A8" w:rsidRDefault="00734CE3">
            <w:r>
              <w:t>GO ∩ SFARI</w:t>
            </w:r>
          </w:p>
        </w:tc>
      </w:tr>
      <w:tr w:rsidR="00BA76A8" w14:paraId="1434775A" w14:textId="77777777">
        <w:tc>
          <w:tcPr>
            <w:tcW w:w="4320" w:type="dxa"/>
          </w:tcPr>
          <w:p w14:paraId="7700AF20" w14:textId="77777777" w:rsidR="00BA76A8" w:rsidRDefault="00734CE3">
            <w:r>
              <w:t>GIGYF1</w:t>
            </w:r>
          </w:p>
        </w:tc>
        <w:tc>
          <w:tcPr>
            <w:tcW w:w="4320" w:type="dxa"/>
          </w:tcPr>
          <w:p w14:paraId="704B4F77" w14:textId="77777777" w:rsidR="00BA76A8" w:rsidRDefault="00734CE3">
            <w:r>
              <w:t>GO ∩ SFARI</w:t>
            </w:r>
          </w:p>
        </w:tc>
      </w:tr>
      <w:tr w:rsidR="00BA76A8" w14:paraId="6B96996D" w14:textId="77777777">
        <w:tc>
          <w:tcPr>
            <w:tcW w:w="4320" w:type="dxa"/>
          </w:tcPr>
          <w:p w14:paraId="3BD3798F" w14:textId="77777777" w:rsidR="00BA76A8" w:rsidRDefault="00734CE3">
            <w:r>
              <w:t>GLI3</w:t>
            </w:r>
          </w:p>
        </w:tc>
        <w:tc>
          <w:tcPr>
            <w:tcW w:w="4320" w:type="dxa"/>
          </w:tcPr>
          <w:p w14:paraId="3AEB2FD4" w14:textId="77777777" w:rsidR="00BA76A8" w:rsidRDefault="00734CE3">
            <w:r>
              <w:t>GO ∩ SFARI</w:t>
            </w:r>
          </w:p>
        </w:tc>
      </w:tr>
      <w:tr w:rsidR="00BA76A8" w14:paraId="5364AAC6" w14:textId="77777777">
        <w:tc>
          <w:tcPr>
            <w:tcW w:w="4320" w:type="dxa"/>
          </w:tcPr>
          <w:p w14:paraId="0B88DA65" w14:textId="77777777" w:rsidR="00BA76A8" w:rsidRDefault="00734CE3">
            <w:r>
              <w:t>GNAS</w:t>
            </w:r>
          </w:p>
        </w:tc>
        <w:tc>
          <w:tcPr>
            <w:tcW w:w="4320" w:type="dxa"/>
          </w:tcPr>
          <w:p w14:paraId="1C2F0878" w14:textId="77777777" w:rsidR="00BA76A8" w:rsidRDefault="00734CE3">
            <w:r>
              <w:t>GO ∩ SFARI</w:t>
            </w:r>
          </w:p>
        </w:tc>
      </w:tr>
      <w:tr w:rsidR="00BA76A8" w14:paraId="4C66A447" w14:textId="77777777">
        <w:tc>
          <w:tcPr>
            <w:tcW w:w="4320" w:type="dxa"/>
          </w:tcPr>
          <w:p w14:paraId="57F85D32" w14:textId="77777777" w:rsidR="00BA76A8" w:rsidRDefault="00734CE3">
            <w:r>
              <w:t>GNB1L</w:t>
            </w:r>
          </w:p>
        </w:tc>
        <w:tc>
          <w:tcPr>
            <w:tcW w:w="4320" w:type="dxa"/>
          </w:tcPr>
          <w:p w14:paraId="6E1C3D40" w14:textId="77777777" w:rsidR="00BA76A8" w:rsidRDefault="00734CE3">
            <w:r>
              <w:t>GO ∩ SFARI</w:t>
            </w:r>
          </w:p>
        </w:tc>
      </w:tr>
      <w:tr w:rsidR="00BA76A8" w14:paraId="40563B84" w14:textId="77777777">
        <w:tc>
          <w:tcPr>
            <w:tcW w:w="4320" w:type="dxa"/>
          </w:tcPr>
          <w:p w14:paraId="18B92484" w14:textId="77777777" w:rsidR="00BA76A8" w:rsidRDefault="00734CE3">
            <w:r>
              <w:t>GRB10</w:t>
            </w:r>
          </w:p>
        </w:tc>
        <w:tc>
          <w:tcPr>
            <w:tcW w:w="4320" w:type="dxa"/>
          </w:tcPr>
          <w:p w14:paraId="11BAA4F0" w14:textId="77777777" w:rsidR="00BA76A8" w:rsidRDefault="00734CE3">
            <w:r>
              <w:t>GO ∩ SFARI</w:t>
            </w:r>
          </w:p>
        </w:tc>
      </w:tr>
      <w:tr w:rsidR="00BA76A8" w14:paraId="0C6A1C68" w14:textId="77777777">
        <w:tc>
          <w:tcPr>
            <w:tcW w:w="4320" w:type="dxa"/>
          </w:tcPr>
          <w:p w14:paraId="473616DC" w14:textId="77777777" w:rsidR="00BA76A8" w:rsidRDefault="00734CE3">
            <w:r>
              <w:t>GRID2IP</w:t>
            </w:r>
          </w:p>
        </w:tc>
        <w:tc>
          <w:tcPr>
            <w:tcW w:w="4320" w:type="dxa"/>
          </w:tcPr>
          <w:p w14:paraId="0117E2F2" w14:textId="77777777" w:rsidR="00BA76A8" w:rsidRDefault="00734CE3">
            <w:r>
              <w:t>GO ∩ SFARI</w:t>
            </w:r>
          </w:p>
        </w:tc>
      </w:tr>
      <w:tr w:rsidR="00BA76A8" w14:paraId="5DCCFC78" w14:textId="77777777">
        <w:tc>
          <w:tcPr>
            <w:tcW w:w="4320" w:type="dxa"/>
          </w:tcPr>
          <w:p w14:paraId="5DD087FD" w14:textId="77777777" w:rsidR="00BA76A8" w:rsidRDefault="00734CE3">
            <w:r>
              <w:t>GRIK5</w:t>
            </w:r>
          </w:p>
        </w:tc>
        <w:tc>
          <w:tcPr>
            <w:tcW w:w="4320" w:type="dxa"/>
          </w:tcPr>
          <w:p w14:paraId="23FDE1D2" w14:textId="77777777" w:rsidR="00BA76A8" w:rsidRDefault="00734CE3">
            <w:r>
              <w:t>GO ∩ SFARI</w:t>
            </w:r>
          </w:p>
        </w:tc>
      </w:tr>
      <w:tr w:rsidR="00BA76A8" w14:paraId="2DF94CC2" w14:textId="77777777">
        <w:tc>
          <w:tcPr>
            <w:tcW w:w="4320" w:type="dxa"/>
          </w:tcPr>
          <w:p w14:paraId="1BFE76DD" w14:textId="77777777" w:rsidR="00BA76A8" w:rsidRDefault="00734CE3">
            <w:r>
              <w:t>GRIN1</w:t>
            </w:r>
          </w:p>
        </w:tc>
        <w:tc>
          <w:tcPr>
            <w:tcW w:w="4320" w:type="dxa"/>
          </w:tcPr>
          <w:p w14:paraId="0C22CC03" w14:textId="77777777" w:rsidR="00BA76A8" w:rsidRDefault="00734CE3">
            <w:r>
              <w:t>GO ∩ SFARI</w:t>
            </w:r>
          </w:p>
        </w:tc>
      </w:tr>
      <w:tr w:rsidR="00BA76A8" w14:paraId="621A6C02" w14:textId="77777777">
        <w:tc>
          <w:tcPr>
            <w:tcW w:w="4320" w:type="dxa"/>
          </w:tcPr>
          <w:p w14:paraId="500274C2" w14:textId="77777777" w:rsidR="00BA76A8" w:rsidRDefault="00734CE3">
            <w:r>
              <w:t>GRIN2A</w:t>
            </w:r>
          </w:p>
        </w:tc>
        <w:tc>
          <w:tcPr>
            <w:tcW w:w="4320" w:type="dxa"/>
          </w:tcPr>
          <w:p w14:paraId="09461EDB" w14:textId="77777777" w:rsidR="00BA76A8" w:rsidRDefault="00734CE3">
            <w:r>
              <w:t>GO ∩ SFARI</w:t>
            </w:r>
          </w:p>
        </w:tc>
      </w:tr>
      <w:tr w:rsidR="00BA76A8" w14:paraId="339B6D6A" w14:textId="77777777">
        <w:tc>
          <w:tcPr>
            <w:tcW w:w="4320" w:type="dxa"/>
          </w:tcPr>
          <w:p w14:paraId="2AAE6843" w14:textId="77777777" w:rsidR="00BA76A8" w:rsidRDefault="00734CE3">
            <w:r>
              <w:t>GRIN2B</w:t>
            </w:r>
          </w:p>
        </w:tc>
        <w:tc>
          <w:tcPr>
            <w:tcW w:w="4320" w:type="dxa"/>
          </w:tcPr>
          <w:p w14:paraId="7FE29C84" w14:textId="77777777" w:rsidR="00BA76A8" w:rsidRDefault="00734CE3">
            <w:r>
              <w:t>GO ∩ SFARI</w:t>
            </w:r>
          </w:p>
        </w:tc>
      </w:tr>
      <w:tr w:rsidR="00BA76A8" w14:paraId="2D5FF806" w14:textId="77777777">
        <w:tc>
          <w:tcPr>
            <w:tcW w:w="4320" w:type="dxa"/>
          </w:tcPr>
          <w:p w14:paraId="6CC13FEA" w14:textId="77777777" w:rsidR="00BA76A8" w:rsidRDefault="00734CE3">
            <w:r>
              <w:t>HCFC1</w:t>
            </w:r>
          </w:p>
        </w:tc>
        <w:tc>
          <w:tcPr>
            <w:tcW w:w="4320" w:type="dxa"/>
          </w:tcPr>
          <w:p w14:paraId="4CBDEDFE" w14:textId="77777777" w:rsidR="00BA76A8" w:rsidRDefault="00734CE3">
            <w:r>
              <w:t>GO ∩ SFARI</w:t>
            </w:r>
          </w:p>
        </w:tc>
      </w:tr>
      <w:tr w:rsidR="00BA76A8" w14:paraId="40449528" w14:textId="77777777">
        <w:tc>
          <w:tcPr>
            <w:tcW w:w="4320" w:type="dxa"/>
          </w:tcPr>
          <w:p w14:paraId="55BAD459" w14:textId="77777777" w:rsidR="00BA76A8" w:rsidRDefault="00734CE3">
            <w:r>
              <w:t>HDAC4</w:t>
            </w:r>
          </w:p>
        </w:tc>
        <w:tc>
          <w:tcPr>
            <w:tcW w:w="4320" w:type="dxa"/>
          </w:tcPr>
          <w:p w14:paraId="7B712FD2" w14:textId="77777777" w:rsidR="00BA76A8" w:rsidRDefault="00734CE3">
            <w:r>
              <w:t>GO ∩ SFARI</w:t>
            </w:r>
          </w:p>
        </w:tc>
      </w:tr>
      <w:tr w:rsidR="00BA76A8" w14:paraId="2ECCCF38" w14:textId="77777777">
        <w:tc>
          <w:tcPr>
            <w:tcW w:w="4320" w:type="dxa"/>
          </w:tcPr>
          <w:p w14:paraId="221B01C4" w14:textId="77777777" w:rsidR="00BA76A8" w:rsidRDefault="00734CE3">
            <w:r>
              <w:t>HECTD4</w:t>
            </w:r>
          </w:p>
        </w:tc>
        <w:tc>
          <w:tcPr>
            <w:tcW w:w="4320" w:type="dxa"/>
          </w:tcPr>
          <w:p w14:paraId="011F74B4" w14:textId="77777777" w:rsidR="00BA76A8" w:rsidRDefault="00734CE3">
            <w:r>
              <w:t>GO ∩ SFARI</w:t>
            </w:r>
          </w:p>
        </w:tc>
      </w:tr>
      <w:tr w:rsidR="00BA76A8" w14:paraId="0B7F17A1" w14:textId="77777777">
        <w:tc>
          <w:tcPr>
            <w:tcW w:w="4320" w:type="dxa"/>
          </w:tcPr>
          <w:p w14:paraId="0236692C" w14:textId="77777777" w:rsidR="00BA76A8" w:rsidRDefault="00734CE3">
            <w:r>
              <w:t>HERC2</w:t>
            </w:r>
          </w:p>
        </w:tc>
        <w:tc>
          <w:tcPr>
            <w:tcW w:w="4320" w:type="dxa"/>
          </w:tcPr>
          <w:p w14:paraId="7C6D6315" w14:textId="77777777" w:rsidR="00BA76A8" w:rsidRDefault="00734CE3">
            <w:r>
              <w:t>GO ∩ SFARI</w:t>
            </w:r>
          </w:p>
        </w:tc>
      </w:tr>
      <w:tr w:rsidR="00BA76A8" w14:paraId="5C6108F0" w14:textId="77777777">
        <w:tc>
          <w:tcPr>
            <w:tcW w:w="4320" w:type="dxa"/>
          </w:tcPr>
          <w:p w14:paraId="25BA3928" w14:textId="77777777" w:rsidR="00BA76A8" w:rsidRDefault="00734CE3">
            <w:r>
              <w:t>HLA-DRB1</w:t>
            </w:r>
          </w:p>
        </w:tc>
        <w:tc>
          <w:tcPr>
            <w:tcW w:w="4320" w:type="dxa"/>
          </w:tcPr>
          <w:p w14:paraId="742F79D0" w14:textId="77777777" w:rsidR="00BA76A8" w:rsidRDefault="00734CE3">
            <w:r>
              <w:t>GO ∩ SFARI</w:t>
            </w:r>
          </w:p>
        </w:tc>
      </w:tr>
      <w:tr w:rsidR="00BA76A8" w14:paraId="0CB2C8D8" w14:textId="77777777">
        <w:tc>
          <w:tcPr>
            <w:tcW w:w="4320" w:type="dxa"/>
          </w:tcPr>
          <w:p w14:paraId="11A0BA14" w14:textId="77777777" w:rsidR="00BA76A8" w:rsidRDefault="00734CE3">
            <w:r>
              <w:t>HOXA1</w:t>
            </w:r>
          </w:p>
        </w:tc>
        <w:tc>
          <w:tcPr>
            <w:tcW w:w="4320" w:type="dxa"/>
          </w:tcPr>
          <w:p w14:paraId="5E0F5167" w14:textId="77777777" w:rsidR="00BA76A8" w:rsidRDefault="00734CE3">
            <w:r>
              <w:t>GO ∩ SFARI</w:t>
            </w:r>
          </w:p>
        </w:tc>
      </w:tr>
      <w:tr w:rsidR="00BA76A8" w14:paraId="36620D2D" w14:textId="77777777">
        <w:tc>
          <w:tcPr>
            <w:tcW w:w="4320" w:type="dxa"/>
          </w:tcPr>
          <w:p w14:paraId="41CFB393" w14:textId="77777777" w:rsidR="00BA76A8" w:rsidRDefault="00734CE3">
            <w:r>
              <w:t>IKZF1</w:t>
            </w:r>
          </w:p>
        </w:tc>
        <w:tc>
          <w:tcPr>
            <w:tcW w:w="4320" w:type="dxa"/>
          </w:tcPr>
          <w:p w14:paraId="5828F594" w14:textId="77777777" w:rsidR="00BA76A8" w:rsidRDefault="00734CE3">
            <w:r>
              <w:t>GO ∩ SFARI</w:t>
            </w:r>
          </w:p>
        </w:tc>
      </w:tr>
      <w:tr w:rsidR="00BA76A8" w14:paraId="21C09B00" w14:textId="77777777">
        <w:tc>
          <w:tcPr>
            <w:tcW w:w="4320" w:type="dxa"/>
          </w:tcPr>
          <w:p w14:paraId="6AA04C17" w14:textId="77777777" w:rsidR="00BA76A8" w:rsidRDefault="00734CE3">
            <w:r>
              <w:t>INTS1</w:t>
            </w:r>
          </w:p>
        </w:tc>
        <w:tc>
          <w:tcPr>
            <w:tcW w:w="4320" w:type="dxa"/>
          </w:tcPr>
          <w:p w14:paraId="2293F8E8" w14:textId="77777777" w:rsidR="00BA76A8" w:rsidRDefault="00734CE3">
            <w:r>
              <w:t>GO ∩ SFARI</w:t>
            </w:r>
          </w:p>
        </w:tc>
      </w:tr>
      <w:tr w:rsidR="00BA76A8" w14:paraId="72DC98E0" w14:textId="77777777">
        <w:tc>
          <w:tcPr>
            <w:tcW w:w="4320" w:type="dxa"/>
          </w:tcPr>
          <w:p w14:paraId="750703BF" w14:textId="77777777" w:rsidR="00BA76A8" w:rsidRDefault="00734CE3">
            <w:r>
              <w:t>IRF2BPL</w:t>
            </w:r>
          </w:p>
        </w:tc>
        <w:tc>
          <w:tcPr>
            <w:tcW w:w="4320" w:type="dxa"/>
          </w:tcPr>
          <w:p w14:paraId="2927B1CC" w14:textId="77777777" w:rsidR="00BA76A8" w:rsidRDefault="00734CE3">
            <w:r>
              <w:t>GO ∩ SFARI</w:t>
            </w:r>
          </w:p>
        </w:tc>
      </w:tr>
      <w:tr w:rsidR="00BA76A8" w14:paraId="55B3594D" w14:textId="77777777">
        <w:tc>
          <w:tcPr>
            <w:tcW w:w="4320" w:type="dxa"/>
          </w:tcPr>
          <w:p w14:paraId="13E1CB4E" w14:textId="77777777" w:rsidR="00BA76A8" w:rsidRDefault="00734CE3">
            <w:r>
              <w:t>JARID2</w:t>
            </w:r>
          </w:p>
        </w:tc>
        <w:tc>
          <w:tcPr>
            <w:tcW w:w="4320" w:type="dxa"/>
          </w:tcPr>
          <w:p w14:paraId="5841219D" w14:textId="77777777" w:rsidR="00BA76A8" w:rsidRDefault="00734CE3">
            <w:r>
              <w:t>GO ∩ SFARI</w:t>
            </w:r>
          </w:p>
        </w:tc>
      </w:tr>
      <w:tr w:rsidR="00BA76A8" w14:paraId="3A75F49B" w14:textId="77777777">
        <w:tc>
          <w:tcPr>
            <w:tcW w:w="4320" w:type="dxa"/>
          </w:tcPr>
          <w:p w14:paraId="5C75D3EF" w14:textId="77777777" w:rsidR="00BA76A8" w:rsidRDefault="00734CE3">
            <w:r>
              <w:t>KCNC1</w:t>
            </w:r>
          </w:p>
        </w:tc>
        <w:tc>
          <w:tcPr>
            <w:tcW w:w="4320" w:type="dxa"/>
          </w:tcPr>
          <w:p w14:paraId="2F50666B" w14:textId="77777777" w:rsidR="00BA76A8" w:rsidRDefault="00734CE3">
            <w:r>
              <w:t>GO ∩ SFARI</w:t>
            </w:r>
          </w:p>
        </w:tc>
      </w:tr>
      <w:tr w:rsidR="00BA76A8" w14:paraId="380B69B3" w14:textId="77777777">
        <w:tc>
          <w:tcPr>
            <w:tcW w:w="4320" w:type="dxa"/>
          </w:tcPr>
          <w:p w14:paraId="5A35C110" w14:textId="77777777" w:rsidR="00BA76A8" w:rsidRDefault="00734CE3">
            <w:r>
              <w:t>KCNC2</w:t>
            </w:r>
          </w:p>
        </w:tc>
        <w:tc>
          <w:tcPr>
            <w:tcW w:w="4320" w:type="dxa"/>
          </w:tcPr>
          <w:p w14:paraId="5B3C6C16" w14:textId="77777777" w:rsidR="00BA76A8" w:rsidRDefault="00734CE3">
            <w:r>
              <w:t>GO ∩ SFARI</w:t>
            </w:r>
          </w:p>
        </w:tc>
      </w:tr>
      <w:tr w:rsidR="00BA76A8" w14:paraId="4BB0720D" w14:textId="77777777">
        <w:tc>
          <w:tcPr>
            <w:tcW w:w="4320" w:type="dxa"/>
          </w:tcPr>
          <w:p w14:paraId="28E2CC79" w14:textId="77777777" w:rsidR="00BA76A8" w:rsidRDefault="00734CE3">
            <w:r>
              <w:t>KCND3</w:t>
            </w:r>
          </w:p>
        </w:tc>
        <w:tc>
          <w:tcPr>
            <w:tcW w:w="4320" w:type="dxa"/>
          </w:tcPr>
          <w:p w14:paraId="1FCB0CA2" w14:textId="77777777" w:rsidR="00BA76A8" w:rsidRDefault="00734CE3">
            <w:r>
              <w:t>GO ∩ SFARI</w:t>
            </w:r>
          </w:p>
        </w:tc>
      </w:tr>
      <w:tr w:rsidR="00BA76A8" w14:paraId="6F987643" w14:textId="77777777">
        <w:tc>
          <w:tcPr>
            <w:tcW w:w="4320" w:type="dxa"/>
          </w:tcPr>
          <w:p w14:paraId="4B143656" w14:textId="77777777" w:rsidR="00BA76A8" w:rsidRDefault="00734CE3">
            <w:r>
              <w:t>KCNK7</w:t>
            </w:r>
          </w:p>
        </w:tc>
        <w:tc>
          <w:tcPr>
            <w:tcW w:w="4320" w:type="dxa"/>
          </w:tcPr>
          <w:p w14:paraId="6175645F" w14:textId="77777777" w:rsidR="00BA76A8" w:rsidRDefault="00734CE3">
            <w:r>
              <w:t>GO ∩ SFARI</w:t>
            </w:r>
          </w:p>
        </w:tc>
      </w:tr>
      <w:tr w:rsidR="00BA76A8" w14:paraId="03D44F79" w14:textId="77777777">
        <w:tc>
          <w:tcPr>
            <w:tcW w:w="4320" w:type="dxa"/>
          </w:tcPr>
          <w:p w14:paraId="46FDDBCE" w14:textId="77777777" w:rsidR="00BA76A8" w:rsidRDefault="00734CE3">
            <w:r>
              <w:t>KCNQ2</w:t>
            </w:r>
          </w:p>
        </w:tc>
        <w:tc>
          <w:tcPr>
            <w:tcW w:w="4320" w:type="dxa"/>
          </w:tcPr>
          <w:p w14:paraId="13E6443B" w14:textId="77777777" w:rsidR="00BA76A8" w:rsidRDefault="00734CE3">
            <w:r>
              <w:t>GO ∩ SFARI</w:t>
            </w:r>
          </w:p>
        </w:tc>
      </w:tr>
      <w:tr w:rsidR="00BA76A8" w14:paraId="5964BAF7" w14:textId="77777777">
        <w:tc>
          <w:tcPr>
            <w:tcW w:w="4320" w:type="dxa"/>
          </w:tcPr>
          <w:p w14:paraId="02F985BD" w14:textId="77777777" w:rsidR="00BA76A8" w:rsidRDefault="00734CE3">
            <w:r>
              <w:t>KCNQ3</w:t>
            </w:r>
          </w:p>
        </w:tc>
        <w:tc>
          <w:tcPr>
            <w:tcW w:w="4320" w:type="dxa"/>
          </w:tcPr>
          <w:p w14:paraId="398C60A7" w14:textId="77777777" w:rsidR="00BA76A8" w:rsidRDefault="00734CE3">
            <w:r>
              <w:t>GO ∩ SFARI</w:t>
            </w:r>
          </w:p>
        </w:tc>
      </w:tr>
      <w:tr w:rsidR="00BA76A8" w14:paraId="59125B91" w14:textId="77777777">
        <w:tc>
          <w:tcPr>
            <w:tcW w:w="4320" w:type="dxa"/>
          </w:tcPr>
          <w:p w14:paraId="08656D7A" w14:textId="77777777" w:rsidR="00BA76A8" w:rsidRDefault="00734CE3">
            <w:r>
              <w:t>KDM2B</w:t>
            </w:r>
          </w:p>
        </w:tc>
        <w:tc>
          <w:tcPr>
            <w:tcW w:w="4320" w:type="dxa"/>
          </w:tcPr>
          <w:p w14:paraId="36258955" w14:textId="77777777" w:rsidR="00BA76A8" w:rsidRDefault="00734CE3">
            <w:r>
              <w:t>GO ∩ SFARI</w:t>
            </w:r>
          </w:p>
        </w:tc>
      </w:tr>
      <w:tr w:rsidR="00BA76A8" w14:paraId="1D4025CA" w14:textId="77777777">
        <w:tc>
          <w:tcPr>
            <w:tcW w:w="4320" w:type="dxa"/>
          </w:tcPr>
          <w:p w14:paraId="304FB3C7" w14:textId="77777777" w:rsidR="00BA76A8" w:rsidRDefault="00734CE3">
            <w:r>
              <w:t>KDM4B</w:t>
            </w:r>
          </w:p>
        </w:tc>
        <w:tc>
          <w:tcPr>
            <w:tcW w:w="4320" w:type="dxa"/>
          </w:tcPr>
          <w:p w14:paraId="7CB0948F" w14:textId="77777777" w:rsidR="00BA76A8" w:rsidRDefault="00734CE3">
            <w:r>
              <w:t>GO ∩ SFARI</w:t>
            </w:r>
          </w:p>
        </w:tc>
      </w:tr>
      <w:tr w:rsidR="00BA76A8" w14:paraId="761ED0AF" w14:textId="77777777">
        <w:tc>
          <w:tcPr>
            <w:tcW w:w="4320" w:type="dxa"/>
          </w:tcPr>
          <w:p w14:paraId="40F68954" w14:textId="77777777" w:rsidR="00BA76A8" w:rsidRDefault="00734CE3">
            <w:r>
              <w:t>KDM6B</w:t>
            </w:r>
          </w:p>
        </w:tc>
        <w:tc>
          <w:tcPr>
            <w:tcW w:w="4320" w:type="dxa"/>
          </w:tcPr>
          <w:p w14:paraId="4CFF3847" w14:textId="77777777" w:rsidR="00BA76A8" w:rsidRDefault="00734CE3">
            <w:r>
              <w:t>GO ∩ SFARI</w:t>
            </w:r>
          </w:p>
        </w:tc>
      </w:tr>
      <w:tr w:rsidR="00BA76A8" w14:paraId="0E874A63" w14:textId="77777777">
        <w:tc>
          <w:tcPr>
            <w:tcW w:w="4320" w:type="dxa"/>
          </w:tcPr>
          <w:p w14:paraId="1738C210" w14:textId="77777777" w:rsidR="00BA76A8" w:rsidRDefault="00734CE3">
            <w:r>
              <w:t>KIF1A</w:t>
            </w:r>
          </w:p>
        </w:tc>
        <w:tc>
          <w:tcPr>
            <w:tcW w:w="4320" w:type="dxa"/>
          </w:tcPr>
          <w:p w14:paraId="77799648" w14:textId="77777777" w:rsidR="00BA76A8" w:rsidRDefault="00734CE3">
            <w:r>
              <w:t>GO ∩ SFARI</w:t>
            </w:r>
          </w:p>
        </w:tc>
      </w:tr>
      <w:tr w:rsidR="00BA76A8" w14:paraId="78C6CECD" w14:textId="77777777">
        <w:tc>
          <w:tcPr>
            <w:tcW w:w="4320" w:type="dxa"/>
          </w:tcPr>
          <w:p w14:paraId="773D5FC0" w14:textId="77777777" w:rsidR="00BA76A8" w:rsidRDefault="00734CE3">
            <w:r>
              <w:t>KIF5C</w:t>
            </w:r>
          </w:p>
        </w:tc>
        <w:tc>
          <w:tcPr>
            <w:tcW w:w="4320" w:type="dxa"/>
          </w:tcPr>
          <w:p w14:paraId="088F33E7" w14:textId="77777777" w:rsidR="00BA76A8" w:rsidRDefault="00734CE3">
            <w:r>
              <w:t>GO ∩ SFARI</w:t>
            </w:r>
          </w:p>
        </w:tc>
      </w:tr>
      <w:tr w:rsidR="00BA76A8" w14:paraId="7C3B036E" w14:textId="77777777">
        <w:tc>
          <w:tcPr>
            <w:tcW w:w="4320" w:type="dxa"/>
          </w:tcPr>
          <w:p w14:paraId="7DF87CEA" w14:textId="77777777" w:rsidR="00BA76A8" w:rsidRDefault="00734CE3">
            <w:r>
              <w:t>KMT2B</w:t>
            </w:r>
          </w:p>
        </w:tc>
        <w:tc>
          <w:tcPr>
            <w:tcW w:w="4320" w:type="dxa"/>
          </w:tcPr>
          <w:p w14:paraId="40DD1352" w14:textId="77777777" w:rsidR="00BA76A8" w:rsidRDefault="00734CE3">
            <w:r>
              <w:t>GO ∩ SFARI</w:t>
            </w:r>
          </w:p>
        </w:tc>
      </w:tr>
      <w:tr w:rsidR="00BA76A8" w14:paraId="75BCE518" w14:textId="77777777">
        <w:tc>
          <w:tcPr>
            <w:tcW w:w="4320" w:type="dxa"/>
          </w:tcPr>
          <w:p w14:paraId="7EFFA092" w14:textId="77777777" w:rsidR="00BA76A8" w:rsidRDefault="00734CE3">
            <w:r>
              <w:t>KMT2C</w:t>
            </w:r>
          </w:p>
        </w:tc>
        <w:tc>
          <w:tcPr>
            <w:tcW w:w="4320" w:type="dxa"/>
          </w:tcPr>
          <w:p w14:paraId="2FC00CEE" w14:textId="77777777" w:rsidR="00BA76A8" w:rsidRDefault="00734CE3">
            <w:r>
              <w:t>GO ∩ SFARI</w:t>
            </w:r>
          </w:p>
        </w:tc>
      </w:tr>
      <w:tr w:rsidR="00BA76A8" w14:paraId="00AA91D4" w14:textId="77777777">
        <w:tc>
          <w:tcPr>
            <w:tcW w:w="4320" w:type="dxa"/>
          </w:tcPr>
          <w:p w14:paraId="6AADB35E" w14:textId="77777777" w:rsidR="00BA76A8" w:rsidRDefault="00734CE3">
            <w:r>
              <w:t>LIN7B</w:t>
            </w:r>
          </w:p>
        </w:tc>
        <w:tc>
          <w:tcPr>
            <w:tcW w:w="4320" w:type="dxa"/>
          </w:tcPr>
          <w:p w14:paraId="24C6FB7C" w14:textId="77777777" w:rsidR="00BA76A8" w:rsidRDefault="00734CE3">
            <w:r>
              <w:t>GO ∩ SFARI</w:t>
            </w:r>
          </w:p>
        </w:tc>
      </w:tr>
      <w:tr w:rsidR="00BA76A8" w14:paraId="57F643E4" w14:textId="77777777">
        <w:tc>
          <w:tcPr>
            <w:tcW w:w="4320" w:type="dxa"/>
          </w:tcPr>
          <w:p w14:paraId="2AA913F6" w14:textId="77777777" w:rsidR="00BA76A8" w:rsidRDefault="00734CE3">
            <w:r>
              <w:t>LMTK3</w:t>
            </w:r>
          </w:p>
        </w:tc>
        <w:tc>
          <w:tcPr>
            <w:tcW w:w="4320" w:type="dxa"/>
          </w:tcPr>
          <w:p w14:paraId="336F82B6" w14:textId="77777777" w:rsidR="00BA76A8" w:rsidRDefault="00734CE3">
            <w:r>
              <w:t>GO ∩ SFARI</w:t>
            </w:r>
          </w:p>
        </w:tc>
      </w:tr>
      <w:tr w:rsidR="00BA76A8" w14:paraId="19E7B1BD" w14:textId="77777777">
        <w:tc>
          <w:tcPr>
            <w:tcW w:w="4320" w:type="dxa"/>
          </w:tcPr>
          <w:p w14:paraId="1D9753C4" w14:textId="77777777" w:rsidR="00BA76A8" w:rsidRDefault="00734CE3">
            <w:r>
              <w:t>LMX1B</w:t>
            </w:r>
          </w:p>
        </w:tc>
        <w:tc>
          <w:tcPr>
            <w:tcW w:w="4320" w:type="dxa"/>
          </w:tcPr>
          <w:p w14:paraId="51753E66" w14:textId="77777777" w:rsidR="00BA76A8" w:rsidRDefault="00734CE3">
            <w:r>
              <w:t>GO ∩ SFARI</w:t>
            </w:r>
          </w:p>
        </w:tc>
      </w:tr>
      <w:tr w:rsidR="00BA76A8" w14:paraId="49926800" w14:textId="77777777">
        <w:tc>
          <w:tcPr>
            <w:tcW w:w="4320" w:type="dxa"/>
          </w:tcPr>
          <w:p w14:paraId="689A5B9A" w14:textId="77777777" w:rsidR="00BA76A8" w:rsidRDefault="00734CE3">
            <w:r>
              <w:t>LRBA</w:t>
            </w:r>
          </w:p>
        </w:tc>
        <w:tc>
          <w:tcPr>
            <w:tcW w:w="4320" w:type="dxa"/>
          </w:tcPr>
          <w:p w14:paraId="04B908C7" w14:textId="77777777" w:rsidR="00BA76A8" w:rsidRDefault="00734CE3">
            <w:r>
              <w:t>GO ∩ SFARI</w:t>
            </w:r>
          </w:p>
        </w:tc>
      </w:tr>
      <w:tr w:rsidR="00BA76A8" w14:paraId="633628D5" w14:textId="77777777">
        <w:tc>
          <w:tcPr>
            <w:tcW w:w="4320" w:type="dxa"/>
          </w:tcPr>
          <w:p w14:paraId="10AC9A33" w14:textId="77777777" w:rsidR="00BA76A8" w:rsidRDefault="00734CE3">
            <w:r>
              <w:t>LRFN2</w:t>
            </w:r>
          </w:p>
        </w:tc>
        <w:tc>
          <w:tcPr>
            <w:tcW w:w="4320" w:type="dxa"/>
          </w:tcPr>
          <w:p w14:paraId="48A453F8" w14:textId="77777777" w:rsidR="00BA76A8" w:rsidRDefault="00734CE3">
            <w:r>
              <w:t>GO ∩ SFARI</w:t>
            </w:r>
          </w:p>
        </w:tc>
      </w:tr>
      <w:tr w:rsidR="00BA76A8" w14:paraId="526B0497" w14:textId="77777777">
        <w:tc>
          <w:tcPr>
            <w:tcW w:w="4320" w:type="dxa"/>
          </w:tcPr>
          <w:p w14:paraId="2FC9681E" w14:textId="77777777" w:rsidR="00BA76A8" w:rsidRDefault="00734CE3">
            <w:r>
              <w:lastRenderedPageBreak/>
              <w:t>MAPK8IP3</w:t>
            </w:r>
          </w:p>
        </w:tc>
        <w:tc>
          <w:tcPr>
            <w:tcW w:w="4320" w:type="dxa"/>
          </w:tcPr>
          <w:p w14:paraId="5CAC2096" w14:textId="77777777" w:rsidR="00BA76A8" w:rsidRDefault="00734CE3">
            <w:r>
              <w:t>GO ∩ SFARI</w:t>
            </w:r>
          </w:p>
        </w:tc>
      </w:tr>
      <w:tr w:rsidR="00BA76A8" w14:paraId="2AE56569" w14:textId="77777777">
        <w:tc>
          <w:tcPr>
            <w:tcW w:w="4320" w:type="dxa"/>
          </w:tcPr>
          <w:p w14:paraId="6E9BF67C" w14:textId="77777777" w:rsidR="00BA76A8" w:rsidRDefault="00734CE3">
            <w:r>
              <w:t>MARK2</w:t>
            </w:r>
          </w:p>
        </w:tc>
        <w:tc>
          <w:tcPr>
            <w:tcW w:w="4320" w:type="dxa"/>
          </w:tcPr>
          <w:p w14:paraId="704BE6E2" w14:textId="77777777" w:rsidR="00BA76A8" w:rsidRDefault="00734CE3">
            <w:r>
              <w:t>GO ∩ SFARI</w:t>
            </w:r>
          </w:p>
        </w:tc>
      </w:tr>
      <w:tr w:rsidR="00BA76A8" w14:paraId="1468E05D" w14:textId="77777777">
        <w:tc>
          <w:tcPr>
            <w:tcW w:w="4320" w:type="dxa"/>
          </w:tcPr>
          <w:p w14:paraId="3D7049FB" w14:textId="77777777" w:rsidR="00BA76A8" w:rsidRDefault="00734CE3">
            <w:r>
              <w:t>MAST1</w:t>
            </w:r>
          </w:p>
        </w:tc>
        <w:tc>
          <w:tcPr>
            <w:tcW w:w="4320" w:type="dxa"/>
          </w:tcPr>
          <w:p w14:paraId="17D2FE0C" w14:textId="77777777" w:rsidR="00BA76A8" w:rsidRDefault="00734CE3">
            <w:r>
              <w:t>GO ∩ SFARI</w:t>
            </w:r>
          </w:p>
        </w:tc>
      </w:tr>
      <w:tr w:rsidR="00BA76A8" w14:paraId="3DB1308F" w14:textId="77777777">
        <w:tc>
          <w:tcPr>
            <w:tcW w:w="4320" w:type="dxa"/>
          </w:tcPr>
          <w:p w14:paraId="167406A3" w14:textId="77777777" w:rsidR="00BA76A8" w:rsidRDefault="00734CE3">
            <w:r>
              <w:t>MAST3</w:t>
            </w:r>
          </w:p>
        </w:tc>
        <w:tc>
          <w:tcPr>
            <w:tcW w:w="4320" w:type="dxa"/>
          </w:tcPr>
          <w:p w14:paraId="7C2F4D30" w14:textId="77777777" w:rsidR="00BA76A8" w:rsidRDefault="00734CE3">
            <w:r>
              <w:t>GO ∩ SFARI</w:t>
            </w:r>
          </w:p>
        </w:tc>
      </w:tr>
      <w:tr w:rsidR="00BA76A8" w14:paraId="2A38C49B" w14:textId="77777777">
        <w:tc>
          <w:tcPr>
            <w:tcW w:w="4320" w:type="dxa"/>
          </w:tcPr>
          <w:p w14:paraId="51A0BD2F" w14:textId="77777777" w:rsidR="00BA76A8" w:rsidRDefault="00734CE3">
            <w:r>
              <w:t>MBD1</w:t>
            </w:r>
          </w:p>
        </w:tc>
        <w:tc>
          <w:tcPr>
            <w:tcW w:w="4320" w:type="dxa"/>
          </w:tcPr>
          <w:p w14:paraId="1E8688BF" w14:textId="77777777" w:rsidR="00BA76A8" w:rsidRDefault="00734CE3">
            <w:r>
              <w:t>GO ∩ SFARI</w:t>
            </w:r>
          </w:p>
        </w:tc>
      </w:tr>
      <w:tr w:rsidR="00BA76A8" w14:paraId="082D4448" w14:textId="77777777">
        <w:tc>
          <w:tcPr>
            <w:tcW w:w="4320" w:type="dxa"/>
          </w:tcPr>
          <w:p w14:paraId="5EDB3125" w14:textId="77777777" w:rsidR="00BA76A8" w:rsidRDefault="00734CE3">
            <w:r>
              <w:t>MBD3</w:t>
            </w:r>
          </w:p>
        </w:tc>
        <w:tc>
          <w:tcPr>
            <w:tcW w:w="4320" w:type="dxa"/>
          </w:tcPr>
          <w:p w14:paraId="19F9332F" w14:textId="77777777" w:rsidR="00BA76A8" w:rsidRDefault="00734CE3">
            <w:r>
              <w:t>GO ∩ SFARI</w:t>
            </w:r>
          </w:p>
        </w:tc>
      </w:tr>
      <w:tr w:rsidR="00BA76A8" w14:paraId="148B6BE9" w14:textId="77777777">
        <w:tc>
          <w:tcPr>
            <w:tcW w:w="4320" w:type="dxa"/>
          </w:tcPr>
          <w:p w14:paraId="4BA12618" w14:textId="77777777" w:rsidR="00BA76A8" w:rsidRDefault="00734CE3">
            <w:r>
              <w:t>MBOAT7</w:t>
            </w:r>
          </w:p>
        </w:tc>
        <w:tc>
          <w:tcPr>
            <w:tcW w:w="4320" w:type="dxa"/>
          </w:tcPr>
          <w:p w14:paraId="003F3972" w14:textId="77777777" w:rsidR="00BA76A8" w:rsidRDefault="00734CE3">
            <w:r>
              <w:t>GO ∩ SFARI</w:t>
            </w:r>
          </w:p>
        </w:tc>
      </w:tr>
      <w:tr w:rsidR="00BA76A8" w14:paraId="14C8CF9D" w14:textId="77777777">
        <w:tc>
          <w:tcPr>
            <w:tcW w:w="4320" w:type="dxa"/>
          </w:tcPr>
          <w:p w14:paraId="43B7848A" w14:textId="77777777" w:rsidR="00BA76A8" w:rsidRDefault="00734CE3">
            <w:r>
              <w:t>MCPH1</w:t>
            </w:r>
          </w:p>
        </w:tc>
        <w:tc>
          <w:tcPr>
            <w:tcW w:w="4320" w:type="dxa"/>
          </w:tcPr>
          <w:p w14:paraId="7264817F" w14:textId="77777777" w:rsidR="00BA76A8" w:rsidRDefault="00734CE3">
            <w:r>
              <w:t>GO ∩ SFARI</w:t>
            </w:r>
          </w:p>
        </w:tc>
      </w:tr>
      <w:tr w:rsidR="00BA76A8" w14:paraId="7DCE3D62" w14:textId="77777777">
        <w:tc>
          <w:tcPr>
            <w:tcW w:w="4320" w:type="dxa"/>
          </w:tcPr>
          <w:p w14:paraId="76D171DB" w14:textId="77777777" w:rsidR="00BA76A8" w:rsidRDefault="00734CE3">
            <w:r>
              <w:t>METTL26</w:t>
            </w:r>
          </w:p>
        </w:tc>
        <w:tc>
          <w:tcPr>
            <w:tcW w:w="4320" w:type="dxa"/>
          </w:tcPr>
          <w:p w14:paraId="5C09C4C2" w14:textId="77777777" w:rsidR="00BA76A8" w:rsidRDefault="00734CE3">
            <w:r>
              <w:t>GO ∩ SFARI</w:t>
            </w:r>
          </w:p>
        </w:tc>
      </w:tr>
      <w:tr w:rsidR="00BA76A8" w14:paraId="42E573AC" w14:textId="77777777">
        <w:tc>
          <w:tcPr>
            <w:tcW w:w="4320" w:type="dxa"/>
          </w:tcPr>
          <w:p w14:paraId="6C15E2EB" w14:textId="77777777" w:rsidR="00BA76A8" w:rsidRDefault="00734CE3">
            <w:r>
              <w:t>MSL3</w:t>
            </w:r>
          </w:p>
        </w:tc>
        <w:tc>
          <w:tcPr>
            <w:tcW w:w="4320" w:type="dxa"/>
          </w:tcPr>
          <w:p w14:paraId="1EAF3733" w14:textId="77777777" w:rsidR="00BA76A8" w:rsidRDefault="00734CE3">
            <w:r>
              <w:t>GO ∩ SFARI</w:t>
            </w:r>
          </w:p>
        </w:tc>
      </w:tr>
      <w:tr w:rsidR="00BA76A8" w14:paraId="614C3B19" w14:textId="77777777">
        <w:tc>
          <w:tcPr>
            <w:tcW w:w="4320" w:type="dxa"/>
          </w:tcPr>
          <w:p w14:paraId="779366A5" w14:textId="77777777" w:rsidR="00BA76A8" w:rsidRDefault="00734CE3">
            <w:r>
              <w:t>MUC4</w:t>
            </w:r>
          </w:p>
        </w:tc>
        <w:tc>
          <w:tcPr>
            <w:tcW w:w="4320" w:type="dxa"/>
          </w:tcPr>
          <w:p w14:paraId="6CD5CDFC" w14:textId="77777777" w:rsidR="00BA76A8" w:rsidRDefault="00734CE3">
            <w:r>
              <w:t>GO ∩ SFARI</w:t>
            </w:r>
          </w:p>
        </w:tc>
      </w:tr>
      <w:tr w:rsidR="00BA76A8" w14:paraId="0417F0C9" w14:textId="77777777">
        <w:tc>
          <w:tcPr>
            <w:tcW w:w="4320" w:type="dxa"/>
          </w:tcPr>
          <w:p w14:paraId="44842658" w14:textId="77777777" w:rsidR="00BA76A8" w:rsidRDefault="00734CE3">
            <w:r>
              <w:t>MYH10</w:t>
            </w:r>
          </w:p>
        </w:tc>
        <w:tc>
          <w:tcPr>
            <w:tcW w:w="4320" w:type="dxa"/>
          </w:tcPr>
          <w:p w14:paraId="1CBFC5E7" w14:textId="77777777" w:rsidR="00BA76A8" w:rsidRDefault="00734CE3">
            <w:r>
              <w:t>GO ∩ SFARI</w:t>
            </w:r>
          </w:p>
        </w:tc>
      </w:tr>
      <w:tr w:rsidR="00BA76A8" w14:paraId="61FEB681" w14:textId="77777777">
        <w:tc>
          <w:tcPr>
            <w:tcW w:w="4320" w:type="dxa"/>
          </w:tcPr>
          <w:p w14:paraId="257CF589" w14:textId="77777777" w:rsidR="00BA76A8" w:rsidRDefault="00734CE3">
            <w:r>
              <w:t>MYH9</w:t>
            </w:r>
          </w:p>
        </w:tc>
        <w:tc>
          <w:tcPr>
            <w:tcW w:w="4320" w:type="dxa"/>
          </w:tcPr>
          <w:p w14:paraId="45E44A2F" w14:textId="77777777" w:rsidR="00BA76A8" w:rsidRDefault="00734CE3">
            <w:r>
              <w:t>GO ∩ SFARI</w:t>
            </w:r>
          </w:p>
        </w:tc>
      </w:tr>
      <w:tr w:rsidR="00BA76A8" w14:paraId="642351C3" w14:textId="77777777">
        <w:tc>
          <w:tcPr>
            <w:tcW w:w="4320" w:type="dxa"/>
          </w:tcPr>
          <w:p w14:paraId="03AC4D02" w14:textId="77777777" w:rsidR="00BA76A8" w:rsidRDefault="00734CE3">
            <w:r>
              <w:t>MYO16</w:t>
            </w:r>
          </w:p>
        </w:tc>
        <w:tc>
          <w:tcPr>
            <w:tcW w:w="4320" w:type="dxa"/>
          </w:tcPr>
          <w:p w14:paraId="0412E68D" w14:textId="77777777" w:rsidR="00BA76A8" w:rsidRDefault="00734CE3">
            <w:r>
              <w:t>GO ∩ SFARI</w:t>
            </w:r>
          </w:p>
        </w:tc>
      </w:tr>
      <w:tr w:rsidR="00BA76A8" w14:paraId="44243345" w14:textId="77777777">
        <w:tc>
          <w:tcPr>
            <w:tcW w:w="4320" w:type="dxa"/>
          </w:tcPr>
          <w:p w14:paraId="3A049BED" w14:textId="77777777" w:rsidR="00BA76A8" w:rsidRDefault="00734CE3">
            <w:r>
              <w:t>MYO1E</w:t>
            </w:r>
          </w:p>
        </w:tc>
        <w:tc>
          <w:tcPr>
            <w:tcW w:w="4320" w:type="dxa"/>
          </w:tcPr>
          <w:p w14:paraId="5DDEB720" w14:textId="77777777" w:rsidR="00BA76A8" w:rsidRDefault="00734CE3">
            <w:r>
              <w:t>GO ∩ SFARI</w:t>
            </w:r>
          </w:p>
        </w:tc>
      </w:tr>
      <w:tr w:rsidR="00BA76A8" w14:paraId="762678D1" w14:textId="77777777">
        <w:tc>
          <w:tcPr>
            <w:tcW w:w="4320" w:type="dxa"/>
          </w:tcPr>
          <w:p w14:paraId="3BCFC671" w14:textId="77777777" w:rsidR="00BA76A8" w:rsidRDefault="00734CE3">
            <w:r>
              <w:t>MYO9B</w:t>
            </w:r>
          </w:p>
        </w:tc>
        <w:tc>
          <w:tcPr>
            <w:tcW w:w="4320" w:type="dxa"/>
          </w:tcPr>
          <w:p w14:paraId="2CFCB7DE" w14:textId="77777777" w:rsidR="00BA76A8" w:rsidRDefault="00734CE3">
            <w:r>
              <w:t>GO ∩ SFARI</w:t>
            </w:r>
          </w:p>
        </w:tc>
      </w:tr>
      <w:tr w:rsidR="00BA76A8" w14:paraId="0CEC0A61" w14:textId="77777777">
        <w:tc>
          <w:tcPr>
            <w:tcW w:w="4320" w:type="dxa"/>
          </w:tcPr>
          <w:p w14:paraId="3CF5DA78" w14:textId="77777777" w:rsidR="00BA76A8" w:rsidRDefault="00734CE3">
            <w:r>
              <w:t>MYT1L</w:t>
            </w:r>
          </w:p>
        </w:tc>
        <w:tc>
          <w:tcPr>
            <w:tcW w:w="4320" w:type="dxa"/>
          </w:tcPr>
          <w:p w14:paraId="3ECB00D7" w14:textId="77777777" w:rsidR="00BA76A8" w:rsidRDefault="00734CE3">
            <w:r>
              <w:t>GO ∩ SFARI</w:t>
            </w:r>
          </w:p>
        </w:tc>
      </w:tr>
      <w:tr w:rsidR="00BA76A8" w14:paraId="5A2900D9" w14:textId="77777777">
        <w:tc>
          <w:tcPr>
            <w:tcW w:w="4320" w:type="dxa"/>
          </w:tcPr>
          <w:p w14:paraId="5656EFA6" w14:textId="77777777" w:rsidR="00BA76A8" w:rsidRDefault="00734CE3">
            <w:r>
              <w:t>NCKAP5</w:t>
            </w:r>
          </w:p>
        </w:tc>
        <w:tc>
          <w:tcPr>
            <w:tcW w:w="4320" w:type="dxa"/>
          </w:tcPr>
          <w:p w14:paraId="603486EC" w14:textId="77777777" w:rsidR="00BA76A8" w:rsidRDefault="00734CE3">
            <w:r>
              <w:t>GO ∩ SFARI</w:t>
            </w:r>
          </w:p>
        </w:tc>
      </w:tr>
      <w:tr w:rsidR="00BA76A8" w14:paraId="58FF995A" w14:textId="77777777">
        <w:tc>
          <w:tcPr>
            <w:tcW w:w="4320" w:type="dxa"/>
          </w:tcPr>
          <w:p w14:paraId="72125AFF" w14:textId="77777777" w:rsidR="00BA76A8" w:rsidRDefault="00734CE3">
            <w:r>
              <w:t>NF1</w:t>
            </w:r>
          </w:p>
        </w:tc>
        <w:tc>
          <w:tcPr>
            <w:tcW w:w="4320" w:type="dxa"/>
          </w:tcPr>
          <w:p w14:paraId="4539E47E" w14:textId="77777777" w:rsidR="00BA76A8" w:rsidRDefault="00734CE3">
            <w:r>
              <w:t>GO ∩ SFARI</w:t>
            </w:r>
          </w:p>
        </w:tc>
      </w:tr>
      <w:tr w:rsidR="00BA76A8" w14:paraId="22856C07" w14:textId="77777777">
        <w:tc>
          <w:tcPr>
            <w:tcW w:w="4320" w:type="dxa"/>
          </w:tcPr>
          <w:p w14:paraId="60AAFAE5" w14:textId="77777777" w:rsidR="00BA76A8" w:rsidRDefault="00734CE3">
            <w:r>
              <w:t>NFE2L3</w:t>
            </w:r>
          </w:p>
        </w:tc>
        <w:tc>
          <w:tcPr>
            <w:tcW w:w="4320" w:type="dxa"/>
          </w:tcPr>
          <w:p w14:paraId="1A67FDEF" w14:textId="77777777" w:rsidR="00BA76A8" w:rsidRDefault="00734CE3">
            <w:r>
              <w:t>GO ∩ SFARI</w:t>
            </w:r>
          </w:p>
        </w:tc>
      </w:tr>
      <w:tr w:rsidR="00BA76A8" w14:paraId="3A9232A8" w14:textId="77777777">
        <w:tc>
          <w:tcPr>
            <w:tcW w:w="4320" w:type="dxa"/>
          </w:tcPr>
          <w:p w14:paraId="738E16D7" w14:textId="77777777" w:rsidR="00BA76A8" w:rsidRDefault="00734CE3">
            <w:r>
              <w:t>NFIX</w:t>
            </w:r>
          </w:p>
        </w:tc>
        <w:tc>
          <w:tcPr>
            <w:tcW w:w="4320" w:type="dxa"/>
          </w:tcPr>
          <w:p w14:paraId="2D0F2F31" w14:textId="77777777" w:rsidR="00BA76A8" w:rsidRDefault="00734CE3">
            <w:r>
              <w:t>GO ∩ SFARI</w:t>
            </w:r>
          </w:p>
        </w:tc>
      </w:tr>
      <w:tr w:rsidR="00BA76A8" w14:paraId="6C498223" w14:textId="77777777">
        <w:tc>
          <w:tcPr>
            <w:tcW w:w="4320" w:type="dxa"/>
          </w:tcPr>
          <w:p w14:paraId="15AE384B" w14:textId="77777777" w:rsidR="00BA76A8" w:rsidRDefault="00734CE3">
            <w:r>
              <w:t>NKX2-2</w:t>
            </w:r>
          </w:p>
        </w:tc>
        <w:tc>
          <w:tcPr>
            <w:tcW w:w="4320" w:type="dxa"/>
          </w:tcPr>
          <w:p w14:paraId="57B23FE1" w14:textId="77777777" w:rsidR="00BA76A8" w:rsidRDefault="00734CE3">
            <w:r>
              <w:t>GO ∩ SFARI</w:t>
            </w:r>
          </w:p>
        </w:tc>
      </w:tr>
      <w:tr w:rsidR="00BA76A8" w14:paraId="31A3B710" w14:textId="77777777">
        <w:tc>
          <w:tcPr>
            <w:tcW w:w="4320" w:type="dxa"/>
          </w:tcPr>
          <w:p w14:paraId="5B126C07" w14:textId="77777777" w:rsidR="00BA76A8" w:rsidRDefault="00734CE3">
            <w:r>
              <w:t>NLGN4X</w:t>
            </w:r>
          </w:p>
        </w:tc>
        <w:tc>
          <w:tcPr>
            <w:tcW w:w="4320" w:type="dxa"/>
          </w:tcPr>
          <w:p w14:paraId="6CC7375C" w14:textId="77777777" w:rsidR="00BA76A8" w:rsidRDefault="00734CE3">
            <w:r>
              <w:t>GO ∩ SFARI</w:t>
            </w:r>
          </w:p>
        </w:tc>
      </w:tr>
      <w:tr w:rsidR="00BA76A8" w14:paraId="577531F4" w14:textId="77777777">
        <w:tc>
          <w:tcPr>
            <w:tcW w:w="4320" w:type="dxa"/>
          </w:tcPr>
          <w:p w14:paraId="70B2B75A" w14:textId="77777777" w:rsidR="00BA76A8" w:rsidRDefault="00734CE3">
            <w:r>
              <w:t>NOTCH1</w:t>
            </w:r>
          </w:p>
        </w:tc>
        <w:tc>
          <w:tcPr>
            <w:tcW w:w="4320" w:type="dxa"/>
          </w:tcPr>
          <w:p w14:paraId="1330F009" w14:textId="77777777" w:rsidR="00BA76A8" w:rsidRDefault="00734CE3">
            <w:r>
              <w:t>GO ∩ SFARI</w:t>
            </w:r>
          </w:p>
        </w:tc>
      </w:tr>
      <w:tr w:rsidR="00BA76A8" w14:paraId="4D6C8622" w14:textId="77777777">
        <w:tc>
          <w:tcPr>
            <w:tcW w:w="4320" w:type="dxa"/>
          </w:tcPr>
          <w:p w14:paraId="460A4FAE" w14:textId="77777777" w:rsidR="00BA76A8" w:rsidRDefault="00734CE3">
            <w:r>
              <w:t>NOVA2</w:t>
            </w:r>
          </w:p>
        </w:tc>
        <w:tc>
          <w:tcPr>
            <w:tcW w:w="4320" w:type="dxa"/>
          </w:tcPr>
          <w:p w14:paraId="149FB196" w14:textId="77777777" w:rsidR="00BA76A8" w:rsidRDefault="00734CE3">
            <w:r>
              <w:t>GO ∩ SFARI</w:t>
            </w:r>
          </w:p>
        </w:tc>
      </w:tr>
      <w:tr w:rsidR="00BA76A8" w14:paraId="7F3010A7" w14:textId="77777777">
        <w:tc>
          <w:tcPr>
            <w:tcW w:w="4320" w:type="dxa"/>
          </w:tcPr>
          <w:p w14:paraId="57629A7F" w14:textId="77777777" w:rsidR="00BA76A8" w:rsidRDefault="00734CE3">
            <w:r>
              <w:t>NPAS3</w:t>
            </w:r>
          </w:p>
        </w:tc>
        <w:tc>
          <w:tcPr>
            <w:tcW w:w="4320" w:type="dxa"/>
          </w:tcPr>
          <w:p w14:paraId="7CCDD34C" w14:textId="77777777" w:rsidR="00BA76A8" w:rsidRDefault="00734CE3">
            <w:r>
              <w:t>GO ∩ SFARI</w:t>
            </w:r>
          </w:p>
        </w:tc>
      </w:tr>
      <w:tr w:rsidR="00BA76A8" w14:paraId="7389AB50" w14:textId="77777777">
        <w:tc>
          <w:tcPr>
            <w:tcW w:w="4320" w:type="dxa"/>
          </w:tcPr>
          <w:p w14:paraId="71FBD538" w14:textId="77777777" w:rsidR="00BA76A8" w:rsidRDefault="00734CE3">
            <w:r>
              <w:t>NPFFR2</w:t>
            </w:r>
          </w:p>
        </w:tc>
        <w:tc>
          <w:tcPr>
            <w:tcW w:w="4320" w:type="dxa"/>
          </w:tcPr>
          <w:p w14:paraId="652FBD9A" w14:textId="77777777" w:rsidR="00BA76A8" w:rsidRDefault="00734CE3">
            <w:r>
              <w:t>GO ∩ SFARI</w:t>
            </w:r>
          </w:p>
        </w:tc>
      </w:tr>
      <w:tr w:rsidR="00BA76A8" w14:paraId="51030D15" w14:textId="77777777">
        <w:tc>
          <w:tcPr>
            <w:tcW w:w="4320" w:type="dxa"/>
          </w:tcPr>
          <w:p w14:paraId="037E0B43" w14:textId="77777777" w:rsidR="00BA76A8" w:rsidRDefault="00734CE3">
            <w:r>
              <w:t>NR1D1</w:t>
            </w:r>
          </w:p>
        </w:tc>
        <w:tc>
          <w:tcPr>
            <w:tcW w:w="4320" w:type="dxa"/>
          </w:tcPr>
          <w:p w14:paraId="1582ABBC" w14:textId="77777777" w:rsidR="00BA76A8" w:rsidRDefault="00734CE3">
            <w:r>
              <w:t>GO ∩ SFARI</w:t>
            </w:r>
          </w:p>
        </w:tc>
      </w:tr>
      <w:tr w:rsidR="00BA76A8" w14:paraId="7D68BC31" w14:textId="77777777">
        <w:tc>
          <w:tcPr>
            <w:tcW w:w="4320" w:type="dxa"/>
          </w:tcPr>
          <w:p w14:paraId="7D19CAE6" w14:textId="77777777" w:rsidR="00BA76A8" w:rsidRDefault="00734CE3">
            <w:r>
              <w:t>NR2F1</w:t>
            </w:r>
          </w:p>
        </w:tc>
        <w:tc>
          <w:tcPr>
            <w:tcW w:w="4320" w:type="dxa"/>
          </w:tcPr>
          <w:p w14:paraId="6189C573" w14:textId="77777777" w:rsidR="00BA76A8" w:rsidRDefault="00734CE3">
            <w:r>
              <w:t>GO ∩ SFARI</w:t>
            </w:r>
          </w:p>
        </w:tc>
      </w:tr>
      <w:tr w:rsidR="00BA76A8" w14:paraId="7D7DE6D2" w14:textId="77777777">
        <w:tc>
          <w:tcPr>
            <w:tcW w:w="4320" w:type="dxa"/>
          </w:tcPr>
          <w:p w14:paraId="3608A7D3" w14:textId="77777777" w:rsidR="00BA76A8" w:rsidRDefault="00734CE3">
            <w:r>
              <w:t>NR4A2</w:t>
            </w:r>
          </w:p>
        </w:tc>
        <w:tc>
          <w:tcPr>
            <w:tcW w:w="4320" w:type="dxa"/>
          </w:tcPr>
          <w:p w14:paraId="051B2598" w14:textId="77777777" w:rsidR="00BA76A8" w:rsidRDefault="00734CE3">
            <w:r>
              <w:t>GO ∩ SFARI</w:t>
            </w:r>
          </w:p>
        </w:tc>
      </w:tr>
      <w:tr w:rsidR="00BA76A8" w14:paraId="6F1E68C4" w14:textId="77777777">
        <w:tc>
          <w:tcPr>
            <w:tcW w:w="4320" w:type="dxa"/>
          </w:tcPr>
          <w:p w14:paraId="620D05BE" w14:textId="77777777" w:rsidR="00BA76A8" w:rsidRDefault="00734CE3">
            <w:r>
              <w:t>NRP2</w:t>
            </w:r>
          </w:p>
        </w:tc>
        <w:tc>
          <w:tcPr>
            <w:tcW w:w="4320" w:type="dxa"/>
          </w:tcPr>
          <w:p w14:paraId="28A222D1" w14:textId="77777777" w:rsidR="00BA76A8" w:rsidRDefault="00734CE3">
            <w:r>
              <w:t>GO ∩ SFARI</w:t>
            </w:r>
          </w:p>
        </w:tc>
      </w:tr>
      <w:tr w:rsidR="00BA76A8" w14:paraId="4E7899E7" w14:textId="77777777">
        <w:tc>
          <w:tcPr>
            <w:tcW w:w="4320" w:type="dxa"/>
          </w:tcPr>
          <w:p w14:paraId="7CA613EC" w14:textId="77777777" w:rsidR="00BA76A8" w:rsidRDefault="00734CE3">
            <w:r>
              <w:t>NRXN1</w:t>
            </w:r>
          </w:p>
        </w:tc>
        <w:tc>
          <w:tcPr>
            <w:tcW w:w="4320" w:type="dxa"/>
          </w:tcPr>
          <w:p w14:paraId="0A573428" w14:textId="77777777" w:rsidR="00BA76A8" w:rsidRDefault="00734CE3">
            <w:r>
              <w:t>GO ∩ SFARI</w:t>
            </w:r>
          </w:p>
        </w:tc>
      </w:tr>
      <w:tr w:rsidR="00BA76A8" w14:paraId="7AE0042E" w14:textId="77777777">
        <w:tc>
          <w:tcPr>
            <w:tcW w:w="4320" w:type="dxa"/>
          </w:tcPr>
          <w:p w14:paraId="03B515AD" w14:textId="77777777" w:rsidR="00BA76A8" w:rsidRDefault="00734CE3">
            <w:r>
              <w:t>NRXN2</w:t>
            </w:r>
          </w:p>
        </w:tc>
        <w:tc>
          <w:tcPr>
            <w:tcW w:w="4320" w:type="dxa"/>
          </w:tcPr>
          <w:p w14:paraId="550D50C2" w14:textId="77777777" w:rsidR="00BA76A8" w:rsidRDefault="00734CE3">
            <w:r>
              <w:t>GO ∩ SFARI</w:t>
            </w:r>
          </w:p>
        </w:tc>
      </w:tr>
      <w:tr w:rsidR="00BA76A8" w14:paraId="56BF366B" w14:textId="77777777">
        <w:tc>
          <w:tcPr>
            <w:tcW w:w="4320" w:type="dxa"/>
          </w:tcPr>
          <w:p w14:paraId="7F0D5384" w14:textId="77777777" w:rsidR="00BA76A8" w:rsidRDefault="00734CE3">
            <w:r>
              <w:t>NRXN3</w:t>
            </w:r>
          </w:p>
        </w:tc>
        <w:tc>
          <w:tcPr>
            <w:tcW w:w="4320" w:type="dxa"/>
          </w:tcPr>
          <w:p w14:paraId="3D49E411" w14:textId="77777777" w:rsidR="00BA76A8" w:rsidRDefault="00734CE3">
            <w:r>
              <w:t>GO ∩ SFARI</w:t>
            </w:r>
          </w:p>
        </w:tc>
      </w:tr>
      <w:tr w:rsidR="00BA76A8" w14:paraId="503973F2" w14:textId="77777777">
        <w:tc>
          <w:tcPr>
            <w:tcW w:w="4320" w:type="dxa"/>
          </w:tcPr>
          <w:p w14:paraId="00978356" w14:textId="77777777" w:rsidR="00BA76A8" w:rsidRDefault="00734CE3">
            <w:r>
              <w:t>NSD2</w:t>
            </w:r>
          </w:p>
        </w:tc>
        <w:tc>
          <w:tcPr>
            <w:tcW w:w="4320" w:type="dxa"/>
          </w:tcPr>
          <w:p w14:paraId="4F963343" w14:textId="77777777" w:rsidR="00BA76A8" w:rsidRDefault="00734CE3">
            <w:r>
              <w:t>GO ∩ SFARI</w:t>
            </w:r>
          </w:p>
        </w:tc>
      </w:tr>
      <w:tr w:rsidR="00BA76A8" w14:paraId="2BE8347F" w14:textId="77777777">
        <w:tc>
          <w:tcPr>
            <w:tcW w:w="4320" w:type="dxa"/>
          </w:tcPr>
          <w:p w14:paraId="4721F1B7" w14:textId="77777777" w:rsidR="00BA76A8" w:rsidRDefault="00734CE3">
            <w:r>
              <w:t>NTNG2</w:t>
            </w:r>
          </w:p>
        </w:tc>
        <w:tc>
          <w:tcPr>
            <w:tcW w:w="4320" w:type="dxa"/>
          </w:tcPr>
          <w:p w14:paraId="7C42DB69" w14:textId="77777777" w:rsidR="00BA76A8" w:rsidRDefault="00734CE3">
            <w:r>
              <w:t>GO ∩ SFARI</w:t>
            </w:r>
          </w:p>
        </w:tc>
      </w:tr>
      <w:tr w:rsidR="00BA76A8" w14:paraId="61908246" w14:textId="77777777">
        <w:tc>
          <w:tcPr>
            <w:tcW w:w="4320" w:type="dxa"/>
          </w:tcPr>
          <w:p w14:paraId="0632AE9A" w14:textId="77777777" w:rsidR="00BA76A8" w:rsidRDefault="00734CE3">
            <w:r>
              <w:t>OTUD7A</w:t>
            </w:r>
          </w:p>
        </w:tc>
        <w:tc>
          <w:tcPr>
            <w:tcW w:w="4320" w:type="dxa"/>
          </w:tcPr>
          <w:p w14:paraId="616101D7" w14:textId="77777777" w:rsidR="00BA76A8" w:rsidRDefault="00734CE3">
            <w:r>
              <w:t>GO ∩ SFARI</w:t>
            </w:r>
          </w:p>
        </w:tc>
      </w:tr>
      <w:tr w:rsidR="00BA76A8" w14:paraId="310B4AB7" w14:textId="77777777">
        <w:tc>
          <w:tcPr>
            <w:tcW w:w="4320" w:type="dxa"/>
          </w:tcPr>
          <w:p w14:paraId="7FE2AA37" w14:textId="77777777" w:rsidR="00BA76A8" w:rsidRDefault="00734CE3">
            <w:r>
              <w:t>OTX1</w:t>
            </w:r>
          </w:p>
        </w:tc>
        <w:tc>
          <w:tcPr>
            <w:tcW w:w="4320" w:type="dxa"/>
          </w:tcPr>
          <w:p w14:paraId="35A90AAC" w14:textId="77777777" w:rsidR="00BA76A8" w:rsidRDefault="00734CE3">
            <w:r>
              <w:t>GO ∩ SFARI</w:t>
            </w:r>
          </w:p>
        </w:tc>
      </w:tr>
      <w:tr w:rsidR="00BA76A8" w14:paraId="170275EF" w14:textId="77777777">
        <w:tc>
          <w:tcPr>
            <w:tcW w:w="4320" w:type="dxa"/>
          </w:tcPr>
          <w:p w14:paraId="193E2D58" w14:textId="77777777" w:rsidR="00BA76A8" w:rsidRDefault="00734CE3">
            <w:r>
              <w:t>PACS2</w:t>
            </w:r>
          </w:p>
        </w:tc>
        <w:tc>
          <w:tcPr>
            <w:tcW w:w="4320" w:type="dxa"/>
          </w:tcPr>
          <w:p w14:paraId="015E3ACD" w14:textId="77777777" w:rsidR="00BA76A8" w:rsidRDefault="00734CE3">
            <w:r>
              <w:t>GO ∩ SFARI</w:t>
            </w:r>
          </w:p>
        </w:tc>
      </w:tr>
      <w:tr w:rsidR="00BA76A8" w14:paraId="0FBC3FC4" w14:textId="77777777">
        <w:tc>
          <w:tcPr>
            <w:tcW w:w="4320" w:type="dxa"/>
          </w:tcPr>
          <w:p w14:paraId="547312CA" w14:textId="77777777" w:rsidR="00BA76A8" w:rsidRDefault="00734CE3">
            <w:r>
              <w:t>PBX1</w:t>
            </w:r>
          </w:p>
        </w:tc>
        <w:tc>
          <w:tcPr>
            <w:tcW w:w="4320" w:type="dxa"/>
          </w:tcPr>
          <w:p w14:paraId="5DA4A0DE" w14:textId="77777777" w:rsidR="00BA76A8" w:rsidRDefault="00734CE3">
            <w:r>
              <w:t>GO ∩ SFARI</w:t>
            </w:r>
          </w:p>
        </w:tc>
      </w:tr>
      <w:tr w:rsidR="00BA76A8" w14:paraId="4AC46F7D" w14:textId="77777777">
        <w:tc>
          <w:tcPr>
            <w:tcW w:w="4320" w:type="dxa"/>
          </w:tcPr>
          <w:p w14:paraId="43E6F0E2" w14:textId="77777777" w:rsidR="00BA76A8" w:rsidRDefault="00734CE3">
            <w:r>
              <w:t>PC</w:t>
            </w:r>
          </w:p>
        </w:tc>
        <w:tc>
          <w:tcPr>
            <w:tcW w:w="4320" w:type="dxa"/>
          </w:tcPr>
          <w:p w14:paraId="0DB3EE2A" w14:textId="77777777" w:rsidR="00BA76A8" w:rsidRDefault="00734CE3">
            <w:r>
              <w:t>GO ∩ SFARI</w:t>
            </w:r>
          </w:p>
        </w:tc>
      </w:tr>
      <w:tr w:rsidR="00BA76A8" w14:paraId="674C7527" w14:textId="77777777">
        <w:tc>
          <w:tcPr>
            <w:tcW w:w="4320" w:type="dxa"/>
          </w:tcPr>
          <w:p w14:paraId="6CF5EB05" w14:textId="77777777" w:rsidR="00BA76A8" w:rsidRDefault="00734CE3">
            <w:r>
              <w:t>PCDH19</w:t>
            </w:r>
          </w:p>
        </w:tc>
        <w:tc>
          <w:tcPr>
            <w:tcW w:w="4320" w:type="dxa"/>
          </w:tcPr>
          <w:p w14:paraId="31460C23" w14:textId="77777777" w:rsidR="00BA76A8" w:rsidRDefault="00734CE3">
            <w:r>
              <w:t>GO ∩ SFARI</w:t>
            </w:r>
          </w:p>
        </w:tc>
      </w:tr>
      <w:tr w:rsidR="00BA76A8" w14:paraId="6926F412" w14:textId="77777777">
        <w:tc>
          <w:tcPr>
            <w:tcW w:w="4320" w:type="dxa"/>
          </w:tcPr>
          <w:p w14:paraId="7B373C38" w14:textId="77777777" w:rsidR="00BA76A8" w:rsidRDefault="00734CE3">
            <w:r>
              <w:t>PCDHA1</w:t>
            </w:r>
          </w:p>
        </w:tc>
        <w:tc>
          <w:tcPr>
            <w:tcW w:w="4320" w:type="dxa"/>
          </w:tcPr>
          <w:p w14:paraId="110E357F" w14:textId="77777777" w:rsidR="00BA76A8" w:rsidRDefault="00734CE3">
            <w:r>
              <w:t>GO ∩ SFARI</w:t>
            </w:r>
          </w:p>
        </w:tc>
      </w:tr>
      <w:tr w:rsidR="00BA76A8" w14:paraId="72B61B8C" w14:textId="77777777">
        <w:tc>
          <w:tcPr>
            <w:tcW w:w="4320" w:type="dxa"/>
          </w:tcPr>
          <w:p w14:paraId="166E3374" w14:textId="77777777" w:rsidR="00BA76A8" w:rsidRDefault="00734CE3">
            <w:r>
              <w:t>PCDHA10</w:t>
            </w:r>
          </w:p>
        </w:tc>
        <w:tc>
          <w:tcPr>
            <w:tcW w:w="4320" w:type="dxa"/>
          </w:tcPr>
          <w:p w14:paraId="1CB8A59C" w14:textId="77777777" w:rsidR="00BA76A8" w:rsidRDefault="00734CE3">
            <w:r>
              <w:t>GO ∩ SFARI</w:t>
            </w:r>
          </w:p>
        </w:tc>
      </w:tr>
      <w:tr w:rsidR="00BA76A8" w14:paraId="283791D8" w14:textId="77777777">
        <w:tc>
          <w:tcPr>
            <w:tcW w:w="4320" w:type="dxa"/>
          </w:tcPr>
          <w:p w14:paraId="4F4BCDCF" w14:textId="77777777" w:rsidR="00BA76A8" w:rsidRDefault="00734CE3">
            <w:r>
              <w:t>PCDHA11</w:t>
            </w:r>
          </w:p>
        </w:tc>
        <w:tc>
          <w:tcPr>
            <w:tcW w:w="4320" w:type="dxa"/>
          </w:tcPr>
          <w:p w14:paraId="2A235318" w14:textId="77777777" w:rsidR="00BA76A8" w:rsidRDefault="00734CE3">
            <w:r>
              <w:t>GO ∩ SFARI</w:t>
            </w:r>
          </w:p>
        </w:tc>
      </w:tr>
      <w:tr w:rsidR="00BA76A8" w14:paraId="0063AEAA" w14:textId="77777777">
        <w:tc>
          <w:tcPr>
            <w:tcW w:w="4320" w:type="dxa"/>
          </w:tcPr>
          <w:p w14:paraId="76E2C1F0" w14:textId="77777777" w:rsidR="00BA76A8" w:rsidRDefault="00734CE3">
            <w:r>
              <w:t>PCDHA12</w:t>
            </w:r>
          </w:p>
        </w:tc>
        <w:tc>
          <w:tcPr>
            <w:tcW w:w="4320" w:type="dxa"/>
          </w:tcPr>
          <w:p w14:paraId="74371669" w14:textId="77777777" w:rsidR="00BA76A8" w:rsidRDefault="00734CE3">
            <w:r>
              <w:t>GO ∩ SFARI</w:t>
            </w:r>
          </w:p>
        </w:tc>
      </w:tr>
      <w:tr w:rsidR="00BA76A8" w14:paraId="70D5FFF9" w14:textId="77777777">
        <w:tc>
          <w:tcPr>
            <w:tcW w:w="4320" w:type="dxa"/>
          </w:tcPr>
          <w:p w14:paraId="0B304E42" w14:textId="77777777" w:rsidR="00BA76A8" w:rsidRDefault="00734CE3">
            <w:r>
              <w:t>PCDHA13</w:t>
            </w:r>
          </w:p>
        </w:tc>
        <w:tc>
          <w:tcPr>
            <w:tcW w:w="4320" w:type="dxa"/>
          </w:tcPr>
          <w:p w14:paraId="5736EAAE" w14:textId="77777777" w:rsidR="00BA76A8" w:rsidRDefault="00734CE3">
            <w:r>
              <w:t>GO ∩ SFARI</w:t>
            </w:r>
          </w:p>
        </w:tc>
      </w:tr>
      <w:tr w:rsidR="00BA76A8" w14:paraId="406EEAF2" w14:textId="77777777">
        <w:tc>
          <w:tcPr>
            <w:tcW w:w="4320" w:type="dxa"/>
          </w:tcPr>
          <w:p w14:paraId="5CC9DE27" w14:textId="77777777" w:rsidR="00BA76A8" w:rsidRDefault="00734CE3">
            <w:r>
              <w:t>PCDHA2</w:t>
            </w:r>
          </w:p>
        </w:tc>
        <w:tc>
          <w:tcPr>
            <w:tcW w:w="4320" w:type="dxa"/>
          </w:tcPr>
          <w:p w14:paraId="475C712F" w14:textId="77777777" w:rsidR="00BA76A8" w:rsidRDefault="00734CE3">
            <w:r>
              <w:t>GO ∩ SFARI</w:t>
            </w:r>
          </w:p>
        </w:tc>
      </w:tr>
      <w:tr w:rsidR="00BA76A8" w14:paraId="6E7BA250" w14:textId="77777777">
        <w:tc>
          <w:tcPr>
            <w:tcW w:w="4320" w:type="dxa"/>
          </w:tcPr>
          <w:p w14:paraId="7A381BB4" w14:textId="77777777" w:rsidR="00BA76A8" w:rsidRDefault="00734CE3">
            <w:r>
              <w:t>PCDHA3</w:t>
            </w:r>
          </w:p>
        </w:tc>
        <w:tc>
          <w:tcPr>
            <w:tcW w:w="4320" w:type="dxa"/>
          </w:tcPr>
          <w:p w14:paraId="558BC7C5" w14:textId="77777777" w:rsidR="00BA76A8" w:rsidRDefault="00734CE3">
            <w:r>
              <w:t>GO ∩ SFARI</w:t>
            </w:r>
          </w:p>
        </w:tc>
      </w:tr>
      <w:tr w:rsidR="00BA76A8" w14:paraId="0B44B97A" w14:textId="77777777">
        <w:tc>
          <w:tcPr>
            <w:tcW w:w="4320" w:type="dxa"/>
          </w:tcPr>
          <w:p w14:paraId="180EB76C" w14:textId="77777777" w:rsidR="00BA76A8" w:rsidRDefault="00734CE3">
            <w:r>
              <w:lastRenderedPageBreak/>
              <w:t>PCDHA4</w:t>
            </w:r>
          </w:p>
        </w:tc>
        <w:tc>
          <w:tcPr>
            <w:tcW w:w="4320" w:type="dxa"/>
          </w:tcPr>
          <w:p w14:paraId="079F747E" w14:textId="77777777" w:rsidR="00BA76A8" w:rsidRDefault="00734CE3">
            <w:r>
              <w:t>GO ∩ SFARI</w:t>
            </w:r>
          </w:p>
        </w:tc>
      </w:tr>
      <w:tr w:rsidR="00BA76A8" w14:paraId="78E3CA75" w14:textId="77777777">
        <w:tc>
          <w:tcPr>
            <w:tcW w:w="4320" w:type="dxa"/>
          </w:tcPr>
          <w:p w14:paraId="668C3D88" w14:textId="77777777" w:rsidR="00BA76A8" w:rsidRDefault="00734CE3">
            <w:r>
              <w:t>PCDHA5</w:t>
            </w:r>
          </w:p>
        </w:tc>
        <w:tc>
          <w:tcPr>
            <w:tcW w:w="4320" w:type="dxa"/>
          </w:tcPr>
          <w:p w14:paraId="2D217DCC" w14:textId="77777777" w:rsidR="00BA76A8" w:rsidRDefault="00734CE3">
            <w:r>
              <w:t>GO ∩ SFARI</w:t>
            </w:r>
          </w:p>
        </w:tc>
      </w:tr>
      <w:tr w:rsidR="00BA76A8" w14:paraId="4B911FB3" w14:textId="77777777">
        <w:tc>
          <w:tcPr>
            <w:tcW w:w="4320" w:type="dxa"/>
          </w:tcPr>
          <w:p w14:paraId="55DAD20E" w14:textId="77777777" w:rsidR="00BA76A8" w:rsidRDefault="00734CE3">
            <w:r>
              <w:t>PCDHA6</w:t>
            </w:r>
          </w:p>
        </w:tc>
        <w:tc>
          <w:tcPr>
            <w:tcW w:w="4320" w:type="dxa"/>
          </w:tcPr>
          <w:p w14:paraId="46B93E20" w14:textId="77777777" w:rsidR="00BA76A8" w:rsidRDefault="00734CE3">
            <w:r>
              <w:t>GO ∩ SFARI</w:t>
            </w:r>
          </w:p>
        </w:tc>
      </w:tr>
      <w:tr w:rsidR="00BA76A8" w14:paraId="1B3FDD18" w14:textId="77777777">
        <w:tc>
          <w:tcPr>
            <w:tcW w:w="4320" w:type="dxa"/>
          </w:tcPr>
          <w:p w14:paraId="1979FA36" w14:textId="77777777" w:rsidR="00BA76A8" w:rsidRDefault="00734CE3">
            <w:r>
              <w:t>PCDHA7</w:t>
            </w:r>
          </w:p>
        </w:tc>
        <w:tc>
          <w:tcPr>
            <w:tcW w:w="4320" w:type="dxa"/>
          </w:tcPr>
          <w:p w14:paraId="77809778" w14:textId="77777777" w:rsidR="00BA76A8" w:rsidRDefault="00734CE3">
            <w:r>
              <w:t>GO ∩ SFARI</w:t>
            </w:r>
          </w:p>
        </w:tc>
      </w:tr>
      <w:tr w:rsidR="00BA76A8" w14:paraId="5BB088A8" w14:textId="77777777">
        <w:tc>
          <w:tcPr>
            <w:tcW w:w="4320" w:type="dxa"/>
          </w:tcPr>
          <w:p w14:paraId="7C1196FD" w14:textId="77777777" w:rsidR="00BA76A8" w:rsidRDefault="00734CE3">
            <w:r>
              <w:t>PCDHA8</w:t>
            </w:r>
          </w:p>
        </w:tc>
        <w:tc>
          <w:tcPr>
            <w:tcW w:w="4320" w:type="dxa"/>
          </w:tcPr>
          <w:p w14:paraId="49DA6DBB" w14:textId="77777777" w:rsidR="00BA76A8" w:rsidRDefault="00734CE3">
            <w:r>
              <w:t>GO ∩ SFARI</w:t>
            </w:r>
          </w:p>
        </w:tc>
      </w:tr>
      <w:tr w:rsidR="00BA76A8" w14:paraId="0D5EB275" w14:textId="77777777">
        <w:tc>
          <w:tcPr>
            <w:tcW w:w="4320" w:type="dxa"/>
          </w:tcPr>
          <w:p w14:paraId="1E777A30" w14:textId="77777777" w:rsidR="00BA76A8" w:rsidRDefault="00734CE3">
            <w:r>
              <w:t>PCDHA9</w:t>
            </w:r>
          </w:p>
        </w:tc>
        <w:tc>
          <w:tcPr>
            <w:tcW w:w="4320" w:type="dxa"/>
          </w:tcPr>
          <w:p w14:paraId="68973F27" w14:textId="77777777" w:rsidR="00BA76A8" w:rsidRDefault="00734CE3">
            <w:r>
              <w:t>GO ∩ SFARI</w:t>
            </w:r>
          </w:p>
        </w:tc>
      </w:tr>
      <w:tr w:rsidR="00BA76A8" w14:paraId="763CD453" w14:textId="77777777">
        <w:tc>
          <w:tcPr>
            <w:tcW w:w="4320" w:type="dxa"/>
          </w:tcPr>
          <w:p w14:paraId="04F0EC94" w14:textId="77777777" w:rsidR="00BA76A8" w:rsidRDefault="00734CE3">
            <w:r>
              <w:t>PDK2</w:t>
            </w:r>
          </w:p>
        </w:tc>
        <w:tc>
          <w:tcPr>
            <w:tcW w:w="4320" w:type="dxa"/>
          </w:tcPr>
          <w:p w14:paraId="29B0947A" w14:textId="77777777" w:rsidR="00BA76A8" w:rsidRDefault="00734CE3">
            <w:r>
              <w:t>GO ∩ SFARI</w:t>
            </w:r>
          </w:p>
        </w:tc>
      </w:tr>
      <w:tr w:rsidR="00BA76A8" w14:paraId="48063224" w14:textId="77777777">
        <w:tc>
          <w:tcPr>
            <w:tcW w:w="4320" w:type="dxa"/>
          </w:tcPr>
          <w:p w14:paraId="16AA6359" w14:textId="77777777" w:rsidR="00BA76A8" w:rsidRDefault="00734CE3">
            <w:r>
              <w:t>PIK3R2</w:t>
            </w:r>
          </w:p>
        </w:tc>
        <w:tc>
          <w:tcPr>
            <w:tcW w:w="4320" w:type="dxa"/>
          </w:tcPr>
          <w:p w14:paraId="21B21617" w14:textId="77777777" w:rsidR="00BA76A8" w:rsidRDefault="00734CE3">
            <w:r>
              <w:t>GO ∩ SFARI</w:t>
            </w:r>
          </w:p>
        </w:tc>
      </w:tr>
      <w:tr w:rsidR="00BA76A8" w14:paraId="04C92D7E" w14:textId="77777777">
        <w:tc>
          <w:tcPr>
            <w:tcW w:w="4320" w:type="dxa"/>
          </w:tcPr>
          <w:p w14:paraId="30BE7B5A" w14:textId="77777777" w:rsidR="00BA76A8" w:rsidRDefault="00734CE3">
            <w:r>
              <w:t>PKD1</w:t>
            </w:r>
          </w:p>
        </w:tc>
        <w:tc>
          <w:tcPr>
            <w:tcW w:w="4320" w:type="dxa"/>
          </w:tcPr>
          <w:p w14:paraId="168EF13B" w14:textId="77777777" w:rsidR="00BA76A8" w:rsidRDefault="00734CE3">
            <w:r>
              <w:t>GO ∩ SFARI</w:t>
            </w:r>
          </w:p>
        </w:tc>
      </w:tr>
      <w:tr w:rsidR="00BA76A8" w14:paraId="5FADF58C" w14:textId="77777777">
        <w:tc>
          <w:tcPr>
            <w:tcW w:w="4320" w:type="dxa"/>
          </w:tcPr>
          <w:p w14:paraId="34E2F212" w14:textId="77777777" w:rsidR="00BA76A8" w:rsidRDefault="00734CE3">
            <w:r>
              <w:t>PLXNA3</w:t>
            </w:r>
          </w:p>
        </w:tc>
        <w:tc>
          <w:tcPr>
            <w:tcW w:w="4320" w:type="dxa"/>
          </w:tcPr>
          <w:p w14:paraId="016D7855" w14:textId="77777777" w:rsidR="00BA76A8" w:rsidRDefault="00734CE3">
            <w:r>
              <w:t>GO ∩ SFARI</w:t>
            </w:r>
          </w:p>
        </w:tc>
      </w:tr>
      <w:tr w:rsidR="00BA76A8" w14:paraId="1800A6B3" w14:textId="77777777">
        <w:tc>
          <w:tcPr>
            <w:tcW w:w="4320" w:type="dxa"/>
          </w:tcPr>
          <w:p w14:paraId="2FB1DD32" w14:textId="77777777" w:rsidR="00BA76A8" w:rsidRDefault="00734CE3">
            <w:r>
              <w:t>PNPLA7</w:t>
            </w:r>
          </w:p>
        </w:tc>
        <w:tc>
          <w:tcPr>
            <w:tcW w:w="4320" w:type="dxa"/>
          </w:tcPr>
          <w:p w14:paraId="557F843B" w14:textId="77777777" w:rsidR="00BA76A8" w:rsidRDefault="00734CE3">
            <w:r>
              <w:t>GO ∩ SFARI</w:t>
            </w:r>
          </w:p>
        </w:tc>
      </w:tr>
      <w:tr w:rsidR="00BA76A8" w14:paraId="0EAB19D3" w14:textId="77777777">
        <w:tc>
          <w:tcPr>
            <w:tcW w:w="4320" w:type="dxa"/>
          </w:tcPr>
          <w:p w14:paraId="6C07DDA4" w14:textId="77777777" w:rsidR="00BA76A8" w:rsidRDefault="00734CE3">
            <w:r>
              <w:t>PPFIA3</w:t>
            </w:r>
          </w:p>
        </w:tc>
        <w:tc>
          <w:tcPr>
            <w:tcW w:w="4320" w:type="dxa"/>
          </w:tcPr>
          <w:p w14:paraId="04CEDAC3" w14:textId="77777777" w:rsidR="00BA76A8" w:rsidRDefault="00734CE3">
            <w:r>
              <w:t>GO ∩ SFARI</w:t>
            </w:r>
          </w:p>
        </w:tc>
      </w:tr>
      <w:tr w:rsidR="00BA76A8" w14:paraId="52144F04" w14:textId="77777777">
        <w:tc>
          <w:tcPr>
            <w:tcW w:w="4320" w:type="dxa"/>
          </w:tcPr>
          <w:p w14:paraId="550A62DB" w14:textId="77777777" w:rsidR="00BA76A8" w:rsidRDefault="00734CE3">
            <w:r>
              <w:t>PPP2R5C</w:t>
            </w:r>
          </w:p>
        </w:tc>
        <w:tc>
          <w:tcPr>
            <w:tcW w:w="4320" w:type="dxa"/>
          </w:tcPr>
          <w:p w14:paraId="0A7F5609" w14:textId="77777777" w:rsidR="00BA76A8" w:rsidRDefault="00734CE3">
            <w:r>
              <w:t>GO ∩ SFARI</w:t>
            </w:r>
          </w:p>
        </w:tc>
      </w:tr>
      <w:tr w:rsidR="00BA76A8" w14:paraId="1662C50A" w14:textId="77777777">
        <w:tc>
          <w:tcPr>
            <w:tcW w:w="4320" w:type="dxa"/>
          </w:tcPr>
          <w:p w14:paraId="70282BAF" w14:textId="77777777" w:rsidR="00BA76A8" w:rsidRDefault="00734CE3">
            <w:r>
              <w:t>PREX1</w:t>
            </w:r>
          </w:p>
        </w:tc>
        <w:tc>
          <w:tcPr>
            <w:tcW w:w="4320" w:type="dxa"/>
          </w:tcPr>
          <w:p w14:paraId="5020D39B" w14:textId="77777777" w:rsidR="00BA76A8" w:rsidRDefault="00734CE3">
            <w:r>
              <w:t>GO ∩ SFARI</w:t>
            </w:r>
          </w:p>
        </w:tc>
      </w:tr>
      <w:tr w:rsidR="00BA76A8" w14:paraId="23FBEE1C" w14:textId="77777777">
        <w:tc>
          <w:tcPr>
            <w:tcW w:w="4320" w:type="dxa"/>
          </w:tcPr>
          <w:p w14:paraId="662DE167" w14:textId="77777777" w:rsidR="00BA76A8" w:rsidRDefault="00734CE3">
            <w:r>
              <w:t>PRKAR1B</w:t>
            </w:r>
          </w:p>
        </w:tc>
        <w:tc>
          <w:tcPr>
            <w:tcW w:w="4320" w:type="dxa"/>
          </w:tcPr>
          <w:p w14:paraId="092D2548" w14:textId="77777777" w:rsidR="00BA76A8" w:rsidRDefault="00734CE3">
            <w:r>
              <w:t>GO ∩ SFARI</w:t>
            </w:r>
          </w:p>
        </w:tc>
      </w:tr>
      <w:tr w:rsidR="00BA76A8" w14:paraId="0CF74359" w14:textId="77777777">
        <w:tc>
          <w:tcPr>
            <w:tcW w:w="4320" w:type="dxa"/>
          </w:tcPr>
          <w:p w14:paraId="12EA6F6F" w14:textId="77777777" w:rsidR="00BA76A8" w:rsidRDefault="00734CE3">
            <w:r>
              <w:t>PRR12</w:t>
            </w:r>
          </w:p>
        </w:tc>
        <w:tc>
          <w:tcPr>
            <w:tcW w:w="4320" w:type="dxa"/>
          </w:tcPr>
          <w:p w14:paraId="46C19ED6" w14:textId="77777777" w:rsidR="00BA76A8" w:rsidRDefault="00734CE3">
            <w:r>
              <w:t>GO ∩ SFARI</w:t>
            </w:r>
          </w:p>
        </w:tc>
      </w:tr>
      <w:tr w:rsidR="00BA76A8" w14:paraId="15E9B4FD" w14:textId="77777777">
        <w:tc>
          <w:tcPr>
            <w:tcW w:w="4320" w:type="dxa"/>
          </w:tcPr>
          <w:p w14:paraId="04DF6B60" w14:textId="77777777" w:rsidR="00BA76A8" w:rsidRDefault="00734CE3">
            <w:r>
              <w:t>PTPRS</w:t>
            </w:r>
          </w:p>
        </w:tc>
        <w:tc>
          <w:tcPr>
            <w:tcW w:w="4320" w:type="dxa"/>
          </w:tcPr>
          <w:p w14:paraId="0A2704A4" w14:textId="77777777" w:rsidR="00BA76A8" w:rsidRDefault="00734CE3">
            <w:r>
              <w:t>GO ∩ SFARI</w:t>
            </w:r>
          </w:p>
        </w:tc>
      </w:tr>
      <w:tr w:rsidR="00BA76A8" w14:paraId="27457274" w14:textId="77777777">
        <w:tc>
          <w:tcPr>
            <w:tcW w:w="4320" w:type="dxa"/>
          </w:tcPr>
          <w:p w14:paraId="41D1043C" w14:textId="77777777" w:rsidR="00BA76A8" w:rsidRDefault="00734CE3">
            <w:r>
              <w:t>PXDN</w:t>
            </w:r>
          </w:p>
        </w:tc>
        <w:tc>
          <w:tcPr>
            <w:tcW w:w="4320" w:type="dxa"/>
          </w:tcPr>
          <w:p w14:paraId="0A9C3FBA" w14:textId="77777777" w:rsidR="00BA76A8" w:rsidRDefault="00734CE3">
            <w:r>
              <w:t>GO ∩ SFARI</w:t>
            </w:r>
          </w:p>
        </w:tc>
      </w:tr>
      <w:tr w:rsidR="00BA76A8" w14:paraId="1C56E01B" w14:textId="77777777">
        <w:tc>
          <w:tcPr>
            <w:tcW w:w="4320" w:type="dxa"/>
          </w:tcPr>
          <w:p w14:paraId="2E44823E" w14:textId="77777777" w:rsidR="00BA76A8" w:rsidRDefault="00734CE3">
            <w:r>
              <w:t>RAB43</w:t>
            </w:r>
          </w:p>
        </w:tc>
        <w:tc>
          <w:tcPr>
            <w:tcW w:w="4320" w:type="dxa"/>
          </w:tcPr>
          <w:p w14:paraId="15453D8C" w14:textId="77777777" w:rsidR="00BA76A8" w:rsidRDefault="00734CE3">
            <w:r>
              <w:t>GO ∩ SFARI</w:t>
            </w:r>
          </w:p>
        </w:tc>
      </w:tr>
      <w:tr w:rsidR="00BA76A8" w14:paraId="41DD4801" w14:textId="77777777">
        <w:tc>
          <w:tcPr>
            <w:tcW w:w="4320" w:type="dxa"/>
          </w:tcPr>
          <w:p w14:paraId="4BE020C8" w14:textId="77777777" w:rsidR="00BA76A8" w:rsidRDefault="00734CE3">
            <w:r>
              <w:t>RAI1</w:t>
            </w:r>
          </w:p>
        </w:tc>
        <w:tc>
          <w:tcPr>
            <w:tcW w:w="4320" w:type="dxa"/>
          </w:tcPr>
          <w:p w14:paraId="7056829A" w14:textId="77777777" w:rsidR="00BA76A8" w:rsidRDefault="00734CE3">
            <w:r>
              <w:t>GO ∩ SFARI</w:t>
            </w:r>
          </w:p>
        </w:tc>
      </w:tr>
      <w:tr w:rsidR="00BA76A8" w14:paraId="15B42B9C" w14:textId="77777777">
        <w:tc>
          <w:tcPr>
            <w:tcW w:w="4320" w:type="dxa"/>
          </w:tcPr>
          <w:p w14:paraId="61202428" w14:textId="77777777" w:rsidR="00BA76A8" w:rsidRDefault="00734CE3">
            <w:r>
              <w:t>RBFOX1</w:t>
            </w:r>
          </w:p>
        </w:tc>
        <w:tc>
          <w:tcPr>
            <w:tcW w:w="4320" w:type="dxa"/>
          </w:tcPr>
          <w:p w14:paraId="2917EB8C" w14:textId="77777777" w:rsidR="00BA76A8" w:rsidRDefault="00734CE3">
            <w:r>
              <w:t>GO ∩ SFARI</w:t>
            </w:r>
          </w:p>
        </w:tc>
      </w:tr>
      <w:tr w:rsidR="00BA76A8" w14:paraId="276D4033" w14:textId="77777777">
        <w:tc>
          <w:tcPr>
            <w:tcW w:w="4320" w:type="dxa"/>
          </w:tcPr>
          <w:p w14:paraId="3BF9B9AB" w14:textId="77777777" w:rsidR="00BA76A8" w:rsidRDefault="00734CE3">
            <w:r>
              <w:t>RGS7</w:t>
            </w:r>
          </w:p>
        </w:tc>
        <w:tc>
          <w:tcPr>
            <w:tcW w:w="4320" w:type="dxa"/>
          </w:tcPr>
          <w:p w14:paraId="76549F39" w14:textId="77777777" w:rsidR="00BA76A8" w:rsidRDefault="00734CE3">
            <w:r>
              <w:t>GO ∩ SFARI</w:t>
            </w:r>
          </w:p>
        </w:tc>
      </w:tr>
      <w:tr w:rsidR="00BA76A8" w14:paraId="47AB740B" w14:textId="77777777">
        <w:tc>
          <w:tcPr>
            <w:tcW w:w="4320" w:type="dxa"/>
          </w:tcPr>
          <w:p w14:paraId="2544ACFC" w14:textId="77777777" w:rsidR="00BA76A8" w:rsidRDefault="00734CE3">
            <w:r>
              <w:t>RHOXF1</w:t>
            </w:r>
          </w:p>
        </w:tc>
        <w:tc>
          <w:tcPr>
            <w:tcW w:w="4320" w:type="dxa"/>
          </w:tcPr>
          <w:p w14:paraId="56AD0BD3" w14:textId="77777777" w:rsidR="00BA76A8" w:rsidRDefault="00734CE3">
            <w:r>
              <w:t>GO ∩ SFARI</w:t>
            </w:r>
          </w:p>
        </w:tc>
      </w:tr>
      <w:tr w:rsidR="00BA76A8" w14:paraId="7F0497BB" w14:textId="77777777">
        <w:tc>
          <w:tcPr>
            <w:tcW w:w="4320" w:type="dxa"/>
          </w:tcPr>
          <w:p w14:paraId="178FB466" w14:textId="77777777" w:rsidR="00BA76A8" w:rsidRDefault="00734CE3">
            <w:r>
              <w:t>ROBO2</w:t>
            </w:r>
          </w:p>
        </w:tc>
        <w:tc>
          <w:tcPr>
            <w:tcW w:w="4320" w:type="dxa"/>
          </w:tcPr>
          <w:p w14:paraId="7F085DD4" w14:textId="77777777" w:rsidR="00BA76A8" w:rsidRDefault="00734CE3">
            <w:r>
              <w:t>GO ∩ SFARI</w:t>
            </w:r>
          </w:p>
        </w:tc>
      </w:tr>
      <w:tr w:rsidR="00BA76A8" w14:paraId="37F3402C" w14:textId="77777777">
        <w:tc>
          <w:tcPr>
            <w:tcW w:w="4320" w:type="dxa"/>
          </w:tcPr>
          <w:p w14:paraId="6E3DDBBD" w14:textId="77777777" w:rsidR="00BA76A8" w:rsidRDefault="00734CE3">
            <w:r>
              <w:t>RPS6KA2</w:t>
            </w:r>
          </w:p>
        </w:tc>
        <w:tc>
          <w:tcPr>
            <w:tcW w:w="4320" w:type="dxa"/>
          </w:tcPr>
          <w:p w14:paraId="5623D6C6" w14:textId="77777777" w:rsidR="00BA76A8" w:rsidRDefault="00734CE3">
            <w:r>
              <w:t>GO ∩ SFARI</w:t>
            </w:r>
          </w:p>
        </w:tc>
      </w:tr>
      <w:tr w:rsidR="00BA76A8" w14:paraId="73EF6CB6" w14:textId="77777777">
        <w:tc>
          <w:tcPr>
            <w:tcW w:w="4320" w:type="dxa"/>
          </w:tcPr>
          <w:p w14:paraId="09F1B473" w14:textId="77777777" w:rsidR="00BA76A8" w:rsidRDefault="00734CE3">
            <w:r>
              <w:t>SBF1</w:t>
            </w:r>
          </w:p>
        </w:tc>
        <w:tc>
          <w:tcPr>
            <w:tcW w:w="4320" w:type="dxa"/>
          </w:tcPr>
          <w:p w14:paraId="18A458CD" w14:textId="77777777" w:rsidR="00BA76A8" w:rsidRDefault="00734CE3">
            <w:r>
              <w:t>GO ∩ SFARI</w:t>
            </w:r>
          </w:p>
        </w:tc>
      </w:tr>
      <w:tr w:rsidR="00BA76A8" w14:paraId="671C8EF0" w14:textId="77777777">
        <w:tc>
          <w:tcPr>
            <w:tcW w:w="4320" w:type="dxa"/>
          </w:tcPr>
          <w:p w14:paraId="432A83D1" w14:textId="77777777" w:rsidR="00BA76A8" w:rsidRDefault="00734CE3">
            <w:r>
              <w:t>SCAF1</w:t>
            </w:r>
          </w:p>
        </w:tc>
        <w:tc>
          <w:tcPr>
            <w:tcW w:w="4320" w:type="dxa"/>
          </w:tcPr>
          <w:p w14:paraId="510FD2F3" w14:textId="77777777" w:rsidR="00BA76A8" w:rsidRDefault="00734CE3">
            <w:r>
              <w:t>GO ∩ SFARI</w:t>
            </w:r>
          </w:p>
        </w:tc>
      </w:tr>
      <w:tr w:rsidR="00BA76A8" w14:paraId="57C4E46A" w14:textId="77777777">
        <w:tc>
          <w:tcPr>
            <w:tcW w:w="4320" w:type="dxa"/>
          </w:tcPr>
          <w:p w14:paraId="4DA48526" w14:textId="77777777" w:rsidR="00BA76A8" w:rsidRDefault="00734CE3">
            <w:r>
              <w:t>SETBP1</w:t>
            </w:r>
          </w:p>
        </w:tc>
        <w:tc>
          <w:tcPr>
            <w:tcW w:w="4320" w:type="dxa"/>
          </w:tcPr>
          <w:p w14:paraId="3B94D53A" w14:textId="77777777" w:rsidR="00BA76A8" w:rsidRDefault="00734CE3">
            <w:r>
              <w:t>GO ∩ SFARI</w:t>
            </w:r>
          </w:p>
        </w:tc>
      </w:tr>
      <w:tr w:rsidR="00BA76A8" w14:paraId="788F8ADF" w14:textId="77777777">
        <w:tc>
          <w:tcPr>
            <w:tcW w:w="4320" w:type="dxa"/>
          </w:tcPr>
          <w:p w14:paraId="377BA840" w14:textId="77777777" w:rsidR="00BA76A8" w:rsidRDefault="00734CE3">
            <w:r>
              <w:t>SETD1A</w:t>
            </w:r>
          </w:p>
        </w:tc>
        <w:tc>
          <w:tcPr>
            <w:tcW w:w="4320" w:type="dxa"/>
          </w:tcPr>
          <w:p w14:paraId="1DF26EC0" w14:textId="77777777" w:rsidR="00BA76A8" w:rsidRDefault="00734CE3">
            <w:r>
              <w:t>GO ∩ SFARI</w:t>
            </w:r>
          </w:p>
        </w:tc>
      </w:tr>
      <w:tr w:rsidR="00BA76A8" w14:paraId="65B0326C" w14:textId="77777777">
        <w:tc>
          <w:tcPr>
            <w:tcW w:w="4320" w:type="dxa"/>
          </w:tcPr>
          <w:p w14:paraId="35CF8606" w14:textId="77777777" w:rsidR="00BA76A8" w:rsidRDefault="00734CE3">
            <w:r>
              <w:t>SETD1B</w:t>
            </w:r>
          </w:p>
        </w:tc>
        <w:tc>
          <w:tcPr>
            <w:tcW w:w="4320" w:type="dxa"/>
          </w:tcPr>
          <w:p w14:paraId="75555524" w14:textId="77777777" w:rsidR="00BA76A8" w:rsidRDefault="00734CE3">
            <w:r>
              <w:t>GO ∩ SFARI</w:t>
            </w:r>
          </w:p>
        </w:tc>
      </w:tr>
      <w:tr w:rsidR="00BA76A8" w14:paraId="496CA90E" w14:textId="77777777">
        <w:tc>
          <w:tcPr>
            <w:tcW w:w="4320" w:type="dxa"/>
          </w:tcPr>
          <w:p w14:paraId="338B4C40" w14:textId="77777777" w:rsidR="00BA76A8" w:rsidRDefault="00734CE3">
            <w:r>
              <w:t>SF1</w:t>
            </w:r>
          </w:p>
        </w:tc>
        <w:tc>
          <w:tcPr>
            <w:tcW w:w="4320" w:type="dxa"/>
          </w:tcPr>
          <w:p w14:paraId="01F90620" w14:textId="77777777" w:rsidR="00BA76A8" w:rsidRDefault="00734CE3">
            <w:r>
              <w:t>GO ∩ SFARI</w:t>
            </w:r>
          </w:p>
        </w:tc>
      </w:tr>
      <w:tr w:rsidR="00BA76A8" w14:paraId="62507A74" w14:textId="77777777">
        <w:tc>
          <w:tcPr>
            <w:tcW w:w="4320" w:type="dxa"/>
          </w:tcPr>
          <w:p w14:paraId="689E571A" w14:textId="77777777" w:rsidR="00BA76A8" w:rsidRDefault="00734CE3">
            <w:r>
              <w:t>SGSH</w:t>
            </w:r>
          </w:p>
        </w:tc>
        <w:tc>
          <w:tcPr>
            <w:tcW w:w="4320" w:type="dxa"/>
          </w:tcPr>
          <w:p w14:paraId="1D806933" w14:textId="77777777" w:rsidR="00BA76A8" w:rsidRDefault="00734CE3">
            <w:r>
              <w:t>GO ∩ SFARI</w:t>
            </w:r>
          </w:p>
        </w:tc>
      </w:tr>
      <w:tr w:rsidR="00BA76A8" w14:paraId="4718CDBA" w14:textId="77777777">
        <w:tc>
          <w:tcPr>
            <w:tcW w:w="4320" w:type="dxa"/>
          </w:tcPr>
          <w:p w14:paraId="4476A56F" w14:textId="77777777" w:rsidR="00BA76A8" w:rsidRDefault="00734CE3">
            <w:r>
              <w:t>SHANK1</w:t>
            </w:r>
          </w:p>
        </w:tc>
        <w:tc>
          <w:tcPr>
            <w:tcW w:w="4320" w:type="dxa"/>
          </w:tcPr>
          <w:p w14:paraId="16B55F61" w14:textId="77777777" w:rsidR="00BA76A8" w:rsidRDefault="00734CE3">
            <w:r>
              <w:t>GO ∩ SFARI</w:t>
            </w:r>
          </w:p>
        </w:tc>
      </w:tr>
      <w:tr w:rsidR="00BA76A8" w14:paraId="10038818" w14:textId="77777777">
        <w:tc>
          <w:tcPr>
            <w:tcW w:w="4320" w:type="dxa"/>
          </w:tcPr>
          <w:p w14:paraId="1D9928F9" w14:textId="77777777" w:rsidR="00BA76A8" w:rsidRDefault="00734CE3">
            <w:r>
              <w:t>SHANK2</w:t>
            </w:r>
          </w:p>
        </w:tc>
        <w:tc>
          <w:tcPr>
            <w:tcW w:w="4320" w:type="dxa"/>
          </w:tcPr>
          <w:p w14:paraId="17C5881D" w14:textId="77777777" w:rsidR="00BA76A8" w:rsidRDefault="00734CE3">
            <w:r>
              <w:t>GO ∩ SFARI</w:t>
            </w:r>
          </w:p>
        </w:tc>
      </w:tr>
      <w:tr w:rsidR="00BA76A8" w14:paraId="0F3DCE14" w14:textId="77777777">
        <w:tc>
          <w:tcPr>
            <w:tcW w:w="4320" w:type="dxa"/>
          </w:tcPr>
          <w:p w14:paraId="7288C619" w14:textId="77777777" w:rsidR="00BA76A8" w:rsidRDefault="00734CE3">
            <w:r>
              <w:t>SHANK3</w:t>
            </w:r>
          </w:p>
        </w:tc>
        <w:tc>
          <w:tcPr>
            <w:tcW w:w="4320" w:type="dxa"/>
          </w:tcPr>
          <w:p w14:paraId="0424B4EE" w14:textId="77777777" w:rsidR="00BA76A8" w:rsidRDefault="00734CE3">
            <w:r>
              <w:t>GO ∩ SFARI</w:t>
            </w:r>
          </w:p>
        </w:tc>
      </w:tr>
      <w:tr w:rsidR="00BA76A8" w14:paraId="11004624" w14:textId="77777777">
        <w:tc>
          <w:tcPr>
            <w:tcW w:w="4320" w:type="dxa"/>
          </w:tcPr>
          <w:p w14:paraId="511790E8" w14:textId="77777777" w:rsidR="00BA76A8" w:rsidRDefault="00734CE3">
            <w:r>
              <w:t>SIK1</w:t>
            </w:r>
          </w:p>
        </w:tc>
        <w:tc>
          <w:tcPr>
            <w:tcW w:w="4320" w:type="dxa"/>
          </w:tcPr>
          <w:p w14:paraId="101F049A" w14:textId="77777777" w:rsidR="00BA76A8" w:rsidRDefault="00734CE3">
            <w:r>
              <w:t>GO ∩ SFARI</w:t>
            </w:r>
          </w:p>
        </w:tc>
      </w:tr>
      <w:tr w:rsidR="00BA76A8" w14:paraId="3B3F91B5" w14:textId="77777777">
        <w:tc>
          <w:tcPr>
            <w:tcW w:w="4320" w:type="dxa"/>
          </w:tcPr>
          <w:p w14:paraId="528F7D69" w14:textId="77777777" w:rsidR="00BA76A8" w:rsidRDefault="00734CE3">
            <w:r>
              <w:t>SIN3B</w:t>
            </w:r>
          </w:p>
        </w:tc>
        <w:tc>
          <w:tcPr>
            <w:tcW w:w="4320" w:type="dxa"/>
          </w:tcPr>
          <w:p w14:paraId="65CB1709" w14:textId="77777777" w:rsidR="00BA76A8" w:rsidRDefault="00734CE3">
            <w:r>
              <w:t>GO ∩ SFARI</w:t>
            </w:r>
          </w:p>
        </w:tc>
      </w:tr>
      <w:tr w:rsidR="00BA76A8" w14:paraId="34D3EBE1" w14:textId="77777777">
        <w:tc>
          <w:tcPr>
            <w:tcW w:w="4320" w:type="dxa"/>
          </w:tcPr>
          <w:p w14:paraId="10C593A4" w14:textId="77777777" w:rsidR="00BA76A8" w:rsidRDefault="00734CE3">
            <w:r>
              <w:t>SKI</w:t>
            </w:r>
          </w:p>
        </w:tc>
        <w:tc>
          <w:tcPr>
            <w:tcW w:w="4320" w:type="dxa"/>
          </w:tcPr>
          <w:p w14:paraId="06BDA79D" w14:textId="77777777" w:rsidR="00BA76A8" w:rsidRDefault="00734CE3">
            <w:r>
              <w:t>GO ∩ SFARI</w:t>
            </w:r>
          </w:p>
        </w:tc>
      </w:tr>
      <w:tr w:rsidR="00BA76A8" w14:paraId="50EEB065" w14:textId="77777777">
        <w:tc>
          <w:tcPr>
            <w:tcW w:w="4320" w:type="dxa"/>
          </w:tcPr>
          <w:p w14:paraId="410CF945" w14:textId="77777777" w:rsidR="00BA76A8" w:rsidRDefault="00734CE3">
            <w:r>
              <w:t>SLC1A2</w:t>
            </w:r>
          </w:p>
        </w:tc>
        <w:tc>
          <w:tcPr>
            <w:tcW w:w="4320" w:type="dxa"/>
          </w:tcPr>
          <w:p w14:paraId="29C3A070" w14:textId="77777777" w:rsidR="00BA76A8" w:rsidRDefault="00734CE3">
            <w:r>
              <w:t>GO ∩ SFARI</w:t>
            </w:r>
          </w:p>
        </w:tc>
      </w:tr>
      <w:tr w:rsidR="00BA76A8" w14:paraId="7DF1AF3D" w14:textId="77777777">
        <w:tc>
          <w:tcPr>
            <w:tcW w:w="4320" w:type="dxa"/>
          </w:tcPr>
          <w:p w14:paraId="6FF1E602" w14:textId="77777777" w:rsidR="00BA76A8" w:rsidRDefault="00734CE3">
            <w:r>
              <w:t>SLC23A1</w:t>
            </w:r>
          </w:p>
        </w:tc>
        <w:tc>
          <w:tcPr>
            <w:tcW w:w="4320" w:type="dxa"/>
          </w:tcPr>
          <w:p w14:paraId="2E11DA55" w14:textId="77777777" w:rsidR="00BA76A8" w:rsidRDefault="00734CE3">
            <w:r>
              <w:t>GO ∩ SFARI</w:t>
            </w:r>
          </w:p>
        </w:tc>
      </w:tr>
      <w:tr w:rsidR="00BA76A8" w14:paraId="5F0921FE" w14:textId="77777777">
        <w:tc>
          <w:tcPr>
            <w:tcW w:w="4320" w:type="dxa"/>
          </w:tcPr>
          <w:p w14:paraId="3BDCB87D" w14:textId="77777777" w:rsidR="00BA76A8" w:rsidRDefault="00734CE3">
            <w:r>
              <w:t>SLC38A10</w:t>
            </w:r>
          </w:p>
        </w:tc>
        <w:tc>
          <w:tcPr>
            <w:tcW w:w="4320" w:type="dxa"/>
          </w:tcPr>
          <w:p w14:paraId="1D9E5AAB" w14:textId="77777777" w:rsidR="00BA76A8" w:rsidRDefault="00734CE3">
            <w:r>
              <w:t>GO ∩ SFARI</w:t>
            </w:r>
          </w:p>
        </w:tc>
      </w:tr>
      <w:tr w:rsidR="00BA76A8" w14:paraId="68CF9C6F" w14:textId="77777777">
        <w:tc>
          <w:tcPr>
            <w:tcW w:w="4320" w:type="dxa"/>
          </w:tcPr>
          <w:p w14:paraId="7C69FF3C" w14:textId="77777777" w:rsidR="00BA76A8" w:rsidRDefault="00734CE3">
            <w:r>
              <w:t>SLC45A1</w:t>
            </w:r>
          </w:p>
        </w:tc>
        <w:tc>
          <w:tcPr>
            <w:tcW w:w="4320" w:type="dxa"/>
          </w:tcPr>
          <w:p w14:paraId="0971AB91" w14:textId="77777777" w:rsidR="00BA76A8" w:rsidRDefault="00734CE3">
            <w:r>
              <w:t>GO ∩ SFARI</w:t>
            </w:r>
          </w:p>
        </w:tc>
      </w:tr>
      <w:tr w:rsidR="00BA76A8" w14:paraId="54765ECD" w14:textId="77777777">
        <w:tc>
          <w:tcPr>
            <w:tcW w:w="4320" w:type="dxa"/>
          </w:tcPr>
          <w:p w14:paraId="7FB14874" w14:textId="77777777" w:rsidR="00BA76A8" w:rsidRDefault="00734CE3">
            <w:r>
              <w:t>SLC6A1</w:t>
            </w:r>
          </w:p>
        </w:tc>
        <w:tc>
          <w:tcPr>
            <w:tcW w:w="4320" w:type="dxa"/>
          </w:tcPr>
          <w:p w14:paraId="4F358D31" w14:textId="77777777" w:rsidR="00BA76A8" w:rsidRDefault="00734CE3">
            <w:r>
              <w:t>GO ∩ SFARI</w:t>
            </w:r>
          </w:p>
        </w:tc>
      </w:tr>
      <w:tr w:rsidR="00BA76A8" w14:paraId="0BDFF0C5" w14:textId="77777777">
        <w:tc>
          <w:tcPr>
            <w:tcW w:w="4320" w:type="dxa"/>
          </w:tcPr>
          <w:p w14:paraId="5C1FBBAF" w14:textId="77777777" w:rsidR="00BA76A8" w:rsidRDefault="00734CE3">
            <w:r>
              <w:t>SLC6A3</w:t>
            </w:r>
          </w:p>
        </w:tc>
        <w:tc>
          <w:tcPr>
            <w:tcW w:w="4320" w:type="dxa"/>
          </w:tcPr>
          <w:p w14:paraId="487000EA" w14:textId="77777777" w:rsidR="00BA76A8" w:rsidRDefault="00734CE3">
            <w:r>
              <w:t>GO ∩ SFARI</w:t>
            </w:r>
          </w:p>
        </w:tc>
      </w:tr>
      <w:tr w:rsidR="00BA76A8" w14:paraId="426E19DB" w14:textId="77777777">
        <w:tc>
          <w:tcPr>
            <w:tcW w:w="4320" w:type="dxa"/>
          </w:tcPr>
          <w:p w14:paraId="29246E4A" w14:textId="77777777" w:rsidR="00BA76A8" w:rsidRDefault="00734CE3">
            <w:r>
              <w:t>SMARCA2</w:t>
            </w:r>
          </w:p>
        </w:tc>
        <w:tc>
          <w:tcPr>
            <w:tcW w:w="4320" w:type="dxa"/>
          </w:tcPr>
          <w:p w14:paraId="75A7D39D" w14:textId="77777777" w:rsidR="00BA76A8" w:rsidRDefault="00734CE3">
            <w:r>
              <w:t>GO ∩ SFARI</w:t>
            </w:r>
          </w:p>
        </w:tc>
      </w:tr>
      <w:tr w:rsidR="00BA76A8" w14:paraId="1BEBFD88" w14:textId="77777777">
        <w:tc>
          <w:tcPr>
            <w:tcW w:w="4320" w:type="dxa"/>
          </w:tcPr>
          <w:p w14:paraId="14E2CF16" w14:textId="77777777" w:rsidR="00BA76A8" w:rsidRDefault="00734CE3">
            <w:r>
              <w:t>SMARCA4</w:t>
            </w:r>
          </w:p>
        </w:tc>
        <w:tc>
          <w:tcPr>
            <w:tcW w:w="4320" w:type="dxa"/>
          </w:tcPr>
          <w:p w14:paraId="5C2F4161" w14:textId="77777777" w:rsidR="00BA76A8" w:rsidRDefault="00734CE3">
            <w:r>
              <w:t>GO ∩ SFARI</w:t>
            </w:r>
          </w:p>
        </w:tc>
      </w:tr>
      <w:tr w:rsidR="00BA76A8" w14:paraId="52323519" w14:textId="77777777">
        <w:tc>
          <w:tcPr>
            <w:tcW w:w="4320" w:type="dxa"/>
          </w:tcPr>
          <w:p w14:paraId="476A1556" w14:textId="77777777" w:rsidR="00BA76A8" w:rsidRDefault="00734CE3">
            <w:r>
              <w:t>SMG6</w:t>
            </w:r>
          </w:p>
        </w:tc>
        <w:tc>
          <w:tcPr>
            <w:tcW w:w="4320" w:type="dxa"/>
          </w:tcPr>
          <w:p w14:paraId="4BC1504B" w14:textId="77777777" w:rsidR="00BA76A8" w:rsidRDefault="00734CE3">
            <w:r>
              <w:t>GO ∩ SFARI</w:t>
            </w:r>
          </w:p>
        </w:tc>
      </w:tr>
      <w:tr w:rsidR="00BA76A8" w14:paraId="4791C4F2" w14:textId="77777777">
        <w:tc>
          <w:tcPr>
            <w:tcW w:w="4320" w:type="dxa"/>
          </w:tcPr>
          <w:p w14:paraId="6B2BD07A" w14:textId="77777777" w:rsidR="00BA76A8" w:rsidRDefault="00734CE3">
            <w:r>
              <w:t>SMURF1</w:t>
            </w:r>
          </w:p>
        </w:tc>
        <w:tc>
          <w:tcPr>
            <w:tcW w:w="4320" w:type="dxa"/>
          </w:tcPr>
          <w:p w14:paraId="0AE9D4B4" w14:textId="77777777" w:rsidR="00BA76A8" w:rsidRDefault="00734CE3">
            <w:r>
              <w:t>GO ∩ SFARI</w:t>
            </w:r>
          </w:p>
        </w:tc>
      </w:tr>
      <w:tr w:rsidR="00BA76A8" w14:paraId="31111647" w14:textId="77777777">
        <w:tc>
          <w:tcPr>
            <w:tcW w:w="4320" w:type="dxa"/>
          </w:tcPr>
          <w:p w14:paraId="3E3D63A9" w14:textId="77777777" w:rsidR="00BA76A8" w:rsidRDefault="00734CE3">
            <w:r>
              <w:t>SNTG2</w:t>
            </w:r>
          </w:p>
        </w:tc>
        <w:tc>
          <w:tcPr>
            <w:tcW w:w="4320" w:type="dxa"/>
          </w:tcPr>
          <w:p w14:paraId="54252BE0" w14:textId="77777777" w:rsidR="00BA76A8" w:rsidRDefault="00734CE3">
            <w:r>
              <w:t>GO ∩ SFARI</w:t>
            </w:r>
          </w:p>
        </w:tc>
      </w:tr>
      <w:tr w:rsidR="00BA76A8" w14:paraId="2DD0D779" w14:textId="77777777">
        <w:tc>
          <w:tcPr>
            <w:tcW w:w="4320" w:type="dxa"/>
          </w:tcPr>
          <w:p w14:paraId="77907CD4" w14:textId="77777777" w:rsidR="00BA76A8" w:rsidRDefault="00734CE3">
            <w:r>
              <w:lastRenderedPageBreak/>
              <w:t>SPEN</w:t>
            </w:r>
          </w:p>
        </w:tc>
        <w:tc>
          <w:tcPr>
            <w:tcW w:w="4320" w:type="dxa"/>
          </w:tcPr>
          <w:p w14:paraId="7D11C573" w14:textId="77777777" w:rsidR="00BA76A8" w:rsidRDefault="00734CE3">
            <w:r>
              <w:t>GO ∩ SFARI</w:t>
            </w:r>
          </w:p>
        </w:tc>
      </w:tr>
      <w:tr w:rsidR="00BA76A8" w14:paraId="4E489AC8" w14:textId="77777777">
        <w:tc>
          <w:tcPr>
            <w:tcW w:w="4320" w:type="dxa"/>
          </w:tcPr>
          <w:p w14:paraId="3FE6F8D3" w14:textId="77777777" w:rsidR="00BA76A8" w:rsidRDefault="00734CE3">
            <w:r>
              <w:t>SRGAP3</w:t>
            </w:r>
          </w:p>
        </w:tc>
        <w:tc>
          <w:tcPr>
            <w:tcW w:w="4320" w:type="dxa"/>
          </w:tcPr>
          <w:p w14:paraId="1AE49584" w14:textId="77777777" w:rsidR="00BA76A8" w:rsidRDefault="00734CE3">
            <w:r>
              <w:t>GO ∩ SFARI</w:t>
            </w:r>
          </w:p>
        </w:tc>
      </w:tr>
      <w:tr w:rsidR="00BA76A8" w14:paraId="65E95549" w14:textId="77777777">
        <w:tc>
          <w:tcPr>
            <w:tcW w:w="4320" w:type="dxa"/>
          </w:tcPr>
          <w:p w14:paraId="5266BC7A" w14:textId="77777777" w:rsidR="00BA76A8" w:rsidRDefault="00734CE3">
            <w:r>
              <w:t>SRRM2</w:t>
            </w:r>
          </w:p>
        </w:tc>
        <w:tc>
          <w:tcPr>
            <w:tcW w:w="4320" w:type="dxa"/>
          </w:tcPr>
          <w:p w14:paraId="4A597BA5" w14:textId="77777777" w:rsidR="00BA76A8" w:rsidRDefault="00734CE3">
            <w:r>
              <w:t>GO ∩ SFARI</w:t>
            </w:r>
          </w:p>
        </w:tc>
      </w:tr>
      <w:tr w:rsidR="00BA76A8" w14:paraId="29612B97" w14:textId="77777777">
        <w:tc>
          <w:tcPr>
            <w:tcW w:w="4320" w:type="dxa"/>
          </w:tcPr>
          <w:p w14:paraId="4379C462" w14:textId="77777777" w:rsidR="00BA76A8" w:rsidRDefault="00734CE3">
            <w:r>
              <w:t>SYCE1</w:t>
            </w:r>
          </w:p>
        </w:tc>
        <w:tc>
          <w:tcPr>
            <w:tcW w:w="4320" w:type="dxa"/>
          </w:tcPr>
          <w:p w14:paraId="316FCEE6" w14:textId="77777777" w:rsidR="00BA76A8" w:rsidRDefault="00734CE3">
            <w:r>
              <w:t>GO ∩ SFARI</w:t>
            </w:r>
          </w:p>
        </w:tc>
      </w:tr>
      <w:tr w:rsidR="00BA76A8" w14:paraId="78CA73ED" w14:textId="77777777">
        <w:tc>
          <w:tcPr>
            <w:tcW w:w="4320" w:type="dxa"/>
          </w:tcPr>
          <w:p w14:paraId="0FD21820" w14:textId="77777777" w:rsidR="00BA76A8" w:rsidRDefault="00734CE3">
            <w:r>
              <w:t>SYN1</w:t>
            </w:r>
          </w:p>
        </w:tc>
        <w:tc>
          <w:tcPr>
            <w:tcW w:w="4320" w:type="dxa"/>
          </w:tcPr>
          <w:p w14:paraId="09F4360E" w14:textId="77777777" w:rsidR="00BA76A8" w:rsidRDefault="00734CE3">
            <w:r>
              <w:t>GO ∩ SFARI</w:t>
            </w:r>
          </w:p>
        </w:tc>
      </w:tr>
      <w:tr w:rsidR="00BA76A8" w14:paraId="0657D9A2" w14:textId="77777777">
        <w:tc>
          <w:tcPr>
            <w:tcW w:w="4320" w:type="dxa"/>
          </w:tcPr>
          <w:p w14:paraId="09CE37D2" w14:textId="77777777" w:rsidR="00BA76A8" w:rsidRDefault="00734CE3">
            <w:r>
              <w:t>SYP</w:t>
            </w:r>
          </w:p>
        </w:tc>
        <w:tc>
          <w:tcPr>
            <w:tcW w:w="4320" w:type="dxa"/>
          </w:tcPr>
          <w:p w14:paraId="47403C58" w14:textId="77777777" w:rsidR="00BA76A8" w:rsidRDefault="00734CE3">
            <w:r>
              <w:t>GO ∩ SFARI</w:t>
            </w:r>
          </w:p>
        </w:tc>
      </w:tr>
      <w:tr w:rsidR="00BA76A8" w14:paraId="2ABF1AFC" w14:textId="77777777">
        <w:tc>
          <w:tcPr>
            <w:tcW w:w="4320" w:type="dxa"/>
          </w:tcPr>
          <w:p w14:paraId="7344D146" w14:textId="77777777" w:rsidR="00BA76A8" w:rsidRDefault="00734CE3">
            <w:r>
              <w:t>SYT17</w:t>
            </w:r>
          </w:p>
        </w:tc>
        <w:tc>
          <w:tcPr>
            <w:tcW w:w="4320" w:type="dxa"/>
          </w:tcPr>
          <w:p w14:paraId="321D57D3" w14:textId="77777777" w:rsidR="00BA76A8" w:rsidRDefault="00734CE3">
            <w:r>
              <w:t>GO ∩ SFARI</w:t>
            </w:r>
          </w:p>
        </w:tc>
      </w:tr>
      <w:tr w:rsidR="00BA76A8" w14:paraId="35CC6157" w14:textId="77777777">
        <w:tc>
          <w:tcPr>
            <w:tcW w:w="4320" w:type="dxa"/>
          </w:tcPr>
          <w:p w14:paraId="007B0D84" w14:textId="77777777" w:rsidR="00BA76A8" w:rsidRDefault="00734CE3">
            <w:r>
              <w:t>TAF1C</w:t>
            </w:r>
          </w:p>
        </w:tc>
        <w:tc>
          <w:tcPr>
            <w:tcW w:w="4320" w:type="dxa"/>
          </w:tcPr>
          <w:p w14:paraId="0BC23DE0" w14:textId="77777777" w:rsidR="00BA76A8" w:rsidRDefault="00734CE3">
            <w:r>
              <w:t>GO ∩ SFARI</w:t>
            </w:r>
          </w:p>
        </w:tc>
      </w:tr>
      <w:tr w:rsidR="00BA76A8" w14:paraId="541D4D4C" w14:textId="77777777">
        <w:tc>
          <w:tcPr>
            <w:tcW w:w="4320" w:type="dxa"/>
          </w:tcPr>
          <w:p w14:paraId="7CBF16F6" w14:textId="77777777" w:rsidR="00BA76A8" w:rsidRDefault="00734CE3">
            <w:r>
              <w:t>TAF4</w:t>
            </w:r>
          </w:p>
        </w:tc>
        <w:tc>
          <w:tcPr>
            <w:tcW w:w="4320" w:type="dxa"/>
          </w:tcPr>
          <w:p w14:paraId="49E0E77C" w14:textId="77777777" w:rsidR="00BA76A8" w:rsidRDefault="00734CE3">
            <w:r>
              <w:t>GO ∩ SFARI</w:t>
            </w:r>
          </w:p>
        </w:tc>
      </w:tr>
      <w:tr w:rsidR="00BA76A8" w14:paraId="78FDB2F8" w14:textId="77777777">
        <w:tc>
          <w:tcPr>
            <w:tcW w:w="4320" w:type="dxa"/>
          </w:tcPr>
          <w:p w14:paraId="032B40DE" w14:textId="77777777" w:rsidR="00BA76A8" w:rsidRDefault="00734CE3">
            <w:r>
              <w:t>TAOK2</w:t>
            </w:r>
          </w:p>
        </w:tc>
        <w:tc>
          <w:tcPr>
            <w:tcW w:w="4320" w:type="dxa"/>
          </w:tcPr>
          <w:p w14:paraId="2D643979" w14:textId="77777777" w:rsidR="00BA76A8" w:rsidRDefault="00734CE3">
            <w:r>
              <w:t>GO ∩ SFARI</w:t>
            </w:r>
          </w:p>
        </w:tc>
      </w:tr>
      <w:tr w:rsidR="00BA76A8" w14:paraId="4B80E1A4" w14:textId="77777777">
        <w:tc>
          <w:tcPr>
            <w:tcW w:w="4320" w:type="dxa"/>
          </w:tcPr>
          <w:p w14:paraId="37C7C709" w14:textId="77777777" w:rsidR="00BA76A8" w:rsidRDefault="00734CE3">
            <w:r>
              <w:t>TBX1</w:t>
            </w:r>
          </w:p>
        </w:tc>
        <w:tc>
          <w:tcPr>
            <w:tcW w:w="4320" w:type="dxa"/>
          </w:tcPr>
          <w:p w14:paraId="062B7053" w14:textId="77777777" w:rsidR="00BA76A8" w:rsidRDefault="00734CE3">
            <w:r>
              <w:t>GO ∩ SFARI</w:t>
            </w:r>
          </w:p>
        </w:tc>
      </w:tr>
      <w:tr w:rsidR="00BA76A8" w14:paraId="5778BBA9" w14:textId="77777777">
        <w:tc>
          <w:tcPr>
            <w:tcW w:w="4320" w:type="dxa"/>
          </w:tcPr>
          <w:p w14:paraId="2A5D20FA" w14:textId="77777777" w:rsidR="00BA76A8" w:rsidRDefault="00734CE3">
            <w:r>
              <w:t>TCF7L2</w:t>
            </w:r>
          </w:p>
        </w:tc>
        <w:tc>
          <w:tcPr>
            <w:tcW w:w="4320" w:type="dxa"/>
          </w:tcPr>
          <w:p w14:paraId="51C6ECD6" w14:textId="77777777" w:rsidR="00BA76A8" w:rsidRDefault="00734CE3">
            <w:r>
              <w:t>GO ∩ SFARI</w:t>
            </w:r>
          </w:p>
        </w:tc>
      </w:tr>
      <w:tr w:rsidR="00BA76A8" w14:paraId="5E27DFDA" w14:textId="77777777">
        <w:tc>
          <w:tcPr>
            <w:tcW w:w="4320" w:type="dxa"/>
          </w:tcPr>
          <w:p w14:paraId="4DC42E24" w14:textId="77777777" w:rsidR="00BA76A8" w:rsidRDefault="00734CE3">
            <w:r>
              <w:t>TECTA</w:t>
            </w:r>
          </w:p>
        </w:tc>
        <w:tc>
          <w:tcPr>
            <w:tcW w:w="4320" w:type="dxa"/>
          </w:tcPr>
          <w:p w14:paraId="7A2AFC8E" w14:textId="77777777" w:rsidR="00BA76A8" w:rsidRDefault="00734CE3">
            <w:r>
              <w:t>GO ∩ SFARI</w:t>
            </w:r>
          </w:p>
        </w:tc>
      </w:tr>
      <w:tr w:rsidR="00BA76A8" w14:paraId="64E69F30" w14:textId="77777777">
        <w:tc>
          <w:tcPr>
            <w:tcW w:w="4320" w:type="dxa"/>
          </w:tcPr>
          <w:p w14:paraId="3AC3893C" w14:textId="77777777" w:rsidR="00BA76A8" w:rsidRDefault="00734CE3">
            <w:r>
              <w:t>TET3</w:t>
            </w:r>
          </w:p>
        </w:tc>
        <w:tc>
          <w:tcPr>
            <w:tcW w:w="4320" w:type="dxa"/>
          </w:tcPr>
          <w:p w14:paraId="7A7490DE" w14:textId="77777777" w:rsidR="00BA76A8" w:rsidRDefault="00734CE3">
            <w:r>
              <w:t>GO ∩ SFARI</w:t>
            </w:r>
          </w:p>
        </w:tc>
      </w:tr>
      <w:tr w:rsidR="00BA76A8" w14:paraId="101019BC" w14:textId="77777777">
        <w:tc>
          <w:tcPr>
            <w:tcW w:w="4320" w:type="dxa"/>
          </w:tcPr>
          <w:p w14:paraId="7E75EF17" w14:textId="77777777" w:rsidR="00BA76A8" w:rsidRDefault="00734CE3">
            <w:r>
              <w:t>THRA</w:t>
            </w:r>
          </w:p>
        </w:tc>
        <w:tc>
          <w:tcPr>
            <w:tcW w:w="4320" w:type="dxa"/>
          </w:tcPr>
          <w:p w14:paraId="0D6252D3" w14:textId="77777777" w:rsidR="00BA76A8" w:rsidRDefault="00734CE3">
            <w:r>
              <w:t>GO ∩ SFARI</w:t>
            </w:r>
          </w:p>
        </w:tc>
      </w:tr>
      <w:tr w:rsidR="00BA76A8" w14:paraId="0E2089C2" w14:textId="77777777">
        <w:tc>
          <w:tcPr>
            <w:tcW w:w="4320" w:type="dxa"/>
          </w:tcPr>
          <w:p w14:paraId="54B7F3CC" w14:textId="77777777" w:rsidR="00BA76A8" w:rsidRDefault="00734CE3">
            <w:r>
              <w:t>TNRC6C</w:t>
            </w:r>
          </w:p>
        </w:tc>
        <w:tc>
          <w:tcPr>
            <w:tcW w:w="4320" w:type="dxa"/>
          </w:tcPr>
          <w:p w14:paraId="3010C349" w14:textId="77777777" w:rsidR="00BA76A8" w:rsidRDefault="00734CE3">
            <w:r>
              <w:t>GO ∩ SFARI</w:t>
            </w:r>
          </w:p>
        </w:tc>
      </w:tr>
      <w:tr w:rsidR="00BA76A8" w14:paraId="5ACD9286" w14:textId="77777777">
        <w:tc>
          <w:tcPr>
            <w:tcW w:w="4320" w:type="dxa"/>
          </w:tcPr>
          <w:p w14:paraId="1151A0D6" w14:textId="77777777" w:rsidR="00BA76A8" w:rsidRDefault="00734CE3">
            <w:r>
              <w:t>TPO</w:t>
            </w:r>
          </w:p>
        </w:tc>
        <w:tc>
          <w:tcPr>
            <w:tcW w:w="4320" w:type="dxa"/>
          </w:tcPr>
          <w:p w14:paraId="0393DE8E" w14:textId="77777777" w:rsidR="00BA76A8" w:rsidRDefault="00734CE3">
            <w:r>
              <w:t>GO ∩ SFARI</w:t>
            </w:r>
          </w:p>
        </w:tc>
      </w:tr>
      <w:tr w:rsidR="00BA76A8" w14:paraId="42611993" w14:textId="77777777">
        <w:tc>
          <w:tcPr>
            <w:tcW w:w="4320" w:type="dxa"/>
          </w:tcPr>
          <w:p w14:paraId="1B7B0D93" w14:textId="77777777" w:rsidR="00BA76A8" w:rsidRDefault="00734CE3">
            <w:r>
              <w:t>TRAF7</w:t>
            </w:r>
          </w:p>
        </w:tc>
        <w:tc>
          <w:tcPr>
            <w:tcW w:w="4320" w:type="dxa"/>
          </w:tcPr>
          <w:p w14:paraId="5AC493A5" w14:textId="77777777" w:rsidR="00BA76A8" w:rsidRDefault="00734CE3">
            <w:r>
              <w:t>GO ∩ SFARI</w:t>
            </w:r>
          </w:p>
        </w:tc>
      </w:tr>
      <w:tr w:rsidR="00BA76A8" w14:paraId="445B24D8" w14:textId="77777777">
        <w:tc>
          <w:tcPr>
            <w:tcW w:w="4320" w:type="dxa"/>
          </w:tcPr>
          <w:p w14:paraId="221F072D" w14:textId="77777777" w:rsidR="00BA76A8" w:rsidRDefault="00734CE3">
            <w:r>
              <w:t>TRAPPC9</w:t>
            </w:r>
          </w:p>
        </w:tc>
        <w:tc>
          <w:tcPr>
            <w:tcW w:w="4320" w:type="dxa"/>
          </w:tcPr>
          <w:p w14:paraId="1B631CF8" w14:textId="77777777" w:rsidR="00BA76A8" w:rsidRDefault="00734CE3">
            <w:r>
              <w:t>GO ∩ SFARI</w:t>
            </w:r>
          </w:p>
        </w:tc>
      </w:tr>
      <w:tr w:rsidR="00BA76A8" w14:paraId="37468556" w14:textId="77777777">
        <w:tc>
          <w:tcPr>
            <w:tcW w:w="4320" w:type="dxa"/>
          </w:tcPr>
          <w:p w14:paraId="77A148A2" w14:textId="77777777" w:rsidR="00BA76A8" w:rsidRDefault="00734CE3">
            <w:r>
              <w:t>TRIM8</w:t>
            </w:r>
          </w:p>
        </w:tc>
        <w:tc>
          <w:tcPr>
            <w:tcW w:w="4320" w:type="dxa"/>
          </w:tcPr>
          <w:p w14:paraId="016C6AB6" w14:textId="77777777" w:rsidR="00BA76A8" w:rsidRDefault="00734CE3">
            <w:r>
              <w:t>GO ∩ SFARI</w:t>
            </w:r>
          </w:p>
        </w:tc>
      </w:tr>
      <w:tr w:rsidR="00BA76A8" w14:paraId="27DCEC25" w14:textId="77777777">
        <w:tc>
          <w:tcPr>
            <w:tcW w:w="4320" w:type="dxa"/>
          </w:tcPr>
          <w:p w14:paraId="2775F715" w14:textId="77777777" w:rsidR="00BA76A8" w:rsidRDefault="00734CE3">
            <w:r>
              <w:t>TRIO</w:t>
            </w:r>
          </w:p>
        </w:tc>
        <w:tc>
          <w:tcPr>
            <w:tcW w:w="4320" w:type="dxa"/>
          </w:tcPr>
          <w:p w14:paraId="7394A077" w14:textId="77777777" w:rsidR="00BA76A8" w:rsidRDefault="00734CE3">
            <w:r>
              <w:t>GO ∩ SFARI</w:t>
            </w:r>
          </w:p>
        </w:tc>
      </w:tr>
      <w:tr w:rsidR="00BA76A8" w14:paraId="11094F85" w14:textId="77777777">
        <w:tc>
          <w:tcPr>
            <w:tcW w:w="4320" w:type="dxa"/>
          </w:tcPr>
          <w:p w14:paraId="615C051B" w14:textId="77777777" w:rsidR="00BA76A8" w:rsidRDefault="00734CE3">
            <w:r>
              <w:t>TRPM1</w:t>
            </w:r>
          </w:p>
        </w:tc>
        <w:tc>
          <w:tcPr>
            <w:tcW w:w="4320" w:type="dxa"/>
          </w:tcPr>
          <w:p w14:paraId="223CC975" w14:textId="77777777" w:rsidR="00BA76A8" w:rsidRDefault="00734CE3">
            <w:r>
              <w:t>GO ∩ SFARI</w:t>
            </w:r>
          </w:p>
        </w:tc>
      </w:tr>
      <w:tr w:rsidR="00BA76A8" w14:paraId="38D55FD7" w14:textId="77777777">
        <w:tc>
          <w:tcPr>
            <w:tcW w:w="4320" w:type="dxa"/>
          </w:tcPr>
          <w:p w14:paraId="2D3C55C5" w14:textId="77777777" w:rsidR="00BA76A8" w:rsidRDefault="00734CE3">
            <w:r>
              <w:t>TRRAP</w:t>
            </w:r>
          </w:p>
        </w:tc>
        <w:tc>
          <w:tcPr>
            <w:tcW w:w="4320" w:type="dxa"/>
          </w:tcPr>
          <w:p w14:paraId="7EB31FBC" w14:textId="77777777" w:rsidR="00BA76A8" w:rsidRDefault="00734CE3">
            <w:r>
              <w:t>GO ∩ SFARI</w:t>
            </w:r>
          </w:p>
        </w:tc>
      </w:tr>
      <w:tr w:rsidR="00BA76A8" w14:paraId="4333C2A7" w14:textId="77777777">
        <w:tc>
          <w:tcPr>
            <w:tcW w:w="4320" w:type="dxa"/>
          </w:tcPr>
          <w:p w14:paraId="6CCA8E59" w14:textId="77777777" w:rsidR="00BA76A8" w:rsidRDefault="00734CE3">
            <w:r>
              <w:t>TSC2</w:t>
            </w:r>
          </w:p>
        </w:tc>
        <w:tc>
          <w:tcPr>
            <w:tcW w:w="4320" w:type="dxa"/>
          </w:tcPr>
          <w:p w14:paraId="31C3E4F8" w14:textId="77777777" w:rsidR="00BA76A8" w:rsidRDefault="00734CE3">
            <w:r>
              <w:t>GO ∩ SFARI</w:t>
            </w:r>
          </w:p>
        </w:tc>
      </w:tr>
      <w:tr w:rsidR="00BA76A8" w14:paraId="2C3731AF" w14:textId="77777777">
        <w:tc>
          <w:tcPr>
            <w:tcW w:w="4320" w:type="dxa"/>
          </w:tcPr>
          <w:p w14:paraId="33BF623A" w14:textId="77777777" w:rsidR="00BA76A8" w:rsidRDefault="00734CE3">
            <w:r>
              <w:t>TSHZ1</w:t>
            </w:r>
          </w:p>
        </w:tc>
        <w:tc>
          <w:tcPr>
            <w:tcW w:w="4320" w:type="dxa"/>
          </w:tcPr>
          <w:p w14:paraId="50281194" w14:textId="77777777" w:rsidR="00BA76A8" w:rsidRDefault="00734CE3">
            <w:r>
              <w:t>GO ∩ SFARI</w:t>
            </w:r>
          </w:p>
        </w:tc>
      </w:tr>
      <w:tr w:rsidR="00BA76A8" w14:paraId="737B22B7" w14:textId="77777777">
        <w:tc>
          <w:tcPr>
            <w:tcW w:w="4320" w:type="dxa"/>
          </w:tcPr>
          <w:p w14:paraId="5C79D506" w14:textId="77777777" w:rsidR="00BA76A8" w:rsidRDefault="00734CE3">
            <w:r>
              <w:t>TSHZ3</w:t>
            </w:r>
          </w:p>
        </w:tc>
        <w:tc>
          <w:tcPr>
            <w:tcW w:w="4320" w:type="dxa"/>
          </w:tcPr>
          <w:p w14:paraId="48EE27D6" w14:textId="77777777" w:rsidR="00BA76A8" w:rsidRDefault="00734CE3">
            <w:r>
              <w:t>GO ∩ SFARI</w:t>
            </w:r>
          </w:p>
        </w:tc>
      </w:tr>
      <w:tr w:rsidR="00BA76A8" w14:paraId="7052D55B" w14:textId="77777777">
        <w:tc>
          <w:tcPr>
            <w:tcW w:w="4320" w:type="dxa"/>
          </w:tcPr>
          <w:p w14:paraId="55EFCED9" w14:textId="77777777" w:rsidR="00BA76A8" w:rsidRDefault="00734CE3">
            <w:r>
              <w:t>TSPAN4</w:t>
            </w:r>
          </w:p>
        </w:tc>
        <w:tc>
          <w:tcPr>
            <w:tcW w:w="4320" w:type="dxa"/>
          </w:tcPr>
          <w:p w14:paraId="6BDF4B26" w14:textId="77777777" w:rsidR="00BA76A8" w:rsidRDefault="00734CE3">
            <w:r>
              <w:t>GO ∩ SFARI</w:t>
            </w:r>
          </w:p>
        </w:tc>
      </w:tr>
      <w:tr w:rsidR="00BA76A8" w14:paraId="2C4B9979" w14:textId="77777777">
        <w:tc>
          <w:tcPr>
            <w:tcW w:w="4320" w:type="dxa"/>
          </w:tcPr>
          <w:p w14:paraId="34CFFB45" w14:textId="77777777" w:rsidR="00BA76A8" w:rsidRDefault="00734CE3">
            <w:r>
              <w:t>UNC80</w:t>
            </w:r>
          </w:p>
        </w:tc>
        <w:tc>
          <w:tcPr>
            <w:tcW w:w="4320" w:type="dxa"/>
          </w:tcPr>
          <w:p w14:paraId="29E75F9B" w14:textId="77777777" w:rsidR="00BA76A8" w:rsidRDefault="00734CE3">
            <w:r>
              <w:t>GO ∩ SFARI</w:t>
            </w:r>
          </w:p>
        </w:tc>
      </w:tr>
      <w:tr w:rsidR="00BA76A8" w14:paraId="044C95A2" w14:textId="77777777">
        <w:tc>
          <w:tcPr>
            <w:tcW w:w="4320" w:type="dxa"/>
          </w:tcPr>
          <w:p w14:paraId="6B4B7A77" w14:textId="77777777" w:rsidR="00BA76A8" w:rsidRDefault="00734CE3">
            <w:r>
              <w:t>VASH1</w:t>
            </w:r>
          </w:p>
        </w:tc>
        <w:tc>
          <w:tcPr>
            <w:tcW w:w="4320" w:type="dxa"/>
          </w:tcPr>
          <w:p w14:paraId="49A61A52" w14:textId="77777777" w:rsidR="00BA76A8" w:rsidRDefault="00734CE3">
            <w:r>
              <w:t>GO ∩ SFARI</w:t>
            </w:r>
          </w:p>
        </w:tc>
      </w:tr>
      <w:tr w:rsidR="00BA76A8" w14:paraId="2044EFBF" w14:textId="77777777">
        <w:tc>
          <w:tcPr>
            <w:tcW w:w="4320" w:type="dxa"/>
          </w:tcPr>
          <w:p w14:paraId="0915132A" w14:textId="77777777" w:rsidR="00BA76A8" w:rsidRDefault="00734CE3">
            <w:r>
              <w:t>WDR37</w:t>
            </w:r>
          </w:p>
        </w:tc>
        <w:tc>
          <w:tcPr>
            <w:tcW w:w="4320" w:type="dxa"/>
          </w:tcPr>
          <w:p w14:paraId="088CE54A" w14:textId="77777777" w:rsidR="00BA76A8" w:rsidRDefault="00734CE3">
            <w:r>
              <w:t>GO ∩ SFARI</w:t>
            </w:r>
          </w:p>
        </w:tc>
      </w:tr>
      <w:tr w:rsidR="00BA76A8" w14:paraId="598574F8" w14:textId="77777777">
        <w:tc>
          <w:tcPr>
            <w:tcW w:w="4320" w:type="dxa"/>
          </w:tcPr>
          <w:p w14:paraId="0FAE3E24" w14:textId="77777777" w:rsidR="00BA76A8" w:rsidRDefault="00734CE3">
            <w:r>
              <w:t>ZBTB16</w:t>
            </w:r>
          </w:p>
        </w:tc>
        <w:tc>
          <w:tcPr>
            <w:tcW w:w="4320" w:type="dxa"/>
          </w:tcPr>
          <w:p w14:paraId="2A92B70F" w14:textId="77777777" w:rsidR="00BA76A8" w:rsidRDefault="00734CE3">
            <w:r>
              <w:t>GO ∩ SFARI</w:t>
            </w:r>
          </w:p>
        </w:tc>
      </w:tr>
      <w:tr w:rsidR="00BA76A8" w14:paraId="4005FC5D" w14:textId="77777777">
        <w:tc>
          <w:tcPr>
            <w:tcW w:w="4320" w:type="dxa"/>
          </w:tcPr>
          <w:p w14:paraId="6FE5229C" w14:textId="77777777" w:rsidR="00BA76A8" w:rsidRDefault="00734CE3">
            <w:r>
              <w:t>ZBTB18</w:t>
            </w:r>
          </w:p>
        </w:tc>
        <w:tc>
          <w:tcPr>
            <w:tcW w:w="4320" w:type="dxa"/>
          </w:tcPr>
          <w:p w14:paraId="446DB6AE" w14:textId="77777777" w:rsidR="00BA76A8" w:rsidRDefault="00734CE3">
            <w:r>
              <w:t>GO ∩ SFARI</w:t>
            </w:r>
          </w:p>
        </w:tc>
      </w:tr>
      <w:tr w:rsidR="00BA76A8" w14:paraId="0037331E" w14:textId="77777777">
        <w:tc>
          <w:tcPr>
            <w:tcW w:w="4320" w:type="dxa"/>
          </w:tcPr>
          <w:p w14:paraId="40AF5CBE" w14:textId="77777777" w:rsidR="00BA76A8" w:rsidRDefault="00734CE3">
            <w:r>
              <w:t>ZBTB20</w:t>
            </w:r>
          </w:p>
        </w:tc>
        <w:tc>
          <w:tcPr>
            <w:tcW w:w="4320" w:type="dxa"/>
          </w:tcPr>
          <w:p w14:paraId="2285C083" w14:textId="77777777" w:rsidR="00BA76A8" w:rsidRDefault="00734CE3">
            <w:r>
              <w:t>GO ∩ SFARI</w:t>
            </w:r>
          </w:p>
        </w:tc>
      </w:tr>
      <w:tr w:rsidR="00BA76A8" w14:paraId="33429CA1" w14:textId="77777777">
        <w:tc>
          <w:tcPr>
            <w:tcW w:w="4320" w:type="dxa"/>
          </w:tcPr>
          <w:p w14:paraId="60B0AAFC" w14:textId="77777777" w:rsidR="00BA76A8" w:rsidRDefault="00734CE3">
            <w:r>
              <w:t>ZBTB47</w:t>
            </w:r>
          </w:p>
        </w:tc>
        <w:tc>
          <w:tcPr>
            <w:tcW w:w="4320" w:type="dxa"/>
          </w:tcPr>
          <w:p w14:paraId="749C8260" w14:textId="77777777" w:rsidR="00BA76A8" w:rsidRDefault="00734CE3">
            <w:r>
              <w:t>GO ∩ SFARI</w:t>
            </w:r>
          </w:p>
        </w:tc>
      </w:tr>
      <w:tr w:rsidR="00BA76A8" w14:paraId="232A75AB" w14:textId="77777777">
        <w:tc>
          <w:tcPr>
            <w:tcW w:w="4320" w:type="dxa"/>
          </w:tcPr>
          <w:p w14:paraId="1D7F9ACA" w14:textId="77777777" w:rsidR="00BA76A8" w:rsidRDefault="00734CE3">
            <w:r>
              <w:t>ZBTB7A</w:t>
            </w:r>
          </w:p>
        </w:tc>
        <w:tc>
          <w:tcPr>
            <w:tcW w:w="4320" w:type="dxa"/>
          </w:tcPr>
          <w:p w14:paraId="43620A1B" w14:textId="77777777" w:rsidR="00BA76A8" w:rsidRDefault="00734CE3">
            <w:r>
              <w:t>GO ∩ SFARI</w:t>
            </w:r>
          </w:p>
        </w:tc>
      </w:tr>
      <w:tr w:rsidR="00BA76A8" w14:paraId="3E42612E" w14:textId="77777777">
        <w:tc>
          <w:tcPr>
            <w:tcW w:w="4320" w:type="dxa"/>
          </w:tcPr>
          <w:p w14:paraId="2EF0DC04" w14:textId="77777777" w:rsidR="00BA76A8" w:rsidRDefault="00734CE3">
            <w:r>
              <w:t>ZFHX3</w:t>
            </w:r>
          </w:p>
        </w:tc>
        <w:tc>
          <w:tcPr>
            <w:tcW w:w="4320" w:type="dxa"/>
          </w:tcPr>
          <w:p w14:paraId="69355673" w14:textId="77777777" w:rsidR="00BA76A8" w:rsidRDefault="00734CE3">
            <w:r>
              <w:t>GO ∩ SFARI</w:t>
            </w:r>
          </w:p>
        </w:tc>
      </w:tr>
      <w:tr w:rsidR="00BA76A8" w14:paraId="06FB0264" w14:textId="77777777">
        <w:tc>
          <w:tcPr>
            <w:tcW w:w="4320" w:type="dxa"/>
          </w:tcPr>
          <w:p w14:paraId="1396EEAA" w14:textId="77777777" w:rsidR="00BA76A8" w:rsidRDefault="00734CE3">
            <w:r>
              <w:t>ZMYND8</w:t>
            </w:r>
          </w:p>
        </w:tc>
        <w:tc>
          <w:tcPr>
            <w:tcW w:w="4320" w:type="dxa"/>
          </w:tcPr>
          <w:p w14:paraId="204EB824" w14:textId="77777777" w:rsidR="00BA76A8" w:rsidRDefault="00734CE3">
            <w:r>
              <w:t>GO ∩ SFARI</w:t>
            </w:r>
          </w:p>
        </w:tc>
      </w:tr>
      <w:tr w:rsidR="00BA76A8" w14:paraId="02FF6EA3" w14:textId="77777777">
        <w:tc>
          <w:tcPr>
            <w:tcW w:w="4320" w:type="dxa"/>
          </w:tcPr>
          <w:p w14:paraId="66976A7A" w14:textId="77777777" w:rsidR="00BA76A8" w:rsidRDefault="00734CE3">
            <w:r>
              <w:t>ZNF517</w:t>
            </w:r>
          </w:p>
        </w:tc>
        <w:tc>
          <w:tcPr>
            <w:tcW w:w="4320" w:type="dxa"/>
          </w:tcPr>
          <w:p w14:paraId="59DCB458" w14:textId="77777777" w:rsidR="00BA76A8" w:rsidRDefault="00734CE3">
            <w:r>
              <w:t>GO ∩ SFARI</w:t>
            </w:r>
          </w:p>
        </w:tc>
      </w:tr>
      <w:tr w:rsidR="00BA76A8" w14:paraId="4CD8A1E0" w14:textId="77777777">
        <w:tc>
          <w:tcPr>
            <w:tcW w:w="4320" w:type="dxa"/>
          </w:tcPr>
          <w:p w14:paraId="1C440E73" w14:textId="77777777" w:rsidR="00BA76A8" w:rsidRDefault="00734CE3">
            <w:r>
              <w:t>ZNF536</w:t>
            </w:r>
          </w:p>
        </w:tc>
        <w:tc>
          <w:tcPr>
            <w:tcW w:w="4320" w:type="dxa"/>
          </w:tcPr>
          <w:p w14:paraId="79EB2433" w14:textId="77777777" w:rsidR="00BA76A8" w:rsidRDefault="00734CE3">
            <w:r>
              <w:t>GO ∩ SFARI</w:t>
            </w:r>
          </w:p>
        </w:tc>
      </w:tr>
      <w:tr w:rsidR="00BA76A8" w14:paraId="1B7D3531" w14:textId="77777777">
        <w:tc>
          <w:tcPr>
            <w:tcW w:w="4320" w:type="dxa"/>
          </w:tcPr>
          <w:p w14:paraId="2DC6F733" w14:textId="77777777" w:rsidR="00BA76A8" w:rsidRDefault="00734CE3">
            <w:r>
              <w:t>ZNF827</w:t>
            </w:r>
          </w:p>
        </w:tc>
        <w:tc>
          <w:tcPr>
            <w:tcW w:w="4320" w:type="dxa"/>
          </w:tcPr>
          <w:p w14:paraId="45063DCA" w14:textId="77777777" w:rsidR="00BA76A8" w:rsidRDefault="00734CE3">
            <w:r>
              <w:t>GO ∩ SFARI</w:t>
            </w:r>
          </w:p>
        </w:tc>
      </w:tr>
      <w:tr w:rsidR="00BA76A8" w14:paraId="2D4F9936" w14:textId="77777777">
        <w:tc>
          <w:tcPr>
            <w:tcW w:w="4320" w:type="dxa"/>
          </w:tcPr>
          <w:p w14:paraId="2D6E653B" w14:textId="77777777" w:rsidR="00BA76A8" w:rsidRDefault="00734CE3">
            <w:r>
              <w:t>ZNF865</w:t>
            </w:r>
          </w:p>
        </w:tc>
        <w:tc>
          <w:tcPr>
            <w:tcW w:w="4320" w:type="dxa"/>
          </w:tcPr>
          <w:p w14:paraId="7F2E4665" w14:textId="77777777" w:rsidR="00BA76A8" w:rsidRDefault="00734CE3">
            <w:r>
              <w:t>GO ∩ SFARI</w:t>
            </w:r>
          </w:p>
        </w:tc>
      </w:tr>
      <w:tr w:rsidR="00BA76A8" w14:paraId="0BAF0B48" w14:textId="77777777">
        <w:tc>
          <w:tcPr>
            <w:tcW w:w="8640" w:type="dxa"/>
            <w:gridSpan w:val="2"/>
            <w:shd w:val="clear" w:color="auto" w:fill="EEECE1"/>
          </w:tcPr>
          <w:p w14:paraId="61B584A8" w14:textId="77777777" w:rsidR="00BA76A8" w:rsidRDefault="00734CE3">
            <w:r>
              <w:rPr>
                <w:b/>
              </w:rPr>
              <w:t>Group 2 (Sample 1,2,3,4,7,8 vs Sample 11)</w:t>
            </w:r>
          </w:p>
        </w:tc>
      </w:tr>
      <w:tr w:rsidR="00BA76A8" w14:paraId="50ABF65C" w14:textId="77777777">
        <w:tc>
          <w:tcPr>
            <w:tcW w:w="4320" w:type="dxa"/>
          </w:tcPr>
          <w:p w14:paraId="5550925C" w14:textId="77777777" w:rsidR="00BA76A8" w:rsidRDefault="00734CE3">
            <w:r>
              <w:t>ARX</w:t>
            </w:r>
          </w:p>
        </w:tc>
        <w:tc>
          <w:tcPr>
            <w:tcW w:w="4320" w:type="dxa"/>
          </w:tcPr>
          <w:p w14:paraId="0F0BBF06" w14:textId="77777777" w:rsidR="00BA76A8" w:rsidRDefault="00734CE3">
            <w:r>
              <w:t>Promoter ∩ SFARI</w:t>
            </w:r>
          </w:p>
        </w:tc>
      </w:tr>
      <w:tr w:rsidR="00BA76A8" w14:paraId="505A19EC" w14:textId="77777777">
        <w:tc>
          <w:tcPr>
            <w:tcW w:w="4320" w:type="dxa"/>
          </w:tcPr>
          <w:p w14:paraId="70171590" w14:textId="77777777" w:rsidR="00BA76A8" w:rsidRDefault="00734CE3">
            <w:r>
              <w:t>BST1</w:t>
            </w:r>
          </w:p>
        </w:tc>
        <w:tc>
          <w:tcPr>
            <w:tcW w:w="4320" w:type="dxa"/>
          </w:tcPr>
          <w:p w14:paraId="40A335F7" w14:textId="77777777" w:rsidR="00BA76A8" w:rsidRDefault="00734CE3">
            <w:r>
              <w:t>Promoter ∩ SFARI</w:t>
            </w:r>
          </w:p>
        </w:tc>
      </w:tr>
      <w:tr w:rsidR="00BA76A8" w14:paraId="0DAC77E2" w14:textId="77777777">
        <w:tc>
          <w:tcPr>
            <w:tcW w:w="4320" w:type="dxa"/>
          </w:tcPr>
          <w:p w14:paraId="2BA160BB" w14:textId="77777777" w:rsidR="00BA76A8" w:rsidRDefault="00734CE3">
            <w:r>
              <w:t>CACNA1B</w:t>
            </w:r>
          </w:p>
        </w:tc>
        <w:tc>
          <w:tcPr>
            <w:tcW w:w="4320" w:type="dxa"/>
          </w:tcPr>
          <w:p w14:paraId="6908B249" w14:textId="77777777" w:rsidR="00BA76A8" w:rsidRDefault="00734CE3">
            <w:r>
              <w:t>Promoter ∩ SFARI</w:t>
            </w:r>
          </w:p>
        </w:tc>
      </w:tr>
      <w:tr w:rsidR="00BA76A8" w14:paraId="284A1AEE" w14:textId="77777777">
        <w:tc>
          <w:tcPr>
            <w:tcW w:w="4320" w:type="dxa"/>
          </w:tcPr>
          <w:p w14:paraId="2C7FD904" w14:textId="77777777" w:rsidR="00BA76A8" w:rsidRDefault="00734CE3">
            <w:r>
              <w:t>CACNA1F</w:t>
            </w:r>
          </w:p>
        </w:tc>
        <w:tc>
          <w:tcPr>
            <w:tcW w:w="4320" w:type="dxa"/>
          </w:tcPr>
          <w:p w14:paraId="3FB545F8" w14:textId="77777777" w:rsidR="00BA76A8" w:rsidRDefault="00734CE3">
            <w:r>
              <w:t>Promoter ∩ SFARI</w:t>
            </w:r>
          </w:p>
        </w:tc>
      </w:tr>
      <w:tr w:rsidR="00BA76A8" w14:paraId="7CD06C7C" w14:textId="77777777">
        <w:tc>
          <w:tcPr>
            <w:tcW w:w="4320" w:type="dxa"/>
          </w:tcPr>
          <w:p w14:paraId="3DF7DC27" w14:textId="77777777" w:rsidR="00BA76A8" w:rsidRDefault="00734CE3">
            <w:r>
              <w:t>EEF1A2</w:t>
            </w:r>
          </w:p>
        </w:tc>
        <w:tc>
          <w:tcPr>
            <w:tcW w:w="4320" w:type="dxa"/>
          </w:tcPr>
          <w:p w14:paraId="68C586C7" w14:textId="77777777" w:rsidR="00BA76A8" w:rsidRDefault="00734CE3">
            <w:r>
              <w:t>Promoter ∩ SFARI</w:t>
            </w:r>
          </w:p>
        </w:tc>
      </w:tr>
      <w:tr w:rsidR="00BA76A8" w14:paraId="16BB2FD1" w14:textId="77777777">
        <w:tc>
          <w:tcPr>
            <w:tcW w:w="4320" w:type="dxa"/>
          </w:tcPr>
          <w:p w14:paraId="62DEDC56" w14:textId="77777777" w:rsidR="00BA76A8" w:rsidRDefault="00734CE3">
            <w:r>
              <w:t>GRIA2</w:t>
            </w:r>
          </w:p>
        </w:tc>
        <w:tc>
          <w:tcPr>
            <w:tcW w:w="4320" w:type="dxa"/>
          </w:tcPr>
          <w:p w14:paraId="1AB7C2DC" w14:textId="77777777" w:rsidR="00BA76A8" w:rsidRDefault="00734CE3">
            <w:r>
              <w:t>Promoter ∩ SFARI</w:t>
            </w:r>
          </w:p>
        </w:tc>
      </w:tr>
      <w:tr w:rsidR="00BA76A8" w14:paraId="628E32C6" w14:textId="77777777">
        <w:tc>
          <w:tcPr>
            <w:tcW w:w="4320" w:type="dxa"/>
          </w:tcPr>
          <w:p w14:paraId="262619C1" w14:textId="77777777" w:rsidR="00BA76A8" w:rsidRDefault="00734CE3">
            <w:r>
              <w:t>GRID2IP</w:t>
            </w:r>
          </w:p>
        </w:tc>
        <w:tc>
          <w:tcPr>
            <w:tcW w:w="4320" w:type="dxa"/>
          </w:tcPr>
          <w:p w14:paraId="1EB6B6C4" w14:textId="77777777" w:rsidR="00BA76A8" w:rsidRDefault="00734CE3">
            <w:r>
              <w:t>Promoter ∩ SFARI</w:t>
            </w:r>
          </w:p>
        </w:tc>
      </w:tr>
      <w:tr w:rsidR="00BA76A8" w14:paraId="7CBEE4AC" w14:textId="77777777">
        <w:tc>
          <w:tcPr>
            <w:tcW w:w="4320" w:type="dxa"/>
          </w:tcPr>
          <w:p w14:paraId="043ED144" w14:textId="77777777" w:rsidR="00BA76A8" w:rsidRDefault="00734CE3">
            <w:r>
              <w:lastRenderedPageBreak/>
              <w:t>IKZF1</w:t>
            </w:r>
          </w:p>
        </w:tc>
        <w:tc>
          <w:tcPr>
            <w:tcW w:w="4320" w:type="dxa"/>
          </w:tcPr>
          <w:p w14:paraId="78EED06D" w14:textId="77777777" w:rsidR="00BA76A8" w:rsidRDefault="00734CE3">
            <w:r>
              <w:t>Promoter ∩ SFARI</w:t>
            </w:r>
          </w:p>
        </w:tc>
      </w:tr>
      <w:tr w:rsidR="00BA76A8" w14:paraId="3BF10D6F" w14:textId="77777777">
        <w:tc>
          <w:tcPr>
            <w:tcW w:w="4320" w:type="dxa"/>
          </w:tcPr>
          <w:p w14:paraId="42579D16" w14:textId="77777777" w:rsidR="00BA76A8" w:rsidRDefault="00734CE3">
            <w:r>
              <w:t>KCNA3</w:t>
            </w:r>
          </w:p>
        </w:tc>
        <w:tc>
          <w:tcPr>
            <w:tcW w:w="4320" w:type="dxa"/>
          </w:tcPr>
          <w:p w14:paraId="36321F8C" w14:textId="77777777" w:rsidR="00BA76A8" w:rsidRDefault="00734CE3">
            <w:r>
              <w:t>Promoter ∩ SFARI</w:t>
            </w:r>
          </w:p>
        </w:tc>
      </w:tr>
      <w:tr w:rsidR="00BA76A8" w14:paraId="05189E52" w14:textId="77777777">
        <w:tc>
          <w:tcPr>
            <w:tcW w:w="4320" w:type="dxa"/>
          </w:tcPr>
          <w:p w14:paraId="299D316B" w14:textId="77777777" w:rsidR="00BA76A8" w:rsidRDefault="00734CE3">
            <w:r>
              <w:t>MBD1</w:t>
            </w:r>
          </w:p>
        </w:tc>
        <w:tc>
          <w:tcPr>
            <w:tcW w:w="4320" w:type="dxa"/>
          </w:tcPr>
          <w:p w14:paraId="0E7DA466" w14:textId="77777777" w:rsidR="00BA76A8" w:rsidRDefault="00734CE3">
            <w:r>
              <w:t>Promoter ∩ SFARI</w:t>
            </w:r>
          </w:p>
        </w:tc>
      </w:tr>
      <w:tr w:rsidR="00BA76A8" w14:paraId="7F83F390" w14:textId="77777777">
        <w:tc>
          <w:tcPr>
            <w:tcW w:w="4320" w:type="dxa"/>
          </w:tcPr>
          <w:p w14:paraId="1C7E6B49" w14:textId="77777777" w:rsidR="00BA76A8" w:rsidRDefault="00734CE3">
            <w:r>
              <w:t>NSD1</w:t>
            </w:r>
          </w:p>
        </w:tc>
        <w:tc>
          <w:tcPr>
            <w:tcW w:w="4320" w:type="dxa"/>
          </w:tcPr>
          <w:p w14:paraId="38E68B8A" w14:textId="77777777" w:rsidR="00BA76A8" w:rsidRDefault="00734CE3">
            <w:r>
              <w:t>Promoter ∩ SFARI</w:t>
            </w:r>
          </w:p>
        </w:tc>
      </w:tr>
      <w:tr w:rsidR="00BA76A8" w14:paraId="0E3CA1D2" w14:textId="77777777">
        <w:tc>
          <w:tcPr>
            <w:tcW w:w="4320" w:type="dxa"/>
          </w:tcPr>
          <w:p w14:paraId="0423D1A1" w14:textId="77777777" w:rsidR="00BA76A8" w:rsidRDefault="00734CE3">
            <w:r>
              <w:t>PCDH19</w:t>
            </w:r>
          </w:p>
        </w:tc>
        <w:tc>
          <w:tcPr>
            <w:tcW w:w="4320" w:type="dxa"/>
          </w:tcPr>
          <w:p w14:paraId="6D2DB9C5" w14:textId="77777777" w:rsidR="00BA76A8" w:rsidRDefault="00734CE3">
            <w:r>
              <w:t>Promoter ∩ SFARI</w:t>
            </w:r>
          </w:p>
        </w:tc>
      </w:tr>
      <w:tr w:rsidR="00BA76A8" w14:paraId="4DEE49B5" w14:textId="77777777">
        <w:tc>
          <w:tcPr>
            <w:tcW w:w="4320" w:type="dxa"/>
          </w:tcPr>
          <w:p w14:paraId="4718B474" w14:textId="77777777" w:rsidR="00BA76A8" w:rsidRDefault="00734CE3">
            <w:r>
              <w:t>PCDHA1</w:t>
            </w:r>
          </w:p>
        </w:tc>
        <w:tc>
          <w:tcPr>
            <w:tcW w:w="4320" w:type="dxa"/>
          </w:tcPr>
          <w:p w14:paraId="19CFA4B4" w14:textId="77777777" w:rsidR="00BA76A8" w:rsidRDefault="00734CE3">
            <w:r>
              <w:t>Promoter ∩ SFARI</w:t>
            </w:r>
          </w:p>
        </w:tc>
      </w:tr>
      <w:tr w:rsidR="00BA76A8" w14:paraId="62A8E7DC" w14:textId="77777777">
        <w:tc>
          <w:tcPr>
            <w:tcW w:w="4320" w:type="dxa"/>
          </w:tcPr>
          <w:p w14:paraId="498E870F" w14:textId="77777777" w:rsidR="00BA76A8" w:rsidRDefault="00734CE3">
            <w:r>
              <w:t>PCDHA2</w:t>
            </w:r>
          </w:p>
        </w:tc>
        <w:tc>
          <w:tcPr>
            <w:tcW w:w="4320" w:type="dxa"/>
          </w:tcPr>
          <w:p w14:paraId="7BE03046" w14:textId="77777777" w:rsidR="00BA76A8" w:rsidRDefault="00734CE3">
            <w:r>
              <w:t>Promoter ∩ SFARI</w:t>
            </w:r>
          </w:p>
        </w:tc>
      </w:tr>
      <w:tr w:rsidR="00BA76A8" w14:paraId="103F23F0" w14:textId="77777777">
        <w:tc>
          <w:tcPr>
            <w:tcW w:w="4320" w:type="dxa"/>
          </w:tcPr>
          <w:p w14:paraId="04D3DBA3" w14:textId="77777777" w:rsidR="00BA76A8" w:rsidRDefault="00734CE3">
            <w:r>
              <w:t>PCDHA4</w:t>
            </w:r>
          </w:p>
        </w:tc>
        <w:tc>
          <w:tcPr>
            <w:tcW w:w="4320" w:type="dxa"/>
          </w:tcPr>
          <w:p w14:paraId="4E9DA13B" w14:textId="77777777" w:rsidR="00BA76A8" w:rsidRDefault="00734CE3">
            <w:r>
              <w:t>Promoter ∩ SFARI</w:t>
            </w:r>
          </w:p>
        </w:tc>
      </w:tr>
      <w:tr w:rsidR="00BA76A8" w14:paraId="281E96FD" w14:textId="77777777">
        <w:tc>
          <w:tcPr>
            <w:tcW w:w="4320" w:type="dxa"/>
          </w:tcPr>
          <w:p w14:paraId="615256F2" w14:textId="77777777" w:rsidR="00BA76A8" w:rsidRDefault="00734CE3">
            <w:r>
              <w:t>RAB43</w:t>
            </w:r>
          </w:p>
        </w:tc>
        <w:tc>
          <w:tcPr>
            <w:tcW w:w="4320" w:type="dxa"/>
          </w:tcPr>
          <w:p w14:paraId="2EDE7AED" w14:textId="77777777" w:rsidR="00BA76A8" w:rsidRDefault="00734CE3">
            <w:r>
              <w:t>Promoter ∩ SFARI</w:t>
            </w:r>
          </w:p>
        </w:tc>
      </w:tr>
      <w:tr w:rsidR="00BA76A8" w14:paraId="10C5D7C5" w14:textId="77777777">
        <w:tc>
          <w:tcPr>
            <w:tcW w:w="4320" w:type="dxa"/>
          </w:tcPr>
          <w:p w14:paraId="389326ED" w14:textId="77777777" w:rsidR="00BA76A8" w:rsidRDefault="00734CE3">
            <w:r>
              <w:t>RALA</w:t>
            </w:r>
          </w:p>
        </w:tc>
        <w:tc>
          <w:tcPr>
            <w:tcW w:w="4320" w:type="dxa"/>
          </w:tcPr>
          <w:p w14:paraId="004922BA" w14:textId="77777777" w:rsidR="00BA76A8" w:rsidRDefault="00734CE3">
            <w:r>
              <w:t>Promoter ∩ SFARI</w:t>
            </w:r>
          </w:p>
        </w:tc>
      </w:tr>
      <w:tr w:rsidR="00BA76A8" w14:paraId="159E7274" w14:textId="77777777">
        <w:tc>
          <w:tcPr>
            <w:tcW w:w="4320" w:type="dxa"/>
          </w:tcPr>
          <w:p w14:paraId="10F35BC4" w14:textId="77777777" w:rsidR="00BA76A8" w:rsidRDefault="00734CE3">
            <w:r>
              <w:t>SLC7A5</w:t>
            </w:r>
          </w:p>
        </w:tc>
        <w:tc>
          <w:tcPr>
            <w:tcW w:w="4320" w:type="dxa"/>
          </w:tcPr>
          <w:p w14:paraId="63141CB7" w14:textId="77777777" w:rsidR="00BA76A8" w:rsidRDefault="00734CE3">
            <w:r>
              <w:t>Promoter ∩ SFARI</w:t>
            </w:r>
          </w:p>
        </w:tc>
      </w:tr>
      <w:tr w:rsidR="00BA76A8" w14:paraId="1E82AE08" w14:textId="77777777">
        <w:tc>
          <w:tcPr>
            <w:tcW w:w="4320" w:type="dxa"/>
          </w:tcPr>
          <w:p w14:paraId="7A998D40" w14:textId="77777777" w:rsidR="00BA76A8" w:rsidRDefault="00734CE3">
            <w:r>
              <w:t>SYCE1</w:t>
            </w:r>
          </w:p>
        </w:tc>
        <w:tc>
          <w:tcPr>
            <w:tcW w:w="4320" w:type="dxa"/>
          </w:tcPr>
          <w:p w14:paraId="6FCCCA88" w14:textId="77777777" w:rsidR="00BA76A8" w:rsidRDefault="00734CE3">
            <w:r>
              <w:t>Promoter ∩ SFARI</w:t>
            </w:r>
          </w:p>
        </w:tc>
      </w:tr>
      <w:tr w:rsidR="00BA76A8" w14:paraId="598D1D24" w14:textId="77777777">
        <w:tc>
          <w:tcPr>
            <w:tcW w:w="4320" w:type="dxa"/>
          </w:tcPr>
          <w:p w14:paraId="165B2EAB" w14:textId="77777777" w:rsidR="00BA76A8" w:rsidRDefault="00734CE3">
            <w:r>
              <w:t>SYNCRIP</w:t>
            </w:r>
          </w:p>
        </w:tc>
        <w:tc>
          <w:tcPr>
            <w:tcW w:w="4320" w:type="dxa"/>
          </w:tcPr>
          <w:p w14:paraId="431A0DB8" w14:textId="77777777" w:rsidR="00BA76A8" w:rsidRDefault="00734CE3">
            <w:r>
              <w:t>Promoter ∩ SFARI</w:t>
            </w:r>
          </w:p>
        </w:tc>
      </w:tr>
      <w:tr w:rsidR="00BA76A8" w14:paraId="26A0F8E8" w14:textId="77777777">
        <w:tc>
          <w:tcPr>
            <w:tcW w:w="4320" w:type="dxa"/>
          </w:tcPr>
          <w:p w14:paraId="15A3CAFE" w14:textId="77777777" w:rsidR="00BA76A8" w:rsidRDefault="00734CE3">
            <w:r>
              <w:t>TAOK2</w:t>
            </w:r>
          </w:p>
        </w:tc>
        <w:tc>
          <w:tcPr>
            <w:tcW w:w="4320" w:type="dxa"/>
          </w:tcPr>
          <w:p w14:paraId="47AF2EBE" w14:textId="77777777" w:rsidR="00BA76A8" w:rsidRDefault="00734CE3">
            <w:r>
              <w:t>Promoter ∩ SFARI</w:t>
            </w:r>
          </w:p>
        </w:tc>
      </w:tr>
      <w:tr w:rsidR="00BA76A8" w14:paraId="51E754BA" w14:textId="77777777">
        <w:tc>
          <w:tcPr>
            <w:tcW w:w="4320" w:type="dxa"/>
          </w:tcPr>
          <w:p w14:paraId="08799382" w14:textId="77777777" w:rsidR="00BA76A8" w:rsidRDefault="00734CE3">
            <w:r>
              <w:t>TBR1</w:t>
            </w:r>
          </w:p>
        </w:tc>
        <w:tc>
          <w:tcPr>
            <w:tcW w:w="4320" w:type="dxa"/>
          </w:tcPr>
          <w:p w14:paraId="3B1C90AF" w14:textId="77777777" w:rsidR="00BA76A8" w:rsidRDefault="00734CE3">
            <w:r>
              <w:t>Promoter ∩ SFARI</w:t>
            </w:r>
          </w:p>
        </w:tc>
      </w:tr>
      <w:tr w:rsidR="00BA76A8" w14:paraId="174D94EE" w14:textId="77777777">
        <w:tc>
          <w:tcPr>
            <w:tcW w:w="4320" w:type="dxa"/>
          </w:tcPr>
          <w:p w14:paraId="32AA4487" w14:textId="77777777" w:rsidR="00BA76A8" w:rsidRDefault="00734CE3">
            <w:r>
              <w:t>U2AF2</w:t>
            </w:r>
          </w:p>
        </w:tc>
        <w:tc>
          <w:tcPr>
            <w:tcW w:w="4320" w:type="dxa"/>
          </w:tcPr>
          <w:p w14:paraId="4913CA88" w14:textId="77777777" w:rsidR="00BA76A8" w:rsidRDefault="00734CE3">
            <w:r>
              <w:t>Promoter ∩ SFARI</w:t>
            </w:r>
          </w:p>
        </w:tc>
      </w:tr>
      <w:tr w:rsidR="00BA76A8" w14:paraId="0E60BF54" w14:textId="77777777">
        <w:tc>
          <w:tcPr>
            <w:tcW w:w="4320" w:type="dxa"/>
          </w:tcPr>
          <w:p w14:paraId="165739EB" w14:textId="77777777" w:rsidR="00BA76A8" w:rsidRDefault="00734CE3">
            <w:r>
              <w:t>ZNF865</w:t>
            </w:r>
          </w:p>
        </w:tc>
        <w:tc>
          <w:tcPr>
            <w:tcW w:w="4320" w:type="dxa"/>
          </w:tcPr>
          <w:p w14:paraId="2B559C7A" w14:textId="77777777" w:rsidR="00BA76A8" w:rsidRDefault="00734CE3">
            <w:r>
              <w:t>Promoter ∩ SFARI</w:t>
            </w:r>
          </w:p>
        </w:tc>
      </w:tr>
      <w:tr w:rsidR="00BA76A8" w14:paraId="09E64242" w14:textId="77777777">
        <w:tc>
          <w:tcPr>
            <w:tcW w:w="4320" w:type="dxa"/>
          </w:tcPr>
          <w:p w14:paraId="3098A62D" w14:textId="77777777" w:rsidR="00BA76A8" w:rsidRDefault="00734CE3">
            <w:r>
              <w:t>ABCA2</w:t>
            </w:r>
          </w:p>
        </w:tc>
        <w:tc>
          <w:tcPr>
            <w:tcW w:w="4320" w:type="dxa"/>
          </w:tcPr>
          <w:p w14:paraId="6B2BC9B6" w14:textId="77777777" w:rsidR="00BA76A8" w:rsidRDefault="00734CE3">
            <w:r>
              <w:t>GO ∩ SFARI</w:t>
            </w:r>
          </w:p>
        </w:tc>
      </w:tr>
      <w:tr w:rsidR="00BA76A8" w14:paraId="2C95AF73" w14:textId="77777777">
        <w:tc>
          <w:tcPr>
            <w:tcW w:w="4320" w:type="dxa"/>
          </w:tcPr>
          <w:p w14:paraId="61888A42" w14:textId="77777777" w:rsidR="00BA76A8" w:rsidRDefault="00734CE3">
            <w:r>
              <w:t>ABCA7</w:t>
            </w:r>
          </w:p>
        </w:tc>
        <w:tc>
          <w:tcPr>
            <w:tcW w:w="4320" w:type="dxa"/>
          </w:tcPr>
          <w:p w14:paraId="4E2CED3A" w14:textId="77777777" w:rsidR="00BA76A8" w:rsidRDefault="00734CE3">
            <w:r>
              <w:t>GO ∩ SFARI</w:t>
            </w:r>
          </w:p>
        </w:tc>
      </w:tr>
      <w:tr w:rsidR="00BA76A8" w14:paraId="1E1AB661" w14:textId="77777777">
        <w:tc>
          <w:tcPr>
            <w:tcW w:w="4320" w:type="dxa"/>
          </w:tcPr>
          <w:p w14:paraId="05789F67" w14:textId="77777777" w:rsidR="00BA76A8" w:rsidRDefault="00734CE3">
            <w:r>
              <w:t>ACHE</w:t>
            </w:r>
          </w:p>
        </w:tc>
        <w:tc>
          <w:tcPr>
            <w:tcW w:w="4320" w:type="dxa"/>
          </w:tcPr>
          <w:p w14:paraId="7F87F6F9" w14:textId="77777777" w:rsidR="00BA76A8" w:rsidRDefault="00734CE3">
            <w:r>
              <w:t>GO ∩ SFARI</w:t>
            </w:r>
          </w:p>
        </w:tc>
      </w:tr>
      <w:tr w:rsidR="00BA76A8" w14:paraId="56B2C592" w14:textId="77777777">
        <w:tc>
          <w:tcPr>
            <w:tcW w:w="4320" w:type="dxa"/>
          </w:tcPr>
          <w:p w14:paraId="01D36DE6" w14:textId="77777777" w:rsidR="00BA76A8" w:rsidRDefault="00734CE3">
            <w:r>
              <w:t>ACTN4</w:t>
            </w:r>
          </w:p>
        </w:tc>
        <w:tc>
          <w:tcPr>
            <w:tcW w:w="4320" w:type="dxa"/>
          </w:tcPr>
          <w:p w14:paraId="272BCF0C" w14:textId="77777777" w:rsidR="00BA76A8" w:rsidRDefault="00734CE3">
            <w:r>
              <w:t>GO ∩ SFARI</w:t>
            </w:r>
          </w:p>
        </w:tc>
      </w:tr>
      <w:tr w:rsidR="00BA76A8" w14:paraId="08BB38E9" w14:textId="77777777">
        <w:tc>
          <w:tcPr>
            <w:tcW w:w="4320" w:type="dxa"/>
          </w:tcPr>
          <w:p w14:paraId="23524416" w14:textId="77777777" w:rsidR="00BA76A8" w:rsidRDefault="00734CE3">
            <w:r>
              <w:t>ADCY5</w:t>
            </w:r>
          </w:p>
        </w:tc>
        <w:tc>
          <w:tcPr>
            <w:tcW w:w="4320" w:type="dxa"/>
          </w:tcPr>
          <w:p w14:paraId="260AD5DD" w14:textId="77777777" w:rsidR="00BA76A8" w:rsidRDefault="00734CE3">
            <w:r>
              <w:t>GO ∩ SFARI</w:t>
            </w:r>
          </w:p>
        </w:tc>
      </w:tr>
      <w:tr w:rsidR="00BA76A8" w14:paraId="4AA84209" w14:textId="77777777">
        <w:tc>
          <w:tcPr>
            <w:tcW w:w="4320" w:type="dxa"/>
          </w:tcPr>
          <w:p w14:paraId="1182E9E9" w14:textId="77777777" w:rsidR="00BA76A8" w:rsidRDefault="00734CE3">
            <w:r>
              <w:t>ADGRB1</w:t>
            </w:r>
          </w:p>
        </w:tc>
        <w:tc>
          <w:tcPr>
            <w:tcW w:w="4320" w:type="dxa"/>
          </w:tcPr>
          <w:p w14:paraId="66544A03" w14:textId="77777777" w:rsidR="00BA76A8" w:rsidRDefault="00734CE3">
            <w:r>
              <w:t>GO ∩ SFARI</w:t>
            </w:r>
          </w:p>
        </w:tc>
      </w:tr>
      <w:tr w:rsidR="00BA76A8" w14:paraId="4F4DF9F4" w14:textId="77777777">
        <w:tc>
          <w:tcPr>
            <w:tcW w:w="4320" w:type="dxa"/>
          </w:tcPr>
          <w:p w14:paraId="33FA3128" w14:textId="77777777" w:rsidR="00BA76A8" w:rsidRDefault="00734CE3">
            <w:r>
              <w:t>ADGRL1</w:t>
            </w:r>
          </w:p>
        </w:tc>
        <w:tc>
          <w:tcPr>
            <w:tcW w:w="4320" w:type="dxa"/>
          </w:tcPr>
          <w:p w14:paraId="203C95DD" w14:textId="77777777" w:rsidR="00BA76A8" w:rsidRDefault="00734CE3">
            <w:r>
              <w:t>GO ∩ SFARI</w:t>
            </w:r>
          </w:p>
        </w:tc>
      </w:tr>
      <w:tr w:rsidR="00BA76A8" w14:paraId="3FB264F3" w14:textId="77777777">
        <w:tc>
          <w:tcPr>
            <w:tcW w:w="4320" w:type="dxa"/>
          </w:tcPr>
          <w:p w14:paraId="7D7AE818" w14:textId="77777777" w:rsidR="00BA76A8" w:rsidRDefault="00734CE3">
            <w:r>
              <w:t>ADORA2A</w:t>
            </w:r>
          </w:p>
        </w:tc>
        <w:tc>
          <w:tcPr>
            <w:tcW w:w="4320" w:type="dxa"/>
          </w:tcPr>
          <w:p w14:paraId="6F26D47B" w14:textId="77777777" w:rsidR="00BA76A8" w:rsidRDefault="00734CE3">
            <w:r>
              <w:t>GO ∩ SFARI</w:t>
            </w:r>
          </w:p>
        </w:tc>
      </w:tr>
      <w:tr w:rsidR="00BA76A8" w14:paraId="5C57F635" w14:textId="77777777">
        <w:tc>
          <w:tcPr>
            <w:tcW w:w="4320" w:type="dxa"/>
          </w:tcPr>
          <w:p w14:paraId="39D79844" w14:textId="77777777" w:rsidR="00BA76A8" w:rsidRDefault="00734CE3">
            <w:r>
              <w:t>AGAP1</w:t>
            </w:r>
          </w:p>
        </w:tc>
        <w:tc>
          <w:tcPr>
            <w:tcW w:w="4320" w:type="dxa"/>
          </w:tcPr>
          <w:p w14:paraId="1EF94850" w14:textId="77777777" w:rsidR="00BA76A8" w:rsidRDefault="00734CE3">
            <w:r>
              <w:t>GO ∩ SFARI</w:t>
            </w:r>
          </w:p>
        </w:tc>
      </w:tr>
      <w:tr w:rsidR="00BA76A8" w14:paraId="50DA5697" w14:textId="77777777">
        <w:tc>
          <w:tcPr>
            <w:tcW w:w="4320" w:type="dxa"/>
          </w:tcPr>
          <w:p w14:paraId="358D4498" w14:textId="77777777" w:rsidR="00BA76A8" w:rsidRDefault="00734CE3">
            <w:r>
              <w:t>AGAP2</w:t>
            </w:r>
          </w:p>
        </w:tc>
        <w:tc>
          <w:tcPr>
            <w:tcW w:w="4320" w:type="dxa"/>
          </w:tcPr>
          <w:p w14:paraId="078D3FEF" w14:textId="77777777" w:rsidR="00BA76A8" w:rsidRDefault="00734CE3">
            <w:r>
              <w:t>GO ∩ SFARI</w:t>
            </w:r>
          </w:p>
        </w:tc>
      </w:tr>
      <w:tr w:rsidR="00BA76A8" w14:paraId="6C228AE2" w14:textId="77777777">
        <w:tc>
          <w:tcPr>
            <w:tcW w:w="4320" w:type="dxa"/>
          </w:tcPr>
          <w:p w14:paraId="6338C37B" w14:textId="77777777" w:rsidR="00BA76A8" w:rsidRDefault="00734CE3">
            <w:r>
              <w:t>AGBL4</w:t>
            </w:r>
          </w:p>
        </w:tc>
        <w:tc>
          <w:tcPr>
            <w:tcW w:w="4320" w:type="dxa"/>
          </w:tcPr>
          <w:p w14:paraId="13B043B7" w14:textId="77777777" w:rsidR="00BA76A8" w:rsidRDefault="00734CE3">
            <w:r>
              <w:t>GO ∩ SFARI</w:t>
            </w:r>
          </w:p>
        </w:tc>
      </w:tr>
      <w:tr w:rsidR="00BA76A8" w14:paraId="55034C52" w14:textId="77777777">
        <w:tc>
          <w:tcPr>
            <w:tcW w:w="4320" w:type="dxa"/>
          </w:tcPr>
          <w:p w14:paraId="04370447" w14:textId="77777777" w:rsidR="00BA76A8" w:rsidRDefault="00734CE3">
            <w:r>
              <w:t>AGO2</w:t>
            </w:r>
          </w:p>
        </w:tc>
        <w:tc>
          <w:tcPr>
            <w:tcW w:w="4320" w:type="dxa"/>
          </w:tcPr>
          <w:p w14:paraId="4DABDB27" w14:textId="77777777" w:rsidR="00BA76A8" w:rsidRDefault="00734CE3">
            <w:r>
              <w:t>GO ∩ SFARI</w:t>
            </w:r>
          </w:p>
        </w:tc>
      </w:tr>
      <w:tr w:rsidR="00BA76A8" w14:paraId="28B05F42" w14:textId="77777777">
        <w:tc>
          <w:tcPr>
            <w:tcW w:w="4320" w:type="dxa"/>
          </w:tcPr>
          <w:p w14:paraId="7A93C7DE" w14:textId="77777777" w:rsidR="00BA76A8" w:rsidRDefault="00734CE3">
            <w:r>
              <w:t>AHDC1</w:t>
            </w:r>
          </w:p>
        </w:tc>
        <w:tc>
          <w:tcPr>
            <w:tcW w:w="4320" w:type="dxa"/>
          </w:tcPr>
          <w:p w14:paraId="126786F0" w14:textId="77777777" w:rsidR="00BA76A8" w:rsidRDefault="00734CE3">
            <w:r>
              <w:t>GO ∩ SFARI</w:t>
            </w:r>
          </w:p>
        </w:tc>
      </w:tr>
      <w:tr w:rsidR="00BA76A8" w14:paraId="153D58C4" w14:textId="77777777">
        <w:tc>
          <w:tcPr>
            <w:tcW w:w="4320" w:type="dxa"/>
          </w:tcPr>
          <w:p w14:paraId="1143380D" w14:textId="77777777" w:rsidR="00BA76A8" w:rsidRDefault="00734CE3">
            <w:r>
              <w:t>ALDH1A3</w:t>
            </w:r>
          </w:p>
        </w:tc>
        <w:tc>
          <w:tcPr>
            <w:tcW w:w="4320" w:type="dxa"/>
          </w:tcPr>
          <w:p w14:paraId="5ACA12BA" w14:textId="77777777" w:rsidR="00BA76A8" w:rsidRDefault="00734CE3">
            <w:r>
              <w:t>GO ∩ SFARI</w:t>
            </w:r>
          </w:p>
        </w:tc>
      </w:tr>
      <w:tr w:rsidR="00BA76A8" w14:paraId="4489DE97" w14:textId="77777777">
        <w:tc>
          <w:tcPr>
            <w:tcW w:w="4320" w:type="dxa"/>
          </w:tcPr>
          <w:p w14:paraId="6D831FF5" w14:textId="77777777" w:rsidR="00BA76A8" w:rsidRDefault="00734CE3">
            <w:r>
              <w:t>ANKRD11</w:t>
            </w:r>
          </w:p>
        </w:tc>
        <w:tc>
          <w:tcPr>
            <w:tcW w:w="4320" w:type="dxa"/>
          </w:tcPr>
          <w:p w14:paraId="5A6DE227" w14:textId="77777777" w:rsidR="00BA76A8" w:rsidRDefault="00734CE3">
            <w:r>
              <w:t>GO ∩ SFARI</w:t>
            </w:r>
          </w:p>
        </w:tc>
      </w:tr>
      <w:tr w:rsidR="00BA76A8" w14:paraId="43D37A00" w14:textId="77777777">
        <w:tc>
          <w:tcPr>
            <w:tcW w:w="4320" w:type="dxa"/>
          </w:tcPr>
          <w:p w14:paraId="782D1A53" w14:textId="77777777" w:rsidR="00BA76A8" w:rsidRDefault="00734CE3">
            <w:r>
              <w:t>ARHGEF10</w:t>
            </w:r>
          </w:p>
        </w:tc>
        <w:tc>
          <w:tcPr>
            <w:tcW w:w="4320" w:type="dxa"/>
          </w:tcPr>
          <w:p w14:paraId="7557C953" w14:textId="77777777" w:rsidR="00BA76A8" w:rsidRDefault="00734CE3">
            <w:r>
              <w:t>GO ∩ SFARI</w:t>
            </w:r>
          </w:p>
        </w:tc>
      </w:tr>
      <w:tr w:rsidR="00BA76A8" w14:paraId="15C074D8" w14:textId="77777777">
        <w:tc>
          <w:tcPr>
            <w:tcW w:w="4320" w:type="dxa"/>
          </w:tcPr>
          <w:p w14:paraId="22FC2DCA" w14:textId="77777777" w:rsidR="00BA76A8" w:rsidRDefault="00734CE3">
            <w:r>
              <w:t>ARHGEF2</w:t>
            </w:r>
          </w:p>
        </w:tc>
        <w:tc>
          <w:tcPr>
            <w:tcW w:w="4320" w:type="dxa"/>
          </w:tcPr>
          <w:p w14:paraId="3F75656A" w14:textId="77777777" w:rsidR="00BA76A8" w:rsidRDefault="00734CE3">
            <w:r>
              <w:t>GO ∩ SFARI</w:t>
            </w:r>
          </w:p>
        </w:tc>
      </w:tr>
      <w:tr w:rsidR="00BA76A8" w14:paraId="2E873A9E" w14:textId="77777777">
        <w:tc>
          <w:tcPr>
            <w:tcW w:w="4320" w:type="dxa"/>
          </w:tcPr>
          <w:p w14:paraId="134F3413" w14:textId="77777777" w:rsidR="00BA76A8" w:rsidRDefault="00734CE3">
            <w:r>
              <w:t>ARX</w:t>
            </w:r>
          </w:p>
        </w:tc>
        <w:tc>
          <w:tcPr>
            <w:tcW w:w="4320" w:type="dxa"/>
          </w:tcPr>
          <w:p w14:paraId="608D79D1" w14:textId="77777777" w:rsidR="00BA76A8" w:rsidRDefault="00734CE3">
            <w:r>
              <w:t>GO ∩ SFARI</w:t>
            </w:r>
          </w:p>
        </w:tc>
      </w:tr>
      <w:tr w:rsidR="00BA76A8" w14:paraId="73CE1561" w14:textId="77777777">
        <w:tc>
          <w:tcPr>
            <w:tcW w:w="4320" w:type="dxa"/>
          </w:tcPr>
          <w:p w14:paraId="14E08443" w14:textId="77777777" w:rsidR="00BA76A8" w:rsidRDefault="00734CE3">
            <w:r>
              <w:t>ASAP2</w:t>
            </w:r>
          </w:p>
        </w:tc>
        <w:tc>
          <w:tcPr>
            <w:tcW w:w="4320" w:type="dxa"/>
          </w:tcPr>
          <w:p w14:paraId="043EAF0C" w14:textId="77777777" w:rsidR="00BA76A8" w:rsidRDefault="00734CE3">
            <w:r>
              <w:t>GO ∩ SFARI</w:t>
            </w:r>
          </w:p>
        </w:tc>
      </w:tr>
      <w:tr w:rsidR="00BA76A8" w14:paraId="166F70AD" w14:textId="77777777">
        <w:tc>
          <w:tcPr>
            <w:tcW w:w="4320" w:type="dxa"/>
          </w:tcPr>
          <w:p w14:paraId="44172904" w14:textId="77777777" w:rsidR="00BA76A8" w:rsidRDefault="00734CE3">
            <w:r>
              <w:t>ASMT</w:t>
            </w:r>
          </w:p>
        </w:tc>
        <w:tc>
          <w:tcPr>
            <w:tcW w:w="4320" w:type="dxa"/>
          </w:tcPr>
          <w:p w14:paraId="478D652E" w14:textId="77777777" w:rsidR="00BA76A8" w:rsidRDefault="00734CE3">
            <w:r>
              <w:t>GO ∩ SFARI</w:t>
            </w:r>
          </w:p>
        </w:tc>
      </w:tr>
      <w:tr w:rsidR="00BA76A8" w14:paraId="14304466" w14:textId="77777777">
        <w:tc>
          <w:tcPr>
            <w:tcW w:w="4320" w:type="dxa"/>
          </w:tcPr>
          <w:p w14:paraId="4C4263F4" w14:textId="77777777" w:rsidR="00BA76A8" w:rsidRDefault="00734CE3">
            <w:r>
              <w:t>ATP10A</w:t>
            </w:r>
          </w:p>
        </w:tc>
        <w:tc>
          <w:tcPr>
            <w:tcW w:w="4320" w:type="dxa"/>
          </w:tcPr>
          <w:p w14:paraId="2A016FF1" w14:textId="77777777" w:rsidR="00BA76A8" w:rsidRDefault="00734CE3">
            <w:r>
              <w:t>GO ∩ SFARI</w:t>
            </w:r>
          </w:p>
        </w:tc>
      </w:tr>
      <w:tr w:rsidR="00BA76A8" w14:paraId="6DCFBF54" w14:textId="77777777">
        <w:tc>
          <w:tcPr>
            <w:tcW w:w="4320" w:type="dxa"/>
          </w:tcPr>
          <w:p w14:paraId="1ABCBA59" w14:textId="77777777" w:rsidR="00BA76A8" w:rsidRDefault="00734CE3">
            <w:r>
              <w:t>ATP2B2</w:t>
            </w:r>
          </w:p>
        </w:tc>
        <w:tc>
          <w:tcPr>
            <w:tcW w:w="4320" w:type="dxa"/>
          </w:tcPr>
          <w:p w14:paraId="5545B223" w14:textId="77777777" w:rsidR="00BA76A8" w:rsidRDefault="00734CE3">
            <w:r>
              <w:t>GO ∩ SFARI</w:t>
            </w:r>
          </w:p>
        </w:tc>
      </w:tr>
      <w:tr w:rsidR="00BA76A8" w14:paraId="40765F87" w14:textId="77777777">
        <w:tc>
          <w:tcPr>
            <w:tcW w:w="4320" w:type="dxa"/>
          </w:tcPr>
          <w:p w14:paraId="55EBF8D1" w14:textId="77777777" w:rsidR="00BA76A8" w:rsidRDefault="00734CE3">
            <w:r>
              <w:t>AUTS2</w:t>
            </w:r>
          </w:p>
        </w:tc>
        <w:tc>
          <w:tcPr>
            <w:tcW w:w="4320" w:type="dxa"/>
          </w:tcPr>
          <w:p w14:paraId="58B55B24" w14:textId="77777777" w:rsidR="00BA76A8" w:rsidRDefault="00734CE3">
            <w:r>
              <w:t>GO ∩ SFARI</w:t>
            </w:r>
          </w:p>
        </w:tc>
      </w:tr>
      <w:tr w:rsidR="00BA76A8" w14:paraId="491AF8D7" w14:textId="77777777">
        <w:tc>
          <w:tcPr>
            <w:tcW w:w="4320" w:type="dxa"/>
          </w:tcPr>
          <w:p w14:paraId="183B83A7" w14:textId="77777777" w:rsidR="00BA76A8" w:rsidRDefault="00734CE3">
            <w:r>
              <w:t>BCL11A</w:t>
            </w:r>
          </w:p>
        </w:tc>
        <w:tc>
          <w:tcPr>
            <w:tcW w:w="4320" w:type="dxa"/>
          </w:tcPr>
          <w:p w14:paraId="3E366DB1" w14:textId="77777777" w:rsidR="00BA76A8" w:rsidRDefault="00734CE3">
            <w:r>
              <w:t>GO ∩ SFARI</w:t>
            </w:r>
          </w:p>
        </w:tc>
      </w:tr>
      <w:tr w:rsidR="00BA76A8" w14:paraId="51D2F87E" w14:textId="77777777">
        <w:tc>
          <w:tcPr>
            <w:tcW w:w="4320" w:type="dxa"/>
          </w:tcPr>
          <w:p w14:paraId="2AC92C45" w14:textId="77777777" w:rsidR="00BA76A8" w:rsidRDefault="00734CE3">
            <w:r>
              <w:t>BCL11B</w:t>
            </w:r>
          </w:p>
        </w:tc>
        <w:tc>
          <w:tcPr>
            <w:tcW w:w="4320" w:type="dxa"/>
          </w:tcPr>
          <w:p w14:paraId="02B41695" w14:textId="77777777" w:rsidR="00BA76A8" w:rsidRDefault="00734CE3">
            <w:r>
              <w:t>GO ∩ SFARI</w:t>
            </w:r>
          </w:p>
        </w:tc>
      </w:tr>
      <w:tr w:rsidR="00BA76A8" w14:paraId="70B61470" w14:textId="77777777">
        <w:tc>
          <w:tcPr>
            <w:tcW w:w="4320" w:type="dxa"/>
          </w:tcPr>
          <w:p w14:paraId="2593D39E" w14:textId="77777777" w:rsidR="00BA76A8" w:rsidRDefault="00734CE3">
            <w:r>
              <w:t>BICRA</w:t>
            </w:r>
          </w:p>
        </w:tc>
        <w:tc>
          <w:tcPr>
            <w:tcW w:w="4320" w:type="dxa"/>
          </w:tcPr>
          <w:p w14:paraId="332A16B6" w14:textId="77777777" w:rsidR="00BA76A8" w:rsidRDefault="00734CE3">
            <w:r>
              <w:t>GO ∩ SFARI</w:t>
            </w:r>
          </w:p>
        </w:tc>
      </w:tr>
      <w:tr w:rsidR="00BA76A8" w14:paraId="5B394F81" w14:textId="77777777">
        <w:tc>
          <w:tcPr>
            <w:tcW w:w="4320" w:type="dxa"/>
          </w:tcPr>
          <w:p w14:paraId="143B021A" w14:textId="77777777" w:rsidR="00BA76A8" w:rsidRDefault="00734CE3">
            <w:r>
              <w:t>BRD4</w:t>
            </w:r>
          </w:p>
        </w:tc>
        <w:tc>
          <w:tcPr>
            <w:tcW w:w="4320" w:type="dxa"/>
          </w:tcPr>
          <w:p w14:paraId="36CC6B33" w14:textId="77777777" w:rsidR="00BA76A8" w:rsidRDefault="00734CE3">
            <w:r>
              <w:t>GO ∩ SFARI</w:t>
            </w:r>
          </w:p>
        </w:tc>
      </w:tr>
      <w:tr w:rsidR="00BA76A8" w14:paraId="699188EC" w14:textId="77777777">
        <w:tc>
          <w:tcPr>
            <w:tcW w:w="4320" w:type="dxa"/>
          </w:tcPr>
          <w:p w14:paraId="40ABE8BF" w14:textId="77777777" w:rsidR="00BA76A8" w:rsidRDefault="00734CE3">
            <w:r>
              <w:t>BRSK2</w:t>
            </w:r>
          </w:p>
        </w:tc>
        <w:tc>
          <w:tcPr>
            <w:tcW w:w="4320" w:type="dxa"/>
          </w:tcPr>
          <w:p w14:paraId="1E0CBBE9" w14:textId="77777777" w:rsidR="00BA76A8" w:rsidRDefault="00734CE3">
            <w:r>
              <w:t>GO ∩ SFARI</w:t>
            </w:r>
          </w:p>
        </w:tc>
      </w:tr>
      <w:tr w:rsidR="00BA76A8" w14:paraId="2820A9DA" w14:textId="77777777">
        <w:tc>
          <w:tcPr>
            <w:tcW w:w="4320" w:type="dxa"/>
          </w:tcPr>
          <w:p w14:paraId="0F3EB72E" w14:textId="77777777" w:rsidR="00BA76A8" w:rsidRDefault="00734CE3">
            <w:r>
              <w:t>BST1</w:t>
            </w:r>
          </w:p>
        </w:tc>
        <w:tc>
          <w:tcPr>
            <w:tcW w:w="4320" w:type="dxa"/>
          </w:tcPr>
          <w:p w14:paraId="74061355" w14:textId="77777777" w:rsidR="00BA76A8" w:rsidRDefault="00734CE3">
            <w:r>
              <w:t>GO ∩ SFARI</w:t>
            </w:r>
          </w:p>
        </w:tc>
      </w:tr>
      <w:tr w:rsidR="00BA76A8" w14:paraId="5643F79F" w14:textId="77777777">
        <w:tc>
          <w:tcPr>
            <w:tcW w:w="4320" w:type="dxa"/>
          </w:tcPr>
          <w:p w14:paraId="0820E159" w14:textId="77777777" w:rsidR="00BA76A8" w:rsidRDefault="00734CE3">
            <w:r>
              <w:t>CA6</w:t>
            </w:r>
          </w:p>
        </w:tc>
        <w:tc>
          <w:tcPr>
            <w:tcW w:w="4320" w:type="dxa"/>
          </w:tcPr>
          <w:p w14:paraId="7071BBF1" w14:textId="77777777" w:rsidR="00BA76A8" w:rsidRDefault="00734CE3">
            <w:r>
              <w:t>GO ∩ SFARI</w:t>
            </w:r>
          </w:p>
        </w:tc>
      </w:tr>
      <w:tr w:rsidR="00BA76A8" w14:paraId="0AC15415" w14:textId="77777777">
        <w:tc>
          <w:tcPr>
            <w:tcW w:w="4320" w:type="dxa"/>
          </w:tcPr>
          <w:p w14:paraId="087F7E55" w14:textId="77777777" w:rsidR="00BA76A8" w:rsidRDefault="00734CE3">
            <w:r>
              <w:t>CACNA1A</w:t>
            </w:r>
          </w:p>
        </w:tc>
        <w:tc>
          <w:tcPr>
            <w:tcW w:w="4320" w:type="dxa"/>
          </w:tcPr>
          <w:p w14:paraId="1E1E481D" w14:textId="77777777" w:rsidR="00BA76A8" w:rsidRDefault="00734CE3">
            <w:r>
              <w:t>GO ∩ SFARI</w:t>
            </w:r>
          </w:p>
        </w:tc>
      </w:tr>
      <w:tr w:rsidR="00BA76A8" w14:paraId="02A4AE72" w14:textId="77777777">
        <w:tc>
          <w:tcPr>
            <w:tcW w:w="4320" w:type="dxa"/>
          </w:tcPr>
          <w:p w14:paraId="35C37169" w14:textId="77777777" w:rsidR="00BA76A8" w:rsidRDefault="00734CE3">
            <w:r>
              <w:t>CACNA1B</w:t>
            </w:r>
          </w:p>
        </w:tc>
        <w:tc>
          <w:tcPr>
            <w:tcW w:w="4320" w:type="dxa"/>
          </w:tcPr>
          <w:p w14:paraId="25E2A36F" w14:textId="77777777" w:rsidR="00BA76A8" w:rsidRDefault="00734CE3">
            <w:r>
              <w:t>GO ∩ SFARI</w:t>
            </w:r>
          </w:p>
        </w:tc>
      </w:tr>
      <w:tr w:rsidR="00BA76A8" w14:paraId="6333E5A5" w14:textId="77777777">
        <w:tc>
          <w:tcPr>
            <w:tcW w:w="4320" w:type="dxa"/>
          </w:tcPr>
          <w:p w14:paraId="02C50C15" w14:textId="77777777" w:rsidR="00BA76A8" w:rsidRDefault="00734CE3">
            <w:r>
              <w:lastRenderedPageBreak/>
              <w:t>CACNA1C</w:t>
            </w:r>
          </w:p>
        </w:tc>
        <w:tc>
          <w:tcPr>
            <w:tcW w:w="4320" w:type="dxa"/>
          </w:tcPr>
          <w:p w14:paraId="5C6D2BBD" w14:textId="77777777" w:rsidR="00BA76A8" w:rsidRDefault="00734CE3">
            <w:r>
              <w:t>GO ∩ SFARI</w:t>
            </w:r>
          </w:p>
        </w:tc>
      </w:tr>
      <w:tr w:rsidR="00BA76A8" w14:paraId="79D392FF" w14:textId="77777777">
        <w:tc>
          <w:tcPr>
            <w:tcW w:w="4320" w:type="dxa"/>
          </w:tcPr>
          <w:p w14:paraId="58FDC408" w14:textId="77777777" w:rsidR="00BA76A8" w:rsidRDefault="00734CE3">
            <w:r>
              <w:t>CACNA1E</w:t>
            </w:r>
          </w:p>
        </w:tc>
        <w:tc>
          <w:tcPr>
            <w:tcW w:w="4320" w:type="dxa"/>
          </w:tcPr>
          <w:p w14:paraId="1A563FA0" w14:textId="77777777" w:rsidR="00BA76A8" w:rsidRDefault="00734CE3">
            <w:r>
              <w:t>GO ∩ SFARI</w:t>
            </w:r>
          </w:p>
        </w:tc>
      </w:tr>
      <w:tr w:rsidR="00BA76A8" w14:paraId="50C524D6" w14:textId="77777777">
        <w:tc>
          <w:tcPr>
            <w:tcW w:w="4320" w:type="dxa"/>
          </w:tcPr>
          <w:p w14:paraId="44BB317B" w14:textId="77777777" w:rsidR="00BA76A8" w:rsidRDefault="00734CE3">
            <w:r>
              <w:t>CACNA1F</w:t>
            </w:r>
          </w:p>
        </w:tc>
        <w:tc>
          <w:tcPr>
            <w:tcW w:w="4320" w:type="dxa"/>
          </w:tcPr>
          <w:p w14:paraId="5C660470" w14:textId="77777777" w:rsidR="00BA76A8" w:rsidRDefault="00734CE3">
            <w:r>
              <w:t>GO ∩ SFARI</w:t>
            </w:r>
          </w:p>
        </w:tc>
      </w:tr>
      <w:tr w:rsidR="00BA76A8" w14:paraId="3ED4FAF7" w14:textId="77777777">
        <w:tc>
          <w:tcPr>
            <w:tcW w:w="4320" w:type="dxa"/>
          </w:tcPr>
          <w:p w14:paraId="36231204" w14:textId="77777777" w:rsidR="00BA76A8" w:rsidRDefault="00734CE3">
            <w:r>
              <w:t>CACNA1G</w:t>
            </w:r>
          </w:p>
        </w:tc>
        <w:tc>
          <w:tcPr>
            <w:tcW w:w="4320" w:type="dxa"/>
          </w:tcPr>
          <w:p w14:paraId="7A76E8FC" w14:textId="77777777" w:rsidR="00BA76A8" w:rsidRDefault="00734CE3">
            <w:r>
              <w:t>GO ∩ SFARI</w:t>
            </w:r>
          </w:p>
        </w:tc>
      </w:tr>
      <w:tr w:rsidR="00BA76A8" w14:paraId="3C44B2D2" w14:textId="77777777">
        <w:tc>
          <w:tcPr>
            <w:tcW w:w="4320" w:type="dxa"/>
          </w:tcPr>
          <w:p w14:paraId="0BACB378" w14:textId="77777777" w:rsidR="00BA76A8" w:rsidRDefault="00734CE3">
            <w:r>
              <w:t>CACNA1H</w:t>
            </w:r>
          </w:p>
        </w:tc>
        <w:tc>
          <w:tcPr>
            <w:tcW w:w="4320" w:type="dxa"/>
          </w:tcPr>
          <w:p w14:paraId="7B6DBEFC" w14:textId="77777777" w:rsidR="00BA76A8" w:rsidRDefault="00734CE3">
            <w:r>
              <w:t>GO ∩ SFARI</w:t>
            </w:r>
          </w:p>
        </w:tc>
      </w:tr>
      <w:tr w:rsidR="00BA76A8" w14:paraId="0771B833" w14:textId="77777777">
        <w:tc>
          <w:tcPr>
            <w:tcW w:w="4320" w:type="dxa"/>
          </w:tcPr>
          <w:p w14:paraId="328D0412" w14:textId="77777777" w:rsidR="00BA76A8" w:rsidRDefault="00734CE3">
            <w:r>
              <w:t>CACNA1I</w:t>
            </w:r>
          </w:p>
        </w:tc>
        <w:tc>
          <w:tcPr>
            <w:tcW w:w="4320" w:type="dxa"/>
          </w:tcPr>
          <w:p w14:paraId="66E201F3" w14:textId="77777777" w:rsidR="00BA76A8" w:rsidRDefault="00734CE3">
            <w:r>
              <w:t>GO ∩ SFARI</w:t>
            </w:r>
          </w:p>
        </w:tc>
      </w:tr>
      <w:tr w:rsidR="00BA76A8" w14:paraId="6CCF4FA3" w14:textId="77777777">
        <w:tc>
          <w:tcPr>
            <w:tcW w:w="4320" w:type="dxa"/>
          </w:tcPr>
          <w:p w14:paraId="30B425BD" w14:textId="77777777" w:rsidR="00BA76A8" w:rsidRDefault="00734CE3">
            <w:r>
              <w:t>CACNA2D3</w:t>
            </w:r>
          </w:p>
        </w:tc>
        <w:tc>
          <w:tcPr>
            <w:tcW w:w="4320" w:type="dxa"/>
          </w:tcPr>
          <w:p w14:paraId="0A1899C2" w14:textId="77777777" w:rsidR="00BA76A8" w:rsidRDefault="00734CE3">
            <w:r>
              <w:t>GO ∩ SFARI</w:t>
            </w:r>
          </w:p>
        </w:tc>
      </w:tr>
      <w:tr w:rsidR="00BA76A8" w14:paraId="6A64339E" w14:textId="77777777">
        <w:tc>
          <w:tcPr>
            <w:tcW w:w="4320" w:type="dxa"/>
          </w:tcPr>
          <w:p w14:paraId="682F07D7" w14:textId="77777777" w:rsidR="00BA76A8" w:rsidRDefault="00734CE3">
            <w:r>
              <w:t>CACNG2</w:t>
            </w:r>
          </w:p>
        </w:tc>
        <w:tc>
          <w:tcPr>
            <w:tcW w:w="4320" w:type="dxa"/>
          </w:tcPr>
          <w:p w14:paraId="6F4CA509" w14:textId="77777777" w:rsidR="00BA76A8" w:rsidRDefault="00734CE3">
            <w:r>
              <w:t>GO ∩ SFARI</w:t>
            </w:r>
          </w:p>
        </w:tc>
      </w:tr>
      <w:tr w:rsidR="00BA76A8" w14:paraId="40AD7DE7" w14:textId="77777777">
        <w:tc>
          <w:tcPr>
            <w:tcW w:w="4320" w:type="dxa"/>
          </w:tcPr>
          <w:p w14:paraId="211D1D3A" w14:textId="77777777" w:rsidR="00BA76A8" w:rsidRDefault="00734CE3">
            <w:r>
              <w:t>CAMK2B</w:t>
            </w:r>
          </w:p>
        </w:tc>
        <w:tc>
          <w:tcPr>
            <w:tcW w:w="4320" w:type="dxa"/>
          </w:tcPr>
          <w:p w14:paraId="74F6F1F7" w14:textId="77777777" w:rsidR="00BA76A8" w:rsidRDefault="00734CE3">
            <w:r>
              <w:t>GO ∩ SFARI</w:t>
            </w:r>
          </w:p>
        </w:tc>
      </w:tr>
      <w:tr w:rsidR="00BA76A8" w14:paraId="04579EA9" w14:textId="77777777">
        <w:tc>
          <w:tcPr>
            <w:tcW w:w="4320" w:type="dxa"/>
          </w:tcPr>
          <w:p w14:paraId="5AC3D36B" w14:textId="77777777" w:rsidR="00BA76A8" w:rsidRDefault="00734CE3">
            <w:r>
              <w:t>CARD11</w:t>
            </w:r>
          </w:p>
        </w:tc>
        <w:tc>
          <w:tcPr>
            <w:tcW w:w="4320" w:type="dxa"/>
          </w:tcPr>
          <w:p w14:paraId="25929B2C" w14:textId="77777777" w:rsidR="00BA76A8" w:rsidRDefault="00734CE3">
            <w:r>
              <w:t>GO ∩ SFARI</w:t>
            </w:r>
          </w:p>
        </w:tc>
      </w:tr>
      <w:tr w:rsidR="00BA76A8" w14:paraId="6C82FB42" w14:textId="77777777">
        <w:tc>
          <w:tcPr>
            <w:tcW w:w="4320" w:type="dxa"/>
          </w:tcPr>
          <w:p w14:paraId="306E6B4C" w14:textId="77777777" w:rsidR="00BA76A8" w:rsidRDefault="00734CE3">
            <w:r>
              <w:t>CASKIN1</w:t>
            </w:r>
          </w:p>
        </w:tc>
        <w:tc>
          <w:tcPr>
            <w:tcW w:w="4320" w:type="dxa"/>
          </w:tcPr>
          <w:p w14:paraId="17171B67" w14:textId="77777777" w:rsidR="00BA76A8" w:rsidRDefault="00734CE3">
            <w:r>
              <w:t>GO ∩ SFARI</w:t>
            </w:r>
          </w:p>
        </w:tc>
      </w:tr>
      <w:tr w:rsidR="00BA76A8" w14:paraId="79BBE65C" w14:textId="77777777">
        <w:tc>
          <w:tcPr>
            <w:tcW w:w="4320" w:type="dxa"/>
          </w:tcPr>
          <w:p w14:paraId="77EDFFB2" w14:textId="77777777" w:rsidR="00BA76A8" w:rsidRDefault="00734CE3">
            <w:r>
              <w:t>CASZ1</w:t>
            </w:r>
          </w:p>
        </w:tc>
        <w:tc>
          <w:tcPr>
            <w:tcW w:w="4320" w:type="dxa"/>
          </w:tcPr>
          <w:p w14:paraId="00773F16" w14:textId="77777777" w:rsidR="00BA76A8" w:rsidRDefault="00734CE3">
            <w:r>
              <w:t>GO ∩ SFARI</w:t>
            </w:r>
          </w:p>
        </w:tc>
      </w:tr>
      <w:tr w:rsidR="00BA76A8" w14:paraId="75E95E92" w14:textId="77777777">
        <w:tc>
          <w:tcPr>
            <w:tcW w:w="4320" w:type="dxa"/>
          </w:tcPr>
          <w:p w14:paraId="3881608B" w14:textId="77777777" w:rsidR="00BA76A8" w:rsidRDefault="00734CE3">
            <w:r>
              <w:t>CBX4</w:t>
            </w:r>
          </w:p>
        </w:tc>
        <w:tc>
          <w:tcPr>
            <w:tcW w:w="4320" w:type="dxa"/>
          </w:tcPr>
          <w:p w14:paraId="566182F2" w14:textId="77777777" w:rsidR="00BA76A8" w:rsidRDefault="00734CE3">
            <w:r>
              <w:t>GO ∩ SFARI</w:t>
            </w:r>
          </w:p>
        </w:tc>
      </w:tr>
      <w:tr w:rsidR="00BA76A8" w14:paraId="7C811CB0" w14:textId="77777777">
        <w:tc>
          <w:tcPr>
            <w:tcW w:w="4320" w:type="dxa"/>
          </w:tcPr>
          <w:p w14:paraId="14DDED05" w14:textId="77777777" w:rsidR="00BA76A8" w:rsidRDefault="00734CE3">
            <w:r>
              <w:t>CCDC88C</w:t>
            </w:r>
          </w:p>
        </w:tc>
        <w:tc>
          <w:tcPr>
            <w:tcW w:w="4320" w:type="dxa"/>
          </w:tcPr>
          <w:p w14:paraId="20DA9489" w14:textId="77777777" w:rsidR="00BA76A8" w:rsidRDefault="00734CE3">
            <w:r>
              <w:t>GO ∩ SFARI</w:t>
            </w:r>
          </w:p>
        </w:tc>
      </w:tr>
      <w:tr w:rsidR="00BA76A8" w14:paraId="71326F63" w14:textId="77777777">
        <w:tc>
          <w:tcPr>
            <w:tcW w:w="4320" w:type="dxa"/>
          </w:tcPr>
          <w:p w14:paraId="003692BD" w14:textId="77777777" w:rsidR="00BA76A8" w:rsidRDefault="00734CE3">
            <w:r>
              <w:t>CDC42BPB</w:t>
            </w:r>
          </w:p>
        </w:tc>
        <w:tc>
          <w:tcPr>
            <w:tcW w:w="4320" w:type="dxa"/>
          </w:tcPr>
          <w:p w14:paraId="48A80772" w14:textId="77777777" w:rsidR="00BA76A8" w:rsidRDefault="00734CE3">
            <w:r>
              <w:t>GO ∩ SFARI</w:t>
            </w:r>
          </w:p>
        </w:tc>
      </w:tr>
      <w:tr w:rsidR="00BA76A8" w14:paraId="21D84459" w14:textId="77777777">
        <w:tc>
          <w:tcPr>
            <w:tcW w:w="4320" w:type="dxa"/>
          </w:tcPr>
          <w:p w14:paraId="36E8226D" w14:textId="77777777" w:rsidR="00BA76A8" w:rsidRDefault="00734CE3">
            <w:r>
              <w:t>CDH22</w:t>
            </w:r>
          </w:p>
        </w:tc>
        <w:tc>
          <w:tcPr>
            <w:tcW w:w="4320" w:type="dxa"/>
          </w:tcPr>
          <w:p w14:paraId="027D7403" w14:textId="77777777" w:rsidR="00BA76A8" w:rsidRDefault="00734CE3">
            <w:r>
              <w:t>GO ∩ SFARI</w:t>
            </w:r>
          </w:p>
        </w:tc>
      </w:tr>
      <w:tr w:rsidR="00BA76A8" w14:paraId="2CDF6FE7" w14:textId="77777777">
        <w:tc>
          <w:tcPr>
            <w:tcW w:w="4320" w:type="dxa"/>
          </w:tcPr>
          <w:p w14:paraId="00C2D917" w14:textId="77777777" w:rsidR="00BA76A8" w:rsidRDefault="00734CE3">
            <w:r>
              <w:t>CDK19</w:t>
            </w:r>
          </w:p>
        </w:tc>
        <w:tc>
          <w:tcPr>
            <w:tcW w:w="4320" w:type="dxa"/>
          </w:tcPr>
          <w:p w14:paraId="4E0EE7CD" w14:textId="77777777" w:rsidR="00BA76A8" w:rsidRDefault="00734CE3">
            <w:r>
              <w:t>GO ∩ SFARI</w:t>
            </w:r>
          </w:p>
        </w:tc>
      </w:tr>
      <w:tr w:rsidR="00BA76A8" w14:paraId="731A6323" w14:textId="77777777">
        <w:tc>
          <w:tcPr>
            <w:tcW w:w="4320" w:type="dxa"/>
          </w:tcPr>
          <w:p w14:paraId="12D4BA5A" w14:textId="77777777" w:rsidR="00BA76A8" w:rsidRDefault="00734CE3">
            <w:r>
              <w:t>CECR2</w:t>
            </w:r>
          </w:p>
        </w:tc>
        <w:tc>
          <w:tcPr>
            <w:tcW w:w="4320" w:type="dxa"/>
          </w:tcPr>
          <w:p w14:paraId="05FDC27A" w14:textId="77777777" w:rsidR="00BA76A8" w:rsidRDefault="00734CE3">
            <w:r>
              <w:t>GO ∩ SFARI</w:t>
            </w:r>
          </w:p>
        </w:tc>
      </w:tr>
      <w:tr w:rsidR="00BA76A8" w14:paraId="33A5C5F8" w14:textId="77777777">
        <w:tc>
          <w:tcPr>
            <w:tcW w:w="4320" w:type="dxa"/>
          </w:tcPr>
          <w:p w14:paraId="565A24FB" w14:textId="77777777" w:rsidR="00BA76A8" w:rsidRDefault="00734CE3">
            <w:r>
              <w:t>CELF4</w:t>
            </w:r>
          </w:p>
        </w:tc>
        <w:tc>
          <w:tcPr>
            <w:tcW w:w="4320" w:type="dxa"/>
          </w:tcPr>
          <w:p w14:paraId="5B49A758" w14:textId="77777777" w:rsidR="00BA76A8" w:rsidRDefault="00734CE3">
            <w:r>
              <w:t>GO ∩ SFARI</w:t>
            </w:r>
          </w:p>
        </w:tc>
      </w:tr>
      <w:tr w:rsidR="00BA76A8" w14:paraId="7B8C3A39" w14:textId="77777777">
        <w:tc>
          <w:tcPr>
            <w:tcW w:w="4320" w:type="dxa"/>
          </w:tcPr>
          <w:p w14:paraId="79A87D41" w14:textId="77777777" w:rsidR="00BA76A8" w:rsidRDefault="00734CE3">
            <w:r>
              <w:t>CELF6</w:t>
            </w:r>
          </w:p>
        </w:tc>
        <w:tc>
          <w:tcPr>
            <w:tcW w:w="4320" w:type="dxa"/>
          </w:tcPr>
          <w:p w14:paraId="4FDA0F5D" w14:textId="77777777" w:rsidR="00BA76A8" w:rsidRDefault="00734CE3">
            <w:r>
              <w:t>GO ∩ SFARI</w:t>
            </w:r>
          </w:p>
        </w:tc>
      </w:tr>
      <w:tr w:rsidR="00BA76A8" w14:paraId="5DA323FA" w14:textId="77777777">
        <w:tc>
          <w:tcPr>
            <w:tcW w:w="4320" w:type="dxa"/>
          </w:tcPr>
          <w:p w14:paraId="4DA29BEF" w14:textId="77777777" w:rsidR="00BA76A8" w:rsidRDefault="00734CE3">
            <w:r>
              <w:t>CHD7</w:t>
            </w:r>
          </w:p>
        </w:tc>
        <w:tc>
          <w:tcPr>
            <w:tcW w:w="4320" w:type="dxa"/>
          </w:tcPr>
          <w:p w14:paraId="72450A25" w14:textId="77777777" w:rsidR="00BA76A8" w:rsidRDefault="00734CE3">
            <w:r>
              <w:t>GO ∩ SFARI</w:t>
            </w:r>
          </w:p>
        </w:tc>
      </w:tr>
      <w:tr w:rsidR="00BA76A8" w14:paraId="341D7173" w14:textId="77777777">
        <w:tc>
          <w:tcPr>
            <w:tcW w:w="4320" w:type="dxa"/>
          </w:tcPr>
          <w:p w14:paraId="56A81572" w14:textId="77777777" w:rsidR="00BA76A8" w:rsidRDefault="00734CE3">
            <w:r>
              <w:t>CHRNA7</w:t>
            </w:r>
          </w:p>
        </w:tc>
        <w:tc>
          <w:tcPr>
            <w:tcW w:w="4320" w:type="dxa"/>
          </w:tcPr>
          <w:p w14:paraId="094B9846" w14:textId="77777777" w:rsidR="00BA76A8" w:rsidRDefault="00734CE3">
            <w:r>
              <w:t>GO ∩ SFARI</w:t>
            </w:r>
          </w:p>
        </w:tc>
      </w:tr>
      <w:tr w:rsidR="00BA76A8" w14:paraId="23E93F40" w14:textId="77777777">
        <w:tc>
          <w:tcPr>
            <w:tcW w:w="4320" w:type="dxa"/>
          </w:tcPr>
          <w:p w14:paraId="68960F35" w14:textId="77777777" w:rsidR="00BA76A8" w:rsidRDefault="00734CE3">
            <w:r>
              <w:t>CHST2</w:t>
            </w:r>
          </w:p>
        </w:tc>
        <w:tc>
          <w:tcPr>
            <w:tcW w:w="4320" w:type="dxa"/>
          </w:tcPr>
          <w:p w14:paraId="5FD25A90" w14:textId="77777777" w:rsidR="00BA76A8" w:rsidRDefault="00734CE3">
            <w:r>
              <w:t>GO ∩ SFARI</w:t>
            </w:r>
          </w:p>
        </w:tc>
      </w:tr>
      <w:tr w:rsidR="00BA76A8" w14:paraId="57B45882" w14:textId="77777777">
        <w:tc>
          <w:tcPr>
            <w:tcW w:w="4320" w:type="dxa"/>
          </w:tcPr>
          <w:p w14:paraId="462C342B" w14:textId="77777777" w:rsidR="00BA76A8" w:rsidRDefault="00734CE3">
            <w:r>
              <w:t>CIC</w:t>
            </w:r>
          </w:p>
        </w:tc>
        <w:tc>
          <w:tcPr>
            <w:tcW w:w="4320" w:type="dxa"/>
          </w:tcPr>
          <w:p w14:paraId="28DA3F1F" w14:textId="77777777" w:rsidR="00BA76A8" w:rsidRDefault="00734CE3">
            <w:r>
              <w:t>GO ∩ SFARI</w:t>
            </w:r>
          </w:p>
        </w:tc>
      </w:tr>
      <w:tr w:rsidR="00BA76A8" w14:paraId="669D5C27" w14:textId="77777777">
        <w:tc>
          <w:tcPr>
            <w:tcW w:w="4320" w:type="dxa"/>
          </w:tcPr>
          <w:p w14:paraId="3CB461AC" w14:textId="77777777" w:rsidR="00BA76A8" w:rsidRDefault="00734CE3">
            <w:r>
              <w:t>CLIP2</w:t>
            </w:r>
          </w:p>
        </w:tc>
        <w:tc>
          <w:tcPr>
            <w:tcW w:w="4320" w:type="dxa"/>
          </w:tcPr>
          <w:p w14:paraId="6F13D348" w14:textId="77777777" w:rsidR="00BA76A8" w:rsidRDefault="00734CE3">
            <w:r>
              <w:t>GO ∩ SFARI</w:t>
            </w:r>
          </w:p>
        </w:tc>
      </w:tr>
      <w:tr w:rsidR="00BA76A8" w14:paraId="7147A903" w14:textId="77777777">
        <w:tc>
          <w:tcPr>
            <w:tcW w:w="4320" w:type="dxa"/>
          </w:tcPr>
          <w:p w14:paraId="3DE52CB2" w14:textId="77777777" w:rsidR="00BA76A8" w:rsidRDefault="00734CE3">
            <w:r>
              <w:t>CLTCL1</w:t>
            </w:r>
          </w:p>
        </w:tc>
        <w:tc>
          <w:tcPr>
            <w:tcW w:w="4320" w:type="dxa"/>
          </w:tcPr>
          <w:p w14:paraId="1BF06B0E" w14:textId="77777777" w:rsidR="00BA76A8" w:rsidRDefault="00734CE3">
            <w:r>
              <w:t>GO ∩ SFARI</w:t>
            </w:r>
          </w:p>
        </w:tc>
      </w:tr>
      <w:tr w:rsidR="00BA76A8" w14:paraId="42296E85" w14:textId="77777777">
        <w:tc>
          <w:tcPr>
            <w:tcW w:w="4320" w:type="dxa"/>
          </w:tcPr>
          <w:p w14:paraId="652BC961" w14:textId="77777777" w:rsidR="00BA76A8" w:rsidRDefault="00734CE3">
            <w:r>
              <w:t>CMIP</w:t>
            </w:r>
          </w:p>
        </w:tc>
        <w:tc>
          <w:tcPr>
            <w:tcW w:w="4320" w:type="dxa"/>
          </w:tcPr>
          <w:p w14:paraId="5BD980A7" w14:textId="77777777" w:rsidR="00BA76A8" w:rsidRDefault="00734CE3">
            <w:r>
              <w:t>GO ∩ SFARI</w:t>
            </w:r>
          </w:p>
        </w:tc>
      </w:tr>
      <w:tr w:rsidR="00BA76A8" w14:paraId="00464410" w14:textId="77777777">
        <w:tc>
          <w:tcPr>
            <w:tcW w:w="4320" w:type="dxa"/>
          </w:tcPr>
          <w:p w14:paraId="4A81B4B7" w14:textId="77777777" w:rsidR="00BA76A8" w:rsidRDefault="00734CE3">
            <w:r>
              <w:t>CNKSR2</w:t>
            </w:r>
          </w:p>
        </w:tc>
        <w:tc>
          <w:tcPr>
            <w:tcW w:w="4320" w:type="dxa"/>
          </w:tcPr>
          <w:p w14:paraId="6CFEA67F" w14:textId="77777777" w:rsidR="00BA76A8" w:rsidRDefault="00734CE3">
            <w:r>
              <w:t>GO ∩ SFARI</w:t>
            </w:r>
          </w:p>
        </w:tc>
      </w:tr>
      <w:tr w:rsidR="00BA76A8" w14:paraId="523FEA1A" w14:textId="77777777">
        <w:tc>
          <w:tcPr>
            <w:tcW w:w="4320" w:type="dxa"/>
          </w:tcPr>
          <w:p w14:paraId="22ADB8E9" w14:textId="77777777" w:rsidR="00BA76A8" w:rsidRDefault="00734CE3">
            <w:r>
              <w:t>CNTNAP3</w:t>
            </w:r>
          </w:p>
        </w:tc>
        <w:tc>
          <w:tcPr>
            <w:tcW w:w="4320" w:type="dxa"/>
          </w:tcPr>
          <w:p w14:paraId="7D9B84BB" w14:textId="77777777" w:rsidR="00BA76A8" w:rsidRDefault="00734CE3">
            <w:r>
              <w:t>GO ∩ SFARI</w:t>
            </w:r>
          </w:p>
        </w:tc>
      </w:tr>
      <w:tr w:rsidR="00BA76A8" w14:paraId="682CD4C8" w14:textId="77777777">
        <w:tc>
          <w:tcPr>
            <w:tcW w:w="4320" w:type="dxa"/>
          </w:tcPr>
          <w:p w14:paraId="7904BE22" w14:textId="77777777" w:rsidR="00BA76A8" w:rsidRDefault="00734CE3">
            <w:r>
              <w:t>CREBBP</w:t>
            </w:r>
          </w:p>
        </w:tc>
        <w:tc>
          <w:tcPr>
            <w:tcW w:w="4320" w:type="dxa"/>
          </w:tcPr>
          <w:p w14:paraId="45FF249F" w14:textId="77777777" w:rsidR="00BA76A8" w:rsidRDefault="00734CE3">
            <w:r>
              <w:t>GO ∩ SFARI</w:t>
            </w:r>
          </w:p>
        </w:tc>
      </w:tr>
      <w:tr w:rsidR="00BA76A8" w14:paraId="6C8B8784" w14:textId="77777777">
        <w:tc>
          <w:tcPr>
            <w:tcW w:w="4320" w:type="dxa"/>
          </w:tcPr>
          <w:p w14:paraId="1AEBE183" w14:textId="77777777" w:rsidR="00BA76A8" w:rsidRDefault="00734CE3">
            <w:r>
              <w:t>CSMD2</w:t>
            </w:r>
          </w:p>
        </w:tc>
        <w:tc>
          <w:tcPr>
            <w:tcW w:w="4320" w:type="dxa"/>
          </w:tcPr>
          <w:p w14:paraId="663724CC" w14:textId="77777777" w:rsidR="00BA76A8" w:rsidRDefault="00734CE3">
            <w:r>
              <w:t>GO ∩ SFARI</w:t>
            </w:r>
          </w:p>
        </w:tc>
      </w:tr>
      <w:tr w:rsidR="00BA76A8" w14:paraId="174417B3" w14:textId="77777777">
        <w:tc>
          <w:tcPr>
            <w:tcW w:w="4320" w:type="dxa"/>
          </w:tcPr>
          <w:p w14:paraId="3FDAB1E3" w14:textId="77777777" w:rsidR="00BA76A8" w:rsidRDefault="00734CE3">
            <w:r>
              <w:t>CSMD3</w:t>
            </w:r>
          </w:p>
        </w:tc>
        <w:tc>
          <w:tcPr>
            <w:tcW w:w="4320" w:type="dxa"/>
          </w:tcPr>
          <w:p w14:paraId="43E730B3" w14:textId="77777777" w:rsidR="00BA76A8" w:rsidRDefault="00734CE3">
            <w:r>
              <w:t>GO ∩ SFARI</w:t>
            </w:r>
          </w:p>
        </w:tc>
      </w:tr>
      <w:tr w:rsidR="00BA76A8" w14:paraId="50779DF2" w14:textId="77777777">
        <w:tc>
          <w:tcPr>
            <w:tcW w:w="4320" w:type="dxa"/>
          </w:tcPr>
          <w:p w14:paraId="2A4DEB3F" w14:textId="77777777" w:rsidR="00BA76A8" w:rsidRDefault="00734CE3">
            <w:r>
              <w:t>CUX1</w:t>
            </w:r>
          </w:p>
        </w:tc>
        <w:tc>
          <w:tcPr>
            <w:tcW w:w="4320" w:type="dxa"/>
          </w:tcPr>
          <w:p w14:paraId="0A4692BA" w14:textId="77777777" w:rsidR="00BA76A8" w:rsidRDefault="00734CE3">
            <w:r>
              <w:t>GO ∩ SFARI</w:t>
            </w:r>
          </w:p>
        </w:tc>
      </w:tr>
      <w:tr w:rsidR="00BA76A8" w14:paraId="03AC6F46" w14:textId="77777777">
        <w:tc>
          <w:tcPr>
            <w:tcW w:w="4320" w:type="dxa"/>
          </w:tcPr>
          <w:p w14:paraId="17F3257B" w14:textId="77777777" w:rsidR="00BA76A8" w:rsidRDefault="00734CE3">
            <w:r>
              <w:t>CUX2</w:t>
            </w:r>
          </w:p>
        </w:tc>
        <w:tc>
          <w:tcPr>
            <w:tcW w:w="4320" w:type="dxa"/>
          </w:tcPr>
          <w:p w14:paraId="65F1ADFB" w14:textId="77777777" w:rsidR="00BA76A8" w:rsidRDefault="00734CE3">
            <w:r>
              <w:t>GO ∩ SFARI</w:t>
            </w:r>
          </w:p>
        </w:tc>
      </w:tr>
      <w:tr w:rsidR="00BA76A8" w14:paraId="23502046" w14:textId="77777777">
        <w:tc>
          <w:tcPr>
            <w:tcW w:w="4320" w:type="dxa"/>
          </w:tcPr>
          <w:p w14:paraId="093571ED" w14:textId="77777777" w:rsidR="00BA76A8" w:rsidRDefault="00734CE3">
            <w:r>
              <w:t>CXXC5</w:t>
            </w:r>
          </w:p>
        </w:tc>
        <w:tc>
          <w:tcPr>
            <w:tcW w:w="4320" w:type="dxa"/>
          </w:tcPr>
          <w:p w14:paraId="62604BFD" w14:textId="77777777" w:rsidR="00BA76A8" w:rsidRDefault="00734CE3">
            <w:r>
              <w:t>GO ∩ SFARI</w:t>
            </w:r>
          </w:p>
        </w:tc>
      </w:tr>
      <w:tr w:rsidR="00BA76A8" w14:paraId="6096B93D" w14:textId="77777777">
        <w:tc>
          <w:tcPr>
            <w:tcW w:w="4320" w:type="dxa"/>
          </w:tcPr>
          <w:p w14:paraId="53F2DE77" w14:textId="77777777" w:rsidR="00BA76A8" w:rsidRDefault="00734CE3">
            <w:r>
              <w:t>CYFIP1</w:t>
            </w:r>
          </w:p>
        </w:tc>
        <w:tc>
          <w:tcPr>
            <w:tcW w:w="4320" w:type="dxa"/>
          </w:tcPr>
          <w:p w14:paraId="274D6E8C" w14:textId="77777777" w:rsidR="00BA76A8" w:rsidRDefault="00734CE3">
            <w:r>
              <w:t>GO ∩ SFARI</w:t>
            </w:r>
          </w:p>
        </w:tc>
      </w:tr>
      <w:tr w:rsidR="00BA76A8" w14:paraId="7C8F09D9" w14:textId="77777777">
        <w:tc>
          <w:tcPr>
            <w:tcW w:w="4320" w:type="dxa"/>
          </w:tcPr>
          <w:p w14:paraId="114D44D6" w14:textId="77777777" w:rsidR="00BA76A8" w:rsidRDefault="00734CE3">
            <w:r>
              <w:t>DAGLA</w:t>
            </w:r>
          </w:p>
        </w:tc>
        <w:tc>
          <w:tcPr>
            <w:tcW w:w="4320" w:type="dxa"/>
          </w:tcPr>
          <w:p w14:paraId="5C5679E4" w14:textId="77777777" w:rsidR="00BA76A8" w:rsidRDefault="00734CE3">
            <w:r>
              <w:t>GO ∩ SFARI</w:t>
            </w:r>
          </w:p>
        </w:tc>
      </w:tr>
      <w:tr w:rsidR="00BA76A8" w14:paraId="0C601F7B" w14:textId="77777777">
        <w:tc>
          <w:tcPr>
            <w:tcW w:w="4320" w:type="dxa"/>
          </w:tcPr>
          <w:p w14:paraId="1679CADD" w14:textId="77777777" w:rsidR="00BA76A8" w:rsidRDefault="00734CE3">
            <w:r>
              <w:t>DEAF1</w:t>
            </w:r>
          </w:p>
        </w:tc>
        <w:tc>
          <w:tcPr>
            <w:tcW w:w="4320" w:type="dxa"/>
          </w:tcPr>
          <w:p w14:paraId="59682BAB" w14:textId="77777777" w:rsidR="00BA76A8" w:rsidRDefault="00734CE3">
            <w:r>
              <w:t>GO ∩ SFARI</w:t>
            </w:r>
          </w:p>
        </w:tc>
      </w:tr>
      <w:tr w:rsidR="00BA76A8" w14:paraId="613F2A0B" w14:textId="77777777">
        <w:tc>
          <w:tcPr>
            <w:tcW w:w="4320" w:type="dxa"/>
          </w:tcPr>
          <w:p w14:paraId="5EA47BC9" w14:textId="77777777" w:rsidR="00BA76A8" w:rsidRDefault="00734CE3">
            <w:r>
              <w:t>DHCR7</w:t>
            </w:r>
          </w:p>
        </w:tc>
        <w:tc>
          <w:tcPr>
            <w:tcW w:w="4320" w:type="dxa"/>
          </w:tcPr>
          <w:p w14:paraId="672DC082" w14:textId="77777777" w:rsidR="00BA76A8" w:rsidRDefault="00734CE3">
            <w:r>
              <w:t>GO ∩ SFARI</w:t>
            </w:r>
          </w:p>
        </w:tc>
      </w:tr>
      <w:tr w:rsidR="00BA76A8" w14:paraId="4958A5B5" w14:textId="77777777">
        <w:tc>
          <w:tcPr>
            <w:tcW w:w="4320" w:type="dxa"/>
          </w:tcPr>
          <w:p w14:paraId="4F3CDAA3" w14:textId="77777777" w:rsidR="00BA76A8" w:rsidRDefault="00734CE3">
            <w:r>
              <w:t>DHX30</w:t>
            </w:r>
          </w:p>
        </w:tc>
        <w:tc>
          <w:tcPr>
            <w:tcW w:w="4320" w:type="dxa"/>
          </w:tcPr>
          <w:p w14:paraId="6C9C759B" w14:textId="77777777" w:rsidR="00BA76A8" w:rsidRDefault="00734CE3">
            <w:r>
              <w:t>GO ∩ SFARI</w:t>
            </w:r>
          </w:p>
        </w:tc>
      </w:tr>
      <w:tr w:rsidR="00BA76A8" w14:paraId="08A11228" w14:textId="77777777">
        <w:tc>
          <w:tcPr>
            <w:tcW w:w="4320" w:type="dxa"/>
          </w:tcPr>
          <w:p w14:paraId="68D9E7E5" w14:textId="77777777" w:rsidR="00BA76A8" w:rsidRDefault="00734CE3">
            <w:r>
              <w:t>DIP2C</w:t>
            </w:r>
          </w:p>
        </w:tc>
        <w:tc>
          <w:tcPr>
            <w:tcW w:w="4320" w:type="dxa"/>
          </w:tcPr>
          <w:p w14:paraId="0AA21F8D" w14:textId="77777777" w:rsidR="00BA76A8" w:rsidRDefault="00734CE3">
            <w:r>
              <w:t>GO ∩ SFARI</w:t>
            </w:r>
          </w:p>
        </w:tc>
      </w:tr>
      <w:tr w:rsidR="00BA76A8" w14:paraId="54505B17" w14:textId="77777777">
        <w:tc>
          <w:tcPr>
            <w:tcW w:w="4320" w:type="dxa"/>
          </w:tcPr>
          <w:p w14:paraId="26424945" w14:textId="77777777" w:rsidR="00BA76A8" w:rsidRDefault="00734CE3">
            <w:r>
              <w:t>DLGAP1</w:t>
            </w:r>
          </w:p>
        </w:tc>
        <w:tc>
          <w:tcPr>
            <w:tcW w:w="4320" w:type="dxa"/>
          </w:tcPr>
          <w:p w14:paraId="5801B382" w14:textId="77777777" w:rsidR="00BA76A8" w:rsidRDefault="00734CE3">
            <w:r>
              <w:t>GO ∩ SFARI</w:t>
            </w:r>
          </w:p>
        </w:tc>
      </w:tr>
      <w:tr w:rsidR="00BA76A8" w14:paraId="46CF3D4C" w14:textId="77777777">
        <w:tc>
          <w:tcPr>
            <w:tcW w:w="4320" w:type="dxa"/>
          </w:tcPr>
          <w:p w14:paraId="29C36B88" w14:textId="77777777" w:rsidR="00BA76A8" w:rsidRDefault="00734CE3">
            <w:r>
              <w:t>DLGAP2</w:t>
            </w:r>
          </w:p>
        </w:tc>
        <w:tc>
          <w:tcPr>
            <w:tcW w:w="4320" w:type="dxa"/>
          </w:tcPr>
          <w:p w14:paraId="490102A5" w14:textId="77777777" w:rsidR="00BA76A8" w:rsidRDefault="00734CE3">
            <w:r>
              <w:t>GO ∩ SFARI</w:t>
            </w:r>
          </w:p>
        </w:tc>
      </w:tr>
      <w:tr w:rsidR="00BA76A8" w14:paraId="534113E6" w14:textId="77777777">
        <w:tc>
          <w:tcPr>
            <w:tcW w:w="4320" w:type="dxa"/>
          </w:tcPr>
          <w:p w14:paraId="176F5FC8" w14:textId="77777777" w:rsidR="00BA76A8" w:rsidRDefault="00734CE3">
            <w:r>
              <w:t>DLL1</w:t>
            </w:r>
          </w:p>
        </w:tc>
        <w:tc>
          <w:tcPr>
            <w:tcW w:w="4320" w:type="dxa"/>
          </w:tcPr>
          <w:p w14:paraId="26BA46F6" w14:textId="77777777" w:rsidR="00BA76A8" w:rsidRDefault="00734CE3">
            <w:r>
              <w:t>GO ∩ SFARI</w:t>
            </w:r>
          </w:p>
        </w:tc>
      </w:tr>
      <w:tr w:rsidR="00BA76A8" w14:paraId="0856FECD" w14:textId="77777777">
        <w:tc>
          <w:tcPr>
            <w:tcW w:w="4320" w:type="dxa"/>
          </w:tcPr>
          <w:p w14:paraId="02A531CE" w14:textId="77777777" w:rsidR="00BA76A8" w:rsidRDefault="00734CE3">
            <w:r>
              <w:t>DMPK</w:t>
            </w:r>
          </w:p>
        </w:tc>
        <w:tc>
          <w:tcPr>
            <w:tcW w:w="4320" w:type="dxa"/>
          </w:tcPr>
          <w:p w14:paraId="167457BF" w14:textId="77777777" w:rsidR="00BA76A8" w:rsidRDefault="00734CE3">
            <w:r>
              <w:t>GO ∩ SFARI</w:t>
            </w:r>
          </w:p>
        </w:tc>
      </w:tr>
      <w:tr w:rsidR="00BA76A8" w14:paraId="7AAB532C" w14:textId="77777777">
        <w:tc>
          <w:tcPr>
            <w:tcW w:w="4320" w:type="dxa"/>
          </w:tcPr>
          <w:p w14:paraId="0C79C2BC" w14:textId="77777777" w:rsidR="00BA76A8" w:rsidRDefault="00734CE3">
            <w:r>
              <w:t>DMWD</w:t>
            </w:r>
          </w:p>
        </w:tc>
        <w:tc>
          <w:tcPr>
            <w:tcW w:w="4320" w:type="dxa"/>
          </w:tcPr>
          <w:p w14:paraId="36306BFB" w14:textId="77777777" w:rsidR="00BA76A8" w:rsidRDefault="00734CE3">
            <w:r>
              <w:t>GO ∩ SFARI</w:t>
            </w:r>
          </w:p>
        </w:tc>
      </w:tr>
      <w:tr w:rsidR="00BA76A8" w14:paraId="4858B203" w14:textId="77777777">
        <w:tc>
          <w:tcPr>
            <w:tcW w:w="4320" w:type="dxa"/>
          </w:tcPr>
          <w:p w14:paraId="19A2BAC5" w14:textId="77777777" w:rsidR="00BA76A8" w:rsidRDefault="00734CE3">
            <w:r>
              <w:t>DNAH10</w:t>
            </w:r>
          </w:p>
        </w:tc>
        <w:tc>
          <w:tcPr>
            <w:tcW w:w="4320" w:type="dxa"/>
          </w:tcPr>
          <w:p w14:paraId="12E3CDBE" w14:textId="77777777" w:rsidR="00BA76A8" w:rsidRDefault="00734CE3">
            <w:r>
              <w:t>GO ∩ SFARI</w:t>
            </w:r>
          </w:p>
        </w:tc>
      </w:tr>
      <w:tr w:rsidR="00BA76A8" w14:paraId="107CC8F7" w14:textId="77777777">
        <w:tc>
          <w:tcPr>
            <w:tcW w:w="4320" w:type="dxa"/>
          </w:tcPr>
          <w:p w14:paraId="0DB1FB94" w14:textId="77777777" w:rsidR="00BA76A8" w:rsidRDefault="00734CE3">
            <w:r>
              <w:t>DNAH17</w:t>
            </w:r>
          </w:p>
        </w:tc>
        <w:tc>
          <w:tcPr>
            <w:tcW w:w="4320" w:type="dxa"/>
          </w:tcPr>
          <w:p w14:paraId="000D121E" w14:textId="77777777" w:rsidR="00BA76A8" w:rsidRDefault="00734CE3">
            <w:r>
              <w:t>GO ∩ SFARI</w:t>
            </w:r>
          </w:p>
        </w:tc>
      </w:tr>
      <w:tr w:rsidR="00BA76A8" w14:paraId="0B086BF5" w14:textId="77777777">
        <w:tc>
          <w:tcPr>
            <w:tcW w:w="4320" w:type="dxa"/>
          </w:tcPr>
          <w:p w14:paraId="1E366AD3" w14:textId="77777777" w:rsidR="00BA76A8" w:rsidRDefault="00734CE3">
            <w:r>
              <w:t>DNAJC5</w:t>
            </w:r>
          </w:p>
        </w:tc>
        <w:tc>
          <w:tcPr>
            <w:tcW w:w="4320" w:type="dxa"/>
          </w:tcPr>
          <w:p w14:paraId="28ACDF8A" w14:textId="77777777" w:rsidR="00BA76A8" w:rsidRDefault="00734CE3">
            <w:r>
              <w:t>GO ∩ SFARI</w:t>
            </w:r>
          </w:p>
        </w:tc>
      </w:tr>
      <w:tr w:rsidR="00BA76A8" w14:paraId="1BBBC685" w14:textId="77777777">
        <w:tc>
          <w:tcPr>
            <w:tcW w:w="4320" w:type="dxa"/>
          </w:tcPr>
          <w:p w14:paraId="5D2239AB" w14:textId="77777777" w:rsidR="00BA76A8" w:rsidRDefault="00734CE3">
            <w:r>
              <w:lastRenderedPageBreak/>
              <w:t>DNM1</w:t>
            </w:r>
          </w:p>
        </w:tc>
        <w:tc>
          <w:tcPr>
            <w:tcW w:w="4320" w:type="dxa"/>
          </w:tcPr>
          <w:p w14:paraId="050B40A6" w14:textId="77777777" w:rsidR="00BA76A8" w:rsidRDefault="00734CE3">
            <w:r>
              <w:t>GO ∩ SFARI</w:t>
            </w:r>
          </w:p>
        </w:tc>
      </w:tr>
      <w:tr w:rsidR="00BA76A8" w14:paraId="44612A9E" w14:textId="77777777">
        <w:tc>
          <w:tcPr>
            <w:tcW w:w="4320" w:type="dxa"/>
          </w:tcPr>
          <w:p w14:paraId="0DBBA839" w14:textId="77777777" w:rsidR="00BA76A8" w:rsidRDefault="00734CE3">
            <w:r>
              <w:t>DNMT3A</w:t>
            </w:r>
          </w:p>
        </w:tc>
        <w:tc>
          <w:tcPr>
            <w:tcW w:w="4320" w:type="dxa"/>
          </w:tcPr>
          <w:p w14:paraId="73314641" w14:textId="77777777" w:rsidR="00BA76A8" w:rsidRDefault="00734CE3">
            <w:r>
              <w:t>GO ∩ SFARI</w:t>
            </w:r>
          </w:p>
        </w:tc>
      </w:tr>
      <w:tr w:rsidR="00BA76A8" w14:paraId="3912C554" w14:textId="77777777">
        <w:tc>
          <w:tcPr>
            <w:tcW w:w="4320" w:type="dxa"/>
          </w:tcPr>
          <w:p w14:paraId="5EACC4BD" w14:textId="77777777" w:rsidR="00BA76A8" w:rsidRDefault="00734CE3">
            <w:r>
              <w:t>DOCK1</w:t>
            </w:r>
          </w:p>
        </w:tc>
        <w:tc>
          <w:tcPr>
            <w:tcW w:w="4320" w:type="dxa"/>
          </w:tcPr>
          <w:p w14:paraId="25048298" w14:textId="77777777" w:rsidR="00BA76A8" w:rsidRDefault="00734CE3">
            <w:r>
              <w:t>GO ∩ SFARI</w:t>
            </w:r>
          </w:p>
        </w:tc>
      </w:tr>
      <w:tr w:rsidR="00BA76A8" w14:paraId="33996018" w14:textId="77777777">
        <w:tc>
          <w:tcPr>
            <w:tcW w:w="4320" w:type="dxa"/>
          </w:tcPr>
          <w:p w14:paraId="202905A1" w14:textId="77777777" w:rsidR="00BA76A8" w:rsidRDefault="00734CE3">
            <w:r>
              <w:t>DOCK4</w:t>
            </w:r>
          </w:p>
        </w:tc>
        <w:tc>
          <w:tcPr>
            <w:tcW w:w="4320" w:type="dxa"/>
          </w:tcPr>
          <w:p w14:paraId="60C9AA5B" w14:textId="77777777" w:rsidR="00BA76A8" w:rsidRDefault="00734CE3">
            <w:r>
              <w:t>GO ∩ SFARI</w:t>
            </w:r>
          </w:p>
        </w:tc>
      </w:tr>
      <w:tr w:rsidR="00BA76A8" w14:paraId="65EFEFEA" w14:textId="77777777">
        <w:tc>
          <w:tcPr>
            <w:tcW w:w="4320" w:type="dxa"/>
          </w:tcPr>
          <w:p w14:paraId="1E0835F0" w14:textId="77777777" w:rsidR="00BA76A8" w:rsidRDefault="00734CE3">
            <w:r>
              <w:t>DOT1L</w:t>
            </w:r>
          </w:p>
        </w:tc>
        <w:tc>
          <w:tcPr>
            <w:tcW w:w="4320" w:type="dxa"/>
          </w:tcPr>
          <w:p w14:paraId="3C09FB06" w14:textId="77777777" w:rsidR="00BA76A8" w:rsidRDefault="00734CE3">
            <w:r>
              <w:t>GO ∩ SFARI</w:t>
            </w:r>
          </w:p>
        </w:tc>
      </w:tr>
      <w:tr w:rsidR="00BA76A8" w14:paraId="2B4B9122" w14:textId="77777777">
        <w:tc>
          <w:tcPr>
            <w:tcW w:w="4320" w:type="dxa"/>
          </w:tcPr>
          <w:p w14:paraId="40D3E2F0" w14:textId="77777777" w:rsidR="00BA76A8" w:rsidRDefault="00734CE3">
            <w:r>
              <w:t>DPP6</w:t>
            </w:r>
          </w:p>
        </w:tc>
        <w:tc>
          <w:tcPr>
            <w:tcW w:w="4320" w:type="dxa"/>
          </w:tcPr>
          <w:p w14:paraId="1BB5DF7D" w14:textId="77777777" w:rsidR="00BA76A8" w:rsidRDefault="00734CE3">
            <w:r>
              <w:t>GO ∩ SFARI</w:t>
            </w:r>
          </w:p>
        </w:tc>
      </w:tr>
      <w:tr w:rsidR="00BA76A8" w14:paraId="01077197" w14:textId="77777777">
        <w:tc>
          <w:tcPr>
            <w:tcW w:w="4320" w:type="dxa"/>
          </w:tcPr>
          <w:p w14:paraId="0D0B8D36" w14:textId="77777777" w:rsidR="00BA76A8" w:rsidRDefault="00734CE3">
            <w:r>
              <w:t>DUSP15</w:t>
            </w:r>
          </w:p>
        </w:tc>
        <w:tc>
          <w:tcPr>
            <w:tcW w:w="4320" w:type="dxa"/>
          </w:tcPr>
          <w:p w14:paraId="0F350B84" w14:textId="77777777" w:rsidR="00BA76A8" w:rsidRDefault="00734CE3">
            <w:r>
              <w:t>GO ∩ SFARI</w:t>
            </w:r>
          </w:p>
        </w:tc>
      </w:tr>
      <w:tr w:rsidR="00BA76A8" w14:paraId="3E75A353" w14:textId="77777777">
        <w:tc>
          <w:tcPr>
            <w:tcW w:w="4320" w:type="dxa"/>
          </w:tcPr>
          <w:p w14:paraId="159D6EE5" w14:textId="77777777" w:rsidR="00BA76A8" w:rsidRDefault="00734CE3">
            <w:r>
              <w:t>DVL3</w:t>
            </w:r>
          </w:p>
        </w:tc>
        <w:tc>
          <w:tcPr>
            <w:tcW w:w="4320" w:type="dxa"/>
          </w:tcPr>
          <w:p w14:paraId="53B41425" w14:textId="77777777" w:rsidR="00BA76A8" w:rsidRDefault="00734CE3">
            <w:r>
              <w:t>GO ∩ SFARI</w:t>
            </w:r>
          </w:p>
        </w:tc>
      </w:tr>
      <w:tr w:rsidR="00BA76A8" w14:paraId="63BBACF0" w14:textId="77777777">
        <w:tc>
          <w:tcPr>
            <w:tcW w:w="4320" w:type="dxa"/>
          </w:tcPr>
          <w:p w14:paraId="42077B12" w14:textId="77777777" w:rsidR="00BA76A8" w:rsidRDefault="00734CE3">
            <w:r>
              <w:t>EBF3</w:t>
            </w:r>
          </w:p>
        </w:tc>
        <w:tc>
          <w:tcPr>
            <w:tcW w:w="4320" w:type="dxa"/>
          </w:tcPr>
          <w:p w14:paraId="34094C2A" w14:textId="77777777" w:rsidR="00BA76A8" w:rsidRDefault="00734CE3">
            <w:r>
              <w:t>GO ∩ SFARI</w:t>
            </w:r>
          </w:p>
        </w:tc>
      </w:tr>
      <w:tr w:rsidR="00BA76A8" w14:paraId="541E428B" w14:textId="77777777">
        <w:tc>
          <w:tcPr>
            <w:tcW w:w="4320" w:type="dxa"/>
          </w:tcPr>
          <w:p w14:paraId="31E6708B" w14:textId="77777777" w:rsidR="00BA76A8" w:rsidRDefault="00734CE3">
            <w:r>
              <w:t>EEF1A2</w:t>
            </w:r>
          </w:p>
        </w:tc>
        <w:tc>
          <w:tcPr>
            <w:tcW w:w="4320" w:type="dxa"/>
          </w:tcPr>
          <w:p w14:paraId="707859E9" w14:textId="77777777" w:rsidR="00BA76A8" w:rsidRDefault="00734CE3">
            <w:r>
              <w:t>GO ∩ SFARI</w:t>
            </w:r>
          </w:p>
        </w:tc>
      </w:tr>
      <w:tr w:rsidR="00BA76A8" w14:paraId="4D82B407" w14:textId="77777777">
        <w:tc>
          <w:tcPr>
            <w:tcW w:w="4320" w:type="dxa"/>
          </w:tcPr>
          <w:p w14:paraId="27EBB4ED" w14:textId="77777777" w:rsidR="00BA76A8" w:rsidRDefault="00734CE3">
            <w:r>
              <w:t>EGR3</w:t>
            </w:r>
          </w:p>
        </w:tc>
        <w:tc>
          <w:tcPr>
            <w:tcW w:w="4320" w:type="dxa"/>
          </w:tcPr>
          <w:p w14:paraId="1888A731" w14:textId="77777777" w:rsidR="00BA76A8" w:rsidRDefault="00734CE3">
            <w:r>
              <w:t>GO ∩ SFARI</w:t>
            </w:r>
          </w:p>
        </w:tc>
      </w:tr>
      <w:tr w:rsidR="00BA76A8" w14:paraId="25B5DCE8" w14:textId="77777777">
        <w:tc>
          <w:tcPr>
            <w:tcW w:w="4320" w:type="dxa"/>
          </w:tcPr>
          <w:p w14:paraId="2A415759" w14:textId="77777777" w:rsidR="00BA76A8" w:rsidRDefault="00734CE3">
            <w:r>
              <w:t>EHMT1</w:t>
            </w:r>
          </w:p>
        </w:tc>
        <w:tc>
          <w:tcPr>
            <w:tcW w:w="4320" w:type="dxa"/>
          </w:tcPr>
          <w:p w14:paraId="27C0ACE7" w14:textId="77777777" w:rsidR="00BA76A8" w:rsidRDefault="00734CE3">
            <w:r>
              <w:t>GO ∩ SFARI</w:t>
            </w:r>
          </w:p>
        </w:tc>
      </w:tr>
      <w:tr w:rsidR="00BA76A8" w14:paraId="4C25008C" w14:textId="77777777">
        <w:tc>
          <w:tcPr>
            <w:tcW w:w="4320" w:type="dxa"/>
          </w:tcPr>
          <w:p w14:paraId="4CE87298" w14:textId="77777777" w:rsidR="00BA76A8" w:rsidRDefault="00734CE3">
            <w:r>
              <w:t>EIF3G</w:t>
            </w:r>
          </w:p>
        </w:tc>
        <w:tc>
          <w:tcPr>
            <w:tcW w:w="4320" w:type="dxa"/>
          </w:tcPr>
          <w:p w14:paraId="0C81018C" w14:textId="77777777" w:rsidR="00BA76A8" w:rsidRDefault="00734CE3">
            <w:r>
              <w:t>GO ∩ SFARI</w:t>
            </w:r>
          </w:p>
        </w:tc>
      </w:tr>
      <w:tr w:rsidR="00BA76A8" w14:paraId="48B68715" w14:textId="77777777">
        <w:tc>
          <w:tcPr>
            <w:tcW w:w="4320" w:type="dxa"/>
          </w:tcPr>
          <w:p w14:paraId="4292C68A" w14:textId="77777777" w:rsidR="00BA76A8" w:rsidRDefault="00734CE3">
            <w:r>
              <w:t>ELAVL3</w:t>
            </w:r>
          </w:p>
        </w:tc>
        <w:tc>
          <w:tcPr>
            <w:tcW w:w="4320" w:type="dxa"/>
          </w:tcPr>
          <w:p w14:paraId="13D76125" w14:textId="77777777" w:rsidR="00BA76A8" w:rsidRDefault="00734CE3">
            <w:r>
              <w:t>GO ∩ SFARI</w:t>
            </w:r>
          </w:p>
        </w:tc>
      </w:tr>
      <w:tr w:rsidR="00BA76A8" w14:paraId="64A8ED66" w14:textId="77777777">
        <w:tc>
          <w:tcPr>
            <w:tcW w:w="4320" w:type="dxa"/>
          </w:tcPr>
          <w:p w14:paraId="1D6904C7" w14:textId="77777777" w:rsidR="00BA76A8" w:rsidRDefault="00734CE3">
            <w:r>
              <w:t>EN2</w:t>
            </w:r>
          </w:p>
        </w:tc>
        <w:tc>
          <w:tcPr>
            <w:tcW w:w="4320" w:type="dxa"/>
          </w:tcPr>
          <w:p w14:paraId="60E8F918" w14:textId="77777777" w:rsidR="00BA76A8" w:rsidRDefault="00734CE3">
            <w:r>
              <w:t>GO ∩ SFARI</w:t>
            </w:r>
          </w:p>
        </w:tc>
      </w:tr>
      <w:tr w:rsidR="00BA76A8" w14:paraId="527EE935" w14:textId="77777777">
        <w:tc>
          <w:tcPr>
            <w:tcW w:w="4320" w:type="dxa"/>
          </w:tcPr>
          <w:p w14:paraId="3FA86089" w14:textId="77777777" w:rsidR="00BA76A8" w:rsidRDefault="00734CE3">
            <w:r>
              <w:t>EPHB2</w:t>
            </w:r>
          </w:p>
        </w:tc>
        <w:tc>
          <w:tcPr>
            <w:tcW w:w="4320" w:type="dxa"/>
          </w:tcPr>
          <w:p w14:paraId="398C32A0" w14:textId="77777777" w:rsidR="00BA76A8" w:rsidRDefault="00734CE3">
            <w:r>
              <w:t>GO ∩ SFARI</w:t>
            </w:r>
          </w:p>
        </w:tc>
      </w:tr>
      <w:tr w:rsidR="00BA76A8" w14:paraId="7E136141" w14:textId="77777777">
        <w:tc>
          <w:tcPr>
            <w:tcW w:w="4320" w:type="dxa"/>
          </w:tcPr>
          <w:p w14:paraId="69C58239" w14:textId="77777777" w:rsidR="00BA76A8" w:rsidRDefault="00734CE3">
            <w:r>
              <w:t>EPPK1</w:t>
            </w:r>
          </w:p>
        </w:tc>
        <w:tc>
          <w:tcPr>
            <w:tcW w:w="4320" w:type="dxa"/>
          </w:tcPr>
          <w:p w14:paraId="5921BB18" w14:textId="77777777" w:rsidR="00BA76A8" w:rsidRDefault="00734CE3">
            <w:r>
              <w:t>GO ∩ SFARI</w:t>
            </w:r>
          </w:p>
        </w:tc>
      </w:tr>
      <w:tr w:rsidR="00BA76A8" w14:paraId="00775A54" w14:textId="77777777">
        <w:tc>
          <w:tcPr>
            <w:tcW w:w="4320" w:type="dxa"/>
          </w:tcPr>
          <w:p w14:paraId="4886FD23" w14:textId="77777777" w:rsidR="00BA76A8" w:rsidRDefault="00734CE3">
            <w:r>
              <w:t>ESRRB</w:t>
            </w:r>
          </w:p>
        </w:tc>
        <w:tc>
          <w:tcPr>
            <w:tcW w:w="4320" w:type="dxa"/>
          </w:tcPr>
          <w:p w14:paraId="7DAA11BC" w14:textId="77777777" w:rsidR="00BA76A8" w:rsidRDefault="00734CE3">
            <w:r>
              <w:t>GO ∩ SFARI</w:t>
            </w:r>
          </w:p>
        </w:tc>
      </w:tr>
      <w:tr w:rsidR="00BA76A8" w14:paraId="5BC24CA6" w14:textId="77777777">
        <w:tc>
          <w:tcPr>
            <w:tcW w:w="4320" w:type="dxa"/>
          </w:tcPr>
          <w:p w14:paraId="7DD0F3E5" w14:textId="77777777" w:rsidR="00BA76A8" w:rsidRDefault="00734CE3">
            <w:r>
              <w:t>EXOC3</w:t>
            </w:r>
          </w:p>
        </w:tc>
        <w:tc>
          <w:tcPr>
            <w:tcW w:w="4320" w:type="dxa"/>
          </w:tcPr>
          <w:p w14:paraId="54299EEA" w14:textId="77777777" w:rsidR="00BA76A8" w:rsidRDefault="00734CE3">
            <w:r>
              <w:t>GO ∩ SFARI</w:t>
            </w:r>
          </w:p>
        </w:tc>
      </w:tr>
      <w:tr w:rsidR="00BA76A8" w14:paraId="064BCC7D" w14:textId="77777777">
        <w:tc>
          <w:tcPr>
            <w:tcW w:w="4320" w:type="dxa"/>
          </w:tcPr>
          <w:p w14:paraId="48036DBF" w14:textId="77777777" w:rsidR="00BA76A8" w:rsidRDefault="00734CE3">
            <w:r>
              <w:t>FAM47A</w:t>
            </w:r>
          </w:p>
        </w:tc>
        <w:tc>
          <w:tcPr>
            <w:tcW w:w="4320" w:type="dxa"/>
          </w:tcPr>
          <w:p w14:paraId="46961260" w14:textId="77777777" w:rsidR="00BA76A8" w:rsidRDefault="00734CE3">
            <w:r>
              <w:t>GO ∩ SFARI</w:t>
            </w:r>
          </w:p>
        </w:tc>
      </w:tr>
      <w:tr w:rsidR="00BA76A8" w14:paraId="03B034CB" w14:textId="77777777">
        <w:tc>
          <w:tcPr>
            <w:tcW w:w="4320" w:type="dxa"/>
          </w:tcPr>
          <w:p w14:paraId="24F08232" w14:textId="77777777" w:rsidR="00BA76A8" w:rsidRDefault="00734CE3">
            <w:r>
              <w:t>FBRSL1</w:t>
            </w:r>
          </w:p>
        </w:tc>
        <w:tc>
          <w:tcPr>
            <w:tcW w:w="4320" w:type="dxa"/>
          </w:tcPr>
          <w:p w14:paraId="39BF8724" w14:textId="77777777" w:rsidR="00BA76A8" w:rsidRDefault="00734CE3">
            <w:r>
              <w:t>GO ∩ SFARI</w:t>
            </w:r>
          </w:p>
        </w:tc>
      </w:tr>
      <w:tr w:rsidR="00BA76A8" w14:paraId="70FEEC02" w14:textId="77777777">
        <w:tc>
          <w:tcPr>
            <w:tcW w:w="4320" w:type="dxa"/>
          </w:tcPr>
          <w:p w14:paraId="19E5F284" w14:textId="77777777" w:rsidR="00BA76A8" w:rsidRDefault="00734CE3">
            <w:r>
              <w:t>FLNA</w:t>
            </w:r>
          </w:p>
        </w:tc>
        <w:tc>
          <w:tcPr>
            <w:tcW w:w="4320" w:type="dxa"/>
          </w:tcPr>
          <w:p w14:paraId="25957038" w14:textId="77777777" w:rsidR="00BA76A8" w:rsidRDefault="00734CE3">
            <w:r>
              <w:t>GO ∩ SFARI</w:t>
            </w:r>
          </w:p>
        </w:tc>
      </w:tr>
      <w:tr w:rsidR="00BA76A8" w14:paraId="5A576495" w14:textId="77777777">
        <w:tc>
          <w:tcPr>
            <w:tcW w:w="4320" w:type="dxa"/>
          </w:tcPr>
          <w:p w14:paraId="7EB0F67E" w14:textId="77777777" w:rsidR="00BA76A8" w:rsidRDefault="00734CE3">
            <w:r>
              <w:t>FXN</w:t>
            </w:r>
          </w:p>
        </w:tc>
        <w:tc>
          <w:tcPr>
            <w:tcW w:w="4320" w:type="dxa"/>
          </w:tcPr>
          <w:p w14:paraId="65ED4405" w14:textId="77777777" w:rsidR="00BA76A8" w:rsidRDefault="00734CE3">
            <w:r>
              <w:t>GO ∩ SFARI</w:t>
            </w:r>
          </w:p>
        </w:tc>
      </w:tr>
      <w:tr w:rsidR="00BA76A8" w14:paraId="213CDDEE" w14:textId="77777777">
        <w:tc>
          <w:tcPr>
            <w:tcW w:w="4320" w:type="dxa"/>
          </w:tcPr>
          <w:p w14:paraId="65BA9021" w14:textId="77777777" w:rsidR="00BA76A8" w:rsidRDefault="00734CE3">
            <w:r>
              <w:t>GABRB3</w:t>
            </w:r>
          </w:p>
        </w:tc>
        <w:tc>
          <w:tcPr>
            <w:tcW w:w="4320" w:type="dxa"/>
          </w:tcPr>
          <w:p w14:paraId="41382053" w14:textId="77777777" w:rsidR="00BA76A8" w:rsidRDefault="00734CE3">
            <w:r>
              <w:t>GO ∩ SFARI</w:t>
            </w:r>
          </w:p>
        </w:tc>
      </w:tr>
      <w:tr w:rsidR="00BA76A8" w14:paraId="4487CCEA" w14:textId="77777777">
        <w:tc>
          <w:tcPr>
            <w:tcW w:w="4320" w:type="dxa"/>
          </w:tcPr>
          <w:p w14:paraId="371ABBC5" w14:textId="77777777" w:rsidR="00BA76A8" w:rsidRDefault="00734CE3">
            <w:r>
              <w:t>GABRG3</w:t>
            </w:r>
          </w:p>
        </w:tc>
        <w:tc>
          <w:tcPr>
            <w:tcW w:w="4320" w:type="dxa"/>
          </w:tcPr>
          <w:p w14:paraId="17A232E9" w14:textId="77777777" w:rsidR="00BA76A8" w:rsidRDefault="00734CE3">
            <w:r>
              <w:t>GO ∩ SFARI</w:t>
            </w:r>
          </w:p>
        </w:tc>
      </w:tr>
      <w:tr w:rsidR="00BA76A8" w14:paraId="79CD692E" w14:textId="77777777">
        <w:tc>
          <w:tcPr>
            <w:tcW w:w="4320" w:type="dxa"/>
          </w:tcPr>
          <w:p w14:paraId="28CD16A9" w14:textId="77777777" w:rsidR="00BA76A8" w:rsidRDefault="00734CE3">
            <w:r>
              <w:t>GALNT2</w:t>
            </w:r>
          </w:p>
        </w:tc>
        <w:tc>
          <w:tcPr>
            <w:tcW w:w="4320" w:type="dxa"/>
          </w:tcPr>
          <w:p w14:paraId="5EEB0937" w14:textId="77777777" w:rsidR="00BA76A8" w:rsidRDefault="00734CE3">
            <w:r>
              <w:t>GO ∩ SFARI</w:t>
            </w:r>
          </w:p>
        </w:tc>
      </w:tr>
      <w:tr w:rsidR="00BA76A8" w14:paraId="20FCAD08" w14:textId="77777777">
        <w:tc>
          <w:tcPr>
            <w:tcW w:w="4320" w:type="dxa"/>
          </w:tcPr>
          <w:p w14:paraId="5849009F" w14:textId="77777777" w:rsidR="00BA76A8" w:rsidRDefault="00734CE3">
            <w:r>
              <w:t>GFAP</w:t>
            </w:r>
          </w:p>
        </w:tc>
        <w:tc>
          <w:tcPr>
            <w:tcW w:w="4320" w:type="dxa"/>
          </w:tcPr>
          <w:p w14:paraId="03A9B7CC" w14:textId="77777777" w:rsidR="00BA76A8" w:rsidRDefault="00734CE3">
            <w:r>
              <w:t>GO ∩ SFARI</w:t>
            </w:r>
          </w:p>
        </w:tc>
      </w:tr>
      <w:tr w:rsidR="00BA76A8" w14:paraId="5866699B" w14:textId="77777777">
        <w:tc>
          <w:tcPr>
            <w:tcW w:w="4320" w:type="dxa"/>
          </w:tcPr>
          <w:p w14:paraId="1886CDEC" w14:textId="77777777" w:rsidR="00BA76A8" w:rsidRDefault="00734CE3">
            <w:r>
              <w:t>GIGYF1</w:t>
            </w:r>
          </w:p>
        </w:tc>
        <w:tc>
          <w:tcPr>
            <w:tcW w:w="4320" w:type="dxa"/>
          </w:tcPr>
          <w:p w14:paraId="06968B30" w14:textId="77777777" w:rsidR="00BA76A8" w:rsidRDefault="00734CE3">
            <w:r>
              <w:t>GO ∩ SFARI</w:t>
            </w:r>
          </w:p>
        </w:tc>
      </w:tr>
      <w:tr w:rsidR="00BA76A8" w14:paraId="5AC1CEA8" w14:textId="77777777">
        <w:tc>
          <w:tcPr>
            <w:tcW w:w="4320" w:type="dxa"/>
          </w:tcPr>
          <w:p w14:paraId="6BEE4FD9" w14:textId="77777777" w:rsidR="00BA76A8" w:rsidRDefault="00734CE3">
            <w:r>
              <w:t>GLI3</w:t>
            </w:r>
          </w:p>
        </w:tc>
        <w:tc>
          <w:tcPr>
            <w:tcW w:w="4320" w:type="dxa"/>
          </w:tcPr>
          <w:p w14:paraId="307A314B" w14:textId="77777777" w:rsidR="00BA76A8" w:rsidRDefault="00734CE3">
            <w:r>
              <w:t>GO ∩ SFARI</w:t>
            </w:r>
          </w:p>
        </w:tc>
      </w:tr>
      <w:tr w:rsidR="00BA76A8" w14:paraId="6D084609" w14:textId="77777777">
        <w:tc>
          <w:tcPr>
            <w:tcW w:w="4320" w:type="dxa"/>
          </w:tcPr>
          <w:p w14:paraId="5821D6A6" w14:textId="77777777" w:rsidR="00BA76A8" w:rsidRDefault="00734CE3">
            <w:r>
              <w:t>GNAS</w:t>
            </w:r>
          </w:p>
        </w:tc>
        <w:tc>
          <w:tcPr>
            <w:tcW w:w="4320" w:type="dxa"/>
          </w:tcPr>
          <w:p w14:paraId="2534936B" w14:textId="77777777" w:rsidR="00BA76A8" w:rsidRDefault="00734CE3">
            <w:r>
              <w:t>GO ∩ SFARI</w:t>
            </w:r>
          </w:p>
        </w:tc>
      </w:tr>
      <w:tr w:rsidR="00BA76A8" w14:paraId="1856622B" w14:textId="77777777">
        <w:tc>
          <w:tcPr>
            <w:tcW w:w="4320" w:type="dxa"/>
          </w:tcPr>
          <w:p w14:paraId="7173C320" w14:textId="77777777" w:rsidR="00BA76A8" w:rsidRDefault="00734CE3">
            <w:r>
              <w:t>GNB1L</w:t>
            </w:r>
          </w:p>
        </w:tc>
        <w:tc>
          <w:tcPr>
            <w:tcW w:w="4320" w:type="dxa"/>
          </w:tcPr>
          <w:p w14:paraId="01118635" w14:textId="77777777" w:rsidR="00BA76A8" w:rsidRDefault="00734CE3">
            <w:r>
              <w:t>GO ∩ SFARI</w:t>
            </w:r>
          </w:p>
        </w:tc>
      </w:tr>
      <w:tr w:rsidR="00BA76A8" w14:paraId="5DC1B735" w14:textId="77777777">
        <w:tc>
          <w:tcPr>
            <w:tcW w:w="4320" w:type="dxa"/>
          </w:tcPr>
          <w:p w14:paraId="4500C6F7" w14:textId="77777777" w:rsidR="00BA76A8" w:rsidRDefault="00734CE3">
            <w:r>
              <w:t>GNB2</w:t>
            </w:r>
          </w:p>
        </w:tc>
        <w:tc>
          <w:tcPr>
            <w:tcW w:w="4320" w:type="dxa"/>
          </w:tcPr>
          <w:p w14:paraId="49DDD1AD" w14:textId="77777777" w:rsidR="00BA76A8" w:rsidRDefault="00734CE3">
            <w:r>
              <w:t>GO ∩ SFARI</w:t>
            </w:r>
          </w:p>
        </w:tc>
      </w:tr>
      <w:tr w:rsidR="00BA76A8" w14:paraId="7469F791" w14:textId="77777777">
        <w:tc>
          <w:tcPr>
            <w:tcW w:w="4320" w:type="dxa"/>
          </w:tcPr>
          <w:p w14:paraId="6B9E5287" w14:textId="77777777" w:rsidR="00BA76A8" w:rsidRDefault="00734CE3">
            <w:r>
              <w:t>GPHN</w:t>
            </w:r>
          </w:p>
        </w:tc>
        <w:tc>
          <w:tcPr>
            <w:tcW w:w="4320" w:type="dxa"/>
          </w:tcPr>
          <w:p w14:paraId="33D102EC" w14:textId="77777777" w:rsidR="00BA76A8" w:rsidRDefault="00734CE3">
            <w:r>
              <w:t>GO ∩ SFARI</w:t>
            </w:r>
          </w:p>
        </w:tc>
      </w:tr>
      <w:tr w:rsidR="00BA76A8" w14:paraId="69019B6F" w14:textId="77777777">
        <w:tc>
          <w:tcPr>
            <w:tcW w:w="4320" w:type="dxa"/>
          </w:tcPr>
          <w:p w14:paraId="204B5BBB" w14:textId="77777777" w:rsidR="00BA76A8" w:rsidRDefault="00734CE3">
            <w:r>
              <w:t>GRB10</w:t>
            </w:r>
          </w:p>
        </w:tc>
        <w:tc>
          <w:tcPr>
            <w:tcW w:w="4320" w:type="dxa"/>
          </w:tcPr>
          <w:p w14:paraId="060AD7B3" w14:textId="77777777" w:rsidR="00BA76A8" w:rsidRDefault="00734CE3">
            <w:r>
              <w:t>GO ∩ SFARI</w:t>
            </w:r>
          </w:p>
        </w:tc>
      </w:tr>
      <w:tr w:rsidR="00BA76A8" w14:paraId="478FCAB2" w14:textId="77777777">
        <w:tc>
          <w:tcPr>
            <w:tcW w:w="4320" w:type="dxa"/>
          </w:tcPr>
          <w:p w14:paraId="7DB4CE02" w14:textId="77777777" w:rsidR="00BA76A8" w:rsidRDefault="00734CE3">
            <w:r>
              <w:t>GRIA2</w:t>
            </w:r>
          </w:p>
        </w:tc>
        <w:tc>
          <w:tcPr>
            <w:tcW w:w="4320" w:type="dxa"/>
          </w:tcPr>
          <w:p w14:paraId="1C501705" w14:textId="77777777" w:rsidR="00BA76A8" w:rsidRDefault="00734CE3">
            <w:r>
              <w:t>GO ∩ SFARI</w:t>
            </w:r>
          </w:p>
        </w:tc>
      </w:tr>
      <w:tr w:rsidR="00BA76A8" w14:paraId="02A8D169" w14:textId="77777777">
        <w:tc>
          <w:tcPr>
            <w:tcW w:w="4320" w:type="dxa"/>
          </w:tcPr>
          <w:p w14:paraId="725FEB1F" w14:textId="77777777" w:rsidR="00BA76A8" w:rsidRDefault="00734CE3">
            <w:r>
              <w:t>GRID1</w:t>
            </w:r>
          </w:p>
        </w:tc>
        <w:tc>
          <w:tcPr>
            <w:tcW w:w="4320" w:type="dxa"/>
          </w:tcPr>
          <w:p w14:paraId="64CC0A02" w14:textId="77777777" w:rsidR="00BA76A8" w:rsidRDefault="00734CE3">
            <w:r>
              <w:t>GO ∩ SFARI</w:t>
            </w:r>
          </w:p>
        </w:tc>
      </w:tr>
      <w:tr w:rsidR="00BA76A8" w14:paraId="60DA7D5C" w14:textId="77777777">
        <w:tc>
          <w:tcPr>
            <w:tcW w:w="4320" w:type="dxa"/>
          </w:tcPr>
          <w:p w14:paraId="21766517" w14:textId="77777777" w:rsidR="00BA76A8" w:rsidRDefault="00734CE3">
            <w:r>
              <w:t>GRID2IP</w:t>
            </w:r>
          </w:p>
        </w:tc>
        <w:tc>
          <w:tcPr>
            <w:tcW w:w="4320" w:type="dxa"/>
          </w:tcPr>
          <w:p w14:paraId="5610E2D2" w14:textId="77777777" w:rsidR="00BA76A8" w:rsidRDefault="00734CE3">
            <w:r>
              <w:t>GO ∩ SFARI</w:t>
            </w:r>
          </w:p>
        </w:tc>
      </w:tr>
      <w:tr w:rsidR="00BA76A8" w14:paraId="00AE2EE3" w14:textId="77777777">
        <w:tc>
          <w:tcPr>
            <w:tcW w:w="4320" w:type="dxa"/>
          </w:tcPr>
          <w:p w14:paraId="390821EA" w14:textId="77777777" w:rsidR="00BA76A8" w:rsidRDefault="00734CE3">
            <w:r>
              <w:t>GRIK5</w:t>
            </w:r>
          </w:p>
        </w:tc>
        <w:tc>
          <w:tcPr>
            <w:tcW w:w="4320" w:type="dxa"/>
          </w:tcPr>
          <w:p w14:paraId="0809F2A4" w14:textId="77777777" w:rsidR="00BA76A8" w:rsidRDefault="00734CE3">
            <w:r>
              <w:t>GO ∩ SFARI</w:t>
            </w:r>
          </w:p>
        </w:tc>
      </w:tr>
      <w:tr w:rsidR="00BA76A8" w14:paraId="26CC167F" w14:textId="77777777">
        <w:tc>
          <w:tcPr>
            <w:tcW w:w="4320" w:type="dxa"/>
          </w:tcPr>
          <w:p w14:paraId="35495B82" w14:textId="77777777" w:rsidR="00BA76A8" w:rsidRDefault="00734CE3">
            <w:r>
              <w:t>GRIN1</w:t>
            </w:r>
          </w:p>
        </w:tc>
        <w:tc>
          <w:tcPr>
            <w:tcW w:w="4320" w:type="dxa"/>
          </w:tcPr>
          <w:p w14:paraId="5A486809" w14:textId="77777777" w:rsidR="00BA76A8" w:rsidRDefault="00734CE3">
            <w:r>
              <w:t>GO ∩ SFARI</w:t>
            </w:r>
          </w:p>
        </w:tc>
      </w:tr>
      <w:tr w:rsidR="00BA76A8" w14:paraId="6902BA47" w14:textId="77777777">
        <w:tc>
          <w:tcPr>
            <w:tcW w:w="4320" w:type="dxa"/>
          </w:tcPr>
          <w:p w14:paraId="7E87D39C" w14:textId="77777777" w:rsidR="00BA76A8" w:rsidRDefault="00734CE3">
            <w:r>
              <w:t>GRIN2A</w:t>
            </w:r>
          </w:p>
        </w:tc>
        <w:tc>
          <w:tcPr>
            <w:tcW w:w="4320" w:type="dxa"/>
          </w:tcPr>
          <w:p w14:paraId="3BCE00D5" w14:textId="77777777" w:rsidR="00BA76A8" w:rsidRDefault="00734CE3">
            <w:r>
              <w:t>GO ∩ SFARI</w:t>
            </w:r>
          </w:p>
        </w:tc>
      </w:tr>
      <w:tr w:rsidR="00BA76A8" w14:paraId="58F11817" w14:textId="77777777">
        <w:tc>
          <w:tcPr>
            <w:tcW w:w="4320" w:type="dxa"/>
          </w:tcPr>
          <w:p w14:paraId="28B119E6" w14:textId="77777777" w:rsidR="00BA76A8" w:rsidRDefault="00734CE3">
            <w:r>
              <w:t>GRIN2B</w:t>
            </w:r>
          </w:p>
        </w:tc>
        <w:tc>
          <w:tcPr>
            <w:tcW w:w="4320" w:type="dxa"/>
          </w:tcPr>
          <w:p w14:paraId="2D3B59CF" w14:textId="77777777" w:rsidR="00BA76A8" w:rsidRDefault="00734CE3">
            <w:r>
              <w:t>GO ∩ SFARI</w:t>
            </w:r>
          </w:p>
        </w:tc>
      </w:tr>
      <w:tr w:rsidR="00BA76A8" w14:paraId="1198342B" w14:textId="77777777">
        <w:tc>
          <w:tcPr>
            <w:tcW w:w="4320" w:type="dxa"/>
          </w:tcPr>
          <w:p w14:paraId="3436058B" w14:textId="77777777" w:rsidR="00BA76A8" w:rsidRDefault="00734CE3">
            <w:r>
              <w:t>GRK4</w:t>
            </w:r>
          </w:p>
        </w:tc>
        <w:tc>
          <w:tcPr>
            <w:tcW w:w="4320" w:type="dxa"/>
          </w:tcPr>
          <w:p w14:paraId="177F8183" w14:textId="77777777" w:rsidR="00BA76A8" w:rsidRDefault="00734CE3">
            <w:r>
              <w:t>GO ∩ SFARI</w:t>
            </w:r>
          </w:p>
        </w:tc>
      </w:tr>
      <w:tr w:rsidR="00BA76A8" w14:paraId="019F439D" w14:textId="77777777">
        <w:tc>
          <w:tcPr>
            <w:tcW w:w="4320" w:type="dxa"/>
          </w:tcPr>
          <w:p w14:paraId="1716043B" w14:textId="77777777" w:rsidR="00BA76A8" w:rsidRDefault="00734CE3">
            <w:r>
              <w:t>HCFC1</w:t>
            </w:r>
          </w:p>
        </w:tc>
        <w:tc>
          <w:tcPr>
            <w:tcW w:w="4320" w:type="dxa"/>
          </w:tcPr>
          <w:p w14:paraId="42ACFE29" w14:textId="77777777" w:rsidR="00BA76A8" w:rsidRDefault="00734CE3">
            <w:r>
              <w:t>GO ∩ SFARI</w:t>
            </w:r>
          </w:p>
        </w:tc>
      </w:tr>
      <w:tr w:rsidR="00BA76A8" w14:paraId="1177CBB3" w14:textId="77777777">
        <w:tc>
          <w:tcPr>
            <w:tcW w:w="4320" w:type="dxa"/>
          </w:tcPr>
          <w:p w14:paraId="55F193E8" w14:textId="77777777" w:rsidR="00BA76A8" w:rsidRDefault="00734CE3">
            <w:r>
              <w:t>HDAC4</w:t>
            </w:r>
          </w:p>
        </w:tc>
        <w:tc>
          <w:tcPr>
            <w:tcW w:w="4320" w:type="dxa"/>
          </w:tcPr>
          <w:p w14:paraId="2FC41C20" w14:textId="77777777" w:rsidR="00BA76A8" w:rsidRDefault="00734CE3">
            <w:r>
              <w:t>GO ∩ SFARI</w:t>
            </w:r>
          </w:p>
        </w:tc>
      </w:tr>
      <w:tr w:rsidR="00BA76A8" w14:paraId="044A2B51" w14:textId="77777777">
        <w:tc>
          <w:tcPr>
            <w:tcW w:w="4320" w:type="dxa"/>
          </w:tcPr>
          <w:p w14:paraId="3BCE3DDC" w14:textId="77777777" w:rsidR="00BA76A8" w:rsidRDefault="00734CE3">
            <w:r>
              <w:t>HECTD4</w:t>
            </w:r>
          </w:p>
        </w:tc>
        <w:tc>
          <w:tcPr>
            <w:tcW w:w="4320" w:type="dxa"/>
          </w:tcPr>
          <w:p w14:paraId="722804B9" w14:textId="77777777" w:rsidR="00BA76A8" w:rsidRDefault="00734CE3">
            <w:r>
              <w:t>GO ∩ SFARI</w:t>
            </w:r>
          </w:p>
        </w:tc>
      </w:tr>
      <w:tr w:rsidR="00BA76A8" w14:paraId="4A92CADD" w14:textId="77777777">
        <w:tc>
          <w:tcPr>
            <w:tcW w:w="4320" w:type="dxa"/>
          </w:tcPr>
          <w:p w14:paraId="2C6C6A84" w14:textId="77777777" w:rsidR="00BA76A8" w:rsidRDefault="00734CE3">
            <w:r>
              <w:t>HERC2</w:t>
            </w:r>
          </w:p>
        </w:tc>
        <w:tc>
          <w:tcPr>
            <w:tcW w:w="4320" w:type="dxa"/>
          </w:tcPr>
          <w:p w14:paraId="563F043F" w14:textId="77777777" w:rsidR="00BA76A8" w:rsidRDefault="00734CE3">
            <w:r>
              <w:t>GO ∩ SFARI</w:t>
            </w:r>
          </w:p>
        </w:tc>
      </w:tr>
      <w:tr w:rsidR="00BA76A8" w14:paraId="71A50627" w14:textId="77777777">
        <w:tc>
          <w:tcPr>
            <w:tcW w:w="4320" w:type="dxa"/>
          </w:tcPr>
          <w:p w14:paraId="7C7D624A" w14:textId="77777777" w:rsidR="00BA76A8" w:rsidRDefault="00734CE3">
            <w:r>
              <w:t>HLA-A</w:t>
            </w:r>
          </w:p>
        </w:tc>
        <w:tc>
          <w:tcPr>
            <w:tcW w:w="4320" w:type="dxa"/>
          </w:tcPr>
          <w:p w14:paraId="7130A133" w14:textId="77777777" w:rsidR="00BA76A8" w:rsidRDefault="00734CE3">
            <w:r>
              <w:t>GO ∩ SFARI</w:t>
            </w:r>
          </w:p>
        </w:tc>
      </w:tr>
      <w:tr w:rsidR="00BA76A8" w14:paraId="5277FB65" w14:textId="77777777">
        <w:tc>
          <w:tcPr>
            <w:tcW w:w="4320" w:type="dxa"/>
          </w:tcPr>
          <w:p w14:paraId="62EA0445" w14:textId="77777777" w:rsidR="00BA76A8" w:rsidRDefault="00734CE3">
            <w:r>
              <w:t>HLA-DPB1</w:t>
            </w:r>
          </w:p>
        </w:tc>
        <w:tc>
          <w:tcPr>
            <w:tcW w:w="4320" w:type="dxa"/>
          </w:tcPr>
          <w:p w14:paraId="46B2BFE1" w14:textId="77777777" w:rsidR="00BA76A8" w:rsidRDefault="00734CE3">
            <w:r>
              <w:t>GO ∩ SFARI</w:t>
            </w:r>
          </w:p>
        </w:tc>
      </w:tr>
      <w:tr w:rsidR="00BA76A8" w14:paraId="5BB524F1" w14:textId="77777777">
        <w:tc>
          <w:tcPr>
            <w:tcW w:w="4320" w:type="dxa"/>
          </w:tcPr>
          <w:p w14:paraId="5FF437AB" w14:textId="77777777" w:rsidR="00BA76A8" w:rsidRDefault="00734CE3">
            <w:r>
              <w:t>HLA-G</w:t>
            </w:r>
          </w:p>
        </w:tc>
        <w:tc>
          <w:tcPr>
            <w:tcW w:w="4320" w:type="dxa"/>
          </w:tcPr>
          <w:p w14:paraId="37087D21" w14:textId="77777777" w:rsidR="00BA76A8" w:rsidRDefault="00734CE3">
            <w:r>
              <w:t>GO ∩ SFARI</w:t>
            </w:r>
          </w:p>
        </w:tc>
      </w:tr>
      <w:tr w:rsidR="00BA76A8" w14:paraId="718678C0" w14:textId="77777777">
        <w:tc>
          <w:tcPr>
            <w:tcW w:w="4320" w:type="dxa"/>
          </w:tcPr>
          <w:p w14:paraId="4F57161B" w14:textId="77777777" w:rsidR="00BA76A8" w:rsidRDefault="00734CE3">
            <w:r>
              <w:lastRenderedPageBreak/>
              <w:t>HOXA1</w:t>
            </w:r>
          </w:p>
        </w:tc>
        <w:tc>
          <w:tcPr>
            <w:tcW w:w="4320" w:type="dxa"/>
          </w:tcPr>
          <w:p w14:paraId="5AF7DA81" w14:textId="77777777" w:rsidR="00BA76A8" w:rsidRDefault="00734CE3">
            <w:r>
              <w:t>GO ∩ SFARI</w:t>
            </w:r>
          </w:p>
        </w:tc>
      </w:tr>
      <w:tr w:rsidR="00BA76A8" w14:paraId="50693013" w14:textId="77777777">
        <w:tc>
          <w:tcPr>
            <w:tcW w:w="4320" w:type="dxa"/>
          </w:tcPr>
          <w:p w14:paraId="4ED3618C" w14:textId="77777777" w:rsidR="00BA76A8" w:rsidRDefault="00734CE3">
            <w:r>
              <w:t>IKZF1</w:t>
            </w:r>
          </w:p>
        </w:tc>
        <w:tc>
          <w:tcPr>
            <w:tcW w:w="4320" w:type="dxa"/>
          </w:tcPr>
          <w:p w14:paraId="1E52252F" w14:textId="77777777" w:rsidR="00BA76A8" w:rsidRDefault="00734CE3">
            <w:r>
              <w:t>GO ∩ SFARI</w:t>
            </w:r>
          </w:p>
        </w:tc>
      </w:tr>
      <w:tr w:rsidR="00BA76A8" w14:paraId="79AE82C5" w14:textId="77777777">
        <w:tc>
          <w:tcPr>
            <w:tcW w:w="4320" w:type="dxa"/>
          </w:tcPr>
          <w:p w14:paraId="6E6624FD" w14:textId="77777777" w:rsidR="00BA76A8" w:rsidRDefault="00734CE3">
            <w:r>
              <w:t>INTS1</w:t>
            </w:r>
          </w:p>
        </w:tc>
        <w:tc>
          <w:tcPr>
            <w:tcW w:w="4320" w:type="dxa"/>
          </w:tcPr>
          <w:p w14:paraId="5FA5E0D0" w14:textId="77777777" w:rsidR="00BA76A8" w:rsidRDefault="00734CE3">
            <w:r>
              <w:t>GO ∩ SFARI</w:t>
            </w:r>
          </w:p>
        </w:tc>
      </w:tr>
      <w:tr w:rsidR="00BA76A8" w14:paraId="6A933DD6" w14:textId="77777777">
        <w:tc>
          <w:tcPr>
            <w:tcW w:w="4320" w:type="dxa"/>
          </w:tcPr>
          <w:p w14:paraId="36DBBF65" w14:textId="77777777" w:rsidR="00BA76A8" w:rsidRDefault="00734CE3">
            <w:r>
              <w:t>IQSEC2</w:t>
            </w:r>
          </w:p>
        </w:tc>
        <w:tc>
          <w:tcPr>
            <w:tcW w:w="4320" w:type="dxa"/>
          </w:tcPr>
          <w:p w14:paraId="274A5B09" w14:textId="77777777" w:rsidR="00BA76A8" w:rsidRDefault="00734CE3">
            <w:r>
              <w:t>GO ∩ SFARI</w:t>
            </w:r>
          </w:p>
        </w:tc>
      </w:tr>
      <w:tr w:rsidR="00BA76A8" w14:paraId="07C98A98" w14:textId="77777777">
        <w:tc>
          <w:tcPr>
            <w:tcW w:w="4320" w:type="dxa"/>
          </w:tcPr>
          <w:p w14:paraId="2DB82537" w14:textId="77777777" w:rsidR="00BA76A8" w:rsidRDefault="00734CE3">
            <w:r>
              <w:t>IRF2BPL</w:t>
            </w:r>
          </w:p>
        </w:tc>
        <w:tc>
          <w:tcPr>
            <w:tcW w:w="4320" w:type="dxa"/>
          </w:tcPr>
          <w:p w14:paraId="0C788D18" w14:textId="77777777" w:rsidR="00BA76A8" w:rsidRDefault="00734CE3">
            <w:r>
              <w:t>GO ∩ SFARI</w:t>
            </w:r>
          </w:p>
        </w:tc>
      </w:tr>
      <w:tr w:rsidR="00BA76A8" w14:paraId="7AD8742C" w14:textId="77777777">
        <w:tc>
          <w:tcPr>
            <w:tcW w:w="4320" w:type="dxa"/>
          </w:tcPr>
          <w:p w14:paraId="59D69786" w14:textId="77777777" w:rsidR="00BA76A8" w:rsidRDefault="00734CE3">
            <w:r>
              <w:t>JARID2</w:t>
            </w:r>
          </w:p>
        </w:tc>
        <w:tc>
          <w:tcPr>
            <w:tcW w:w="4320" w:type="dxa"/>
          </w:tcPr>
          <w:p w14:paraId="187FD343" w14:textId="77777777" w:rsidR="00BA76A8" w:rsidRDefault="00734CE3">
            <w:r>
              <w:t>GO ∩ SFARI</w:t>
            </w:r>
          </w:p>
        </w:tc>
      </w:tr>
      <w:tr w:rsidR="00BA76A8" w14:paraId="538C951E" w14:textId="77777777">
        <w:tc>
          <w:tcPr>
            <w:tcW w:w="4320" w:type="dxa"/>
          </w:tcPr>
          <w:p w14:paraId="5CEDBD16" w14:textId="77777777" w:rsidR="00BA76A8" w:rsidRDefault="00734CE3">
            <w:r>
              <w:t>KATNAL2</w:t>
            </w:r>
          </w:p>
        </w:tc>
        <w:tc>
          <w:tcPr>
            <w:tcW w:w="4320" w:type="dxa"/>
          </w:tcPr>
          <w:p w14:paraId="277BCDA2" w14:textId="77777777" w:rsidR="00BA76A8" w:rsidRDefault="00734CE3">
            <w:r>
              <w:t>GO ∩ SFARI</w:t>
            </w:r>
          </w:p>
        </w:tc>
      </w:tr>
      <w:tr w:rsidR="00BA76A8" w14:paraId="7FB267AF" w14:textId="77777777">
        <w:tc>
          <w:tcPr>
            <w:tcW w:w="4320" w:type="dxa"/>
          </w:tcPr>
          <w:p w14:paraId="534194DC" w14:textId="77777777" w:rsidR="00BA76A8" w:rsidRDefault="00734CE3">
            <w:r>
              <w:t>KCNA3</w:t>
            </w:r>
          </w:p>
        </w:tc>
        <w:tc>
          <w:tcPr>
            <w:tcW w:w="4320" w:type="dxa"/>
          </w:tcPr>
          <w:p w14:paraId="15F8AA85" w14:textId="77777777" w:rsidR="00BA76A8" w:rsidRDefault="00734CE3">
            <w:r>
              <w:t>GO ∩ SFARI</w:t>
            </w:r>
          </w:p>
        </w:tc>
      </w:tr>
      <w:tr w:rsidR="00BA76A8" w14:paraId="2276D0ED" w14:textId="77777777">
        <w:tc>
          <w:tcPr>
            <w:tcW w:w="4320" w:type="dxa"/>
          </w:tcPr>
          <w:p w14:paraId="7A40ADB1" w14:textId="77777777" w:rsidR="00BA76A8" w:rsidRDefault="00734CE3">
            <w:r>
              <w:t>KCNB1</w:t>
            </w:r>
          </w:p>
        </w:tc>
        <w:tc>
          <w:tcPr>
            <w:tcW w:w="4320" w:type="dxa"/>
          </w:tcPr>
          <w:p w14:paraId="1E5448BA" w14:textId="77777777" w:rsidR="00BA76A8" w:rsidRDefault="00734CE3">
            <w:r>
              <w:t>GO ∩ SFARI</w:t>
            </w:r>
          </w:p>
        </w:tc>
      </w:tr>
      <w:tr w:rsidR="00BA76A8" w14:paraId="428FBE0B" w14:textId="77777777">
        <w:tc>
          <w:tcPr>
            <w:tcW w:w="4320" w:type="dxa"/>
          </w:tcPr>
          <w:p w14:paraId="4339E745" w14:textId="77777777" w:rsidR="00BA76A8" w:rsidRDefault="00734CE3">
            <w:r>
              <w:t>KCNC1</w:t>
            </w:r>
          </w:p>
        </w:tc>
        <w:tc>
          <w:tcPr>
            <w:tcW w:w="4320" w:type="dxa"/>
          </w:tcPr>
          <w:p w14:paraId="1F6A0D5F" w14:textId="77777777" w:rsidR="00BA76A8" w:rsidRDefault="00734CE3">
            <w:r>
              <w:t>GO ∩ SFARI</w:t>
            </w:r>
          </w:p>
        </w:tc>
      </w:tr>
      <w:tr w:rsidR="00BA76A8" w14:paraId="224C3985" w14:textId="77777777">
        <w:tc>
          <w:tcPr>
            <w:tcW w:w="4320" w:type="dxa"/>
          </w:tcPr>
          <w:p w14:paraId="1F7A7F3E" w14:textId="77777777" w:rsidR="00BA76A8" w:rsidRDefault="00734CE3">
            <w:r>
              <w:t>KCND3</w:t>
            </w:r>
          </w:p>
        </w:tc>
        <w:tc>
          <w:tcPr>
            <w:tcW w:w="4320" w:type="dxa"/>
          </w:tcPr>
          <w:p w14:paraId="39703FCC" w14:textId="77777777" w:rsidR="00BA76A8" w:rsidRDefault="00734CE3">
            <w:r>
              <w:t>GO ∩ SFARI</w:t>
            </w:r>
          </w:p>
        </w:tc>
      </w:tr>
      <w:tr w:rsidR="00BA76A8" w14:paraId="6660045A" w14:textId="77777777">
        <w:tc>
          <w:tcPr>
            <w:tcW w:w="4320" w:type="dxa"/>
          </w:tcPr>
          <w:p w14:paraId="614776EF" w14:textId="77777777" w:rsidR="00BA76A8" w:rsidRDefault="00734CE3">
            <w:r>
              <w:t>KCNH1</w:t>
            </w:r>
          </w:p>
        </w:tc>
        <w:tc>
          <w:tcPr>
            <w:tcW w:w="4320" w:type="dxa"/>
          </w:tcPr>
          <w:p w14:paraId="0DAAA3F1" w14:textId="77777777" w:rsidR="00BA76A8" w:rsidRDefault="00734CE3">
            <w:r>
              <w:t>GO ∩ SFARI</w:t>
            </w:r>
          </w:p>
        </w:tc>
      </w:tr>
      <w:tr w:rsidR="00BA76A8" w14:paraId="2C7C81CE" w14:textId="77777777">
        <w:tc>
          <w:tcPr>
            <w:tcW w:w="4320" w:type="dxa"/>
          </w:tcPr>
          <w:p w14:paraId="0C93EC8E" w14:textId="77777777" w:rsidR="00BA76A8" w:rsidRDefault="00734CE3">
            <w:r>
              <w:t>KCNK7</w:t>
            </w:r>
          </w:p>
        </w:tc>
        <w:tc>
          <w:tcPr>
            <w:tcW w:w="4320" w:type="dxa"/>
          </w:tcPr>
          <w:p w14:paraId="21E6C0BB" w14:textId="77777777" w:rsidR="00BA76A8" w:rsidRDefault="00734CE3">
            <w:r>
              <w:t>GO ∩ SFARI</w:t>
            </w:r>
          </w:p>
        </w:tc>
      </w:tr>
      <w:tr w:rsidR="00BA76A8" w14:paraId="6263B95C" w14:textId="77777777">
        <w:tc>
          <w:tcPr>
            <w:tcW w:w="4320" w:type="dxa"/>
          </w:tcPr>
          <w:p w14:paraId="3F8C7455" w14:textId="77777777" w:rsidR="00BA76A8" w:rsidRDefault="00734CE3">
            <w:r>
              <w:t>KCNQ2</w:t>
            </w:r>
          </w:p>
        </w:tc>
        <w:tc>
          <w:tcPr>
            <w:tcW w:w="4320" w:type="dxa"/>
          </w:tcPr>
          <w:p w14:paraId="0A57B913" w14:textId="77777777" w:rsidR="00BA76A8" w:rsidRDefault="00734CE3">
            <w:r>
              <w:t>GO ∩ SFARI</w:t>
            </w:r>
          </w:p>
        </w:tc>
      </w:tr>
      <w:tr w:rsidR="00BA76A8" w14:paraId="3F4144CD" w14:textId="77777777">
        <w:tc>
          <w:tcPr>
            <w:tcW w:w="4320" w:type="dxa"/>
          </w:tcPr>
          <w:p w14:paraId="26CAE5C0" w14:textId="77777777" w:rsidR="00BA76A8" w:rsidRDefault="00734CE3">
            <w:r>
              <w:t>KCNQ3</w:t>
            </w:r>
          </w:p>
        </w:tc>
        <w:tc>
          <w:tcPr>
            <w:tcW w:w="4320" w:type="dxa"/>
          </w:tcPr>
          <w:p w14:paraId="50DCBCBB" w14:textId="77777777" w:rsidR="00BA76A8" w:rsidRDefault="00734CE3">
            <w:r>
              <w:t>GO ∩ SFARI</w:t>
            </w:r>
          </w:p>
        </w:tc>
      </w:tr>
      <w:tr w:rsidR="00BA76A8" w14:paraId="26686A31" w14:textId="77777777">
        <w:tc>
          <w:tcPr>
            <w:tcW w:w="4320" w:type="dxa"/>
          </w:tcPr>
          <w:p w14:paraId="45F93168" w14:textId="77777777" w:rsidR="00BA76A8" w:rsidRDefault="00734CE3">
            <w:r>
              <w:t>KDM2A</w:t>
            </w:r>
          </w:p>
        </w:tc>
        <w:tc>
          <w:tcPr>
            <w:tcW w:w="4320" w:type="dxa"/>
          </w:tcPr>
          <w:p w14:paraId="03E940D2" w14:textId="77777777" w:rsidR="00BA76A8" w:rsidRDefault="00734CE3">
            <w:r>
              <w:t>GO ∩ SFARI</w:t>
            </w:r>
          </w:p>
        </w:tc>
      </w:tr>
      <w:tr w:rsidR="00BA76A8" w14:paraId="67B1E22B" w14:textId="77777777">
        <w:tc>
          <w:tcPr>
            <w:tcW w:w="4320" w:type="dxa"/>
          </w:tcPr>
          <w:p w14:paraId="0EBEB298" w14:textId="77777777" w:rsidR="00BA76A8" w:rsidRDefault="00734CE3">
            <w:r>
              <w:t>KDM2B</w:t>
            </w:r>
          </w:p>
        </w:tc>
        <w:tc>
          <w:tcPr>
            <w:tcW w:w="4320" w:type="dxa"/>
          </w:tcPr>
          <w:p w14:paraId="44D62E10" w14:textId="77777777" w:rsidR="00BA76A8" w:rsidRDefault="00734CE3">
            <w:r>
              <w:t>GO ∩ SFARI</w:t>
            </w:r>
          </w:p>
        </w:tc>
      </w:tr>
      <w:tr w:rsidR="00BA76A8" w14:paraId="57B50B24" w14:textId="77777777">
        <w:tc>
          <w:tcPr>
            <w:tcW w:w="4320" w:type="dxa"/>
          </w:tcPr>
          <w:p w14:paraId="2E3E7AF7" w14:textId="77777777" w:rsidR="00BA76A8" w:rsidRDefault="00734CE3">
            <w:r>
              <w:t>KDM4B</w:t>
            </w:r>
          </w:p>
        </w:tc>
        <w:tc>
          <w:tcPr>
            <w:tcW w:w="4320" w:type="dxa"/>
          </w:tcPr>
          <w:p w14:paraId="2E002C6D" w14:textId="77777777" w:rsidR="00BA76A8" w:rsidRDefault="00734CE3">
            <w:r>
              <w:t>GO ∩ SFARI</w:t>
            </w:r>
          </w:p>
        </w:tc>
      </w:tr>
      <w:tr w:rsidR="00BA76A8" w14:paraId="167B8D66" w14:textId="77777777">
        <w:tc>
          <w:tcPr>
            <w:tcW w:w="4320" w:type="dxa"/>
          </w:tcPr>
          <w:p w14:paraId="57795119" w14:textId="77777777" w:rsidR="00BA76A8" w:rsidRDefault="00734CE3">
            <w:r>
              <w:t>KDM6B</w:t>
            </w:r>
          </w:p>
        </w:tc>
        <w:tc>
          <w:tcPr>
            <w:tcW w:w="4320" w:type="dxa"/>
          </w:tcPr>
          <w:p w14:paraId="642910EF" w14:textId="77777777" w:rsidR="00BA76A8" w:rsidRDefault="00734CE3">
            <w:r>
              <w:t>GO ∩ SFARI</w:t>
            </w:r>
          </w:p>
        </w:tc>
      </w:tr>
      <w:tr w:rsidR="00BA76A8" w14:paraId="090FC39E" w14:textId="77777777">
        <w:tc>
          <w:tcPr>
            <w:tcW w:w="4320" w:type="dxa"/>
          </w:tcPr>
          <w:p w14:paraId="1CEC3D1A" w14:textId="77777777" w:rsidR="00BA76A8" w:rsidRDefault="00734CE3">
            <w:r>
              <w:t>KIF13B</w:t>
            </w:r>
          </w:p>
        </w:tc>
        <w:tc>
          <w:tcPr>
            <w:tcW w:w="4320" w:type="dxa"/>
          </w:tcPr>
          <w:p w14:paraId="2DF0C705" w14:textId="77777777" w:rsidR="00BA76A8" w:rsidRDefault="00734CE3">
            <w:r>
              <w:t>GO ∩ SFARI</w:t>
            </w:r>
          </w:p>
        </w:tc>
      </w:tr>
      <w:tr w:rsidR="00BA76A8" w14:paraId="1621C977" w14:textId="77777777">
        <w:tc>
          <w:tcPr>
            <w:tcW w:w="4320" w:type="dxa"/>
          </w:tcPr>
          <w:p w14:paraId="3CD02BBC" w14:textId="77777777" w:rsidR="00BA76A8" w:rsidRDefault="00734CE3">
            <w:r>
              <w:t>KIF1A</w:t>
            </w:r>
          </w:p>
        </w:tc>
        <w:tc>
          <w:tcPr>
            <w:tcW w:w="4320" w:type="dxa"/>
          </w:tcPr>
          <w:p w14:paraId="192AB300" w14:textId="77777777" w:rsidR="00BA76A8" w:rsidRDefault="00734CE3">
            <w:r>
              <w:t>GO ∩ SFARI</w:t>
            </w:r>
          </w:p>
        </w:tc>
      </w:tr>
      <w:tr w:rsidR="00BA76A8" w14:paraId="1CB1D88A" w14:textId="77777777">
        <w:tc>
          <w:tcPr>
            <w:tcW w:w="4320" w:type="dxa"/>
          </w:tcPr>
          <w:p w14:paraId="293A9221" w14:textId="77777777" w:rsidR="00BA76A8" w:rsidRDefault="00734CE3">
            <w:r>
              <w:t>KIF5C</w:t>
            </w:r>
          </w:p>
        </w:tc>
        <w:tc>
          <w:tcPr>
            <w:tcW w:w="4320" w:type="dxa"/>
          </w:tcPr>
          <w:p w14:paraId="4704C2CC" w14:textId="77777777" w:rsidR="00BA76A8" w:rsidRDefault="00734CE3">
            <w:r>
              <w:t>GO ∩ SFARI</w:t>
            </w:r>
          </w:p>
        </w:tc>
      </w:tr>
      <w:tr w:rsidR="00BA76A8" w14:paraId="7E397D33" w14:textId="77777777">
        <w:tc>
          <w:tcPr>
            <w:tcW w:w="4320" w:type="dxa"/>
          </w:tcPr>
          <w:p w14:paraId="6DCCE419" w14:textId="77777777" w:rsidR="00BA76A8" w:rsidRDefault="00734CE3">
            <w:r>
              <w:t>KMT2B</w:t>
            </w:r>
          </w:p>
        </w:tc>
        <w:tc>
          <w:tcPr>
            <w:tcW w:w="4320" w:type="dxa"/>
          </w:tcPr>
          <w:p w14:paraId="6857753C" w14:textId="77777777" w:rsidR="00BA76A8" w:rsidRDefault="00734CE3">
            <w:r>
              <w:t>GO ∩ SFARI</w:t>
            </w:r>
          </w:p>
        </w:tc>
      </w:tr>
      <w:tr w:rsidR="00BA76A8" w14:paraId="1662F18E" w14:textId="77777777">
        <w:tc>
          <w:tcPr>
            <w:tcW w:w="4320" w:type="dxa"/>
          </w:tcPr>
          <w:p w14:paraId="7E84F7C6" w14:textId="77777777" w:rsidR="00BA76A8" w:rsidRDefault="00734CE3">
            <w:r>
              <w:t>KMT2C</w:t>
            </w:r>
          </w:p>
        </w:tc>
        <w:tc>
          <w:tcPr>
            <w:tcW w:w="4320" w:type="dxa"/>
          </w:tcPr>
          <w:p w14:paraId="4E2256A6" w14:textId="77777777" w:rsidR="00BA76A8" w:rsidRDefault="00734CE3">
            <w:r>
              <w:t>GO ∩ SFARI</w:t>
            </w:r>
          </w:p>
        </w:tc>
      </w:tr>
      <w:tr w:rsidR="00BA76A8" w14:paraId="383C6A8E" w14:textId="77777777">
        <w:tc>
          <w:tcPr>
            <w:tcW w:w="4320" w:type="dxa"/>
          </w:tcPr>
          <w:p w14:paraId="6CD9807E" w14:textId="77777777" w:rsidR="00BA76A8" w:rsidRDefault="00734CE3">
            <w:r>
              <w:t>KMT2D</w:t>
            </w:r>
          </w:p>
        </w:tc>
        <w:tc>
          <w:tcPr>
            <w:tcW w:w="4320" w:type="dxa"/>
          </w:tcPr>
          <w:p w14:paraId="6F234C8B" w14:textId="77777777" w:rsidR="00BA76A8" w:rsidRDefault="00734CE3">
            <w:r>
              <w:t>GO ∩ SFARI</w:t>
            </w:r>
          </w:p>
        </w:tc>
      </w:tr>
      <w:tr w:rsidR="00BA76A8" w14:paraId="4EC5005C" w14:textId="77777777">
        <w:tc>
          <w:tcPr>
            <w:tcW w:w="4320" w:type="dxa"/>
          </w:tcPr>
          <w:p w14:paraId="00D09F62" w14:textId="77777777" w:rsidR="00BA76A8" w:rsidRDefault="00734CE3">
            <w:r>
              <w:t>LDLR</w:t>
            </w:r>
          </w:p>
        </w:tc>
        <w:tc>
          <w:tcPr>
            <w:tcW w:w="4320" w:type="dxa"/>
          </w:tcPr>
          <w:p w14:paraId="5E7F2540" w14:textId="77777777" w:rsidR="00BA76A8" w:rsidRDefault="00734CE3">
            <w:r>
              <w:t>GO ∩ SFARI</w:t>
            </w:r>
          </w:p>
        </w:tc>
      </w:tr>
      <w:tr w:rsidR="00BA76A8" w14:paraId="3A207964" w14:textId="77777777">
        <w:tc>
          <w:tcPr>
            <w:tcW w:w="4320" w:type="dxa"/>
          </w:tcPr>
          <w:p w14:paraId="76ABB53E" w14:textId="77777777" w:rsidR="00BA76A8" w:rsidRDefault="00734CE3">
            <w:r>
              <w:t>LIN7B</w:t>
            </w:r>
          </w:p>
        </w:tc>
        <w:tc>
          <w:tcPr>
            <w:tcW w:w="4320" w:type="dxa"/>
          </w:tcPr>
          <w:p w14:paraId="3454F3F9" w14:textId="77777777" w:rsidR="00BA76A8" w:rsidRDefault="00734CE3">
            <w:r>
              <w:t>GO ∩ SFARI</w:t>
            </w:r>
          </w:p>
        </w:tc>
      </w:tr>
      <w:tr w:rsidR="00BA76A8" w14:paraId="2728A7FC" w14:textId="77777777">
        <w:tc>
          <w:tcPr>
            <w:tcW w:w="4320" w:type="dxa"/>
          </w:tcPr>
          <w:p w14:paraId="0ADDB451" w14:textId="77777777" w:rsidR="00BA76A8" w:rsidRDefault="00734CE3">
            <w:r>
              <w:t>LMX1B</w:t>
            </w:r>
          </w:p>
        </w:tc>
        <w:tc>
          <w:tcPr>
            <w:tcW w:w="4320" w:type="dxa"/>
          </w:tcPr>
          <w:p w14:paraId="765B49BC" w14:textId="77777777" w:rsidR="00BA76A8" w:rsidRDefault="00734CE3">
            <w:r>
              <w:t>GO ∩ SFARI</w:t>
            </w:r>
          </w:p>
        </w:tc>
      </w:tr>
      <w:tr w:rsidR="00BA76A8" w14:paraId="0E48E95A" w14:textId="77777777">
        <w:tc>
          <w:tcPr>
            <w:tcW w:w="4320" w:type="dxa"/>
          </w:tcPr>
          <w:p w14:paraId="5DC13D98" w14:textId="77777777" w:rsidR="00BA76A8" w:rsidRDefault="00734CE3">
            <w:r>
              <w:t>LRBA</w:t>
            </w:r>
          </w:p>
        </w:tc>
        <w:tc>
          <w:tcPr>
            <w:tcW w:w="4320" w:type="dxa"/>
          </w:tcPr>
          <w:p w14:paraId="5964E242" w14:textId="77777777" w:rsidR="00BA76A8" w:rsidRDefault="00734CE3">
            <w:r>
              <w:t>GO ∩ SFARI</w:t>
            </w:r>
          </w:p>
        </w:tc>
      </w:tr>
      <w:tr w:rsidR="00BA76A8" w14:paraId="37390A21" w14:textId="77777777">
        <w:tc>
          <w:tcPr>
            <w:tcW w:w="4320" w:type="dxa"/>
          </w:tcPr>
          <w:p w14:paraId="1E2CE056" w14:textId="77777777" w:rsidR="00BA76A8" w:rsidRDefault="00734CE3">
            <w:r>
              <w:t>LRFN2</w:t>
            </w:r>
          </w:p>
        </w:tc>
        <w:tc>
          <w:tcPr>
            <w:tcW w:w="4320" w:type="dxa"/>
          </w:tcPr>
          <w:p w14:paraId="3AA71763" w14:textId="77777777" w:rsidR="00BA76A8" w:rsidRDefault="00734CE3">
            <w:r>
              <w:t>GO ∩ SFARI</w:t>
            </w:r>
          </w:p>
        </w:tc>
      </w:tr>
      <w:tr w:rsidR="00BA76A8" w14:paraId="6CD68FCC" w14:textId="77777777">
        <w:tc>
          <w:tcPr>
            <w:tcW w:w="4320" w:type="dxa"/>
          </w:tcPr>
          <w:p w14:paraId="224673AD" w14:textId="77777777" w:rsidR="00BA76A8" w:rsidRDefault="00734CE3">
            <w:r>
              <w:t>LRP1</w:t>
            </w:r>
          </w:p>
        </w:tc>
        <w:tc>
          <w:tcPr>
            <w:tcW w:w="4320" w:type="dxa"/>
          </w:tcPr>
          <w:p w14:paraId="03D0659B" w14:textId="77777777" w:rsidR="00BA76A8" w:rsidRDefault="00734CE3">
            <w:r>
              <w:t>GO ∩ SFARI</w:t>
            </w:r>
          </w:p>
        </w:tc>
      </w:tr>
      <w:tr w:rsidR="00BA76A8" w14:paraId="5A7D74CA" w14:textId="77777777">
        <w:tc>
          <w:tcPr>
            <w:tcW w:w="4320" w:type="dxa"/>
          </w:tcPr>
          <w:p w14:paraId="7E57708E" w14:textId="77777777" w:rsidR="00BA76A8" w:rsidRDefault="00734CE3">
            <w:r>
              <w:t>LZTS2</w:t>
            </w:r>
          </w:p>
        </w:tc>
        <w:tc>
          <w:tcPr>
            <w:tcW w:w="4320" w:type="dxa"/>
          </w:tcPr>
          <w:p w14:paraId="7B85E3B4" w14:textId="77777777" w:rsidR="00BA76A8" w:rsidRDefault="00734CE3">
            <w:r>
              <w:t>GO ∩ SFARI</w:t>
            </w:r>
          </w:p>
        </w:tc>
      </w:tr>
      <w:tr w:rsidR="00BA76A8" w14:paraId="2ED723D1" w14:textId="77777777">
        <w:tc>
          <w:tcPr>
            <w:tcW w:w="4320" w:type="dxa"/>
          </w:tcPr>
          <w:p w14:paraId="19F641BA" w14:textId="77777777" w:rsidR="00BA76A8" w:rsidRDefault="00734CE3">
            <w:r>
              <w:t>MAP4K1</w:t>
            </w:r>
          </w:p>
        </w:tc>
        <w:tc>
          <w:tcPr>
            <w:tcW w:w="4320" w:type="dxa"/>
          </w:tcPr>
          <w:p w14:paraId="174435F8" w14:textId="77777777" w:rsidR="00BA76A8" w:rsidRDefault="00734CE3">
            <w:r>
              <w:t>GO ∩ SFARI</w:t>
            </w:r>
          </w:p>
        </w:tc>
      </w:tr>
      <w:tr w:rsidR="00BA76A8" w14:paraId="4176D2A5" w14:textId="77777777">
        <w:tc>
          <w:tcPr>
            <w:tcW w:w="4320" w:type="dxa"/>
          </w:tcPr>
          <w:p w14:paraId="0E85CFA9" w14:textId="77777777" w:rsidR="00BA76A8" w:rsidRDefault="00734CE3">
            <w:r>
              <w:t>MAPK8IP1</w:t>
            </w:r>
          </w:p>
        </w:tc>
        <w:tc>
          <w:tcPr>
            <w:tcW w:w="4320" w:type="dxa"/>
          </w:tcPr>
          <w:p w14:paraId="3E7C4BDA" w14:textId="77777777" w:rsidR="00BA76A8" w:rsidRDefault="00734CE3">
            <w:r>
              <w:t>GO ∩ SFARI</w:t>
            </w:r>
          </w:p>
        </w:tc>
      </w:tr>
      <w:tr w:rsidR="00BA76A8" w14:paraId="69322F50" w14:textId="77777777">
        <w:tc>
          <w:tcPr>
            <w:tcW w:w="4320" w:type="dxa"/>
          </w:tcPr>
          <w:p w14:paraId="067BE5BA" w14:textId="77777777" w:rsidR="00BA76A8" w:rsidRDefault="00734CE3">
            <w:r>
              <w:t>MAPK8IP3</w:t>
            </w:r>
          </w:p>
        </w:tc>
        <w:tc>
          <w:tcPr>
            <w:tcW w:w="4320" w:type="dxa"/>
          </w:tcPr>
          <w:p w14:paraId="5A28C59E" w14:textId="77777777" w:rsidR="00BA76A8" w:rsidRDefault="00734CE3">
            <w:r>
              <w:t>GO ∩ SFARI</w:t>
            </w:r>
          </w:p>
        </w:tc>
      </w:tr>
      <w:tr w:rsidR="00BA76A8" w14:paraId="552EDB3E" w14:textId="77777777">
        <w:tc>
          <w:tcPr>
            <w:tcW w:w="4320" w:type="dxa"/>
          </w:tcPr>
          <w:p w14:paraId="454E0600" w14:textId="77777777" w:rsidR="00BA76A8" w:rsidRDefault="00734CE3">
            <w:r>
              <w:t>MAPT</w:t>
            </w:r>
          </w:p>
        </w:tc>
        <w:tc>
          <w:tcPr>
            <w:tcW w:w="4320" w:type="dxa"/>
          </w:tcPr>
          <w:p w14:paraId="5D490417" w14:textId="77777777" w:rsidR="00BA76A8" w:rsidRDefault="00734CE3">
            <w:r>
              <w:t>GO ∩ SFARI</w:t>
            </w:r>
          </w:p>
        </w:tc>
      </w:tr>
      <w:tr w:rsidR="00BA76A8" w14:paraId="6E1125C6" w14:textId="77777777">
        <w:tc>
          <w:tcPr>
            <w:tcW w:w="4320" w:type="dxa"/>
          </w:tcPr>
          <w:p w14:paraId="019DC127" w14:textId="77777777" w:rsidR="00BA76A8" w:rsidRDefault="00734CE3">
            <w:r>
              <w:t>MARK2</w:t>
            </w:r>
          </w:p>
        </w:tc>
        <w:tc>
          <w:tcPr>
            <w:tcW w:w="4320" w:type="dxa"/>
          </w:tcPr>
          <w:p w14:paraId="1C07B0AA" w14:textId="77777777" w:rsidR="00BA76A8" w:rsidRDefault="00734CE3">
            <w:r>
              <w:t>GO ∩ SFARI</w:t>
            </w:r>
          </w:p>
        </w:tc>
      </w:tr>
      <w:tr w:rsidR="00BA76A8" w14:paraId="5B03530A" w14:textId="77777777">
        <w:tc>
          <w:tcPr>
            <w:tcW w:w="4320" w:type="dxa"/>
          </w:tcPr>
          <w:p w14:paraId="22E3153B" w14:textId="77777777" w:rsidR="00BA76A8" w:rsidRDefault="00734CE3">
            <w:r>
              <w:t>MAST1</w:t>
            </w:r>
          </w:p>
        </w:tc>
        <w:tc>
          <w:tcPr>
            <w:tcW w:w="4320" w:type="dxa"/>
          </w:tcPr>
          <w:p w14:paraId="7CB230B4" w14:textId="77777777" w:rsidR="00BA76A8" w:rsidRDefault="00734CE3">
            <w:r>
              <w:t>GO ∩ SFARI</w:t>
            </w:r>
          </w:p>
        </w:tc>
      </w:tr>
      <w:tr w:rsidR="00BA76A8" w14:paraId="6BD79251" w14:textId="77777777">
        <w:tc>
          <w:tcPr>
            <w:tcW w:w="4320" w:type="dxa"/>
          </w:tcPr>
          <w:p w14:paraId="299584F8" w14:textId="77777777" w:rsidR="00BA76A8" w:rsidRDefault="00734CE3">
            <w:r>
              <w:t>MAST3</w:t>
            </w:r>
          </w:p>
        </w:tc>
        <w:tc>
          <w:tcPr>
            <w:tcW w:w="4320" w:type="dxa"/>
          </w:tcPr>
          <w:p w14:paraId="681AEBDE" w14:textId="77777777" w:rsidR="00BA76A8" w:rsidRDefault="00734CE3">
            <w:r>
              <w:t>GO ∩ SFARI</w:t>
            </w:r>
          </w:p>
        </w:tc>
      </w:tr>
      <w:tr w:rsidR="00BA76A8" w14:paraId="2A526F6A" w14:textId="77777777">
        <w:tc>
          <w:tcPr>
            <w:tcW w:w="4320" w:type="dxa"/>
          </w:tcPr>
          <w:p w14:paraId="48151221" w14:textId="77777777" w:rsidR="00BA76A8" w:rsidRDefault="00734CE3">
            <w:r>
              <w:t>MBD1</w:t>
            </w:r>
          </w:p>
        </w:tc>
        <w:tc>
          <w:tcPr>
            <w:tcW w:w="4320" w:type="dxa"/>
          </w:tcPr>
          <w:p w14:paraId="6B655A9F" w14:textId="77777777" w:rsidR="00BA76A8" w:rsidRDefault="00734CE3">
            <w:r>
              <w:t>GO ∩ SFARI</w:t>
            </w:r>
          </w:p>
        </w:tc>
      </w:tr>
      <w:tr w:rsidR="00BA76A8" w14:paraId="1CDA582D" w14:textId="77777777">
        <w:tc>
          <w:tcPr>
            <w:tcW w:w="4320" w:type="dxa"/>
          </w:tcPr>
          <w:p w14:paraId="3788ED7B" w14:textId="77777777" w:rsidR="00BA76A8" w:rsidRDefault="00734CE3">
            <w:r>
              <w:t>MBD3</w:t>
            </w:r>
          </w:p>
        </w:tc>
        <w:tc>
          <w:tcPr>
            <w:tcW w:w="4320" w:type="dxa"/>
          </w:tcPr>
          <w:p w14:paraId="1B0B5576" w14:textId="77777777" w:rsidR="00BA76A8" w:rsidRDefault="00734CE3">
            <w:r>
              <w:t>GO ∩ SFARI</w:t>
            </w:r>
          </w:p>
        </w:tc>
      </w:tr>
      <w:tr w:rsidR="00BA76A8" w14:paraId="217464C4" w14:textId="77777777">
        <w:tc>
          <w:tcPr>
            <w:tcW w:w="4320" w:type="dxa"/>
          </w:tcPr>
          <w:p w14:paraId="7F7574AF" w14:textId="77777777" w:rsidR="00BA76A8" w:rsidRDefault="00734CE3">
            <w:r>
              <w:t>MBOAT7</w:t>
            </w:r>
          </w:p>
        </w:tc>
        <w:tc>
          <w:tcPr>
            <w:tcW w:w="4320" w:type="dxa"/>
          </w:tcPr>
          <w:p w14:paraId="580A6292" w14:textId="77777777" w:rsidR="00BA76A8" w:rsidRDefault="00734CE3">
            <w:r>
              <w:t>GO ∩ SFARI</w:t>
            </w:r>
          </w:p>
        </w:tc>
      </w:tr>
      <w:tr w:rsidR="00BA76A8" w14:paraId="1C6816FC" w14:textId="77777777">
        <w:tc>
          <w:tcPr>
            <w:tcW w:w="4320" w:type="dxa"/>
          </w:tcPr>
          <w:p w14:paraId="094A71FF" w14:textId="77777777" w:rsidR="00BA76A8" w:rsidRDefault="00734CE3">
            <w:r>
              <w:t>MCPH1</w:t>
            </w:r>
          </w:p>
        </w:tc>
        <w:tc>
          <w:tcPr>
            <w:tcW w:w="4320" w:type="dxa"/>
          </w:tcPr>
          <w:p w14:paraId="0803FF5C" w14:textId="77777777" w:rsidR="00BA76A8" w:rsidRDefault="00734CE3">
            <w:r>
              <w:t>GO ∩ SFARI</w:t>
            </w:r>
          </w:p>
        </w:tc>
      </w:tr>
      <w:tr w:rsidR="00BA76A8" w14:paraId="473A42F7" w14:textId="77777777">
        <w:tc>
          <w:tcPr>
            <w:tcW w:w="4320" w:type="dxa"/>
          </w:tcPr>
          <w:p w14:paraId="60467B9D" w14:textId="77777777" w:rsidR="00BA76A8" w:rsidRDefault="00734CE3">
            <w:r>
              <w:t>METTL26</w:t>
            </w:r>
          </w:p>
        </w:tc>
        <w:tc>
          <w:tcPr>
            <w:tcW w:w="4320" w:type="dxa"/>
          </w:tcPr>
          <w:p w14:paraId="0B012D79" w14:textId="77777777" w:rsidR="00BA76A8" w:rsidRDefault="00734CE3">
            <w:r>
              <w:t>GO ∩ SFARI</w:t>
            </w:r>
          </w:p>
        </w:tc>
      </w:tr>
      <w:tr w:rsidR="00BA76A8" w14:paraId="2FC1B354" w14:textId="77777777">
        <w:tc>
          <w:tcPr>
            <w:tcW w:w="4320" w:type="dxa"/>
          </w:tcPr>
          <w:p w14:paraId="2127C690" w14:textId="77777777" w:rsidR="00BA76A8" w:rsidRDefault="00734CE3">
            <w:r>
              <w:t>MKX</w:t>
            </w:r>
          </w:p>
        </w:tc>
        <w:tc>
          <w:tcPr>
            <w:tcW w:w="4320" w:type="dxa"/>
          </w:tcPr>
          <w:p w14:paraId="0DF94B12" w14:textId="77777777" w:rsidR="00BA76A8" w:rsidRDefault="00734CE3">
            <w:r>
              <w:t>GO ∩ SFARI</w:t>
            </w:r>
          </w:p>
        </w:tc>
      </w:tr>
      <w:tr w:rsidR="00BA76A8" w14:paraId="361C6B68" w14:textId="77777777">
        <w:tc>
          <w:tcPr>
            <w:tcW w:w="4320" w:type="dxa"/>
          </w:tcPr>
          <w:p w14:paraId="3509636D" w14:textId="77777777" w:rsidR="00BA76A8" w:rsidRDefault="00734CE3">
            <w:r>
              <w:t>MUC4</w:t>
            </w:r>
          </w:p>
        </w:tc>
        <w:tc>
          <w:tcPr>
            <w:tcW w:w="4320" w:type="dxa"/>
          </w:tcPr>
          <w:p w14:paraId="44381222" w14:textId="77777777" w:rsidR="00BA76A8" w:rsidRDefault="00734CE3">
            <w:r>
              <w:t>GO ∩ SFARI</w:t>
            </w:r>
          </w:p>
        </w:tc>
      </w:tr>
      <w:tr w:rsidR="00BA76A8" w14:paraId="6B5EC336" w14:textId="77777777">
        <w:tc>
          <w:tcPr>
            <w:tcW w:w="4320" w:type="dxa"/>
          </w:tcPr>
          <w:p w14:paraId="7B515270" w14:textId="77777777" w:rsidR="00BA76A8" w:rsidRDefault="00734CE3">
            <w:r>
              <w:t>MYH9</w:t>
            </w:r>
          </w:p>
        </w:tc>
        <w:tc>
          <w:tcPr>
            <w:tcW w:w="4320" w:type="dxa"/>
          </w:tcPr>
          <w:p w14:paraId="79D494D6" w14:textId="77777777" w:rsidR="00BA76A8" w:rsidRDefault="00734CE3">
            <w:r>
              <w:t>GO ∩ SFARI</w:t>
            </w:r>
          </w:p>
        </w:tc>
      </w:tr>
      <w:tr w:rsidR="00BA76A8" w14:paraId="6A657065" w14:textId="77777777">
        <w:tc>
          <w:tcPr>
            <w:tcW w:w="4320" w:type="dxa"/>
          </w:tcPr>
          <w:p w14:paraId="2D73D6FE" w14:textId="77777777" w:rsidR="00BA76A8" w:rsidRDefault="00734CE3">
            <w:r>
              <w:t>MYO16</w:t>
            </w:r>
          </w:p>
        </w:tc>
        <w:tc>
          <w:tcPr>
            <w:tcW w:w="4320" w:type="dxa"/>
          </w:tcPr>
          <w:p w14:paraId="500BA929" w14:textId="77777777" w:rsidR="00BA76A8" w:rsidRDefault="00734CE3">
            <w:r>
              <w:t>GO ∩ SFARI</w:t>
            </w:r>
          </w:p>
        </w:tc>
      </w:tr>
      <w:tr w:rsidR="00BA76A8" w14:paraId="5168008A" w14:textId="77777777">
        <w:tc>
          <w:tcPr>
            <w:tcW w:w="4320" w:type="dxa"/>
          </w:tcPr>
          <w:p w14:paraId="5095BF1D" w14:textId="77777777" w:rsidR="00BA76A8" w:rsidRDefault="00734CE3">
            <w:r>
              <w:t>MYO1E</w:t>
            </w:r>
          </w:p>
        </w:tc>
        <w:tc>
          <w:tcPr>
            <w:tcW w:w="4320" w:type="dxa"/>
          </w:tcPr>
          <w:p w14:paraId="1BD18F02" w14:textId="77777777" w:rsidR="00BA76A8" w:rsidRDefault="00734CE3">
            <w:r>
              <w:t>GO ∩ SFARI</w:t>
            </w:r>
          </w:p>
        </w:tc>
      </w:tr>
      <w:tr w:rsidR="00BA76A8" w14:paraId="52215FB5" w14:textId="77777777">
        <w:tc>
          <w:tcPr>
            <w:tcW w:w="4320" w:type="dxa"/>
          </w:tcPr>
          <w:p w14:paraId="1DE98C8B" w14:textId="77777777" w:rsidR="00BA76A8" w:rsidRDefault="00734CE3">
            <w:r>
              <w:lastRenderedPageBreak/>
              <w:t>MYO9B</w:t>
            </w:r>
          </w:p>
        </w:tc>
        <w:tc>
          <w:tcPr>
            <w:tcW w:w="4320" w:type="dxa"/>
          </w:tcPr>
          <w:p w14:paraId="23C1853E" w14:textId="77777777" w:rsidR="00BA76A8" w:rsidRDefault="00734CE3">
            <w:r>
              <w:t>GO ∩ SFARI</w:t>
            </w:r>
          </w:p>
        </w:tc>
      </w:tr>
      <w:tr w:rsidR="00BA76A8" w14:paraId="7305A3D0" w14:textId="77777777">
        <w:tc>
          <w:tcPr>
            <w:tcW w:w="4320" w:type="dxa"/>
          </w:tcPr>
          <w:p w14:paraId="656187D5" w14:textId="77777777" w:rsidR="00BA76A8" w:rsidRDefault="00734CE3">
            <w:r>
              <w:t>MYT1L</w:t>
            </w:r>
          </w:p>
        </w:tc>
        <w:tc>
          <w:tcPr>
            <w:tcW w:w="4320" w:type="dxa"/>
          </w:tcPr>
          <w:p w14:paraId="69A4D17D" w14:textId="77777777" w:rsidR="00BA76A8" w:rsidRDefault="00734CE3">
            <w:r>
              <w:t>GO ∩ SFARI</w:t>
            </w:r>
          </w:p>
        </w:tc>
      </w:tr>
      <w:tr w:rsidR="00BA76A8" w14:paraId="035CE16F" w14:textId="77777777">
        <w:tc>
          <w:tcPr>
            <w:tcW w:w="4320" w:type="dxa"/>
          </w:tcPr>
          <w:p w14:paraId="3A6A68FC" w14:textId="77777777" w:rsidR="00BA76A8" w:rsidRDefault="00734CE3">
            <w:r>
              <w:t>NACC1</w:t>
            </w:r>
          </w:p>
        </w:tc>
        <w:tc>
          <w:tcPr>
            <w:tcW w:w="4320" w:type="dxa"/>
          </w:tcPr>
          <w:p w14:paraId="1F4A604B" w14:textId="77777777" w:rsidR="00BA76A8" w:rsidRDefault="00734CE3">
            <w:r>
              <w:t>GO ∩ SFARI</w:t>
            </w:r>
          </w:p>
        </w:tc>
      </w:tr>
      <w:tr w:rsidR="00BA76A8" w14:paraId="7E02B46D" w14:textId="77777777">
        <w:tc>
          <w:tcPr>
            <w:tcW w:w="4320" w:type="dxa"/>
          </w:tcPr>
          <w:p w14:paraId="1D411E0B" w14:textId="77777777" w:rsidR="00BA76A8" w:rsidRDefault="00734CE3">
            <w:r>
              <w:t>NBEA</w:t>
            </w:r>
          </w:p>
        </w:tc>
        <w:tc>
          <w:tcPr>
            <w:tcW w:w="4320" w:type="dxa"/>
          </w:tcPr>
          <w:p w14:paraId="662A40BE" w14:textId="77777777" w:rsidR="00BA76A8" w:rsidRDefault="00734CE3">
            <w:r>
              <w:t>GO ∩ SFARI</w:t>
            </w:r>
          </w:p>
        </w:tc>
      </w:tr>
      <w:tr w:rsidR="00BA76A8" w14:paraId="7CAFDC7E" w14:textId="77777777">
        <w:tc>
          <w:tcPr>
            <w:tcW w:w="4320" w:type="dxa"/>
          </w:tcPr>
          <w:p w14:paraId="48D0C005" w14:textId="77777777" w:rsidR="00BA76A8" w:rsidRDefault="00734CE3">
            <w:r>
              <w:t>NFE2L3</w:t>
            </w:r>
          </w:p>
        </w:tc>
        <w:tc>
          <w:tcPr>
            <w:tcW w:w="4320" w:type="dxa"/>
          </w:tcPr>
          <w:p w14:paraId="0B635490" w14:textId="77777777" w:rsidR="00BA76A8" w:rsidRDefault="00734CE3">
            <w:r>
              <w:t>GO ∩ SFARI</w:t>
            </w:r>
          </w:p>
        </w:tc>
      </w:tr>
      <w:tr w:rsidR="00BA76A8" w14:paraId="6BCCC3A2" w14:textId="77777777">
        <w:tc>
          <w:tcPr>
            <w:tcW w:w="4320" w:type="dxa"/>
          </w:tcPr>
          <w:p w14:paraId="01AAD938" w14:textId="77777777" w:rsidR="00BA76A8" w:rsidRDefault="00734CE3">
            <w:r>
              <w:t>NFIB</w:t>
            </w:r>
          </w:p>
        </w:tc>
        <w:tc>
          <w:tcPr>
            <w:tcW w:w="4320" w:type="dxa"/>
          </w:tcPr>
          <w:p w14:paraId="125BEE2C" w14:textId="77777777" w:rsidR="00BA76A8" w:rsidRDefault="00734CE3">
            <w:r>
              <w:t>GO ∩ SFARI</w:t>
            </w:r>
          </w:p>
        </w:tc>
      </w:tr>
      <w:tr w:rsidR="00BA76A8" w14:paraId="02AF04F7" w14:textId="77777777">
        <w:tc>
          <w:tcPr>
            <w:tcW w:w="4320" w:type="dxa"/>
          </w:tcPr>
          <w:p w14:paraId="297A10CB" w14:textId="77777777" w:rsidR="00BA76A8" w:rsidRDefault="00734CE3">
            <w:r>
              <w:t>NFIX</w:t>
            </w:r>
          </w:p>
        </w:tc>
        <w:tc>
          <w:tcPr>
            <w:tcW w:w="4320" w:type="dxa"/>
          </w:tcPr>
          <w:p w14:paraId="4AE307CC" w14:textId="77777777" w:rsidR="00BA76A8" w:rsidRDefault="00734CE3">
            <w:r>
              <w:t>GO ∩ SFARI</w:t>
            </w:r>
          </w:p>
        </w:tc>
      </w:tr>
      <w:tr w:rsidR="00BA76A8" w14:paraId="6B8D9344" w14:textId="77777777">
        <w:tc>
          <w:tcPr>
            <w:tcW w:w="4320" w:type="dxa"/>
          </w:tcPr>
          <w:p w14:paraId="0F5E21C5" w14:textId="77777777" w:rsidR="00BA76A8" w:rsidRDefault="00734CE3">
            <w:r>
              <w:t>NLGN2</w:t>
            </w:r>
          </w:p>
        </w:tc>
        <w:tc>
          <w:tcPr>
            <w:tcW w:w="4320" w:type="dxa"/>
          </w:tcPr>
          <w:p w14:paraId="2942323A" w14:textId="77777777" w:rsidR="00BA76A8" w:rsidRDefault="00734CE3">
            <w:r>
              <w:t>GO ∩ SFARI</w:t>
            </w:r>
          </w:p>
        </w:tc>
      </w:tr>
      <w:tr w:rsidR="00BA76A8" w14:paraId="647D00FA" w14:textId="77777777">
        <w:tc>
          <w:tcPr>
            <w:tcW w:w="4320" w:type="dxa"/>
          </w:tcPr>
          <w:p w14:paraId="31577A63" w14:textId="77777777" w:rsidR="00BA76A8" w:rsidRDefault="00734CE3">
            <w:r>
              <w:t>NLGN4X</w:t>
            </w:r>
          </w:p>
        </w:tc>
        <w:tc>
          <w:tcPr>
            <w:tcW w:w="4320" w:type="dxa"/>
          </w:tcPr>
          <w:p w14:paraId="03FEE3FD" w14:textId="77777777" w:rsidR="00BA76A8" w:rsidRDefault="00734CE3">
            <w:r>
              <w:t>GO ∩ SFARI</w:t>
            </w:r>
          </w:p>
        </w:tc>
      </w:tr>
      <w:tr w:rsidR="00BA76A8" w14:paraId="1FEFD505" w14:textId="77777777">
        <w:tc>
          <w:tcPr>
            <w:tcW w:w="4320" w:type="dxa"/>
          </w:tcPr>
          <w:p w14:paraId="2A9B6D22" w14:textId="77777777" w:rsidR="00BA76A8" w:rsidRDefault="00734CE3">
            <w:r>
              <w:t>NLGN4Y</w:t>
            </w:r>
          </w:p>
        </w:tc>
        <w:tc>
          <w:tcPr>
            <w:tcW w:w="4320" w:type="dxa"/>
          </w:tcPr>
          <w:p w14:paraId="27B683ED" w14:textId="77777777" w:rsidR="00BA76A8" w:rsidRDefault="00734CE3">
            <w:r>
              <w:t>GO ∩ SFARI</w:t>
            </w:r>
          </w:p>
        </w:tc>
      </w:tr>
      <w:tr w:rsidR="00BA76A8" w14:paraId="120B0DEA" w14:textId="77777777">
        <w:tc>
          <w:tcPr>
            <w:tcW w:w="4320" w:type="dxa"/>
          </w:tcPr>
          <w:p w14:paraId="4ECBE3F4" w14:textId="77777777" w:rsidR="00BA76A8" w:rsidRDefault="00734CE3">
            <w:r>
              <w:t>NOTCH1</w:t>
            </w:r>
          </w:p>
        </w:tc>
        <w:tc>
          <w:tcPr>
            <w:tcW w:w="4320" w:type="dxa"/>
          </w:tcPr>
          <w:p w14:paraId="7EF4D7E3" w14:textId="77777777" w:rsidR="00BA76A8" w:rsidRDefault="00734CE3">
            <w:r>
              <w:t>GO ∩ SFARI</w:t>
            </w:r>
          </w:p>
        </w:tc>
      </w:tr>
      <w:tr w:rsidR="00BA76A8" w14:paraId="4DFA05AA" w14:textId="77777777">
        <w:tc>
          <w:tcPr>
            <w:tcW w:w="4320" w:type="dxa"/>
          </w:tcPr>
          <w:p w14:paraId="4D217398" w14:textId="77777777" w:rsidR="00BA76A8" w:rsidRDefault="00734CE3">
            <w:r>
              <w:t>NOVA2</w:t>
            </w:r>
          </w:p>
        </w:tc>
        <w:tc>
          <w:tcPr>
            <w:tcW w:w="4320" w:type="dxa"/>
          </w:tcPr>
          <w:p w14:paraId="175C60CB" w14:textId="77777777" w:rsidR="00BA76A8" w:rsidRDefault="00734CE3">
            <w:r>
              <w:t>GO ∩ SFARI</w:t>
            </w:r>
          </w:p>
        </w:tc>
      </w:tr>
      <w:tr w:rsidR="00BA76A8" w14:paraId="4F11B127" w14:textId="77777777">
        <w:tc>
          <w:tcPr>
            <w:tcW w:w="4320" w:type="dxa"/>
          </w:tcPr>
          <w:p w14:paraId="0BB83443" w14:textId="77777777" w:rsidR="00BA76A8" w:rsidRDefault="00734CE3">
            <w:r>
              <w:t>NPAS3</w:t>
            </w:r>
          </w:p>
        </w:tc>
        <w:tc>
          <w:tcPr>
            <w:tcW w:w="4320" w:type="dxa"/>
          </w:tcPr>
          <w:p w14:paraId="34B9983A" w14:textId="77777777" w:rsidR="00BA76A8" w:rsidRDefault="00734CE3">
            <w:r>
              <w:t>GO ∩ SFARI</w:t>
            </w:r>
          </w:p>
        </w:tc>
      </w:tr>
      <w:tr w:rsidR="00BA76A8" w14:paraId="4630D218" w14:textId="77777777">
        <w:tc>
          <w:tcPr>
            <w:tcW w:w="4320" w:type="dxa"/>
          </w:tcPr>
          <w:p w14:paraId="74C5F4F7" w14:textId="77777777" w:rsidR="00BA76A8" w:rsidRDefault="00734CE3">
            <w:r>
              <w:t>NR1D1</w:t>
            </w:r>
          </w:p>
        </w:tc>
        <w:tc>
          <w:tcPr>
            <w:tcW w:w="4320" w:type="dxa"/>
          </w:tcPr>
          <w:p w14:paraId="695392BA" w14:textId="77777777" w:rsidR="00BA76A8" w:rsidRDefault="00734CE3">
            <w:r>
              <w:t>GO ∩ SFARI</w:t>
            </w:r>
          </w:p>
        </w:tc>
      </w:tr>
      <w:tr w:rsidR="00BA76A8" w14:paraId="4FC37C64" w14:textId="77777777">
        <w:tc>
          <w:tcPr>
            <w:tcW w:w="4320" w:type="dxa"/>
          </w:tcPr>
          <w:p w14:paraId="59F8CB78" w14:textId="77777777" w:rsidR="00BA76A8" w:rsidRDefault="00734CE3">
            <w:r>
              <w:t>NR2F1</w:t>
            </w:r>
          </w:p>
        </w:tc>
        <w:tc>
          <w:tcPr>
            <w:tcW w:w="4320" w:type="dxa"/>
          </w:tcPr>
          <w:p w14:paraId="38A291E3" w14:textId="77777777" w:rsidR="00BA76A8" w:rsidRDefault="00734CE3">
            <w:r>
              <w:t>GO ∩ SFARI</w:t>
            </w:r>
          </w:p>
        </w:tc>
      </w:tr>
      <w:tr w:rsidR="00BA76A8" w14:paraId="12CB8BC7" w14:textId="77777777">
        <w:tc>
          <w:tcPr>
            <w:tcW w:w="4320" w:type="dxa"/>
          </w:tcPr>
          <w:p w14:paraId="1987FABF" w14:textId="77777777" w:rsidR="00BA76A8" w:rsidRDefault="00734CE3">
            <w:r>
              <w:t>NR4A2</w:t>
            </w:r>
          </w:p>
        </w:tc>
        <w:tc>
          <w:tcPr>
            <w:tcW w:w="4320" w:type="dxa"/>
          </w:tcPr>
          <w:p w14:paraId="10AB32E1" w14:textId="77777777" w:rsidR="00BA76A8" w:rsidRDefault="00734CE3">
            <w:r>
              <w:t>GO ∩ SFARI</w:t>
            </w:r>
          </w:p>
        </w:tc>
      </w:tr>
      <w:tr w:rsidR="00BA76A8" w14:paraId="317FA421" w14:textId="77777777">
        <w:tc>
          <w:tcPr>
            <w:tcW w:w="4320" w:type="dxa"/>
          </w:tcPr>
          <w:p w14:paraId="25BE00F3" w14:textId="77777777" w:rsidR="00BA76A8" w:rsidRDefault="00734CE3">
            <w:r>
              <w:t>NRP2</w:t>
            </w:r>
          </w:p>
        </w:tc>
        <w:tc>
          <w:tcPr>
            <w:tcW w:w="4320" w:type="dxa"/>
          </w:tcPr>
          <w:p w14:paraId="053731D6" w14:textId="77777777" w:rsidR="00BA76A8" w:rsidRDefault="00734CE3">
            <w:r>
              <w:t>GO ∩ SFARI</w:t>
            </w:r>
          </w:p>
        </w:tc>
      </w:tr>
      <w:tr w:rsidR="00BA76A8" w14:paraId="304DB728" w14:textId="77777777">
        <w:tc>
          <w:tcPr>
            <w:tcW w:w="4320" w:type="dxa"/>
          </w:tcPr>
          <w:p w14:paraId="08C8411C" w14:textId="77777777" w:rsidR="00BA76A8" w:rsidRDefault="00734CE3">
            <w:r>
              <w:t>NRXN1</w:t>
            </w:r>
          </w:p>
        </w:tc>
        <w:tc>
          <w:tcPr>
            <w:tcW w:w="4320" w:type="dxa"/>
          </w:tcPr>
          <w:p w14:paraId="05768EB7" w14:textId="77777777" w:rsidR="00BA76A8" w:rsidRDefault="00734CE3">
            <w:r>
              <w:t>GO ∩ SFARI</w:t>
            </w:r>
          </w:p>
        </w:tc>
      </w:tr>
      <w:tr w:rsidR="00BA76A8" w14:paraId="278D34A2" w14:textId="77777777">
        <w:tc>
          <w:tcPr>
            <w:tcW w:w="4320" w:type="dxa"/>
          </w:tcPr>
          <w:p w14:paraId="3078479C" w14:textId="77777777" w:rsidR="00BA76A8" w:rsidRDefault="00734CE3">
            <w:r>
              <w:t>NRXN2</w:t>
            </w:r>
          </w:p>
        </w:tc>
        <w:tc>
          <w:tcPr>
            <w:tcW w:w="4320" w:type="dxa"/>
          </w:tcPr>
          <w:p w14:paraId="115FE97E" w14:textId="77777777" w:rsidR="00BA76A8" w:rsidRDefault="00734CE3">
            <w:r>
              <w:t>GO ∩ SFARI</w:t>
            </w:r>
          </w:p>
        </w:tc>
      </w:tr>
      <w:tr w:rsidR="00BA76A8" w14:paraId="7CD5DFCA" w14:textId="77777777">
        <w:tc>
          <w:tcPr>
            <w:tcW w:w="4320" w:type="dxa"/>
          </w:tcPr>
          <w:p w14:paraId="6F28E49E" w14:textId="77777777" w:rsidR="00BA76A8" w:rsidRDefault="00734CE3">
            <w:r>
              <w:t>NRXN3</w:t>
            </w:r>
          </w:p>
        </w:tc>
        <w:tc>
          <w:tcPr>
            <w:tcW w:w="4320" w:type="dxa"/>
          </w:tcPr>
          <w:p w14:paraId="0ED78354" w14:textId="77777777" w:rsidR="00BA76A8" w:rsidRDefault="00734CE3">
            <w:r>
              <w:t>GO ∩ SFARI</w:t>
            </w:r>
          </w:p>
        </w:tc>
      </w:tr>
      <w:tr w:rsidR="00BA76A8" w14:paraId="02BBCD10" w14:textId="77777777">
        <w:tc>
          <w:tcPr>
            <w:tcW w:w="4320" w:type="dxa"/>
          </w:tcPr>
          <w:p w14:paraId="33F74404" w14:textId="77777777" w:rsidR="00BA76A8" w:rsidRDefault="00734CE3">
            <w:r>
              <w:t>NSD1</w:t>
            </w:r>
          </w:p>
        </w:tc>
        <w:tc>
          <w:tcPr>
            <w:tcW w:w="4320" w:type="dxa"/>
          </w:tcPr>
          <w:p w14:paraId="2FF91C34" w14:textId="77777777" w:rsidR="00BA76A8" w:rsidRDefault="00734CE3">
            <w:r>
              <w:t>GO ∩ SFARI</w:t>
            </w:r>
          </w:p>
        </w:tc>
      </w:tr>
      <w:tr w:rsidR="00BA76A8" w14:paraId="4B702465" w14:textId="77777777">
        <w:tc>
          <w:tcPr>
            <w:tcW w:w="4320" w:type="dxa"/>
          </w:tcPr>
          <w:p w14:paraId="79B68DF0" w14:textId="77777777" w:rsidR="00BA76A8" w:rsidRDefault="00734CE3">
            <w:r>
              <w:t>NTNG2</w:t>
            </w:r>
          </w:p>
        </w:tc>
        <w:tc>
          <w:tcPr>
            <w:tcW w:w="4320" w:type="dxa"/>
          </w:tcPr>
          <w:p w14:paraId="6B703A0E" w14:textId="77777777" w:rsidR="00BA76A8" w:rsidRDefault="00734CE3">
            <w:r>
              <w:t>GO ∩ SFARI</w:t>
            </w:r>
          </w:p>
        </w:tc>
      </w:tr>
      <w:tr w:rsidR="00BA76A8" w14:paraId="56077B48" w14:textId="77777777">
        <w:tc>
          <w:tcPr>
            <w:tcW w:w="4320" w:type="dxa"/>
          </w:tcPr>
          <w:p w14:paraId="28311388" w14:textId="77777777" w:rsidR="00BA76A8" w:rsidRDefault="00734CE3">
            <w:r>
              <w:t>OTUD7A</w:t>
            </w:r>
          </w:p>
        </w:tc>
        <w:tc>
          <w:tcPr>
            <w:tcW w:w="4320" w:type="dxa"/>
          </w:tcPr>
          <w:p w14:paraId="7DC6FDE7" w14:textId="77777777" w:rsidR="00BA76A8" w:rsidRDefault="00734CE3">
            <w:r>
              <w:t>GO ∩ SFARI</w:t>
            </w:r>
          </w:p>
        </w:tc>
      </w:tr>
      <w:tr w:rsidR="00BA76A8" w14:paraId="1D9D0110" w14:textId="77777777">
        <w:tc>
          <w:tcPr>
            <w:tcW w:w="4320" w:type="dxa"/>
          </w:tcPr>
          <w:p w14:paraId="78115670" w14:textId="77777777" w:rsidR="00BA76A8" w:rsidRDefault="00734CE3">
            <w:r>
              <w:t>OTX1</w:t>
            </w:r>
          </w:p>
        </w:tc>
        <w:tc>
          <w:tcPr>
            <w:tcW w:w="4320" w:type="dxa"/>
          </w:tcPr>
          <w:p w14:paraId="4C2E0C5C" w14:textId="77777777" w:rsidR="00BA76A8" w:rsidRDefault="00734CE3">
            <w:r>
              <w:t>GO ∩ SFARI</w:t>
            </w:r>
          </w:p>
        </w:tc>
      </w:tr>
      <w:tr w:rsidR="00BA76A8" w14:paraId="690B14C6" w14:textId="77777777">
        <w:tc>
          <w:tcPr>
            <w:tcW w:w="4320" w:type="dxa"/>
          </w:tcPr>
          <w:p w14:paraId="2B3E7BE9" w14:textId="77777777" w:rsidR="00BA76A8" w:rsidRDefault="00734CE3">
            <w:r>
              <w:t>OXT</w:t>
            </w:r>
          </w:p>
        </w:tc>
        <w:tc>
          <w:tcPr>
            <w:tcW w:w="4320" w:type="dxa"/>
          </w:tcPr>
          <w:p w14:paraId="17245CDC" w14:textId="77777777" w:rsidR="00BA76A8" w:rsidRDefault="00734CE3">
            <w:r>
              <w:t>GO ∩ SFARI</w:t>
            </w:r>
          </w:p>
        </w:tc>
      </w:tr>
      <w:tr w:rsidR="00BA76A8" w14:paraId="2B4F697F" w14:textId="77777777">
        <w:tc>
          <w:tcPr>
            <w:tcW w:w="4320" w:type="dxa"/>
          </w:tcPr>
          <w:p w14:paraId="6928DA40" w14:textId="77777777" w:rsidR="00BA76A8" w:rsidRDefault="00734CE3">
            <w:r>
              <w:t>PACS2</w:t>
            </w:r>
          </w:p>
        </w:tc>
        <w:tc>
          <w:tcPr>
            <w:tcW w:w="4320" w:type="dxa"/>
          </w:tcPr>
          <w:p w14:paraId="5F49BFC9" w14:textId="77777777" w:rsidR="00BA76A8" w:rsidRDefault="00734CE3">
            <w:r>
              <w:t>GO ∩ SFARI</w:t>
            </w:r>
          </w:p>
        </w:tc>
      </w:tr>
      <w:tr w:rsidR="00BA76A8" w14:paraId="0D12EBCE" w14:textId="77777777">
        <w:tc>
          <w:tcPr>
            <w:tcW w:w="4320" w:type="dxa"/>
          </w:tcPr>
          <w:p w14:paraId="208F010F" w14:textId="77777777" w:rsidR="00BA76A8" w:rsidRDefault="00734CE3">
            <w:r>
              <w:t>PAX5</w:t>
            </w:r>
          </w:p>
        </w:tc>
        <w:tc>
          <w:tcPr>
            <w:tcW w:w="4320" w:type="dxa"/>
          </w:tcPr>
          <w:p w14:paraId="292860B6" w14:textId="77777777" w:rsidR="00BA76A8" w:rsidRDefault="00734CE3">
            <w:r>
              <w:t>GO ∩ SFARI</w:t>
            </w:r>
          </w:p>
        </w:tc>
      </w:tr>
      <w:tr w:rsidR="00BA76A8" w14:paraId="6B425CD7" w14:textId="77777777">
        <w:tc>
          <w:tcPr>
            <w:tcW w:w="4320" w:type="dxa"/>
          </w:tcPr>
          <w:p w14:paraId="29ECEE77" w14:textId="77777777" w:rsidR="00BA76A8" w:rsidRDefault="00734CE3">
            <w:r>
              <w:t>PBX1</w:t>
            </w:r>
          </w:p>
        </w:tc>
        <w:tc>
          <w:tcPr>
            <w:tcW w:w="4320" w:type="dxa"/>
          </w:tcPr>
          <w:p w14:paraId="018520A7" w14:textId="77777777" w:rsidR="00BA76A8" w:rsidRDefault="00734CE3">
            <w:r>
              <w:t>GO ∩ SFARI</w:t>
            </w:r>
          </w:p>
        </w:tc>
      </w:tr>
      <w:tr w:rsidR="00BA76A8" w14:paraId="45DAD9C8" w14:textId="77777777">
        <w:tc>
          <w:tcPr>
            <w:tcW w:w="4320" w:type="dxa"/>
          </w:tcPr>
          <w:p w14:paraId="6BF08A75" w14:textId="77777777" w:rsidR="00BA76A8" w:rsidRDefault="00734CE3">
            <w:r>
              <w:t>PC</w:t>
            </w:r>
          </w:p>
        </w:tc>
        <w:tc>
          <w:tcPr>
            <w:tcW w:w="4320" w:type="dxa"/>
          </w:tcPr>
          <w:p w14:paraId="05FC9488" w14:textId="77777777" w:rsidR="00BA76A8" w:rsidRDefault="00734CE3">
            <w:r>
              <w:t>GO ∩ SFARI</w:t>
            </w:r>
          </w:p>
        </w:tc>
      </w:tr>
      <w:tr w:rsidR="00BA76A8" w14:paraId="2EBDCA86" w14:textId="77777777">
        <w:tc>
          <w:tcPr>
            <w:tcW w:w="4320" w:type="dxa"/>
          </w:tcPr>
          <w:p w14:paraId="77E1A638" w14:textId="77777777" w:rsidR="00BA76A8" w:rsidRDefault="00734CE3">
            <w:r>
              <w:t>PCCA</w:t>
            </w:r>
          </w:p>
        </w:tc>
        <w:tc>
          <w:tcPr>
            <w:tcW w:w="4320" w:type="dxa"/>
          </w:tcPr>
          <w:p w14:paraId="26B2A702" w14:textId="77777777" w:rsidR="00BA76A8" w:rsidRDefault="00734CE3">
            <w:r>
              <w:t>GO ∩ SFARI</w:t>
            </w:r>
          </w:p>
        </w:tc>
      </w:tr>
      <w:tr w:rsidR="00BA76A8" w14:paraId="5C19285F" w14:textId="77777777">
        <w:tc>
          <w:tcPr>
            <w:tcW w:w="4320" w:type="dxa"/>
          </w:tcPr>
          <w:p w14:paraId="420F4581" w14:textId="77777777" w:rsidR="00BA76A8" w:rsidRDefault="00734CE3">
            <w:r>
              <w:t>PCDH19</w:t>
            </w:r>
          </w:p>
        </w:tc>
        <w:tc>
          <w:tcPr>
            <w:tcW w:w="4320" w:type="dxa"/>
          </w:tcPr>
          <w:p w14:paraId="5EEA42FF" w14:textId="77777777" w:rsidR="00BA76A8" w:rsidRDefault="00734CE3">
            <w:r>
              <w:t>GO ∩ SFARI</w:t>
            </w:r>
          </w:p>
        </w:tc>
      </w:tr>
      <w:tr w:rsidR="00BA76A8" w14:paraId="3158C0E3" w14:textId="77777777">
        <w:tc>
          <w:tcPr>
            <w:tcW w:w="4320" w:type="dxa"/>
          </w:tcPr>
          <w:p w14:paraId="4C2EA864" w14:textId="77777777" w:rsidR="00BA76A8" w:rsidRDefault="00734CE3">
            <w:r>
              <w:t>PCDHA1</w:t>
            </w:r>
          </w:p>
        </w:tc>
        <w:tc>
          <w:tcPr>
            <w:tcW w:w="4320" w:type="dxa"/>
          </w:tcPr>
          <w:p w14:paraId="34FEE30A" w14:textId="77777777" w:rsidR="00BA76A8" w:rsidRDefault="00734CE3">
            <w:r>
              <w:t>GO ∩ SFARI</w:t>
            </w:r>
          </w:p>
        </w:tc>
      </w:tr>
      <w:tr w:rsidR="00BA76A8" w14:paraId="0181ABCB" w14:textId="77777777">
        <w:tc>
          <w:tcPr>
            <w:tcW w:w="4320" w:type="dxa"/>
          </w:tcPr>
          <w:p w14:paraId="34EC9E88" w14:textId="77777777" w:rsidR="00BA76A8" w:rsidRDefault="00734CE3">
            <w:r>
              <w:t>PCDHA10</w:t>
            </w:r>
          </w:p>
        </w:tc>
        <w:tc>
          <w:tcPr>
            <w:tcW w:w="4320" w:type="dxa"/>
          </w:tcPr>
          <w:p w14:paraId="748A879E" w14:textId="77777777" w:rsidR="00BA76A8" w:rsidRDefault="00734CE3">
            <w:r>
              <w:t>GO ∩ SFARI</w:t>
            </w:r>
          </w:p>
        </w:tc>
      </w:tr>
      <w:tr w:rsidR="00BA76A8" w14:paraId="60E29F66" w14:textId="77777777">
        <w:tc>
          <w:tcPr>
            <w:tcW w:w="4320" w:type="dxa"/>
          </w:tcPr>
          <w:p w14:paraId="66A833BB" w14:textId="77777777" w:rsidR="00BA76A8" w:rsidRDefault="00734CE3">
            <w:r>
              <w:t>PCDHA11</w:t>
            </w:r>
          </w:p>
        </w:tc>
        <w:tc>
          <w:tcPr>
            <w:tcW w:w="4320" w:type="dxa"/>
          </w:tcPr>
          <w:p w14:paraId="5DD5747C" w14:textId="77777777" w:rsidR="00BA76A8" w:rsidRDefault="00734CE3">
            <w:r>
              <w:t>GO ∩ SFARI</w:t>
            </w:r>
          </w:p>
        </w:tc>
      </w:tr>
      <w:tr w:rsidR="00BA76A8" w14:paraId="193CC3E6" w14:textId="77777777">
        <w:tc>
          <w:tcPr>
            <w:tcW w:w="4320" w:type="dxa"/>
          </w:tcPr>
          <w:p w14:paraId="7109EA89" w14:textId="77777777" w:rsidR="00BA76A8" w:rsidRDefault="00734CE3">
            <w:r>
              <w:t>PCDHA12</w:t>
            </w:r>
          </w:p>
        </w:tc>
        <w:tc>
          <w:tcPr>
            <w:tcW w:w="4320" w:type="dxa"/>
          </w:tcPr>
          <w:p w14:paraId="24778BD9" w14:textId="77777777" w:rsidR="00BA76A8" w:rsidRDefault="00734CE3">
            <w:r>
              <w:t>GO ∩ SFARI</w:t>
            </w:r>
          </w:p>
        </w:tc>
      </w:tr>
      <w:tr w:rsidR="00BA76A8" w14:paraId="37C42A35" w14:textId="77777777">
        <w:tc>
          <w:tcPr>
            <w:tcW w:w="4320" w:type="dxa"/>
          </w:tcPr>
          <w:p w14:paraId="4B340DA5" w14:textId="77777777" w:rsidR="00BA76A8" w:rsidRDefault="00734CE3">
            <w:r>
              <w:t>PCDHA2</w:t>
            </w:r>
          </w:p>
        </w:tc>
        <w:tc>
          <w:tcPr>
            <w:tcW w:w="4320" w:type="dxa"/>
          </w:tcPr>
          <w:p w14:paraId="26FC4A89" w14:textId="77777777" w:rsidR="00BA76A8" w:rsidRDefault="00734CE3">
            <w:r>
              <w:t>GO ∩ SFARI</w:t>
            </w:r>
          </w:p>
        </w:tc>
      </w:tr>
      <w:tr w:rsidR="00BA76A8" w14:paraId="6D5A390E" w14:textId="77777777">
        <w:tc>
          <w:tcPr>
            <w:tcW w:w="4320" w:type="dxa"/>
          </w:tcPr>
          <w:p w14:paraId="7B94152F" w14:textId="77777777" w:rsidR="00BA76A8" w:rsidRDefault="00734CE3">
            <w:r>
              <w:t>PCDHA3</w:t>
            </w:r>
          </w:p>
        </w:tc>
        <w:tc>
          <w:tcPr>
            <w:tcW w:w="4320" w:type="dxa"/>
          </w:tcPr>
          <w:p w14:paraId="7AFD956C" w14:textId="77777777" w:rsidR="00BA76A8" w:rsidRDefault="00734CE3">
            <w:r>
              <w:t>GO ∩ SFARI</w:t>
            </w:r>
          </w:p>
        </w:tc>
      </w:tr>
      <w:tr w:rsidR="00BA76A8" w14:paraId="7D5FD848" w14:textId="77777777">
        <w:tc>
          <w:tcPr>
            <w:tcW w:w="4320" w:type="dxa"/>
          </w:tcPr>
          <w:p w14:paraId="394BD2C9" w14:textId="77777777" w:rsidR="00BA76A8" w:rsidRDefault="00734CE3">
            <w:r>
              <w:t>PCDHA4</w:t>
            </w:r>
          </w:p>
        </w:tc>
        <w:tc>
          <w:tcPr>
            <w:tcW w:w="4320" w:type="dxa"/>
          </w:tcPr>
          <w:p w14:paraId="2CE236DF" w14:textId="77777777" w:rsidR="00BA76A8" w:rsidRDefault="00734CE3">
            <w:r>
              <w:t>GO ∩ SFARI</w:t>
            </w:r>
          </w:p>
        </w:tc>
      </w:tr>
      <w:tr w:rsidR="00BA76A8" w14:paraId="12EFAD24" w14:textId="77777777">
        <w:tc>
          <w:tcPr>
            <w:tcW w:w="4320" w:type="dxa"/>
          </w:tcPr>
          <w:p w14:paraId="60F9491A" w14:textId="77777777" w:rsidR="00BA76A8" w:rsidRDefault="00734CE3">
            <w:r>
              <w:t>PCDHA5</w:t>
            </w:r>
          </w:p>
        </w:tc>
        <w:tc>
          <w:tcPr>
            <w:tcW w:w="4320" w:type="dxa"/>
          </w:tcPr>
          <w:p w14:paraId="56764987" w14:textId="77777777" w:rsidR="00BA76A8" w:rsidRDefault="00734CE3">
            <w:r>
              <w:t>GO ∩ SFARI</w:t>
            </w:r>
          </w:p>
        </w:tc>
      </w:tr>
      <w:tr w:rsidR="00BA76A8" w14:paraId="21F65121" w14:textId="77777777">
        <w:tc>
          <w:tcPr>
            <w:tcW w:w="4320" w:type="dxa"/>
          </w:tcPr>
          <w:p w14:paraId="0FD2038A" w14:textId="77777777" w:rsidR="00BA76A8" w:rsidRDefault="00734CE3">
            <w:r>
              <w:t>PCDHA6</w:t>
            </w:r>
          </w:p>
        </w:tc>
        <w:tc>
          <w:tcPr>
            <w:tcW w:w="4320" w:type="dxa"/>
          </w:tcPr>
          <w:p w14:paraId="06DE8739" w14:textId="77777777" w:rsidR="00BA76A8" w:rsidRDefault="00734CE3">
            <w:r>
              <w:t>GO ∩ SFARI</w:t>
            </w:r>
          </w:p>
        </w:tc>
      </w:tr>
      <w:tr w:rsidR="00BA76A8" w14:paraId="4C7F9703" w14:textId="77777777">
        <w:tc>
          <w:tcPr>
            <w:tcW w:w="4320" w:type="dxa"/>
          </w:tcPr>
          <w:p w14:paraId="0193140B" w14:textId="77777777" w:rsidR="00BA76A8" w:rsidRDefault="00734CE3">
            <w:r>
              <w:t>PCDHA7</w:t>
            </w:r>
          </w:p>
        </w:tc>
        <w:tc>
          <w:tcPr>
            <w:tcW w:w="4320" w:type="dxa"/>
          </w:tcPr>
          <w:p w14:paraId="02748E31" w14:textId="77777777" w:rsidR="00BA76A8" w:rsidRDefault="00734CE3">
            <w:r>
              <w:t>GO ∩ SFARI</w:t>
            </w:r>
          </w:p>
        </w:tc>
      </w:tr>
      <w:tr w:rsidR="00BA76A8" w14:paraId="24206411" w14:textId="77777777">
        <w:tc>
          <w:tcPr>
            <w:tcW w:w="4320" w:type="dxa"/>
          </w:tcPr>
          <w:p w14:paraId="55D12FAE" w14:textId="77777777" w:rsidR="00BA76A8" w:rsidRDefault="00734CE3">
            <w:r>
              <w:t>PCDHA8</w:t>
            </w:r>
          </w:p>
        </w:tc>
        <w:tc>
          <w:tcPr>
            <w:tcW w:w="4320" w:type="dxa"/>
          </w:tcPr>
          <w:p w14:paraId="551F12C8" w14:textId="77777777" w:rsidR="00BA76A8" w:rsidRDefault="00734CE3">
            <w:r>
              <w:t>GO ∩ SFARI</w:t>
            </w:r>
          </w:p>
        </w:tc>
      </w:tr>
      <w:tr w:rsidR="00BA76A8" w14:paraId="50DAE68F" w14:textId="77777777">
        <w:tc>
          <w:tcPr>
            <w:tcW w:w="4320" w:type="dxa"/>
          </w:tcPr>
          <w:p w14:paraId="09AB98C0" w14:textId="77777777" w:rsidR="00BA76A8" w:rsidRDefault="00734CE3">
            <w:r>
              <w:t>PCDHA9</w:t>
            </w:r>
          </w:p>
        </w:tc>
        <w:tc>
          <w:tcPr>
            <w:tcW w:w="4320" w:type="dxa"/>
          </w:tcPr>
          <w:p w14:paraId="170FB68C" w14:textId="77777777" w:rsidR="00BA76A8" w:rsidRDefault="00734CE3">
            <w:r>
              <w:t>GO ∩ SFARI</w:t>
            </w:r>
          </w:p>
        </w:tc>
      </w:tr>
      <w:tr w:rsidR="00BA76A8" w14:paraId="4F4E1053" w14:textId="77777777">
        <w:tc>
          <w:tcPr>
            <w:tcW w:w="4320" w:type="dxa"/>
          </w:tcPr>
          <w:p w14:paraId="78CBE3A6" w14:textId="77777777" w:rsidR="00BA76A8" w:rsidRDefault="00734CE3">
            <w:r>
              <w:t>PDK2</w:t>
            </w:r>
          </w:p>
        </w:tc>
        <w:tc>
          <w:tcPr>
            <w:tcW w:w="4320" w:type="dxa"/>
          </w:tcPr>
          <w:p w14:paraId="40E94021" w14:textId="77777777" w:rsidR="00BA76A8" w:rsidRDefault="00734CE3">
            <w:r>
              <w:t>GO ∩ SFARI</w:t>
            </w:r>
          </w:p>
        </w:tc>
      </w:tr>
      <w:tr w:rsidR="00BA76A8" w14:paraId="518FE2E8" w14:textId="77777777">
        <w:tc>
          <w:tcPr>
            <w:tcW w:w="4320" w:type="dxa"/>
          </w:tcPr>
          <w:p w14:paraId="00D50DEF" w14:textId="77777777" w:rsidR="00BA76A8" w:rsidRDefault="00734CE3">
            <w:r>
              <w:t>PIK3CG</w:t>
            </w:r>
          </w:p>
        </w:tc>
        <w:tc>
          <w:tcPr>
            <w:tcW w:w="4320" w:type="dxa"/>
          </w:tcPr>
          <w:p w14:paraId="08842BC5" w14:textId="77777777" w:rsidR="00BA76A8" w:rsidRDefault="00734CE3">
            <w:r>
              <w:t>GO ∩ SFARI</w:t>
            </w:r>
          </w:p>
        </w:tc>
      </w:tr>
      <w:tr w:rsidR="00BA76A8" w14:paraId="6149675E" w14:textId="77777777">
        <w:tc>
          <w:tcPr>
            <w:tcW w:w="4320" w:type="dxa"/>
          </w:tcPr>
          <w:p w14:paraId="1800C86C" w14:textId="77777777" w:rsidR="00BA76A8" w:rsidRDefault="00734CE3">
            <w:r>
              <w:t>PIK3R2</w:t>
            </w:r>
          </w:p>
        </w:tc>
        <w:tc>
          <w:tcPr>
            <w:tcW w:w="4320" w:type="dxa"/>
          </w:tcPr>
          <w:p w14:paraId="711582D7" w14:textId="77777777" w:rsidR="00BA76A8" w:rsidRDefault="00734CE3">
            <w:r>
              <w:t>GO ∩ SFARI</w:t>
            </w:r>
          </w:p>
        </w:tc>
      </w:tr>
      <w:tr w:rsidR="00BA76A8" w14:paraId="15C7DB6F" w14:textId="77777777">
        <w:tc>
          <w:tcPr>
            <w:tcW w:w="4320" w:type="dxa"/>
          </w:tcPr>
          <w:p w14:paraId="580F6554" w14:textId="77777777" w:rsidR="00BA76A8" w:rsidRDefault="00734CE3">
            <w:r>
              <w:t>PKD1</w:t>
            </w:r>
          </w:p>
        </w:tc>
        <w:tc>
          <w:tcPr>
            <w:tcW w:w="4320" w:type="dxa"/>
          </w:tcPr>
          <w:p w14:paraId="61AF1BBC" w14:textId="77777777" w:rsidR="00BA76A8" w:rsidRDefault="00734CE3">
            <w:r>
              <w:t>GO ∩ SFARI</w:t>
            </w:r>
          </w:p>
        </w:tc>
      </w:tr>
      <w:tr w:rsidR="00BA76A8" w14:paraId="467B0E51" w14:textId="77777777">
        <w:tc>
          <w:tcPr>
            <w:tcW w:w="4320" w:type="dxa"/>
          </w:tcPr>
          <w:p w14:paraId="2F39E686" w14:textId="77777777" w:rsidR="00BA76A8" w:rsidRDefault="00734CE3">
            <w:r>
              <w:t>PLXNA3</w:t>
            </w:r>
          </w:p>
        </w:tc>
        <w:tc>
          <w:tcPr>
            <w:tcW w:w="4320" w:type="dxa"/>
          </w:tcPr>
          <w:p w14:paraId="5B4D7B2B" w14:textId="77777777" w:rsidR="00BA76A8" w:rsidRDefault="00734CE3">
            <w:r>
              <w:t>GO ∩ SFARI</w:t>
            </w:r>
          </w:p>
        </w:tc>
      </w:tr>
      <w:tr w:rsidR="00BA76A8" w14:paraId="2B8155CA" w14:textId="77777777">
        <w:tc>
          <w:tcPr>
            <w:tcW w:w="4320" w:type="dxa"/>
          </w:tcPr>
          <w:p w14:paraId="79E11044" w14:textId="77777777" w:rsidR="00BA76A8" w:rsidRDefault="00734CE3">
            <w:r>
              <w:t>PNPLA7</w:t>
            </w:r>
          </w:p>
        </w:tc>
        <w:tc>
          <w:tcPr>
            <w:tcW w:w="4320" w:type="dxa"/>
          </w:tcPr>
          <w:p w14:paraId="4A39EE8C" w14:textId="77777777" w:rsidR="00BA76A8" w:rsidRDefault="00734CE3">
            <w:r>
              <w:t>GO ∩ SFARI</w:t>
            </w:r>
          </w:p>
        </w:tc>
      </w:tr>
      <w:tr w:rsidR="00BA76A8" w14:paraId="0FB6E71C" w14:textId="77777777">
        <w:tc>
          <w:tcPr>
            <w:tcW w:w="4320" w:type="dxa"/>
          </w:tcPr>
          <w:p w14:paraId="1BC4F390" w14:textId="77777777" w:rsidR="00BA76A8" w:rsidRDefault="00734CE3">
            <w:r>
              <w:lastRenderedPageBreak/>
              <w:t>PPFIA1</w:t>
            </w:r>
          </w:p>
        </w:tc>
        <w:tc>
          <w:tcPr>
            <w:tcW w:w="4320" w:type="dxa"/>
          </w:tcPr>
          <w:p w14:paraId="6DC0923C" w14:textId="77777777" w:rsidR="00BA76A8" w:rsidRDefault="00734CE3">
            <w:r>
              <w:t>GO ∩ SFARI</w:t>
            </w:r>
          </w:p>
        </w:tc>
      </w:tr>
      <w:tr w:rsidR="00BA76A8" w14:paraId="1322DABD" w14:textId="77777777">
        <w:tc>
          <w:tcPr>
            <w:tcW w:w="4320" w:type="dxa"/>
          </w:tcPr>
          <w:p w14:paraId="76CCD271" w14:textId="77777777" w:rsidR="00BA76A8" w:rsidRDefault="00734CE3">
            <w:r>
              <w:t>PPFIA3</w:t>
            </w:r>
          </w:p>
        </w:tc>
        <w:tc>
          <w:tcPr>
            <w:tcW w:w="4320" w:type="dxa"/>
          </w:tcPr>
          <w:p w14:paraId="2AB23EE0" w14:textId="77777777" w:rsidR="00BA76A8" w:rsidRDefault="00734CE3">
            <w:r>
              <w:t>GO ∩ SFARI</w:t>
            </w:r>
          </w:p>
        </w:tc>
      </w:tr>
      <w:tr w:rsidR="00BA76A8" w14:paraId="0935ECD9" w14:textId="77777777">
        <w:tc>
          <w:tcPr>
            <w:tcW w:w="4320" w:type="dxa"/>
          </w:tcPr>
          <w:p w14:paraId="3B2E4373" w14:textId="77777777" w:rsidR="00BA76A8" w:rsidRDefault="00734CE3">
            <w:r>
              <w:t>PPP2R5C</w:t>
            </w:r>
          </w:p>
        </w:tc>
        <w:tc>
          <w:tcPr>
            <w:tcW w:w="4320" w:type="dxa"/>
          </w:tcPr>
          <w:p w14:paraId="78DE74DB" w14:textId="77777777" w:rsidR="00BA76A8" w:rsidRDefault="00734CE3">
            <w:r>
              <w:t>GO ∩ SFARI</w:t>
            </w:r>
          </w:p>
        </w:tc>
      </w:tr>
      <w:tr w:rsidR="00BA76A8" w14:paraId="577B186E" w14:textId="77777777">
        <w:tc>
          <w:tcPr>
            <w:tcW w:w="4320" w:type="dxa"/>
          </w:tcPr>
          <w:p w14:paraId="74CBFAE6" w14:textId="77777777" w:rsidR="00BA76A8" w:rsidRDefault="00734CE3">
            <w:r>
              <w:t>PREX1</w:t>
            </w:r>
          </w:p>
        </w:tc>
        <w:tc>
          <w:tcPr>
            <w:tcW w:w="4320" w:type="dxa"/>
          </w:tcPr>
          <w:p w14:paraId="506540FD" w14:textId="77777777" w:rsidR="00BA76A8" w:rsidRDefault="00734CE3">
            <w:r>
              <w:t>GO ∩ SFARI</w:t>
            </w:r>
          </w:p>
        </w:tc>
      </w:tr>
      <w:tr w:rsidR="00BA76A8" w14:paraId="4C08C650" w14:textId="77777777">
        <w:tc>
          <w:tcPr>
            <w:tcW w:w="4320" w:type="dxa"/>
          </w:tcPr>
          <w:p w14:paraId="28650ABB" w14:textId="77777777" w:rsidR="00BA76A8" w:rsidRDefault="00734CE3">
            <w:r>
              <w:t>PRKAR1B</w:t>
            </w:r>
          </w:p>
        </w:tc>
        <w:tc>
          <w:tcPr>
            <w:tcW w:w="4320" w:type="dxa"/>
          </w:tcPr>
          <w:p w14:paraId="47596872" w14:textId="77777777" w:rsidR="00BA76A8" w:rsidRDefault="00734CE3">
            <w:r>
              <w:t>GO ∩ SFARI</w:t>
            </w:r>
          </w:p>
        </w:tc>
      </w:tr>
      <w:tr w:rsidR="00BA76A8" w14:paraId="4F0190A0" w14:textId="77777777">
        <w:tc>
          <w:tcPr>
            <w:tcW w:w="4320" w:type="dxa"/>
          </w:tcPr>
          <w:p w14:paraId="07ACD04B" w14:textId="77777777" w:rsidR="00BA76A8" w:rsidRDefault="00734CE3">
            <w:r>
              <w:t>PRKD2</w:t>
            </w:r>
          </w:p>
        </w:tc>
        <w:tc>
          <w:tcPr>
            <w:tcW w:w="4320" w:type="dxa"/>
          </w:tcPr>
          <w:p w14:paraId="0BBF8FF0" w14:textId="77777777" w:rsidR="00BA76A8" w:rsidRDefault="00734CE3">
            <w:r>
              <w:t>GO ∩ SFARI</w:t>
            </w:r>
          </w:p>
        </w:tc>
      </w:tr>
      <w:tr w:rsidR="00BA76A8" w14:paraId="51A19CA3" w14:textId="77777777">
        <w:tc>
          <w:tcPr>
            <w:tcW w:w="4320" w:type="dxa"/>
          </w:tcPr>
          <w:p w14:paraId="0A162AF0" w14:textId="77777777" w:rsidR="00BA76A8" w:rsidRDefault="00734CE3">
            <w:r>
              <w:t>PRR12</w:t>
            </w:r>
          </w:p>
        </w:tc>
        <w:tc>
          <w:tcPr>
            <w:tcW w:w="4320" w:type="dxa"/>
          </w:tcPr>
          <w:p w14:paraId="0F79E061" w14:textId="77777777" w:rsidR="00BA76A8" w:rsidRDefault="00734CE3">
            <w:r>
              <w:t>GO ∩ SFARI</w:t>
            </w:r>
          </w:p>
        </w:tc>
      </w:tr>
      <w:tr w:rsidR="00BA76A8" w14:paraId="6C4CF2F8" w14:textId="77777777">
        <w:tc>
          <w:tcPr>
            <w:tcW w:w="4320" w:type="dxa"/>
          </w:tcPr>
          <w:p w14:paraId="40030A48" w14:textId="77777777" w:rsidR="00BA76A8" w:rsidRDefault="00734CE3">
            <w:r>
              <w:t>PTPRD</w:t>
            </w:r>
          </w:p>
        </w:tc>
        <w:tc>
          <w:tcPr>
            <w:tcW w:w="4320" w:type="dxa"/>
          </w:tcPr>
          <w:p w14:paraId="4FAE49AB" w14:textId="77777777" w:rsidR="00BA76A8" w:rsidRDefault="00734CE3">
            <w:r>
              <w:t>GO ∩ SFARI</w:t>
            </w:r>
          </w:p>
        </w:tc>
      </w:tr>
      <w:tr w:rsidR="00BA76A8" w14:paraId="37F405B4" w14:textId="77777777">
        <w:tc>
          <w:tcPr>
            <w:tcW w:w="4320" w:type="dxa"/>
          </w:tcPr>
          <w:p w14:paraId="5F1209BB" w14:textId="77777777" w:rsidR="00BA76A8" w:rsidRDefault="00734CE3">
            <w:r>
              <w:t>PTPRS</w:t>
            </w:r>
          </w:p>
        </w:tc>
        <w:tc>
          <w:tcPr>
            <w:tcW w:w="4320" w:type="dxa"/>
          </w:tcPr>
          <w:p w14:paraId="520C2BAA" w14:textId="77777777" w:rsidR="00BA76A8" w:rsidRDefault="00734CE3">
            <w:r>
              <w:t>GO ∩ SFARI</w:t>
            </w:r>
          </w:p>
        </w:tc>
      </w:tr>
      <w:tr w:rsidR="00BA76A8" w14:paraId="6C97644B" w14:textId="77777777">
        <w:tc>
          <w:tcPr>
            <w:tcW w:w="4320" w:type="dxa"/>
          </w:tcPr>
          <w:p w14:paraId="278BA847" w14:textId="77777777" w:rsidR="00BA76A8" w:rsidRDefault="00734CE3">
            <w:r>
              <w:t>PXDN</w:t>
            </w:r>
          </w:p>
        </w:tc>
        <w:tc>
          <w:tcPr>
            <w:tcW w:w="4320" w:type="dxa"/>
          </w:tcPr>
          <w:p w14:paraId="33C3761F" w14:textId="77777777" w:rsidR="00BA76A8" w:rsidRDefault="00734CE3">
            <w:r>
              <w:t>GO ∩ SFARI</w:t>
            </w:r>
          </w:p>
        </w:tc>
      </w:tr>
      <w:tr w:rsidR="00BA76A8" w14:paraId="66F03050" w14:textId="77777777">
        <w:tc>
          <w:tcPr>
            <w:tcW w:w="4320" w:type="dxa"/>
          </w:tcPr>
          <w:p w14:paraId="06EF73B5" w14:textId="77777777" w:rsidR="00BA76A8" w:rsidRDefault="00734CE3">
            <w:r>
              <w:t>RAB11FIP4</w:t>
            </w:r>
          </w:p>
        </w:tc>
        <w:tc>
          <w:tcPr>
            <w:tcW w:w="4320" w:type="dxa"/>
          </w:tcPr>
          <w:p w14:paraId="2B368DF1" w14:textId="77777777" w:rsidR="00BA76A8" w:rsidRDefault="00734CE3">
            <w:r>
              <w:t>GO ∩ SFARI</w:t>
            </w:r>
          </w:p>
        </w:tc>
      </w:tr>
      <w:tr w:rsidR="00BA76A8" w14:paraId="0DCBFD5B" w14:textId="77777777">
        <w:tc>
          <w:tcPr>
            <w:tcW w:w="4320" w:type="dxa"/>
          </w:tcPr>
          <w:p w14:paraId="277A5E22" w14:textId="77777777" w:rsidR="00BA76A8" w:rsidRDefault="00734CE3">
            <w:r>
              <w:t>RAB43</w:t>
            </w:r>
          </w:p>
        </w:tc>
        <w:tc>
          <w:tcPr>
            <w:tcW w:w="4320" w:type="dxa"/>
          </w:tcPr>
          <w:p w14:paraId="1C79F580" w14:textId="77777777" w:rsidR="00BA76A8" w:rsidRDefault="00734CE3">
            <w:r>
              <w:t>GO ∩ SFARI</w:t>
            </w:r>
          </w:p>
        </w:tc>
      </w:tr>
      <w:tr w:rsidR="00BA76A8" w14:paraId="397841DC" w14:textId="77777777">
        <w:tc>
          <w:tcPr>
            <w:tcW w:w="4320" w:type="dxa"/>
          </w:tcPr>
          <w:p w14:paraId="65C334F8" w14:textId="77777777" w:rsidR="00BA76A8" w:rsidRDefault="00734CE3">
            <w:r>
              <w:t>RAI1</w:t>
            </w:r>
          </w:p>
        </w:tc>
        <w:tc>
          <w:tcPr>
            <w:tcW w:w="4320" w:type="dxa"/>
          </w:tcPr>
          <w:p w14:paraId="0CD3EEAE" w14:textId="77777777" w:rsidR="00BA76A8" w:rsidRDefault="00734CE3">
            <w:r>
              <w:t>GO ∩ SFARI</w:t>
            </w:r>
          </w:p>
        </w:tc>
      </w:tr>
      <w:tr w:rsidR="00BA76A8" w14:paraId="0D918908" w14:textId="77777777">
        <w:tc>
          <w:tcPr>
            <w:tcW w:w="4320" w:type="dxa"/>
          </w:tcPr>
          <w:p w14:paraId="558354AF" w14:textId="77777777" w:rsidR="00BA76A8" w:rsidRDefault="00734CE3">
            <w:r>
              <w:t>RALA</w:t>
            </w:r>
          </w:p>
        </w:tc>
        <w:tc>
          <w:tcPr>
            <w:tcW w:w="4320" w:type="dxa"/>
          </w:tcPr>
          <w:p w14:paraId="2A54AD85" w14:textId="77777777" w:rsidR="00BA76A8" w:rsidRDefault="00734CE3">
            <w:r>
              <w:t>GO ∩ SFARI</w:t>
            </w:r>
          </w:p>
        </w:tc>
      </w:tr>
      <w:tr w:rsidR="00BA76A8" w14:paraId="6DE7C017" w14:textId="77777777">
        <w:tc>
          <w:tcPr>
            <w:tcW w:w="4320" w:type="dxa"/>
          </w:tcPr>
          <w:p w14:paraId="2342B6D9" w14:textId="77777777" w:rsidR="00BA76A8" w:rsidRDefault="00734CE3">
            <w:r>
              <w:t>RBFOX1</w:t>
            </w:r>
          </w:p>
        </w:tc>
        <w:tc>
          <w:tcPr>
            <w:tcW w:w="4320" w:type="dxa"/>
          </w:tcPr>
          <w:p w14:paraId="516D6C7C" w14:textId="77777777" w:rsidR="00BA76A8" w:rsidRDefault="00734CE3">
            <w:r>
              <w:t>GO ∩ SFARI</w:t>
            </w:r>
          </w:p>
        </w:tc>
      </w:tr>
      <w:tr w:rsidR="00BA76A8" w14:paraId="1BAD735D" w14:textId="77777777">
        <w:tc>
          <w:tcPr>
            <w:tcW w:w="4320" w:type="dxa"/>
          </w:tcPr>
          <w:p w14:paraId="6EC11389" w14:textId="77777777" w:rsidR="00BA76A8" w:rsidRDefault="00734CE3">
            <w:r>
              <w:t>RGS7</w:t>
            </w:r>
          </w:p>
        </w:tc>
        <w:tc>
          <w:tcPr>
            <w:tcW w:w="4320" w:type="dxa"/>
          </w:tcPr>
          <w:p w14:paraId="00175F3E" w14:textId="77777777" w:rsidR="00BA76A8" w:rsidRDefault="00734CE3">
            <w:r>
              <w:t>GO ∩ SFARI</w:t>
            </w:r>
          </w:p>
        </w:tc>
      </w:tr>
      <w:tr w:rsidR="00BA76A8" w14:paraId="6A22E428" w14:textId="77777777">
        <w:tc>
          <w:tcPr>
            <w:tcW w:w="4320" w:type="dxa"/>
          </w:tcPr>
          <w:p w14:paraId="682F8635" w14:textId="77777777" w:rsidR="00BA76A8" w:rsidRDefault="00734CE3">
            <w:r>
              <w:t>RHOXF1</w:t>
            </w:r>
          </w:p>
        </w:tc>
        <w:tc>
          <w:tcPr>
            <w:tcW w:w="4320" w:type="dxa"/>
          </w:tcPr>
          <w:p w14:paraId="023C9B6A" w14:textId="77777777" w:rsidR="00BA76A8" w:rsidRDefault="00734CE3">
            <w:r>
              <w:t>GO ∩ SFARI</w:t>
            </w:r>
          </w:p>
        </w:tc>
      </w:tr>
      <w:tr w:rsidR="00BA76A8" w14:paraId="169F9A97" w14:textId="77777777">
        <w:tc>
          <w:tcPr>
            <w:tcW w:w="4320" w:type="dxa"/>
          </w:tcPr>
          <w:p w14:paraId="5797CAA4" w14:textId="77777777" w:rsidR="00BA76A8" w:rsidRDefault="00734CE3">
            <w:r>
              <w:t>ROBO2</w:t>
            </w:r>
          </w:p>
        </w:tc>
        <w:tc>
          <w:tcPr>
            <w:tcW w:w="4320" w:type="dxa"/>
          </w:tcPr>
          <w:p w14:paraId="7545ECF0" w14:textId="77777777" w:rsidR="00BA76A8" w:rsidRDefault="00734CE3">
            <w:r>
              <w:t>GO ∩ SFARI</w:t>
            </w:r>
          </w:p>
        </w:tc>
      </w:tr>
      <w:tr w:rsidR="00BA76A8" w14:paraId="53322970" w14:textId="77777777">
        <w:tc>
          <w:tcPr>
            <w:tcW w:w="4320" w:type="dxa"/>
          </w:tcPr>
          <w:p w14:paraId="03FA5FD0" w14:textId="77777777" w:rsidR="00BA76A8" w:rsidRDefault="00734CE3">
            <w:r>
              <w:t>RPS6KA2</w:t>
            </w:r>
          </w:p>
        </w:tc>
        <w:tc>
          <w:tcPr>
            <w:tcW w:w="4320" w:type="dxa"/>
          </w:tcPr>
          <w:p w14:paraId="373A5095" w14:textId="77777777" w:rsidR="00BA76A8" w:rsidRDefault="00734CE3">
            <w:r>
              <w:t>GO ∩ SFARI</w:t>
            </w:r>
          </w:p>
        </w:tc>
      </w:tr>
      <w:tr w:rsidR="00BA76A8" w14:paraId="624C59E2" w14:textId="77777777">
        <w:tc>
          <w:tcPr>
            <w:tcW w:w="4320" w:type="dxa"/>
          </w:tcPr>
          <w:p w14:paraId="466C8833" w14:textId="77777777" w:rsidR="00BA76A8" w:rsidRDefault="00734CE3">
            <w:r>
              <w:t>SATB2</w:t>
            </w:r>
          </w:p>
        </w:tc>
        <w:tc>
          <w:tcPr>
            <w:tcW w:w="4320" w:type="dxa"/>
          </w:tcPr>
          <w:p w14:paraId="4CB1F68D" w14:textId="77777777" w:rsidR="00BA76A8" w:rsidRDefault="00734CE3">
            <w:r>
              <w:t>GO ∩ SFARI</w:t>
            </w:r>
          </w:p>
        </w:tc>
      </w:tr>
      <w:tr w:rsidR="00BA76A8" w14:paraId="33B6EB25" w14:textId="77777777">
        <w:tc>
          <w:tcPr>
            <w:tcW w:w="4320" w:type="dxa"/>
          </w:tcPr>
          <w:p w14:paraId="26212B10" w14:textId="77777777" w:rsidR="00BA76A8" w:rsidRDefault="00734CE3">
            <w:r>
              <w:t>SBF1</w:t>
            </w:r>
          </w:p>
        </w:tc>
        <w:tc>
          <w:tcPr>
            <w:tcW w:w="4320" w:type="dxa"/>
          </w:tcPr>
          <w:p w14:paraId="617DD73B" w14:textId="77777777" w:rsidR="00BA76A8" w:rsidRDefault="00734CE3">
            <w:r>
              <w:t>GO ∩ SFARI</w:t>
            </w:r>
          </w:p>
        </w:tc>
      </w:tr>
      <w:tr w:rsidR="00BA76A8" w14:paraId="1CD8FC82" w14:textId="77777777">
        <w:tc>
          <w:tcPr>
            <w:tcW w:w="4320" w:type="dxa"/>
          </w:tcPr>
          <w:p w14:paraId="0B67B5D3" w14:textId="77777777" w:rsidR="00BA76A8" w:rsidRDefault="00734CE3">
            <w:r>
              <w:t>SCAF1</w:t>
            </w:r>
          </w:p>
        </w:tc>
        <w:tc>
          <w:tcPr>
            <w:tcW w:w="4320" w:type="dxa"/>
          </w:tcPr>
          <w:p w14:paraId="24B708CA" w14:textId="77777777" w:rsidR="00BA76A8" w:rsidRDefault="00734CE3">
            <w:r>
              <w:t>GO ∩ SFARI</w:t>
            </w:r>
          </w:p>
        </w:tc>
      </w:tr>
      <w:tr w:rsidR="00BA76A8" w14:paraId="3C691AB8" w14:textId="77777777">
        <w:tc>
          <w:tcPr>
            <w:tcW w:w="4320" w:type="dxa"/>
          </w:tcPr>
          <w:p w14:paraId="4B5BD9DF" w14:textId="77777777" w:rsidR="00BA76A8" w:rsidRDefault="00734CE3">
            <w:r>
              <w:t>SCN4A</w:t>
            </w:r>
          </w:p>
        </w:tc>
        <w:tc>
          <w:tcPr>
            <w:tcW w:w="4320" w:type="dxa"/>
          </w:tcPr>
          <w:p w14:paraId="1DC22744" w14:textId="77777777" w:rsidR="00BA76A8" w:rsidRDefault="00734CE3">
            <w:r>
              <w:t>GO ∩ SFARI</w:t>
            </w:r>
          </w:p>
        </w:tc>
      </w:tr>
      <w:tr w:rsidR="00BA76A8" w14:paraId="3EE8B6BA" w14:textId="77777777">
        <w:tc>
          <w:tcPr>
            <w:tcW w:w="4320" w:type="dxa"/>
          </w:tcPr>
          <w:p w14:paraId="2732D578" w14:textId="77777777" w:rsidR="00BA76A8" w:rsidRDefault="00734CE3">
            <w:r>
              <w:t>SETBP1</w:t>
            </w:r>
          </w:p>
        </w:tc>
        <w:tc>
          <w:tcPr>
            <w:tcW w:w="4320" w:type="dxa"/>
          </w:tcPr>
          <w:p w14:paraId="64342127" w14:textId="77777777" w:rsidR="00BA76A8" w:rsidRDefault="00734CE3">
            <w:r>
              <w:t>GO ∩ SFARI</w:t>
            </w:r>
          </w:p>
        </w:tc>
      </w:tr>
      <w:tr w:rsidR="00BA76A8" w14:paraId="03CC7B88" w14:textId="77777777">
        <w:tc>
          <w:tcPr>
            <w:tcW w:w="4320" w:type="dxa"/>
          </w:tcPr>
          <w:p w14:paraId="00B6C415" w14:textId="77777777" w:rsidR="00BA76A8" w:rsidRDefault="00734CE3">
            <w:r>
              <w:t>SETD1A</w:t>
            </w:r>
          </w:p>
        </w:tc>
        <w:tc>
          <w:tcPr>
            <w:tcW w:w="4320" w:type="dxa"/>
          </w:tcPr>
          <w:p w14:paraId="7E8D0A2E" w14:textId="77777777" w:rsidR="00BA76A8" w:rsidRDefault="00734CE3">
            <w:r>
              <w:t>GO ∩ SFARI</w:t>
            </w:r>
          </w:p>
        </w:tc>
      </w:tr>
      <w:tr w:rsidR="00BA76A8" w14:paraId="2CC32C67" w14:textId="77777777">
        <w:tc>
          <w:tcPr>
            <w:tcW w:w="4320" w:type="dxa"/>
          </w:tcPr>
          <w:p w14:paraId="56ABAFF3" w14:textId="77777777" w:rsidR="00BA76A8" w:rsidRDefault="00734CE3">
            <w:r>
              <w:t>SETD1B</w:t>
            </w:r>
          </w:p>
        </w:tc>
        <w:tc>
          <w:tcPr>
            <w:tcW w:w="4320" w:type="dxa"/>
          </w:tcPr>
          <w:p w14:paraId="1389E92D" w14:textId="77777777" w:rsidR="00BA76A8" w:rsidRDefault="00734CE3">
            <w:r>
              <w:t>GO ∩ SFARI</w:t>
            </w:r>
          </w:p>
        </w:tc>
      </w:tr>
      <w:tr w:rsidR="00BA76A8" w14:paraId="0994C01F" w14:textId="77777777">
        <w:tc>
          <w:tcPr>
            <w:tcW w:w="4320" w:type="dxa"/>
          </w:tcPr>
          <w:p w14:paraId="568B4914" w14:textId="77777777" w:rsidR="00BA76A8" w:rsidRDefault="00734CE3">
            <w:r>
              <w:t>SF1</w:t>
            </w:r>
          </w:p>
        </w:tc>
        <w:tc>
          <w:tcPr>
            <w:tcW w:w="4320" w:type="dxa"/>
          </w:tcPr>
          <w:p w14:paraId="387F600E" w14:textId="77777777" w:rsidR="00BA76A8" w:rsidRDefault="00734CE3">
            <w:r>
              <w:t>GO ∩ SFARI</w:t>
            </w:r>
          </w:p>
        </w:tc>
      </w:tr>
      <w:tr w:rsidR="00BA76A8" w14:paraId="0462DF57" w14:textId="77777777">
        <w:tc>
          <w:tcPr>
            <w:tcW w:w="4320" w:type="dxa"/>
          </w:tcPr>
          <w:p w14:paraId="2A9B203B" w14:textId="77777777" w:rsidR="00BA76A8" w:rsidRDefault="00734CE3">
            <w:r>
              <w:t>SGSH</w:t>
            </w:r>
          </w:p>
        </w:tc>
        <w:tc>
          <w:tcPr>
            <w:tcW w:w="4320" w:type="dxa"/>
          </w:tcPr>
          <w:p w14:paraId="1C304F67" w14:textId="77777777" w:rsidR="00BA76A8" w:rsidRDefault="00734CE3">
            <w:r>
              <w:t>GO ∩ SFARI</w:t>
            </w:r>
          </w:p>
        </w:tc>
      </w:tr>
      <w:tr w:rsidR="00BA76A8" w14:paraId="4A84CA9F" w14:textId="77777777">
        <w:tc>
          <w:tcPr>
            <w:tcW w:w="4320" w:type="dxa"/>
          </w:tcPr>
          <w:p w14:paraId="601EB391" w14:textId="77777777" w:rsidR="00BA76A8" w:rsidRDefault="00734CE3">
            <w:r>
              <w:t>SHANK1</w:t>
            </w:r>
          </w:p>
        </w:tc>
        <w:tc>
          <w:tcPr>
            <w:tcW w:w="4320" w:type="dxa"/>
          </w:tcPr>
          <w:p w14:paraId="14DBACE7" w14:textId="77777777" w:rsidR="00BA76A8" w:rsidRDefault="00734CE3">
            <w:r>
              <w:t>GO ∩ SFARI</w:t>
            </w:r>
          </w:p>
        </w:tc>
      </w:tr>
      <w:tr w:rsidR="00BA76A8" w14:paraId="17738F13" w14:textId="77777777">
        <w:tc>
          <w:tcPr>
            <w:tcW w:w="4320" w:type="dxa"/>
          </w:tcPr>
          <w:p w14:paraId="635E1225" w14:textId="77777777" w:rsidR="00BA76A8" w:rsidRDefault="00734CE3">
            <w:r>
              <w:t>SHANK2</w:t>
            </w:r>
          </w:p>
        </w:tc>
        <w:tc>
          <w:tcPr>
            <w:tcW w:w="4320" w:type="dxa"/>
          </w:tcPr>
          <w:p w14:paraId="2AEB1439" w14:textId="77777777" w:rsidR="00BA76A8" w:rsidRDefault="00734CE3">
            <w:r>
              <w:t>GO ∩ SFARI</w:t>
            </w:r>
          </w:p>
        </w:tc>
      </w:tr>
      <w:tr w:rsidR="00BA76A8" w14:paraId="41266165" w14:textId="77777777">
        <w:tc>
          <w:tcPr>
            <w:tcW w:w="4320" w:type="dxa"/>
          </w:tcPr>
          <w:p w14:paraId="47448080" w14:textId="77777777" w:rsidR="00BA76A8" w:rsidRDefault="00734CE3">
            <w:r>
              <w:t>SHANK3</w:t>
            </w:r>
          </w:p>
        </w:tc>
        <w:tc>
          <w:tcPr>
            <w:tcW w:w="4320" w:type="dxa"/>
          </w:tcPr>
          <w:p w14:paraId="2A029BF9" w14:textId="77777777" w:rsidR="00BA76A8" w:rsidRDefault="00734CE3">
            <w:r>
              <w:t>GO ∩ SFARI</w:t>
            </w:r>
          </w:p>
        </w:tc>
      </w:tr>
      <w:tr w:rsidR="00BA76A8" w14:paraId="183D098E" w14:textId="77777777">
        <w:tc>
          <w:tcPr>
            <w:tcW w:w="4320" w:type="dxa"/>
          </w:tcPr>
          <w:p w14:paraId="78733388" w14:textId="77777777" w:rsidR="00BA76A8" w:rsidRDefault="00734CE3">
            <w:r>
              <w:t>SIK1</w:t>
            </w:r>
          </w:p>
        </w:tc>
        <w:tc>
          <w:tcPr>
            <w:tcW w:w="4320" w:type="dxa"/>
          </w:tcPr>
          <w:p w14:paraId="768CF26C" w14:textId="77777777" w:rsidR="00BA76A8" w:rsidRDefault="00734CE3">
            <w:r>
              <w:t>GO ∩ SFARI</w:t>
            </w:r>
          </w:p>
        </w:tc>
      </w:tr>
      <w:tr w:rsidR="00BA76A8" w14:paraId="75A239D7" w14:textId="77777777">
        <w:tc>
          <w:tcPr>
            <w:tcW w:w="4320" w:type="dxa"/>
          </w:tcPr>
          <w:p w14:paraId="78A44AD9" w14:textId="77777777" w:rsidR="00BA76A8" w:rsidRDefault="00734CE3">
            <w:r>
              <w:t>SIN3B</w:t>
            </w:r>
          </w:p>
        </w:tc>
        <w:tc>
          <w:tcPr>
            <w:tcW w:w="4320" w:type="dxa"/>
          </w:tcPr>
          <w:p w14:paraId="51D864DC" w14:textId="77777777" w:rsidR="00BA76A8" w:rsidRDefault="00734CE3">
            <w:r>
              <w:t>GO ∩ SFARI</w:t>
            </w:r>
          </w:p>
        </w:tc>
      </w:tr>
      <w:tr w:rsidR="00BA76A8" w14:paraId="077B0692" w14:textId="77777777">
        <w:tc>
          <w:tcPr>
            <w:tcW w:w="4320" w:type="dxa"/>
          </w:tcPr>
          <w:p w14:paraId="6B91D8DA" w14:textId="77777777" w:rsidR="00BA76A8" w:rsidRDefault="00734CE3">
            <w:r>
              <w:t>SKI</w:t>
            </w:r>
          </w:p>
        </w:tc>
        <w:tc>
          <w:tcPr>
            <w:tcW w:w="4320" w:type="dxa"/>
          </w:tcPr>
          <w:p w14:paraId="553904D3" w14:textId="77777777" w:rsidR="00BA76A8" w:rsidRDefault="00734CE3">
            <w:r>
              <w:t>GO ∩ SFARI</w:t>
            </w:r>
          </w:p>
        </w:tc>
      </w:tr>
      <w:tr w:rsidR="00BA76A8" w14:paraId="53ED509F" w14:textId="77777777">
        <w:tc>
          <w:tcPr>
            <w:tcW w:w="4320" w:type="dxa"/>
          </w:tcPr>
          <w:p w14:paraId="15B7C271" w14:textId="77777777" w:rsidR="00BA76A8" w:rsidRDefault="00734CE3">
            <w:r>
              <w:t>SLC12A5</w:t>
            </w:r>
          </w:p>
        </w:tc>
        <w:tc>
          <w:tcPr>
            <w:tcW w:w="4320" w:type="dxa"/>
          </w:tcPr>
          <w:p w14:paraId="45AB33C1" w14:textId="77777777" w:rsidR="00BA76A8" w:rsidRDefault="00734CE3">
            <w:r>
              <w:t>GO ∩ SFARI</w:t>
            </w:r>
          </w:p>
        </w:tc>
      </w:tr>
      <w:tr w:rsidR="00BA76A8" w14:paraId="5CA5B64D" w14:textId="77777777">
        <w:tc>
          <w:tcPr>
            <w:tcW w:w="4320" w:type="dxa"/>
          </w:tcPr>
          <w:p w14:paraId="523AD7FA" w14:textId="77777777" w:rsidR="00BA76A8" w:rsidRDefault="00734CE3">
            <w:r>
              <w:t>SLC23A1</w:t>
            </w:r>
          </w:p>
        </w:tc>
        <w:tc>
          <w:tcPr>
            <w:tcW w:w="4320" w:type="dxa"/>
          </w:tcPr>
          <w:p w14:paraId="367C6118" w14:textId="77777777" w:rsidR="00BA76A8" w:rsidRDefault="00734CE3">
            <w:r>
              <w:t>GO ∩ SFARI</w:t>
            </w:r>
          </w:p>
        </w:tc>
      </w:tr>
      <w:tr w:rsidR="00BA76A8" w14:paraId="264293A5" w14:textId="77777777">
        <w:tc>
          <w:tcPr>
            <w:tcW w:w="4320" w:type="dxa"/>
          </w:tcPr>
          <w:p w14:paraId="5C4F86FB" w14:textId="77777777" w:rsidR="00BA76A8" w:rsidRDefault="00734CE3">
            <w:r>
              <w:t>SLC38A10</w:t>
            </w:r>
          </w:p>
        </w:tc>
        <w:tc>
          <w:tcPr>
            <w:tcW w:w="4320" w:type="dxa"/>
          </w:tcPr>
          <w:p w14:paraId="71FA314F" w14:textId="77777777" w:rsidR="00BA76A8" w:rsidRDefault="00734CE3">
            <w:r>
              <w:t>GO ∩ SFARI</w:t>
            </w:r>
          </w:p>
        </w:tc>
      </w:tr>
      <w:tr w:rsidR="00BA76A8" w14:paraId="21C8BEE5" w14:textId="77777777">
        <w:tc>
          <w:tcPr>
            <w:tcW w:w="4320" w:type="dxa"/>
          </w:tcPr>
          <w:p w14:paraId="6326E2CD" w14:textId="77777777" w:rsidR="00BA76A8" w:rsidRDefault="00734CE3">
            <w:r>
              <w:t>SLC45A1</w:t>
            </w:r>
          </w:p>
        </w:tc>
        <w:tc>
          <w:tcPr>
            <w:tcW w:w="4320" w:type="dxa"/>
          </w:tcPr>
          <w:p w14:paraId="65D7C5B6" w14:textId="77777777" w:rsidR="00BA76A8" w:rsidRDefault="00734CE3">
            <w:r>
              <w:t>GO ∩ SFARI</w:t>
            </w:r>
          </w:p>
        </w:tc>
      </w:tr>
      <w:tr w:rsidR="00BA76A8" w14:paraId="04B95E1B" w14:textId="77777777">
        <w:tc>
          <w:tcPr>
            <w:tcW w:w="4320" w:type="dxa"/>
          </w:tcPr>
          <w:p w14:paraId="2D50209F" w14:textId="77777777" w:rsidR="00BA76A8" w:rsidRDefault="00734CE3">
            <w:r>
              <w:t>SLC6A1</w:t>
            </w:r>
          </w:p>
        </w:tc>
        <w:tc>
          <w:tcPr>
            <w:tcW w:w="4320" w:type="dxa"/>
          </w:tcPr>
          <w:p w14:paraId="76004DE6" w14:textId="77777777" w:rsidR="00BA76A8" w:rsidRDefault="00734CE3">
            <w:r>
              <w:t>GO ∩ SFARI</w:t>
            </w:r>
          </w:p>
        </w:tc>
      </w:tr>
      <w:tr w:rsidR="00BA76A8" w14:paraId="7D1CD0AE" w14:textId="77777777">
        <w:tc>
          <w:tcPr>
            <w:tcW w:w="4320" w:type="dxa"/>
          </w:tcPr>
          <w:p w14:paraId="565BD480" w14:textId="77777777" w:rsidR="00BA76A8" w:rsidRDefault="00734CE3">
            <w:r>
              <w:t>SLC6A3</w:t>
            </w:r>
          </w:p>
        </w:tc>
        <w:tc>
          <w:tcPr>
            <w:tcW w:w="4320" w:type="dxa"/>
          </w:tcPr>
          <w:p w14:paraId="1BF4102A" w14:textId="77777777" w:rsidR="00BA76A8" w:rsidRDefault="00734CE3">
            <w:r>
              <w:t>GO ∩ SFARI</w:t>
            </w:r>
          </w:p>
        </w:tc>
      </w:tr>
      <w:tr w:rsidR="00BA76A8" w14:paraId="53F44A8B" w14:textId="77777777">
        <w:tc>
          <w:tcPr>
            <w:tcW w:w="4320" w:type="dxa"/>
          </w:tcPr>
          <w:p w14:paraId="557E909B" w14:textId="77777777" w:rsidR="00BA76A8" w:rsidRDefault="00734CE3">
            <w:r>
              <w:t>SLC7A5</w:t>
            </w:r>
          </w:p>
        </w:tc>
        <w:tc>
          <w:tcPr>
            <w:tcW w:w="4320" w:type="dxa"/>
          </w:tcPr>
          <w:p w14:paraId="737E6BA3" w14:textId="77777777" w:rsidR="00BA76A8" w:rsidRDefault="00734CE3">
            <w:r>
              <w:t>GO ∩ SFARI</w:t>
            </w:r>
          </w:p>
        </w:tc>
      </w:tr>
      <w:tr w:rsidR="00BA76A8" w14:paraId="5FF05067" w14:textId="77777777">
        <w:tc>
          <w:tcPr>
            <w:tcW w:w="4320" w:type="dxa"/>
          </w:tcPr>
          <w:p w14:paraId="5DDC99ED" w14:textId="77777777" w:rsidR="00BA76A8" w:rsidRDefault="00734CE3">
            <w:r>
              <w:t>SMARCA2</w:t>
            </w:r>
          </w:p>
        </w:tc>
        <w:tc>
          <w:tcPr>
            <w:tcW w:w="4320" w:type="dxa"/>
          </w:tcPr>
          <w:p w14:paraId="7309F45C" w14:textId="77777777" w:rsidR="00BA76A8" w:rsidRDefault="00734CE3">
            <w:r>
              <w:t>GO ∩ SFARI</w:t>
            </w:r>
          </w:p>
        </w:tc>
      </w:tr>
      <w:tr w:rsidR="00BA76A8" w14:paraId="4E689A89" w14:textId="77777777">
        <w:tc>
          <w:tcPr>
            <w:tcW w:w="4320" w:type="dxa"/>
          </w:tcPr>
          <w:p w14:paraId="21495750" w14:textId="77777777" w:rsidR="00BA76A8" w:rsidRDefault="00734CE3">
            <w:r>
              <w:t>SMARCA4</w:t>
            </w:r>
          </w:p>
        </w:tc>
        <w:tc>
          <w:tcPr>
            <w:tcW w:w="4320" w:type="dxa"/>
          </w:tcPr>
          <w:p w14:paraId="15A74E04" w14:textId="77777777" w:rsidR="00BA76A8" w:rsidRDefault="00734CE3">
            <w:r>
              <w:t>GO ∩ SFARI</w:t>
            </w:r>
          </w:p>
        </w:tc>
      </w:tr>
      <w:tr w:rsidR="00BA76A8" w14:paraId="1E49438B" w14:textId="77777777">
        <w:tc>
          <w:tcPr>
            <w:tcW w:w="4320" w:type="dxa"/>
          </w:tcPr>
          <w:p w14:paraId="1DFD649F" w14:textId="77777777" w:rsidR="00BA76A8" w:rsidRDefault="00734CE3">
            <w:r>
              <w:t>SMG6</w:t>
            </w:r>
          </w:p>
        </w:tc>
        <w:tc>
          <w:tcPr>
            <w:tcW w:w="4320" w:type="dxa"/>
          </w:tcPr>
          <w:p w14:paraId="1D09DBFD" w14:textId="77777777" w:rsidR="00BA76A8" w:rsidRDefault="00734CE3">
            <w:r>
              <w:t>GO ∩ SFARI</w:t>
            </w:r>
          </w:p>
        </w:tc>
      </w:tr>
      <w:tr w:rsidR="00BA76A8" w14:paraId="4CFE4057" w14:textId="77777777">
        <w:tc>
          <w:tcPr>
            <w:tcW w:w="4320" w:type="dxa"/>
          </w:tcPr>
          <w:p w14:paraId="7BB0DBAC" w14:textId="77777777" w:rsidR="00BA76A8" w:rsidRDefault="00734CE3">
            <w:r>
              <w:t>SMURF1</w:t>
            </w:r>
          </w:p>
        </w:tc>
        <w:tc>
          <w:tcPr>
            <w:tcW w:w="4320" w:type="dxa"/>
          </w:tcPr>
          <w:p w14:paraId="4AE84DD2" w14:textId="77777777" w:rsidR="00BA76A8" w:rsidRDefault="00734CE3">
            <w:r>
              <w:t>GO ∩ SFARI</w:t>
            </w:r>
          </w:p>
        </w:tc>
      </w:tr>
      <w:tr w:rsidR="00BA76A8" w14:paraId="1F1C5E0C" w14:textId="77777777">
        <w:tc>
          <w:tcPr>
            <w:tcW w:w="4320" w:type="dxa"/>
          </w:tcPr>
          <w:p w14:paraId="50F71548" w14:textId="77777777" w:rsidR="00BA76A8" w:rsidRDefault="00734CE3">
            <w:r>
              <w:t>SNTG2</w:t>
            </w:r>
          </w:p>
        </w:tc>
        <w:tc>
          <w:tcPr>
            <w:tcW w:w="4320" w:type="dxa"/>
          </w:tcPr>
          <w:p w14:paraId="31F85688" w14:textId="77777777" w:rsidR="00BA76A8" w:rsidRDefault="00734CE3">
            <w:r>
              <w:t>GO ∩ SFARI</w:t>
            </w:r>
          </w:p>
        </w:tc>
      </w:tr>
      <w:tr w:rsidR="00BA76A8" w14:paraId="662C1839" w14:textId="77777777">
        <w:tc>
          <w:tcPr>
            <w:tcW w:w="4320" w:type="dxa"/>
          </w:tcPr>
          <w:p w14:paraId="1E50C682" w14:textId="77777777" w:rsidR="00BA76A8" w:rsidRDefault="00734CE3">
            <w:r>
              <w:t>SPEN</w:t>
            </w:r>
          </w:p>
        </w:tc>
        <w:tc>
          <w:tcPr>
            <w:tcW w:w="4320" w:type="dxa"/>
          </w:tcPr>
          <w:p w14:paraId="1BDC1C08" w14:textId="77777777" w:rsidR="00BA76A8" w:rsidRDefault="00734CE3">
            <w:r>
              <w:t>GO ∩ SFARI</w:t>
            </w:r>
          </w:p>
        </w:tc>
      </w:tr>
      <w:tr w:rsidR="00BA76A8" w14:paraId="036C9756" w14:textId="77777777">
        <w:tc>
          <w:tcPr>
            <w:tcW w:w="4320" w:type="dxa"/>
          </w:tcPr>
          <w:p w14:paraId="44AA4130" w14:textId="77777777" w:rsidR="00BA76A8" w:rsidRDefault="00734CE3">
            <w:r>
              <w:t>SRGAP3</w:t>
            </w:r>
          </w:p>
        </w:tc>
        <w:tc>
          <w:tcPr>
            <w:tcW w:w="4320" w:type="dxa"/>
          </w:tcPr>
          <w:p w14:paraId="5293994A" w14:textId="77777777" w:rsidR="00BA76A8" w:rsidRDefault="00734CE3">
            <w:r>
              <w:t>GO ∩ SFARI</w:t>
            </w:r>
          </w:p>
        </w:tc>
      </w:tr>
      <w:tr w:rsidR="00BA76A8" w14:paraId="1A4CFFDE" w14:textId="77777777">
        <w:tc>
          <w:tcPr>
            <w:tcW w:w="4320" w:type="dxa"/>
          </w:tcPr>
          <w:p w14:paraId="77F65D7C" w14:textId="77777777" w:rsidR="00BA76A8" w:rsidRDefault="00734CE3">
            <w:r>
              <w:t>SRRM2</w:t>
            </w:r>
          </w:p>
        </w:tc>
        <w:tc>
          <w:tcPr>
            <w:tcW w:w="4320" w:type="dxa"/>
          </w:tcPr>
          <w:p w14:paraId="416D546F" w14:textId="77777777" w:rsidR="00BA76A8" w:rsidRDefault="00734CE3">
            <w:r>
              <w:t>GO ∩ SFARI</w:t>
            </w:r>
          </w:p>
        </w:tc>
      </w:tr>
      <w:tr w:rsidR="00BA76A8" w14:paraId="0F3BCB9D" w14:textId="77777777">
        <w:tc>
          <w:tcPr>
            <w:tcW w:w="4320" w:type="dxa"/>
          </w:tcPr>
          <w:p w14:paraId="17009D73" w14:textId="77777777" w:rsidR="00BA76A8" w:rsidRDefault="00734CE3">
            <w:r>
              <w:lastRenderedPageBreak/>
              <w:t>STXBP1</w:t>
            </w:r>
          </w:p>
        </w:tc>
        <w:tc>
          <w:tcPr>
            <w:tcW w:w="4320" w:type="dxa"/>
          </w:tcPr>
          <w:p w14:paraId="0DA5084B" w14:textId="77777777" w:rsidR="00BA76A8" w:rsidRDefault="00734CE3">
            <w:r>
              <w:t>GO ∩ SFARI</w:t>
            </w:r>
          </w:p>
        </w:tc>
      </w:tr>
      <w:tr w:rsidR="00BA76A8" w14:paraId="6EF92BBA" w14:textId="77777777">
        <w:tc>
          <w:tcPr>
            <w:tcW w:w="4320" w:type="dxa"/>
          </w:tcPr>
          <w:p w14:paraId="03FEF984" w14:textId="77777777" w:rsidR="00BA76A8" w:rsidRDefault="00734CE3">
            <w:r>
              <w:t>SYBU</w:t>
            </w:r>
          </w:p>
        </w:tc>
        <w:tc>
          <w:tcPr>
            <w:tcW w:w="4320" w:type="dxa"/>
          </w:tcPr>
          <w:p w14:paraId="67B6E842" w14:textId="77777777" w:rsidR="00BA76A8" w:rsidRDefault="00734CE3">
            <w:r>
              <w:t>GO ∩ SFARI</w:t>
            </w:r>
          </w:p>
        </w:tc>
      </w:tr>
      <w:tr w:rsidR="00BA76A8" w14:paraId="29AF2749" w14:textId="77777777">
        <w:tc>
          <w:tcPr>
            <w:tcW w:w="4320" w:type="dxa"/>
          </w:tcPr>
          <w:p w14:paraId="680F7328" w14:textId="77777777" w:rsidR="00BA76A8" w:rsidRDefault="00734CE3">
            <w:r>
              <w:t>SYCE1</w:t>
            </w:r>
          </w:p>
        </w:tc>
        <w:tc>
          <w:tcPr>
            <w:tcW w:w="4320" w:type="dxa"/>
          </w:tcPr>
          <w:p w14:paraId="33C1B7A6" w14:textId="77777777" w:rsidR="00BA76A8" w:rsidRDefault="00734CE3">
            <w:r>
              <w:t>GO ∩ SFARI</w:t>
            </w:r>
          </w:p>
        </w:tc>
      </w:tr>
      <w:tr w:rsidR="00BA76A8" w14:paraId="2F7737D0" w14:textId="77777777">
        <w:tc>
          <w:tcPr>
            <w:tcW w:w="4320" w:type="dxa"/>
          </w:tcPr>
          <w:p w14:paraId="3F82D60A" w14:textId="77777777" w:rsidR="00BA76A8" w:rsidRDefault="00734CE3">
            <w:r>
              <w:t>SYNCRIP</w:t>
            </w:r>
          </w:p>
        </w:tc>
        <w:tc>
          <w:tcPr>
            <w:tcW w:w="4320" w:type="dxa"/>
          </w:tcPr>
          <w:p w14:paraId="195A1228" w14:textId="77777777" w:rsidR="00BA76A8" w:rsidRDefault="00734CE3">
            <w:r>
              <w:t>GO ∩ SFARI</w:t>
            </w:r>
          </w:p>
        </w:tc>
      </w:tr>
      <w:tr w:rsidR="00BA76A8" w14:paraId="3F576C49" w14:textId="77777777">
        <w:tc>
          <w:tcPr>
            <w:tcW w:w="4320" w:type="dxa"/>
          </w:tcPr>
          <w:p w14:paraId="0BA4F1A5" w14:textId="77777777" w:rsidR="00BA76A8" w:rsidRDefault="00734CE3">
            <w:r>
              <w:t>SYT17</w:t>
            </w:r>
          </w:p>
        </w:tc>
        <w:tc>
          <w:tcPr>
            <w:tcW w:w="4320" w:type="dxa"/>
          </w:tcPr>
          <w:p w14:paraId="51D6FA91" w14:textId="77777777" w:rsidR="00BA76A8" w:rsidRDefault="00734CE3">
            <w:r>
              <w:t>GO ∩ SFARI</w:t>
            </w:r>
          </w:p>
        </w:tc>
      </w:tr>
      <w:tr w:rsidR="00BA76A8" w14:paraId="07B97BCC" w14:textId="77777777">
        <w:tc>
          <w:tcPr>
            <w:tcW w:w="4320" w:type="dxa"/>
          </w:tcPr>
          <w:p w14:paraId="17E1FDAB" w14:textId="77777777" w:rsidR="00BA76A8" w:rsidRDefault="00734CE3">
            <w:r>
              <w:t>TAF1C</w:t>
            </w:r>
          </w:p>
        </w:tc>
        <w:tc>
          <w:tcPr>
            <w:tcW w:w="4320" w:type="dxa"/>
          </w:tcPr>
          <w:p w14:paraId="53CD5818" w14:textId="77777777" w:rsidR="00BA76A8" w:rsidRDefault="00734CE3">
            <w:r>
              <w:t>GO ∩ SFARI</w:t>
            </w:r>
          </w:p>
        </w:tc>
      </w:tr>
      <w:tr w:rsidR="00BA76A8" w14:paraId="5679171A" w14:textId="77777777">
        <w:tc>
          <w:tcPr>
            <w:tcW w:w="4320" w:type="dxa"/>
          </w:tcPr>
          <w:p w14:paraId="71CEE3E0" w14:textId="77777777" w:rsidR="00BA76A8" w:rsidRDefault="00734CE3">
            <w:r>
              <w:t>TAF4</w:t>
            </w:r>
          </w:p>
        </w:tc>
        <w:tc>
          <w:tcPr>
            <w:tcW w:w="4320" w:type="dxa"/>
          </w:tcPr>
          <w:p w14:paraId="2908ED01" w14:textId="77777777" w:rsidR="00BA76A8" w:rsidRDefault="00734CE3">
            <w:r>
              <w:t>GO ∩ SFARI</w:t>
            </w:r>
          </w:p>
        </w:tc>
      </w:tr>
      <w:tr w:rsidR="00BA76A8" w14:paraId="7BBE9403" w14:textId="77777777">
        <w:tc>
          <w:tcPr>
            <w:tcW w:w="4320" w:type="dxa"/>
          </w:tcPr>
          <w:p w14:paraId="7E78352E" w14:textId="77777777" w:rsidR="00BA76A8" w:rsidRDefault="00734CE3">
            <w:r>
              <w:t>TAOK2</w:t>
            </w:r>
          </w:p>
        </w:tc>
        <w:tc>
          <w:tcPr>
            <w:tcW w:w="4320" w:type="dxa"/>
          </w:tcPr>
          <w:p w14:paraId="649D25C3" w14:textId="77777777" w:rsidR="00BA76A8" w:rsidRDefault="00734CE3">
            <w:r>
              <w:t>GO ∩ SFARI</w:t>
            </w:r>
          </w:p>
        </w:tc>
      </w:tr>
      <w:tr w:rsidR="00BA76A8" w14:paraId="172C0A34" w14:textId="77777777">
        <w:tc>
          <w:tcPr>
            <w:tcW w:w="4320" w:type="dxa"/>
          </w:tcPr>
          <w:p w14:paraId="59411FB0" w14:textId="77777777" w:rsidR="00BA76A8" w:rsidRDefault="00734CE3">
            <w:r>
              <w:t>TBCB</w:t>
            </w:r>
          </w:p>
        </w:tc>
        <w:tc>
          <w:tcPr>
            <w:tcW w:w="4320" w:type="dxa"/>
          </w:tcPr>
          <w:p w14:paraId="326992A8" w14:textId="77777777" w:rsidR="00BA76A8" w:rsidRDefault="00734CE3">
            <w:r>
              <w:t>GO ∩ SFARI</w:t>
            </w:r>
          </w:p>
        </w:tc>
      </w:tr>
      <w:tr w:rsidR="00BA76A8" w14:paraId="6D7CE5E8" w14:textId="77777777">
        <w:tc>
          <w:tcPr>
            <w:tcW w:w="4320" w:type="dxa"/>
          </w:tcPr>
          <w:p w14:paraId="0F903832" w14:textId="77777777" w:rsidR="00BA76A8" w:rsidRDefault="00734CE3">
            <w:r>
              <w:t>TBR1</w:t>
            </w:r>
          </w:p>
        </w:tc>
        <w:tc>
          <w:tcPr>
            <w:tcW w:w="4320" w:type="dxa"/>
          </w:tcPr>
          <w:p w14:paraId="2AC89EB2" w14:textId="77777777" w:rsidR="00BA76A8" w:rsidRDefault="00734CE3">
            <w:r>
              <w:t>GO ∩ SFARI</w:t>
            </w:r>
          </w:p>
        </w:tc>
      </w:tr>
      <w:tr w:rsidR="00BA76A8" w14:paraId="6A7FD017" w14:textId="77777777">
        <w:tc>
          <w:tcPr>
            <w:tcW w:w="4320" w:type="dxa"/>
          </w:tcPr>
          <w:p w14:paraId="6B8CEDEA" w14:textId="77777777" w:rsidR="00BA76A8" w:rsidRDefault="00734CE3">
            <w:r>
              <w:t>TBX1</w:t>
            </w:r>
          </w:p>
        </w:tc>
        <w:tc>
          <w:tcPr>
            <w:tcW w:w="4320" w:type="dxa"/>
          </w:tcPr>
          <w:p w14:paraId="189014EF" w14:textId="77777777" w:rsidR="00BA76A8" w:rsidRDefault="00734CE3">
            <w:r>
              <w:t>GO ∩ SFARI</w:t>
            </w:r>
          </w:p>
        </w:tc>
      </w:tr>
      <w:tr w:rsidR="00BA76A8" w14:paraId="499FE231" w14:textId="77777777">
        <w:tc>
          <w:tcPr>
            <w:tcW w:w="4320" w:type="dxa"/>
          </w:tcPr>
          <w:p w14:paraId="445EF632" w14:textId="77777777" w:rsidR="00BA76A8" w:rsidRDefault="00734CE3">
            <w:r>
              <w:t>TCF7L2</w:t>
            </w:r>
          </w:p>
        </w:tc>
        <w:tc>
          <w:tcPr>
            <w:tcW w:w="4320" w:type="dxa"/>
          </w:tcPr>
          <w:p w14:paraId="0A17AEF7" w14:textId="77777777" w:rsidR="00BA76A8" w:rsidRDefault="00734CE3">
            <w:r>
              <w:t>GO ∩ SFARI</w:t>
            </w:r>
          </w:p>
        </w:tc>
      </w:tr>
      <w:tr w:rsidR="00BA76A8" w14:paraId="517B37D4" w14:textId="77777777">
        <w:tc>
          <w:tcPr>
            <w:tcW w:w="4320" w:type="dxa"/>
          </w:tcPr>
          <w:p w14:paraId="15B54EF1" w14:textId="77777777" w:rsidR="00BA76A8" w:rsidRDefault="00734CE3">
            <w:r>
              <w:t>TECTA</w:t>
            </w:r>
          </w:p>
        </w:tc>
        <w:tc>
          <w:tcPr>
            <w:tcW w:w="4320" w:type="dxa"/>
          </w:tcPr>
          <w:p w14:paraId="67A21E8F" w14:textId="77777777" w:rsidR="00BA76A8" w:rsidRDefault="00734CE3">
            <w:r>
              <w:t>GO ∩ SFARI</w:t>
            </w:r>
          </w:p>
        </w:tc>
      </w:tr>
      <w:tr w:rsidR="00BA76A8" w14:paraId="18CAEBCB" w14:textId="77777777">
        <w:tc>
          <w:tcPr>
            <w:tcW w:w="4320" w:type="dxa"/>
          </w:tcPr>
          <w:p w14:paraId="7F199EB9" w14:textId="77777777" w:rsidR="00BA76A8" w:rsidRDefault="00734CE3">
            <w:r>
              <w:t>TET3</w:t>
            </w:r>
          </w:p>
        </w:tc>
        <w:tc>
          <w:tcPr>
            <w:tcW w:w="4320" w:type="dxa"/>
          </w:tcPr>
          <w:p w14:paraId="14EB0FD4" w14:textId="77777777" w:rsidR="00BA76A8" w:rsidRDefault="00734CE3">
            <w:r>
              <w:t>GO ∩ SFARI</w:t>
            </w:r>
          </w:p>
        </w:tc>
      </w:tr>
      <w:tr w:rsidR="00BA76A8" w14:paraId="682985DF" w14:textId="77777777">
        <w:tc>
          <w:tcPr>
            <w:tcW w:w="4320" w:type="dxa"/>
          </w:tcPr>
          <w:p w14:paraId="3BC491EE" w14:textId="77777777" w:rsidR="00BA76A8" w:rsidRDefault="00734CE3">
            <w:r>
              <w:t>THRA</w:t>
            </w:r>
          </w:p>
        </w:tc>
        <w:tc>
          <w:tcPr>
            <w:tcW w:w="4320" w:type="dxa"/>
          </w:tcPr>
          <w:p w14:paraId="7F1F205D" w14:textId="77777777" w:rsidR="00BA76A8" w:rsidRDefault="00734CE3">
            <w:r>
              <w:t>GO ∩ SFARI</w:t>
            </w:r>
          </w:p>
        </w:tc>
      </w:tr>
      <w:tr w:rsidR="00BA76A8" w14:paraId="23C3682C" w14:textId="77777777">
        <w:tc>
          <w:tcPr>
            <w:tcW w:w="4320" w:type="dxa"/>
          </w:tcPr>
          <w:p w14:paraId="1C01A00B" w14:textId="77777777" w:rsidR="00BA76A8" w:rsidRDefault="00734CE3">
            <w:r>
              <w:t>TLN2</w:t>
            </w:r>
          </w:p>
        </w:tc>
        <w:tc>
          <w:tcPr>
            <w:tcW w:w="4320" w:type="dxa"/>
          </w:tcPr>
          <w:p w14:paraId="05658C48" w14:textId="77777777" w:rsidR="00BA76A8" w:rsidRDefault="00734CE3">
            <w:r>
              <w:t>GO ∩ SFARI</w:t>
            </w:r>
          </w:p>
        </w:tc>
      </w:tr>
      <w:tr w:rsidR="00BA76A8" w14:paraId="1F5F531A" w14:textId="77777777">
        <w:tc>
          <w:tcPr>
            <w:tcW w:w="4320" w:type="dxa"/>
          </w:tcPr>
          <w:p w14:paraId="1A801470" w14:textId="77777777" w:rsidR="00BA76A8" w:rsidRDefault="00734CE3">
            <w:r>
              <w:t>TNRC6C</w:t>
            </w:r>
          </w:p>
        </w:tc>
        <w:tc>
          <w:tcPr>
            <w:tcW w:w="4320" w:type="dxa"/>
          </w:tcPr>
          <w:p w14:paraId="3E9CC5DC" w14:textId="77777777" w:rsidR="00BA76A8" w:rsidRDefault="00734CE3">
            <w:r>
              <w:t>GO ∩ SFARI</w:t>
            </w:r>
          </w:p>
        </w:tc>
      </w:tr>
      <w:tr w:rsidR="00BA76A8" w14:paraId="519E0708" w14:textId="77777777">
        <w:tc>
          <w:tcPr>
            <w:tcW w:w="4320" w:type="dxa"/>
          </w:tcPr>
          <w:p w14:paraId="2703DF8B" w14:textId="77777777" w:rsidR="00BA76A8" w:rsidRDefault="00734CE3">
            <w:r>
              <w:t>TPO</w:t>
            </w:r>
          </w:p>
        </w:tc>
        <w:tc>
          <w:tcPr>
            <w:tcW w:w="4320" w:type="dxa"/>
          </w:tcPr>
          <w:p w14:paraId="5AA39BD4" w14:textId="77777777" w:rsidR="00BA76A8" w:rsidRDefault="00734CE3">
            <w:r>
              <w:t>GO ∩ SFARI</w:t>
            </w:r>
          </w:p>
        </w:tc>
      </w:tr>
      <w:tr w:rsidR="00BA76A8" w14:paraId="73C03D01" w14:textId="77777777">
        <w:tc>
          <w:tcPr>
            <w:tcW w:w="4320" w:type="dxa"/>
          </w:tcPr>
          <w:p w14:paraId="368090C7" w14:textId="77777777" w:rsidR="00BA76A8" w:rsidRDefault="00734CE3">
            <w:r>
              <w:t>TRAF7</w:t>
            </w:r>
          </w:p>
        </w:tc>
        <w:tc>
          <w:tcPr>
            <w:tcW w:w="4320" w:type="dxa"/>
          </w:tcPr>
          <w:p w14:paraId="7D3EF815" w14:textId="77777777" w:rsidR="00BA76A8" w:rsidRDefault="00734CE3">
            <w:r>
              <w:t>GO ∩ SFARI</w:t>
            </w:r>
          </w:p>
        </w:tc>
      </w:tr>
      <w:tr w:rsidR="00BA76A8" w14:paraId="17874667" w14:textId="77777777">
        <w:tc>
          <w:tcPr>
            <w:tcW w:w="4320" w:type="dxa"/>
          </w:tcPr>
          <w:p w14:paraId="30F14779" w14:textId="77777777" w:rsidR="00BA76A8" w:rsidRDefault="00734CE3">
            <w:r>
              <w:t>TRAP1</w:t>
            </w:r>
          </w:p>
        </w:tc>
        <w:tc>
          <w:tcPr>
            <w:tcW w:w="4320" w:type="dxa"/>
          </w:tcPr>
          <w:p w14:paraId="334FCD64" w14:textId="77777777" w:rsidR="00BA76A8" w:rsidRDefault="00734CE3">
            <w:r>
              <w:t>GO ∩ SFARI</w:t>
            </w:r>
          </w:p>
        </w:tc>
      </w:tr>
      <w:tr w:rsidR="00BA76A8" w14:paraId="443BB7B7" w14:textId="77777777">
        <w:tc>
          <w:tcPr>
            <w:tcW w:w="4320" w:type="dxa"/>
          </w:tcPr>
          <w:p w14:paraId="3BA4A56D" w14:textId="77777777" w:rsidR="00BA76A8" w:rsidRDefault="00734CE3">
            <w:r>
              <w:t>TRAPPC9</w:t>
            </w:r>
          </w:p>
        </w:tc>
        <w:tc>
          <w:tcPr>
            <w:tcW w:w="4320" w:type="dxa"/>
          </w:tcPr>
          <w:p w14:paraId="366B0F6E" w14:textId="77777777" w:rsidR="00BA76A8" w:rsidRDefault="00734CE3">
            <w:r>
              <w:t>GO ∩ SFARI</w:t>
            </w:r>
          </w:p>
        </w:tc>
      </w:tr>
      <w:tr w:rsidR="00BA76A8" w14:paraId="0D37E160" w14:textId="77777777">
        <w:tc>
          <w:tcPr>
            <w:tcW w:w="4320" w:type="dxa"/>
          </w:tcPr>
          <w:p w14:paraId="4203CFA2" w14:textId="77777777" w:rsidR="00BA76A8" w:rsidRDefault="00734CE3">
            <w:r>
              <w:t>TRIM8</w:t>
            </w:r>
          </w:p>
        </w:tc>
        <w:tc>
          <w:tcPr>
            <w:tcW w:w="4320" w:type="dxa"/>
          </w:tcPr>
          <w:p w14:paraId="27413FC3" w14:textId="77777777" w:rsidR="00BA76A8" w:rsidRDefault="00734CE3">
            <w:r>
              <w:t>GO ∩ SFARI</w:t>
            </w:r>
          </w:p>
        </w:tc>
      </w:tr>
      <w:tr w:rsidR="00BA76A8" w14:paraId="78D6110C" w14:textId="77777777">
        <w:tc>
          <w:tcPr>
            <w:tcW w:w="4320" w:type="dxa"/>
          </w:tcPr>
          <w:p w14:paraId="33CDE8EE" w14:textId="77777777" w:rsidR="00BA76A8" w:rsidRDefault="00734CE3">
            <w:r>
              <w:t>TRIO</w:t>
            </w:r>
          </w:p>
        </w:tc>
        <w:tc>
          <w:tcPr>
            <w:tcW w:w="4320" w:type="dxa"/>
          </w:tcPr>
          <w:p w14:paraId="7D6DD01E" w14:textId="77777777" w:rsidR="00BA76A8" w:rsidRDefault="00734CE3">
            <w:r>
              <w:t>GO ∩ SFARI</w:t>
            </w:r>
          </w:p>
        </w:tc>
      </w:tr>
      <w:tr w:rsidR="00BA76A8" w14:paraId="5C9F4624" w14:textId="77777777">
        <w:tc>
          <w:tcPr>
            <w:tcW w:w="4320" w:type="dxa"/>
          </w:tcPr>
          <w:p w14:paraId="4758E6D4" w14:textId="77777777" w:rsidR="00BA76A8" w:rsidRDefault="00734CE3">
            <w:r>
              <w:t>TRPM1</w:t>
            </w:r>
          </w:p>
        </w:tc>
        <w:tc>
          <w:tcPr>
            <w:tcW w:w="4320" w:type="dxa"/>
          </w:tcPr>
          <w:p w14:paraId="389C3B64" w14:textId="77777777" w:rsidR="00BA76A8" w:rsidRDefault="00734CE3">
            <w:r>
              <w:t>GO ∩ SFARI</w:t>
            </w:r>
          </w:p>
        </w:tc>
      </w:tr>
      <w:tr w:rsidR="00BA76A8" w14:paraId="44A44013" w14:textId="77777777">
        <w:tc>
          <w:tcPr>
            <w:tcW w:w="4320" w:type="dxa"/>
          </w:tcPr>
          <w:p w14:paraId="6552B29C" w14:textId="77777777" w:rsidR="00BA76A8" w:rsidRDefault="00734CE3">
            <w:r>
              <w:t>TRRAP</w:t>
            </w:r>
          </w:p>
        </w:tc>
        <w:tc>
          <w:tcPr>
            <w:tcW w:w="4320" w:type="dxa"/>
          </w:tcPr>
          <w:p w14:paraId="309AFB37" w14:textId="77777777" w:rsidR="00BA76A8" w:rsidRDefault="00734CE3">
            <w:r>
              <w:t>GO ∩ SFARI</w:t>
            </w:r>
          </w:p>
        </w:tc>
      </w:tr>
      <w:tr w:rsidR="00BA76A8" w14:paraId="12F87B88" w14:textId="77777777">
        <w:tc>
          <w:tcPr>
            <w:tcW w:w="4320" w:type="dxa"/>
          </w:tcPr>
          <w:p w14:paraId="6C3B0399" w14:textId="77777777" w:rsidR="00BA76A8" w:rsidRDefault="00734CE3">
            <w:r>
              <w:t>TSC2</w:t>
            </w:r>
          </w:p>
        </w:tc>
        <w:tc>
          <w:tcPr>
            <w:tcW w:w="4320" w:type="dxa"/>
          </w:tcPr>
          <w:p w14:paraId="2F05F799" w14:textId="77777777" w:rsidR="00BA76A8" w:rsidRDefault="00734CE3">
            <w:r>
              <w:t>GO ∩ SFARI</w:t>
            </w:r>
          </w:p>
        </w:tc>
      </w:tr>
      <w:tr w:rsidR="00BA76A8" w14:paraId="3A83550E" w14:textId="77777777">
        <w:tc>
          <w:tcPr>
            <w:tcW w:w="4320" w:type="dxa"/>
          </w:tcPr>
          <w:p w14:paraId="61A7C6CD" w14:textId="77777777" w:rsidR="00BA76A8" w:rsidRDefault="00734CE3">
            <w:r>
              <w:t>TSHZ1</w:t>
            </w:r>
          </w:p>
        </w:tc>
        <w:tc>
          <w:tcPr>
            <w:tcW w:w="4320" w:type="dxa"/>
          </w:tcPr>
          <w:p w14:paraId="7C82A1BA" w14:textId="77777777" w:rsidR="00BA76A8" w:rsidRDefault="00734CE3">
            <w:r>
              <w:t>GO ∩ SFARI</w:t>
            </w:r>
          </w:p>
        </w:tc>
      </w:tr>
      <w:tr w:rsidR="00BA76A8" w14:paraId="06B67696" w14:textId="77777777">
        <w:tc>
          <w:tcPr>
            <w:tcW w:w="4320" w:type="dxa"/>
          </w:tcPr>
          <w:p w14:paraId="5B62D6EC" w14:textId="77777777" w:rsidR="00BA76A8" w:rsidRDefault="00734CE3">
            <w:r>
              <w:t>TSPAN4</w:t>
            </w:r>
          </w:p>
        </w:tc>
        <w:tc>
          <w:tcPr>
            <w:tcW w:w="4320" w:type="dxa"/>
          </w:tcPr>
          <w:p w14:paraId="79DBF798" w14:textId="77777777" w:rsidR="00BA76A8" w:rsidRDefault="00734CE3">
            <w:r>
              <w:t>GO ∩ SFARI</w:t>
            </w:r>
          </w:p>
        </w:tc>
      </w:tr>
      <w:tr w:rsidR="00BA76A8" w14:paraId="01D31191" w14:textId="77777777">
        <w:tc>
          <w:tcPr>
            <w:tcW w:w="4320" w:type="dxa"/>
          </w:tcPr>
          <w:p w14:paraId="20F00F6B" w14:textId="77777777" w:rsidR="00BA76A8" w:rsidRDefault="00734CE3">
            <w:r>
              <w:t>U2AF2</w:t>
            </w:r>
          </w:p>
        </w:tc>
        <w:tc>
          <w:tcPr>
            <w:tcW w:w="4320" w:type="dxa"/>
          </w:tcPr>
          <w:p w14:paraId="348C34D1" w14:textId="77777777" w:rsidR="00BA76A8" w:rsidRDefault="00734CE3">
            <w:r>
              <w:t>GO ∩ SFARI</w:t>
            </w:r>
          </w:p>
        </w:tc>
      </w:tr>
      <w:tr w:rsidR="00BA76A8" w14:paraId="4151464C" w14:textId="77777777">
        <w:tc>
          <w:tcPr>
            <w:tcW w:w="4320" w:type="dxa"/>
          </w:tcPr>
          <w:p w14:paraId="1955A0C6" w14:textId="77777777" w:rsidR="00BA76A8" w:rsidRDefault="00734CE3">
            <w:r>
              <w:t>UNC79</w:t>
            </w:r>
          </w:p>
        </w:tc>
        <w:tc>
          <w:tcPr>
            <w:tcW w:w="4320" w:type="dxa"/>
          </w:tcPr>
          <w:p w14:paraId="05058F26" w14:textId="77777777" w:rsidR="00BA76A8" w:rsidRDefault="00734CE3">
            <w:r>
              <w:t>GO ∩ SFARI</w:t>
            </w:r>
          </w:p>
        </w:tc>
      </w:tr>
      <w:tr w:rsidR="00BA76A8" w14:paraId="35890458" w14:textId="77777777">
        <w:tc>
          <w:tcPr>
            <w:tcW w:w="4320" w:type="dxa"/>
          </w:tcPr>
          <w:p w14:paraId="6602B2DD" w14:textId="77777777" w:rsidR="00BA76A8" w:rsidRDefault="00734CE3">
            <w:r>
              <w:t>UNC80</w:t>
            </w:r>
          </w:p>
        </w:tc>
        <w:tc>
          <w:tcPr>
            <w:tcW w:w="4320" w:type="dxa"/>
          </w:tcPr>
          <w:p w14:paraId="1094BFA6" w14:textId="77777777" w:rsidR="00BA76A8" w:rsidRDefault="00734CE3">
            <w:r>
              <w:t>GO ∩ SFARI</w:t>
            </w:r>
          </w:p>
        </w:tc>
      </w:tr>
      <w:tr w:rsidR="00BA76A8" w14:paraId="7E730234" w14:textId="77777777">
        <w:tc>
          <w:tcPr>
            <w:tcW w:w="4320" w:type="dxa"/>
          </w:tcPr>
          <w:p w14:paraId="647870EB" w14:textId="77777777" w:rsidR="00BA76A8" w:rsidRDefault="00734CE3">
            <w:r>
              <w:t>VASH1</w:t>
            </w:r>
          </w:p>
        </w:tc>
        <w:tc>
          <w:tcPr>
            <w:tcW w:w="4320" w:type="dxa"/>
          </w:tcPr>
          <w:p w14:paraId="7B90D61D" w14:textId="77777777" w:rsidR="00BA76A8" w:rsidRDefault="00734CE3">
            <w:r>
              <w:t>GO ∩ SFARI</w:t>
            </w:r>
          </w:p>
        </w:tc>
      </w:tr>
      <w:tr w:rsidR="00BA76A8" w14:paraId="3892C77F" w14:textId="77777777">
        <w:tc>
          <w:tcPr>
            <w:tcW w:w="4320" w:type="dxa"/>
          </w:tcPr>
          <w:p w14:paraId="1D2885D8" w14:textId="77777777" w:rsidR="00BA76A8" w:rsidRDefault="00734CE3">
            <w:r>
              <w:t>WDR37</w:t>
            </w:r>
          </w:p>
        </w:tc>
        <w:tc>
          <w:tcPr>
            <w:tcW w:w="4320" w:type="dxa"/>
          </w:tcPr>
          <w:p w14:paraId="36A37A2C" w14:textId="77777777" w:rsidR="00BA76A8" w:rsidRDefault="00734CE3">
            <w:r>
              <w:t>GO ∩ SFARI</w:t>
            </w:r>
          </w:p>
        </w:tc>
      </w:tr>
      <w:tr w:rsidR="00BA76A8" w14:paraId="068C40CF" w14:textId="77777777">
        <w:tc>
          <w:tcPr>
            <w:tcW w:w="4320" w:type="dxa"/>
          </w:tcPr>
          <w:p w14:paraId="71FC20FC" w14:textId="77777777" w:rsidR="00BA76A8" w:rsidRDefault="00734CE3">
            <w:r>
              <w:t>WDR5</w:t>
            </w:r>
          </w:p>
        </w:tc>
        <w:tc>
          <w:tcPr>
            <w:tcW w:w="4320" w:type="dxa"/>
          </w:tcPr>
          <w:p w14:paraId="708A592F" w14:textId="77777777" w:rsidR="00BA76A8" w:rsidRDefault="00734CE3">
            <w:r>
              <w:t>GO ∩ SFARI</w:t>
            </w:r>
          </w:p>
        </w:tc>
      </w:tr>
      <w:tr w:rsidR="00BA76A8" w14:paraId="55BA69B7" w14:textId="77777777">
        <w:tc>
          <w:tcPr>
            <w:tcW w:w="4320" w:type="dxa"/>
          </w:tcPr>
          <w:p w14:paraId="4D9F0BDB" w14:textId="77777777" w:rsidR="00BA76A8" w:rsidRDefault="00734CE3">
            <w:r>
              <w:t>WNT1</w:t>
            </w:r>
          </w:p>
        </w:tc>
        <w:tc>
          <w:tcPr>
            <w:tcW w:w="4320" w:type="dxa"/>
          </w:tcPr>
          <w:p w14:paraId="6996B569" w14:textId="77777777" w:rsidR="00BA76A8" w:rsidRDefault="00734CE3">
            <w:r>
              <w:t>GO ∩ SFARI</w:t>
            </w:r>
          </w:p>
        </w:tc>
      </w:tr>
      <w:tr w:rsidR="00BA76A8" w14:paraId="5100214A" w14:textId="77777777">
        <w:tc>
          <w:tcPr>
            <w:tcW w:w="4320" w:type="dxa"/>
          </w:tcPr>
          <w:p w14:paraId="6B7672E3" w14:textId="77777777" w:rsidR="00BA76A8" w:rsidRDefault="00734CE3">
            <w:r>
              <w:t>YWHAG</w:t>
            </w:r>
          </w:p>
        </w:tc>
        <w:tc>
          <w:tcPr>
            <w:tcW w:w="4320" w:type="dxa"/>
          </w:tcPr>
          <w:p w14:paraId="3A224D66" w14:textId="77777777" w:rsidR="00BA76A8" w:rsidRDefault="00734CE3">
            <w:r>
              <w:t>GO ∩ SFARI</w:t>
            </w:r>
          </w:p>
        </w:tc>
      </w:tr>
      <w:tr w:rsidR="00BA76A8" w14:paraId="282E3DAC" w14:textId="77777777">
        <w:tc>
          <w:tcPr>
            <w:tcW w:w="4320" w:type="dxa"/>
          </w:tcPr>
          <w:p w14:paraId="0D09E88E" w14:textId="77777777" w:rsidR="00BA76A8" w:rsidRDefault="00734CE3">
            <w:r>
              <w:t>ZBTB16</w:t>
            </w:r>
          </w:p>
        </w:tc>
        <w:tc>
          <w:tcPr>
            <w:tcW w:w="4320" w:type="dxa"/>
          </w:tcPr>
          <w:p w14:paraId="502B4CCD" w14:textId="77777777" w:rsidR="00BA76A8" w:rsidRDefault="00734CE3">
            <w:r>
              <w:t>GO ∩ SFARI</w:t>
            </w:r>
          </w:p>
        </w:tc>
      </w:tr>
      <w:tr w:rsidR="00BA76A8" w14:paraId="434EDCBB" w14:textId="77777777">
        <w:tc>
          <w:tcPr>
            <w:tcW w:w="4320" w:type="dxa"/>
          </w:tcPr>
          <w:p w14:paraId="1100CA3A" w14:textId="77777777" w:rsidR="00BA76A8" w:rsidRDefault="00734CE3">
            <w:r>
              <w:t>ZBTB20</w:t>
            </w:r>
          </w:p>
        </w:tc>
        <w:tc>
          <w:tcPr>
            <w:tcW w:w="4320" w:type="dxa"/>
          </w:tcPr>
          <w:p w14:paraId="665AC545" w14:textId="77777777" w:rsidR="00BA76A8" w:rsidRDefault="00734CE3">
            <w:r>
              <w:t>GO ∩ SFARI</w:t>
            </w:r>
          </w:p>
        </w:tc>
      </w:tr>
      <w:tr w:rsidR="00BA76A8" w14:paraId="7D246DB8" w14:textId="77777777">
        <w:tc>
          <w:tcPr>
            <w:tcW w:w="4320" w:type="dxa"/>
          </w:tcPr>
          <w:p w14:paraId="4376C4A8" w14:textId="77777777" w:rsidR="00BA76A8" w:rsidRDefault="00734CE3">
            <w:r>
              <w:t>ZBTB47</w:t>
            </w:r>
          </w:p>
        </w:tc>
        <w:tc>
          <w:tcPr>
            <w:tcW w:w="4320" w:type="dxa"/>
          </w:tcPr>
          <w:p w14:paraId="3E6328E3" w14:textId="77777777" w:rsidR="00BA76A8" w:rsidRDefault="00734CE3">
            <w:r>
              <w:t>GO ∩ SFARI</w:t>
            </w:r>
          </w:p>
        </w:tc>
      </w:tr>
      <w:tr w:rsidR="00BA76A8" w14:paraId="78A00F24" w14:textId="77777777">
        <w:tc>
          <w:tcPr>
            <w:tcW w:w="4320" w:type="dxa"/>
          </w:tcPr>
          <w:p w14:paraId="79922334" w14:textId="77777777" w:rsidR="00BA76A8" w:rsidRDefault="00734CE3">
            <w:r>
              <w:t>ZBTB7A</w:t>
            </w:r>
          </w:p>
        </w:tc>
        <w:tc>
          <w:tcPr>
            <w:tcW w:w="4320" w:type="dxa"/>
          </w:tcPr>
          <w:p w14:paraId="765D695D" w14:textId="77777777" w:rsidR="00BA76A8" w:rsidRDefault="00734CE3">
            <w:r>
              <w:t>GO ∩ SFARI</w:t>
            </w:r>
          </w:p>
        </w:tc>
      </w:tr>
      <w:tr w:rsidR="00BA76A8" w14:paraId="5743267C" w14:textId="77777777">
        <w:tc>
          <w:tcPr>
            <w:tcW w:w="4320" w:type="dxa"/>
          </w:tcPr>
          <w:p w14:paraId="2F71C9BF" w14:textId="77777777" w:rsidR="00BA76A8" w:rsidRDefault="00734CE3">
            <w:r>
              <w:t>ZFHX3</w:t>
            </w:r>
          </w:p>
        </w:tc>
        <w:tc>
          <w:tcPr>
            <w:tcW w:w="4320" w:type="dxa"/>
          </w:tcPr>
          <w:p w14:paraId="3B556CFE" w14:textId="77777777" w:rsidR="00BA76A8" w:rsidRDefault="00734CE3">
            <w:r>
              <w:t>GO ∩ SFARI</w:t>
            </w:r>
          </w:p>
        </w:tc>
      </w:tr>
      <w:tr w:rsidR="00BA76A8" w14:paraId="56A8332E" w14:textId="77777777">
        <w:tc>
          <w:tcPr>
            <w:tcW w:w="4320" w:type="dxa"/>
          </w:tcPr>
          <w:p w14:paraId="4628578F" w14:textId="77777777" w:rsidR="00BA76A8" w:rsidRDefault="00734CE3">
            <w:r>
              <w:t>ZMYND8</w:t>
            </w:r>
          </w:p>
        </w:tc>
        <w:tc>
          <w:tcPr>
            <w:tcW w:w="4320" w:type="dxa"/>
          </w:tcPr>
          <w:p w14:paraId="14B3F41A" w14:textId="77777777" w:rsidR="00BA76A8" w:rsidRDefault="00734CE3">
            <w:r>
              <w:t>GO ∩ SFARI</w:t>
            </w:r>
          </w:p>
        </w:tc>
      </w:tr>
      <w:tr w:rsidR="00BA76A8" w14:paraId="10D211DA" w14:textId="77777777">
        <w:tc>
          <w:tcPr>
            <w:tcW w:w="4320" w:type="dxa"/>
          </w:tcPr>
          <w:p w14:paraId="0DC04C39" w14:textId="77777777" w:rsidR="00BA76A8" w:rsidRDefault="00734CE3">
            <w:r>
              <w:t>ZNF517</w:t>
            </w:r>
          </w:p>
        </w:tc>
        <w:tc>
          <w:tcPr>
            <w:tcW w:w="4320" w:type="dxa"/>
          </w:tcPr>
          <w:p w14:paraId="2538D863" w14:textId="77777777" w:rsidR="00BA76A8" w:rsidRDefault="00734CE3">
            <w:r>
              <w:t>GO ∩ SFARI</w:t>
            </w:r>
          </w:p>
        </w:tc>
      </w:tr>
      <w:tr w:rsidR="00BA76A8" w14:paraId="09D32737" w14:textId="77777777">
        <w:tc>
          <w:tcPr>
            <w:tcW w:w="4320" w:type="dxa"/>
          </w:tcPr>
          <w:p w14:paraId="6603A166" w14:textId="77777777" w:rsidR="00BA76A8" w:rsidRDefault="00734CE3">
            <w:r>
              <w:t>ZNF536</w:t>
            </w:r>
          </w:p>
        </w:tc>
        <w:tc>
          <w:tcPr>
            <w:tcW w:w="4320" w:type="dxa"/>
          </w:tcPr>
          <w:p w14:paraId="3453B1A7" w14:textId="77777777" w:rsidR="00BA76A8" w:rsidRDefault="00734CE3">
            <w:r>
              <w:t>GO ∩ SFARI</w:t>
            </w:r>
          </w:p>
        </w:tc>
      </w:tr>
      <w:tr w:rsidR="00BA76A8" w14:paraId="07F65E1C" w14:textId="77777777">
        <w:tc>
          <w:tcPr>
            <w:tcW w:w="4320" w:type="dxa"/>
          </w:tcPr>
          <w:p w14:paraId="049430C4" w14:textId="77777777" w:rsidR="00BA76A8" w:rsidRDefault="00734CE3">
            <w:r>
              <w:t>ZNF827</w:t>
            </w:r>
          </w:p>
        </w:tc>
        <w:tc>
          <w:tcPr>
            <w:tcW w:w="4320" w:type="dxa"/>
          </w:tcPr>
          <w:p w14:paraId="441F8321" w14:textId="77777777" w:rsidR="00BA76A8" w:rsidRDefault="00734CE3">
            <w:r>
              <w:t>GO ∩ SFARI</w:t>
            </w:r>
          </w:p>
        </w:tc>
      </w:tr>
      <w:tr w:rsidR="00BA76A8" w14:paraId="10270CF8" w14:textId="77777777">
        <w:tc>
          <w:tcPr>
            <w:tcW w:w="4320" w:type="dxa"/>
          </w:tcPr>
          <w:p w14:paraId="118518D7" w14:textId="77777777" w:rsidR="00BA76A8" w:rsidRDefault="00734CE3">
            <w:r>
              <w:t>ZNF865</w:t>
            </w:r>
          </w:p>
        </w:tc>
        <w:tc>
          <w:tcPr>
            <w:tcW w:w="4320" w:type="dxa"/>
          </w:tcPr>
          <w:p w14:paraId="3A169A37" w14:textId="77777777" w:rsidR="00BA76A8" w:rsidRDefault="00734CE3">
            <w:r>
              <w:t>GO ∩ SFARI</w:t>
            </w:r>
          </w:p>
        </w:tc>
      </w:tr>
      <w:tr w:rsidR="00BA76A8" w14:paraId="5BF6AC2A" w14:textId="77777777">
        <w:tc>
          <w:tcPr>
            <w:tcW w:w="8640" w:type="dxa"/>
            <w:gridSpan w:val="2"/>
            <w:shd w:val="clear" w:color="auto" w:fill="EEECE1"/>
          </w:tcPr>
          <w:p w14:paraId="45294987" w14:textId="77777777" w:rsidR="00BA76A8" w:rsidRDefault="00734CE3">
            <w:r>
              <w:rPr>
                <w:b/>
              </w:rPr>
              <w:t>Group 3 (Sample 6,9,10 vs Sample 12)</w:t>
            </w:r>
          </w:p>
        </w:tc>
      </w:tr>
      <w:tr w:rsidR="00BA76A8" w14:paraId="5C393E7D" w14:textId="77777777">
        <w:tc>
          <w:tcPr>
            <w:tcW w:w="4320" w:type="dxa"/>
          </w:tcPr>
          <w:p w14:paraId="2137A538" w14:textId="77777777" w:rsidR="00BA76A8" w:rsidRDefault="00734CE3">
            <w:r>
              <w:t>ATRX</w:t>
            </w:r>
          </w:p>
        </w:tc>
        <w:tc>
          <w:tcPr>
            <w:tcW w:w="4320" w:type="dxa"/>
          </w:tcPr>
          <w:p w14:paraId="6ECA26A3" w14:textId="77777777" w:rsidR="00BA76A8" w:rsidRDefault="00734CE3">
            <w:r>
              <w:t>Promoter ∩ SFARI</w:t>
            </w:r>
          </w:p>
        </w:tc>
      </w:tr>
      <w:tr w:rsidR="00BA76A8" w14:paraId="5E20D500" w14:textId="77777777">
        <w:tc>
          <w:tcPr>
            <w:tcW w:w="4320" w:type="dxa"/>
          </w:tcPr>
          <w:p w14:paraId="1B1F243E" w14:textId="77777777" w:rsidR="00BA76A8" w:rsidRDefault="00734CE3">
            <w:r>
              <w:t>BCORL1</w:t>
            </w:r>
          </w:p>
        </w:tc>
        <w:tc>
          <w:tcPr>
            <w:tcW w:w="4320" w:type="dxa"/>
          </w:tcPr>
          <w:p w14:paraId="14BE2868" w14:textId="77777777" w:rsidR="00BA76A8" w:rsidRDefault="00734CE3">
            <w:r>
              <w:t>Promoter ∩ SFARI</w:t>
            </w:r>
          </w:p>
        </w:tc>
      </w:tr>
      <w:tr w:rsidR="00BA76A8" w14:paraId="069A8C08" w14:textId="77777777">
        <w:tc>
          <w:tcPr>
            <w:tcW w:w="4320" w:type="dxa"/>
          </w:tcPr>
          <w:p w14:paraId="2C985C2F" w14:textId="77777777" w:rsidR="00BA76A8" w:rsidRDefault="00734CE3">
            <w:r>
              <w:lastRenderedPageBreak/>
              <w:t>BST1</w:t>
            </w:r>
          </w:p>
        </w:tc>
        <w:tc>
          <w:tcPr>
            <w:tcW w:w="4320" w:type="dxa"/>
          </w:tcPr>
          <w:p w14:paraId="6C15423A" w14:textId="77777777" w:rsidR="00BA76A8" w:rsidRDefault="00734CE3">
            <w:r>
              <w:t>Promoter ∩ SFARI</w:t>
            </w:r>
          </w:p>
        </w:tc>
      </w:tr>
      <w:tr w:rsidR="00BA76A8" w14:paraId="3CF17358" w14:textId="77777777">
        <w:tc>
          <w:tcPr>
            <w:tcW w:w="4320" w:type="dxa"/>
          </w:tcPr>
          <w:p w14:paraId="71FAC42D" w14:textId="77777777" w:rsidR="00BA76A8" w:rsidRDefault="00734CE3">
            <w:r>
              <w:t>CACNA1B</w:t>
            </w:r>
          </w:p>
        </w:tc>
        <w:tc>
          <w:tcPr>
            <w:tcW w:w="4320" w:type="dxa"/>
          </w:tcPr>
          <w:p w14:paraId="3C44F82C" w14:textId="77777777" w:rsidR="00BA76A8" w:rsidRDefault="00734CE3">
            <w:r>
              <w:t>Promoter ∩ SFARI</w:t>
            </w:r>
          </w:p>
        </w:tc>
      </w:tr>
      <w:tr w:rsidR="00BA76A8" w14:paraId="5A0CC7E4" w14:textId="77777777">
        <w:tc>
          <w:tcPr>
            <w:tcW w:w="4320" w:type="dxa"/>
          </w:tcPr>
          <w:p w14:paraId="15E2DC20" w14:textId="77777777" w:rsidR="00BA76A8" w:rsidRDefault="00734CE3">
            <w:r>
              <w:t>CASK</w:t>
            </w:r>
          </w:p>
        </w:tc>
        <w:tc>
          <w:tcPr>
            <w:tcW w:w="4320" w:type="dxa"/>
          </w:tcPr>
          <w:p w14:paraId="3B237358" w14:textId="77777777" w:rsidR="00BA76A8" w:rsidRDefault="00734CE3">
            <w:r>
              <w:t>Promoter ∩ SFARI</w:t>
            </w:r>
          </w:p>
        </w:tc>
      </w:tr>
      <w:tr w:rsidR="00BA76A8" w14:paraId="61B2BF83" w14:textId="77777777">
        <w:tc>
          <w:tcPr>
            <w:tcW w:w="4320" w:type="dxa"/>
          </w:tcPr>
          <w:p w14:paraId="375D5643" w14:textId="77777777" w:rsidR="00BA76A8" w:rsidRDefault="00734CE3">
            <w:r>
              <w:t>CD99L2</w:t>
            </w:r>
          </w:p>
        </w:tc>
        <w:tc>
          <w:tcPr>
            <w:tcW w:w="4320" w:type="dxa"/>
          </w:tcPr>
          <w:p w14:paraId="12C3196A" w14:textId="77777777" w:rsidR="00BA76A8" w:rsidRDefault="00734CE3">
            <w:r>
              <w:t>Promoter ∩ SFARI</w:t>
            </w:r>
          </w:p>
        </w:tc>
      </w:tr>
      <w:tr w:rsidR="00BA76A8" w14:paraId="19A14A15" w14:textId="77777777">
        <w:tc>
          <w:tcPr>
            <w:tcW w:w="4320" w:type="dxa"/>
          </w:tcPr>
          <w:p w14:paraId="2169F3C9" w14:textId="77777777" w:rsidR="00BA76A8" w:rsidRDefault="00734CE3">
            <w:r>
              <w:t>CDKL5</w:t>
            </w:r>
          </w:p>
        </w:tc>
        <w:tc>
          <w:tcPr>
            <w:tcW w:w="4320" w:type="dxa"/>
          </w:tcPr>
          <w:p w14:paraId="78BA2EC6" w14:textId="77777777" w:rsidR="00BA76A8" w:rsidRDefault="00734CE3">
            <w:r>
              <w:t>Promoter ∩ SFARI</w:t>
            </w:r>
          </w:p>
        </w:tc>
      </w:tr>
      <w:tr w:rsidR="00BA76A8" w14:paraId="1EE0F8F6" w14:textId="77777777">
        <w:tc>
          <w:tcPr>
            <w:tcW w:w="4320" w:type="dxa"/>
          </w:tcPr>
          <w:p w14:paraId="5BA3CDAF" w14:textId="77777777" w:rsidR="00BA76A8" w:rsidRDefault="00734CE3">
            <w:r>
              <w:t>CHD3</w:t>
            </w:r>
          </w:p>
        </w:tc>
        <w:tc>
          <w:tcPr>
            <w:tcW w:w="4320" w:type="dxa"/>
          </w:tcPr>
          <w:p w14:paraId="3616AC69" w14:textId="77777777" w:rsidR="00BA76A8" w:rsidRDefault="00734CE3">
            <w:r>
              <w:t>Promoter ∩ SFARI</w:t>
            </w:r>
          </w:p>
        </w:tc>
      </w:tr>
      <w:tr w:rsidR="00BA76A8" w14:paraId="1BC2D1CD" w14:textId="77777777">
        <w:tc>
          <w:tcPr>
            <w:tcW w:w="4320" w:type="dxa"/>
          </w:tcPr>
          <w:p w14:paraId="37BBAD6A" w14:textId="77777777" w:rsidR="00BA76A8" w:rsidRDefault="00734CE3">
            <w:r>
              <w:t>CNKSR2</w:t>
            </w:r>
          </w:p>
        </w:tc>
        <w:tc>
          <w:tcPr>
            <w:tcW w:w="4320" w:type="dxa"/>
          </w:tcPr>
          <w:p w14:paraId="35F89041" w14:textId="77777777" w:rsidR="00BA76A8" w:rsidRDefault="00734CE3">
            <w:r>
              <w:t>Promoter ∩ SFARI</w:t>
            </w:r>
          </w:p>
        </w:tc>
      </w:tr>
      <w:tr w:rsidR="00BA76A8" w14:paraId="2143D645" w14:textId="77777777">
        <w:tc>
          <w:tcPr>
            <w:tcW w:w="4320" w:type="dxa"/>
          </w:tcPr>
          <w:p w14:paraId="1BF76431" w14:textId="77777777" w:rsidR="00BA76A8" w:rsidRDefault="00734CE3">
            <w:r>
              <w:t>COL12A1</w:t>
            </w:r>
          </w:p>
        </w:tc>
        <w:tc>
          <w:tcPr>
            <w:tcW w:w="4320" w:type="dxa"/>
          </w:tcPr>
          <w:p w14:paraId="7CCB608C" w14:textId="77777777" w:rsidR="00BA76A8" w:rsidRDefault="00734CE3">
            <w:r>
              <w:t>Promoter ∩ SFARI</w:t>
            </w:r>
          </w:p>
        </w:tc>
      </w:tr>
      <w:tr w:rsidR="00BA76A8" w14:paraId="69075FD3" w14:textId="77777777">
        <w:tc>
          <w:tcPr>
            <w:tcW w:w="4320" w:type="dxa"/>
          </w:tcPr>
          <w:p w14:paraId="427FCED6" w14:textId="77777777" w:rsidR="00BA76A8" w:rsidRDefault="00734CE3">
            <w:r>
              <w:t>FLNA</w:t>
            </w:r>
          </w:p>
        </w:tc>
        <w:tc>
          <w:tcPr>
            <w:tcW w:w="4320" w:type="dxa"/>
          </w:tcPr>
          <w:p w14:paraId="3C2EC34E" w14:textId="77777777" w:rsidR="00BA76A8" w:rsidRDefault="00734CE3">
            <w:r>
              <w:t>Promoter ∩ SFARI</w:t>
            </w:r>
          </w:p>
        </w:tc>
      </w:tr>
      <w:tr w:rsidR="00BA76A8" w14:paraId="1FF6A5D5" w14:textId="77777777">
        <w:tc>
          <w:tcPr>
            <w:tcW w:w="4320" w:type="dxa"/>
          </w:tcPr>
          <w:p w14:paraId="5AF40F59" w14:textId="77777777" w:rsidR="00BA76A8" w:rsidRDefault="00734CE3">
            <w:r>
              <w:t>FMR1</w:t>
            </w:r>
          </w:p>
        </w:tc>
        <w:tc>
          <w:tcPr>
            <w:tcW w:w="4320" w:type="dxa"/>
          </w:tcPr>
          <w:p w14:paraId="5FFDA02C" w14:textId="77777777" w:rsidR="00BA76A8" w:rsidRDefault="00734CE3">
            <w:r>
              <w:t>Promoter ∩ SFARI</w:t>
            </w:r>
          </w:p>
        </w:tc>
      </w:tr>
      <w:tr w:rsidR="00BA76A8" w14:paraId="1D6B92DD" w14:textId="77777777">
        <w:tc>
          <w:tcPr>
            <w:tcW w:w="4320" w:type="dxa"/>
          </w:tcPr>
          <w:p w14:paraId="54449ACB" w14:textId="77777777" w:rsidR="00BA76A8" w:rsidRDefault="00734CE3">
            <w:r>
              <w:t>GPC4</w:t>
            </w:r>
          </w:p>
        </w:tc>
        <w:tc>
          <w:tcPr>
            <w:tcW w:w="4320" w:type="dxa"/>
          </w:tcPr>
          <w:p w14:paraId="66F34359" w14:textId="77777777" w:rsidR="00BA76A8" w:rsidRDefault="00734CE3">
            <w:r>
              <w:t>Promoter ∩ SFARI</w:t>
            </w:r>
          </w:p>
        </w:tc>
      </w:tr>
      <w:tr w:rsidR="00BA76A8" w14:paraId="66A61F17" w14:textId="77777777">
        <w:tc>
          <w:tcPr>
            <w:tcW w:w="4320" w:type="dxa"/>
          </w:tcPr>
          <w:p w14:paraId="42EDE07B" w14:textId="77777777" w:rsidR="00BA76A8" w:rsidRDefault="00734CE3">
            <w:r>
              <w:t>GRID2IP</w:t>
            </w:r>
          </w:p>
        </w:tc>
        <w:tc>
          <w:tcPr>
            <w:tcW w:w="4320" w:type="dxa"/>
          </w:tcPr>
          <w:p w14:paraId="3AC9B15D" w14:textId="77777777" w:rsidR="00BA76A8" w:rsidRDefault="00734CE3">
            <w:r>
              <w:t>Promoter ∩ SFARI</w:t>
            </w:r>
          </w:p>
        </w:tc>
      </w:tr>
      <w:tr w:rsidR="00BA76A8" w14:paraId="33A813A4" w14:textId="77777777">
        <w:tc>
          <w:tcPr>
            <w:tcW w:w="4320" w:type="dxa"/>
          </w:tcPr>
          <w:p w14:paraId="0E039B30" w14:textId="77777777" w:rsidR="00BA76A8" w:rsidRDefault="00734CE3">
            <w:r>
              <w:t>HCFC1</w:t>
            </w:r>
          </w:p>
        </w:tc>
        <w:tc>
          <w:tcPr>
            <w:tcW w:w="4320" w:type="dxa"/>
          </w:tcPr>
          <w:p w14:paraId="3B652E25" w14:textId="77777777" w:rsidR="00BA76A8" w:rsidRDefault="00734CE3">
            <w:r>
              <w:t>Promoter ∩ SFARI</w:t>
            </w:r>
          </w:p>
        </w:tc>
      </w:tr>
      <w:tr w:rsidR="00BA76A8" w14:paraId="39B60F53" w14:textId="77777777">
        <w:tc>
          <w:tcPr>
            <w:tcW w:w="4320" w:type="dxa"/>
          </w:tcPr>
          <w:p w14:paraId="52063805" w14:textId="77777777" w:rsidR="00BA76A8" w:rsidRDefault="00734CE3">
            <w:r>
              <w:t>HUWE1</w:t>
            </w:r>
          </w:p>
        </w:tc>
        <w:tc>
          <w:tcPr>
            <w:tcW w:w="4320" w:type="dxa"/>
          </w:tcPr>
          <w:p w14:paraId="539FEF8E" w14:textId="77777777" w:rsidR="00BA76A8" w:rsidRDefault="00734CE3">
            <w:r>
              <w:t>Promoter ∩ SFARI</w:t>
            </w:r>
          </w:p>
        </w:tc>
      </w:tr>
      <w:tr w:rsidR="00BA76A8" w14:paraId="4F8BA286" w14:textId="77777777">
        <w:tc>
          <w:tcPr>
            <w:tcW w:w="4320" w:type="dxa"/>
          </w:tcPr>
          <w:p w14:paraId="1876BCD8" w14:textId="77777777" w:rsidR="00BA76A8" w:rsidRDefault="00734CE3">
            <w:r>
              <w:t>IKZF1</w:t>
            </w:r>
          </w:p>
        </w:tc>
        <w:tc>
          <w:tcPr>
            <w:tcW w:w="4320" w:type="dxa"/>
          </w:tcPr>
          <w:p w14:paraId="1E376E35" w14:textId="77777777" w:rsidR="00BA76A8" w:rsidRDefault="00734CE3">
            <w:r>
              <w:t>Promoter ∩ SFARI</w:t>
            </w:r>
          </w:p>
        </w:tc>
      </w:tr>
      <w:tr w:rsidR="00BA76A8" w14:paraId="17EAEE58" w14:textId="77777777">
        <w:tc>
          <w:tcPr>
            <w:tcW w:w="4320" w:type="dxa"/>
          </w:tcPr>
          <w:p w14:paraId="3AE6BC28" w14:textId="77777777" w:rsidR="00BA76A8" w:rsidRDefault="00734CE3">
            <w:r>
              <w:t>KIRREL3</w:t>
            </w:r>
          </w:p>
        </w:tc>
        <w:tc>
          <w:tcPr>
            <w:tcW w:w="4320" w:type="dxa"/>
          </w:tcPr>
          <w:p w14:paraId="40CD1D54" w14:textId="77777777" w:rsidR="00BA76A8" w:rsidRDefault="00734CE3">
            <w:r>
              <w:t>Promoter ∩ SFARI</w:t>
            </w:r>
          </w:p>
        </w:tc>
      </w:tr>
      <w:tr w:rsidR="00BA76A8" w14:paraId="45C22492" w14:textId="77777777">
        <w:tc>
          <w:tcPr>
            <w:tcW w:w="4320" w:type="dxa"/>
          </w:tcPr>
          <w:p w14:paraId="2AC65CBE" w14:textId="77777777" w:rsidR="00BA76A8" w:rsidRDefault="00734CE3">
            <w:r>
              <w:t>MAOA</w:t>
            </w:r>
          </w:p>
        </w:tc>
        <w:tc>
          <w:tcPr>
            <w:tcW w:w="4320" w:type="dxa"/>
          </w:tcPr>
          <w:p w14:paraId="16E0B666" w14:textId="77777777" w:rsidR="00BA76A8" w:rsidRDefault="00734CE3">
            <w:r>
              <w:t>Promoter ∩ SFARI</w:t>
            </w:r>
          </w:p>
        </w:tc>
      </w:tr>
      <w:tr w:rsidR="00BA76A8" w14:paraId="4FBBFB6D" w14:textId="77777777">
        <w:tc>
          <w:tcPr>
            <w:tcW w:w="4320" w:type="dxa"/>
          </w:tcPr>
          <w:p w14:paraId="4401D3C0" w14:textId="77777777" w:rsidR="00BA76A8" w:rsidRDefault="00734CE3">
            <w:r>
              <w:t>MAOB</w:t>
            </w:r>
          </w:p>
        </w:tc>
        <w:tc>
          <w:tcPr>
            <w:tcW w:w="4320" w:type="dxa"/>
          </w:tcPr>
          <w:p w14:paraId="15253702" w14:textId="77777777" w:rsidR="00BA76A8" w:rsidRDefault="00734CE3">
            <w:r>
              <w:t>Promoter ∩ SFARI</w:t>
            </w:r>
          </w:p>
        </w:tc>
      </w:tr>
      <w:tr w:rsidR="00BA76A8" w14:paraId="46DAB439" w14:textId="77777777">
        <w:tc>
          <w:tcPr>
            <w:tcW w:w="4320" w:type="dxa"/>
          </w:tcPr>
          <w:p w14:paraId="79A96B2C" w14:textId="77777777" w:rsidR="00BA76A8" w:rsidRDefault="00734CE3">
            <w:r>
              <w:t>MBD1</w:t>
            </w:r>
          </w:p>
        </w:tc>
        <w:tc>
          <w:tcPr>
            <w:tcW w:w="4320" w:type="dxa"/>
          </w:tcPr>
          <w:p w14:paraId="73816A5F" w14:textId="77777777" w:rsidR="00BA76A8" w:rsidRDefault="00734CE3">
            <w:r>
              <w:t>Promoter ∩ SFARI</w:t>
            </w:r>
          </w:p>
        </w:tc>
      </w:tr>
      <w:tr w:rsidR="00BA76A8" w14:paraId="02D17AAF" w14:textId="77777777">
        <w:tc>
          <w:tcPr>
            <w:tcW w:w="4320" w:type="dxa"/>
          </w:tcPr>
          <w:p w14:paraId="4F40D655" w14:textId="77777777" w:rsidR="00BA76A8" w:rsidRDefault="00734CE3">
            <w:r>
              <w:t>MECP2</w:t>
            </w:r>
          </w:p>
        </w:tc>
        <w:tc>
          <w:tcPr>
            <w:tcW w:w="4320" w:type="dxa"/>
          </w:tcPr>
          <w:p w14:paraId="056B5CBD" w14:textId="77777777" w:rsidR="00BA76A8" w:rsidRDefault="00734CE3">
            <w:r>
              <w:t>Promoter ∩ SFARI</w:t>
            </w:r>
          </w:p>
        </w:tc>
      </w:tr>
      <w:tr w:rsidR="00BA76A8" w14:paraId="34449C67" w14:textId="77777777">
        <w:tc>
          <w:tcPr>
            <w:tcW w:w="4320" w:type="dxa"/>
          </w:tcPr>
          <w:p w14:paraId="395C2BA5" w14:textId="77777777" w:rsidR="00BA76A8" w:rsidRDefault="00734CE3">
            <w:r>
              <w:t>MSL3</w:t>
            </w:r>
          </w:p>
        </w:tc>
        <w:tc>
          <w:tcPr>
            <w:tcW w:w="4320" w:type="dxa"/>
          </w:tcPr>
          <w:p w14:paraId="200328E5" w14:textId="77777777" w:rsidR="00BA76A8" w:rsidRDefault="00734CE3">
            <w:r>
              <w:t>Promoter ∩ SFARI</w:t>
            </w:r>
          </w:p>
        </w:tc>
      </w:tr>
      <w:tr w:rsidR="00BA76A8" w14:paraId="12F45D86" w14:textId="77777777">
        <w:tc>
          <w:tcPr>
            <w:tcW w:w="4320" w:type="dxa"/>
          </w:tcPr>
          <w:p w14:paraId="4730F2A2" w14:textId="77777777" w:rsidR="00BA76A8" w:rsidRDefault="00734CE3">
            <w:r>
              <w:t>NAA10</w:t>
            </w:r>
          </w:p>
        </w:tc>
        <w:tc>
          <w:tcPr>
            <w:tcW w:w="4320" w:type="dxa"/>
          </w:tcPr>
          <w:p w14:paraId="3BD91B2D" w14:textId="77777777" w:rsidR="00BA76A8" w:rsidRDefault="00734CE3">
            <w:r>
              <w:t>Promoter ∩ SFARI</w:t>
            </w:r>
          </w:p>
        </w:tc>
      </w:tr>
      <w:tr w:rsidR="00BA76A8" w14:paraId="48AC5561" w14:textId="77777777">
        <w:tc>
          <w:tcPr>
            <w:tcW w:w="4320" w:type="dxa"/>
          </w:tcPr>
          <w:p w14:paraId="43B49ECB" w14:textId="77777777" w:rsidR="00BA76A8" w:rsidRDefault="00734CE3">
            <w:r>
              <w:t>NEXMIF</w:t>
            </w:r>
          </w:p>
        </w:tc>
        <w:tc>
          <w:tcPr>
            <w:tcW w:w="4320" w:type="dxa"/>
          </w:tcPr>
          <w:p w14:paraId="033CA5AB" w14:textId="77777777" w:rsidR="00BA76A8" w:rsidRDefault="00734CE3">
            <w:r>
              <w:t>Promoter ∩ SFARI</w:t>
            </w:r>
          </w:p>
        </w:tc>
      </w:tr>
      <w:tr w:rsidR="00BA76A8" w14:paraId="7375C04D" w14:textId="77777777">
        <w:tc>
          <w:tcPr>
            <w:tcW w:w="4320" w:type="dxa"/>
          </w:tcPr>
          <w:p w14:paraId="1654564A" w14:textId="77777777" w:rsidR="00BA76A8" w:rsidRDefault="00734CE3">
            <w:r>
              <w:t>NPFFR2</w:t>
            </w:r>
          </w:p>
        </w:tc>
        <w:tc>
          <w:tcPr>
            <w:tcW w:w="4320" w:type="dxa"/>
          </w:tcPr>
          <w:p w14:paraId="3C7F1C84" w14:textId="77777777" w:rsidR="00BA76A8" w:rsidRDefault="00734CE3">
            <w:r>
              <w:t>Promoter ∩ SFARI</w:t>
            </w:r>
          </w:p>
        </w:tc>
      </w:tr>
      <w:tr w:rsidR="00BA76A8" w14:paraId="70EF33CE" w14:textId="77777777">
        <w:tc>
          <w:tcPr>
            <w:tcW w:w="4320" w:type="dxa"/>
          </w:tcPr>
          <w:p w14:paraId="075F4DB3" w14:textId="77777777" w:rsidR="00BA76A8" w:rsidRDefault="00734CE3">
            <w:r>
              <w:t>NSD1</w:t>
            </w:r>
          </w:p>
        </w:tc>
        <w:tc>
          <w:tcPr>
            <w:tcW w:w="4320" w:type="dxa"/>
          </w:tcPr>
          <w:p w14:paraId="6E348C17" w14:textId="77777777" w:rsidR="00BA76A8" w:rsidRDefault="00734CE3">
            <w:r>
              <w:t>Promoter ∩ SFARI</w:t>
            </w:r>
          </w:p>
        </w:tc>
      </w:tr>
      <w:tr w:rsidR="00BA76A8" w14:paraId="373A57A9" w14:textId="77777777">
        <w:tc>
          <w:tcPr>
            <w:tcW w:w="4320" w:type="dxa"/>
          </w:tcPr>
          <w:p w14:paraId="23A363F1" w14:textId="77777777" w:rsidR="00BA76A8" w:rsidRDefault="00734CE3">
            <w:r>
              <w:t>NTRK2</w:t>
            </w:r>
          </w:p>
        </w:tc>
        <w:tc>
          <w:tcPr>
            <w:tcW w:w="4320" w:type="dxa"/>
          </w:tcPr>
          <w:p w14:paraId="4E3DE300" w14:textId="77777777" w:rsidR="00BA76A8" w:rsidRDefault="00734CE3">
            <w:r>
              <w:t>Promoter ∩ SFARI</w:t>
            </w:r>
          </w:p>
        </w:tc>
      </w:tr>
      <w:tr w:rsidR="00BA76A8" w14:paraId="5ACE4A40" w14:textId="77777777">
        <w:tc>
          <w:tcPr>
            <w:tcW w:w="4320" w:type="dxa"/>
          </w:tcPr>
          <w:p w14:paraId="5441AE02" w14:textId="77777777" w:rsidR="00BA76A8" w:rsidRDefault="00734CE3">
            <w:r>
              <w:t>PCDH19</w:t>
            </w:r>
          </w:p>
        </w:tc>
        <w:tc>
          <w:tcPr>
            <w:tcW w:w="4320" w:type="dxa"/>
          </w:tcPr>
          <w:p w14:paraId="76BD64BB" w14:textId="77777777" w:rsidR="00BA76A8" w:rsidRDefault="00734CE3">
            <w:r>
              <w:t>Promoter ∩ SFARI</w:t>
            </w:r>
          </w:p>
        </w:tc>
      </w:tr>
      <w:tr w:rsidR="00BA76A8" w14:paraId="748D552F" w14:textId="77777777">
        <w:tc>
          <w:tcPr>
            <w:tcW w:w="4320" w:type="dxa"/>
          </w:tcPr>
          <w:p w14:paraId="37035DE1" w14:textId="77777777" w:rsidR="00BA76A8" w:rsidRDefault="00734CE3">
            <w:r>
              <w:t>PCDHA2</w:t>
            </w:r>
          </w:p>
        </w:tc>
        <w:tc>
          <w:tcPr>
            <w:tcW w:w="4320" w:type="dxa"/>
          </w:tcPr>
          <w:p w14:paraId="17355868" w14:textId="77777777" w:rsidR="00BA76A8" w:rsidRDefault="00734CE3">
            <w:r>
              <w:t>Promoter ∩ SFARI</w:t>
            </w:r>
          </w:p>
        </w:tc>
      </w:tr>
      <w:tr w:rsidR="00BA76A8" w14:paraId="469C67E6" w14:textId="77777777">
        <w:tc>
          <w:tcPr>
            <w:tcW w:w="4320" w:type="dxa"/>
          </w:tcPr>
          <w:p w14:paraId="6D09F03F" w14:textId="77777777" w:rsidR="00BA76A8" w:rsidRDefault="00734CE3">
            <w:r>
              <w:t>PCDHA5</w:t>
            </w:r>
          </w:p>
        </w:tc>
        <w:tc>
          <w:tcPr>
            <w:tcW w:w="4320" w:type="dxa"/>
          </w:tcPr>
          <w:p w14:paraId="31528A9D" w14:textId="77777777" w:rsidR="00BA76A8" w:rsidRDefault="00734CE3">
            <w:r>
              <w:t>Promoter ∩ SFARI</w:t>
            </w:r>
          </w:p>
        </w:tc>
      </w:tr>
      <w:tr w:rsidR="00BA76A8" w14:paraId="38CA010E" w14:textId="77777777">
        <w:tc>
          <w:tcPr>
            <w:tcW w:w="4320" w:type="dxa"/>
          </w:tcPr>
          <w:p w14:paraId="794ACB9A" w14:textId="77777777" w:rsidR="00BA76A8" w:rsidRDefault="00734CE3">
            <w:r>
              <w:t>PDHA1</w:t>
            </w:r>
          </w:p>
        </w:tc>
        <w:tc>
          <w:tcPr>
            <w:tcW w:w="4320" w:type="dxa"/>
          </w:tcPr>
          <w:p w14:paraId="4571C61C" w14:textId="77777777" w:rsidR="00BA76A8" w:rsidRDefault="00734CE3">
            <w:r>
              <w:t>Promoter ∩ SFARI</w:t>
            </w:r>
          </w:p>
        </w:tc>
      </w:tr>
      <w:tr w:rsidR="00BA76A8" w14:paraId="27EFE8B8" w14:textId="77777777">
        <w:tc>
          <w:tcPr>
            <w:tcW w:w="4320" w:type="dxa"/>
          </w:tcPr>
          <w:p w14:paraId="38974A9B" w14:textId="77777777" w:rsidR="00BA76A8" w:rsidRDefault="00734CE3">
            <w:r>
              <w:t>PIK3CG</w:t>
            </w:r>
          </w:p>
        </w:tc>
        <w:tc>
          <w:tcPr>
            <w:tcW w:w="4320" w:type="dxa"/>
          </w:tcPr>
          <w:p w14:paraId="1F15F1F4" w14:textId="77777777" w:rsidR="00BA76A8" w:rsidRDefault="00734CE3">
            <w:r>
              <w:t>Promoter ∩ SFARI</w:t>
            </w:r>
          </w:p>
        </w:tc>
      </w:tr>
      <w:tr w:rsidR="00BA76A8" w14:paraId="4BDC710F" w14:textId="77777777">
        <w:tc>
          <w:tcPr>
            <w:tcW w:w="4320" w:type="dxa"/>
          </w:tcPr>
          <w:p w14:paraId="39BFB4D5" w14:textId="77777777" w:rsidR="00BA76A8" w:rsidRDefault="00734CE3">
            <w:r>
              <w:t>PLXNA3</w:t>
            </w:r>
          </w:p>
        </w:tc>
        <w:tc>
          <w:tcPr>
            <w:tcW w:w="4320" w:type="dxa"/>
          </w:tcPr>
          <w:p w14:paraId="0A892EFE" w14:textId="77777777" w:rsidR="00BA76A8" w:rsidRDefault="00734CE3">
            <w:r>
              <w:t>Promoter ∩ SFARI</w:t>
            </w:r>
          </w:p>
        </w:tc>
      </w:tr>
      <w:tr w:rsidR="00BA76A8" w14:paraId="6B4544D4" w14:textId="77777777">
        <w:tc>
          <w:tcPr>
            <w:tcW w:w="4320" w:type="dxa"/>
          </w:tcPr>
          <w:p w14:paraId="62EA1B6C" w14:textId="77777777" w:rsidR="00BA76A8" w:rsidRDefault="00734CE3">
            <w:r>
              <w:t>PTCHD1</w:t>
            </w:r>
          </w:p>
        </w:tc>
        <w:tc>
          <w:tcPr>
            <w:tcW w:w="4320" w:type="dxa"/>
          </w:tcPr>
          <w:p w14:paraId="4A2AE94E" w14:textId="77777777" w:rsidR="00BA76A8" w:rsidRDefault="00734CE3">
            <w:r>
              <w:t>Promoter ∩ SFARI</w:t>
            </w:r>
          </w:p>
        </w:tc>
      </w:tr>
      <w:tr w:rsidR="00BA76A8" w14:paraId="32A2B9F3" w14:textId="77777777">
        <w:tc>
          <w:tcPr>
            <w:tcW w:w="4320" w:type="dxa"/>
          </w:tcPr>
          <w:p w14:paraId="5B6E5DA5" w14:textId="77777777" w:rsidR="00BA76A8" w:rsidRDefault="00734CE3">
            <w:r>
              <w:t>RAB39B</w:t>
            </w:r>
          </w:p>
        </w:tc>
        <w:tc>
          <w:tcPr>
            <w:tcW w:w="4320" w:type="dxa"/>
          </w:tcPr>
          <w:p w14:paraId="340B5AAF" w14:textId="77777777" w:rsidR="00BA76A8" w:rsidRDefault="00734CE3">
            <w:r>
              <w:t>Promoter ∩ SFARI</w:t>
            </w:r>
          </w:p>
        </w:tc>
      </w:tr>
      <w:tr w:rsidR="00BA76A8" w14:paraId="3357F7A6" w14:textId="77777777">
        <w:tc>
          <w:tcPr>
            <w:tcW w:w="4320" w:type="dxa"/>
          </w:tcPr>
          <w:p w14:paraId="27C478F8" w14:textId="77777777" w:rsidR="00BA76A8" w:rsidRDefault="00734CE3">
            <w:r>
              <w:t>RLIM</w:t>
            </w:r>
          </w:p>
        </w:tc>
        <w:tc>
          <w:tcPr>
            <w:tcW w:w="4320" w:type="dxa"/>
          </w:tcPr>
          <w:p w14:paraId="376185D4" w14:textId="77777777" w:rsidR="00BA76A8" w:rsidRDefault="00734CE3">
            <w:r>
              <w:t>Promoter ∩ SFARI</w:t>
            </w:r>
          </w:p>
        </w:tc>
      </w:tr>
      <w:tr w:rsidR="00BA76A8" w14:paraId="56C997F7" w14:textId="77777777">
        <w:tc>
          <w:tcPr>
            <w:tcW w:w="4320" w:type="dxa"/>
          </w:tcPr>
          <w:p w14:paraId="50C468C8" w14:textId="77777777" w:rsidR="00BA76A8" w:rsidRDefault="00734CE3">
            <w:r>
              <w:t>RPS6KA3</w:t>
            </w:r>
          </w:p>
        </w:tc>
        <w:tc>
          <w:tcPr>
            <w:tcW w:w="4320" w:type="dxa"/>
          </w:tcPr>
          <w:p w14:paraId="19F49374" w14:textId="77777777" w:rsidR="00BA76A8" w:rsidRDefault="00734CE3">
            <w:r>
              <w:t>Promoter ∩ SFARI</w:t>
            </w:r>
          </w:p>
        </w:tc>
      </w:tr>
      <w:tr w:rsidR="00BA76A8" w14:paraId="438074B2" w14:textId="77777777">
        <w:tc>
          <w:tcPr>
            <w:tcW w:w="4320" w:type="dxa"/>
          </w:tcPr>
          <w:p w14:paraId="0ED7BBDF" w14:textId="77777777" w:rsidR="00BA76A8" w:rsidRDefault="00734CE3">
            <w:r>
              <w:t>SKI</w:t>
            </w:r>
          </w:p>
        </w:tc>
        <w:tc>
          <w:tcPr>
            <w:tcW w:w="4320" w:type="dxa"/>
          </w:tcPr>
          <w:p w14:paraId="054F0506" w14:textId="77777777" w:rsidR="00BA76A8" w:rsidRDefault="00734CE3">
            <w:r>
              <w:t>Promoter ∩ SFARI</w:t>
            </w:r>
          </w:p>
        </w:tc>
      </w:tr>
      <w:tr w:rsidR="00BA76A8" w14:paraId="7D6C8C0C" w14:textId="77777777">
        <w:tc>
          <w:tcPr>
            <w:tcW w:w="4320" w:type="dxa"/>
          </w:tcPr>
          <w:p w14:paraId="3209AF60" w14:textId="77777777" w:rsidR="00BA76A8" w:rsidRDefault="00734CE3">
            <w:r>
              <w:t>SLC1A2</w:t>
            </w:r>
          </w:p>
        </w:tc>
        <w:tc>
          <w:tcPr>
            <w:tcW w:w="4320" w:type="dxa"/>
          </w:tcPr>
          <w:p w14:paraId="3899C021" w14:textId="77777777" w:rsidR="00BA76A8" w:rsidRDefault="00734CE3">
            <w:r>
              <w:t>Promoter ∩ SFARI</w:t>
            </w:r>
          </w:p>
        </w:tc>
      </w:tr>
      <w:tr w:rsidR="00BA76A8" w14:paraId="502D6738" w14:textId="77777777">
        <w:tc>
          <w:tcPr>
            <w:tcW w:w="4320" w:type="dxa"/>
          </w:tcPr>
          <w:p w14:paraId="4845B54D" w14:textId="77777777" w:rsidR="00BA76A8" w:rsidRDefault="00734CE3">
            <w:r>
              <w:t>SLC6A8</w:t>
            </w:r>
          </w:p>
        </w:tc>
        <w:tc>
          <w:tcPr>
            <w:tcW w:w="4320" w:type="dxa"/>
          </w:tcPr>
          <w:p w14:paraId="35491813" w14:textId="77777777" w:rsidR="00BA76A8" w:rsidRDefault="00734CE3">
            <w:r>
              <w:t>Promoter ∩ SFARI</w:t>
            </w:r>
          </w:p>
        </w:tc>
      </w:tr>
      <w:tr w:rsidR="00BA76A8" w14:paraId="2A0C07EF" w14:textId="77777777">
        <w:tc>
          <w:tcPr>
            <w:tcW w:w="4320" w:type="dxa"/>
          </w:tcPr>
          <w:p w14:paraId="78DDB2C5" w14:textId="77777777" w:rsidR="00BA76A8" w:rsidRDefault="00734CE3">
            <w:r>
              <w:t>SLC9A6</w:t>
            </w:r>
          </w:p>
        </w:tc>
        <w:tc>
          <w:tcPr>
            <w:tcW w:w="4320" w:type="dxa"/>
          </w:tcPr>
          <w:p w14:paraId="6C203131" w14:textId="77777777" w:rsidR="00BA76A8" w:rsidRDefault="00734CE3">
            <w:r>
              <w:t>Promoter ∩ SFARI</w:t>
            </w:r>
          </w:p>
        </w:tc>
      </w:tr>
      <w:tr w:rsidR="00BA76A8" w14:paraId="1FC297D7" w14:textId="77777777">
        <w:tc>
          <w:tcPr>
            <w:tcW w:w="4320" w:type="dxa"/>
          </w:tcPr>
          <w:p w14:paraId="2A991B4A" w14:textId="77777777" w:rsidR="00BA76A8" w:rsidRDefault="00734CE3">
            <w:r>
              <w:t>SLITRK2</w:t>
            </w:r>
          </w:p>
        </w:tc>
        <w:tc>
          <w:tcPr>
            <w:tcW w:w="4320" w:type="dxa"/>
          </w:tcPr>
          <w:p w14:paraId="4EB8B9F4" w14:textId="77777777" w:rsidR="00BA76A8" w:rsidRDefault="00734CE3">
            <w:r>
              <w:t>Promoter ∩ SFARI</w:t>
            </w:r>
          </w:p>
        </w:tc>
      </w:tr>
      <w:tr w:rsidR="00BA76A8" w14:paraId="678B7C51" w14:textId="77777777">
        <w:tc>
          <w:tcPr>
            <w:tcW w:w="4320" w:type="dxa"/>
          </w:tcPr>
          <w:p w14:paraId="0747D08D" w14:textId="77777777" w:rsidR="00BA76A8" w:rsidRDefault="00734CE3">
            <w:r>
              <w:t>SMARCA1</w:t>
            </w:r>
          </w:p>
        </w:tc>
        <w:tc>
          <w:tcPr>
            <w:tcW w:w="4320" w:type="dxa"/>
          </w:tcPr>
          <w:p w14:paraId="69186299" w14:textId="77777777" w:rsidR="00BA76A8" w:rsidRDefault="00734CE3">
            <w:r>
              <w:t>Promoter ∩ SFARI</w:t>
            </w:r>
          </w:p>
        </w:tc>
      </w:tr>
      <w:tr w:rsidR="00BA76A8" w14:paraId="3C0AFB81" w14:textId="77777777">
        <w:tc>
          <w:tcPr>
            <w:tcW w:w="4320" w:type="dxa"/>
          </w:tcPr>
          <w:p w14:paraId="6D2D2F7A" w14:textId="77777777" w:rsidR="00BA76A8" w:rsidRDefault="00734CE3">
            <w:r>
              <w:t>SYCE1</w:t>
            </w:r>
          </w:p>
        </w:tc>
        <w:tc>
          <w:tcPr>
            <w:tcW w:w="4320" w:type="dxa"/>
          </w:tcPr>
          <w:p w14:paraId="7983456A" w14:textId="77777777" w:rsidR="00BA76A8" w:rsidRDefault="00734CE3">
            <w:r>
              <w:t>Promoter ∩ SFARI</w:t>
            </w:r>
          </w:p>
        </w:tc>
      </w:tr>
      <w:tr w:rsidR="00BA76A8" w14:paraId="3D132D22" w14:textId="77777777">
        <w:tc>
          <w:tcPr>
            <w:tcW w:w="4320" w:type="dxa"/>
          </w:tcPr>
          <w:p w14:paraId="0C5F516B" w14:textId="77777777" w:rsidR="00BA76A8" w:rsidRDefault="00734CE3">
            <w:r>
              <w:t>SYN1</w:t>
            </w:r>
          </w:p>
        </w:tc>
        <w:tc>
          <w:tcPr>
            <w:tcW w:w="4320" w:type="dxa"/>
          </w:tcPr>
          <w:p w14:paraId="3FC32946" w14:textId="77777777" w:rsidR="00BA76A8" w:rsidRDefault="00734CE3">
            <w:r>
              <w:t>Promoter ∩ SFARI</w:t>
            </w:r>
          </w:p>
        </w:tc>
      </w:tr>
      <w:tr w:rsidR="00BA76A8" w14:paraId="5D4B07FD" w14:textId="77777777">
        <w:tc>
          <w:tcPr>
            <w:tcW w:w="4320" w:type="dxa"/>
          </w:tcPr>
          <w:p w14:paraId="23B74EDD" w14:textId="77777777" w:rsidR="00BA76A8" w:rsidRDefault="00734CE3">
            <w:r>
              <w:t>SYP</w:t>
            </w:r>
          </w:p>
        </w:tc>
        <w:tc>
          <w:tcPr>
            <w:tcW w:w="4320" w:type="dxa"/>
          </w:tcPr>
          <w:p w14:paraId="4A594223" w14:textId="77777777" w:rsidR="00BA76A8" w:rsidRDefault="00734CE3">
            <w:r>
              <w:t>Promoter ∩ SFARI</w:t>
            </w:r>
          </w:p>
        </w:tc>
      </w:tr>
      <w:tr w:rsidR="00BA76A8" w14:paraId="71255BC8" w14:textId="77777777">
        <w:tc>
          <w:tcPr>
            <w:tcW w:w="4320" w:type="dxa"/>
          </w:tcPr>
          <w:p w14:paraId="227E557F" w14:textId="77777777" w:rsidR="00BA76A8" w:rsidRDefault="00734CE3">
            <w:r>
              <w:t>TAF1</w:t>
            </w:r>
          </w:p>
        </w:tc>
        <w:tc>
          <w:tcPr>
            <w:tcW w:w="4320" w:type="dxa"/>
          </w:tcPr>
          <w:p w14:paraId="63A2A1C8" w14:textId="77777777" w:rsidR="00BA76A8" w:rsidRDefault="00734CE3">
            <w:r>
              <w:t>Promoter ∩ SFARI</w:t>
            </w:r>
          </w:p>
        </w:tc>
      </w:tr>
      <w:tr w:rsidR="00BA76A8" w14:paraId="48992213" w14:textId="77777777">
        <w:tc>
          <w:tcPr>
            <w:tcW w:w="4320" w:type="dxa"/>
          </w:tcPr>
          <w:p w14:paraId="413EF799" w14:textId="77777777" w:rsidR="00BA76A8" w:rsidRDefault="00734CE3">
            <w:r>
              <w:t>TFE3</w:t>
            </w:r>
          </w:p>
        </w:tc>
        <w:tc>
          <w:tcPr>
            <w:tcW w:w="4320" w:type="dxa"/>
          </w:tcPr>
          <w:p w14:paraId="27AD90CF" w14:textId="77777777" w:rsidR="00BA76A8" w:rsidRDefault="00734CE3">
            <w:r>
              <w:t>Promoter ∩ SFARI</w:t>
            </w:r>
          </w:p>
        </w:tc>
      </w:tr>
      <w:tr w:rsidR="00BA76A8" w14:paraId="7096C3B7" w14:textId="77777777">
        <w:tc>
          <w:tcPr>
            <w:tcW w:w="4320" w:type="dxa"/>
          </w:tcPr>
          <w:p w14:paraId="35BD1AAE" w14:textId="77777777" w:rsidR="00BA76A8" w:rsidRDefault="00734CE3">
            <w:r>
              <w:t>TMLHE</w:t>
            </w:r>
          </w:p>
        </w:tc>
        <w:tc>
          <w:tcPr>
            <w:tcW w:w="4320" w:type="dxa"/>
          </w:tcPr>
          <w:p w14:paraId="32B54EA4" w14:textId="77777777" w:rsidR="00BA76A8" w:rsidRDefault="00734CE3">
            <w:r>
              <w:t>Promoter ∩ SFARI</w:t>
            </w:r>
          </w:p>
        </w:tc>
      </w:tr>
      <w:tr w:rsidR="00BA76A8" w14:paraId="7432A53D" w14:textId="77777777">
        <w:tc>
          <w:tcPr>
            <w:tcW w:w="4320" w:type="dxa"/>
          </w:tcPr>
          <w:p w14:paraId="62DF3106" w14:textId="77777777" w:rsidR="00BA76A8" w:rsidRDefault="00734CE3">
            <w:r>
              <w:t>TSPYL2</w:t>
            </w:r>
          </w:p>
        </w:tc>
        <w:tc>
          <w:tcPr>
            <w:tcW w:w="4320" w:type="dxa"/>
          </w:tcPr>
          <w:p w14:paraId="2768A29A" w14:textId="77777777" w:rsidR="00BA76A8" w:rsidRDefault="00734CE3">
            <w:r>
              <w:t>Promoter ∩ SFARI</w:t>
            </w:r>
          </w:p>
        </w:tc>
      </w:tr>
      <w:tr w:rsidR="00BA76A8" w14:paraId="6D819CEB" w14:textId="77777777">
        <w:tc>
          <w:tcPr>
            <w:tcW w:w="4320" w:type="dxa"/>
          </w:tcPr>
          <w:p w14:paraId="55FA174F" w14:textId="77777777" w:rsidR="00BA76A8" w:rsidRDefault="00734CE3">
            <w:r>
              <w:lastRenderedPageBreak/>
              <w:t>U2AF2</w:t>
            </w:r>
          </w:p>
        </w:tc>
        <w:tc>
          <w:tcPr>
            <w:tcW w:w="4320" w:type="dxa"/>
          </w:tcPr>
          <w:p w14:paraId="765D1F2B" w14:textId="77777777" w:rsidR="00BA76A8" w:rsidRDefault="00734CE3">
            <w:r>
              <w:t>Promoter ∩ SFARI</w:t>
            </w:r>
          </w:p>
        </w:tc>
      </w:tr>
      <w:tr w:rsidR="00BA76A8" w14:paraId="20CE8AE9" w14:textId="77777777">
        <w:tc>
          <w:tcPr>
            <w:tcW w:w="4320" w:type="dxa"/>
          </w:tcPr>
          <w:p w14:paraId="206DDD95" w14:textId="77777777" w:rsidR="00BA76A8" w:rsidRDefault="00734CE3">
            <w:r>
              <w:t>USP27X</w:t>
            </w:r>
          </w:p>
        </w:tc>
        <w:tc>
          <w:tcPr>
            <w:tcW w:w="4320" w:type="dxa"/>
          </w:tcPr>
          <w:p w14:paraId="31DA5A7F" w14:textId="77777777" w:rsidR="00BA76A8" w:rsidRDefault="00734CE3">
            <w:r>
              <w:t>Promoter ∩ SFARI</w:t>
            </w:r>
          </w:p>
        </w:tc>
      </w:tr>
      <w:tr w:rsidR="00BA76A8" w14:paraId="7DCD86F2" w14:textId="77777777">
        <w:tc>
          <w:tcPr>
            <w:tcW w:w="4320" w:type="dxa"/>
          </w:tcPr>
          <w:p w14:paraId="2EB3DF24" w14:textId="77777777" w:rsidR="00BA76A8" w:rsidRDefault="00734CE3">
            <w:r>
              <w:t>WNK3</w:t>
            </w:r>
          </w:p>
        </w:tc>
        <w:tc>
          <w:tcPr>
            <w:tcW w:w="4320" w:type="dxa"/>
          </w:tcPr>
          <w:p w14:paraId="45844165" w14:textId="77777777" w:rsidR="00BA76A8" w:rsidRDefault="00734CE3">
            <w:r>
              <w:t>Promoter ∩ SFARI</w:t>
            </w:r>
          </w:p>
        </w:tc>
      </w:tr>
      <w:tr w:rsidR="00BA76A8" w14:paraId="245388B7" w14:textId="77777777">
        <w:tc>
          <w:tcPr>
            <w:tcW w:w="4320" w:type="dxa"/>
          </w:tcPr>
          <w:p w14:paraId="50BEE826" w14:textId="77777777" w:rsidR="00BA76A8" w:rsidRDefault="00734CE3">
            <w:r>
              <w:t>ZNF536</w:t>
            </w:r>
          </w:p>
        </w:tc>
        <w:tc>
          <w:tcPr>
            <w:tcW w:w="4320" w:type="dxa"/>
          </w:tcPr>
          <w:p w14:paraId="46DCEBEC" w14:textId="77777777" w:rsidR="00BA76A8" w:rsidRDefault="00734CE3">
            <w:r>
              <w:t>Promoter ∩ SFARI</w:t>
            </w:r>
          </w:p>
        </w:tc>
      </w:tr>
      <w:tr w:rsidR="00BA76A8" w14:paraId="76750EF5" w14:textId="77777777">
        <w:tc>
          <w:tcPr>
            <w:tcW w:w="4320" w:type="dxa"/>
          </w:tcPr>
          <w:p w14:paraId="33B08F00" w14:textId="77777777" w:rsidR="00BA76A8" w:rsidRDefault="00734CE3">
            <w:r>
              <w:t>ZNF711</w:t>
            </w:r>
          </w:p>
        </w:tc>
        <w:tc>
          <w:tcPr>
            <w:tcW w:w="4320" w:type="dxa"/>
          </w:tcPr>
          <w:p w14:paraId="176AC786" w14:textId="77777777" w:rsidR="00BA76A8" w:rsidRDefault="00734CE3">
            <w:r>
              <w:t>Promoter ∩ SFARI</w:t>
            </w:r>
          </w:p>
        </w:tc>
      </w:tr>
      <w:tr w:rsidR="00BA76A8" w14:paraId="0EBA0FC5" w14:textId="77777777">
        <w:tc>
          <w:tcPr>
            <w:tcW w:w="4320" w:type="dxa"/>
          </w:tcPr>
          <w:p w14:paraId="03CBBE73" w14:textId="77777777" w:rsidR="00BA76A8" w:rsidRDefault="00734CE3">
            <w:r>
              <w:t>ZNF865</w:t>
            </w:r>
          </w:p>
        </w:tc>
        <w:tc>
          <w:tcPr>
            <w:tcW w:w="4320" w:type="dxa"/>
          </w:tcPr>
          <w:p w14:paraId="3A55F58E" w14:textId="77777777" w:rsidR="00BA76A8" w:rsidRDefault="00734CE3">
            <w:r>
              <w:t>Promoter ∩ SFARI</w:t>
            </w:r>
          </w:p>
        </w:tc>
      </w:tr>
      <w:tr w:rsidR="00BA76A8" w14:paraId="51520D3D" w14:textId="77777777">
        <w:tc>
          <w:tcPr>
            <w:tcW w:w="4320" w:type="dxa"/>
          </w:tcPr>
          <w:p w14:paraId="12FBC17A" w14:textId="77777777" w:rsidR="00BA76A8" w:rsidRDefault="00734CE3">
            <w:r>
              <w:t>ABCA2</w:t>
            </w:r>
          </w:p>
        </w:tc>
        <w:tc>
          <w:tcPr>
            <w:tcW w:w="4320" w:type="dxa"/>
          </w:tcPr>
          <w:p w14:paraId="5F3A0EAE" w14:textId="77777777" w:rsidR="00BA76A8" w:rsidRDefault="00734CE3">
            <w:r>
              <w:t>GO ∩ SFARI</w:t>
            </w:r>
          </w:p>
        </w:tc>
      </w:tr>
      <w:tr w:rsidR="00BA76A8" w14:paraId="5F6B0E6E" w14:textId="77777777">
        <w:tc>
          <w:tcPr>
            <w:tcW w:w="4320" w:type="dxa"/>
          </w:tcPr>
          <w:p w14:paraId="53D2C9CE" w14:textId="77777777" w:rsidR="00BA76A8" w:rsidRDefault="00734CE3">
            <w:r>
              <w:t>ABCA7</w:t>
            </w:r>
          </w:p>
        </w:tc>
        <w:tc>
          <w:tcPr>
            <w:tcW w:w="4320" w:type="dxa"/>
          </w:tcPr>
          <w:p w14:paraId="5894CC36" w14:textId="77777777" w:rsidR="00BA76A8" w:rsidRDefault="00734CE3">
            <w:r>
              <w:t>GO ∩ SFARI</w:t>
            </w:r>
          </w:p>
        </w:tc>
      </w:tr>
      <w:tr w:rsidR="00BA76A8" w14:paraId="1416F986" w14:textId="77777777">
        <w:tc>
          <w:tcPr>
            <w:tcW w:w="4320" w:type="dxa"/>
          </w:tcPr>
          <w:p w14:paraId="2915717F" w14:textId="77777777" w:rsidR="00BA76A8" w:rsidRDefault="00734CE3">
            <w:r>
              <w:t>ADCY5</w:t>
            </w:r>
          </w:p>
        </w:tc>
        <w:tc>
          <w:tcPr>
            <w:tcW w:w="4320" w:type="dxa"/>
          </w:tcPr>
          <w:p w14:paraId="36AFDF51" w14:textId="77777777" w:rsidR="00BA76A8" w:rsidRDefault="00734CE3">
            <w:r>
              <w:t>GO ∩ SFARI</w:t>
            </w:r>
          </w:p>
        </w:tc>
      </w:tr>
      <w:tr w:rsidR="00BA76A8" w14:paraId="720D2AAD" w14:textId="77777777">
        <w:tc>
          <w:tcPr>
            <w:tcW w:w="4320" w:type="dxa"/>
          </w:tcPr>
          <w:p w14:paraId="506F4E03" w14:textId="77777777" w:rsidR="00BA76A8" w:rsidRDefault="00734CE3">
            <w:r>
              <w:t>ADGRB1</w:t>
            </w:r>
          </w:p>
        </w:tc>
        <w:tc>
          <w:tcPr>
            <w:tcW w:w="4320" w:type="dxa"/>
          </w:tcPr>
          <w:p w14:paraId="5910BC1B" w14:textId="77777777" w:rsidR="00BA76A8" w:rsidRDefault="00734CE3">
            <w:r>
              <w:t>GO ∩ SFARI</w:t>
            </w:r>
          </w:p>
        </w:tc>
      </w:tr>
      <w:tr w:rsidR="00BA76A8" w14:paraId="6054A0EE" w14:textId="77777777">
        <w:tc>
          <w:tcPr>
            <w:tcW w:w="4320" w:type="dxa"/>
          </w:tcPr>
          <w:p w14:paraId="7E2B2B00" w14:textId="77777777" w:rsidR="00BA76A8" w:rsidRDefault="00734CE3">
            <w:r>
              <w:t>ADGRL1</w:t>
            </w:r>
          </w:p>
        </w:tc>
        <w:tc>
          <w:tcPr>
            <w:tcW w:w="4320" w:type="dxa"/>
          </w:tcPr>
          <w:p w14:paraId="591D9E74" w14:textId="77777777" w:rsidR="00BA76A8" w:rsidRDefault="00734CE3">
            <w:r>
              <w:t>GO ∩ SFARI</w:t>
            </w:r>
          </w:p>
        </w:tc>
      </w:tr>
      <w:tr w:rsidR="00BA76A8" w14:paraId="6E151AA9" w14:textId="77777777">
        <w:tc>
          <w:tcPr>
            <w:tcW w:w="4320" w:type="dxa"/>
          </w:tcPr>
          <w:p w14:paraId="29AEADAB" w14:textId="77777777" w:rsidR="00BA76A8" w:rsidRDefault="00734CE3">
            <w:r>
              <w:t>AFF2</w:t>
            </w:r>
          </w:p>
        </w:tc>
        <w:tc>
          <w:tcPr>
            <w:tcW w:w="4320" w:type="dxa"/>
          </w:tcPr>
          <w:p w14:paraId="2D493F7B" w14:textId="77777777" w:rsidR="00BA76A8" w:rsidRDefault="00734CE3">
            <w:r>
              <w:t>GO ∩ SFARI</w:t>
            </w:r>
          </w:p>
        </w:tc>
      </w:tr>
      <w:tr w:rsidR="00BA76A8" w14:paraId="47FA2777" w14:textId="77777777">
        <w:tc>
          <w:tcPr>
            <w:tcW w:w="4320" w:type="dxa"/>
          </w:tcPr>
          <w:p w14:paraId="3AACC273" w14:textId="77777777" w:rsidR="00BA76A8" w:rsidRDefault="00734CE3">
            <w:r>
              <w:t>AGAP1</w:t>
            </w:r>
          </w:p>
        </w:tc>
        <w:tc>
          <w:tcPr>
            <w:tcW w:w="4320" w:type="dxa"/>
          </w:tcPr>
          <w:p w14:paraId="10AC95C4" w14:textId="77777777" w:rsidR="00BA76A8" w:rsidRDefault="00734CE3">
            <w:r>
              <w:t>GO ∩ SFARI</w:t>
            </w:r>
          </w:p>
        </w:tc>
      </w:tr>
      <w:tr w:rsidR="00BA76A8" w14:paraId="5D431CF2" w14:textId="77777777">
        <w:tc>
          <w:tcPr>
            <w:tcW w:w="4320" w:type="dxa"/>
          </w:tcPr>
          <w:p w14:paraId="62C8E0F6" w14:textId="77777777" w:rsidR="00BA76A8" w:rsidRDefault="00734CE3">
            <w:r>
              <w:t>AHDC1</w:t>
            </w:r>
          </w:p>
        </w:tc>
        <w:tc>
          <w:tcPr>
            <w:tcW w:w="4320" w:type="dxa"/>
          </w:tcPr>
          <w:p w14:paraId="4F6B2A50" w14:textId="77777777" w:rsidR="00BA76A8" w:rsidRDefault="00734CE3">
            <w:r>
              <w:t>GO ∩ SFARI</w:t>
            </w:r>
          </w:p>
        </w:tc>
      </w:tr>
      <w:tr w:rsidR="00BA76A8" w14:paraId="206F1B23" w14:textId="77777777">
        <w:tc>
          <w:tcPr>
            <w:tcW w:w="4320" w:type="dxa"/>
          </w:tcPr>
          <w:p w14:paraId="72BA609A" w14:textId="77777777" w:rsidR="00BA76A8" w:rsidRDefault="00734CE3">
            <w:r>
              <w:t>ANKRD11</w:t>
            </w:r>
          </w:p>
        </w:tc>
        <w:tc>
          <w:tcPr>
            <w:tcW w:w="4320" w:type="dxa"/>
          </w:tcPr>
          <w:p w14:paraId="7318FB57" w14:textId="77777777" w:rsidR="00BA76A8" w:rsidRDefault="00734CE3">
            <w:r>
              <w:t>GO ∩ SFARI</w:t>
            </w:r>
          </w:p>
        </w:tc>
      </w:tr>
      <w:tr w:rsidR="00BA76A8" w14:paraId="3792693D" w14:textId="77777777">
        <w:tc>
          <w:tcPr>
            <w:tcW w:w="4320" w:type="dxa"/>
          </w:tcPr>
          <w:p w14:paraId="6170E228" w14:textId="77777777" w:rsidR="00BA76A8" w:rsidRDefault="00734CE3">
            <w:r>
              <w:t>ARHGEF10</w:t>
            </w:r>
          </w:p>
        </w:tc>
        <w:tc>
          <w:tcPr>
            <w:tcW w:w="4320" w:type="dxa"/>
          </w:tcPr>
          <w:p w14:paraId="42A10D92" w14:textId="77777777" w:rsidR="00BA76A8" w:rsidRDefault="00734CE3">
            <w:r>
              <w:t>GO ∩ SFARI</w:t>
            </w:r>
          </w:p>
        </w:tc>
      </w:tr>
      <w:tr w:rsidR="00BA76A8" w14:paraId="10AFCA34" w14:textId="77777777">
        <w:tc>
          <w:tcPr>
            <w:tcW w:w="4320" w:type="dxa"/>
          </w:tcPr>
          <w:p w14:paraId="06DC22C7" w14:textId="77777777" w:rsidR="00BA76A8" w:rsidRDefault="00734CE3">
            <w:r>
              <w:t>ARHGEF9</w:t>
            </w:r>
          </w:p>
        </w:tc>
        <w:tc>
          <w:tcPr>
            <w:tcW w:w="4320" w:type="dxa"/>
          </w:tcPr>
          <w:p w14:paraId="462EE90F" w14:textId="77777777" w:rsidR="00BA76A8" w:rsidRDefault="00734CE3">
            <w:r>
              <w:t>GO ∩ SFARI</w:t>
            </w:r>
          </w:p>
        </w:tc>
      </w:tr>
      <w:tr w:rsidR="00BA76A8" w14:paraId="51A99349" w14:textId="77777777">
        <w:tc>
          <w:tcPr>
            <w:tcW w:w="4320" w:type="dxa"/>
          </w:tcPr>
          <w:p w14:paraId="42ECF9FE" w14:textId="77777777" w:rsidR="00BA76A8" w:rsidRDefault="00734CE3">
            <w:r>
              <w:t>ARX</w:t>
            </w:r>
          </w:p>
        </w:tc>
        <w:tc>
          <w:tcPr>
            <w:tcW w:w="4320" w:type="dxa"/>
          </w:tcPr>
          <w:p w14:paraId="183F5B98" w14:textId="77777777" w:rsidR="00BA76A8" w:rsidRDefault="00734CE3">
            <w:r>
              <w:t>GO ∩ SFARI</w:t>
            </w:r>
          </w:p>
        </w:tc>
      </w:tr>
      <w:tr w:rsidR="00BA76A8" w14:paraId="5DEE161B" w14:textId="77777777">
        <w:tc>
          <w:tcPr>
            <w:tcW w:w="4320" w:type="dxa"/>
          </w:tcPr>
          <w:p w14:paraId="718432C8" w14:textId="77777777" w:rsidR="00BA76A8" w:rsidRDefault="00734CE3">
            <w:r>
              <w:t>ASAP2</w:t>
            </w:r>
          </w:p>
        </w:tc>
        <w:tc>
          <w:tcPr>
            <w:tcW w:w="4320" w:type="dxa"/>
          </w:tcPr>
          <w:p w14:paraId="779D05A2" w14:textId="77777777" w:rsidR="00BA76A8" w:rsidRDefault="00734CE3">
            <w:r>
              <w:t>GO ∩ SFARI</w:t>
            </w:r>
          </w:p>
        </w:tc>
      </w:tr>
      <w:tr w:rsidR="00BA76A8" w14:paraId="42AEE87E" w14:textId="77777777">
        <w:tc>
          <w:tcPr>
            <w:tcW w:w="4320" w:type="dxa"/>
          </w:tcPr>
          <w:p w14:paraId="11D2E633" w14:textId="77777777" w:rsidR="00BA76A8" w:rsidRDefault="00734CE3">
            <w:r>
              <w:t>ASMT</w:t>
            </w:r>
          </w:p>
        </w:tc>
        <w:tc>
          <w:tcPr>
            <w:tcW w:w="4320" w:type="dxa"/>
          </w:tcPr>
          <w:p w14:paraId="62D5E494" w14:textId="77777777" w:rsidR="00BA76A8" w:rsidRDefault="00734CE3">
            <w:r>
              <w:t>GO ∩ SFARI</w:t>
            </w:r>
          </w:p>
        </w:tc>
      </w:tr>
      <w:tr w:rsidR="00BA76A8" w14:paraId="3B2F8081" w14:textId="77777777">
        <w:tc>
          <w:tcPr>
            <w:tcW w:w="4320" w:type="dxa"/>
          </w:tcPr>
          <w:p w14:paraId="4B1A04BC" w14:textId="77777777" w:rsidR="00BA76A8" w:rsidRDefault="00734CE3">
            <w:r>
              <w:t>ATP10A</w:t>
            </w:r>
          </w:p>
        </w:tc>
        <w:tc>
          <w:tcPr>
            <w:tcW w:w="4320" w:type="dxa"/>
          </w:tcPr>
          <w:p w14:paraId="40348DC4" w14:textId="77777777" w:rsidR="00BA76A8" w:rsidRDefault="00734CE3">
            <w:r>
              <w:t>GO ∩ SFARI</w:t>
            </w:r>
          </w:p>
        </w:tc>
      </w:tr>
      <w:tr w:rsidR="00BA76A8" w14:paraId="0ECC84F4" w14:textId="77777777">
        <w:tc>
          <w:tcPr>
            <w:tcW w:w="4320" w:type="dxa"/>
          </w:tcPr>
          <w:p w14:paraId="2861A8B6" w14:textId="77777777" w:rsidR="00BA76A8" w:rsidRDefault="00734CE3">
            <w:r>
              <w:t>ATP2B2</w:t>
            </w:r>
          </w:p>
        </w:tc>
        <w:tc>
          <w:tcPr>
            <w:tcW w:w="4320" w:type="dxa"/>
          </w:tcPr>
          <w:p w14:paraId="45920B69" w14:textId="77777777" w:rsidR="00BA76A8" w:rsidRDefault="00734CE3">
            <w:r>
              <w:t>GO ∩ SFARI</w:t>
            </w:r>
          </w:p>
        </w:tc>
      </w:tr>
      <w:tr w:rsidR="00BA76A8" w14:paraId="4E79F921" w14:textId="77777777">
        <w:tc>
          <w:tcPr>
            <w:tcW w:w="4320" w:type="dxa"/>
          </w:tcPr>
          <w:p w14:paraId="571534E5" w14:textId="77777777" w:rsidR="00BA76A8" w:rsidRDefault="00734CE3">
            <w:r>
              <w:t>ATRX</w:t>
            </w:r>
          </w:p>
        </w:tc>
        <w:tc>
          <w:tcPr>
            <w:tcW w:w="4320" w:type="dxa"/>
          </w:tcPr>
          <w:p w14:paraId="639B0E21" w14:textId="77777777" w:rsidR="00BA76A8" w:rsidRDefault="00734CE3">
            <w:r>
              <w:t>GO ∩ SFARI</w:t>
            </w:r>
          </w:p>
        </w:tc>
      </w:tr>
      <w:tr w:rsidR="00BA76A8" w14:paraId="2A6DB3CE" w14:textId="77777777">
        <w:tc>
          <w:tcPr>
            <w:tcW w:w="4320" w:type="dxa"/>
          </w:tcPr>
          <w:p w14:paraId="38574B78" w14:textId="77777777" w:rsidR="00BA76A8" w:rsidRDefault="00734CE3">
            <w:r>
              <w:t>AUTS2</w:t>
            </w:r>
          </w:p>
        </w:tc>
        <w:tc>
          <w:tcPr>
            <w:tcW w:w="4320" w:type="dxa"/>
          </w:tcPr>
          <w:p w14:paraId="07F70454" w14:textId="77777777" w:rsidR="00BA76A8" w:rsidRDefault="00734CE3">
            <w:r>
              <w:t>GO ∩ SFARI</w:t>
            </w:r>
          </w:p>
        </w:tc>
      </w:tr>
      <w:tr w:rsidR="00BA76A8" w14:paraId="268FC5FD" w14:textId="77777777">
        <w:tc>
          <w:tcPr>
            <w:tcW w:w="4320" w:type="dxa"/>
          </w:tcPr>
          <w:p w14:paraId="4D979C88" w14:textId="77777777" w:rsidR="00BA76A8" w:rsidRDefault="00734CE3">
            <w:r>
              <w:t>BCL11A</w:t>
            </w:r>
          </w:p>
        </w:tc>
        <w:tc>
          <w:tcPr>
            <w:tcW w:w="4320" w:type="dxa"/>
          </w:tcPr>
          <w:p w14:paraId="4C5CFE2C" w14:textId="77777777" w:rsidR="00BA76A8" w:rsidRDefault="00734CE3">
            <w:r>
              <w:t>GO ∩ SFARI</w:t>
            </w:r>
          </w:p>
        </w:tc>
      </w:tr>
      <w:tr w:rsidR="00BA76A8" w14:paraId="34D8E132" w14:textId="77777777">
        <w:tc>
          <w:tcPr>
            <w:tcW w:w="4320" w:type="dxa"/>
          </w:tcPr>
          <w:p w14:paraId="74AB32E1" w14:textId="77777777" w:rsidR="00BA76A8" w:rsidRDefault="00734CE3">
            <w:r>
              <w:t>BCL11B</w:t>
            </w:r>
          </w:p>
        </w:tc>
        <w:tc>
          <w:tcPr>
            <w:tcW w:w="4320" w:type="dxa"/>
          </w:tcPr>
          <w:p w14:paraId="66CBD5E0" w14:textId="77777777" w:rsidR="00BA76A8" w:rsidRDefault="00734CE3">
            <w:r>
              <w:t>GO ∩ SFARI</w:t>
            </w:r>
          </w:p>
        </w:tc>
      </w:tr>
      <w:tr w:rsidR="00BA76A8" w14:paraId="3EC0E986" w14:textId="77777777">
        <w:tc>
          <w:tcPr>
            <w:tcW w:w="4320" w:type="dxa"/>
          </w:tcPr>
          <w:p w14:paraId="7F440770" w14:textId="77777777" w:rsidR="00BA76A8" w:rsidRDefault="00734CE3">
            <w:r>
              <w:t>BCORL1</w:t>
            </w:r>
          </w:p>
        </w:tc>
        <w:tc>
          <w:tcPr>
            <w:tcW w:w="4320" w:type="dxa"/>
          </w:tcPr>
          <w:p w14:paraId="6FDE5071" w14:textId="77777777" w:rsidR="00BA76A8" w:rsidRDefault="00734CE3">
            <w:r>
              <w:t>GO ∩ SFARI</w:t>
            </w:r>
          </w:p>
        </w:tc>
      </w:tr>
      <w:tr w:rsidR="00BA76A8" w14:paraId="77C38EF4" w14:textId="77777777">
        <w:tc>
          <w:tcPr>
            <w:tcW w:w="4320" w:type="dxa"/>
          </w:tcPr>
          <w:p w14:paraId="09CB97DE" w14:textId="77777777" w:rsidR="00BA76A8" w:rsidRDefault="00734CE3">
            <w:r>
              <w:t>BICRA</w:t>
            </w:r>
          </w:p>
        </w:tc>
        <w:tc>
          <w:tcPr>
            <w:tcW w:w="4320" w:type="dxa"/>
          </w:tcPr>
          <w:p w14:paraId="628DDF7C" w14:textId="77777777" w:rsidR="00BA76A8" w:rsidRDefault="00734CE3">
            <w:r>
              <w:t>GO ∩ SFARI</w:t>
            </w:r>
          </w:p>
        </w:tc>
      </w:tr>
      <w:tr w:rsidR="00BA76A8" w14:paraId="5FC01B72" w14:textId="77777777">
        <w:tc>
          <w:tcPr>
            <w:tcW w:w="4320" w:type="dxa"/>
          </w:tcPr>
          <w:p w14:paraId="245030F6" w14:textId="77777777" w:rsidR="00BA76A8" w:rsidRDefault="00734CE3">
            <w:r>
              <w:t>BRSK2</w:t>
            </w:r>
          </w:p>
        </w:tc>
        <w:tc>
          <w:tcPr>
            <w:tcW w:w="4320" w:type="dxa"/>
          </w:tcPr>
          <w:p w14:paraId="33730CD5" w14:textId="77777777" w:rsidR="00BA76A8" w:rsidRDefault="00734CE3">
            <w:r>
              <w:t>GO ∩ SFARI</w:t>
            </w:r>
          </w:p>
        </w:tc>
      </w:tr>
      <w:tr w:rsidR="00BA76A8" w14:paraId="52158215" w14:textId="77777777">
        <w:tc>
          <w:tcPr>
            <w:tcW w:w="4320" w:type="dxa"/>
          </w:tcPr>
          <w:p w14:paraId="67E9DCF9" w14:textId="77777777" w:rsidR="00BA76A8" w:rsidRDefault="00734CE3">
            <w:r>
              <w:t>BST1</w:t>
            </w:r>
          </w:p>
        </w:tc>
        <w:tc>
          <w:tcPr>
            <w:tcW w:w="4320" w:type="dxa"/>
          </w:tcPr>
          <w:p w14:paraId="11CF2044" w14:textId="77777777" w:rsidR="00BA76A8" w:rsidRDefault="00734CE3">
            <w:r>
              <w:t>GO ∩ SFARI</w:t>
            </w:r>
          </w:p>
        </w:tc>
      </w:tr>
      <w:tr w:rsidR="00BA76A8" w14:paraId="7D6DFAD1" w14:textId="77777777">
        <w:tc>
          <w:tcPr>
            <w:tcW w:w="4320" w:type="dxa"/>
          </w:tcPr>
          <w:p w14:paraId="1E2C2E02" w14:textId="77777777" w:rsidR="00BA76A8" w:rsidRDefault="00734CE3">
            <w:r>
              <w:t>CACNA1A</w:t>
            </w:r>
          </w:p>
        </w:tc>
        <w:tc>
          <w:tcPr>
            <w:tcW w:w="4320" w:type="dxa"/>
          </w:tcPr>
          <w:p w14:paraId="1FEDB60E" w14:textId="77777777" w:rsidR="00BA76A8" w:rsidRDefault="00734CE3">
            <w:r>
              <w:t>GO ∩ SFARI</w:t>
            </w:r>
          </w:p>
        </w:tc>
      </w:tr>
      <w:tr w:rsidR="00BA76A8" w14:paraId="08F62C5D" w14:textId="77777777">
        <w:tc>
          <w:tcPr>
            <w:tcW w:w="4320" w:type="dxa"/>
          </w:tcPr>
          <w:p w14:paraId="7F3C2BEB" w14:textId="77777777" w:rsidR="00BA76A8" w:rsidRDefault="00734CE3">
            <w:r>
              <w:t>CACNA1B</w:t>
            </w:r>
          </w:p>
        </w:tc>
        <w:tc>
          <w:tcPr>
            <w:tcW w:w="4320" w:type="dxa"/>
          </w:tcPr>
          <w:p w14:paraId="426DCA49" w14:textId="77777777" w:rsidR="00BA76A8" w:rsidRDefault="00734CE3">
            <w:r>
              <w:t>GO ∩ SFARI</w:t>
            </w:r>
          </w:p>
        </w:tc>
      </w:tr>
      <w:tr w:rsidR="00BA76A8" w14:paraId="3577F966" w14:textId="77777777">
        <w:tc>
          <w:tcPr>
            <w:tcW w:w="4320" w:type="dxa"/>
          </w:tcPr>
          <w:p w14:paraId="67109717" w14:textId="77777777" w:rsidR="00BA76A8" w:rsidRDefault="00734CE3">
            <w:r>
              <w:t>CACNA1C</w:t>
            </w:r>
          </w:p>
        </w:tc>
        <w:tc>
          <w:tcPr>
            <w:tcW w:w="4320" w:type="dxa"/>
          </w:tcPr>
          <w:p w14:paraId="02814D1D" w14:textId="77777777" w:rsidR="00BA76A8" w:rsidRDefault="00734CE3">
            <w:r>
              <w:t>GO ∩ SFARI</w:t>
            </w:r>
          </w:p>
        </w:tc>
      </w:tr>
      <w:tr w:rsidR="00BA76A8" w14:paraId="6F269586" w14:textId="77777777">
        <w:tc>
          <w:tcPr>
            <w:tcW w:w="4320" w:type="dxa"/>
          </w:tcPr>
          <w:p w14:paraId="56A789CF" w14:textId="77777777" w:rsidR="00BA76A8" w:rsidRDefault="00734CE3">
            <w:r>
              <w:t>CACNA1F</w:t>
            </w:r>
          </w:p>
        </w:tc>
        <w:tc>
          <w:tcPr>
            <w:tcW w:w="4320" w:type="dxa"/>
          </w:tcPr>
          <w:p w14:paraId="745EAD2D" w14:textId="77777777" w:rsidR="00BA76A8" w:rsidRDefault="00734CE3">
            <w:r>
              <w:t>GO ∩ SFARI</w:t>
            </w:r>
          </w:p>
        </w:tc>
      </w:tr>
      <w:tr w:rsidR="00BA76A8" w14:paraId="5481C3C0" w14:textId="77777777">
        <w:tc>
          <w:tcPr>
            <w:tcW w:w="4320" w:type="dxa"/>
          </w:tcPr>
          <w:p w14:paraId="36433163" w14:textId="77777777" w:rsidR="00BA76A8" w:rsidRDefault="00734CE3">
            <w:r>
              <w:t>CACNA1H</w:t>
            </w:r>
          </w:p>
        </w:tc>
        <w:tc>
          <w:tcPr>
            <w:tcW w:w="4320" w:type="dxa"/>
          </w:tcPr>
          <w:p w14:paraId="4ACA789C" w14:textId="77777777" w:rsidR="00BA76A8" w:rsidRDefault="00734CE3">
            <w:r>
              <w:t>GO ∩ SFARI</w:t>
            </w:r>
          </w:p>
        </w:tc>
      </w:tr>
      <w:tr w:rsidR="00BA76A8" w14:paraId="056BF838" w14:textId="77777777">
        <w:tc>
          <w:tcPr>
            <w:tcW w:w="4320" w:type="dxa"/>
          </w:tcPr>
          <w:p w14:paraId="113F76BE" w14:textId="77777777" w:rsidR="00BA76A8" w:rsidRDefault="00734CE3">
            <w:r>
              <w:t>CACNA1I</w:t>
            </w:r>
          </w:p>
        </w:tc>
        <w:tc>
          <w:tcPr>
            <w:tcW w:w="4320" w:type="dxa"/>
          </w:tcPr>
          <w:p w14:paraId="4ABB1045" w14:textId="77777777" w:rsidR="00BA76A8" w:rsidRDefault="00734CE3">
            <w:r>
              <w:t>GO ∩ SFARI</w:t>
            </w:r>
          </w:p>
        </w:tc>
      </w:tr>
      <w:tr w:rsidR="00BA76A8" w14:paraId="72A2289C" w14:textId="77777777">
        <w:tc>
          <w:tcPr>
            <w:tcW w:w="4320" w:type="dxa"/>
          </w:tcPr>
          <w:p w14:paraId="1A1E24F5" w14:textId="77777777" w:rsidR="00BA76A8" w:rsidRDefault="00734CE3">
            <w:r>
              <w:t>CACNA2D3</w:t>
            </w:r>
          </w:p>
        </w:tc>
        <w:tc>
          <w:tcPr>
            <w:tcW w:w="4320" w:type="dxa"/>
          </w:tcPr>
          <w:p w14:paraId="117C8FB7" w14:textId="77777777" w:rsidR="00BA76A8" w:rsidRDefault="00734CE3">
            <w:r>
              <w:t>GO ∩ SFARI</w:t>
            </w:r>
          </w:p>
        </w:tc>
      </w:tr>
      <w:tr w:rsidR="00BA76A8" w14:paraId="073F6CDC" w14:textId="77777777">
        <w:tc>
          <w:tcPr>
            <w:tcW w:w="4320" w:type="dxa"/>
          </w:tcPr>
          <w:p w14:paraId="51FCCD4D" w14:textId="77777777" w:rsidR="00BA76A8" w:rsidRDefault="00734CE3">
            <w:r>
              <w:t>CACNG2</w:t>
            </w:r>
          </w:p>
        </w:tc>
        <w:tc>
          <w:tcPr>
            <w:tcW w:w="4320" w:type="dxa"/>
          </w:tcPr>
          <w:p w14:paraId="6A5CDAB6" w14:textId="77777777" w:rsidR="00BA76A8" w:rsidRDefault="00734CE3">
            <w:r>
              <w:t>GO ∩ SFARI</w:t>
            </w:r>
          </w:p>
        </w:tc>
      </w:tr>
      <w:tr w:rsidR="00BA76A8" w14:paraId="1B64B62E" w14:textId="77777777">
        <w:tc>
          <w:tcPr>
            <w:tcW w:w="4320" w:type="dxa"/>
          </w:tcPr>
          <w:p w14:paraId="273FE740" w14:textId="77777777" w:rsidR="00BA76A8" w:rsidRDefault="00734CE3">
            <w:r>
              <w:t>CARD11</w:t>
            </w:r>
          </w:p>
        </w:tc>
        <w:tc>
          <w:tcPr>
            <w:tcW w:w="4320" w:type="dxa"/>
          </w:tcPr>
          <w:p w14:paraId="599745FC" w14:textId="77777777" w:rsidR="00BA76A8" w:rsidRDefault="00734CE3">
            <w:r>
              <w:t>GO ∩ SFARI</w:t>
            </w:r>
          </w:p>
        </w:tc>
      </w:tr>
      <w:tr w:rsidR="00BA76A8" w14:paraId="3DFB90A0" w14:textId="77777777">
        <w:tc>
          <w:tcPr>
            <w:tcW w:w="4320" w:type="dxa"/>
          </w:tcPr>
          <w:p w14:paraId="01ADD031" w14:textId="77777777" w:rsidR="00BA76A8" w:rsidRDefault="00734CE3">
            <w:r>
              <w:t>CASK</w:t>
            </w:r>
          </w:p>
        </w:tc>
        <w:tc>
          <w:tcPr>
            <w:tcW w:w="4320" w:type="dxa"/>
          </w:tcPr>
          <w:p w14:paraId="0418943D" w14:textId="77777777" w:rsidR="00BA76A8" w:rsidRDefault="00734CE3">
            <w:r>
              <w:t>GO ∩ SFARI</w:t>
            </w:r>
          </w:p>
        </w:tc>
      </w:tr>
      <w:tr w:rsidR="00BA76A8" w14:paraId="54DCAB4C" w14:textId="77777777">
        <w:tc>
          <w:tcPr>
            <w:tcW w:w="4320" w:type="dxa"/>
          </w:tcPr>
          <w:p w14:paraId="76E817E3" w14:textId="77777777" w:rsidR="00BA76A8" w:rsidRDefault="00734CE3">
            <w:r>
              <w:t>CASKIN1</w:t>
            </w:r>
          </w:p>
        </w:tc>
        <w:tc>
          <w:tcPr>
            <w:tcW w:w="4320" w:type="dxa"/>
          </w:tcPr>
          <w:p w14:paraId="40E96536" w14:textId="77777777" w:rsidR="00BA76A8" w:rsidRDefault="00734CE3">
            <w:r>
              <w:t>GO ∩ SFARI</w:t>
            </w:r>
          </w:p>
        </w:tc>
      </w:tr>
      <w:tr w:rsidR="00BA76A8" w14:paraId="4503C7D0" w14:textId="77777777">
        <w:tc>
          <w:tcPr>
            <w:tcW w:w="4320" w:type="dxa"/>
          </w:tcPr>
          <w:p w14:paraId="30A464EB" w14:textId="77777777" w:rsidR="00BA76A8" w:rsidRDefault="00734CE3">
            <w:r>
              <w:t>CASZ1</w:t>
            </w:r>
          </w:p>
        </w:tc>
        <w:tc>
          <w:tcPr>
            <w:tcW w:w="4320" w:type="dxa"/>
          </w:tcPr>
          <w:p w14:paraId="2DC04AD6" w14:textId="77777777" w:rsidR="00BA76A8" w:rsidRDefault="00734CE3">
            <w:r>
              <w:t>GO ∩ SFARI</w:t>
            </w:r>
          </w:p>
        </w:tc>
      </w:tr>
      <w:tr w:rsidR="00BA76A8" w14:paraId="17B787E6" w14:textId="77777777">
        <w:tc>
          <w:tcPr>
            <w:tcW w:w="4320" w:type="dxa"/>
          </w:tcPr>
          <w:p w14:paraId="3D1548C2" w14:textId="77777777" w:rsidR="00BA76A8" w:rsidRDefault="00734CE3">
            <w:r>
              <w:t>CBX4</w:t>
            </w:r>
          </w:p>
        </w:tc>
        <w:tc>
          <w:tcPr>
            <w:tcW w:w="4320" w:type="dxa"/>
          </w:tcPr>
          <w:p w14:paraId="74951E47" w14:textId="77777777" w:rsidR="00BA76A8" w:rsidRDefault="00734CE3">
            <w:r>
              <w:t>GO ∩ SFARI</w:t>
            </w:r>
          </w:p>
        </w:tc>
      </w:tr>
      <w:tr w:rsidR="00BA76A8" w14:paraId="73ACC9F1" w14:textId="77777777">
        <w:tc>
          <w:tcPr>
            <w:tcW w:w="4320" w:type="dxa"/>
          </w:tcPr>
          <w:p w14:paraId="76E55100" w14:textId="77777777" w:rsidR="00BA76A8" w:rsidRDefault="00734CE3">
            <w:r>
              <w:t>CC2D1A</w:t>
            </w:r>
          </w:p>
        </w:tc>
        <w:tc>
          <w:tcPr>
            <w:tcW w:w="4320" w:type="dxa"/>
          </w:tcPr>
          <w:p w14:paraId="56617405" w14:textId="77777777" w:rsidR="00BA76A8" w:rsidRDefault="00734CE3">
            <w:r>
              <w:t>GO ∩ SFARI</w:t>
            </w:r>
          </w:p>
        </w:tc>
      </w:tr>
      <w:tr w:rsidR="00BA76A8" w14:paraId="5B1950E0" w14:textId="77777777">
        <w:tc>
          <w:tcPr>
            <w:tcW w:w="4320" w:type="dxa"/>
          </w:tcPr>
          <w:p w14:paraId="46CC127E" w14:textId="77777777" w:rsidR="00BA76A8" w:rsidRDefault="00734CE3">
            <w:r>
              <w:t>CCDC88C</w:t>
            </w:r>
          </w:p>
        </w:tc>
        <w:tc>
          <w:tcPr>
            <w:tcW w:w="4320" w:type="dxa"/>
          </w:tcPr>
          <w:p w14:paraId="1DEE5400" w14:textId="77777777" w:rsidR="00BA76A8" w:rsidRDefault="00734CE3">
            <w:r>
              <w:t>GO ∩ SFARI</w:t>
            </w:r>
          </w:p>
        </w:tc>
      </w:tr>
      <w:tr w:rsidR="00BA76A8" w14:paraId="209ED5B9" w14:textId="77777777">
        <w:tc>
          <w:tcPr>
            <w:tcW w:w="4320" w:type="dxa"/>
          </w:tcPr>
          <w:p w14:paraId="75408926" w14:textId="77777777" w:rsidR="00BA76A8" w:rsidRDefault="00734CE3">
            <w:r>
              <w:t>CD99L2</w:t>
            </w:r>
          </w:p>
        </w:tc>
        <w:tc>
          <w:tcPr>
            <w:tcW w:w="4320" w:type="dxa"/>
          </w:tcPr>
          <w:p w14:paraId="47DA6699" w14:textId="77777777" w:rsidR="00BA76A8" w:rsidRDefault="00734CE3">
            <w:r>
              <w:t>GO ∩ SFARI</w:t>
            </w:r>
          </w:p>
        </w:tc>
      </w:tr>
      <w:tr w:rsidR="00BA76A8" w14:paraId="15390786" w14:textId="77777777">
        <w:tc>
          <w:tcPr>
            <w:tcW w:w="4320" w:type="dxa"/>
          </w:tcPr>
          <w:p w14:paraId="0879E165" w14:textId="77777777" w:rsidR="00BA76A8" w:rsidRDefault="00734CE3">
            <w:r>
              <w:t>CDH22</w:t>
            </w:r>
          </w:p>
        </w:tc>
        <w:tc>
          <w:tcPr>
            <w:tcW w:w="4320" w:type="dxa"/>
          </w:tcPr>
          <w:p w14:paraId="46C8823C" w14:textId="77777777" w:rsidR="00BA76A8" w:rsidRDefault="00734CE3">
            <w:r>
              <w:t>GO ∩ SFARI</w:t>
            </w:r>
          </w:p>
        </w:tc>
      </w:tr>
      <w:tr w:rsidR="00BA76A8" w14:paraId="462CA069" w14:textId="77777777">
        <w:tc>
          <w:tcPr>
            <w:tcW w:w="4320" w:type="dxa"/>
          </w:tcPr>
          <w:p w14:paraId="47E25D58" w14:textId="77777777" w:rsidR="00BA76A8" w:rsidRDefault="00734CE3">
            <w:r>
              <w:t>CDKL5</w:t>
            </w:r>
          </w:p>
        </w:tc>
        <w:tc>
          <w:tcPr>
            <w:tcW w:w="4320" w:type="dxa"/>
          </w:tcPr>
          <w:p w14:paraId="5223E59D" w14:textId="77777777" w:rsidR="00BA76A8" w:rsidRDefault="00734CE3">
            <w:r>
              <w:t>GO ∩ SFARI</w:t>
            </w:r>
          </w:p>
        </w:tc>
      </w:tr>
      <w:tr w:rsidR="00BA76A8" w14:paraId="4277DC50" w14:textId="77777777">
        <w:tc>
          <w:tcPr>
            <w:tcW w:w="4320" w:type="dxa"/>
          </w:tcPr>
          <w:p w14:paraId="3912B6F5" w14:textId="77777777" w:rsidR="00BA76A8" w:rsidRDefault="00734CE3">
            <w:r>
              <w:t>CECR2</w:t>
            </w:r>
          </w:p>
        </w:tc>
        <w:tc>
          <w:tcPr>
            <w:tcW w:w="4320" w:type="dxa"/>
          </w:tcPr>
          <w:p w14:paraId="1E01B48A" w14:textId="77777777" w:rsidR="00BA76A8" w:rsidRDefault="00734CE3">
            <w:r>
              <w:t>GO ∩ SFARI</w:t>
            </w:r>
          </w:p>
        </w:tc>
      </w:tr>
      <w:tr w:rsidR="00BA76A8" w14:paraId="4BCCE516" w14:textId="77777777">
        <w:tc>
          <w:tcPr>
            <w:tcW w:w="4320" w:type="dxa"/>
          </w:tcPr>
          <w:p w14:paraId="0B4BBC29" w14:textId="77777777" w:rsidR="00BA76A8" w:rsidRDefault="00734CE3">
            <w:r>
              <w:lastRenderedPageBreak/>
              <w:t>CELF4</w:t>
            </w:r>
          </w:p>
        </w:tc>
        <w:tc>
          <w:tcPr>
            <w:tcW w:w="4320" w:type="dxa"/>
          </w:tcPr>
          <w:p w14:paraId="737E353A" w14:textId="77777777" w:rsidR="00BA76A8" w:rsidRDefault="00734CE3">
            <w:r>
              <w:t>GO ∩ SFARI</w:t>
            </w:r>
          </w:p>
        </w:tc>
      </w:tr>
      <w:tr w:rsidR="00BA76A8" w14:paraId="0FF5ED2D" w14:textId="77777777">
        <w:tc>
          <w:tcPr>
            <w:tcW w:w="4320" w:type="dxa"/>
          </w:tcPr>
          <w:p w14:paraId="0E7D4FF1" w14:textId="77777777" w:rsidR="00BA76A8" w:rsidRDefault="00734CE3">
            <w:r>
              <w:t>CELF6</w:t>
            </w:r>
          </w:p>
        </w:tc>
        <w:tc>
          <w:tcPr>
            <w:tcW w:w="4320" w:type="dxa"/>
          </w:tcPr>
          <w:p w14:paraId="787086F2" w14:textId="77777777" w:rsidR="00BA76A8" w:rsidRDefault="00734CE3">
            <w:r>
              <w:t>GO ∩ SFARI</w:t>
            </w:r>
          </w:p>
        </w:tc>
      </w:tr>
      <w:tr w:rsidR="00BA76A8" w14:paraId="567622B1" w14:textId="77777777">
        <w:tc>
          <w:tcPr>
            <w:tcW w:w="4320" w:type="dxa"/>
          </w:tcPr>
          <w:p w14:paraId="6898832E" w14:textId="77777777" w:rsidR="00BA76A8" w:rsidRDefault="00734CE3">
            <w:r>
              <w:t>CHD3</w:t>
            </w:r>
          </w:p>
        </w:tc>
        <w:tc>
          <w:tcPr>
            <w:tcW w:w="4320" w:type="dxa"/>
          </w:tcPr>
          <w:p w14:paraId="3DED5F84" w14:textId="77777777" w:rsidR="00BA76A8" w:rsidRDefault="00734CE3">
            <w:r>
              <w:t>GO ∩ SFARI</w:t>
            </w:r>
          </w:p>
        </w:tc>
      </w:tr>
      <w:tr w:rsidR="00BA76A8" w14:paraId="4E32C5E3" w14:textId="77777777">
        <w:tc>
          <w:tcPr>
            <w:tcW w:w="4320" w:type="dxa"/>
          </w:tcPr>
          <w:p w14:paraId="0D1DD50B" w14:textId="77777777" w:rsidR="00BA76A8" w:rsidRDefault="00734CE3">
            <w:r>
              <w:t>CHKB</w:t>
            </w:r>
          </w:p>
        </w:tc>
        <w:tc>
          <w:tcPr>
            <w:tcW w:w="4320" w:type="dxa"/>
          </w:tcPr>
          <w:p w14:paraId="4C82BA52" w14:textId="77777777" w:rsidR="00BA76A8" w:rsidRDefault="00734CE3">
            <w:r>
              <w:t>GO ∩ SFARI</w:t>
            </w:r>
          </w:p>
        </w:tc>
      </w:tr>
      <w:tr w:rsidR="00BA76A8" w14:paraId="06738BC0" w14:textId="77777777">
        <w:tc>
          <w:tcPr>
            <w:tcW w:w="4320" w:type="dxa"/>
          </w:tcPr>
          <w:p w14:paraId="0CDE771A" w14:textId="77777777" w:rsidR="00BA76A8" w:rsidRDefault="00734CE3">
            <w:r>
              <w:t>CHRNA7</w:t>
            </w:r>
          </w:p>
        </w:tc>
        <w:tc>
          <w:tcPr>
            <w:tcW w:w="4320" w:type="dxa"/>
          </w:tcPr>
          <w:p w14:paraId="4D8BC78F" w14:textId="77777777" w:rsidR="00BA76A8" w:rsidRDefault="00734CE3">
            <w:r>
              <w:t>GO ∩ SFARI</w:t>
            </w:r>
          </w:p>
        </w:tc>
      </w:tr>
      <w:tr w:rsidR="00BA76A8" w14:paraId="7F95767B" w14:textId="77777777">
        <w:tc>
          <w:tcPr>
            <w:tcW w:w="4320" w:type="dxa"/>
          </w:tcPr>
          <w:p w14:paraId="19C4ED37" w14:textId="77777777" w:rsidR="00BA76A8" w:rsidRDefault="00734CE3">
            <w:r>
              <w:t>CHST2</w:t>
            </w:r>
          </w:p>
        </w:tc>
        <w:tc>
          <w:tcPr>
            <w:tcW w:w="4320" w:type="dxa"/>
          </w:tcPr>
          <w:p w14:paraId="32CD0DC1" w14:textId="77777777" w:rsidR="00BA76A8" w:rsidRDefault="00734CE3">
            <w:r>
              <w:t>GO ∩ SFARI</w:t>
            </w:r>
          </w:p>
        </w:tc>
      </w:tr>
      <w:tr w:rsidR="00BA76A8" w14:paraId="3DB6CF53" w14:textId="77777777">
        <w:tc>
          <w:tcPr>
            <w:tcW w:w="4320" w:type="dxa"/>
          </w:tcPr>
          <w:p w14:paraId="23EF56EE" w14:textId="77777777" w:rsidR="00BA76A8" w:rsidRDefault="00734CE3">
            <w:r>
              <w:t>CLIP2</w:t>
            </w:r>
          </w:p>
        </w:tc>
        <w:tc>
          <w:tcPr>
            <w:tcW w:w="4320" w:type="dxa"/>
          </w:tcPr>
          <w:p w14:paraId="2FE6A0E2" w14:textId="77777777" w:rsidR="00BA76A8" w:rsidRDefault="00734CE3">
            <w:r>
              <w:t>GO ∩ SFARI</w:t>
            </w:r>
          </w:p>
        </w:tc>
      </w:tr>
      <w:tr w:rsidR="00BA76A8" w14:paraId="2FCEB3FE" w14:textId="77777777">
        <w:tc>
          <w:tcPr>
            <w:tcW w:w="4320" w:type="dxa"/>
          </w:tcPr>
          <w:p w14:paraId="293C7919" w14:textId="77777777" w:rsidR="00BA76A8" w:rsidRDefault="00734CE3">
            <w:r>
              <w:t>CLTCL1</w:t>
            </w:r>
          </w:p>
        </w:tc>
        <w:tc>
          <w:tcPr>
            <w:tcW w:w="4320" w:type="dxa"/>
          </w:tcPr>
          <w:p w14:paraId="0FFE74AC" w14:textId="77777777" w:rsidR="00BA76A8" w:rsidRDefault="00734CE3">
            <w:r>
              <w:t>GO ∩ SFARI</w:t>
            </w:r>
          </w:p>
        </w:tc>
      </w:tr>
      <w:tr w:rsidR="00BA76A8" w14:paraId="34049D05" w14:textId="77777777">
        <w:tc>
          <w:tcPr>
            <w:tcW w:w="4320" w:type="dxa"/>
          </w:tcPr>
          <w:p w14:paraId="27DBD205" w14:textId="77777777" w:rsidR="00BA76A8" w:rsidRDefault="00734CE3">
            <w:r>
              <w:t>CMIP</w:t>
            </w:r>
          </w:p>
        </w:tc>
        <w:tc>
          <w:tcPr>
            <w:tcW w:w="4320" w:type="dxa"/>
          </w:tcPr>
          <w:p w14:paraId="3714CCE1" w14:textId="77777777" w:rsidR="00BA76A8" w:rsidRDefault="00734CE3">
            <w:r>
              <w:t>GO ∩ SFARI</w:t>
            </w:r>
          </w:p>
        </w:tc>
      </w:tr>
      <w:tr w:rsidR="00BA76A8" w14:paraId="29FB02AE" w14:textId="77777777">
        <w:tc>
          <w:tcPr>
            <w:tcW w:w="4320" w:type="dxa"/>
          </w:tcPr>
          <w:p w14:paraId="30089505" w14:textId="77777777" w:rsidR="00BA76A8" w:rsidRDefault="00734CE3">
            <w:r>
              <w:t>CNKSR2</w:t>
            </w:r>
          </w:p>
        </w:tc>
        <w:tc>
          <w:tcPr>
            <w:tcW w:w="4320" w:type="dxa"/>
          </w:tcPr>
          <w:p w14:paraId="5449B03D" w14:textId="77777777" w:rsidR="00BA76A8" w:rsidRDefault="00734CE3">
            <w:r>
              <w:t>GO ∩ SFARI</w:t>
            </w:r>
          </w:p>
        </w:tc>
      </w:tr>
      <w:tr w:rsidR="00BA76A8" w14:paraId="6A4A5990" w14:textId="77777777">
        <w:tc>
          <w:tcPr>
            <w:tcW w:w="4320" w:type="dxa"/>
          </w:tcPr>
          <w:p w14:paraId="1DA2A3FB" w14:textId="77777777" w:rsidR="00BA76A8" w:rsidRDefault="00734CE3">
            <w:r>
              <w:t>COL12A1</w:t>
            </w:r>
          </w:p>
        </w:tc>
        <w:tc>
          <w:tcPr>
            <w:tcW w:w="4320" w:type="dxa"/>
          </w:tcPr>
          <w:p w14:paraId="037994B3" w14:textId="77777777" w:rsidR="00BA76A8" w:rsidRDefault="00734CE3">
            <w:r>
              <w:t>GO ∩ SFARI</w:t>
            </w:r>
          </w:p>
        </w:tc>
      </w:tr>
      <w:tr w:rsidR="00BA76A8" w14:paraId="7F1370DF" w14:textId="77777777">
        <w:tc>
          <w:tcPr>
            <w:tcW w:w="4320" w:type="dxa"/>
          </w:tcPr>
          <w:p w14:paraId="415ACE8A" w14:textId="77777777" w:rsidR="00BA76A8" w:rsidRDefault="00734CE3">
            <w:r>
              <w:t>CREBBP</w:t>
            </w:r>
          </w:p>
        </w:tc>
        <w:tc>
          <w:tcPr>
            <w:tcW w:w="4320" w:type="dxa"/>
          </w:tcPr>
          <w:p w14:paraId="53B26D2E" w14:textId="77777777" w:rsidR="00BA76A8" w:rsidRDefault="00734CE3">
            <w:r>
              <w:t>GO ∩ SFARI</w:t>
            </w:r>
          </w:p>
        </w:tc>
      </w:tr>
      <w:tr w:rsidR="00BA76A8" w14:paraId="0DECFDE4" w14:textId="77777777">
        <w:tc>
          <w:tcPr>
            <w:tcW w:w="4320" w:type="dxa"/>
          </w:tcPr>
          <w:p w14:paraId="27DE222F" w14:textId="77777777" w:rsidR="00BA76A8" w:rsidRDefault="00734CE3">
            <w:r>
              <w:t>CUL4B</w:t>
            </w:r>
          </w:p>
        </w:tc>
        <w:tc>
          <w:tcPr>
            <w:tcW w:w="4320" w:type="dxa"/>
          </w:tcPr>
          <w:p w14:paraId="0FD232A1" w14:textId="77777777" w:rsidR="00BA76A8" w:rsidRDefault="00734CE3">
            <w:r>
              <w:t>GO ∩ SFARI</w:t>
            </w:r>
          </w:p>
        </w:tc>
      </w:tr>
      <w:tr w:rsidR="00BA76A8" w14:paraId="257FD939" w14:textId="77777777">
        <w:tc>
          <w:tcPr>
            <w:tcW w:w="4320" w:type="dxa"/>
          </w:tcPr>
          <w:p w14:paraId="57D4DE88" w14:textId="77777777" w:rsidR="00BA76A8" w:rsidRDefault="00734CE3">
            <w:r>
              <w:t>CUX1</w:t>
            </w:r>
          </w:p>
        </w:tc>
        <w:tc>
          <w:tcPr>
            <w:tcW w:w="4320" w:type="dxa"/>
          </w:tcPr>
          <w:p w14:paraId="1C69E4EB" w14:textId="77777777" w:rsidR="00BA76A8" w:rsidRDefault="00734CE3">
            <w:r>
              <w:t>GO ∩ SFARI</w:t>
            </w:r>
          </w:p>
        </w:tc>
      </w:tr>
      <w:tr w:rsidR="00BA76A8" w14:paraId="608EC536" w14:textId="77777777">
        <w:tc>
          <w:tcPr>
            <w:tcW w:w="4320" w:type="dxa"/>
          </w:tcPr>
          <w:p w14:paraId="34BD2EFB" w14:textId="77777777" w:rsidR="00BA76A8" w:rsidRDefault="00734CE3">
            <w:r>
              <w:t>CUX2</w:t>
            </w:r>
          </w:p>
        </w:tc>
        <w:tc>
          <w:tcPr>
            <w:tcW w:w="4320" w:type="dxa"/>
          </w:tcPr>
          <w:p w14:paraId="58C033C4" w14:textId="77777777" w:rsidR="00BA76A8" w:rsidRDefault="00734CE3">
            <w:r>
              <w:t>GO ∩ SFARI</w:t>
            </w:r>
          </w:p>
        </w:tc>
      </w:tr>
      <w:tr w:rsidR="00BA76A8" w14:paraId="6FA231CE" w14:textId="77777777">
        <w:tc>
          <w:tcPr>
            <w:tcW w:w="4320" w:type="dxa"/>
          </w:tcPr>
          <w:p w14:paraId="60308EBE" w14:textId="77777777" w:rsidR="00BA76A8" w:rsidRDefault="00734CE3">
            <w:r>
              <w:t>CXXC5</w:t>
            </w:r>
          </w:p>
        </w:tc>
        <w:tc>
          <w:tcPr>
            <w:tcW w:w="4320" w:type="dxa"/>
          </w:tcPr>
          <w:p w14:paraId="41E0FEF7" w14:textId="77777777" w:rsidR="00BA76A8" w:rsidRDefault="00734CE3">
            <w:r>
              <w:t>GO ∩ SFARI</w:t>
            </w:r>
          </w:p>
        </w:tc>
      </w:tr>
      <w:tr w:rsidR="00BA76A8" w14:paraId="4C1B83FA" w14:textId="77777777">
        <w:tc>
          <w:tcPr>
            <w:tcW w:w="4320" w:type="dxa"/>
          </w:tcPr>
          <w:p w14:paraId="3C5D9124" w14:textId="77777777" w:rsidR="00BA76A8" w:rsidRDefault="00734CE3">
            <w:r>
              <w:t>CYFIP1</w:t>
            </w:r>
          </w:p>
        </w:tc>
        <w:tc>
          <w:tcPr>
            <w:tcW w:w="4320" w:type="dxa"/>
          </w:tcPr>
          <w:p w14:paraId="6C95DBBB" w14:textId="77777777" w:rsidR="00BA76A8" w:rsidRDefault="00734CE3">
            <w:r>
              <w:t>GO ∩ SFARI</w:t>
            </w:r>
          </w:p>
        </w:tc>
      </w:tr>
      <w:tr w:rsidR="00BA76A8" w14:paraId="585C92A1" w14:textId="77777777">
        <w:tc>
          <w:tcPr>
            <w:tcW w:w="4320" w:type="dxa"/>
          </w:tcPr>
          <w:p w14:paraId="56A2EF27" w14:textId="77777777" w:rsidR="00BA76A8" w:rsidRDefault="00734CE3">
            <w:r>
              <w:t>DAGLA</w:t>
            </w:r>
          </w:p>
        </w:tc>
        <w:tc>
          <w:tcPr>
            <w:tcW w:w="4320" w:type="dxa"/>
          </w:tcPr>
          <w:p w14:paraId="43BD8322" w14:textId="77777777" w:rsidR="00BA76A8" w:rsidRDefault="00734CE3">
            <w:r>
              <w:t>GO ∩ SFARI</w:t>
            </w:r>
          </w:p>
        </w:tc>
      </w:tr>
      <w:tr w:rsidR="00BA76A8" w14:paraId="5A1CAB2E" w14:textId="77777777">
        <w:tc>
          <w:tcPr>
            <w:tcW w:w="4320" w:type="dxa"/>
          </w:tcPr>
          <w:p w14:paraId="72721E2D" w14:textId="77777777" w:rsidR="00BA76A8" w:rsidRDefault="00734CE3">
            <w:r>
              <w:t>DEAF1</w:t>
            </w:r>
          </w:p>
        </w:tc>
        <w:tc>
          <w:tcPr>
            <w:tcW w:w="4320" w:type="dxa"/>
          </w:tcPr>
          <w:p w14:paraId="1EFC8F93" w14:textId="77777777" w:rsidR="00BA76A8" w:rsidRDefault="00734CE3">
            <w:r>
              <w:t>GO ∩ SFARI</w:t>
            </w:r>
          </w:p>
        </w:tc>
      </w:tr>
      <w:tr w:rsidR="00BA76A8" w14:paraId="664C21B1" w14:textId="77777777">
        <w:tc>
          <w:tcPr>
            <w:tcW w:w="4320" w:type="dxa"/>
          </w:tcPr>
          <w:p w14:paraId="18DFE712" w14:textId="77777777" w:rsidR="00BA76A8" w:rsidRDefault="00734CE3">
            <w:r>
              <w:t>DIP2A</w:t>
            </w:r>
          </w:p>
        </w:tc>
        <w:tc>
          <w:tcPr>
            <w:tcW w:w="4320" w:type="dxa"/>
          </w:tcPr>
          <w:p w14:paraId="60B04B78" w14:textId="77777777" w:rsidR="00BA76A8" w:rsidRDefault="00734CE3">
            <w:r>
              <w:t>GO ∩ SFARI</w:t>
            </w:r>
          </w:p>
        </w:tc>
      </w:tr>
      <w:tr w:rsidR="00BA76A8" w14:paraId="18E0CDA9" w14:textId="77777777">
        <w:tc>
          <w:tcPr>
            <w:tcW w:w="4320" w:type="dxa"/>
          </w:tcPr>
          <w:p w14:paraId="11B5811C" w14:textId="77777777" w:rsidR="00BA76A8" w:rsidRDefault="00734CE3">
            <w:r>
              <w:t>DIP2C</w:t>
            </w:r>
          </w:p>
        </w:tc>
        <w:tc>
          <w:tcPr>
            <w:tcW w:w="4320" w:type="dxa"/>
          </w:tcPr>
          <w:p w14:paraId="7B26C1AC" w14:textId="77777777" w:rsidR="00BA76A8" w:rsidRDefault="00734CE3">
            <w:r>
              <w:t>GO ∩ SFARI</w:t>
            </w:r>
          </w:p>
        </w:tc>
      </w:tr>
      <w:tr w:rsidR="00BA76A8" w14:paraId="13257C52" w14:textId="77777777">
        <w:tc>
          <w:tcPr>
            <w:tcW w:w="4320" w:type="dxa"/>
          </w:tcPr>
          <w:p w14:paraId="033E8EB6" w14:textId="77777777" w:rsidR="00BA76A8" w:rsidRDefault="00734CE3">
            <w:r>
              <w:t>DLGAP1</w:t>
            </w:r>
          </w:p>
        </w:tc>
        <w:tc>
          <w:tcPr>
            <w:tcW w:w="4320" w:type="dxa"/>
          </w:tcPr>
          <w:p w14:paraId="11F58615" w14:textId="77777777" w:rsidR="00BA76A8" w:rsidRDefault="00734CE3">
            <w:r>
              <w:t>GO ∩ SFARI</w:t>
            </w:r>
          </w:p>
        </w:tc>
      </w:tr>
      <w:tr w:rsidR="00BA76A8" w14:paraId="0A3AD65E" w14:textId="77777777">
        <w:tc>
          <w:tcPr>
            <w:tcW w:w="4320" w:type="dxa"/>
          </w:tcPr>
          <w:p w14:paraId="201F121C" w14:textId="77777777" w:rsidR="00BA76A8" w:rsidRDefault="00734CE3">
            <w:r>
              <w:t>DLGAP2</w:t>
            </w:r>
          </w:p>
        </w:tc>
        <w:tc>
          <w:tcPr>
            <w:tcW w:w="4320" w:type="dxa"/>
          </w:tcPr>
          <w:p w14:paraId="6306781D" w14:textId="77777777" w:rsidR="00BA76A8" w:rsidRDefault="00734CE3">
            <w:r>
              <w:t>GO ∩ SFARI</w:t>
            </w:r>
          </w:p>
        </w:tc>
      </w:tr>
      <w:tr w:rsidR="00BA76A8" w14:paraId="54404FEB" w14:textId="77777777">
        <w:tc>
          <w:tcPr>
            <w:tcW w:w="4320" w:type="dxa"/>
          </w:tcPr>
          <w:p w14:paraId="0E3E81DC" w14:textId="77777777" w:rsidR="00BA76A8" w:rsidRDefault="00734CE3">
            <w:r>
              <w:t>DLGAP3</w:t>
            </w:r>
          </w:p>
        </w:tc>
        <w:tc>
          <w:tcPr>
            <w:tcW w:w="4320" w:type="dxa"/>
          </w:tcPr>
          <w:p w14:paraId="0F0880C2" w14:textId="77777777" w:rsidR="00BA76A8" w:rsidRDefault="00734CE3">
            <w:r>
              <w:t>GO ∩ SFARI</w:t>
            </w:r>
          </w:p>
        </w:tc>
      </w:tr>
      <w:tr w:rsidR="00BA76A8" w14:paraId="00D6E456" w14:textId="77777777">
        <w:tc>
          <w:tcPr>
            <w:tcW w:w="4320" w:type="dxa"/>
          </w:tcPr>
          <w:p w14:paraId="4246C21D" w14:textId="77777777" w:rsidR="00BA76A8" w:rsidRDefault="00734CE3">
            <w:r>
              <w:t>DLL1</w:t>
            </w:r>
          </w:p>
        </w:tc>
        <w:tc>
          <w:tcPr>
            <w:tcW w:w="4320" w:type="dxa"/>
          </w:tcPr>
          <w:p w14:paraId="2F91A0E9" w14:textId="77777777" w:rsidR="00BA76A8" w:rsidRDefault="00734CE3">
            <w:r>
              <w:t>GO ∩ SFARI</w:t>
            </w:r>
          </w:p>
        </w:tc>
      </w:tr>
      <w:tr w:rsidR="00BA76A8" w14:paraId="587BFD14" w14:textId="77777777">
        <w:tc>
          <w:tcPr>
            <w:tcW w:w="4320" w:type="dxa"/>
          </w:tcPr>
          <w:p w14:paraId="4F027AFA" w14:textId="77777777" w:rsidR="00BA76A8" w:rsidRDefault="00734CE3">
            <w:r>
              <w:t>DLX2</w:t>
            </w:r>
          </w:p>
        </w:tc>
        <w:tc>
          <w:tcPr>
            <w:tcW w:w="4320" w:type="dxa"/>
          </w:tcPr>
          <w:p w14:paraId="2D34AA74" w14:textId="77777777" w:rsidR="00BA76A8" w:rsidRDefault="00734CE3">
            <w:r>
              <w:t>GO ∩ SFARI</w:t>
            </w:r>
          </w:p>
        </w:tc>
      </w:tr>
      <w:tr w:rsidR="00BA76A8" w14:paraId="61528711" w14:textId="77777777">
        <w:tc>
          <w:tcPr>
            <w:tcW w:w="4320" w:type="dxa"/>
          </w:tcPr>
          <w:p w14:paraId="27A8D969" w14:textId="77777777" w:rsidR="00BA76A8" w:rsidRDefault="00734CE3">
            <w:r>
              <w:t>DMD</w:t>
            </w:r>
          </w:p>
        </w:tc>
        <w:tc>
          <w:tcPr>
            <w:tcW w:w="4320" w:type="dxa"/>
          </w:tcPr>
          <w:p w14:paraId="13A94F43" w14:textId="77777777" w:rsidR="00BA76A8" w:rsidRDefault="00734CE3">
            <w:r>
              <w:t>GO ∩ SFARI</w:t>
            </w:r>
          </w:p>
        </w:tc>
      </w:tr>
      <w:tr w:rsidR="00BA76A8" w14:paraId="40B8C3E7" w14:textId="77777777">
        <w:tc>
          <w:tcPr>
            <w:tcW w:w="4320" w:type="dxa"/>
          </w:tcPr>
          <w:p w14:paraId="36148D30" w14:textId="77777777" w:rsidR="00BA76A8" w:rsidRDefault="00734CE3">
            <w:r>
              <w:t>DMWD</w:t>
            </w:r>
          </w:p>
        </w:tc>
        <w:tc>
          <w:tcPr>
            <w:tcW w:w="4320" w:type="dxa"/>
          </w:tcPr>
          <w:p w14:paraId="4D79477F" w14:textId="77777777" w:rsidR="00BA76A8" w:rsidRDefault="00734CE3">
            <w:r>
              <w:t>GO ∩ SFARI</w:t>
            </w:r>
          </w:p>
        </w:tc>
      </w:tr>
      <w:tr w:rsidR="00BA76A8" w14:paraId="1C31CA88" w14:textId="77777777">
        <w:tc>
          <w:tcPr>
            <w:tcW w:w="4320" w:type="dxa"/>
          </w:tcPr>
          <w:p w14:paraId="0B405CEC" w14:textId="77777777" w:rsidR="00BA76A8" w:rsidRDefault="00734CE3">
            <w:r>
              <w:t>DNAH10</w:t>
            </w:r>
          </w:p>
        </w:tc>
        <w:tc>
          <w:tcPr>
            <w:tcW w:w="4320" w:type="dxa"/>
          </w:tcPr>
          <w:p w14:paraId="3F3981B5" w14:textId="77777777" w:rsidR="00BA76A8" w:rsidRDefault="00734CE3">
            <w:r>
              <w:t>GO ∩ SFARI</w:t>
            </w:r>
          </w:p>
        </w:tc>
      </w:tr>
      <w:tr w:rsidR="00BA76A8" w14:paraId="3F16BBED" w14:textId="77777777">
        <w:tc>
          <w:tcPr>
            <w:tcW w:w="4320" w:type="dxa"/>
          </w:tcPr>
          <w:p w14:paraId="3D338BB6" w14:textId="77777777" w:rsidR="00BA76A8" w:rsidRDefault="00734CE3">
            <w:r>
              <w:t>DNAH17</w:t>
            </w:r>
          </w:p>
        </w:tc>
        <w:tc>
          <w:tcPr>
            <w:tcW w:w="4320" w:type="dxa"/>
          </w:tcPr>
          <w:p w14:paraId="7D83A9D1" w14:textId="77777777" w:rsidR="00BA76A8" w:rsidRDefault="00734CE3">
            <w:r>
              <w:t>GO ∩ SFARI</w:t>
            </w:r>
          </w:p>
        </w:tc>
      </w:tr>
      <w:tr w:rsidR="00BA76A8" w14:paraId="0E3E0E1E" w14:textId="77777777">
        <w:tc>
          <w:tcPr>
            <w:tcW w:w="4320" w:type="dxa"/>
          </w:tcPr>
          <w:p w14:paraId="66343675" w14:textId="77777777" w:rsidR="00BA76A8" w:rsidRDefault="00734CE3">
            <w:r>
              <w:t>DNAJC5</w:t>
            </w:r>
          </w:p>
        </w:tc>
        <w:tc>
          <w:tcPr>
            <w:tcW w:w="4320" w:type="dxa"/>
          </w:tcPr>
          <w:p w14:paraId="7C1A0BA7" w14:textId="77777777" w:rsidR="00BA76A8" w:rsidRDefault="00734CE3">
            <w:r>
              <w:t>GO ∩ SFARI</w:t>
            </w:r>
          </w:p>
        </w:tc>
      </w:tr>
      <w:tr w:rsidR="00BA76A8" w14:paraId="35D77127" w14:textId="77777777">
        <w:tc>
          <w:tcPr>
            <w:tcW w:w="4320" w:type="dxa"/>
          </w:tcPr>
          <w:p w14:paraId="7DB03F87" w14:textId="77777777" w:rsidR="00BA76A8" w:rsidRDefault="00734CE3">
            <w:r>
              <w:t>DNMT3A</w:t>
            </w:r>
          </w:p>
        </w:tc>
        <w:tc>
          <w:tcPr>
            <w:tcW w:w="4320" w:type="dxa"/>
          </w:tcPr>
          <w:p w14:paraId="6D822BCE" w14:textId="77777777" w:rsidR="00BA76A8" w:rsidRDefault="00734CE3">
            <w:r>
              <w:t>GO ∩ SFARI</w:t>
            </w:r>
          </w:p>
        </w:tc>
      </w:tr>
      <w:tr w:rsidR="00BA76A8" w14:paraId="4F1908CF" w14:textId="77777777">
        <w:tc>
          <w:tcPr>
            <w:tcW w:w="4320" w:type="dxa"/>
          </w:tcPr>
          <w:p w14:paraId="251CADA0" w14:textId="77777777" w:rsidR="00BA76A8" w:rsidRDefault="00734CE3">
            <w:r>
              <w:t>DOCK4</w:t>
            </w:r>
          </w:p>
        </w:tc>
        <w:tc>
          <w:tcPr>
            <w:tcW w:w="4320" w:type="dxa"/>
          </w:tcPr>
          <w:p w14:paraId="583D9F67" w14:textId="77777777" w:rsidR="00BA76A8" w:rsidRDefault="00734CE3">
            <w:r>
              <w:t>GO ∩ SFARI</w:t>
            </w:r>
          </w:p>
        </w:tc>
      </w:tr>
      <w:tr w:rsidR="00BA76A8" w14:paraId="0DED9F91" w14:textId="77777777">
        <w:tc>
          <w:tcPr>
            <w:tcW w:w="4320" w:type="dxa"/>
          </w:tcPr>
          <w:p w14:paraId="0E73D79A" w14:textId="77777777" w:rsidR="00BA76A8" w:rsidRDefault="00734CE3">
            <w:r>
              <w:t>DOCK8</w:t>
            </w:r>
          </w:p>
        </w:tc>
        <w:tc>
          <w:tcPr>
            <w:tcW w:w="4320" w:type="dxa"/>
          </w:tcPr>
          <w:p w14:paraId="0D22DFBA" w14:textId="77777777" w:rsidR="00BA76A8" w:rsidRDefault="00734CE3">
            <w:r>
              <w:t>GO ∩ SFARI</w:t>
            </w:r>
          </w:p>
        </w:tc>
      </w:tr>
      <w:tr w:rsidR="00BA76A8" w14:paraId="17CA5397" w14:textId="77777777">
        <w:tc>
          <w:tcPr>
            <w:tcW w:w="4320" w:type="dxa"/>
          </w:tcPr>
          <w:p w14:paraId="700F2B9B" w14:textId="77777777" w:rsidR="00BA76A8" w:rsidRDefault="00734CE3">
            <w:r>
              <w:t>DOT1L</w:t>
            </w:r>
          </w:p>
        </w:tc>
        <w:tc>
          <w:tcPr>
            <w:tcW w:w="4320" w:type="dxa"/>
          </w:tcPr>
          <w:p w14:paraId="1108C06A" w14:textId="77777777" w:rsidR="00BA76A8" w:rsidRDefault="00734CE3">
            <w:r>
              <w:t>GO ∩ SFARI</w:t>
            </w:r>
          </w:p>
        </w:tc>
      </w:tr>
      <w:tr w:rsidR="00BA76A8" w14:paraId="2577C309" w14:textId="77777777">
        <w:tc>
          <w:tcPr>
            <w:tcW w:w="4320" w:type="dxa"/>
          </w:tcPr>
          <w:p w14:paraId="47F57A5B" w14:textId="77777777" w:rsidR="00BA76A8" w:rsidRDefault="00734CE3">
            <w:r>
              <w:t>DPP10</w:t>
            </w:r>
          </w:p>
        </w:tc>
        <w:tc>
          <w:tcPr>
            <w:tcW w:w="4320" w:type="dxa"/>
          </w:tcPr>
          <w:p w14:paraId="2F63DF3C" w14:textId="77777777" w:rsidR="00BA76A8" w:rsidRDefault="00734CE3">
            <w:r>
              <w:t>GO ∩ SFARI</w:t>
            </w:r>
          </w:p>
        </w:tc>
      </w:tr>
      <w:tr w:rsidR="00BA76A8" w14:paraId="7DC6290F" w14:textId="77777777">
        <w:tc>
          <w:tcPr>
            <w:tcW w:w="4320" w:type="dxa"/>
          </w:tcPr>
          <w:p w14:paraId="7E81F99F" w14:textId="77777777" w:rsidR="00BA76A8" w:rsidRDefault="00734CE3">
            <w:r>
              <w:t>DPP6</w:t>
            </w:r>
          </w:p>
        </w:tc>
        <w:tc>
          <w:tcPr>
            <w:tcW w:w="4320" w:type="dxa"/>
          </w:tcPr>
          <w:p w14:paraId="5B52424B" w14:textId="77777777" w:rsidR="00BA76A8" w:rsidRDefault="00734CE3">
            <w:r>
              <w:t>GO ∩ SFARI</w:t>
            </w:r>
          </w:p>
        </w:tc>
      </w:tr>
      <w:tr w:rsidR="00BA76A8" w14:paraId="44F0C1A8" w14:textId="77777777">
        <w:tc>
          <w:tcPr>
            <w:tcW w:w="4320" w:type="dxa"/>
          </w:tcPr>
          <w:p w14:paraId="36222148" w14:textId="77777777" w:rsidR="00BA76A8" w:rsidRDefault="00734CE3">
            <w:r>
              <w:t>DVL3</w:t>
            </w:r>
          </w:p>
        </w:tc>
        <w:tc>
          <w:tcPr>
            <w:tcW w:w="4320" w:type="dxa"/>
          </w:tcPr>
          <w:p w14:paraId="5663924F" w14:textId="77777777" w:rsidR="00BA76A8" w:rsidRDefault="00734CE3">
            <w:r>
              <w:t>GO ∩ SFARI</w:t>
            </w:r>
          </w:p>
        </w:tc>
      </w:tr>
      <w:tr w:rsidR="00BA76A8" w14:paraId="31AC738F" w14:textId="77777777">
        <w:tc>
          <w:tcPr>
            <w:tcW w:w="4320" w:type="dxa"/>
          </w:tcPr>
          <w:p w14:paraId="63422584" w14:textId="77777777" w:rsidR="00BA76A8" w:rsidRDefault="00734CE3">
            <w:r>
              <w:t>EBF3</w:t>
            </w:r>
          </w:p>
        </w:tc>
        <w:tc>
          <w:tcPr>
            <w:tcW w:w="4320" w:type="dxa"/>
          </w:tcPr>
          <w:p w14:paraId="7BA630D6" w14:textId="77777777" w:rsidR="00BA76A8" w:rsidRDefault="00734CE3">
            <w:r>
              <w:t>GO ∩ SFARI</w:t>
            </w:r>
          </w:p>
        </w:tc>
      </w:tr>
      <w:tr w:rsidR="00BA76A8" w14:paraId="7B911848" w14:textId="77777777">
        <w:tc>
          <w:tcPr>
            <w:tcW w:w="4320" w:type="dxa"/>
          </w:tcPr>
          <w:p w14:paraId="3FDA0B7E" w14:textId="77777777" w:rsidR="00BA76A8" w:rsidRDefault="00734CE3">
            <w:r>
              <w:t>EEF1A2</w:t>
            </w:r>
          </w:p>
        </w:tc>
        <w:tc>
          <w:tcPr>
            <w:tcW w:w="4320" w:type="dxa"/>
          </w:tcPr>
          <w:p w14:paraId="2AF7B2BF" w14:textId="77777777" w:rsidR="00BA76A8" w:rsidRDefault="00734CE3">
            <w:r>
              <w:t>GO ∩ SFARI</w:t>
            </w:r>
          </w:p>
        </w:tc>
      </w:tr>
      <w:tr w:rsidR="00BA76A8" w14:paraId="02D07E22" w14:textId="77777777">
        <w:tc>
          <w:tcPr>
            <w:tcW w:w="4320" w:type="dxa"/>
          </w:tcPr>
          <w:p w14:paraId="085D8CA1" w14:textId="77777777" w:rsidR="00BA76A8" w:rsidRDefault="00734CE3">
            <w:r>
              <w:t>EGR3</w:t>
            </w:r>
          </w:p>
        </w:tc>
        <w:tc>
          <w:tcPr>
            <w:tcW w:w="4320" w:type="dxa"/>
          </w:tcPr>
          <w:p w14:paraId="07E8A361" w14:textId="77777777" w:rsidR="00BA76A8" w:rsidRDefault="00734CE3">
            <w:r>
              <w:t>GO ∩ SFARI</w:t>
            </w:r>
          </w:p>
        </w:tc>
      </w:tr>
      <w:tr w:rsidR="00BA76A8" w14:paraId="7CEB195C" w14:textId="77777777">
        <w:tc>
          <w:tcPr>
            <w:tcW w:w="4320" w:type="dxa"/>
          </w:tcPr>
          <w:p w14:paraId="1383932E" w14:textId="77777777" w:rsidR="00BA76A8" w:rsidRDefault="00734CE3">
            <w:r>
              <w:t>EHMT1</w:t>
            </w:r>
          </w:p>
        </w:tc>
        <w:tc>
          <w:tcPr>
            <w:tcW w:w="4320" w:type="dxa"/>
          </w:tcPr>
          <w:p w14:paraId="39B2015D" w14:textId="77777777" w:rsidR="00BA76A8" w:rsidRDefault="00734CE3">
            <w:r>
              <w:t>GO ∩ SFARI</w:t>
            </w:r>
          </w:p>
        </w:tc>
      </w:tr>
      <w:tr w:rsidR="00BA76A8" w14:paraId="0B1168B6" w14:textId="77777777">
        <w:tc>
          <w:tcPr>
            <w:tcW w:w="4320" w:type="dxa"/>
          </w:tcPr>
          <w:p w14:paraId="6238D0B0" w14:textId="77777777" w:rsidR="00BA76A8" w:rsidRDefault="00734CE3">
            <w:r>
              <w:t>EIF3G</w:t>
            </w:r>
          </w:p>
        </w:tc>
        <w:tc>
          <w:tcPr>
            <w:tcW w:w="4320" w:type="dxa"/>
          </w:tcPr>
          <w:p w14:paraId="38AAC9ED" w14:textId="77777777" w:rsidR="00BA76A8" w:rsidRDefault="00734CE3">
            <w:r>
              <w:t>GO ∩ SFARI</w:t>
            </w:r>
          </w:p>
        </w:tc>
      </w:tr>
      <w:tr w:rsidR="00BA76A8" w14:paraId="6C93C9E6" w14:textId="77777777">
        <w:tc>
          <w:tcPr>
            <w:tcW w:w="4320" w:type="dxa"/>
          </w:tcPr>
          <w:p w14:paraId="35EAB8E7" w14:textId="77777777" w:rsidR="00BA76A8" w:rsidRDefault="00734CE3">
            <w:r>
              <w:t>EIF4G1</w:t>
            </w:r>
          </w:p>
        </w:tc>
        <w:tc>
          <w:tcPr>
            <w:tcW w:w="4320" w:type="dxa"/>
          </w:tcPr>
          <w:p w14:paraId="08C444E5" w14:textId="77777777" w:rsidR="00BA76A8" w:rsidRDefault="00734CE3">
            <w:r>
              <w:t>GO ∩ SFARI</w:t>
            </w:r>
          </w:p>
        </w:tc>
      </w:tr>
      <w:tr w:rsidR="00BA76A8" w14:paraId="0CD67DA8" w14:textId="77777777">
        <w:tc>
          <w:tcPr>
            <w:tcW w:w="4320" w:type="dxa"/>
          </w:tcPr>
          <w:p w14:paraId="7CB56C0B" w14:textId="77777777" w:rsidR="00BA76A8" w:rsidRDefault="00734CE3">
            <w:r>
              <w:t>ELAVL3</w:t>
            </w:r>
          </w:p>
        </w:tc>
        <w:tc>
          <w:tcPr>
            <w:tcW w:w="4320" w:type="dxa"/>
          </w:tcPr>
          <w:p w14:paraId="56FEECFD" w14:textId="77777777" w:rsidR="00BA76A8" w:rsidRDefault="00734CE3">
            <w:r>
              <w:t>GO ∩ SFARI</w:t>
            </w:r>
          </w:p>
        </w:tc>
      </w:tr>
      <w:tr w:rsidR="00BA76A8" w14:paraId="1912F4AD" w14:textId="77777777">
        <w:tc>
          <w:tcPr>
            <w:tcW w:w="4320" w:type="dxa"/>
          </w:tcPr>
          <w:p w14:paraId="1B9F3E0C" w14:textId="77777777" w:rsidR="00BA76A8" w:rsidRDefault="00734CE3">
            <w:r>
              <w:t>EPPK1</w:t>
            </w:r>
          </w:p>
        </w:tc>
        <w:tc>
          <w:tcPr>
            <w:tcW w:w="4320" w:type="dxa"/>
          </w:tcPr>
          <w:p w14:paraId="471C05AF" w14:textId="77777777" w:rsidR="00BA76A8" w:rsidRDefault="00734CE3">
            <w:r>
              <w:t>GO ∩ SFARI</w:t>
            </w:r>
          </w:p>
        </w:tc>
      </w:tr>
      <w:tr w:rsidR="00BA76A8" w14:paraId="1D0C7DAC" w14:textId="77777777">
        <w:tc>
          <w:tcPr>
            <w:tcW w:w="4320" w:type="dxa"/>
          </w:tcPr>
          <w:p w14:paraId="07414C1F" w14:textId="77777777" w:rsidR="00BA76A8" w:rsidRDefault="00734CE3">
            <w:r>
              <w:t>EXOC3</w:t>
            </w:r>
          </w:p>
        </w:tc>
        <w:tc>
          <w:tcPr>
            <w:tcW w:w="4320" w:type="dxa"/>
          </w:tcPr>
          <w:p w14:paraId="6F11E85F" w14:textId="77777777" w:rsidR="00BA76A8" w:rsidRDefault="00734CE3">
            <w:r>
              <w:t>GO ∩ SFARI</w:t>
            </w:r>
          </w:p>
        </w:tc>
      </w:tr>
      <w:tr w:rsidR="00BA76A8" w14:paraId="5E30C201" w14:textId="77777777">
        <w:tc>
          <w:tcPr>
            <w:tcW w:w="4320" w:type="dxa"/>
          </w:tcPr>
          <w:p w14:paraId="033DFE63" w14:textId="77777777" w:rsidR="00BA76A8" w:rsidRDefault="00734CE3">
            <w:r>
              <w:t>FAM47A</w:t>
            </w:r>
          </w:p>
        </w:tc>
        <w:tc>
          <w:tcPr>
            <w:tcW w:w="4320" w:type="dxa"/>
          </w:tcPr>
          <w:p w14:paraId="7C54D9B4" w14:textId="77777777" w:rsidR="00BA76A8" w:rsidRDefault="00734CE3">
            <w:r>
              <w:t>GO ∩ SFARI</w:t>
            </w:r>
          </w:p>
        </w:tc>
      </w:tr>
      <w:tr w:rsidR="00BA76A8" w14:paraId="4A2C5EF0" w14:textId="77777777">
        <w:tc>
          <w:tcPr>
            <w:tcW w:w="4320" w:type="dxa"/>
          </w:tcPr>
          <w:p w14:paraId="0F8F9BA0" w14:textId="77777777" w:rsidR="00BA76A8" w:rsidRDefault="00734CE3">
            <w:r>
              <w:t>FBRSL1</w:t>
            </w:r>
          </w:p>
        </w:tc>
        <w:tc>
          <w:tcPr>
            <w:tcW w:w="4320" w:type="dxa"/>
          </w:tcPr>
          <w:p w14:paraId="1351F4E3" w14:textId="77777777" w:rsidR="00BA76A8" w:rsidRDefault="00734CE3">
            <w:r>
              <w:t>GO ∩ SFARI</w:t>
            </w:r>
          </w:p>
        </w:tc>
      </w:tr>
      <w:tr w:rsidR="00BA76A8" w14:paraId="086ED76C" w14:textId="77777777">
        <w:tc>
          <w:tcPr>
            <w:tcW w:w="4320" w:type="dxa"/>
          </w:tcPr>
          <w:p w14:paraId="2342F90D" w14:textId="77777777" w:rsidR="00BA76A8" w:rsidRDefault="00734CE3">
            <w:r>
              <w:lastRenderedPageBreak/>
              <w:t>FGF13</w:t>
            </w:r>
          </w:p>
        </w:tc>
        <w:tc>
          <w:tcPr>
            <w:tcW w:w="4320" w:type="dxa"/>
          </w:tcPr>
          <w:p w14:paraId="5B5935B9" w14:textId="77777777" w:rsidR="00BA76A8" w:rsidRDefault="00734CE3">
            <w:r>
              <w:t>GO ∩ SFARI</w:t>
            </w:r>
          </w:p>
        </w:tc>
      </w:tr>
      <w:tr w:rsidR="00BA76A8" w14:paraId="004ED8F7" w14:textId="77777777">
        <w:tc>
          <w:tcPr>
            <w:tcW w:w="4320" w:type="dxa"/>
          </w:tcPr>
          <w:p w14:paraId="1F4AFC37" w14:textId="77777777" w:rsidR="00BA76A8" w:rsidRDefault="00734CE3">
            <w:r>
              <w:t>FLNA</w:t>
            </w:r>
          </w:p>
        </w:tc>
        <w:tc>
          <w:tcPr>
            <w:tcW w:w="4320" w:type="dxa"/>
          </w:tcPr>
          <w:p w14:paraId="1ABA8361" w14:textId="77777777" w:rsidR="00BA76A8" w:rsidRDefault="00734CE3">
            <w:r>
              <w:t>GO ∩ SFARI</w:t>
            </w:r>
          </w:p>
        </w:tc>
      </w:tr>
      <w:tr w:rsidR="00BA76A8" w14:paraId="67D152D4" w14:textId="77777777">
        <w:tc>
          <w:tcPr>
            <w:tcW w:w="4320" w:type="dxa"/>
          </w:tcPr>
          <w:p w14:paraId="6BE61C19" w14:textId="77777777" w:rsidR="00BA76A8" w:rsidRDefault="00734CE3">
            <w:r>
              <w:t>FMR1</w:t>
            </w:r>
          </w:p>
        </w:tc>
        <w:tc>
          <w:tcPr>
            <w:tcW w:w="4320" w:type="dxa"/>
          </w:tcPr>
          <w:p w14:paraId="75D0D6E7" w14:textId="77777777" w:rsidR="00BA76A8" w:rsidRDefault="00734CE3">
            <w:r>
              <w:t>GO ∩ SFARI</w:t>
            </w:r>
          </w:p>
        </w:tc>
      </w:tr>
      <w:tr w:rsidR="00BA76A8" w14:paraId="2418D0F5" w14:textId="77777777">
        <w:tc>
          <w:tcPr>
            <w:tcW w:w="4320" w:type="dxa"/>
          </w:tcPr>
          <w:p w14:paraId="6463730B" w14:textId="77777777" w:rsidR="00BA76A8" w:rsidRDefault="00734CE3">
            <w:r>
              <w:t>FRMPD4</w:t>
            </w:r>
          </w:p>
        </w:tc>
        <w:tc>
          <w:tcPr>
            <w:tcW w:w="4320" w:type="dxa"/>
          </w:tcPr>
          <w:p w14:paraId="564159A4" w14:textId="77777777" w:rsidR="00BA76A8" w:rsidRDefault="00734CE3">
            <w:r>
              <w:t>GO ∩ SFARI</w:t>
            </w:r>
          </w:p>
        </w:tc>
      </w:tr>
      <w:tr w:rsidR="00BA76A8" w14:paraId="24926707" w14:textId="77777777">
        <w:tc>
          <w:tcPr>
            <w:tcW w:w="4320" w:type="dxa"/>
          </w:tcPr>
          <w:p w14:paraId="6714FB74" w14:textId="77777777" w:rsidR="00BA76A8" w:rsidRDefault="00734CE3">
            <w:r>
              <w:t>FXN</w:t>
            </w:r>
          </w:p>
        </w:tc>
        <w:tc>
          <w:tcPr>
            <w:tcW w:w="4320" w:type="dxa"/>
          </w:tcPr>
          <w:p w14:paraId="2AFF70AD" w14:textId="77777777" w:rsidR="00BA76A8" w:rsidRDefault="00734CE3">
            <w:r>
              <w:t>GO ∩ SFARI</w:t>
            </w:r>
          </w:p>
        </w:tc>
      </w:tr>
      <w:tr w:rsidR="00BA76A8" w14:paraId="5B8592A8" w14:textId="77777777">
        <w:tc>
          <w:tcPr>
            <w:tcW w:w="4320" w:type="dxa"/>
          </w:tcPr>
          <w:p w14:paraId="1F874AA4" w14:textId="77777777" w:rsidR="00BA76A8" w:rsidRDefault="00734CE3">
            <w:r>
              <w:t>GABRB3</w:t>
            </w:r>
          </w:p>
        </w:tc>
        <w:tc>
          <w:tcPr>
            <w:tcW w:w="4320" w:type="dxa"/>
          </w:tcPr>
          <w:p w14:paraId="244739EA" w14:textId="77777777" w:rsidR="00BA76A8" w:rsidRDefault="00734CE3">
            <w:r>
              <w:t>GO ∩ SFARI</w:t>
            </w:r>
          </w:p>
        </w:tc>
      </w:tr>
      <w:tr w:rsidR="00BA76A8" w14:paraId="2C0EBF27" w14:textId="77777777">
        <w:tc>
          <w:tcPr>
            <w:tcW w:w="4320" w:type="dxa"/>
          </w:tcPr>
          <w:p w14:paraId="2E583044" w14:textId="77777777" w:rsidR="00BA76A8" w:rsidRDefault="00734CE3">
            <w:r>
              <w:t>GALNT2</w:t>
            </w:r>
          </w:p>
        </w:tc>
        <w:tc>
          <w:tcPr>
            <w:tcW w:w="4320" w:type="dxa"/>
          </w:tcPr>
          <w:p w14:paraId="08407680" w14:textId="77777777" w:rsidR="00BA76A8" w:rsidRDefault="00734CE3">
            <w:r>
              <w:t>GO ∩ SFARI</w:t>
            </w:r>
          </w:p>
        </w:tc>
      </w:tr>
      <w:tr w:rsidR="00BA76A8" w14:paraId="0738D942" w14:textId="77777777">
        <w:tc>
          <w:tcPr>
            <w:tcW w:w="4320" w:type="dxa"/>
          </w:tcPr>
          <w:p w14:paraId="4CC80CEA" w14:textId="77777777" w:rsidR="00BA76A8" w:rsidRDefault="00734CE3">
            <w:r>
              <w:t>GIGYF1</w:t>
            </w:r>
          </w:p>
        </w:tc>
        <w:tc>
          <w:tcPr>
            <w:tcW w:w="4320" w:type="dxa"/>
          </w:tcPr>
          <w:p w14:paraId="31A44D5E" w14:textId="77777777" w:rsidR="00BA76A8" w:rsidRDefault="00734CE3">
            <w:r>
              <w:t>GO ∩ SFARI</w:t>
            </w:r>
          </w:p>
        </w:tc>
      </w:tr>
      <w:tr w:rsidR="00BA76A8" w14:paraId="203CA5F6" w14:textId="77777777">
        <w:tc>
          <w:tcPr>
            <w:tcW w:w="4320" w:type="dxa"/>
          </w:tcPr>
          <w:p w14:paraId="2AF35EBE" w14:textId="77777777" w:rsidR="00BA76A8" w:rsidRDefault="00734CE3">
            <w:r>
              <w:t>GLI3</w:t>
            </w:r>
          </w:p>
        </w:tc>
        <w:tc>
          <w:tcPr>
            <w:tcW w:w="4320" w:type="dxa"/>
          </w:tcPr>
          <w:p w14:paraId="5586677A" w14:textId="77777777" w:rsidR="00BA76A8" w:rsidRDefault="00734CE3">
            <w:r>
              <w:t>GO ∩ SFARI</w:t>
            </w:r>
          </w:p>
        </w:tc>
      </w:tr>
      <w:tr w:rsidR="00BA76A8" w14:paraId="4E1AB884" w14:textId="77777777">
        <w:tc>
          <w:tcPr>
            <w:tcW w:w="4320" w:type="dxa"/>
          </w:tcPr>
          <w:p w14:paraId="51B7A4C2" w14:textId="77777777" w:rsidR="00BA76A8" w:rsidRDefault="00734CE3">
            <w:r>
              <w:t>GNAS</w:t>
            </w:r>
          </w:p>
        </w:tc>
        <w:tc>
          <w:tcPr>
            <w:tcW w:w="4320" w:type="dxa"/>
          </w:tcPr>
          <w:p w14:paraId="0D3890E1" w14:textId="77777777" w:rsidR="00BA76A8" w:rsidRDefault="00734CE3">
            <w:r>
              <w:t>GO ∩ SFARI</w:t>
            </w:r>
          </w:p>
        </w:tc>
      </w:tr>
      <w:tr w:rsidR="00BA76A8" w14:paraId="2A8F9474" w14:textId="77777777">
        <w:tc>
          <w:tcPr>
            <w:tcW w:w="4320" w:type="dxa"/>
          </w:tcPr>
          <w:p w14:paraId="7225834E" w14:textId="77777777" w:rsidR="00BA76A8" w:rsidRDefault="00734CE3">
            <w:r>
              <w:t>GPC4</w:t>
            </w:r>
          </w:p>
        </w:tc>
        <w:tc>
          <w:tcPr>
            <w:tcW w:w="4320" w:type="dxa"/>
          </w:tcPr>
          <w:p w14:paraId="242B41FF" w14:textId="77777777" w:rsidR="00BA76A8" w:rsidRDefault="00734CE3">
            <w:r>
              <w:t>GO ∩ SFARI</w:t>
            </w:r>
          </w:p>
        </w:tc>
      </w:tr>
      <w:tr w:rsidR="00BA76A8" w14:paraId="50804B42" w14:textId="77777777">
        <w:tc>
          <w:tcPr>
            <w:tcW w:w="4320" w:type="dxa"/>
          </w:tcPr>
          <w:p w14:paraId="613EDE2F" w14:textId="77777777" w:rsidR="00BA76A8" w:rsidRDefault="00734CE3">
            <w:r>
              <w:t>GPHN</w:t>
            </w:r>
          </w:p>
        </w:tc>
        <w:tc>
          <w:tcPr>
            <w:tcW w:w="4320" w:type="dxa"/>
          </w:tcPr>
          <w:p w14:paraId="43DEAC2E" w14:textId="77777777" w:rsidR="00BA76A8" w:rsidRDefault="00734CE3">
            <w:r>
              <w:t>GO ∩ SFARI</w:t>
            </w:r>
          </w:p>
        </w:tc>
      </w:tr>
      <w:tr w:rsidR="00BA76A8" w14:paraId="541D6592" w14:textId="77777777">
        <w:tc>
          <w:tcPr>
            <w:tcW w:w="4320" w:type="dxa"/>
          </w:tcPr>
          <w:p w14:paraId="64D4080E" w14:textId="77777777" w:rsidR="00BA76A8" w:rsidRDefault="00734CE3">
            <w:r>
              <w:t>GRB10</w:t>
            </w:r>
          </w:p>
        </w:tc>
        <w:tc>
          <w:tcPr>
            <w:tcW w:w="4320" w:type="dxa"/>
          </w:tcPr>
          <w:p w14:paraId="3545DC33" w14:textId="77777777" w:rsidR="00BA76A8" w:rsidRDefault="00734CE3">
            <w:r>
              <w:t>GO ∩ SFARI</w:t>
            </w:r>
          </w:p>
        </w:tc>
      </w:tr>
      <w:tr w:rsidR="00BA76A8" w14:paraId="363FB276" w14:textId="77777777">
        <w:tc>
          <w:tcPr>
            <w:tcW w:w="4320" w:type="dxa"/>
          </w:tcPr>
          <w:p w14:paraId="06CE721A" w14:textId="77777777" w:rsidR="00BA76A8" w:rsidRDefault="00734CE3">
            <w:r>
              <w:t>GRID2IP</w:t>
            </w:r>
          </w:p>
        </w:tc>
        <w:tc>
          <w:tcPr>
            <w:tcW w:w="4320" w:type="dxa"/>
          </w:tcPr>
          <w:p w14:paraId="38FBFDAD" w14:textId="77777777" w:rsidR="00BA76A8" w:rsidRDefault="00734CE3">
            <w:r>
              <w:t>GO ∩ SFARI</w:t>
            </w:r>
          </w:p>
        </w:tc>
      </w:tr>
      <w:tr w:rsidR="00BA76A8" w14:paraId="2EC4C18B" w14:textId="77777777">
        <w:tc>
          <w:tcPr>
            <w:tcW w:w="4320" w:type="dxa"/>
          </w:tcPr>
          <w:p w14:paraId="44AE1FD3" w14:textId="77777777" w:rsidR="00BA76A8" w:rsidRDefault="00734CE3">
            <w:r>
              <w:t>GRIN1</w:t>
            </w:r>
          </w:p>
        </w:tc>
        <w:tc>
          <w:tcPr>
            <w:tcW w:w="4320" w:type="dxa"/>
          </w:tcPr>
          <w:p w14:paraId="6707BC04" w14:textId="77777777" w:rsidR="00BA76A8" w:rsidRDefault="00734CE3">
            <w:r>
              <w:t>GO ∩ SFARI</w:t>
            </w:r>
          </w:p>
        </w:tc>
      </w:tr>
      <w:tr w:rsidR="00BA76A8" w14:paraId="0739F627" w14:textId="77777777">
        <w:tc>
          <w:tcPr>
            <w:tcW w:w="4320" w:type="dxa"/>
          </w:tcPr>
          <w:p w14:paraId="4D41AE0A" w14:textId="77777777" w:rsidR="00BA76A8" w:rsidRDefault="00734CE3">
            <w:r>
              <w:t>GRIN2A</w:t>
            </w:r>
          </w:p>
        </w:tc>
        <w:tc>
          <w:tcPr>
            <w:tcW w:w="4320" w:type="dxa"/>
          </w:tcPr>
          <w:p w14:paraId="6BBE867A" w14:textId="77777777" w:rsidR="00BA76A8" w:rsidRDefault="00734CE3">
            <w:r>
              <w:t>GO ∩ SFARI</w:t>
            </w:r>
          </w:p>
        </w:tc>
      </w:tr>
      <w:tr w:rsidR="00BA76A8" w14:paraId="0768FEFD" w14:textId="77777777">
        <w:tc>
          <w:tcPr>
            <w:tcW w:w="4320" w:type="dxa"/>
          </w:tcPr>
          <w:p w14:paraId="55A4E526" w14:textId="77777777" w:rsidR="00BA76A8" w:rsidRDefault="00734CE3">
            <w:r>
              <w:t>GRIN2B</w:t>
            </w:r>
          </w:p>
        </w:tc>
        <w:tc>
          <w:tcPr>
            <w:tcW w:w="4320" w:type="dxa"/>
          </w:tcPr>
          <w:p w14:paraId="31F7B860" w14:textId="77777777" w:rsidR="00BA76A8" w:rsidRDefault="00734CE3">
            <w:r>
              <w:t>GO ∩ SFARI</w:t>
            </w:r>
          </w:p>
        </w:tc>
      </w:tr>
      <w:tr w:rsidR="00BA76A8" w14:paraId="7DCBC05E" w14:textId="77777777">
        <w:tc>
          <w:tcPr>
            <w:tcW w:w="4320" w:type="dxa"/>
          </w:tcPr>
          <w:p w14:paraId="620AE7A8" w14:textId="77777777" w:rsidR="00BA76A8" w:rsidRDefault="00734CE3">
            <w:r>
              <w:t>GRM5</w:t>
            </w:r>
          </w:p>
        </w:tc>
        <w:tc>
          <w:tcPr>
            <w:tcW w:w="4320" w:type="dxa"/>
          </w:tcPr>
          <w:p w14:paraId="5765F744" w14:textId="77777777" w:rsidR="00BA76A8" w:rsidRDefault="00734CE3">
            <w:r>
              <w:t>GO ∩ SFARI</w:t>
            </w:r>
          </w:p>
        </w:tc>
      </w:tr>
      <w:tr w:rsidR="00BA76A8" w14:paraId="6F7EF131" w14:textId="77777777">
        <w:tc>
          <w:tcPr>
            <w:tcW w:w="4320" w:type="dxa"/>
          </w:tcPr>
          <w:p w14:paraId="0C9FE018" w14:textId="77777777" w:rsidR="00BA76A8" w:rsidRDefault="00734CE3">
            <w:r>
              <w:t>HCFC1</w:t>
            </w:r>
          </w:p>
        </w:tc>
        <w:tc>
          <w:tcPr>
            <w:tcW w:w="4320" w:type="dxa"/>
          </w:tcPr>
          <w:p w14:paraId="6C64BBA1" w14:textId="77777777" w:rsidR="00BA76A8" w:rsidRDefault="00734CE3">
            <w:r>
              <w:t>GO ∩ SFARI</w:t>
            </w:r>
          </w:p>
        </w:tc>
      </w:tr>
      <w:tr w:rsidR="00BA76A8" w14:paraId="447D2F7A" w14:textId="77777777">
        <w:tc>
          <w:tcPr>
            <w:tcW w:w="4320" w:type="dxa"/>
          </w:tcPr>
          <w:p w14:paraId="73F7DF9B" w14:textId="77777777" w:rsidR="00BA76A8" w:rsidRDefault="00734CE3">
            <w:r>
              <w:t>HDAC4</w:t>
            </w:r>
          </w:p>
        </w:tc>
        <w:tc>
          <w:tcPr>
            <w:tcW w:w="4320" w:type="dxa"/>
          </w:tcPr>
          <w:p w14:paraId="074A326D" w14:textId="77777777" w:rsidR="00BA76A8" w:rsidRDefault="00734CE3">
            <w:r>
              <w:t>GO ∩ SFARI</w:t>
            </w:r>
          </w:p>
        </w:tc>
      </w:tr>
      <w:tr w:rsidR="00BA76A8" w14:paraId="5AE0093D" w14:textId="77777777">
        <w:tc>
          <w:tcPr>
            <w:tcW w:w="4320" w:type="dxa"/>
          </w:tcPr>
          <w:p w14:paraId="119337C9" w14:textId="77777777" w:rsidR="00BA76A8" w:rsidRDefault="00734CE3">
            <w:r>
              <w:t>HDLBP</w:t>
            </w:r>
          </w:p>
        </w:tc>
        <w:tc>
          <w:tcPr>
            <w:tcW w:w="4320" w:type="dxa"/>
          </w:tcPr>
          <w:p w14:paraId="57CFD30A" w14:textId="77777777" w:rsidR="00BA76A8" w:rsidRDefault="00734CE3">
            <w:r>
              <w:t>GO ∩ SFARI</w:t>
            </w:r>
          </w:p>
        </w:tc>
      </w:tr>
      <w:tr w:rsidR="00BA76A8" w14:paraId="2E876DB0" w14:textId="77777777">
        <w:tc>
          <w:tcPr>
            <w:tcW w:w="4320" w:type="dxa"/>
          </w:tcPr>
          <w:p w14:paraId="5FCF447F" w14:textId="77777777" w:rsidR="00BA76A8" w:rsidRDefault="00734CE3">
            <w:r>
              <w:t>HECTD4</w:t>
            </w:r>
          </w:p>
        </w:tc>
        <w:tc>
          <w:tcPr>
            <w:tcW w:w="4320" w:type="dxa"/>
          </w:tcPr>
          <w:p w14:paraId="2D83A616" w14:textId="77777777" w:rsidR="00BA76A8" w:rsidRDefault="00734CE3">
            <w:r>
              <w:t>GO ∩ SFARI</w:t>
            </w:r>
          </w:p>
        </w:tc>
      </w:tr>
      <w:tr w:rsidR="00BA76A8" w14:paraId="776E3621" w14:textId="77777777">
        <w:tc>
          <w:tcPr>
            <w:tcW w:w="4320" w:type="dxa"/>
          </w:tcPr>
          <w:p w14:paraId="1C87CEA8" w14:textId="77777777" w:rsidR="00BA76A8" w:rsidRDefault="00734CE3">
            <w:r>
              <w:t>HERC2</w:t>
            </w:r>
          </w:p>
        </w:tc>
        <w:tc>
          <w:tcPr>
            <w:tcW w:w="4320" w:type="dxa"/>
          </w:tcPr>
          <w:p w14:paraId="210FD514" w14:textId="77777777" w:rsidR="00BA76A8" w:rsidRDefault="00734CE3">
            <w:r>
              <w:t>GO ∩ SFARI</w:t>
            </w:r>
          </w:p>
        </w:tc>
      </w:tr>
      <w:tr w:rsidR="00BA76A8" w14:paraId="4230BB40" w14:textId="77777777">
        <w:tc>
          <w:tcPr>
            <w:tcW w:w="4320" w:type="dxa"/>
          </w:tcPr>
          <w:p w14:paraId="5A1F9655" w14:textId="77777777" w:rsidR="00BA76A8" w:rsidRDefault="00734CE3">
            <w:r>
              <w:t>HLA-A</w:t>
            </w:r>
          </w:p>
        </w:tc>
        <w:tc>
          <w:tcPr>
            <w:tcW w:w="4320" w:type="dxa"/>
          </w:tcPr>
          <w:p w14:paraId="08D72EF2" w14:textId="77777777" w:rsidR="00BA76A8" w:rsidRDefault="00734CE3">
            <w:r>
              <w:t>GO ∩ SFARI</w:t>
            </w:r>
          </w:p>
        </w:tc>
      </w:tr>
      <w:tr w:rsidR="00BA76A8" w14:paraId="2428B411" w14:textId="77777777">
        <w:tc>
          <w:tcPr>
            <w:tcW w:w="4320" w:type="dxa"/>
          </w:tcPr>
          <w:p w14:paraId="628C6F13" w14:textId="77777777" w:rsidR="00BA76A8" w:rsidRDefault="00734CE3">
            <w:r>
              <w:t>HLA-DRB1</w:t>
            </w:r>
          </w:p>
        </w:tc>
        <w:tc>
          <w:tcPr>
            <w:tcW w:w="4320" w:type="dxa"/>
          </w:tcPr>
          <w:p w14:paraId="408E0A2A" w14:textId="77777777" w:rsidR="00BA76A8" w:rsidRDefault="00734CE3">
            <w:r>
              <w:t>GO ∩ SFARI</w:t>
            </w:r>
          </w:p>
        </w:tc>
      </w:tr>
      <w:tr w:rsidR="00BA76A8" w14:paraId="66681395" w14:textId="77777777">
        <w:tc>
          <w:tcPr>
            <w:tcW w:w="4320" w:type="dxa"/>
          </w:tcPr>
          <w:p w14:paraId="4890BC9A" w14:textId="77777777" w:rsidR="00BA76A8" w:rsidRDefault="00734CE3">
            <w:r>
              <w:t>HLA-G</w:t>
            </w:r>
          </w:p>
        </w:tc>
        <w:tc>
          <w:tcPr>
            <w:tcW w:w="4320" w:type="dxa"/>
          </w:tcPr>
          <w:p w14:paraId="73A04445" w14:textId="77777777" w:rsidR="00BA76A8" w:rsidRDefault="00734CE3">
            <w:r>
              <w:t>GO ∩ SFARI</w:t>
            </w:r>
          </w:p>
        </w:tc>
      </w:tr>
      <w:tr w:rsidR="00BA76A8" w14:paraId="6F85F63C" w14:textId="77777777">
        <w:tc>
          <w:tcPr>
            <w:tcW w:w="4320" w:type="dxa"/>
          </w:tcPr>
          <w:p w14:paraId="41C43988" w14:textId="77777777" w:rsidR="00BA76A8" w:rsidRDefault="00734CE3">
            <w:r>
              <w:t>HUWE1</w:t>
            </w:r>
          </w:p>
        </w:tc>
        <w:tc>
          <w:tcPr>
            <w:tcW w:w="4320" w:type="dxa"/>
          </w:tcPr>
          <w:p w14:paraId="1FE000A8" w14:textId="77777777" w:rsidR="00BA76A8" w:rsidRDefault="00734CE3">
            <w:r>
              <w:t>GO ∩ SFARI</w:t>
            </w:r>
          </w:p>
        </w:tc>
      </w:tr>
      <w:tr w:rsidR="00BA76A8" w14:paraId="7AC908F0" w14:textId="77777777">
        <w:tc>
          <w:tcPr>
            <w:tcW w:w="4320" w:type="dxa"/>
          </w:tcPr>
          <w:p w14:paraId="01444766" w14:textId="77777777" w:rsidR="00BA76A8" w:rsidRDefault="00734CE3">
            <w:r>
              <w:t>IKZF1</w:t>
            </w:r>
          </w:p>
        </w:tc>
        <w:tc>
          <w:tcPr>
            <w:tcW w:w="4320" w:type="dxa"/>
          </w:tcPr>
          <w:p w14:paraId="3373C13D" w14:textId="77777777" w:rsidR="00BA76A8" w:rsidRDefault="00734CE3">
            <w:r>
              <w:t>GO ∩ SFARI</w:t>
            </w:r>
          </w:p>
        </w:tc>
      </w:tr>
      <w:tr w:rsidR="00BA76A8" w14:paraId="1E980FC2" w14:textId="77777777">
        <w:tc>
          <w:tcPr>
            <w:tcW w:w="4320" w:type="dxa"/>
          </w:tcPr>
          <w:p w14:paraId="0D68EB58" w14:textId="77777777" w:rsidR="00BA76A8" w:rsidRDefault="00734CE3">
            <w:r>
              <w:t>INTS1</w:t>
            </w:r>
          </w:p>
        </w:tc>
        <w:tc>
          <w:tcPr>
            <w:tcW w:w="4320" w:type="dxa"/>
          </w:tcPr>
          <w:p w14:paraId="0D194C7D" w14:textId="77777777" w:rsidR="00BA76A8" w:rsidRDefault="00734CE3">
            <w:r>
              <w:t>GO ∩ SFARI</w:t>
            </w:r>
          </w:p>
        </w:tc>
      </w:tr>
      <w:tr w:rsidR="00BA76A8" w14:paraId="2B202737" w14:textId="77777777">
        <w:tc>
          <w:tcPr>
            <w:tcW w:w="4320" w:type="dxa"/>
          </w:tcPr>
          <w:p w14:paraId="4AA14FBB" w14:textId="77777777" w:rsidR="00BA76A8" w:rsidRDefault="00734CE3">
            <w:r>
              <w:t>IQSEC2</w:t>
            </w:r>
          </w:p>
        </w:tc>
        <w:tc>
          <w:tcPr>
            <w:tcW w:w="4320" w:type="dxa"/>
          </w:tcPr>
          <w:p w14:paraId="297C9300" w14:textId="77777777" w:rsidR="00BA76A8" w:rsidRDefault="00734CE3">
            <w:r>
              <w:t>GO ∩ SFARI</w:t>
            </w:r>
          </w:p>
        </w:tc>
      </w:tr>
      <w:tr w:rsidR="00BA76A8" w14:paraId="7DB85273" w14:textId="77777777">
        <w:tc>
          <w:tcPr>
            <w:tcW w:w="4320" w:type="dxa"/>
          </w:tcPr>
          <w:p w14:paraId="0B8D3603" w14:textId="77777777" w:rsidR="00BA76A8" w:rsidRDefault="00734CE3">
            <w:r>
              <w:t>IRF2BPL</w:t>
            </w:r>
          </w:p>
        </w:tc>
        <w:tc>
          <w:tcPr>
            <w:tcW w:w="4320" w:type="dxa"/>
          </w:tcPr>
          <w:p w14:paraId="435DBA13" w14:textId="77777777" w:rsidR="00BA76A8" w:rsidRDefault="00734CE3">
            <w:r>
              <w:t>GO ∩ SFARI</w:t>
            </w:r>
          </w:p>
        </w:tc>
      </w:tr>
      <w:tr w:rsidR="00BA76A8" w14:paraId="2CA5384A" w14:textId="77777777">
        <w:tc>
          <w:tcPr>
            <w:tcW w:w="4320" w:type="dxa"/>
          </w:tcPr>
          <w:p w14:paraId="23400708" w14:textId="77777777" w:rsidR="00BA76A8" w:rsidRDefault="00734CE3">
            <w:r>
              <w:t>IRX5</w:t>
            </w:r>
          </w:p>
        </w:tc>
        <w:tc>
          <w:tcPr>
            <w:tcW w:w="4320" w:type="dxa"/>
          </w:tcPr>
          <w:p w14:paraId="6A5A7E1E" w14:textId="77777777" w:rsidR="00BA76A8" w:rsidRDefault="00734CE3">
            <w:r>
              <w:t>GO ∩ SFARI</w:t>
            </w:r>
          </w:p>
        </w:tc>
      </w:tr>
      <w:tr w:rsidR="00BA76A8" w14:paraId="4BD8526F" w14:textId="77777777">
        <w:tc>
          <w:tcPr>
            <w:tcW w:w="4320" w:type="dxa"/>
          </w:tcPr>
          <w:p w14:paraId="596D3E3B" w14:textId="77777777" w:rsidR="00BA76A8" w:rsidRDefault="00734CE3">
            <w:r>
              <w:t>KCNB1</w:t>
            </w:r>
          </w:p>
        </w:tc>
        <w:tc>
          <w:tcPr>
            <w:tcW w:w="4320" w:type="dxa"/>
          </w:tcPr>
          <w:p w14:paraId="4EF944FC" w14:textId="77777777" w:rsidR="00BA76A8" w:rsidRDefault="00734CE3">
            <w:r>
              <w:t>GO ∩ SFARI</w:t>
            </w:r>
          </w:p>
        </w:tc>
      </w:tr>
      <w:tr w:rsidR="00BA76A8" w14:paraId="37C18D60" w14:textId="77777777">
        <w:tc>
          <w:tcPr>
            <w:tcW w:w="4320" w:type="dxa"/>
          </w:tcPr>
          <w:p w14:paraId="44DF52D3" w14:textId="77777777" w:rsidR="00BA76A8" w:rsidRDefault="00734CE3">
            <w:r>
              <w:t>KCNC1</w:t>
            </w:r>
          </w:p>
        </w:tc>
        <w:tc>
          <w:tcPr>
            <w:tcW w:w="4320" w:type="dxa"/>
          </w:tcPr>
          <w:p w14:paraId="46795513" w14:textId="77777777" w:rsidR="00BA76A8" w:rsidRDefault="00734CE3">
            <w:r>
              <w:t>GO ∩ SFARI</w:t>
            </w:r>
          </w:p>
        </w:tc>
      </w:tr>
      <w:tr w:rsidR="00BA76A8" w14:paraId="3DA4ED14" w14:textId="77777777">
        <w:tc>
          <w:tcPr>
            <w:tcW w:w="4320" w:type="dxa"/>
          </w:tcPr>
          <w:p w14:paraId="17595CB1" w14:textId="77777777" w:rsidR="00BA76A8" w:rsidRDefault="00734CE3">
            <w:r>
              <w:t>KCNC2</w:t>
            </w:r>
          </w:p>
        </w:tc>
        <w:tc>
          <w:tcPr>
            <w:tcW w:w="4320" w:type="dxa"/>
          </w:tcPr>
          <w:p w14:paraId="5A45AA59" w14:textId="77777777" w:rsidR="00BA76A8" w:rsidRDefault="00734CE3">
            <w:r>
              <w:t>GO ∩ SFARI</w:t>
            </w:r>
          </w:p>
        </w:tc>
      </w:tr>
      <w:tr w:rsidR="00BA76A8" w14:paraId="319708BF" w14:textId="77777777">
        <w:tc>
          <w:tcPr>
            <w:tcW w:w="4320" w:type="dxa"/>
          </w:tcPr>
          <w:p w14:paraId="7B27DC72" w14:textId="77777777" w:rsidR="00BA76A8" w:rsidRDefault="00734CE3">
            <w:r>
              <w:t>KCND2</w:t>
            </w:r>
          </w:p>
        </w:tc>
        <w:tc>
          <w:tcPr>
            <w:tcW w:w="4320" w:type="dxa"/>
          </w:tcPr>
          <w:p w14:paraId="43410CDB" w14:textId="77777777" w:rsidR="00BA76A8" w:rsidRDefault="00734CE3">
            <w:r>
              <w:t>GO ∩ SFARI</w:t>
            </w:r>
          </w:p>
        </w:tc>
      </w:tr>
      <w:tr w:rsidR="00BA76A8" w14:paraId="6857B43D" w14:textId="77777777">
        <w:tc>
          <w:tcPr>
            <w:tcW w:w="4320" w:type="dxa"/>
          </w:tcPr>
          <w:p w14:paraId="0A376367" w14:textId="77777777" w:rsidR="00BA76A8" w:rsidRDefault="00734CE3">
            <w:r>
              <w:t>KCND3</w:t>
            </w:r>
          </w:p>
        </w:tc>
        <w:tc>
          <w:tcPr>
            <w:tcW w:w="4320" w:type="dxa"/>
          </w:tcPr>
          <w:p w14:paraId="09ED1BFF" w14:textId="77777777" w:rsidR="00BA76A8" w:rsidRDefault="00734CE3">
            <w:r>
              <w:t>GO ∩ SFARI</w:t>
            </w:r>
          </w:p>
        </w:tc>
      </w:tr>
      <w:tr w:rsidR="00BA76A8" w14:paraId="010923FE" w14:textId="77777777">
        <w:tc>
          <w:tcPr>
            <w:tcW w:w="4320" w:type="dxa"/>
          </w:tcPr>
          <w:p w14:paraId="07AA879E" w14:textId="77777777" w:rsidR="00BA76A8" w:rsidRDefault="00734CE3">
            <w:r>
              <w:t>KCNK7</w:t>
            </w:r>
          </w:p>
        </w:tc>
        <w:tc>
          <w:tcPr>
            <w:tcW w:w="4320" w:type="dxa"/>
          </w:tcPr>
          <w:p w14:paraId="34216AC0" w14:textId="77777777" w:rsidR="00BA76A8" w:rsidRDefault="00734CE3">
            <w:r>
              <w:t>GO ∩ SFARI</w:t>
            </w:r>
          </w:p>
        </w:tc>
      </w:tr>
      <w:tr w:rsidR="00BA76A8" w14:paraId="2A97ED81" w14:textId="77777777">
        <w:tc>
          <w:tcPr>
            <w:tcW w:w="4320" w:type="dxa"/>
          </w:tcPr>
          <w:p w14:paraId="56B66B63" w14:textId="77777777" w:rsidR="00BA76A8" w:rsidRDefault="00734CE3">
            <w:r>
              <w:t>KCNQ2</w:t>
            </w:r>
          </w:p>
        </w:tc>
        <w:tc>
          <w:tcPr>
            <w:tcW w:w="4320" w:type="dxa"/>
          </w:tcPr>
          <w:p w14:paraId="2F42A3F0" w14:textId="77777777" w:rsidR="00BA76A8" w:rsidRDefault="00734CE3">
            <w:r>
              <w:t>GO ∩ SFARI</w:t>
            </w:r>
          </w:p>
        </w:tc>
      </w:tr>
      <w:tr w:rsidR="00BA76A8" w14:paraId="53A8F3F5" w14:textId="77777777">
        <w:tc>
          <w:tcPr>
            <w:tcW w:w="4320" w:type="dxa"/>
          </w:tcPr>
          <w:p w14:paraId="217F3400" w14:textId="77777777" w:rsidR="00BA76A8" w:rsidRDefault="00734CE3">
            <w:r>
              <w:t>KDM2B</w:t>
            </w:r>
          </w:p>
        </w:tc>
        <w:tc>
          <w:tcPr>
            <w:tcW w:w="4320" w:type="dxa"/>
          </w:tcPr>
          <w:p w14:paraId="27FA9814" w14:textId="77777777" w:rsidR="00BA76A8" w:rsidRDefault="00734CE3">
            <w:r>
              <w:t>GO ∩ SFARI</w:t>
            </w:r>
          </w:p>
        </w:tc>
      </w:tr>
      <w:tr w:rsidR="00BA76A8" w14:paraId="6822CA40" w14:textId="77777777">
        <w:tc>
          <w:tcPr>
            <w:tcW w:w="4320" w:type="dxa"/>
          </w:tcPr>
          <w:p w14:paraId="13A3DCCB" w14:textId="77777777" w:rsidR="00BA76A8" w:rsidRDefault="00734CE3">
            <w:r>
              <w:t>KDM4B</w:t>
            </w:r>
          </w:p>
        </w:tc>
        <w:tc>
          <w:tcPr>
            <w:tcW w:w="4320" w:type="dxa"/>
          </w:tcPr>
          <w:p w14:paraId="105A029C" w14:textId="77777777" w:rsidR="00BA76A8" w:rsidRDefault="00734CE3">
            <w:r>
              <w:t>GO ∩ SFARI</w:t>
            </w:r>
          </w:p>
        </w:tc>
      </w:tr>
      <w:tr w:rsidR="00BA76A8" w14:paraId="15BAA7CD" w14:textId="77777777">
        <w:tc>
          <w:tcPr>
            <w:tcW w:w="4320" w:type="dxa"/>
          </w:tcPr>
          <w:p w14:paraId="19B5E034" w14:textId="77777777" w:rsidR="00BA76A8" w:rsidRDefault="00734CE3">
            <w:r>
              <w:t>KDM6B</w:t>
            </w:r>
          </w:p>
        </w:tc>
        <w:tc>
          <w:tcPr>
            <w:tcW w:w="4320" w:type="dxa"/>
          </w:tcPr>
          <w:p w14:paraId="7166F465" w14:textId="77777777" w:rsidR="00BA76A8" w:rsidRDefault="00734CE3">
            <w:r>
              <w:t>GO ∩ SFARI</w:t>
            </w:r>
          </w:p>
        </w:tc>
      </w:tr>
      <w:tr w:rsidR="00BA76A8" w14:paraId="003F01EE" w14:textId="77777777">
        <w:tc>
          <w:tcPr>
            <w:tcW w:w="4320" w:type="dxa"/>
          </w:tcPr>
          <w:p w14:paraId="34C42689" w14:textId="77777777" w:rsidR="00BA76A8" w:rsidRDefault="00734CE3">
            <w:r>
              <w:t>KIF13B</w:t>
            </w:r>
          </w:p>
        </w:tc>
        <w:tc>
          <w:tcPr>
            <w:tcW w:w="4320" w:type="dxa"/>
          </w:tcPr>
          <w:p w14:paraId="64071F0C" w14:textId="77777777" w:rsidR="00BA76A8" w:rsidRDefault="00734CE3">
            <w:r>
              <w:t>GO ∩ SFARI</w:t>
            </w:r>
          </w:p>
        </w:tc>
      </w:tr>
      <w:tr w:rsidR="00BA76A8" w14:paraId="570012E3" w14:textId="77777777">
        <w:tc>
          <w:tcPr>
            <w:tcW w:w="4320" w:type="dxa"/>
          </w:tcPr>
          <w:p w14:paraId="0C39B086" w14:textId="77777777" w:rsidR="00BA76A8" w:rsidRDefault="00734CE3">
            <w:r>
              <w:t>KIF1A</w:t>
            </w:r>
          </w:p>
        </w:tc>
        <w:tc>
          <w:tcPr>
            <w:tcW w:w="4320" w:type="dxa"/>
          </w:tcPr>
          <w:p w14:paraId="1C35CCD7" w14:textId="77777777" w:rsidR="00BA76A8" w:rsidRDefault="00734CE3">
            <w:r>
              <w:t>GO ∩ SFARI</w:t>
            </w:r>
          </w:p>
        </w:tc>
      </w:tr>
      <w:tr w:rsidR="00BA76A8" w14:paraId="7A49EB67" w14:textId="77777777">
        <w:tc>
          <w:tcPr>
            <w:tcW w:w="4320" w:type="dxa"/>
          </w:tcPr>
          <w:p w14:paraId="38E1614C" w14:textId="77777777" w:rsidR="00BA76A8" w:rsidRDefault="00734CE3">
            <w:r>
              <w:t>KIF5C</w:t>
            </w:r>
          </w:p>
        </w:tc>
        <w:tc>
          <w:tcPr>
            <w:tcW w:w="4320" w:type="dxa"/>
          </w:tcPr>
          <w:p w14:paraId="395E8610" w14:textId="77777777" w:rsidR="00BA76A8" w:rsidRDefault="00734CE3">
            <w:r>
              <w:t>GO ∩ SFARI</w:t>
            </w:r>
          </w:p>
        </w:tc>
      </w:tr>
      <w:tr w:rsidR="00BA76A8" w14:paraId="4CFCF1C8" w14:textId="77777777">
        <w:tc>
          <w:tcPr>
            <w:tcW w:w="4320" w:type="dxa"/>
          </w:tcPr>
          <w:p w14:paraId="00D8B539" w14:textId="77777777" w:rsidR="00BA76A8" w:rsidRDefault="00734CE3">
            <w:r>
              <w:t>KIRREL3</w:t>
            </w:r>
          </w:p>
        </w:tc>
        <w:tc>
          <w:tcPr>
            <w:tcW w:w="4320" w:type="dxa"/>
          </w:tcPr>
          <w:p w14:paraId="14AD0747" w14:textId="77777777" w:rsidR="00BA76A8" w:rsidRDefault="00734CE3">
            <w:r>
              <w:t>GO ∩ SFARI</w:t>
            </w:r>
          </w:p>
        </w:tc>
      </w:tr>
      <w:tr w:rsidR="00BA76A8" w14:paraId="6CB15712" w14:textId="77777777">
        <w:tc>
          <w:tcPr>
            <w:tcW w:w="4320" w:type="dxa"/>
          </w:tcPr>
          <w:p w14:paraId="1ED45379" w14:textId="77777777" w:rsidR="00BA76A8" w:rsidRDefault="00734CE3">
            <w:r>
              <w:t>KLF16</w:t>
            </w:r>
          </w:p>
        </w:tc>
        <w:tc>
          <w:tcPr>
            <w:tcW w:w="4320" w:type="dxa"/>
          </w:tcPr>
          <w:p w14:paraId="5293019A" w14:textId="77777777" w:rsidR="00BA76A8" w:rsidRDefault="00734CE3">
            <w:r>
              <w:t>GO ∩ SFARI</w:t>
            </w:r>
          </w:p>
        </w:tc>
      </w:tr>
      <w:tr w:rsidR="00BA76A8" w14:paraId="24A4DA86" w14:textId="77777777">
        <w:tc>
          <w:tcPr>
            <w:tcW w:w="4320" w:type="dxa"/>
          </w:tcPr>
          <w:p w14:paraId="6A663D7B" w14:textId="77777777" w:rsidR="00BA76A8" w:rsidRDefault="00734CE3">
            <w:r>
              <w:t>KMT2B</w:t>
            </w:r>
          </w:p>
        </w:tc>
        <w:tc>
          <w:tcPr>
            <w:tcW w:w="4320" w:type="dxa"/>
          </w:tcPr>
          <w:p w14:paraId="6F517FE8" w14:textId="77777777" w:rsidR="00BA76A8" w:rsidRDefault="00734CE3">
            <w:r>
              <w:t>GO ∩ SFARI</w:t>
            </w:r>
          </w:p>
        </w:tc>
      </w:tr>
      <w:tr w:rsidR="00BA76A8" w14:paraId="1F6D41BA" w14:textId="77777777">
        <w:tc>
          <w:tcPr>
            <w:tcW w:w="4320" w:type="dxa"/>
          </w:tcPr>
          <w:p w14:paraId="6360083D" w14:textId="77777777" w:rsidR="00BA76A8" w:rsidRDefault="00734CE3">
            <w:r>
              <w:t>KMT2C</w:t>
            </w:r>
          </w:p>
        </w:tc>
        <w:tc>
          <w:tcPr>
            <w:tcW w:w="4320" w:type="dxa"/>
          </w:tcPr>
          <w:p w14:paraId="762909E3" w14:textId="77777777" w:rsidR="00BA76A8" w:rsidRDefault="00734CE3">
            <w:r>
              <w:t>GO ∩ SFARI</w:t>
            </w:r>
          </w:p>
        </w:tc>
      </w:tr>
      <w:tr w:rsidR="00BA76A8" w14:paraId="217B7857" w14:textId="77777777">
        <w:tc>
          <w:tcPr>
            <w:tcW w:w="4320" w:type="dxa"/>
          </w:tcPr>
          <w:p w14:paraId="3D7F4494" w14:textId="77777777" w:rsidR="00BA76A8" w:rsidRDefault="00734CE3">
            <w:r>
              <w:lastRenderedPageBreak/>
              <w:t>LDLR</w:t>
            </w:r>
          </w:p>
        </w:tc>
        <w:tc>
          <w:tcPr>
            <w:tcW w:w="4320" w:type="dxa"/>
          </w:tcPr>
          <w:p w14:paraId="5676AA98" w14:textId="77777777" w:rsidR="00BA76A8" w:rsidRDefault="00734CE3">
            <w:r>
              <w:t>GO ∩ SFARI</w:t>
            </w:r>
          </w:p>
        </w:tc>
      </w:tr>
      <w:tr w:rsidR="00BA76A8" w14:paraId="64FFDC7A" w14:textId="77777777">
        <w:tc>
          <w:tcPr>
            <w:tcW w:w="4320" w:type="dxa"/>
          </w:tcPr>
          <w:p w14:paraId="18C46365" w14:textId="77777777" w:rsidR="00BA76A8" w:rsidRDefault="00734CE3">
            <w:r>
              <w:t>LHX2</w:t>
            </w:r>
          </w:p>
        </w:tc>
        <w:tc>
          <w:tcPr>
            <w:tcW w:w="4320" w:type="dxa"/>
          </w:tcPr>
          <w:p w14:paraId="4125DF9A" w14:textId="77777777" w:rsidR="00BA76A8" w:rsidRDefault="00734CE3">
            <w:r>
              <w:t>GO ∩ SFARI</w:t>
            </w:r>
          </w:p>
        </w:tc>
      </w:tr>
      <w:tr w:rsidR="00BA76A8" w14:paraId="272C1094" w14:textId="77777777">
        <w:tc>
          <w:tcPr>
            <w:tcW w:w="4320" w:type="dxa"/>
          </w:tcPr>
          <w:p w14:paraId="46BA23BD" w14:textId="77777777" w:rsidR="00BA76A8" w:rsidRDefault="00734CE3">
            <w:r>
              <w:t>LMTK3</w:t>
            </w:r>
          </w:p>
        </w:tc>
        <w:tc>
          <w:tcPr>
            <w:tcW w:w="4320" w:type="dxa"/>
          </w:tcPr>
          <w:p w14:paraId="6DF9E751" w14:textId="77777777" w:rsidR="00BA76A8" w:rsidRDefault="00734CE3">
            <w:r>
              <w:t>GO ∩ SFARI</w:t>
            </w:r>
          </w:p>
        </w:tc>
      </w:tr>
      <w:tr w:rsidR="00BA76A8" w14:paraId="6430DBE8" w14:textId="77777777">
        <w:tc>
          <w:tcPr>
            <w:tcW w:w="4320" w:type="dxa"/>
          </w:tcPr>
          <w:p w14:paraId="6084C4DF" w14:textId="77777777" w:rsidR="00BA76A8" w:rsidRDefault="00734CE3">
            <w:r>
              <w:t>LMX1B</w:t>
            </w:r>
          </w:p>
        </w:tc>
        <w:tc>
          <w:tcPr>
            <w:tcW w:w="4320" w:type="dxa"/>
          </w:tcPr>
          <w:p w14:paraId="6081874F" w14:textId="77777777" w:rsidR="00BA76A8" w:rsidRDefault="00734CE3">
            <w:r>
              <w:t>GO ∩ SFARI</w:t>
            </w:r>
          </w:p>
        </w:tc>
      </w:tr>
      <w:tr w:rsidR="00BA76A8" w14:paraId="792A0CE3" w14:textId="77777777">
        <w:tc>
          <w:tcPr>
            <w:tcW w:w="4320" w:type="dxa"/>
          </w:tcPr>
          <w:p w14:paraId="417136F0" w14:textId="77777777" w:rsidR="00BA76A8" w:rsidRDefault="00734CE3">
            <w:r>
              <w:t>LRBA</w:t>
            </w:r>
          </w:p>
        </w:tc>
        <w:tc>
          <w:tcPr>
            <w:tcW w:w="4320" w:type="dxa"/>
          </w:tcPr>
          <w:p w14:paraId="2F555EFE" w14:textId="77777777" w:rsidR="00BA76A8" w:rsidRDefault="00734CE3">
            <w:r>
              <w:t>GO ∩ SFARI</w:t>
            </w:r>
          </w:p>
        </w:tc>
      </w:tr>
      <w:tr w:rsidR="00BA76A8" w14:paraId="26AE9B52" w14:textId="77777777">
        <w:tc>
          <w:tcPr>
            <w:tcW w:w="4320" w:type="dxa"/>
          </w:tcPr>
          <w:p w14:paraId="5D3D5FC4" w14:textId="77777777" w:rsidR="00BA76A8" w:rsidRDefault="00734CE3">
            <w:r>
              <w:t>LRFN2</w:t>
            </w:r>
          </w:p>
        </w:tc>
        <w:tc>
          <w:tcPr>
            <w:tcW w:w="4320" w:type="dxa"/>
          </w:tcPr>
          <w:p w14:paraId="168FD36C" w14:textId="77777777" w:rsidR="00BA76A8" w:rsidRDefault="00734CE3">
            <w:r>
              <w:t>GO ∩ SFARI</w:t>
            </w:r>
          </w:p>
        </w:tc>
      </w:tr>
      <w:tr w:rsidR="00BA76A8" w14:paraId="033BBBCF" w14:textId="77777777">
        <w:tc>
          <w:tcPr>
            <w:tcW w:w="4320" w:type="dxa"/>
          </w:tcPr>
          <w:p w14:paraId="13895E67" w14:textId="77777777" w:rsidR="00BA76A8" w:rsidRDefault="00734CE3">
            <w:r>
              <w:t>MAOA</w:t>
            </w:r>
          </w:p>
        </w:tc>
        <w:tc>
          <w:tcPr>
            <w:tcW w:w="4320" w:type="dxa"/>
          </w:tcPr>
          <w:p w14:paraId="17F73F15" w14:textId="77777777" w:rsidR="00BA76A8" w:rsidRDefault="00734CE3">
            <w:r>
              <w:t>GO ∩ SFARI</w:t>
            </w:r>
          </w:p>
        </w:tc>
      </w:tr>
      <w:tr w:rsidR="00BA76A8" w14:paraId="525CD652" w14:textId="77777777">
        <w:tc>
          <w:tcPr>
            <w:tcW w:w="4320" w:type="dxa"/>
          </w:tcPr>
          <w:p w14:paraId="25A0AA00" w14:textId="77777777" w:rsidR="00BA76A8" w:rsidRDefault="00734CE3">
            <w:r>
              <w:t>MAOB</w:t>
            </w:r>
          </w:p>
        </w:tc>
        <w:tc>
          <w:tcPr>
            <w:tcW w:w="4320" w:type="dxa"/>
          </w:tcPr>
          <w:p w14:paraId="1FA68584" w14:textId="77777777" w:rsidR="00BA76A8" w:rsidRDefault="00734CE3">
            <w:r>
              <w:t>GO ∩ SFARI</w:t>
            </w:r>
          </w:p>
        </w:tc>
      </w:tr>
      <w:tr w:rsidR="00BA76A8" w14:paraId="4BB68483" w14:textId="77777777">
        <w:tc>
          <w:tcPr>
            <w:tcW w:w="4320" w:type="dxa"/>
          </w:tcPr>
          <w:p w14:paraId="4E96D890" w14:textId="77777777" w:rsidR="00BA76A8" w:rsidRDefault="00734CE3">
            <w:r>
              <w:t>MAPK8IP1</w:t>
            </w:r>
          </w:p>
        </w:tc>
        <w:tc>
          <w:tcPr>
            <w:tcW w:w="4320" w:type="dxa"/>
          </w:tcPr>
          <w:p w14:paraId="0BFEDED0" w14:textId="77777777" w:rsidR="00BA76A8" w:rsidRDefault="00734CE3">
            <w:r>
              <w:t>GO ∩ SFARI</w:t>
            </w:r>
          </w:p>
        </w:tc>
      </w:tr>
      <w:tr w:rsidR="00BA76A8" w14:paraId="70D57360" w14:textId="77777777">
        <w:tc>
          <w:tcPr>
            <w:tcW w:w="4320" w:type="dxa"/>
          </w:tcPr>
          <w:p w14:paraId="34068336" w14:textId="77777777" w:rsidR="00BA76A8" w:rsidRDefault="00734CE3">
            <w:r>
              <w:t>MAPK8IP3</w:t>
            </w:r>
          </w:p>
        </w:tc>
        <w:tc>
          <w:tcPr>
            <w:tcW w:w="4320" w:type="dxa"/>
          </w:tcPr>
          <w:p w14:paraId="78E47E7D" w14:textId="77777777" w:rsidR="00BA76A8" w:rsidRDefault="00734CE3">
            <w:r>
              <w:t>GO ∩ SFARI</w:t>
            </w:r>
          </w:p>
        </w:tc>
      </w:tr>
      <w:tr w:rsidR="00BA76A8" w14:paraId="03A82EE8" w14:textId="77777777">
        <w:tc>
          <w:tcPr>
            <w:tcW w:w="4320" w:type="dxa"/>
          </w:tcPr>
          <w:p w14:paraId="47B80E5B" w14:textId="77777777" w:rsidR="00BA76A8" w:rsidRDefault="00734CE3">
            <w:r>
              <w:t>MARK2</w:t>
            </w:r>
          </w:p>
        </w:tc>
        <w:tc>
          <w:tcPr>
            <w:tcW w:w="4320" w:type="dxa"/>
          </w:tcPr>
          <w:p w14:paraId="7B0B82DC" w14:textId="77777777" w:rsidR="00BA76A8" w:rsidRDefault="00734CE3">
            <w:r>
              <w:t>GO ∩ SFARI</w:t>
            </w:r>
          </w:p>
        </w:tc>
      </w:tr>
      <w:tr w:rsidR="00BA76A8" w14:paraId="122DBD82" w14:textId="77777777">
        <w:tc>
          <w:tcPr>
            <w:tcW w:w="4320" w:type="dxa"/>
          </w:tcPr>
          <w:p w14:paraId="661C2CDB" w14:textId="77777777" w:rsidR="00BA76A8" w:rsidRDefault="00734CE3">
            <w:r>
              <w:t>MAST1</w:t>
            </w:r>
          </w:p>
        </w:tc>
        <w:tc>
          <w:tcPr>
            <w:tcW w:w="4320" w:type="dxa"/>
          </w:tcPr>
          <w:p w14:paraId="61F1BEB3" w14:textId="77777777" w:rsidR="00BA76A8" w:rsidRDefault="00734CE3">
            <w:r>
              <w:t>GO ∩ SFARI</w:t>
            </w:r>
          </w:p>
        </w:tc>
      </w:tr>
      <w:tr w:rsidR="00BA76A8" w14:paraId="0E1DA6CF" w14:textId="77777777">
        <w:tc>
          <w:tcPr>
            <w:tcW w:w="4320" w:type="dxa"/>
          </w:tcPr>
          <w:p w14:paraId="7FCBEDF4" w14:textId="77777777" w:rsidR="00BA76A8" w:rsidRDefault="00734CE3">
            <w:r>
              <w:t>MAST3</w:t>
            </w:r>
          </w:p>
        </w:tc>
        <w:tc>
          <w:tcPr>
            <w:tcW w:w="4320" w:type="dxa"/>
          </w:tcPr>
          <w:p w14:paraId="4D749FA7" w14:textId="77777777" w:rsidR="00BA76A8" w:rsidRDefault="00734CE3">
            <w:r>
              <w:t>GO ∩ SFARI</w:t>
            </w:r>
          </w:p>
        </w:tc>
      </w:tr>
      <w:tr w:rsidR="00BA76A8" w14:paraId="31C2C610" w14:textId="77777777">
        <w:tc>
          <w:tcPr>
            <w:tcW w:w="4320" w:type="dxa"/>
          </w:tcPr>
          <w:p w14:paraId="2294FE36" w14:textId="77777777" w:rsidR="00BA76A8" w:rsidRDefault="00734CE3">
            <w:r>
              <w:t>MBD1</w:t>
            </w:r>
          </w:p>
        </w:tc>
        <w:tc>
          <w:tcPr>
            <w:tcW w:w="4320" w:type="dxa"/>
          </w:tcPr>
          <w:p w14:paraId="48E91B22" w14:textId="77777777" w:rsidR="00BA76A8" w:rsidRDefault="00734CE3">
            <w:r>
              <w:t>GO ∩ SFARI</w:t>
            </w:r>
          </w:p>
        </w:tc>
      </w:tr>
      <w:tr w:rsidR="00BA76A8" w14:paraId="53ACA6BC" w14:textId="77777777">
        <w:tc>
          <w:tcPr>
            <w:tcW w:w="4320" w:type="dxa"/>
          </w:tcPr>
          <w:p w14:paraId="18351E12" w14:textId="77777777" w:rsidR="00BA76A8" w:rsidRDefault="00734CE3">
            <w:r>
              <w:t>MBD3</w:t>
            </w:r>
          </w:p>
        </w:tc>
        <w:tc>
          <w:tcPr>
            <w:tcW w:w="4320" w:type="dxa"/>
          </w:tcPr>
          <w:p w14:paraId="48CF4C3D" w14:textId="77777777" w:rsidR="00BA76A8" w:rsidRDefault="00734CE3">
            <w:r>
              <w:t>GO ∩ SFARI</w:t>
            </w:r>
          </w:p>
        </w:tc>
      </w:tr>
      <w:tr w:rsidR="00BA76A8" w14:paraId="6F898011" w14:textId="77777777">
        <w:tc>
          <w:tcPr>
            <w:tcW w:w="4320" w:type="dxa"/>
          </w:tcPr>
          <w:p w14:paraId="21856DB0" w14:textId="77777777" w:rsidR="00BA76A8" w:rsidRDefault="00734CE3">
            <w:r>
              <w:t>MECP2</w:t>
            </w:r>
          </w:p>
        </w:tc>
        <w:tc>
          <w:tcPr>
            <w:tcW w:w="4320" w:type="dxa"/>
          </w:tcPr>
          <w:p w14:paraId="16CDC84A" w14:textId="77777777" w:rsidR="00BA76A8" w:rsidRDefault="00734CE3">
            <w:r>
              <w:t>GO ∩ SFARI</w:t>
            </w:r>
          </w:p>
        </w:tc>
      </w:tr>
      <w:tr w:rsidR="00BA76A8" w14:paraId="52988C60" w14:textId="77777777">
        <w:tc>
          <w:tcPr>
            <w:tcW w:w="4320" w:type="dxa"/>
          </w:tcPr>
          <w:p w14:paraId="09030D6E" w14:textId="77777777" w:rsidR="00BA76A8" w:rsidRDefault="00734CE3">
            <w:r>
              <w:t>METTL26</w:t>
            </w:r>
          </w:p>
        </w:tc>
        <w:tc>
          <w:tcPr>
            <w:tcW w:w="4320" w:type="dxa"/>
          </w:tcPr>
          <w:p w14:paraId="5526F52C" w14:textId="77777777" w:rsidR="00BA76A8" w:rsidRDefault="00734CE3">
            <w:r>
              <w:t>GO ∩ SFARI</w:t>
            </w:r>
          </w:p>
        </w:tc>
      </w:tr>
      <w:tr w:rsidR="00BA76A8" w14:paraId="796C26DD" w14:textId="77777777">
        <w:tc>
          <w:tcPr>
            <w:tcW w:w="4320" w:type="dxa"/>
          </w:tcPr>
          <w:p w14:paraId="414E0E39" w14:textId="77777777" w:rsidR="00BA76A8" w:rsidRDefault="00734CE3">
            <w:r>
              <w:t>MKX</w:t>
            </w:r>
          </w:p>
        </w:tc>
        <w:tc>
          <w:tcPr>
            <w:tcW w:w="4320" w:type="dxa"/>
          </w:tcPr>
          <w:p w14:paraId="6A848841" w14:textId="77777777" w:rsidR="00BA76A8" w:rsidRDefault="00734CE3">
            <w:r>
              <w:t>GO ∩ SFARI</w:t>
            </w:r>
          </w:p>
        </w:tc>
      </w:tr>
      <w:tr w:rsidR="00BA76A8" w14:paraId="5844A385" w14:textId="77777777">
        <w:tc>
          <w:tcPr>
            <w:tcW w:w="4320" w:type="dxa"/>
          </w:tcPr>
          <w:p w14:paraId="451BD2C9" w14:textId="77777777" w:rsidR="00BA76A8" w:rsidRDefault="00734CE3">
            <w:r>
              <w:t>MSL3</w:t>
            </w:r>
          </w:p>
        </w:tc>
        <w:tc>
          <w:tcPr>
            <w:tcW w:w="4320" w:type="dxa"/>
          </w:tcPr>
          <w:p w14:paraId="57725571" w14:textId="77777777" w:rsidR="00BA76A8" w:rsidRDefault="00734CE3">
            <w:r>
              <w:t>GO ∩ SFARI</w:t>
            </w:r>
          </w:p>
        </w:tc>
      </w:tr>
      <w:tr w:rsidR="00BA76A8" w14:paraId="52D40BD1" w14:textId="77777777">
        <w:tc>
          <w:tcPr>
            <w:tcW w:w="4320" w:type="dxa"/>
          </w:tcPr>
          <w:p w14:paraId="5C420C7E" w14:textId="77777777" w:rsidR="00BA76A8" w:rsidRDefault="00734CE3">
            <w:r>
              <w:t>MSX2</w:t>
            </w:r>
          </w:p>
        </w:tc>
        <w:tc>
          <w:tcPr>
            <w:tcW w:w="4320" w:type="dxa"/>
          </w:tcPr>
          <w:p w14:paraId="6CE61C2E" w14:textId="77777777" w:rsidR="00BA76A8" w:rsidRDefault="00734CE3">
            <w:r>
              <w:t>GO ∩ SFARI</w:t>
            </w:r>
          </w:p>
        </w:tc>
      </w:tr>
      <w:tr w:rsidR="00BA76A8" w14:paraId="18677C47" w14:textId="77777777">
        <w:tc>
          <w:tcPr>
            <w:tcW w:w="4320" w:type="dxa"/>
          </w:tcPr>
          <w:p w14:paraId="2BD63B8D" w14:textId="77777777" w:rsidR="00BA76A8" w:rsidRDefault="00734CE3">
            <w:r>
              <w:t>MUC4</w:t>
            </w:r>
          </w:p>
        </w:tc>
        <w:tc>
          <w:tcPr>
            <w:tcW w:w="4320" w:type="dxa"/>
          </w:tcPr>
          <w:p w14:paraId="54B755E8" w14:textId="77777777" w:rsidR="00BA76A8" w:rsidRDefault="00734CE3">
            <w:r>
              <w:t>GO ∩ SFARI</w:t>
            </w:r>
          </w:p>
        </w:tc>
      </w:tr>
      <w:tr w:rsidR="00BA76A8" w14:paraId="68BC0780" w14:textId="77777777">
        <w:tc>
          <w:tcPr>
            <w:tcW w:w="4320" w:type="dxa"/>
          </w:tcPr>
          <w:p w14:paraId="55175ED9" w14:textId="77777777" w:rsidR="00BA76A8" w:rsidRDefault="00734CE3">
            <w:r>
              <w:t>MYH10</w:t>
            </w:r>
          </w:p>
        </w:tc>
        <w:tc>
          <w:tcPr>
            <w:tcW w:w="4320" w:type="dxa"/>
          </w:tcPr>
          <w:p w14:paraId="7C9E875D" w14:textId="77777777" w:rsidR="00BA76A8" w:rsidRDefault="00734CE3">
            <w:r>
              <w:t>GO ∩ SFARI</w:t>
            </w:r>
          </w:p>
        </w:tc>
      </w:tr>
      <w:tr w:rsidR="00BA76A8" w14:paraId="7BCAF02E" w14:textId="77777777">
        <w:tc>
          <w:tcPr>
            <w:tcW w:w="4320" w:type="dxa"/>
          </w:tcPr>
          <w:p w14:paraId="10789823" w14:textId="77777777" w:rsidR="00BA76A8" w:rsidRDefault="00734CE3">
            <w:r>
              <w:t>MYO16</w:t>
            </w:r>
          </w:p>
        </w:tc>
        <w:tc>
          <w:tcPr>
            <w:tcW w:w="4320" w:type="dxa"/>
          </w:tcPr>
          <w:p w14:paraId="7D7139FF" w14:textId="77777777" w:rsidR="00BA76A8" w:rsidRDefault="00734CE3">
            <w:r>
              <w:t>GO ∩ SFARI</w:t>
            </w:r>
          </w:p>
        </w:tc>
      </w:tr>
      <w:tr w:rsidR="00BA76A8" w14:paraId="6D2C4452" w14:textId="77777777">
        <w:tc>
          <w:tcPr>
            <w:tcW w:w="4320" w:type="dxa"/>
          </w:tcPr>
          <w:p w14:paraId="336D215A" w14:textId="77777777" w:rsidR="00BA76A8" w:rsidRDefault="00734CE3">
            <w:r>
              <w:t>MYO9B</w:t>
            </w:r>
          </w:p>
        </w:tc>
        <w:tc>
          <w:tcPr>
            <w:tcW w:w="4320" w:type="dxa"/>
          </w:tcPr>
          <w:p w14:paraId="7CA55148" w14:textId="77777777" w:rsidR="00BA76A8" w:rsidRDefault="00734CE3">
            <w:r>
              <w:t>GO ∩ SFARI</w:t>
            </w:r>
          </w:p>
        </w:tc>
      </w:tr>
      <w:tr w:rsidR="00BA76A8" w14:paraId="2EB34359" w14:textId="77777777">
        <w:tc>
          <w:tcPr>
            <w:tcW w:w="4320" w:type="dxa"/>
          </w:tcPr>
          <w:p w14:paraId="5645DFB8" w14:textId="77777777" w:rsidR="00BA76A8" w:rsidRDefault="00734CE3">
            <w:r>
              <w:t>MYT1L</w:t>
            </w:r>
          </w:p>
        </w:tc>
        <w:tc>
          <w:tcPr>
            <w:tcW w:w="4320" w:type="dxa"/>
          </w:tcPr>
          <w:p w14:paraId="51A47F44" w14:textId="77777777" w:rsidR="00BA76A8" w:rsidRDefault="00734CE3">
            <w:r>
              <w:t>GO ∩ SFARI</w:t>
            </w:r>
          </w:p>
        </w:tc>
      </w:tr>
      <w:tr w:rsidR="00BA76A8" w14:paraId="0891E253" w14:textId="77777777">
        <w:tc>
          <w:tcPr>
            <w:tcW w:w="4320" w:type="dxa"/>
          </w:tcPr>
          <w:p w14:paraId="2E2B7989" w14:textId="77777777" w:rsidR="00BA76A8" w:rsidRDefault="00734CE3">
            <w:r>
              <w:t>NAA10</w:t>
            </w:r>
          </w:p>
        </w:tc>
        <w:tc>
          <w:tcPr>
            <w:tcW w:w="4320" w:type="dxa"/>
          </w:tcPr>
          <w:p w14:paraId="54E24C31" w14:textId="77777777" w:rsidR="00BA76A8" w:rsidRDefault="00734CE3">
            <w:r>
              <w:t>GO ∩ SFARI</w:t>
            </w:r>
          </w:p>
        </w:tc>
      </w:tr>
      <w:tr w:rsidR="00BA76A8" w14:paraId="2620D7C5" w14:textId="77777777">
        <w:tc>
          <w:tcPr>
            <w:tcW w:w="4320" w:type="dxa"/>
          </w:tcPr>
          <w:p w14:paraId="5FA43A8E" w14:textId="77777777" w:rsidR="00BA76A8" w:rsidRDefault="00734CE3">
            <w:r>
              <w:t>NBEA</w:t>
            </w:r>
          </w:p>
        </w:tc>
        <w:tc>
          <w:tcPr>
            <w:tcW w:w="4320" w:type="dxa"/>
          </w:tcPr>
          <w:p w14:paraId="3A674077" w14:textId="77777777" w:rsidR="00BA76A8" w:rsidRDefault="00734CE3">
            <w:r>
              <w:t>GO ∩ SFARI</w:t>
            </w:r>
          </w:p>
        </w:tc>
      </w:tr>
      <w:tr w:rsidR="00BA76A8" w14:paraId="31B887E4" w14:textId="77777777">
        <w:tc>
          <w:tcPr>
            <w:tcW w:w="4320" w:type="dxa"/>
          </w:tcPr>
          <w:p w14:paraId="55025F6E" w14:textId="77777777" w:rsidR="00BA76A8" w:rsidRDefault="00734CE3">
            <w:r>
              <w:t>NEXMIF</w:t>
            </w:r>
          </w:p>
        </w:tc>
        <w:tc>
          <w:tcPr>
            <w:tcW w:w="4320" w:type="dxa"/>
          </w:tcPr>
          <w:p w14:paraId="5713E802" w14:textId="77777777" w:rsidR="00BA76A8" w:rsidRDefault="00734CE3">
            <w:r>
              <w:t>GO ∩ SFARI</w:t>
            </w:r>
          </w:p>
        </w:tc>
      </w:tr>
      <w:tr w:rsidR="00BA76A8" w14:paraId="2D6D90F8" w14:textId="77777777">
        <w:tc>
          <w:tcPr>
            <w:tcW w:w="4320" w:type="dxa"/>
          </w:tcPr>
          <w:p w14:paraId="0F4216A4" w14:textId="77777777" w:rsidR="00BA76A8" w:rsidRDefault="00734CE3">
            <w:r>
              <w:t>NF1</w:t>
            </w:r>
          </w:p>
        </w:tc>
        <w:tc>
          <w:tcPr>
            <w:tcW w:w="4320" w:type="dxa"/>
          </w:tcPr>
          <w:p w14:paraId="756B38C3" w14:textId="77777777" w:rsidR="00BA76A8" w:rsidRDefault="00734CE3">
            <w:r>
              <w:t>GO ∩ SFARI</w:t>
            </w:r>
          </w:p>
        </w:tc>
      </w:tr>
      <w:tr w:rsidR="00BA76A8" w14:paraId="3BF32C65" w14:textId="77777777">
        <w:tc>
          <w:tcPr>
            <w:tcW w:w="4320" w:type="dxa"/>
          </w:tcPr>
          <w:p w14:paraId="5F5F44F2" w14:textId="77777777" w:rsidR="00BA76A8" w:rsidRDefault="00734CE3">
            <w:r>
              <w:t>NFIB</w:t>
            </w:r>
          </w:p>
        </w:tc>
        <w:tc>
          <w:tcPr>
            <w:tcW w:w="4320" w:type="dxa"/>
          </w:tcPr>
          <w:p w14:paraId="64E4E35C" w14:textId="77777777" w:rsidR="00BA76A8" w:rsidRDefault="00734CE3">
            <w:r>
              <w:t>GO ∩ SFARI</w:t>
            </w:r>
          </w:p>
        </w:tc>
      </w:tr>
      <w:tr w:rsidR="00BA76A8" w14:paraId="55CDE80D" w14:textId="77777777">
        <w:tc>
          <w:tcPr>
            <w:tcW w:w="4320" w:type="dxa"/>
          </w:tcPr>
          <w:p w14:paraId="7AFAEEB6" w14:textId="77777777" w:rsidR="00BA76A8" w:rsidRDefault="00734CE3">
            <w:r>
              <w:t>NFIX</w:t>
            </w:r>
          </w:p>
        </w:tc>
        <w:tc>
          <w:tcPr>
            <w:tcW w:w="4320" w:type="dxa"/>
          </w:tcPr>
          <w:p w14:paraId="07A4BC06" w14:textId="77777777" w:rsidR="00BA76A8" w:rsidRDefault="00734CE3">
            <w:r>
              <w:t>GO ∩ SFARI</w:t>
            </w:r>
          </w:p>
        </w:tc>
      </w:tr>
      <w:tr w:rsidR="00BA76A8" w14:paraId="719FFE5E" w14:textId="77777777">
        <w:tc>
          <w:tcPr>
            <w:tcW w:w="4320" w:type="dxa"/>
          </w:tcPr>
          <w:p w14:paraId="574C2B90" w14:textId="77777777" w:rsidR="00BA76A8" w:rsidRDefault="00734CE3">
            <w:r>
              <w:t>NLGN2</w:t>
            </w:r>
          </w:p>
        </w:tc>
        <w:tc>
          <w:tcPr>
            <w:tcW w:w="4320" w:type="dxa"/>
          </w:tcPr>
          <w:p w14:paraId="20302249" w14:textId="77777777" w:rsidR="00BA76A8" w:rsidRDefault="00734CE3">
            <w:r>
              <w:t>GO ∩ SFARI</w:t>
            </w:r>
          </w:p>
        </w:tc>
      </w:tr>
      <w:tr w:rsidR="00BA76A8" w14:paraId="6A69DA76" w14:textId="77777777">
        <w:tc>
          <w:tcPr>
            <w:tcW w:w="4320" w:type="dxa"/>
          </w:tcPr>
          <w:p w14:paraId="21EE50AA" w14:textId="77777777" w:rsidR="00BA76A8" w:rsidRDefault="00734CE3">
            <w:r>
              <w:t>NLGN4X</w:t>
            </w:r>
          </w:p>
        </w:tc>
        <w:tc>
          <w:tcPr>
            <w:tcW w:w="4320" w:type="dxa"/>
          </w:tcPr>
          <w:p w14:paraId="4E994E9E" w14:textId="77777777" w:rsidR="00BA76A8" w:rsidRDefault="00734CE3">
            <w:r>
              <w:t>GO ∩ SFARI</w:t>
            </w:r>
          </w:p>
        </w:tc>
      </w:tr>
      <w:tr w:rsidR="00BA76A8" w14:paraId="5A559E4A" w14:textId="77777777">
        <w:tc>
          <w:tcPr>
            <w:tcW w:w="4320" w:type="dxa"/>
          </w:tcPr>
          <w:p w14:paraId="79EEE39D" w14:textId="77777777" w:rsidR="00BA76A8" w:rsidRDefault="00734CE3">
            <w:r>
              <w:t>NOTCH1</w:t>
            </w:r>
          </w:p>
        </w:tc>
        <w:tc>
          <w:tcPr>
            <w:tcW w:w="4320" w:type="dxa"/>
          </w:tcPr>
          <w:p w14:paraId="5C9EFCD0" w14:textId="77777777" w:rsidR="00BA76A8" w:rsidRDefault="00734CE3">
            <w:r>
              <w:t>GO ∩ SFARI</w:t>
            </w:r>
          </w:p>
        </w:tc>
      </w:tr>
      <w:tr w:rsidR="00BA76A8" w14:paraId="569C6D7D" w14:textId="77777777">
        <w:tc>
          <w:tcPr>
            <w:tcW w:w="4320" w:type="dxa"/>
          </w:tcPr>
          <w:p w14:paraId="21A657D9" w14:textId="77777777" w:rsidR="00BA76A8" w:rsidRDefault="00734CE3">
            <w:r>
              <w:t>NOVA2</w:t>
            </w:r>
          </w:p>
        </w:tc>
        <w:tc>
          <w:tcPr>
            <w:tcW w:w="4320" w:type="dxa"/>
          </w:tcPr>
          <w:p w14:paraId="0584E6F1" w14:textId="77777777" w:rsidR="00BA76A8" w:rsidRDefault="00734CE3">
            <w:r>
              <w:t>GO ∩ SFARI</w:t>
            </w:r>
          </w:p>
        </w:tc>
      </w:tr>
      <w:tr w:rsidR="00BA76A8" w14:paraId="54C605DF" w14:textId="77777777">
        <w:tc>
          <w:tcPr>
            <w:tcW w:w="4320" w:type="dxa"/>
          </w:tcPr>
          <w:p w14:paraId="4A212841" w14:textId="77777777" w:rsidR="00BA76A8" w:rsidRDefault="00734CE3">
            <w:r>
              <w:t>NPAS3</w:t>
            </w:r>
          </w:p>
        </w:tc>
        <w:tc>
          <w:tcPr>
            <w:tcW w:w="4320" w:type="dxa"/>
          </w:tcPr>
          <w:p w14:paraId="75122944" w14:textId="77777777" w:rsidR="00BA76A8" w:rsidRDefault="00734CE3">
            <w:r>
              <w:t>GO ∩ SFARI</w:t>
            </w:r>
          </w:p>
        </w:tc>
      </w:tr>
      <w:tr w:rsidR="00BA76A8" w14:paraId="59DC47A1" w14:textId="77777777">
        <w:tc>
          <w:tcPr>
            <w:tcW w:w="4320" w:type="dxa"/>
          </w:tcPr>
          <w:p w14:paraId="4BDC12B4" w14:textId="77777777" w:rsidR="00BA76A8" w:rsidRDefault="00734CE3">
            <w:r>
              <w:t>NPFFR2</w:t>
            </w:r>
          </w:p>
        </w:tc>
        <w:tc>
          <w:tcPr>
            <w:tcW w:w="4320" w:type="dxa"/>
          </w:tcPr>
          <w:p w14:paraId="54C6634C" w14:textId="77777777" w:rsidR="00BA76A8" w:rsidRDefault="00734CE3">
            <w:r>
              <w:t>GO ∩ SFARI</w:t>
            </w:r>
          </w:p>
        </w:tc>
      </w:tr>
      <w:tr w:rsidR="00BA76A8" w14:paraId="0B8D4DD5" w14:textId="77777777">
        <w:tc>
          <w:tcPr>
            <w:tcW w:w="4320" w:type="dxa"/>
          </w:tcPr>
          <w:p w14:paraId="72B4D057" w14:textId="77777777" w:rsidR="00BA76A8" w:rsidRDefault="00734CE3">
            <w:r>
              <w:t>NR1D1</w:t>
            </w:r>
          </w:p>
        </w:tc>
        <w:tc>
          <w:tcPr>
            <w:tcW w:w="4320" w:type="dxa"/>
          </w:tcPr>
          <w:p w14:paraId="1DA9862E" w14:textId="77777777" w:rsidR="00BA76A8" w:rsidRDefault="00734CE3">
            <w:r>
              <w:t>GO ∩ SFARI</w:t>
            </w:r>
          </w:p>
        </w:tc>
      </w:tr>
      <w:tr w:rsidR="00BA76A8" w14:paraId="58BD0F38" w14:textId="77777777">
        <w:tc>
          <w:tcPr>
            <w:tcW w:w="4320" w:type="dxa"/>
          </w:tcPr>
          <w:p w14:paraId="46EFA3EB" w14:textId="77777777" w:rsidR="00BA76A8" w:rsidRDefault="00734CE3">
            <w:r>
              <w:t>NR2F1</w:t>
            </w:r>
          </w:p>
        </w:tc>
        <w:tc>
          <w:tcPr>
            <w:tcW w:w="4320" w:type="dxa"/>
          </w:tcPr>
          <w:p w14:paraId="72704968" w14:textId="77777777" w:rsidR="00BA76A8" w:rsidRDefault="00734CE3">
            <w:r>
              <w:t>GO ∩ SFARI</w:t>
            </w:r>
          </w:p>
        </w:tc>
      </w:tr>
      <w:tr w:rsidR="00BA76A8" w14:paraId="33674678" w14:textId="77777777">
        <w:tc>
          <w:tcPr>
            <w:tcW w:w="4320" w:type="dxa"/>
          </w:tcPr>
          <w:p w14:paraId="67FDBBAC" w14:textId="77777777" w:rsidR="00BA76A8" w:rsidRDefault="00734CE3">
            <w:r>
              <w:t>NR4A2</w:t>
            </w:r>
          </w:p>
        </w:tc>
        <w:tc>
          <w:tcPr>
            <w:tcW w:w="4320" w:type="dxa"/>
          </w:tcPr>
          <w:p w14:paraId="0C1597A5" w14:textId="77777777" w:rsidR="00BA76A8" w:rsidRDefault="00734CE3">
            <w:r>
              <w:t>GO ∩ SFARI</w:t>
            </w:r>
          </w:p>
        </w:tc>
      </w:tr>
      <w:tr w:rsidR="00BA76A8" w14:paraId="6636186B" w14:textId="77777777">
        <w:tc>
          <w:tcPr>
            <w:tcW w:w="4320" w:type="dxa"/>
          </w:tcPr>
          <w:p w14:paraId="1C0745E8" w14:textId="77777777" w:rsidR="00BA76A8" w:rsidRDefault="00734CE3">
            <w:r>
              <w:t>NRXN1</w:t>
            </w:r>
          </w:p>
        </w:tc>
        <w:tc>
          <w:tcPr>
            <w:tcW w:w="4320" w:type="dxa"/>
          </w:tcPr>
          <w:p w14:paraId="5E11A6BA" w14:textId="77777777" w:rsidR="00BA76A8" w:rsidRDefault="00734CE3">
            <w:r>
              <w:t>GO ∩ SFARI</w:t>
            </w:r>
          </w:p>
        </w:tc>
      </w:tr>
      <w:tr w:rsidR="00BA76A8" w14:paraId="7F3B86AD" w14:textId="77777777">
        <w:tc>
          <w:tcPr>
            <w:tcW w:w="4320" w:type="dxa"/>
          </w:tcPr>
          <w:p w14:paraId="44539B76" w14:textId="77777777" w:rsidR="00BA76A8" w:rsidRDefault="00734CE3">
            <w:r>
              <w:t>NRXN2</w:t>
            </w:r>
          </w:p>
        </w:tc>
        <w:tc>
          <w:tcPr>
            <w:tcW w:w="4320" w:type="dxa"/>
          </w:tcPr>
          <w:p w14:paraId="567FC87F" w14:textId="77777777" w:rsidR="00BA76A8" w:rsidRDefault="00734CE3">
            <w:r>
              <w:t>GO ∩ SFARI</w:t>
            </w:r>
          </w:p>
        </w:tc>
      </w:tr>
      <w:tr w:rsidR="00BA76A8" w14:paraId="3618344E" w14:textId="77777777">
        <w:tc>
          <w:tcPr>
            <w:tcW w:w="4320" w:type="dxa"/>
          </w:tcPr>
          <w:p w14:paraId="29AA932F" w14:textId="77777777" w:rsidR="00BA76A8" w:rsidRDefault="00734CE3">
            <w:r>
              <w:t>NSD1</w:t>
            </w:r>
          </w:p>
        </w:tc>
        <w:tc>
          <w:tcPr>
            <w:tcW w:w="4320" w:type="dxa"/>
          </w:tcPr>
          <w:p w14:paraId="0FDD4120" w14:textId="77777777" w:rsidR="00BA76A8" w:rsidRDefault="00734CE3">
            <w:r>
              <w:t>GO ∩ SFARI</w:t>
            </w:r>
          </w:p>
        </w:tc>
      </w:tr>
      <w:tr w:rsidR="00BA76A8" w14:paraId="4551499A" w14:textId="77777777">
        <w:tc>
          <w:tcPr>
            <w:tcW w:w="4320" w:type="dxa"/>
          </w:tcPr>
          <w:p w14:paraId="599B5958" w14:textId="77777777" w:rsidR="00BA76A8" w:rsidRDefault="00734CE3">
            <w:r>
              <w:t>NSD2</w:t>
            </w:r>
          </w:p>
        </w:tc>
        <w:tc>
          <w:tcPr>
            <w:tcW w:w="4320" w:type="dxa"/>
          </w:tcPr>
          <w:p w14:paraId="37BF69F9" w14:textId="77777777" w:rsidR="00BA76A8" w:rsidRDefault="00734CE3">
            <w:r>
              <w:t>GO ∩ SFARI</w:t>
            </w:r>
          </w:p>
        </w:tc>
      </w:tr>
      <w:tr w:rsidR="00BA76A8" w14:paraId="27B358AD" w14:textId="77777777">
        <w:tc>
          <w:tcPr>
            <w:tcW w:w="4320" w:type="dxa"/>
          </w:tcPr>
          <w:p w14:paraId="5A81721C" w14:textId="77777777" w:rsidR="00BA76A8" w:rsidRDefault="00734CE3">
            <w:r>
              <w:t>NTNG2</w:t>
            </w:r>
          </w:p>
        </w:tc>
        <w:tc>
          <w:tcPr>
            <w:tcW w:w="4320" w:type="dxa"/>
          </w:tcPr>
          <w:p w14:paraId="33037BDB" w14:textId="77777777" w:rsidR="00BA76A8" w:rsidRDefault="00734CE3">
            <w:r>
              <w:t>GO ∩ SFARI</w:t>
            </w:r>
          </w:p>
        </w:tc>
      </w:tr>
      <w:tr w:rsidR="00BA76A8" w14:paraId="39847AEE" w14:textId="77777777">
        <w:tc>
          <w:tcPr>
            <w:tcW w:w="4320" w:type="dxa"/>
          </w:tcPr>
          <w:p w14:paraId="265DAFB4" w14:textId="77777777" w:rsidR="00BA76A8" w:rsidRDefault="00734CE3">
            <w:r>
              <w:t>NTRK1</w:t>
            </w:r>
          </w:p>
        </w:tc>
        <w:tc>
          <w:tcPr>
            <w:tcW w:w="4320" w:type="dxa"/>
          </w:tcPr>
          <w:p w14:paraId="732A5179" w14:textId="77777777" w:rsidR="00BA76A8" w:rsidRDefault="00734CE3">
            <w:r>
              <w:t>GO ∩ SFARI</w:t>
            </w:r>
          </w:p>
        </w:tc>
      </w:tr>
      <w:tr w:rsidR="00BA76A8" w14:paraId="6430E28B" w14:textId="77777777">
        <w:tc>
          <w:tcPr>
            <w:tcW w:w="4320" w:type="dxa"/>
          </w:tcPr>
          <w:p w14:paraId="2A6CCC90" w14:textId="77777777" w:rsidR="00BA76A8" w:rsidRDefault="00734CE3">
            <w:r>
              <w:t>NTRK2</w:t>
            </w:r>
          </w:p>
        </w:tc>
        <w:tc>
          <w:tcPr>
            <w:tcW w:w="4320" w:type="dxa"/>
          </w:tcPr>
          <w:p w14:paraId="2AF06A75" w14:textId="77777777" w:rsidR="00BA76A8" w:rsidRDefault="00734CE3">
            <w:r>
              <w:t>GO ∩ SFARI</w:t>
            </w:r>
          </w:p>
        </w:tc>
      </w:tr>
      <w:tr w:rsidR="00BA76A8" w14:paraId="02E6EC75" w14:textId="77777777">
        <w:tc>
          <w:tcPr>
            <w:tcW w:w="4320" w:type="dxa"/>
          </w:tcPr>
          <w:p w14:paraId="426FD8BF" w14:textId="77777777" w:rsidR="00BA76A8" w:rsidRDefault="00734CE3">
            <w:r>
              <w:t>OTUD7A</w:t>
            </w:r>
          </w:p>
        </w:tc>
        <w:tc>
          <w:tcPr>
            <w:tcW w:w="4320" w:type="dxa"/>
          </w:tcPr>
          <w:p w14:paraId="57DAE097" w14:textId="77777777" w:rsidR="00BA76A8" w:rsidRDefault="00734CE3">
            <w:r>
              <w:t>GO ∩ SFARI</w:t>
            </w:r>
          </w:p>
        </w:tc>
      </w:tr>
      <w:tr w:rsidR="00BA76A8" w14:paraId="65E6E835" w14:textId="77777777">
        <w:tc>
          <w:tcPr>
            <w:tcW w:w="4320" w:type="dxa"/>
          </w:tcPr>
          <w:p w14:paraId="7009F1AF" w14:textId="77777777" w:rsidR="00BA76A8" w:rsidRDefault="00734CE3">
            <w:r>
              <w:t>OTX1</w:t>
            </w:r>
          </w:p>
        </w:tc>
        <w:tc>
          <w:tcPr>
            <w:tcW w:w="4320" w:type="dxa"/>
          </w:tcPr>
          <w:p w14:paraId="4889B4B9" w14:textId="77777777" w:rsidR="00BA76A8" w:rsidRDefault="00734CE3">
            <w:r>
              <w:t>GO ∩ SFARI</w:t>
            </w:r>
          </w:p>
        </w:tc>
      </w:tr>
      <w:tr w:rsidR="00BA76A8" w14:paraId="668F66AF" w14:textId="77777777">
        <w:tc>
          <w:tcPr>
            <w:tcW w:w="4320" w:type="dxa"/>
          </w:tcPr>
          <w:p w14:paraId="666732A3" w14:textId="77777777" w:rsidR="00BA76A8" w:rsidRDefault="00734CE3">
            <w:r>
              <w:lastRenderedPageBreak/>
              <w:t>OXT</w:t>
            </w:r>
          </w:p>
        </w:tc>
        <w:tc>
          <w:tcPr>
            <w:tcW w:w="4320" w:type="dxa"/>
          </w:tcPr>
          <w:p w14:paraId="200E7AF2" w14:textId="77777777" w:rsidR="00BA76A8" w:rsidRDefault="00734CE3">
            <w:r>
              <w:t>GO ∩ SFARI</w:t>
            </w:r>
          </w:p>
        </w:tc>
      </w:tr>
      <w:tr w:rsidR="00BA76A8" w14:paraId="7F4A49D5" w14:textId="77777777">
        <w:tc>
          <w:tcPr>
            <w:tcW w:w="4320" w:type="dxa"/>
          </w:tcPr>
          <w:p w14:paraId="2663406F" w14:textId="77777777" w:rsidR="00BA76A8" w:rsidRDefault="00734CE3">
            <w:r>
              <w:t>PACS2</w:t>
            </w:r>
          </w:p>
        </w:tc>
        <w:tc>
          <w:tcPr>
            <w:tcW w:w="4320" w:type="dxa"/>
          </w:tcPr>
          <w:p w14:paraId="48ABBBA3" w14:textId="77777777" w:rsidR="00BA76A8" w:rsidRDefault="00734CE3">
            <w:r>
              <w:t>GO ∩ SFARI</w:t>
            </w:r>
          </w:p>
        </w:tc>
      </w:tr>
      <w:tr w:rsidR="00BA76A8" w14:paraId="691DAF25" w14:textId="77777777">
        <w:tc>
          <w:tcPr>
            <w:tcW w:w="4320" w:type="dxa"/>
          </w:tcPr>
          <w:p w14:paraId="5FFF669D" w14:textId="77777777" w:rsidR="00BA76A8" w:rsidRDefault="00734CE3">
            <w:r>
              <w:t>PC</w:t>
            </w:r>
          </w:p>
        </w:tc>
        <w:tc>
          <w:tcPr>
            <w:tcW w:w="4320" w:type="dxa"/>
          </w:tcPr>
          <w:p w14:paraId="64108726" w14:textId="77777777" w:rsidR="00BA76A8" w:rsidRDefault="00734CE3">
            <w:r>
              <w:t>GO ∩ SFARI</w:t>
            </w:r>
          </w:p>
        </w:tc>
      </w:tr>
      <w:tr w:rsidR="00BA76A8" w14:paraId="1DEB8721" w14:textId="77777777">
        <w:tc>
          <w:tcPr>
            <w:tcW w:w="4320" w:type="dxa"/>
          </w:tcPr>
          <w:p w14:paraId="32D4FF53" w14:textId="77777777" w:rsidR="00BA76A8" w:rsidRDefault="00734CE3">
            <w:r>
              <w:t>PCCA</w:t>
            </w:r>
          </w:p>
        </w:tc>
        <w:tc>
          <w:tcPr>
            <w:tcW w:w="4320" w:type="dxa"/>
          </w:tcPr>
          <w:p w14:paraId="3053E7AC" w14:textId="77777777" w:rsidR="00BA76A8" w:rsidRDefault="00734CE3">
            <w:r>
              <w:t>GO ∩ SFARI</w:t>
            </w:r>
          </w:p>
        </w:tc>
      </w:tr>
      <w:tr w:rsidR="00BA76A8" w14:paraId="715740F0" w14:textId="77777777">
        <w:tc>
          <w:tcPr>
            <w:tcW w:w="4320" w:type="dxa"/>
          </w:tcPr>
          <w:p w14:paraId="6FABC810" w14:textId="77777777" w:rsidR="00BA76A8" w:rsidRDefault="00734CE3">
            <w:r>
              <w:t>PCDH19</w:t>
            </w:r>
          </w:p>
        </w:tc>
        <w:tc>
          <w:tcPr>
            <w:tcW w:w="4320" w:type="dxa"/>
          </w:tcPr>
          <w:p w14:paraId="2C270E2B" w14:textId="77777777" w:rsidR="00BA76A8" w:rsidRDefault="00734CE3">
            <w:r>
              <w:t>GO ∩ SFARI</w:t>
            </w:r>
          </w:p>
        </w:tc>
      </w:tr>
      <w:tr w:rsidR="00BA76A8" w14:paraId="15E85AE8" w14:textId="77777777">
        <w:tc>
          <w:tcPr>
            <w:tcW w:w="4320" w:type="dxa"/>
          </w:tcPr>
          <w:p w14:paraId="3B6335AB" w14:textId="77777777" w:rsidR="00BA76A8" w:rsidRDefault="00734CE3">
            <w:r>
              <w:t>PCDHA1</w:t>
            </w:r>
          </w:p>
        </w:tc>
        <w:tc>
          <w:tcPr>
            <w:tcW w:w="4320" w:type="dxa"/>
          </w:tcPr>
          <w:p w14:paraId="680EABF9" w14:textId="77777777" w:rsidR="00BA76A8" w:rsidRDefault="00734CE3">
            <w:r>
              <w:t>GO ∩ SFARI</w:t>
            </w:r>
          </w:p>
        </w:tc>
      </w:tr>
      <w:tr w:rsidR="00BA76A8" w14:paraId="3DABA9BC" w14:textId="77777777">
        <w:tc>
          <w:tcPr>
            <w:tcW w:w="4320" w:type="dxa"/>
          </w:tcPr>
          <w:p w14:paraId="0DF43BE5" w14:textId="77777777" w:rsidR="00BA76A8" w:rsidRDefault="00734CE3">
            <w:r>
              <w:t>PCDHA10</w:t>
            </w:r>
          </w:p>
        </w:tc>
        <w:tc>
          <w:tcPr>
            <w:tcW w:w="4320" w:type="dxa"/>
          </w:tcPr>
          <w:p w14:paraId="6DAA69D9" w14:textId="77777777" w:rsidR="00BA76A8" w:rsidRDefault="00734CE3">
            <w:r>
              <w:t>GO ∩ SFARI</w:t>
            </w:r>
          </w:p>
        </w:tc>
      </w:tr>
      <w:tr w:rsidR="00BA76A8" w14:paraId="19DEBF02" w14:textId="77777777">
        <w:tc>
          <w:tcPr>
            <w:tcW w:w="4320" w:type="dxa"/>
          </w:tcPr>
          <w:p w14:paraId="7D9B6D88" w14:textId="77777777" w:rsidR="00BA76A8" w:rsidRDefault="00734CE3">
            <w:r>
              <w:t>PCDHA11</w:t>
            </w:r>
          </w:p>
        </w:tc>
        <w:tc>
          <w:tcPr>
            <w:tcW w:w="4320" w:type="dxa"/>
          </w:tcPr>
          <w:p w14:paraId="4EC5EB3F" w14:textId="77777777" w:rsidR="00BA76A8" w:rsidRDefault="00734CE3">
            <w:r>
              <w:t>GO ∩ SFARI</w:t>
            </w:r>
          </w:p>
        </w:tc>
      </w:tr>
      <w:tr w:rsidR="00BA76A8" w14:paraId="1116D5D2" w14:textId="77777777">
        <w:tc>
          <w:tcPr>
            <w:tcW w:w="4320" w:type="dxa"/>
          </w:tcPr>
          <w:p w14:paraId="11527184" w14:textId="77777777" w:rsidR="00BA76A8" w:rsidRDefault="00734CE3">
            <w:r>
              <w:t>PCDHA12</w:t>
            </w:r>
          </w:p>
        </w:tc>
        <w:tc>
          <w:tcPr>
            <w:tcW w:w="4320" w:type="dxa"/>
          </w:tcPr>
          <w:p w14:paraId="22D99ADD" w14:textId="77777777" w:rsidR="00BA76A8" w:rsidRDefault="00734CE3">
            <w:r>
              <w:t>GO ∩ SFARI</w:t>
            </w:r>
          </w:p>
        </w:tc>
      </w:tr>
      <w:tr w:rsidR="00BA76A8" w14:paraId="0D1FE747" w14:textId="77777777">
        <w:tc>
          <w:tcPr>
            <w:tcW w:w="4320" w:type="dxa"/>
          </w:tcPr>
          <w:p w14:paraId="3415A258" w14:textId="77777777" w:rsidR="00BA76A8" w:rsidRDefault="00734CE3">
            <w:r>
              <w:t>PCDHA13</w:t>
            </w:r>
          </w:p>
        </w:tc>
        <w:tc>
          <w:tcPr>
            <w:tcW w:w="4320" w:type="dxa"/>
          </w:tcPr>
          <w:p w14:paraId="3D01E7A1" w14:textId="77777777" w:rsidR="00BA76A8" w:rsidRDefault="00734CE3">
            <w:r>
              <w:t>GO ∩ SFARI</w:t>
            </w:r>
          </w:p>
        </w:tc>
      </w:tr>
      <w:tr w:rsidR="00BA76A8" w14:paraId="4CF27B83" w14:textId="77777777">
        <w:tc>
          <w:tcPr>
            <w:tcW w:w="4320" w:type="dxa"/>
          </w:tcPr>
          <w:p w14:paraId="1BF855D4" w14:textId="77777777" w:rsidR="00BA76A8" w:rsidRDefault="00734CE3">
            <w:r>
              <w:t>PCDHA2</w:t>
            </w:r>
          </w:p>
        </w:tc>
        <w:tc>
          <w:tcPr>
            <w:tcW w:w="4320" w:type="dxa"/>
          </w:tcPr>
          <w:p w14:paraId="210160FD" w14:textId="77777777" w:rsidR="00BA76A8" w:rsidRDefault="00734CE3">
            <w:r>
              <w:t>GO ∩ SFARI</w:t>
            </w:r>
          </w:p>
        </w:tc>
      </w:tr>
      <w:tr w:rsidR="00BA76A8" w14:paraId="73043176" w14:textId="77777777">
        <w:tc>
          <w:tcPr>
            <w:tcW w:w="4320" w:type="dxa"/>
          </w:tcPr>
          <w:p w14:paraId="0D7933E0" w14:textId="77777777" w:rsidR="00BA76A8" w:rsidRDefault="00734CE3">
            <w:r>
              <w:t>PCDHA3</w:t>
            </w:r>
          </w:p>
        </w:tc>
        <w:tc>
          <w:tcPr>
            <w:tcW w:w="4320" w:type="dxa"/>
          </w:tcPr>
          <w:p w14:paraId="7DC7BF56" w14:textId="77777777" w:rsidR="00BA76A8" w:rsidRDefault="00734CE3">
            <w:r>
              <w:t>GO ∩ SFARI</w:t>
            </w:r>
          </w:p>
        </w:tc>
      </w:tr>
      <w:tr w:rsidR="00BA76A8" w14:paraId="27133CD1" w14:textId="77777777">
        <w:tc>
          <w:tcPr>
            <w:tcW w:w="4320" w:type="dxa"/>
          </w:tcPr>
          <w:p w14:paraId="02EA7960" w14:textId="77777777" w:rsidR="00BA76A8" w:rsidRDefault="00734CE3">
            <w:r>
              <w:t>PCDHA4</w:t>
            </w:r>
          </w:p>
        </w:tc>
        <w:tc>
          <w:tcPr>
            <w:tcW w:w="4320" w:type="dxa"/>
          </w:tcPr>
          <w:p w14:paraId="783F14F0" w14:textId="77777777" w:rsidR="00BA76A8" w:rsidRDefault="00734CE3">
            <w:r>
              <w:t>GO ∩ SFARI</w:t>
            </w:r>
          </w:p>
        </w:tc>
      </w:tr>
      <w:tr w:rsidR="00BA76A8" w14:paraId="2EC0DEBB" w14:textId="77777777">
        <w:tc>
          <w:tcPr>
            <w:tcW w:w="4320" w:type="dxa"/>
          </w:tcPr>
          <w:p w14:paraId="2810F19F" w14:textId="77777777" w:rsidR="00BA76A8" w:rsidRDefault="00734CE3">
            <w:r>
              <w:t>PCDHA5</w:t>
            </w:r>
          </w:p>
        </w:tc>
        <w:tc>
          <w:tcPr>
            <w:tcW w:w="4320" w:type="dxa"/>
          </w:tcPr>
          <w:p w14:paraId="2D12367B" w14:textId="77777777" w:rsidR="00BA76A8" w:rsidRDefault="00734CE3">
            <w:r>
              <w:t>GO ∩ SFARI</w:t>
            </w:r>
          </w:p>
        </w:tc>
      </w:tr>
      <w:tr w:rsidR="00BA76A8" w14:paraId="657BD721" w14:textId="77777777">
        <w:tc>
          <w:tcPr>
            <w:tcW w:w="4320" w:type="dxa"/>
          </w:tcPr>
          <w:p w14:paraId="382D81CD" w14:textId="77777777" w:rsidR="00BA76A8" w:rsidRDefault="00734CE3">
            <w:r>
              <w:t>PCDHA6</w:t>
            </w:r>
          </w:p>
        </w:tc>
        <w:tc>
          <w:tcPr>
            <w:tcW w:w="4320" w:type="dxa"/>
          </w:tcPr>
          <w:p w14:paraId="44D97575" w14:textId="77777777" w:rsidR="00BA76A8" w:rsidRDefault="00734CE3">
            <w:r>
              <w:t>GO ∩ SFARI</w:t>
            </w:r>
          </w:p>
        </w:tc>
      </w:tr>
      <w:tr w:rsidR="00BA76A8" w14:paraId="03265B46" w14:textId="77777777">
        <w:tc>
          <w:tcPr>
            <w:tcW w:w="4320" w:type="dxa"/>
          </w:tcPr>
          <w:p w14:paraId="5AF8EDB8" w14:textId="77777777" w:rsidR="00BA76A8" w:rsidRDefault="00734CE3">
            <w:r>
              <w:t>PCDHA7</w:t>
            </w:r>
          </w:p>
        </w:tc>
        <w:tc>
          <w:tcPr>
            <w:tcW w:w="4320" w:type="dxa"/>
          </w:tcPr>
          <w:p w14:paraId="1AC498CB" w14:textId="77777777" w:rsidR="00BA76A8" w:rsidRDefault="00734CE3">
            <w:r>
              <w:t>GO ∩ SFARI</w:t>
            </w:r>
          </w:p>
        </w:tc>
      </w:tr>
      <w:tr w:rsidR="00BA76A8" w14:paraId="1C2579AB" w14:textId="77777777">
        <w:tc>
          <w:tcPr>
            <w:tcW w:w="4320" w:type="dxa"/>
          </w:tcPr>
          <w:p w14:paraId="71883064" w14:textId="77777777" w:rsidR="00BA76A8" w:rsidRDefault="00734CE3">
            <w:r>
              <w:t>PCDHA8</w:t>
            </w:r>
          </w:p>
        </w:tc>
        <w:tc>
          <w:tcPr>
            <w:tcW w:w="4320" w:type="dxa"/>
          </w:tcPr>
          <w:p w14:paraId="10B573BB" w14:textId="77777777" w:rsidR="00BA76A8" w:rsidRDefault="00734CE3">
            <w:r>
              <w:t>GO ∩ SFARI</w:t>
            </w:r>
          </w:p>
        </w:tc>
      </w:tr>
      <w:tr w:rsidR="00BA76A8" w14:paraId="48F19367" w14:textId="77777777">
        <w:tc>
          <w:tcPr>
            <w:tcW w:w="4320" w:type="dxa"/>
          </w:tcPr>
          <w:p w14:paraId="64B95974" w14:textId="77777777" w:rsidR="00BA76A8" w:rsidRDefault="00734CE3">
            <w:r>
              <w:t>PCDHA9</w:t>
            </w:r>
          </w:p>
        </w:tc>
        <w:tc>
          <w:tcPr>
            <w:tcW w:w="4320" w:type="dxa"/>
          </w:tcPr>
          <w:p w14:paraId="35A9AA28" w14:textId="77777777" w:rsidR="00BA76A8" w:rsidRDefault="00734CE3">
            <w:r>
              <w:t>GO ∩ SFARI</w:t>
            </w:r>
          </w:p>
        </w:tc>
      </w:tr>
      <w:tr w:rsidR="00BA76A8" w14:paraId="0113549A" w14:textId="77777777">
        <w:tc>
          <w:tcPr>
            <w:tcW w:w="4320" w:type="dxa"/>
          </w:tcPr>
          <w:p w14:paraId="76B0AC35" w14:textId="77777777" w:rsidR="00BA76A8" w:rsidRDefault="00734CE3">
            <w:r>
              <w:t>PDHA1</w:t>
            </w:r>
          </w:p>
        </w:tc>
        <w:tc>
          <w:tcPr>
            <w:tcW w:w="4320" w:type="dxa"/>
          </w:tcPr>
          <w:p w14:paraId="72CB6CA1" w14:textId="77777777" w:rsidR="00BA76A8" w:rsidRDefault="00734CE3">
            <w:r>
              <w:t>GO ∩ SFARI</w:t>
            </w:r>
          </w:p>
        </w:tc>
      </w:tr>
      <w:tr w:rsidR="00BA76A8" w14:paraId="37EFF284" w14:textId="77777777">
        <w:tc>
          <w:tcPr>
            <w:tcW w:w="4320" w:type="dxa"/>
          </w:tcPr>
          <w:p w14:paraId="5DA15203" w14:textId="77777777" w:rsidR="00BA76A8" w:rsidRDefault="00734CE3">
            <w:r>
              <w:t>PDK2</w:t>
            </w:r>
          </w:p>
        </w:tc>
        <w:tc>
          <w:tcPr>
            <w:tcW w:w="4320" w:type="dxa"/>
          </w:tcPr>
          <w:p w14:paraId="10D43488" w14:textId="77777777" w:rsidR="00BA76A8" w:rsidRDefault="00734CE3">
            <w:r>
              <w:t>GO ∩ SFARI</w:t>
            </w:r>
          </w:p>
        </w:tc>
      </w:tr>
      <w:tr w:rsidR="00BA76A8" w14:paraId="0A3D06C8" w14:textId="77777777">
        <w:tc>
          <w:tcPr>
            <w:tcW w:w="4320" w:type="dxa"/>
          </w:tcPr>
          <w:p w14:paraId="0B3772C5" w14:textId="77777777" w:rsidR="00BA76A8" w:rsidRDefault="00734CE3">
            <w:r>
              <w:t>PHF8</w:t>
            </w:r>
          </w:p>
        </w:tc>
        <w:tc>
          <w:tcPr>
            <w:tcW w:w="4320" w:type="dxa"/>
          </w:tcPr>
          <w:p w14:paraId="693AA79C" w14:textId="77777777" w:rsidR="00BA76A8" w:rsidRDefault="00734CE3">
            <w:r>
              <w:t>GO ∩ SFARI</w:t>
            </w:r>
          </w:p>
        </w:tc>
      </w:tr>
      <w:tr w:rsidR="00BA76A8" w14:paraId="24002930" w14:textId="77777777">
        <w:tc>
          <w:tcPr>
            <w:tcW w:w="4320" w:type="dxa"/>
          </w:tcPr>
          <w:p w14:paraId="6239EAD7" w14:textId="77777777" w:rsidR="00BA76A8" w:rsidRDefault="00734CE3">
            <w:r>
              <w:t>PIK3CG</w:t>
            </w:r>
          </w:p>
        </w:tc>
        <w:tc>
          <w:tcPr>
            <w:tcW w:w="4320" w:type="dxa"/>
          </w:tcPr>
          <w:p w14:paraId="62F31F2F" w14:textId="77777777" w:rsidR="00BA76A8" w:rsidRDefault="00734CE3">
            <w:r>
              <w:t>GO ∩ SFARI</w:t>
            </w:r>
          </w:p>
        </w:tc>
      </w:tr>
      <w:tr w:rsidR="00BA76A8" w14:paraId="3F4C269E" w14:textId="77777777">
        <w:tc>
          <w:tcPr>
            <w:tcW w:w="4320" w:type="dxa"/>
          </w:tcPr>
          <w:p w14:paraId="3538EB7B" w14:textId="77777777" w:rsidR="00BA76A8" w:rsidRDefault="00734CE3">
            <w:r>
              <w:t>PIK3R2</w:t>
            </w:r>
          </w:p>
        </w:tc>
        <w:tc>
          <w:tcPr>
            <w:tcW w:w="4320" w:type="dxa"/>
          </w:tcPr>
          <w:p w14:paraId="63AEADBD" w14:textId="77777777" w:rsidR="00BA76A8" w:rsidRDefault="00734CE3">
            <w:r>
              <w:t>GO ∩ SFARI</w:t>
            </w:r>
          </w:p>
        </w:tc>
      </w:tr>
      <w:tr w:rsidR="00BA76A8" w14:paraId="3137D0B9" w14:textId="77777777">
        <w:tc>
          <w:tcPr>
            <w:tcW w:w="4320" w:type="dxa"/>
          </w:tcPr>
          <w:p w14:paraId="67725802" w14:textId="77777777" w:rsidR="00BA76A8" w:rsidRDefault="00734CE3">
            <w:r>
              <w:t>PITX1</w:t>
            </w:r>
          </w:p>
        </w:tc>
        <w:tc>
          <w:tcPr>
            <w:tcW w:w="4320" w:type="dxa"/>
          </w:tcPr>
          <w:p w14:paraId="28A7320C" w14:textId="77777777" w:rsidR="00BA76A8" w:rsidRDefault="00734CE3">
            <w:r>
              <w:t>GO ∩ SFARI</w:t>
            </w:r>
          </w:p>
        </w:tc>
      </w:tr>
      <w:tr w:rsidR="00BA76A8" w14:paraId="7C0B5603" w14:textId="77777777">
        <w:tc>
          <w:tcPr>
            <w:tcW w:w="4320" w:type="dxa"/>
          </w:tcPr>
          <w:p w14:paraId="454F254B" w14:textId="77777777" w:rsidR="00BA76A8" w:rsidRDefault="00734CE3">
            <w:r>
              <w:t>PKD1</w:t>
            </w:r>
          </w:p>
        </w:tc>
        <w:tc>
          <w:tcPr>
            <w:tcW w:w="4320" w:type="dxa"/>
          </w:tcPr>
          <w:p w14:paraId="08569128" w14:textId="77777777" w:rsidR="00BA76A8" w:rsidRDefault="00734CE3">
            <w:r>
              <w:t>GO ∩ SFARI</w:t>
            </w:r>
          </w:p>
        </w:tc>
      </w:tr>
      <w:tr w:rsidR="00BA76A8" w14:paraId="7F85CE0C" w14:textId="77777777">
        <w:tc>
          <w:tcPr>
            <w:tcW w:w="4320" w:type="dxa"/>
          </w:tcPr>
          <w:p w14:paraId="59EFB0EB" w14:textId="77777777" w:rsidR="00BA76A8" w:rsidRDefault="00734CE3">
            <w:r>
              <w:t>PLXNA3</w:t>
            </w:r>
          </w:p>
        </w:tc>
        <w:tc>
          <w:tcPr>
            <w:tcW w:w="4320" w:type="dxa"/>
          </w:tcPr>
          <w:p w14:paraId="5B62FCB7" w14:textId="77777777" w:rsidR="00BA76A8" w:rsidRDefault="00734CE3">
            <w:r>
              <w:t>GO ∩ SFARI</w:t>
            </w:r>
          </w:p>
        </w:tc>
      </w:tr>
      <w:tr w:rsidR="00BA76A8" w14:paraId="55B56B84" w14:textId="77777777">
        <w:tc>
          <w:tcPr>
            <w:tcW w:w="4320" w:type="dxa"/>
          </w:tcPr>
          <w:p w14:paraId="4B3E8CD5" w14:textId="77777777" w:rsidR="00BA76A8" w:rsidRDefault="00734CE3">
            <w:r>
              <w:t>PNPLA7</w:t>
            </w:r>
          </w:p>
        </w:tc>
        <w:tc>
          <w:tcPr>
            <w:tcW w:w="4320" w:type="dxa"/>
          </w:tcPr>
          <w:p w14:paraId="39ADA591" w14:textId="77777777" w:rsidR="00BA76A8" w:rsidRDefault="00734CE3">
            <w:r>
              <w:t>GO ∩ SFARI</w:t>
            </w:r>
          </w:p>
        </w:tc>
      </w:tr>
      <w:tr w:rsidR="00BA76A8" w14:paraId="166340D2" w14:textId="77777777">
        <w:tc>
          <w:tcPr>
            <w:tcW w:w="4320" w:type="dxa"/>
          </w:tcPr>
          <w:p w14:paraId="2BEA7781" w14:textId="77777777" w:rsidR="00BA76A8" w:rsidRDefault="00734CE3">
            <w:r>
              <w:t>PPFIA3</w:t>
            </w:r>
          </w:p>
        </w:tc>
        <w:tc>
          <w:tcPr>
            <w:tcW w:w="4320" w:type="dxa"/>
          </w:tcPr>
          <w:p w14:paraId="5CF74D74" w14:textId="77777777" w:rsidR="00BA76A8" w:rsidRDefault="00734CE3">
            <w:r>
              <w:t>GO ∩ SFARI</w:t>
            </w:r>
          </w:p>
        </w:tc>
      </w:tr>
      <w:tr w:rsidR="00BA76A8" w14:paraId="3F7BDC9D" w14:textId="77777777">
        <w:tc>
          <w:tcPr>
            <w:tcW w:w="4320" w:type="dxa"/>
          </w:tcPr>
          <w:p w14:paraId="78BA7E6B" w14:textId="77777777" w:rsidR="00BA76A8" w:rsidRDefault="00734CE3">
            <w:r>
              <w:t>PREX1</w:t>
            </w:r>
          </w:p>
        </w:tc>
        <w:tc>
          <w:tcPr>
            <w:tcW w:w="4320" w:type="dxa"/>
          </w:tcPr>
          <w:p w14:paraId="2590CFAD" w14:textId="77777777" w:rsidR="00BA76A8" w:rsidRDefault="00734CE3">
            <w:r>
              <w:t>GO ∩ SFARI</w:t>
            </w:r>
          </w:p>
        </w:tc>
      </w:tr>
      <w:tr w:rsidR="00BA76A8" w14:paraId="7B110D5C" w14:textId="77777777">
        <w:tc>
          <w:tcPr>
            <w:tcW w:w="4320" w:type="dxa"/>
          </w:tcPr>
          <w:p w14:paraId="0DCB58CB" w14:textId="77777777" w:rsidR="00BA76A8" w:rsidRDefault="00734CE3">
            <w:r>
              <w:t>PRKAR1B</w:t>
            </w:r>
          </w:p>
        </w:tc>
        <w:tc>
          <w:tcPr>
            <w:tcW w:w="4320" w:type="dxa"/>
          </w:tcPr>
          <w:p w14:paraId="4D1A0A7C" w14:textId="77777777" w:rsidR="00BA76A8" w:rsidRDefault="00734CE3">
            <w:r>
              <w:t>GO ∩ SFARI</w:t>
            </w:r>
          </w:p>
        </w:tc>
      </w:tr>
      <w:tr w:rsidR="00BA76A8" w14:paraId="06CD0E61" w14:textId="77777777">
        <w:tc>
          <w:tcPr>
            <w:tcW w:w="4320" w:type="dxa"/>
          </w:tcPr>
          <w:p w14:paraId="583A8C37" w14:textId="77777777" w:rsidR="00BA76A8" w:rsidRDefault="00734CE3">
            <w:r>
              <w:t>PRR12</w:t>
            </w:r>
          </w:p>
        </w:tc>
        <w:tc>
          <w:tcPr>
            <w:tcW w:w="4320" w:type="dxa"/>
          </w:tcPr>
          <w:p w14:paraId="5921F551" w14:textId="77777777" w:rsidR="00BA76A8" w:rsidRDefault="00734CE3">
            <w:r>
              <w:t>GO ∩ SFARI</w:t>
            </w:r>
          </w:p>
        </w:tc>
      </w:tr>
      <w:tr w:rsidR="00BA76A8" w14:paraId="25F6AE86" w14:textId="77777777">
        <w:tc>
          <w:tcPr>
            <w:tcW w:w="4320" w:type="dxa"/>
          </w:tcPr>
          <w:p w14:paraId="03AD4C93" w14:textId="77777777" w:rsidR="00BA76A8" w:rsidRDefault="00734CE3">
            <w:r>
              <w:t>PRR25</w:t>
            </w:r>
          </w:p>
        </w:tc>
        <w:tc>
          <w:tcPr>
            <w:tcW w:w="4320" w:type="dxa"/>
          </w:tcPr>
          <w:p w14:paraId="2A5F52C2" w14:textId="77777777" w:rsidR="00BA76A8" w:rsidRDefault="00734CE3">
            <w:r>
              <w:t>GO ∩ SFARI</w:t>
            </w:r>
          </w:p>
        </w:tc>
      </w:tr>
      <w:tr w:rsidR="00BA76A8" w14:paraId="0C307E19" w14:textId="77777777">
        <w:tc>
          <w:tcPr>
            <w:tcW w:w="4320" w:type="dxa"/>
          </w:tcPr>
          <w:p w14:paraId="0392208D" w14:textId="77777777" w:rsidR="00BA76A8" w:rsidRDefault="00734CE3">
            <w:r>
              <w:t>PTCHD1</w:t>
            </w:r>
          </w:p>
        </w:tc>
        <w:tc>
          <w:tcPr>
            <w:tcW w:w="4320" w:type="dxa"/>
          </w:tcPr>
          <w:p w14:paraId="17F77AD8" w14:textId="77777777" w:rsidR="00BA76A8" w:rsidRDefault="00734CE3">
            <w:r>
              <w:t>GO ∩ SFARI</w:t>
            </w:r>
          </w:p>
        </w:tc>
      </w:tr>
      <w:tr w:rsidR="00BA76A8" w14:paraId="18B39618" w14:textId="77777777">
        <w:tc>
          <w:tcPr>
            <w:tcW w:w="4320" w:type="dxa"/>
          </w:tcPr>
          <w:p w14:paraId="3B623F74" w14:textId="77777777" w:rsidR="00BA76A8" w:rsidRDefault="00734CE3">
            <w:r>
              <w:t>PTPRS</w:t>
            </w:r>
          </w:p>
        </w:tc>
        <w:tc>
          <w:tcPr>
            <w:tcW w:w="4320" w:type="dxa"/>
          </w:tcPr>
          <w:p w14:paraId="43290BB9" w14:textId="77777777" w:rsidR="00BA76A8" w:rsidRDefault="00734CE3">
            <w:r>
              <w:t>GO ∩ SFARI</w:t>
            </w:r>
          </w:p>
        </w:tc>
      </w:tr>
      <w:tr w:rsidR="00BA76A8" w14:paraId="3DC560C9" w14:textId="77777777">
        <w:tc>
          <w:tcPr>
            <w:tcW w:w="4320" w:type="dxa"/>
          </w:tcPr>
          <w:p w14:paraId="3C91E10C" w14:textId="77777777" w:rsidR="00BA76A8" w:rsidRDefault="00734CE3">
            <w:r>
              <w:t>PXDN</w:t>
            </w:r>
          </w:p>
        </w:tc>
        <w:tc>
          <w:tcPr>
            <w:tcW w:w="4320" w:type="dxa"/>
          </w:tcPr>
          <w:p w14:paraId="43736A64" w14:textId="77777777" w:rsidR="00BA76A8" w:rsidRDefault="00734CE3">
            <w:r>
              <w:t>GO ∩ SFARI</w:t>
            </w:r>
          </w:p>
        </w:tc>
      </w:tr>
      <w:tr w:rsidR="00BA76A8" w14:paraId="62A293C2" w14:textId="77777777">
        <w:tc>
          <w:tcPr>
            <w:tcW w:w="4320" w:type="dxa"/>
          </w:tcPr>
          <w:p w14:paraId="581ECC6B" w14:textId="77777777" w:rsidR="00BA76A8" w:rsidRDefault="00734CE3">
            <w:r>
              <w:t>RAB39B</w:t>
            </w:r>
          </w:p>
        </w:tc>
        <w:tc>
          <w:tcPr>
            <w:tcW w:w="4320" w:type="dxa"/>
          </w:tcPr>
          <w:p w14:paraId="30951710" w14:textId="77777777" w:rsidR="00BA76A8" w:rsidRDefault="00734CE3">
            <w:r>
              <w:t>GO ∩ SFARI</w:t>
            </w:r>
          </w:p>
        </w:tc>
      </w:tr>
      <w:tr w:rsidR="00BA76A8" w14:paraId="6864E635" w14:textId="77777777">
        <w:tc>
          <w:tcPr>
            <w:tcW w:w="4320" w:type="dxa"/>
          </w:tcPr>
          <w:p w14:paraId="120B563E" w14:textId="77777777" w:rsidR="00BA76A8" w:rsidRDefault="00734CE3">
            <w:r>
              <w:t>RAI1</w:t>
            </w:r>
          </w:p>
        </w:tc>
        <w:tc>
          <w:tcPr>
            <w:tcW w:w="4320" w:type="dxa"/>
          </w:tcPr>
          <w:p w14:paraId="57F8370E" w14:textId="77777777" w:rsidR="00BA76A8" w:rsidRDefault="00734CE3">
            <w:r>
              <w:t>GO ∩ SFARI</w:t>
            </w:r>
          </w:p>
        </w:tc>
      </w:tr>
      <w:tr w:rsidR="00BA76A8" w14:paraId="1CA9C459" w14:textId="77777777">
        <w:tc>
          <w:tcPr>
            <w:tcW w:w="4320" w:type="dxa"/>
          </w:tcPr>
          <w:p w14:paraId="01E05C18" w14:textId="77777777" w:rsidR="00BA76A8" w:rsidRDefault="00734CE3">
            <w:r>
              <w:t>RBFOX1</w:t>
            </w:r>
          </w:p>
        </w:tc>
        <w:tc>
          <w:tcPr>
            <w:tcW w:w="4320" w:type="dxa"/>
          </w:tcPr>
          <w:p w14:paraId="1739BA38" w14:textId="77777777" w:rsidR="00BA76A8" w:rsidRDefault="00734CE3">
            <w:r>
              <w:t>GO ∩ SFARI</w:t>
            </w:r>
          </w:p>
        </w:tc>
      </w:tr>
      <w:tr w:rsidR="00BA76A8" w14:paraId="103780EB" w14:textId="77777777">
        <w:tc>
          <w:tcPr>
            <w:tcW w:w="4320" w:type="dxa"/>
          </w:tcPr>
          <w:p w14:paraId="37DE582F" w14:textId="77777777" w:rsidR="00BA76A8" w:rsidRDefault="00734CE3">
            <w:r>
              <w:t>RLIM</w:t>
            </w:r>
          </w:p>
        </w:tc>
        <w:tc>
          <w:tcPr>
            <w:tcW w:w="4320" w:type="dxa"/>
          </w:tcPr>
          <w:p w14:paraId="67E9D259" w14:textId="77777777" w:rsidR="00BA76A8" w:rsidRDefault="00734CE3">
            <w:r>
              <w:t>GO ∩ SFARI</w:t>
            </w:r>
          </w:p>
        </w:tc>
      </w:tr>
      <w:tr w:rsidR="00BA76A8" w14:paraId="69CD30B5" w14:textId="77777777">
        <w:tc>
          <w:tcPr>
            <w:tcW w:w="4320" w:type="dxa"/>
          </w:tcPr>
          <w:p w14:paraId="3C597004" w14:textId="77777777" w:rsidR="00BA76A8" w:rsidRDefault="00734CE3">
            <w:r>
              <w:t>ROBO2</w:t>
            </w:r>
          </w:p>
        </w:tc>
        <w:tc>
          <w:tcPr>
            <w:tcW w:w="4320" w:type="dxa"/>
          </w:tcPr>
          <w:p w14:paraId="4E2B2F94" w14:textId="77777777" w:rsidR="00BA76A8" w:rsidRDefault="00734CE3">
            <w:r>
              <w:t>GO ∩ SFARI</w:t>
            </w:r>
          </w:p>
        </w:tc>
      </w:tr>
      <w:tr w:rsidR="00BA76A8" w14:paraId="22A94472" w14:textId="77777777">
        <w:tc>
          <w:tcPr>
            <w:tcW w:w="4320" w:type="dxa"/>
          </w:tcPr>
          <w:p w14:paraId="7FD277D3" w14:textId="77777777" w:rsidR="00BA76A8" w:rsidRDefault="00734CE3">
            <w:r>
              <w:t>RPS6KA2</w:t>
            </w:r>
          </w:p>
        </w:tc>
        <w:tc>
          <w:tcPr>
            <w:tcW w:w="4320" w:type="dxa"/>
          </w:tcPr>
          <w:p w14:paraId="484BE552" w14:textId="77777777" w:rsidR="00BA76A8" w:rsidRDefault="00734CE3">
            <w:r>
              <w:t>GO ∩ SFARI</w:t>
            </w:r>
          </w:p>
        </w:tc>
      </w:tr>
      <w:tr w:rsidR="00BA76A8" w14:paraId="51E8FEF2" w14:textId="77777777">
        <w:tc>
          <w:tcPr>
            <w:tcW w:w="4320" w:type="dxa"/>
          </w:tcPr>
          <w:p w14:paraId="52B39218" w14:textId="77777777" w:rsidR="00BA76A8" w:rsidRDefault="00734CE3">
            <w:r>
              <w:t>RPS6KA3</w:t>
            </w:r>
          </w:p>
        </w:tc>
        <w:tc>
          <w:tcPr>
            <w:tcW w:w="4320" w:type="dxa"/>
          </w:tcPr>
          <w:p w14:paraId="4DF883E6" w14:textId="77777777" w:rsidR="00BA76A8" w:rsidRDefault="00734CE3">
            <w:r>
              <w:t>GO ∩ SFARI</w:t>
            </w:r>
          </w:p>
        </w:tc>
      </w:tr>
      <w:tr w:rsidR="00BA76A8" w14:paraId="0D41FAC2" w14:textId="77777777">
        <w:tc>
          <w:tcPr>
            <w:tcW w:w="4320" w:type="dxa"/>
          </w:tcPr>
          <w:p w14:paraId="7289756F" w14:textId="77777777" w:rsidR="00BA76A8" w:rsidRDefault="00734CE3">
            <w:r>
              <w:t>SCAF1</w:t>
            </w:r>
          </w:p>
        </w:tc>
        <w:tc>
          <w:tcPr>
            <w:tcW w:w="4320" w:type="dxa"/>
          </w:tcPr>
          <w:p w14:paraId="1E6B1644" w14:textId="77777777" w:rsidR="00BA76A8" w:rsidRDefault="00734CE3">
            <w:r>
              <w:t>GO ∩ SFARI</w:t>
            </w:r>
          </w:p>
        </w:tc>
      </w:tr>
      <w:tr w:rsidR="00BA76A8" w14:paraId="5EDB5901" w14:textId="77777777">
        <w:tc>
          <w:tcPr>
            <w:tcW w:w="4320" w:type="dxa"/>
          </w:tcPr>
          <w:p w14:paraId="373DA5F7" w14:textId="77777777" w:rsidR="00BA76A8" w:rsidRDefault="00734CE3">
            <w:r>
              <w:t>SETBP1</w:t>
            </w:r>
          </w:p>
        </w:tc>
        <w:tc>
          <w:tcPr>
            <w:tcW w:w="4320" w:type="dxa"/>
          </w:tcPr>
          <w:p w14:paraId="5314C521" w14:textId="77777777" w:rsidR="00BA76A8" w:rsidRDefault="00734CE3">
            <w:r>
              <w:t>GO ∩ SFARI</w:t>
            </w:r>
          </w:p>
        </w:tc>
      </w:tr>
      <w:tr w:rsidR="00BA76A8" w14:paraId="5B83B166" w14:textId="77777777">
        <w:tc>
          <w:tcPr>
            <w:tcW w:w="4320" w:type="dxa"/>
          </w:tcPr>
          <w:p w14:paraId="1FF26949" w14:textId="77777777" w:rsidR="00BA76A8" w:rsidRDefault="00734CE3">
            <w:r>
              <w:t>SETD1A</w:t>
            </w:r>
          </w:p>
        </w:tc>
        <w:tc>
          <w:tcPr>
            <w:tcW w:w="4320" w:type="dxa"/>
          </w:tcPr>
          <w:p w14:paraId="31BDDAE8" w14:textId="77777777" w:rsidR="00BA76A8" w:rsidRDefault="00734CE3">
            <w:r>
              <w:t>GO ∩ SFARI</w:t>
            </w:r>
          </w:p>
        </w:tc>
      </w:tr>
      <w:tr w:rsidR="00BA76A8" w14:paraId="4FAD1112" w14:textId="77777777">
        <w:tc>
          <w:tcPr>
            <w:tcW w:w="4320" w:type="dxa"/>
          </w:tcPr>
          <w:p w14:paraId="66397BF5" w14:textId="77777777" w:rsidR="00BA76A8" w:rsidRDefault="00734CE3">
            <w:r>
              <w:t>SETD1B</w:t>
            </w:r>
          </w:p>
        </w:tc>
        <w:tc>
          <w:tcPr>
            <w:tcW w:w="4320" w:type="dxa"/>
          </w:tcPr>
          <w:p w14:paraId="4655410B" w14:textId="77777777" w:rsidR="00BA76A8" w:rsidRDefault="00734CE3">
            <w:r>
              <w:t>GO ∩ SFARI</w:t>
            </w:r>
          </w:p>
        </w:tc>
      </w:tr>
      <w:tr w:rsidR="00BA76A8" w14:paraId="69AACBF1" w14:textId="77777777">
        <w:tc>
          <w:tcPr>
            <w:tcW w:w="4320" w:type="dxa"/>
          </w:tcPr>
          <w:p w14:paraId="3D74C3B8" w14:textId="77777777" w:rsidR="00BA76A8" w:rsidRDefault="00734CE3">
            <w:r>
              <w:t>SF1</w:t>
            </w:r>
          </w:p>
        </w:tc>
        <w:tc>
          <w:tcPr>
            <w:tcW w:w="4320" w:type="dxa"/>
          </w:tcPr>
          <w:p w14:paraId="43853E10" w14:textId="77777777" w:rsidR="00BA76A8" w:rsidRDefault="00734CE3">
            <w:r>
              <w:t>GO ∩ SFARI</w:t>
            </w:r>
          </w:p>
        </w:tc>
      </w:tr>
      <w:tr w:rsidR="00BA76A8" w14:paraId="229CE0E5" w14:textId="77777777">
        <w:tc>
          <w:tcPr>
            <w:tcW w:w="4320" w:type="dxa"/>
          </w:tcPr>
          <w:p w14:paraId="585EDE7A" w14:textId="77777777" w:rsidR="00BA76A8" w:rsidRDefault="00734CE3">
            <w:r>
              <w:t>SH3RF3</w:t>
            </w:r>
          </w:p>
        </w:tc>
        <w:tc>
          <w:tcPr>
            <w:tcW w:w="4320" w:type="dxa"/>
          </w:tcPr>
          <w:p w14:paraId="4A89C6CF" w14:textId="77777777" w:rsidR="00BA76A8" w:rsidRDefault="00734CE3">
            <w:r>
              <w:t>GO ∩ SFARI</w:t>
            </w:r>
          </w:p>
        </w:tc>
      </w:tr>
      <w:tr w:rsidR="00BA76A8" w14:paraId="64AA12AD" w14:textId="77777777">
        <w:tc>
          <w:tcPr>
            <w:tcW w:w="4320" w:type="dxa"/>
          </w:tcPr>
          <w:p w14:paraId="776C8808" w14:textId="77777777" w:rsidR="00BA76A8" w:rsidRDefault="00734CE3">
            <w:r>
              <w:t>SHANK1</w:t>
            </w:r>
          </w:p>
        </w:tc>
        <w:tc>
          <w:tcPr>
            <w:tcW w:w="4320" w:type="dxa"/>
          </w:tcPr>
          <w:p w14:paraId="19AB88C1" w14:textId="77777777" w:rsidR="00BA76A8" w:rsidRDefault="00734CE3">
            <w:r>
              <w:t>GO ∩ SFARI</w:t>
            </w:r>
          </w:p>
        </w:tc>
      </w:tr>
      <w:tr w:rsidR="00BA76A8" w14:paraId="6100B7A2" w14:textId="77777777">
        <w:tc>
          <w:tcPr>
            <w:tcW w:w="4320" w:type="dxa"/>
          </w:tcPr>
          <w:p w14:paraId="6B9B6A62" w14:textId="77777777" w:rsidR="00BA76A8" w:rsidRDefault="00734CE3">
            <w:r>
              <w:lastRenderedPageBreak/>
              <w:t>SHANK2</w:t>
            </w:r>
          </w:p>
        </w:tc>
        <w:tc>
          <w:tcPr>
            <w:tcW w:w="4320" w:type="dxa"/>
          </w:tcPr>
          <w:p w14:paraId="444D3540" w14:textId="77777777" w:rsidR="00BA76A8" w:rsidRDefault="00734CE3">
            <w:r>
              <w:t>GO ∩ SFARI</w:t>
            </w:r>
          </w:p>
        </w:tc>
      </w:tr>
      <w:tr w:rsidR="00BA76A8" w14:paraId="1756DD22" w14:textId="77777777">
        <w:tc>
          <w:tcPr>
            <w:tcW w:w="4320" w:type="dxa"/>
          </w:tcPr>
          <w:p w14:paraId="7391A474" w14:textId="77777777" w:rsidR="00BA76A8" w:rsidRDefault="00734CE3">
            <w:r>
              <w:t>SHANK3</w:t>
            </w:r>
          </w:p>
        </w:tc>
        <w:tc>
          <w:tcPr>
            <w:tcW w:w="4320" w:type="dxa"/>
          </w:tcPr>
          <w:p w14:paraId="355EF7D8" w14:textId="77777777" w:rsidR="00BA76A8" w:rsidRDefault="00734CE3">
            <w:r>
              <w:t>GO ∩ SFARI</w:t>
            </w:r>
          </w:p>
        </w:tc>
      </w:tr>
      <w:tr w:rsidR="00BA76A8" w14:paraId="26D5F833" w14:textId="77777777">
        <w:tc>
          <w:tcPr>
            <w:tcW w:w="4320" w:type="dxa"/>
          </w:tcPr>
          <w:p w14:paraId="7A6E15A6" w14:textId="77777777" w:rsidR="00BA76A8" w:rsidRDefault="00734CE3">
            <w:r>
              <w:t>SIN3B</w:t>
            </w:r>
          </w:p>
        </w:tc>
        <w:tc>
          <w:tcPr>
            <w:tcW w:w="4320" w:type="dxa"/>
          </w:tcPr>
          <w:p w14:paraId="6C417943" w14:textId="77777777" w:rsidR="00BA76A8" w:rsidRDefault="00734CE3">
            <w:r>
              <w:t>GO ∩ SFARI</w:t>
            </w:r>
          </w:p>
        </w:tc>
      </w:tr>
      <w:tr w:rsidR="00BA76A8" w14:paraId="16A08756" w14:textId="77777777">
        <w:tc>
          <w:tcPr>
            <w:tcW w:w="4320" w:type="dxa"/>
          </w:tcPr>
          <w:p w14:paraId="799F95EA" w14:textId="77777777" w:rsidR="00BA76A8" w:rsidRDefault="00734CE3">
            <w:r>
              <w:t>SKI</w:t>
            </w:r>
          </w:p>
        </w:tc>
        <w:tc>
          <w:tcPr>
            <w:tcW w:w="4320" w:type="dxa"/>
          </w:tcPr>
          <w:p w14:paraId="7A472698" w14:textId="77777777" w:rsidR="00BA76A8" w:rsidRDefault="00734CE3">
            <w:r>
              <w:t>GO ∩ SFARI</w:t>
            </w:r>
          </w:p>
        </w:tc>
      </w:tr>
      <w:tr w:rsidR="00BA76A8" w14:paraId="764C0A7A" w14:textId="77777777">
        <w:tc>
          <w:tcPr>
            <w:tcW w:w="4320" w:type="dxa"/>
          </w:tcPr>
          <w:p w14:paraId="2774BA4C" w14:textId="77777777" w:rsidR="00BA76A8" w:rsidRDefault="00734CE3">
            <w:r>
              <w:t>SLC1A2</w:t>
            </w:r>
          </w:p>
        </w:tc>
        <w:tc>
          <w:tcPr>
            <w:tcW w:w="4320" w:type="dxa"/>
          </w:tcPr>
          <w:p w14:paraId="441BB719" w14:textId="77777777" w:rsidR="00BA76A8" w:rsidRDefault="00734CE3">
            <w:r>
              <w:t>GO ∩ SFARI</w:t>
            </w:r>
          </w:p>
        </w:tc>
      </w:tr>
      <w:tr w:rsidR="00BA76A8" w14:paraId="712E85A9" w14:textId="77777777">
        <w:tc>
          <w:tcPr>
            <w:tcW w:w="4320" w:type="dxa"/>
          </w:tcPr>
          <w:p w14:paraId="5E3AE6B3" w14:textId="77777777" w:rsidR="00BA76A8" w:rsidRDefault="00734CE3">
            <w:r>
              <w:t>SLC23A1</w:t>
            </w:r>
          </w:p>
        </w:tc>
        <w:tc>
          <w:tcPr>
            <w:tcW w:w="4320" w:type="dxa"/>
          </w:tcPr>
          <w:p w14:paraId="14B14EF3" w14:textId="77777777" w:rsidR="00BA76A8" w:rsidRDefault="00734CE3">
            <w:r>
              <w:t>GO ∩ SFARI</w:t>
            </w:r>
          </w:p>
        </w:tc>
      </w:tr>
      <w:tr w:rsidR="00BA76A8" w14:paraId="5ED906B3" w14:textId="77777777">
        <w:tc>
          <w:tcPr>
            <w:tcW w:w="4320" w:type="dxa"/>
          </w:tcPr>
          <w:p w14:paraId="20CA85E1" w14:textId="77777777" w:rsidR="00BA76A8" w:rsidRDefault="00734CE3">
            <w:r>
              <w:t>SLC29A4</w:t>
            </w:r>
          </w:p>
        </w:tc>
        <w:tc>
          <w:tcPr>
            <w:tcW w:w="4320" w:type="dxa"/>
          </w:tcPr>
          <w:p w14:paraId="147EC85B" w14:textId="77777777" w:rsidR="00BA76A8" w:rsidRDefault="00734CE3">
            <w:r>
              <w:t>GO ∩ SFARI</w:t>
            </w:r>
          </w:p>
        </w:tc>
      </w:tr>
      <w:tr w:rsidR="00BA76A8" w14:paraId="55AE6260" w14:textId="77777777">
        <w:tc>
          <w:tcPr>
            <w:tcW w:w="4320" w:type="dxa"/>
          </w:tcPr>
          <w:p w14:paraId="46E2F158" w14:textId="77777777" w:rsidR="00BA76A8" w:rsidRDefault="00734CE3">
            <w:r>
              <w:t>SLC38A10</w:t>
            </w:r>
          </w:p>
        </w:tc>
        <w:tc>
          <w:tcPr>
            <w:tcW w:w="4320" w:type="dxa"/>
          </w:tcPr>
          <w:p w14:paraId="0B51A187" w14:textId="77777777" w:rsidR="00BA76A8" w:rsidRDefault="00734CE3">
            <w:r>
              <w:t>GO ∩ SFARI</w:t>
            </w:r>
          </w:p>
        </w:tc>
      </w:tr>
      <w:tr w:rsidR="00BA76A8" w14:paraId="0ED60477" w14:textId="77777777">
        <w:tc>
          <w:tcPr>
            <w:tcW w:w="4320" w:type="dxa"/>
          </w:tcPr>
          <w:p w14:paraId="1E00EEC5" w14:textId="77777777" w:rsidR="00BA76A8" w:rsidRDefault="00734CE3">
            <w:r>
              <w:t>SLC45A1</w:t>
            </w:r>
          </w:p>
        </w:tc>
        <w:tc>
          <w:tcPr>
            <w:tcW w:w="4320" w:type="dxa"/>
          </w:tcPr>
          <w:p w14:paraId="24D4B2A4" w14:textId="77777777" w:rsidR="00BA76A8" w:rsidRDefault="00734CE3">
            <w:r>
              <w:t>GO ∩ SFARI</w:t>
            </w:r>
          </w:p>
        </w:tc>
      </w:tr>
      <w:tr w:rsidR="00BA76A8" w14:paraId="716D0563" w14:textId="77777777">
        <w:tc>
          <w:tcPr>
            <w:tcW w:w="4320" w:type="dxa"/>
          </w:tcPr>
          <w:p w14:paraId="4375F643" w14:textId="77777777" w:rsidR="00BA76A8" w:rsidRDefault="00734CE3">
            <w:r>
              <w:t>SLC6A8</w:t>
            </w:r>
          </w:p>
        </w:tc>
        <w:tc>
          <w:tcPr>
            <w:tcW w:w="4320" w:type="dxa"/>
          </w:tcPr>
          <w:p w14:paraId="1F75488D" w14:textId="77777777" w:rsidR="00BA76A8" w:rsidRDefault="00734CE3">
            <w:r>
              <w:t>GO ∩ SFARI</w:t>
            </w:r>
          </w:p>
        </w:tc>
      </w:tr>
      <w:tr w:rsidR="00BA76A8" w14:paraId="5CDD1A6F" w14:textId="77777777">
        <w:tc>
          <w:tcPr>
            <w:tcW w:w="4320" w:type="dxa"/>
          </w:tcPr>
          <w:p w14:paraId="7E74A1B2" w14:textId="77777777" w:rsidR="00BA76A8" w:rsidRDefault="00734CE3">
            <w:r>
              <w:t>SLC9A6</w:t>
            </w:r>
          </w:p>
        </w:tc>
        <w:tc>
          <w:tcPr>
            <w:tcW w:w="4320" w:type="dxa"/>
          </w:tcPr>
          <w:p w14:paraId="5B6C17E2" w14:textId="77777777" w:rsidR="00BA76A8" w:rsidRDefault="00734CE3">
            <w:r>
              <w:t>GO ∩ SFARI</w:t>
            </w:r>
          </w:p>
        </w:tc>
      </w:tr>
      <w:tr w:rsidR="00BA76A8" w14:paraId="0FBD3696" w14:textId="77777777">
        <w:tc>
          <w:tcPr>
            <w:tcW w:w="4320" w:type="dxa"/>
          </w:tcPr>
          <w:p w14:paraId="294BEC4B" w14:textId="77777777" w:rsidR="00BA76A8" w:rsidRDefault="00734CE3">
            <w:r>
              <w:t>SLITRK2</w:t>
            </w:r>
          </w:p>
        </w:tc>
        <w:tc>
          <w:tcPr>
            <w:tcW w:w="4320" w:type="dxa"/>
          </w:tcPr>
          <w:p w14:paraId="60B4B629" w14:textId="77777777" w:rsidR="00BA76A8" w:rsidRDefault="00734CE3">
            <w:r>
              <w:t>GO ∩ SFARI</w:t>
            </w:r>
          </w:p>
        </w:tc>
      </w:tr>
      <w:tr w:rsidR="00BA76A8" w14:paraId="541DC13A" w14:textId="77777777">
        <w:tc>
          <w:tcPr>
            <w:tcW w:w="4320" w:type="dxa"/>
          </w:tcPr>
          <w:p w14:paraId="68E3DD59" w14:textId="77777777" w:rsidR="00BA76A8" w:rsidRDefault="00734CE3">
            <w:r>
              <w:t>SMARCA1</w:t>
            </w:r>
          </w:p>
        </w:tc>
        <w:tc>
          <w:tcPr>
            <w:tcW w:w="4320" w:type="dxa"/>
          </w:tcPr>
          <w:p w14:paraId="08AF9CC4" w14:textId="77777777" w:rsidR="00BA76A8" w:rsidRDefault="00734CE3">
            <w:r>
              <w:t>GO ∩ SFARI</w:t>
            </w:r>
          </w:p>
        </w:tc>
      </w:tr>
      <w:tr w:rsidR="00BA76A8" w14:paraId="79468BE4" w14:textId="77777777">
        <w:tc>
          <w:tcPr>
            <w:tcW w:w="4320" w:type="dxa"/>
          </w:tcPr>
          <w:p w14:paraId="148AA67D" w14:textId="77777777" w:rsidR="00BA76A8" w:rsidRDefault="00734CE3">
            <w:r>
              <w:t>SMARCA4</w:t>
            </w:r>
          </w:p>
        </w:tc>
        <w:tc>
          <w:tcPr>
            <w:tcW w:w="4320" w:type="dxa"/>
          </w:tcPr>
          <w:p w14:paraId="2621C9C7" w14:textId="77777777" w:rsidR="00BA76A8" w:rsidRDefault="00734CE3">
            <w:r>
              <w:t>GO ∩ SFARI</w:t>
            </w:r>
          </w:p>
        </w:tc>
      </w:tr>
      <w:tr w:rsidR="00BA76A8" w14:paraId="1ED26C5D" w14:textId="77777777">
        <w:tc>
          <w:tcPr>
            <w:tcW w:w="4320" w:type="dxa"/>
          </w:tcPr>
          <w:p w14:paraId="2271974D" w14:textId="77777777" w:rsidR="00BA76A8" w:rsidRDefault="00734CE3">
            <w:r>
              <w:t>SMG6</w:t>
            </w:r>
          </w:p>
        </w:tc>
        <w:tc>
          <w:tcPr>
            <w:tcW w:w="4320" w:type="dxa"/>
          </w:tcPr>
          <w:p w14:paraId="7AC626FB" w14:textId="77777777" w:rsidR="00BA76A8" w:rsidRDefault="00734CE3">
            <w:r>
              <w:t>GO ∩ SFARI</w:t>
            </w:r>
          </w:p>
        </w:tc>
      </w:tr>
      <w:tr w:rsidR="00BA76A8" w14:paraId="25A7BF2C" w14:textId="77777777">
        <w:tc>
          <w:tcPr>
            <w:tcW w:w="4320" w:type="dxa"/>
          </w:tcPr>
          <w:p w14:paraId="0993E4F6" w14:textId="77777777" w:rsidR="00BA76A8" w:rsidRDefault="00734CE3">
            <w:r>
              <w:t>SNTG2</w:t>
            </w:r>
          </w:p>
        </w:tc>
        <w:tc>
          <w:tcPr>
            <w:tcW w:w="4320" w:type="dxa"/>
          </w:tcPr>
          <w:p w14:paraId="09C35530" w14:textId="77777777" w:rsidR="00BA76A8" w:rsidRDefault="00734CE3">
            <w:r>
              <w:t>GO ∩ SFARI</w:t>
            </w:r>
          </w:p>
        </w:tc>
      </w:tr>
      <w:tr w:rsidR="00BA76A8" w14:paraId="141CB6ED" w14:textId="77777777">
        <w:tc>
          <w:tcPr>
            <w:tcW w:w="4320" w:type="dxa"/>
          </w:tcPr>
          <w:p w14:paraId="2F5DBF52" w14:textId="77777777" w:rsidR="00BA76A8" w:rsidRDefault="00734CE3">
            <w:r>
              <w:t>SPEN</w:t>
            </w:r>
          </w:p>
        </w:tc>
        <w:tc>
          <w:tcPr>
            <w:tcW w:w="4320" w:type="dxa"/>
          </w:tcPr>
          <w:p w14:paraId="3A817971" w14:textId="77777777" w:rsidR="00BA76A8" w:rsidRDefault="00734CE3">
            <w:r>
              <w:t>GO ∩ SFARI</w:t>
            </w:r>
          </w:p>
        </w:tc>
      </w:tr>
      <w:tr w:rsidR="00BA76A8" w14:paraId="2F49EE33" w14:textId="77777777">
        <w:tc>
          <w:tcPr>
            <w:tcW w:w="4320" w:type="dxa"/>
          </w:tcPr>
          <w:p w14:paraId="2CA25187" w14:textId="77777777" w:rsidR="00BA76A8" w:rsidRDefault="00734CE3">
            <w:r>
              <w:t>SRRM2</w:t>
            </w:r>
          </w:p>
        </w:tc>
        <w:tc>
          <w:tcPr>
            <w:tcW w:w="4320" w:type="dxa"/>
          </w:tcPr>
          <w:p w14:paraId="6A1E810E" w14:textId="77777777" w:rsidR="00BA76A8" w:rsidRDefault="00734CE3">
            <w:r>
              <w:t>GO ∩ SFARI</w:t>
            </w:r>
          </w:p>
        </w:tc>
      </w:tr>
      <w:tr w:rsidR="00BA76A8" w14:paraId="1DD50526" w14:textId="77777777">
        <w:tc>
          <w:tcPr>
            <w:tcW w:w="4320" w:type="dxa"/>
          </w:tcPr>
          <w:p w14:paraId="4243D486" w14:textId="77777777" w:rsidR="00BA76A8" w:rsidRDefault="00734CE3">
            <w:r>
              <w:t>SYCE1</w:t>
            </w:r>
          </w:p>
        </w:tc>
        <w:tc>
          <w:tcPr>
            <w:tcW w:w="4320" w:type="dxa"/>
          </w:tcPr>
          <w:p w14:paraId="3F3CE2C9" w14:textId="77777777" w:rsidR="00BA76A8" w:rsidRDefault="00734CE3">
            <w:r>
              <w:t>GO ∩ SFARI</w:t>
            </w:r>
          </w:p>
        </w:tc>
      </w:tr>
      <w:tr w:rsidR="00BA76A8" w14:paraId="61D924CA" w14:textId="77777777">
        <w:tc>
          <w:tcPr>
            <w:tcW w:w="4320" w:type="dxa"/>
          </w:tcPr>
          <w:p w14:paraId="10334B43" w14:textId="77777777" w:rsidR="00BA76A8" w:rsidRDefault="00734CE3">
            <w:r>
              <w:t>SYN1</w:t>
            </w:r>
          </w:p>
        </w:tc>
        <w:tc>
          <w:tcPr>
            <w:tcW w:w="4320" w:type="dxa"/>
          </w:tcPr>
          <w:p w14:paraId="1ADB159F" w14:textId="77777777" w:rsidR="00BA76A8" w:rsidRDefault="00734CE3">
            <w:r>
              <w:t>GO ∩ SFARI</w:t>
            </w:r>
          </w:p>
        </w:tc>
      </w:tr>
      <w:tr w:rsidR="00BA76A8" w14:paraId="556B4377" w14:textId="77777777">
        <w:tc>
          <w:tcPr>
            <w:tcW w:w="4320" w:type="dxa"/>
          </w:tcPr>
          <w:p w14:paraId="626543C7" w14:textId="77777777" w:rsidR="00BA76A8" w:rsidRDefault="00734CE3">
            <w:r>
              <w:t>SYP</w:t>
            </w:r>
          </w:p>
        </w:tc>
        <w:tc>
          <w:tcPr>
            <w:tcW w:w="4320" w:type="dxa"/>
          </w:tcPr>
          <w:p w14:paraId="61E626CC" w14:textId="77777777" w:rsidR="00BA76A8" w:rsidRDefault="00734CE3">
            <w:r>
              <w:t>GO ∩ SFARI</w:t>
            </w:r>
          </w:p>
        </w:tc>
      </w:tr>
      <w:tr w:rsidR="00BA76A8" w14:paraId="10AFFF1A" w14:textId="77777777">
        <w:tc>
          <w:tcPr>
            <w:tcW w:w="4320" w:type="dxa"/>
          </w:tcPr>
          <w:p w14:paraId="0F080087" w14:textId="77777777" w:rsidR="00BA76A8" w:rsidRDefault="00734CE3">
            <w:r>
              <w:t>SYT17</w:t>
            </w:r>
          </w:p>
        </w:tc>
        <w:tc>
          <w:tcPr>
            <w:tcW w:w="4320" w:type="dxa"/>
          </w:tcPr>
          <w:p w14:paraId="4108FBC8" w14:textId="77777777" w:rsidR="00BA76A8" w:rsidRDefault="00734CE3">
            <w:r>
              <w:t>GO ∩ SFARI</w:t>
            </w:r>
          </w:p>
        </w:tc>
      </w:tr>
      <w:tr w:rsidR="00BA76A8" w14:paraId="70EB7497" w14:textId="77777777">
        <w:tc>
          <w:tcPr>
            <w:tcW w:w="4320" w:type="dxa"/>
          </w:tcPr>
          <w:p w14:paraId="4ADA3AF2" w14:textId="77777777" w:rsidR="00BA76A8" w:rsidRDefault="00734CE3">
            <w:r>
              <w:t>TAF1</w:t>
            </w:r>
          </w:p>
        </w:tc>
        <w:tc>
          <w:tcPr>
            <w:tcW w:w="4320" w:type="dxa"/>
          </w:tcPr>
          <w:p w14:paraId="31144017" w14:textId="77777777" w:rsidR="00BA76A8" w:rsidRDefault="00734CE3">
            <w:r>
              <w:t>GO ∩ SFARI</w:t>
            </w:r>
          </w:p>
        </w:tc>
      </w:tr>
      <w:tr w:rsidR="00BA76A8" w14:paraId="66A03893" w14:textId="77777777">
        <w:tc>
          <w:tcPr>
            <w:tcW w:w="4320" w:type="dxa"/>
          </w:tcPr>
          <w:p w14:paraId="13E4B494" w14:textId="77777777" w:rsidR="00BA76A8" w:rsidRDefault="00734CE3">
            <w:r>
              <w:t>TAF4</w:t>
            </w:r>
          </w:p>
        </w:tc>
        <w:tc>
          <w:tcPr>
            <w:tcW w:w="4320" w:type="dxa"/>
          </w:tcPr>
          <w:p w14:paraId="47F03EA6" w14:textId="77777777" w:rsidR="00BA76A8" w:rsidRDefault="00734CE3">
            <w:r>
              <w:t>GO ∩ SFARI</w:t>
            </w:r>
          </w:p>
        </w:tc>
      </w:tr>
      <w:tr w:rsidR="00BA76A8" w14:paraId="56CEBFD8" w14:textId="77777777">
        <w:tc>
          <w:tcPr>
            <w:tcW w:w="4320" w:type="dxa"/>
          </w:tcPr>
          <w:p w14:paraId="2BA74A2D" w14:textId="77777777" w:rsidR="00BA76A8" w:rsidRDefault="00734CE3">
            <w:r>
              <w:t>TAOK2</w:t>
            </w:r>
          </w:p>
        </w:tc>
        <w:tc>
          <w:tcPr>
            <w:tcW w:w="4320" w:type="dxa"/>
          </w:tcPr>
          <w:p w14:paraId="4BD573F8" w14:textId="77777777" w:rsidR="00BA76A8" w:rsidRDefault="00734CE3">
            <w:r>
              <w:t>GO ∩ SFARI</w:t>
            </w:r>
          </w:p>
        </w:tc>
      </w:tr>
      <w:tr w:rsidR="00BA76A8" w14:paraId="25A08C43" w14:textId="77777777">
        <w:tc>
          <w:tcPr>
            <w:tcW w:w="4320" w:type="dxa"/>
          </w:tcPr>
          <w:p w14:paraId="54A297A3" w14:textId="77777777" w:rsidR="00BA76A8" w:rsidRDefault="00734CE3">
            <w:r>
              <w:t>TBCB</w:t>
            </w:r>
          </w:p>
        </w:tc>
        <w:tc>
          <w:tcPr>
            <w:tcW w:w="4320" w:type="dxa"/>
          </w:tcPr>
          <w:p w14:paraId="7CA01DB4" w14:textId="77777777" w:rsidR="00BA76A8" w:rsidRDefault="00734CE3">
            <w:r>
              <w:t>GO ∩ SFARI</w:t>
            </w:r>
          </w:p>
        </w:tc>
      </w:tr>
      <w:tr w:rsidR="00BA76A8" w14:paraId="6512F2B9" w14:textId="77777777">
        <w:tc>
          <w:tcPr>
            <w:tcW w:w="4320" w:type="dxa"/>
          </w:tcPr>
          <w:p w14:paraId="1B31A236" w14:textId="77777777" w:rsidR="00BA76A8" w:rsidRDefault="00734CE3">
            <w:r>
              <w:t>TBL1X</w:t>
            </w:r>
          </w:p>
        </w:tc>
        <w:tc>
          <w:tcPr>
            <w:tcW w:w="4320" w:type="dxa"/>
          </w:tcPr>
          <w:p w14:paraId="5A28AA1D" w14:textId="77777777" w:rsidR="00BA76A8" w:rsidRDefault="00734CE3">
            <w:r>
              <w:t>GO ∩ SFARI</w:t>
            </w:r>
          </w:p>
        </w:tc>
      </w:tr>
      <w:tr w:rsidR="00BA76A8" w14:paraId="41081D04" w14:textId="77777777">
        <w:tc>
          <w:tcPr>
            <w:tcW w:w="4320" w:type="dxa"/>
          </w:tcPr>
          <w:p w14:paraId="22F69B65" w14:textId="77777777" w:rsidR="00BA76A8" w:rsidRDefault="00734CE3">
            <w:r>
              <w:t>TBR1</w:t>
            </w:r>
          </w:p>
        </w:tc>
        <w:tc>
          <w:tcPr>
            <w:tcW w:w="4320" w:type="dxa"/>
          </w:tcPr>
          <w:p w14:paraId="69B432A7" w14:textId="77777777" w:rsidR="00BA76A8" w:rsidRDefault="00734CE3">
            <w:r>
              <w:t>GO ∩ SFARI</w:t>
            </w:r>
          </w:p>
        </w:tc>
      </w:tr>
      <w:tr w:rsidR="00BA76A8" w14:paraId="53526239" w14:textId="77777777">
        <w:tc>
          <w:tcPr>
            <w:tcW w:w="4320" w:type="dxa"/>
          </w:tcPr>
          <w:p w14:paraId="6F4DEEF4" w14:textId="77777777" w:rsidR="00BA76A8" w:rsidRDefault="00734CE3">
            <w:r>
              <w:t>TBX1</w:t>
            </w:r>
          </w:p>
        </w:tc>
        <w:tc>
          <w:tcPr>
            <w:tcW w:w="4320" w:type="dxa"/>
          </w:tcPr>
          <w:p w14:paraId="1BD4F1F1" w14:textId="77777777" w:rsidR="00BA76A8" w:rsidRDefault="00734CE3">
            <w:r>
              <w:t>GO ∩ SFARI</w:t>
            </w:r>
          </w:p>
        </w:tc>
      </w:tr>
      <w:tr w:rsidR="00BA76A8" w14:paraId="5CB51517" w14:textId="77777777">
        <w:tc>
          <w:tcPr>
            <w:tcW w:w="4320" w:type="dxa"/>
          </w:tcPr>
          <w:p w14:paraId="1A8EFCFA" w14:textId="77777777" w:rsidR="00BA76A8" w:rsidRDefault="00734CE3">
            <w:r>
              <w:t>TCF20</w:t>
            </w:r>
          </w:p>
        </w:tc>
        <w:tc>
          <w:tcPr>
            <w:tcW w:w="4320" w:type="dxa"/>
          </w:tcPr>
          <w:p w14:paraId="7A8BB53E" w14:textId="77777777" w:rsidR="00BA76A8" w:rsidRDefault="00734CE3">
            <w:r>
              <w:t>GO ∩ SFARI</w:t>
            </w:r>
          </w:p>
        </w:tc>
      </w:tr>
      <w:tr w:rsidR="00BA76A8" w14:paraId="1570EF95" w14:textId="77777777">
        <w:tc>
          <w:tcPr>
            <w:tcW w:w="4320" w:type="dxa"/>
          </w:tcPr>
          <w:p w14:paraId="29F70014" w14:textId="77777777" w:rsidR="00BA76A8" w:rsidRDefault="00734CE3">
            <w:r>
              <w:t>TCF7L2</w:t>
            </w:r>
          </w:p>
        </w:tc>
        <w:tc>
          <w:tcPr>
            <w:tcW w:w="4320" w:type="dxa"/>
          </w:tcPr>
          <w:p w14:paraId="03CAC840" w14:textId="77777777" w:rsidR="00BA76A8" w:rsidRDefault="00734CE3">
            <w:r>
              <w:t>GO ∩ SFARI</w:t>
            </w:r>
          </w:p>
        </w:tc>
      </w:tr>
      <w:tr w:rsidR="00BA76A8" w14:paraId="3BCC20B8" w14:textId="77777777">
        <w:tc>
          <w:tcPr>
            <w:tcW w:w="4320" w:type="dxa"/>
          </w:tcPr>
          <w:p w14:paraId="28A3E0AD" w14:textId="77777777" w:rsidR="00BA76A8" w:rsidRDefault="00734CE3">
            <w:r>
              <w:t>TFE3</w:t>
            </w:r>
          </w:p>
        </w:tc>
        <w:tc>
          <w:tcPr>
            <w:tcW w:w="4320" w:type="dxa"/>
          </w:tcPr>
          <w:p w14:paraId="31EF1382" w14:textId="77777777" w:rsidR="00BA76A8" w:rsidRDefault="00734CE3">
            <w:r>
              <w:t>GO ∩ SFARI</w:t>
            </w:r>
          </w:p>
        </w:tc>
      </w:tr>
      <w:tr w:rsidR="00BA76A8" w14:paraId="2A4C55ED" w14:textId="77777777">
        <w:tc>
          <w:tcPr>
            <w:tcW w:w="4320" w:type="dxa"/>
          </w:tcPr>
          <w:p w14:paraId="210FF90E" w14:textId="77777777" w:rsidR="00BA76A8" w:rsidRDefault="00734CE3">
            <w:r>
              <w:t>THRA</w:t>
            </w:r>
          </w:p>
        </w:tc>
        <w:tc>
          <w:tcPr>
            <w:tcW w:w="4320" w:type="dxa"/>
          </w:tcPr>
          <w:p w14:paraId="7CD24920" w14:textId="77777777" w:rsidR="00BA76A8" w:rsidRDefault="00734CE3">
            <w:r>
              <w:t>GO ∩ SFARI</w:t>
            </w:r>
          </w:p>
        </w:tc>
      </w:tr>
      <w:tr w:rsidR="00BA76A8" w14:paraId="2618276C" w14:textId="77777777">
        <w:tc>
          <w:tcPr>
            <w:tcW w:w="4320" w:type="dxa"/>
          </w:tcPr>
          <w:p w14:paraId="4D891DF8" w14:textId="77777777" w:rsidR="00BA76A8" w:rsidRDefault="00734CE3">
            <w:r>
              <w:t>TMLHE</w:t>
            </w:r>
          </w:p>
        </w:tc>
        <w:tc>
          <w:tcPr>
            <w:tcW w:w="4320" w:type="dxa"/>
          </w:tcPr>
          <w:p w14:paraId="204F87C4" w14:textId="77777777" w:rsidR="00BA76A8" w:rsidRDefault="00734CE3">
            <w:r>
              <w:t>GO ∩ SFARI</w:t>
            </w:r>
          </w:p>
        </w:tc>
      </w:tr>
      <w:tr w:rsidR="00BA76A8" w14:paraId="37007A5C" w14:textId="77777777">
        <w:tc>
          <w:tcPr>
            <w:tcW w:w="4320" w:type="dxa"/>
          </w:tcPr>
          <w:p w14:paraId="07AD1D13" w14:textId="77777777" w:rsidR="00BA76A8" w:rsidRDefault="00734CE3">
            <w:r>
              <w:t>TRAF7</w:t>
            </w:r>
          </w:p>
        </w:tc>
        <w:tc>
          <w:tcPr>
            <w:tcW w:w="4320" w:type="dxa"/>
          </w:tcPr>
          <w:p w14:paraId="17411648" w14:textId="77777777" w:rsidR="00BA76A8" w:rsidRDefault="00734CE3">
            <w:r>
              <w:t>GO ∩ SFARI</w:t>
            </w:r>
          </w:p>
        </w:tc>
      </w:tr>
      <w:tr w:rsidR="00BA76A8" w14:paraId="103AE252" w14:textId="77777777">
        <w:tc>
          <w:tcPr>
            <w:tcW w:w="4320" w:type="dxa"/>
          </w:tcPr>
          <w:p w14:paraId="2862E9B9" w14:textId="77777777" w:rsidR="00BA76A8" w:rsidRDefault="00734CE3">
            <w:r>
              <w:t>TRAP1</w:t>
            </w:r>
          </w:p>
        </w:tc>
        <w:tc>
          <w:tcPr>
            <w:tcW w:w="4320" w:type="dxa"/>
          </w:tcPr>
          <w:p w14:paraId="75AD30ED" w14:textId="77777777" w:rsidR="00BA76A8" w:rsidRDefault="00734CE3">
            <w:r>
              <w:t>GO ∩ SFARI</w:t>
            </w:r>
          </w:p>
        </w:tc>
      </w:tr>
      <w:tr w:rsidR="00BA76A8" w14:paraId="04626256" w14:textId="77777777">
        <w:tc>
          <w:tcPr>
            <w:tcW w:w="4320" w:type="dxa"/>
          </w:tcPr>
          <w:p w14:paraId="3E091EC2" w14:textId="77777777" w:rsidR="00BA76A8" w:rsidRDefault="00734CE3">
            <w:r>
              <w:t>TRAPPC9</w:t>
            </w:r>
          </w:p>
        </w:tc>
        <w:tc>
          <w:tcPr>
            <w:tcW w:w="4320" w:type="dxa"/>
          </w:tcPr>
          <w:p w14:paraId="7EEDD070" w14:textId="77777777" w:rsidR="00BA76A8" w:rsidRDefault="00734CE3">
            <w:r>
              <w:t>GO ∩ SFARI</w:t>
            </w:r>
          </w:p>
        </w:tc>
      </w:tr>
      <w:tr w:rsidR="00BA76A8" w14:paraId="434CFB7E" w14:textId="77777777">
        <w:tc>
          <w:tcPr>
            <w:tcW w:w="4320" w:type="dxa"/>
          </w:tcPr>
          <w:p w14:paraId="4D632448" w14:textId="77777777" w:rsidR="00BA76A8" w:rsidRDefault="00734CE3">
            <w:r>
              <w:t>TRIO</w:t>
            </w:r>
          </w:p>
        </w:tc>
        <w:tc>
          <w:tcPr>
            <w:tcW w:w="4320" w:type="dxa"/>
          </w:tcPr>
          <w:p w14:paraId="6F73A9FB" w14:textId="77777777" w:rsidR="00BA76A8" w:rsidRDefault="00734CE3">
            <w:r>
              <w:t>GO ∩ SFARI</w:t>
            </w:r>
          </w:p>
        </w:tc>
      </w:tr>
      <w:tr w:rsidR="00BA76A8" w14:paraId="2AFE36EC" w14:textId="77777777">
        <w:tc>
          <w:tcPr>
            <w:tcW w:w="4320" w:type="dxa"/>
          </w:tcPr>
          <w:p w14:paraId="7B58ED9B" w14:textId="77777777" w:rsidR="00BA76A8" w:rsidRDefault="00734CE3">
            <w:r>
              <w:t>TRRAP</w:t>
            </w:r>
          </w:p>
        </w:tc>
        <w:tc>
          <w:tcPr>
            <w:tcW w:w="4320" w:type="dxa"/>
          </w:tcPr>
          <w:p w14:paraId="1DA05589" w14:textId="77777777" w:rsidR="00BA76A8" w:rsidRDefault="00734CE3">
            <w:r>
              <w:t>GO ∩ SFARI</w:t>
            </w:r>
          </w:p>
        </w:tc>
      </w:tr>
      <w:tr w:rsidR="00BA76A8" w14:paraId="05418918" w14:textId="77777777">
        <w:tc>
          <w:tcPr>
            <w:tcW w:w="4320" w:type="dxa"/>
          </w:tcPr>
          <w:p w14:paraId="758DC084" w14:textId="77777777" w:rsidR="00BA76A8" w:rsidRDefault="00734CE3">
            <w:r>
              <w:t>TSC2</w:t>
            </w:r>
          </w:p>
        </w:tc>
        <w:tc>
          <w:tcPr>
            <w:tcW w:w="4320" w:type="dxa"/>
          </w:tcPr>
          <w:p w14:paraId="5A1F7E6A" w14:textId="77777777" w:rsidR="00BA76A8" w:rsidRDefault="00734CE3">
            <w:r>
              <w:t>GO ∩ SFARI</w:t>
            </w:r>
          </w:p>
        </w:tc>
      </w:tr>
      <w:tr w:rsidR="00BA76A8" w14:paraId="62798196" w14:textId="77777777">
        <w:tc>
          <w:tcPr>
            <w:tcW w:w="4320" w:type="dxa"/>
          </w:tcPr>
          <w:p w14:paraId="3E35165D" w14:textId="77777777" w:rsidR="00BA76A8" w:rsidRDefault="00734CE3">
            <w:r>
              <w:t>TSHZ3</w:t>
            </w:r>
          </w:p>
        </w:tc>
        <w:tc>
          <w:tcPr>
            <w:tcW w:w="4320" w:type="dxa"/>
          </w:tcPr>
          <w:p w14:paraId="15A7D3EA" w14:textId="77777777" w:rsidR="00BA76A8" w:rsidRDefault="00734CE3">
            <w:r>
              <w:t>GO ∩ SFARI</w:t>
            </w:r>
          </w:p>
        </w:tc>
      </w:tr>
      <w:tr w:rsidR="00BA76A8" w14:paraId="52A9A0D6" w14:textId="77777777">
        <w:tc>
          <w:tcPr>
            <w:tcW w:w="4320" w:type="dxa"/>
          </w:tcPr>
          <w:p w14:paraId="6A6D3F91" w14:textId="77777777" w:rsidR="00BA76A8" w:rsidRDefault="00734CE3">
            <w:r>
              <w:t>TSPAN4</w:t>
            </w:r>
          </w:p>
        </w:tc>
        <w:tc>
          <w:tcPr>
            <w:tcW w:w="4320" w:type="dxa"/>
          </w:tcPr>
          <w:p w14:paraId="7C2C82FA" w14:textId="77777777" w:rsidR="00BA76A8" w:rsidRDefault="00734CE3">
            <w:r>
              <w:t>GO ∩ SFARI</w:t>
            </w:r>
          </w:p>
        </w:tc>
      </w:tr>
      <w:tr w:rsidR="00BA76A8" w14:paraId="5B9F1ECF" w14:textId="77777777">
        <w:tc>
          <w:tcPr>
            <w:tcW w:w="4320" w:type="dxa"/>
          </w:tcPr>
          <w:p w14:paraId="508C20DC" w14:textId="77777777" w:rsidR="00BA76A8" w:rsidRDefault="00734CE3">
            <w:r>
              <w:t>TSPYL2</w:t>
            </w:r>
          </w:p>
        </w:tc>
        <w:tc>
          <w:tcPr>
            <w:tcW w:w="4320" w:type="dxa"/>
          </w:tcPr>
          <w:p w14:paraId="2AD58013" w14:textId="77777777" w:rsidR="00BA76A8" w:rsidRDefault="00734CE3">
            <w:r>
              <w:t>GO ∩ SFARI</w:t>
            </w:r>
          </w:p>
        </w:tc>
      </w:tr>
      <w:tr w:rsidR="00BA76A8" w14:paraId="4D3C5361" w14:textId="77777777">
        <w:tc>
          <w:tcPr>
            <w:tcW w:w="4320" w:type="dxa"/>
          </w:tcPr>
          <w:p w14:paraId="026DD71A" w14:textId="77777777" w:rsidR="00BA76A8" w:rsidRDefault="00734CE3">
            <w:r>
              <w:t>U2AF2</w:t>
            </w:r>
          </w:p>
        </w:tc>
        <w:tc>
          <w:tcPr>
            <w:tcW w:w="4320" w:type="dxa"/>
          </w:tcPr>
          <w:p w14:paraId="4AE1A323" w14:textId="77777777" w:rsidR="00BA76A8" w:rsidRDefault="00734CE3">
            <w:r>
              <w:t>GO ∩ SFARI</w:t>
            </w:r>
          </w:p>
        </w:tc>
      </w:tr>
      <w:tr w:rsidR="00BA76A8" w14:paraId="1730B027" w14:textId="77777777">
        <w:tc>
          <w:tcPr>
            <w:tcW w:w="4320" w:type="dxa"/>
          </w:tcPr>
          <w:p w14:paraId="1E577CAB" w14:textId="77777777" w:rsidR="00BA76A8" w:rsidRDefault="00734CE3">
            <w:r>
              <w:t>UNC79</w:t>
            </w:r>
          </w:p>
        </w:tc>
        <w:tc>
          <w:tcPr>
            <w:tcW w:w="4320" w:type="dxa"/>
          </w:tcPr>
          <w:p w14:paraId="1D566A17" w14:textId="77777777" w:rsidR="00BA76A8" w:rsidRDefault="00734CE3">
            <w:r>
              <w:t>GO ∩ SFARI</w:t>
            </w:r>
          </w:p>
        </w:tc>
      </w:tr>
      <w:tr w:rsidR="00BA76A8" w14:paraId="0BE4B145" w14:textId="77777777">
        <w:tc>
          <w:tcPr>
            <w:tcW w:w="4320" w:type="dxa"/>
          </w:tcPr>
          <w:p w14:paraId="41E279B2" w14:textId="77777777" w:rsidR="00BA76A8" w:rsidRDefault="00734CE3">
            <w:r>
              <w:t>USP27X</w:t>
            </w:r>
          </w:p>
        </w:tc>
        <w:tc>
          <w:tcPr>
            <w:tcW w:w="4320" w:type="dxa"/>
          </w:tcPr>
          <w:p w14:paraId="28637DFA" w14:textId="77777777" w:rsidR="00BA76A8" w:rsidRDefault="00734CE3">
            <w:r>
              <w:t>GO ∩ SFARI</w:t>
            </w:r>
          </w:p>
        </w:tc>
      </w:tr>
      <w:tr w:rsidR="00BA76A8" w14:paraId="4398CD31" w14:textId="77777777">
        <w:tc>
          <w:tcPr>
            <w:tcW w:w="4320" w:type="dxa"/>
          </w:tcPr>
          <w:p w14:paraId="5F71688D" w14:textId="77777777" w:rsidR="00BA76A8" w:rsidRDefault="00734CE3">
            <w:r>
              <w:t>VASH1</w:t>
            </w:r>
          </w:p>
        </w:tc>
        <w:tc>
          <w:tcPr>
            <w:tcW w:w="4320" w:type="dxa"/>
          </w:tcPr>
          <w:p w14:paraId="1CC4C3D0" w14:textId="77777777" w:rsidR="00BA76A8" w:rsidRDefault="00734CE3">
            <w:r>
              <w:t>GO ∩ SFARI</w:t>
            </w:r>
          </w:p>
        </w:tc>
      </w:tr>
      <w:tr w:rsidR="00BA76A8" w14:paraId="73BB6873" w14:textId="77777777">
        <w:tc>
          <w:tcPr>
            <w:tcW w:w="4320" w:type="dxa"/>
          </w:tcPr>
          <w:p w14:paraId="5804A758" w14:textId="77777777" w:rsidR="00BA76A8" w:rsidRDefault="00734CE3">
            <w:r>
              <w:t>WNK3</w:t>
            </w:r>
          </w:p>
        </w:tc>
        <w:tc>
          <w:tcPr>
            <w:tcW w:w="4320" w:type="dxa"/>
          </w:tcPr>
          <w:p w14:paraId="4594ACF1" w14:textId="77777777" w:rsidR="00BA76A8" w:rsidRDefault="00734CE3">
            <w:r>
              <w:t>GO ∩ SFARI</w:t>
            </w:r>
          </w:p>
        </w:tc>
      </w:tr>
      <w:tr w:rsidR="00BA76A8" w14:paraId="74E2DF05" w14:textId="77777777">
        <w:tc>
          <w:tcPr>
            <w:tcW w:w="4320" w:type="dxa"/>
          </w:tcPr>
          <w:p w14:paraId="77A2E7E1" w14:textId="77777777" w:rsidR="00BA76A8" w:rsidRDefault="00734CE3">
            <w:r>
              <w:t>YWHAG</w:t>
            </w:r>
          </w:p>
        </w:tc>
        <w:tc>
          <w:tcPr>
            <w:tcW w:w="4320" w:type="dxa"/>
          </w:tcPr>
          <w:p w14:paraId="3FA6965A" w14:textId="77777777" w:rsidR="00BA76A8" w:rsidRDefault="00734CE3">
            <w:r>
              <w:t>GO ∩ SFARI</w:t>
            </w:r>
          </w:p>
        </w:tc>
      </w:tr>
      <w:tr w:rsidR="00BA76A8" w14:paraId="3B530668" w14:textId="77777777">
        <w:tc>
          <w:tcPr>
            <w:tcW w:w="4320" w:type="dxa"/>
          </w:tcPr>
          <w:p w14:paraId="3E92CB56" w14:textId="77777777" w:rsidR="00BA76A8" w:rsidRDefault="00734CE3">
            <w:r>
              <w:lastRenderedPageBreak/>
              <w:t>ZBTB16</w:t>
            </w:r>
          </w:p>
        </w:tc>
        <w:tc>
          <w:tcPr>
            <w:tcW w:w="4320" w:type="dxa"/>
          </w:tcPr>
          <w:p w14:paraId="208F7A49" w14:textId="77777777" w:rsidR="00BA76A8" w:rsidRDefault="00734CE3">
            <w:r>
              <w:t>GO ∩ SFARI</w:t>
            </w:r>
          </w:p>
        </w:tc>
      </w:tr>
      <w:tr w:rsidR="00BA76A8" w14:paraId="5670DDFC" w14:textId="77777777">
        <w:tc>
          <w:tcPr>
            <w:tcW w:w="4320" w:type="dxa"/>
          </w:tcPr>
          <w:p w14:paraId="7B298CFC" w14:textId="77777777" w:rsidR="00BA76A8" w:rsidRDefault="00734CE3">
            <w:r>
              <w:t>ZBTB20</w:t>
            </w:r>
          </w:p>
        </w:tc>
        <w:tc>
          <w:tcPr>
            <w:tcW w:w="4320" w:type="dxa"/>
          </w:tcPr>
          <w:p w14:paraId="04128B26" w14:textId="77777777" w:rsidR="00BA76A8" w:rsidRDefault="00734CE3">
            <w:r>
              <w:t>GO ∩ SFARI</w:t>
            </w:r>
          </w:p>
        </w:tc>
      </w:tr>
      <w:tr w:rsidR="00BA76A8" w14:paraId="2B079FFA" w14:textId="77777777">
        <w:tc>
          <w:tcPr>
            <w:tcW w:w="4320" w:type="dxa"/>
          </w:tcPr>
          <w:p w14:paraId="4300FAB1" w14:textId="77777777" w:rsidR="00BA76A8" w:rsidRDefault="00734CE3">
            <w:r>
              <w:t>ZBTB7A</w:t>
            </w:r>
          </w:p>
        </w:tc>
        <w:tc>
          <w:tcPr>
            <w:tcW w:w="4320" w:type="dxa"/>
          </w:tcPr>
          <w:p w14:paraId="179E3298" w14:textId="77777777" w:rsidR="00BA76A8" w:rsidRDefault="00734CE3">
            <w:r>
              <w:t>GO ∩ SFARI</w:t>
            </w:r>
          </w:p>
        </w:tc>
      </w:tr>
      <w:tr w:rsidR="00BA76A8" w14:paraId="6CECC64D" w14:textId="77777777">
        <w:tc>
          <w:tcPr>
            <w:tcW w:w="4320" w:type="dxa"/>
          </w:tcPr>
          <w:p w14:paraId="5E90FA7B" w14:textId="77777777" w:rsidR="00BA76A8" w:rsidRDefault="00734CE3">
            <w:r>
              <w:t>ZFHX3</w:t>
            </w:r>
          </w:p>
        </w:tc>
        <w:tc>
          <w:tcPr>
            <w:tcW w:w="4320" w:type="dxa"/>
          </w:tcPr>
          <w:p w14:paraId="7AE63784" w14:textId="77777777" w:rsidR="00BA76A8" w:rsidRDefault="00734CE3">
            <w:r>
              <w:t>GO ∩ SFARI</w:t>
            </w:r>
          </w:p>
        </w:tc>
      </w:tr>
      <w:tr w:rsidR="00BA76A8" w14:paraId="220ABDA9" w14:textId="77777777">
        <w:tc>
          <w:tcPr>
            <w:tcW w:w="4320" w:type="dxa"/>
          </w:tcPr>
          <w:p w14:paraId="528061D8" w14:textId="77777777" w:rsidR="00BA76A8" w:rsidRDefault="00734CE3">
            <w:r>
              <w:t>ZMYND8</w:t>
            </w:r>
          </w:p>
        </w:tc>
        <w:tc>
          <w:tcPr>
            <w:tcW w:w="4320" w:type="dxa"/>
          </w:tcPr>
          <w:p w14:paraId="22368EA3" w14:textId="77777777" w:rsidR="00BA76A8" w:rsidRDefault="00734CE3">
            <w:r>
              <w:t>GO ∩ SFARI</w:t>
            </w:r>
          </w:p>
        </w:tc>
      </w:tr>
      <w:tr w:rsidR="00BA76A8" w14:paraId="71B937E9" w14:textId="77777777">
        <w:tc>
          <w:tcPr>
            <w:tcW w:w="4320" w:type="dxa"/>
          </w:tcPr>
          <w:p w14:paraId="111AC9F3" w14:textId="77777777" w:rsidR="00BA76A8" w:rsidRDefault="00734CE3">
            <w:r>
              <w:t>ZNF517</w:t>
            </w:r>
          </w:p>
        </w:tc>
        <w:tc>
          <w:tcPr>
            <w:tcW w:w="4320" w:type="dxa"/>
          </w:tcPr>
          <w:p w14:paraId="4BC222AE" w14:textId="77777777" w:rsidR="00BA76A8" w:rsidRDefault="00734CE3">
            <w:r>
              <w:t>GO ∩ SFARI</w:t>
            </w:r>
          </w:p>
        </w:tc>
      </w:tr>
      <w:tr w:rsidR="00BA76A8" w14:paraId="5FCD7DE5" w14:textId="77777777">
        <w:tc>
          <w:tcPr>
            <w:tcW w:w="4320" w:type="dxa"/>
          </w:tcPr>
          <w:p w14:paraId="69A2E984" w14:textId="77777777" w:rsidR="00BA76A8" w:rsidRDefault="00734CE3">
            <w:r>
              <w:t>ZNF536</w:t>
            </w:r>
          </w:p>
        </w:tc>
        <w:tc>
          <w:tcPr>
            <w:tcW w:w="4320" w:type="dxa"/>
          </w:tcPr>
          <w:p w14:paraId="29E5612B" w14:textId="77777777" w:rsidR="00BA76A8" w:rsidRDefault="00734CE3">
            <w:r>
              <w:t>GO ∩ SFARI</w:t>
            </w:r>
          </w:p>
        </w:tc>
      </w:tr>
      <w:tr w:rsidR="00BA76A8" w14:paraId="7806E950" w14:textId="77777777">
        <w:tc>
          <w:tcPr>
            <w:tcW w:w="4320" w:type="dxa"/>
          </w:tcPr>
          <w:p w14:paraId="69639AC6" w14:textId="77777777" w:rsidR="00BA76A8" w:rsidRDefault="00734CE3">
            <w:r>
              <w:t>ZNF711</w:t>
            </w:r>
          </w:p>
        </w:tc>
        <w:tc>
          <w:tcPr>
            <w:tcW w:w="4320" w:type="dxa"/>
          </w:tcPr>
          <w:p w14:paraId="2D357CF1" w14:textId="77777777" w:rsidR="00BA76A8" w:rsidRDefault="00734CE3">
            <w:r>
              <w:t>GO ∩ SFARI</w:t>
            </w:r>
          </w:p>
        </w:tc>
      </w:tr>
      <w:tr w:rsidR="00BA76A8" w14:paraId="28AB25BC" w14:textId="77777777">
        <w:tc>
          <w:tcPr>
            <w:tcW w:w="4320" w:type="dxa"/>
          </w:tcPr>
          <w:p w14:paraId="3C319202" w14:textId="77777777" w:rsidR="00BA76A8" w:rsidRDefault="00734CE3">
            <w:r>
              <w:t>ZNF865</w:t>
            </w:r>
          </w:p>
        </w:tc>
        <w:tc>
          <w:tcPr>
            <w:tcW w:w="4320" w:type="dxa"/>
          </w:tcPr>
          <w:p w14:paraId="54BB1896" w14:textId="77777777" w:rsidR="00BA76A8" w:rsidRDefault="00734CE3">
            <w:r>
              <w:t>GO ∩ SFARI</w:t>
            </w:r>
          </w:p>
        </w:tc>
      </w:tr>
    </w:tbl>
    <w:p w14:paraId="48D35EB6" w14:textId="77777777" w:rsidR="00BA76A8" w:rsidRDefault="00BA76A8"/>
    <w:p w14:paraId="6FE5358B" w14:textId="77777777" w:rsidR="00BA76A8" w:rsidRDefault="00137407">
      <w:r w:rsidRPr="00137407">
        <w:rPr>
          <w:rFonts w:hint="eastAsia"/>
        </w:rPr>
        <w:t xml:space="preserve">The updated full set of SFARI-matched genes in all groups are given in the section of Table 3 as the gene-list section. The narrower matched subset is promoter </w:t>
      </w:r>
      <w:r w:rsidRPr="00137407">
        <w:rPr>
          <w:rFonts w:hint="eastAsia"/>
        </w:rPr>
        <w:t>∩</w:t>
      </w:r>
      <w:r w:rsidRPr="00137407">
        <w:rPr>
          <w:rFonts w:hint="eastAsia"/>
        </w:rPr>
        <w:t xml:space="preserve"> SFARI and the broader candidate pool of SFARI-matched genes in each group is Go </w:t>
      </w:r>
      <w:r w:rsidRPr="00137407">
        <w:rPr>
          <w:rFonts w:hint="eastAsia"/>
        </w:rPr>
        <w:t>∩</w:t>
      </w:r>
      <w:r w:rsidRPr="00137407">
        <w:rPr>
          <w:rFonts w:hint="eastAsia"/>
        </w:rPr>
        <w:t xml:space="preserve"> SFARI.</w:t>
      </w:r>
    </w:p>
    <w:p w14:paraId="474415FF" w14:textId="77777777" w:rsidR="00137407" w:rsidRDefault="00137407"/>
    <w:sectPr w:rsidR="001374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0191641">
    <w:abstractNumId w:val="8"/>
  </w:num>
  <w:num w:numId="2" w16cid:durableId="650795856">
    <w:abstractNumId w:val="6"/>
  </w:num>
  <w:num w:numId="3" w16cid:durableId="330834351">
    <w:abstractNumId w:val="5"/>
  </w:num>
  <w:num w:numId="4" w16cid:durableId="1147673098">
    <w:abstractNumId w:val="4"/>
  </w:num>
  <w:num w:numId="5" w16cid:durableId="524058063">
    <w:abstractNumId w:val="7"/>
  </w:num>
  <w:num w:numId="6" w16cid:durableId="700861389">
    <w:abstractNumId w:val="3"/>
  </w:num>
  <w:num w:numId="7" w16cid:durableId="1159689697">
    <w:abstractNumId w:val="2"/>
  </w:num>
  <w:num w:numId="8" w16cid:durableId="744382512">
    <w:abstractNumId w:val="1"/>
  </w:num>
  <w:num w:numId="9" w16cid:durableId="193462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7407"/>
    <w:rsid w:val="0015074B"/>
    <w:rsid w:val="001A4625"/>
    <w:rsid w:val="0029639D"/>
    <w:rsid w:val="00326F90"/>
    <w:rsid w:val="00734CE3"/>
    <w:rsid w:val="007B5811"/>
    <w:rsid w:val="008B21B7"/>
    <w:rsid w:val="00AA1D8D"/>
    <w:rsid w:val="00B47730"/>
    <w:rsid w:val="00BA76A8"/>
    <w:rsid w:val="00C0397F"/>
    <w:rsid w:val="00C95E26"/>
    <w:rsid w:val="00CB0664"/>
    <w:rsid w:val="00D6222F"/>
    <w:rsid w:val="00F907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954B897"/>
  <w14:defaultImageDpi w14:val="300"/>
  <w15:docId w15:val="{AE8F09CC-2189-4CA5-B00F-EA463FC1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1D09E8-0DA7-44C3-B49B-62B545941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3311</Words>
  <Characters>18873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 kirdar</cp:lastModifiedBy>
  <cp:revision>2</cp:revision>
  <dcterms:created xsi:type="dcterms:W3CDTF">2026-04-14T21:21:00Z</dcterms:created>
  <dcterms:modified xsi:type="dcterms:W3CDTF">2026-04-14T21:21:00Z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2de7955a-8f11-4976-a781-64811730bba1</vt:lpwstr>
  </property>
</Properties>
</file>