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8DE73E" w14:textId="77777777" w:rsidR="00421784" w:rsidRDefault="00000000">
      <w:pPr>
        <w:jc w:val="center"/>
      </w:pPr>
      <w:r>
        <w:rPr>
          <w:b/>
          <w:sz w:val="30"/>
        </w:rPr>
        <w:t>Supplementary File 1</w:t>
      </w:r>
      <w:r>
        <w:rPr>
          <w:b/>
          <w:sz w:val="30"/>
        </w:rPr>
        <w:br/>
        <w:t>Semi-structured interview guide</w:t>
      </w:r>
    </w:p>
    <w:p w14:paraId="2AED0D7E" w14:textId="77777777" w:rsidR="00421784" w:rsidRDefault="00000000">
      <w:pPr>
        <w:jc w:val="center"/>
      </w:pPr>
      <w:r>
        <w:t>Study: Strategic renewal and complex decision making in a multistakeholder environment</w:t>
      </w:r>
    </w:p>
    <w:p w14:paraId="632B57B0" w14:textId="77777777" w:rsidR="00421784" w:rsidRDefault="00000000">
      <w:pPr>
        <w:spacing w:before="160" w:after="60"/>
      </w:pPr>
      <w:r>
        <w:rPr>
          <w:b/>
          <w:sz w:val="22"/>
        </w:rPr>
        <w:t>Introduction and Background</w:t>
      </w:r>
    </w:p>
    <w:p w14:paraId="10CFEEA1" w14:textId="77777777" w:rsidR="00421784" w:rsidRDefault="00000000">
      <w:r>
        <w:t>Martin welcomes the participant and introduces the study.</w:t>
      </w:r>
    </w:p>
    <w:p w14:paraId="14025B5A" w14:textId="77777777" w:rsidR="00421784" w:rsidRDefault="00000000">
      <w:r>
        <w:t>I am very grateful to you for agreeing to participate in this research about the decision making process involved in the Forum of Postgraduate Training Bodies of Ireland Strategic Framework for Training . While we know from literature that 70% of strategies fail, less is known about how strategy is created and implemented, particularly in the public sector. You have been invited and I am delighted to interview you as you have been involved in the strategy creation process and I want to understand your experience of the process. Just to reiterate that your participation in this study is anonymous, voluntary and you can stop the interview and withdraw your consent to participate at any time if you change your mind.</w:t>
      </w:r>
    </w:p>
    <w:p w14:paraId="39773C66" w14:textId="77777777" w:rsidR="00421784" w:rsidRDefault="00000000">
      <w:pPr>
        <w:spacing w:before="160" w:after="60"/>
      </w:pPr>
      <w:r>
        <w:rPr>
          <w:b/>
          <w:sz w:val="22"/>
        </w:rPr>
        <w:t>Brief explanation of the purpose and objectives of the research</w:t>
      </w:r>
    </w:p>
    <w:p w14:paraId="2E54F171" w14:textId="77777777" w:rsidR="00421784" w:rsidRDefault="00000000">
      <w:r>
        <w:t>This study aims to investigate the process of decision making in the context of changes to the way postgraduate medical training is delivered in Ireland.</w:t>
      </w:r>
    </w:p>
    <w:p w14:paraId="0BBF5478" w14:textId="77777777" w:rsidR="00421784" w:rsidRDefault="00000000">
      <w:pPr>
        <w:spacing w:before="160" w:after="60"/>
      </w:pPr>
      <w:r>
        <w:rPr>
          <w:b/>
          <w:sz w:val="22"/>
        </w:rPr>
        <w:t>Cognitive sorting task</w:t>
      </w:r>
    </w:p>
    <w:p w14:paraId="46183FF5" w14:textId="77777777" w:rsidR="00421784" w:rsidRDefault="00000000">
      <w:r>
        <w:t>In face to face interviews : Martin lays out postcards with a pool of factors ( n=60) written on them. Particpants are asked to pick any of those that are important to success of medical training in Ireland . Participants are then asked to pick the top 10 factors and rank them in terms of importance.  ( Participants will be encouraged to add new ones if they feel they are important but missing).</w:t>
      </w:r>
    </w:p>
    <w:p w14:paraId="2B5A74F8" w14:textId="77777777" w:rsidR="00421784" w:rsidRDefault="00000000">
      <w:r>
        <w:t>Martin then takes the 10 factors chosen and asks the participant to create a cognitive map on an A3 piece of paper. Asking : are there any relationships between these factors?</w:t>
      </w:r>
    </w:p>
    <w:p w14:paraId="48461533" w14:textId="77777777" w:rsidR="00421784" w:rsidRDefault="00000000">
      <w:r>
        <w:t>Is it a positive (+) or Negative (-) relationship.</w:t>
      </w:r>
    </w:p>
    <w:p w14:paraId="43A82DD4" w14:textId="77777777" w:rsidR="00421784" w:rsidRDefault="00000000">
      <w:r>
        <w:t>Is it a weak, moderate or strong relationship ( weak=1, moderate =2, strong =3)</w:t>
      </w:r>
    </w:p>
    <w:p w14:paraId="25F2F1DD" w14:textId="77777777" w:rsidR="00421784" w:rsidRDefault="00000000">
      <w:r>
        <w:t>On Zoom / Teams : participants will be given the pool of factors on screen and be asked to pick ten important factors and then rank them. Mapping exercise will be done online.</w:t>
      </w:r>
    </w:p>
    <w:p w14:paraId="74356893" w14:textId="77777777" w:rsidR="00421784" w:rsidRDefault="00000000">
      <w:r>
        <w:t>The factors that have been picked by the participant will be used in the interview to probe what the participants believe.</w:t>
      </w:r>
    </w:p>
    <w:p w14:paraId="3FF9BF92" w14:textId="77777777" w:rsidR="00421784" w:rsidRDefault="00000000">
      <w:pPr>
        <w:spacing w:before="160" w:after="60"/>
      </w:pPr>
      <w:r>
        <w:rPr>
          <w:b/>
          <w:sz w:val="22"/>
        </w:rPr>
        <w:t>General questions about the participant's background and experiences</w:t>
      </w:r>
    </w:p>
    <w:p w14:paraId="6B371ABB" w14:textId="77777777" w:rsidR="00421784" w:rsidRDefault="00000000">
      <w:r>
        <w:t>Please can I begin by giving you a chance to tell me something about yourself and how you came to be in the role that you are in?</w:t>
      </w:r>
    </w:p>
    <w:p w14:paraId="3C0957D8" w14:textId="77777777" w:rsidR="00421784" w:rsidRDefault="00000000">
      <w:r>
        <w:t>How did you get involved in the strategy framework and the implementation process.</w:t>
      </w:r>
    </w:p>
    <w:p w14:paraId="4D7BC020" w14:textId="77777777" w:rsidR="00421784" w:rsidRDefault="00000000">
      <w:r>
        <w:t>Can you give me an example of any challenges faced by you as a doctor/ etc and how you overcame them. ( For example career progression, personal challenges, the structure of the organisation you work in )</w:t>
      </w:r>
    </w:p>
    <w:p w14:paraId="1F86707B" w14:textId="77777777" w:rsidR="00421784" w:rsidRDefault="00000000">
      <w:pPr>
        <w:spacing w:before="160" w:after="60"/>
      </w:pPr>
      <w:r>
        <w:rPr>
          <w:b/>
          <w:sz w:val="22"/>
        </w:rPr>
        <w:t>Understanding complex decision making in a multistakeholder environment</w:t>
      </w:r>
    </w:p>
    <w:p w14:paraId="0395E4E5" w14:textId="77777777" w:rsidR="00421784" w:rsidRDefault="00000000">
      <w:r>
        <w:t>Can you please tell me how has your profession changed over the last 10 years?</w:t>
      </w:r>
    </w:p>
    <w:p w14:paraId="287AE03D" w14:textId="77777777" w:rsidR="00421784" w:rsidRDefault="00000000">
      <w:r>
        <w:lastRenderedPageBreak/>
        <w:t>What were some of the key milestones in your career when things changed?</w:t>
      </w:r>
    </w:p>
    <w:p w14:paraId="0CF93CBC" w14:textId="77777777" w:rsidR="00421784" w:rsidRDefault="00000000">
      <w:r>
        <w:t>How / when and why in your view have things changed?</w:t>
      </w:r>
    </w:p>
    <w:p w14:paraId="509BB118" w14:textId="77777777" w:rsidR="00421784" w:rsidRDefault="00000000">
      <w:r>
        <w:t>How did this play an influence on you getting involved in the Forum strategy.</w:t>
      </w:r>
    </w:p>
    <w:p w14:paraId="7FE5B36A" w14:textId="77777777" w:rsidR="00421784" w:rsidRDefault="00000000">
      <w:r>
        <w:t>What does this ( strategy ) mean to you?</w:t>
      </w:r>
    </w:p>
    <w:p w14:paraId="2A20F793" w14:textId="77777777" w:rsidR="00421784" w:rsidRDefault="00000000">
      <w:r>
        <w:t>Was there any moments in the process of choosing the first set of priorities that stood out for you? Could you elaborate on why? Is time / timing a factor ?- why  . Was there anything that stood out  about the first set of priorities chosen from that time.</w:t>
      </w:r>
    </w:p>
    <w:p w14:paraId="4DC684DD" w14:textId="77777777" w:rsidR="00421784" w:rsidRDefault="00000000">
      <w:r>
        <w:t>Were the discussions about the strategy mostly in line with your understanding more generally of the medical specialist training?</w:t>
      </w:r>
    </w:p>
    <w:p w14:paraId="53E3F08B" w14:textId="77777777" w:rsidR="00421784" w:rsidRDefault="00000000">
      <w:r>
        <w:t>Looking back over your career have you seen changes in how your profession is seen in society?</w:t>
      </w:r>
    </w:p>
    <w:p w14:paraId="6A8FF1AA" w14:textId="77777777" w:rsidR="00421784" w:rsidRDefault="00000000">
      <w:r>
        <w:t>Did covid shift these perceptions in your view?</w:t>
      </w:r>
    </w:p>
    <w:p w14:paraId="2F36F98D" w14:textId="77777777" w:rsidR="00421784" w:rsidRDefault="00000000">
      <w:r>
        <w:t>And can I ask you what does it mean to be a XXXXX. What professional groups do you closely identify with? Why? (if more than one group and the reply is not obvious.)</w:t>
      </w:r>
    </w:p>
    <w:p w14:paraId="6B105430" w14:textId="77777777" w:rsidR="00421784" w:rsidRDefault="00000000">
      <w:r>
        <w:t>Explain how this professional group sees the problems and solutions? Do you see the issues differently? Thinking about the Forum strategy, was there anything in particular that you wanted to see changed and why?</w:t>
      </w:r>
    </w:p>
    <w:p w14:paraId="6C7A9797" w14:textId="77777777" w:rsidR="00421784" w:rsidRDefault="00000000">
      <w:r>
        <w:t>Is it the same now for people entering the profession ?</w:t>
      </w:r>
    </w:p>
    <w:p w14:paraId="36167A1C" w14:textId="77777777" w:rsidR="00421784" w:rsidRDefault="00000000">
      <w:pPr>
        <w:spacing w:before="160" w:after="60"/>
      </w:pPr>
      <w:r>
        <w:rPr>
          <w:b/>
          <w:sz w:val="22"/>
        </w:rPr>
        <w:t>Understanding complex decision making in a multistakeholder environment</w:t>
      </w:r>
    </w:p>
    <w:p w14:paraId="17576090" w14:textId="77777777" w:rsidR="00421784" w:rsidRDefault="00000000">
      <w:r>
        <w:t>How has the discussion evolved from the first vision statement to this next phase? Can you provide some examples?</w:t>
      </w:r>
    </w:p>
    <w:p w14:paraId="0E20265E" w14:textId="77777777" w:rsidR="00421784" w:rsidRDefault="00000000">
      <w:r>
        <w:t>Could you elaborate on specific experiences or achievements related to the strategy framework.</w:t>
      </w:r>
    </w:p>
    <w:p w14:paraId="026CA484" w14:textId="77777777" w:rsidR="00421784" w:rsidRDefault="00000000">
      <w:r>
        <w:t>As a Doctor/ Administrator / Regulator/ Employer can I ask if</w:t>
      </w:r>
    </w:p>
    <w:p w14:paraId="1CF0108E" w14:textId="77777777" w:rsidR="00421784" w:rsidRDefault="00000000">
      <w:r>
        <w:t>were there parts of this strategy that were particularly pertinent? If so why?</w:t>
      </w:r>
    </w:p>
    <w:p w14:paraId="40B7DEB2" w14:textId="77777777" w:rsidR="00421784" w:rsidRDefault="00000000">
      <w:r>
        <w:t>Were you able to influence the agenda in these areas?</w:t>
      </w:r>
    </w:p>
    <w:p w14:paraId="68E72B9A" w14:textId="77777777" w:rsidR="00421784" w:rsidRDefault="00000000">
      <w:r>
        <w:t>Would you say in the last 3 years your role has evolved? (If so, how and what factors in particular shaped this change? (Individuals, organisation or your own learning</w:t>
      </w:r>
    </w:p>
    <w:p w14:paraId="0780A417" w14:textId="77777777" w:rsidR="00421784" w:rsidRDefault="00000000">
      <w:r>
        <w:t>Have there been any challenges or conflicts that you have faced just because of your profession?  How did you overcome them?</w:t>
      </w:r>
    </w:p>
    <w:p w14:paraId="6D23C478" w14:textId="77777777" w:rsidR="00421784" w:rsidRDefault="00000000">
      <w:pPr>
        <w:spacing w:before="160" w:after="60"/>
      </w:pPr>
      <w:r>
        <w:rPr>
          <w:b/>
          <w:sz w:val="22"/>
        </w:rPr>
        <w:t>Identity and Social Groups</w:t>
      </w:r>
    </w:p>
    <w:p w14:paraId="10351FB1" w14:textId="77777777" w:rsidR="00421784" w:rsidRDefault="00000000">
      <w:r>
        <w:t>Can we move to professional societies or associations that you are part of . As a Doctor/ Administrator / Regulator/ Employer what are the most important professional societies or associations that you belong to , Have you personally been able to draw on them for support</w:t>
      </w:r>
    </w:p>
    <w:p w14:paraId="610D7296" w14:textId="77777777" w:rsidR="00421784" w:rsidRDefault="00000000">
      <w:r>
        <w:t>Are there expectations in your professional group that you disagree with? Can you give me an example</w:t>
      </w:r>
    </w:p>
    <w:p w14:paraId="5BF1C18D" w14:textId="77777777" w:rsidR="00421784" w:rsidRDefault="00000000">
      <w:r>
        <w:t>Can you give any examples of a time when you experienced conflict within your professional group?</w:t>
      </w:r>
    </w:p>
    <w:p w14:paraId="649B2EFD" w14:textId="77777777" w:rsidR="00421784" w:rsidRDefault="00000000">
      <w:r>
        <w:lastRenderedPageBreak/>
        <w:t>Have you been able to provide and draw on support through membership in such groups over the years in your career?</w:t>
      </w:r>
    </w:p>
    <w:p w14:paraId="306687E9" w14:textId="77777777" w:rsidR="00421784" w:rsidRDefault="00000000">
      <w:pPr>
        <w:spacing w:before="160" w:after="60"/>
      </w:pPr>
      <w:r>
        <w:rPr>
          <w:b/>
          <w:sz w:val="22"/>
        </w:rPr>
        <w:t>Intersectionality and Multiple Identities</w:t>
      </w:r>
    </w:p>
    <w:p w14:paraId="6878D3FA" w14:textId="77777777" w:rsidR="00421784" w:rsidRDefault="00000000">
      <w:r>
        <w:t>a. Does your gender, race, culture shape your overall sense of who you are as a doctor/ other role? Follow up, In what way..</w:t>
      </w:r>
    </w:p>
    <w:p w14:paraId="7E6911F5" w14:textId="77777777" w:rsidR="00421784" w:rsidRDefault="00000000">
      <w:r>
        <w:t>b. Can you give me an example of a challenge or conflict faced by you due to your profession and how you navigated them.</w:t>
      </w:r>
    </w:p>
    <w:p w14:paraId="1FE2D2AD" w14:textId="77777777" w:rsidR="00421784" w:rsidRDefault="00000000">
      <w:r>
        <w:t>c. How do you balance or reconcile different aspects of your self / different roles</w:t>
      </w:r>
    </w:p>
    <w:p w14:paraId="5BB8F543" w14:textId="77777777" w:rsidR="00421784" w:rsidRDefault="00000000">
      <w:pPr>
        <w:spacing w:before="160" w:after="60"/>
      </w:pPr>
      <w:r>
        <w:rPr>
          <w:b/>
          <w:sz w:val="22"/>
        </w:rPr>
        <w:t>Future Outlook and Identity</w:t>
      </w:r>
    </w:p>
    <w:p w14:paraId="61A5F0F1" w14:textId="77777777" w:rsidR="00421784" w:rsidRDefault="00000000">
      <w:r>
        <w:t>a. If you could fast forward five years in your career, what goals would you hope to have achieved?</w:t>
      </w:r>
    </w:p>
    <w:p w14:paraId="36193314" w14:textId="77777777" w:rsidR="00421784" w:rsidRDefault="00000000">
      <w:r>
        <w:t>b. Can you give me some examples any changes you are working towards in shaping your profession?</w:t>
      </w:r>
    </w:p>
    <w:p w14:paraId="7FC964D2" w14:textId="77777777" w:rsidR="00421784" w:rsidRDefault="00000000">
      <w:r>
        <w:t>c. How do you think broader societal changes might influence the future of the profession ?</w:t>
      </w:r>
    </w:p>
    <w:p w14:paraId="6C2DD555" w14:textId="77777777" w:rsidR="00421784" w:rsidRDefault="00000000">
      <w:pPr>
        <w:spacing w:before="160" w:after="60"/>
      </w:pPr>
      <w:r>
        <w:rPr>
          <w:b/>
          <w:sz w:val="22"/>
        </w:rPr>
        <w:t>Closing and Additional Insights</w:t>
      </w:r>
    </w:p>
    <w:p w14:paraId="355E0043" w14:textId="77777777" w:rsidR="00421784" w:rsidRDefault="00000000">
      <w:r>
        <w:t>Is there anything else you'd like to share that we haven't discussed?</w:t>
      </w:r>
    </w:p>
    <w:p w14:paraId="723CD0D8" w14:textId="77777777" w:rsidR="00421784" w:rsidRDefault="00000000">
      <w:r>
        <w:t>Martin finish: I am really grateful for your time and willingness to participate in the interview.</w:t>
      </w:r>
    </w:p>
    <w:sectPr w:rsidR="00421784"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3091042">
    <w:abstractNumId w:val="8"/>
  </w:num>
  <w:num w:numId="2" w16cid:durableId="1090272137">
    <w:abstractNumId w:val="6"/>
  </w:num>
  <w:num w:numId="3" w16cid:durableId="2068062510">
    <w:abstractNumId w:val="5"/>
  </w:num>
  <w:num w:numId="4" w16cid:durableId="192423455">
    <w:abstractNumId w:val="4"/>
  </w:num>
  <w:num w:numId="5" w16cid:durableId="1039740852">
    <w:abstractNumId w:val="7"/>
  </w:num>
  <w:num w:numId="6" w16cid:durableId="1703088202">
    <w:abstractNumId w:val="3"/>
  </w:num>
  <w:num w:numId="7" w16cid:durableId="794908563">
    <w:abstractNumId w:val="2"/>
  </w:num>
  <w:num w:numId="8" w16cid:durableId="1499076342">
    <w:abstractNumId w:val="1"/>
  </w:num>
  <w:num w:numId="9" w16cid:durableId="10058648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1784"/>
    <w:rsid w:val="008F1638"/>
    <w:rsid w:val="00A832C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2708E3"/>
  <w14:defaultImageDpi w14:val="300"/>
  <w15:docId w15:val="{87A40E8B-FE3B-6346-B841-DD3396B28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1079</Words>
  <Characters>5235</Characters>
  <Application>Microsoft Office Word</Application>
  <DocSecurity>0</DocSecurity>
  <Lines>85</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MMC</dc:creator>
  <cp:keywords/>
  <dc:description/>
  <cp:lastModifiedBy>Martin McCormack</cp:lastModifiedBy>
  <cp:revision>2</cp:revision>
  <dcterms:created xsi:type="dcterms:W3CDTF">2013-12-23T23:15:00Z</dcterms:created>
  <dcterms:modified xsi:type="dcterms:W3CDTF">2026-09-24T13:09:00Z</dcterms:modified>
  <cp:category/>
</cp:coreProperties>
</file>