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FB732" w14:textId="77777777" w:rsidR="00A83192" w:rsidRPr="000B60F7" w:rsidRDefault="00000000">
      <w:pPr>
        <w:pStyle w:val="a8"/>
        <w:rPr>
          <w:rFonts w:ascii="Times New Roman" w:hAnsi="Times New Roman" w:cs="Times New Roman"/>
        </w:rPr>
      </w:pPr>
      <w:r w:rsidRPr="000B60F7">
        <w:rPr>
          <w:rFonts w:ascii="Times New Roman" w:hAnsi="Times New Roman" w:cs="Times New Roman"/>
        </w:rPr>
        <w:t>Supplementary methods and results</w:t>
      </w:r>
    </w:p>
    <w:p w14:paraId="2143A287" w14:textId="77777777" w:rsidR="00A83192" w:rsidRPr="000B60F7" w:rsidRDefault="00000000">
      <w:pPr>
        <w:pStyle w:val="a9"/>
        <w:spacing w:after="240"/>
        <w:rPr>
          <w:rFonts w:ascii="Times New Roman" w:hAnsi="Times New Roman" w:cs="Times New Roman"/>
        </w:rPr>
      </w:pPr>
      <w:r w:rsidRPr="000B60F7">
        <w:rPr>
          <w:rFonts w:ascii="Times New Roman" w:hAnsi="Times New Roman" w:cs="Times New Roman"/>
          <w:sz w:val="22"/>
        </w:rPr>
        <w:t>Investor Transition Histories and the Timing of Follow-on Investor Entry in Early-Stage Healthcare Ventures</w:t>
      </w:r>
    </w:p>
    <w:p w14:paraId="3ABED2B6" w14:textId="77777777" w:rsidR="00A83192" w:rsidRPr="000B60F7" w:rsidRDefault="00000000">
      <w:pPr>
        <w:pStyle w:val="1"/>
        <w:rPr>
          <w:rFonts w:ascii="Times New Roman" w:hAnsi="Times New Roman" w:cs="Times New Roman"/>
        </w:rPr>
      </w:pPr>
      <w:r w:rsidRPr="000B60F7">
        <w:rPr>
          <w:rFonts w:ascii="Times New Roman" w:hAnsi="Times New Roman" w:cs="Times New Roman"/>
        </w:rPr>
        <w:t>Source reconstruction and financing variables</w:t>
      </w:r>
    </w:p>
    <w:p w14:paraId="45A65666" w14:textId="77777777" w:rsidR="00A83192" w:rsidRPr="000B60F7" w:rsidRDefault="00000000">
      <w:pPr>
        <w:rPr>
          <w:rFonts w:cs="Times New Roman"/>
        </w:rPr>
      </w:pPr>
      <w:r w:rsidRPr="000B60F7">
        <w:rPr>
          <w:rFonts w:cs="Times New Roman"/>
        </w:rPr>
        <w:t>Company matching used current, previous and legal names from PitchBook and Crunchbase. Candidate matches were checked using company descriptions, headquarters locations and websites, with duplicates resolved during linkage. The focal-financing reconstruction joins the round–investor records to the integrated company table and company-level closure fields. The eligibility rules identify 744 focal ventures. Their first financing years, entry-stage groups and initial-investor counts agree across the linked records. A retained 690-company census confirms identities and focal dates for the complete-36-month subset. The link to the pseudonymized analysis frame uses a unique combination of 314 shared fields, followed by separate comparisons of shared numeric fields.</w:t>
      </w:r>
    </w:p>
    <w:p w14:paraId="194D6F6F" w14:textId="77777777" w:rsidR="00A83192" w:rsidRPr="000B60F7" w:rsidRDefault="00000000">
      <w:pPr>
        <w:rPr>
          <w:rFonts w:cs="Times New Roman"/>
        </w:rPr>
      </w:pPr>
      <w:r w:rsidRPr="000B60F7">
        <w:rPr>
          <w:rFonts w:cs="Times New Roman"/>
        </w:rPr>
        <w:t>Amounts are deduplicated by source round ID before summation. Pre-focal capital uses dates strictly before the first private entry and therefore excludes the focal date. Focal capital includes all source rounds on that date. Of 744 ventures, 513 have fully disclosed focal-date amounts and 231 have no disclosed focal amount; there are no partly disclosed focal-date bundles in this reconstruction. Missingness is represented separately from the centered log-amount covariate. Among disclosed amounts, log(1 + USD) has mean 14.919869 and SD 2.067950. USD amounts have mean $14.489 million, SD $30.816 million, median $3.500 million and range $0.015–411.770 million.</w:t>
      </w:r>
    </w:p>
    <w:p w14:paraId="4AB8A9C6" w14:textId="77777777" w:rsidR="00A83192" w:rsidRPr="000B60F7" w:rsidRDefault="00000000">
      <w:pPr>
        <w:rPr>
          <w:rFonts w:cs="Times New Roman"/>
        </w:rPr>
      </w:pPr>
      <w:r w:rsidRPr="000B60F7">
        <w:rPr>
          <w:rFonts w:cs="Times New Roman"/>
        </w:rPr>
        <w:t>The linked source records support the reconstruction of focal financing and closure dates. Investor-history variables are retained from the existing analysis frame and checked during linkage; this reconstruction does not independently rebuild every prior investor history from the original commercial records. The data and linkage files remain subject to the providers' licence restrictions. No analysis-data or code archive accompanies the article.</w:t>
      </w:r>
    </w:p>
    <w:p w14:paraId="2955F077" w14:textId="77777777" w:rsidR="00A83192" w:rsidRPr="000B60F7" w:rsidRDefault="00000000">
      <w:pPr>
        <w:rPr>
          <w:rFonts w:cs="Times New Roman"/>
        </w:rPr>
      </w:pPr>
      <w:r w:rsidRPr="000B60F7">
        <w:rPr>
          <w:rFonts w:cs="Times New Roman"/>
        </w:rPr>
        <w:t>The primary model pools the 2023 and 2024 entry-year categories and retains all 744 ventures. Specifications with separate recent-year categories exclude the two 2024 entrants, neither of which experiences the event, and therefore contain 742 ventures and 454 events. Follow-up ends at entry, 1,826 days or 3 June 2024. Among censored ventures, 186 reach the five-year limit and 104 reach the administrative endpoint earlier. The panel divides follow-up into quarters of 365.25/4 days and retains partial intervals and the inclusive five-year event boundary. One venture has age −1 under the recorded founding-year convention and remains in the sample.</w:t>
      </w:r>
    </w:p>
    <w:p w14:paraId="60F6CF68" w14:textId="77777777" w:rsidR="00A83192" w:rsidRPr="000B60F7" w:rsidRDefault="00000000">
      <w:pPr>
        <w:rPr>
          <w:rFonts w:cs="Times New Roman"/>
        </w:rPr>
      </w:pPr>
      <w:r w:rsidRPr="000B60F7">
        <w:rPr>
          <w:rFonts w:cs="Times New Roman"/>
        </w:rPr>
        <w:t>Recorded financing dates refer to transactions rather than cash settlement or the date information became public. The timing rules use those event dates and do not reconstruct contemporaneous information sets. Category overlap is determined from database labels rather than semantic or manually coded proximity judgments.</w:t>
      </w:r>
    </w:p>
    <w:p w14:paraId="777FC23D" w14:textId="77777777" w:rsidR="00A83192" w:rsidRPr="000B60F7" w:rsidRDefault="00000000">
      <w:pPr>
        <w:pStyle w:val="1"/>
        <w:rPr>
          <w:rFonts w:ascii="Times New Roman" w:hAnsi="Times New Roman" w:cs="Times New Roman"/>
        </w:rPr>
      </w:pPr>
      <w:r w:rsidRPr="000B60F7">
        <w:rPr>
          <w:rFonts w:ascii="Times New Roman" w:hAnsi="Times New Roman" w:cs="Times New Roman"/>
        </w:rPr>
        <w:t>Table S1. Capital, cohort and clustering sensitivities</w:t>
      </w:r>
    </w:p>
    <w:tbl>
      <w:tblPr>
        <w:tblW w:w="9360"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90" w:type="dxa"/>
          <w:left w:w="120" w:type="dxa"/>
          <w:bottom w:w="90" w:type="dxa"/>
          <w:right w:w="120" w:type="dxa"/>
        </w:tblCellMar>
        <w:tblLook w:val="04A0" w:firstRow="1" w:lastRow="0" w:firstColumn="1" w:lastColumn="0" w:noHBand="0" w:noVBand="1"/>
      </w:tblPr>
      <w:tblGrid>
        <w:gridCol w:w="2650"/>
        <w:gridCol w:w="1100"/>
        <w:gridCol w:w="3100"/>
        <w:gridCol w:w="1255"/>
        <w:gridCol w:w="1255"/>
      </w:tblGrid>
      <w:tr w:rsidR="00A83192" w:rsidRPr="000B60F7" w14:paraId="23872B29" w14:textId="77777777">
        <w:trPr>
          <w:cantSplit/>
          <w:tblHeader/>
          <w:jc w:val="center"/>
        </w:trPr>
        <w:tc>
          <w:tcPr>
            <w:tcW w:w="2650" w:type="dxa"/>
            <w:shd w:val="clear" w:color="auto" w:fill="EDEDED"/>
            <w:tcMar>
              <w:top w:w="65" w:type="dxa"/>
              <w:left w:w="75" w:type="dxa"/>
              <w:bottom w:w="65" w:type="dxa"/>
              <w:right w:w="75" w:type="dxa"/>
            </w:tcMar>
            <w:vAlign w:val="center"/>
          </w:tcPr>
          <w:p w14:paraId="7B4B88DB" w14:textId="77777777" w:rsidR="00A83192" w:rsidRPr="000B60F7" w:rsidRDefault="00000000">
            <w:pPr>
              <w:spacing w:after="0" w:line="240" w:lineRule="auto"/>
              <w:rPr>
                <w:rFonts w:cs="Times New Roman"/>
              </w:rPr>
            </w:pPr>
            <w:r w:rsidRPr="000B60F7">
              <w:rPr>
                <w:rFonts w:cs="Times New Roman"/>
                <w:b/>
                <w:sz w:val="17"/>
              </w:rPr>
              <w:t>Specification</w:t>
            </w:r>
          </w:p>
        </w:tc>
        <w:tc>
          <w:tcPr>
            <w:tcW w:w="1100" w:type="dxa"/>
            <w:shd w:val="clear" w:color="auto" w:fill="EDEDED"/>
            <w:tcMar>
              <w:top w:w="65" w:type="dxa"/>
              <w:left w:w="75" w:type="dxa"/>
              <w:bottom w:w="65" w:type="dxa"/>
              <w:right w:w="75" w:type="dxa"/>
            </w:tcMar>
            <w:vAlign w:val="center"/>
          </w:tcPr>
          <w:p w14:paraId="1BCE2C93" w14:textId="77777777" w:rsidR="00A83192" w:rsidRPr="000B60F7" w:rsidRDefault="00000000">
            <w:pPr>
              <w:spacing w:after="0" w:line="240" w:lineRule="auto"/>
              <w:jc w:val="center"/>
              <w:rPr>
                <w:rFonts w:cs="Times New Roman"/>
              </w:rPr>
            </w:pPr>
            <w:r w:rsidRPr="000B60F7">
              <w:rPr>
                <w:rFonts w:cs="Times New Roman"/>
                <w:b/>
                <w:sz w:val="17"/>
              </w:rPr>
              <w:t>Interval</w:t>
            </w:r>
          </w:p>
        </w:tc>
        <w:tc>
          <w:tcPr>
            <w:tcW w:w="3100" w:type="dxa"/>
            <w:shd w:val="clear" w:color="auto" w:fill="EDEDED"/>
            <w:tcMar>
              <w:top w:w="65" w:type="dxa"/>
              <w:left w:w="75" w:type="dxa"/>
              <w:bottom w:w="65" w:type="dxa"/>
              <w:right w:w="75" w:type="dxa"/>
            </w:tcMar>
            <w:vAlign w:val="center"/>
          </w:tcPr>
          <w:p w14:paraId="4F90D659" w14:textId="77777777" w:rsidR="00A83192" w:rsidRPr="000B60F7" w:rsidRDefault="00000000">
            <w:pPr>
              <w:spacing w:after="0" w:line="240" w:lineRule="auto"/>
              <w:jc w:val="center"/>
              <w:rPr>
                <w:rFonts w:cs="Times New Roman"/>
              </w:rPr>
            </w:pPr>
            <w:r w:rsidRPr="000B60F7">
              <w:rPr>
                <w:rFonts w:cs="Times New Roman"/>
                <w:b/>
                <w:sz w:val="17"/>
              </w:rPr>
              <w:t>Category HR [95% CI]</w:t>
            </w:r>
          </w:p>
        </w:tc>
        <w:tc>
          <w:tcPr>
            <w:tcW w:w="1255" w:type="dxa"/>
            <w:shd w:val="clear" w:color="auto" w:fill="EDEDED"/>
            <w:tcMar>
              <w:top w:w="65" w:type="dxa"/>
              <w:left w:w="75" w:type="dxa"/>
              <w:bottom w:w="65" w:type="dxa"/>
              <w:right w:w="75" w:type="dxa"/>
            </w:tcMar>
            <w:vAlign w:val="center"/>
          </w:tcPr>
          <w:p w14:paraId="027BF119" w14:textId="77777777" w:rsidR="00A83192" w:rsidRPr="000B60F7" w:rsidRDefault="00000000">
            <w:pPr>
              <w:spacing w:after="0" w:line="240" w:lineRule="auto"/>
              <w:jc w:val="center"/>
              <w:rPr>
                <w:rFonts w:cs="Times New Roman"/>
              </w:rPr>
            </w:pPr>
            <w:r w:rsidRPr="000B60F7">
              <w:rPr>
                <w:rFonts w:cs="Times New Roman"/>
                <w:b/>
                <w:sz w:val="17"/>
              </w:rPr>
              <w:t>p</w:t>
            </w:r>
          </w:p>
        </w:tc>
        <w:tc>
          <w:tcPr>
            <w:tcW w:w="1255" w:type="dxa"/>
            <w:shd w:val="clear" w:color="auto" w:fill="EDEDED"/>
            <w:tcMar>
              <w:top w:w="65" w:type="dxa"/>
              <w:left w:w="75" w:type="dxa"/>
              <w:bottom w:w="65" w:type="dxa"/>
              <w:right w:w="75" w:type="dxa"/>
            </w:tcMar>
            <w:vAlign w:val="center"/>
          </w:tcPr>
          <w:p w14:paraId="67DCFA9C" w14:textId="77777777" w:rsidR="00A83192" w:rsidRPr="000B60F7" w:rsidRDefault="00000000">
            <w:pPr>
              <w:spacing w:after="0" w:line="240" w:lineRule="auto"/>
              <w:jc w:val="center"/>
              <w:rPr>
                <w:rFonts w:cs="Times New Roman"/>
              </w:rPr>
            </w:pPr>
            <w:r w:rsidRPr="000B60F7">
              <w:rPr>
                <w:rFonts w:cs="Times New Roman"/>
                <w:b/>
                <w:sz w:val="17"/>
              </w:rPr>
              <w:t>q(4)</w:t>
            </w:r>
          </w:p>
        </w:tc>
      </w:tr>
      <w:tr w:rsidR="00A83192" w:rsidRPr="000B60F7" w14:paraId="3905F7FE" w14:textId="77777777">
        <w:trPr>
          <w:cantSplit/>
          <w:jc w:val="center"/>
        </w:trPr>
        <w:tc>
          <w:tcPr>
            <w:tcW w:w="2650" w:type="dxa"/>
            <w:tcMar>
              <w:top w:w="65" w:type="dxa"/>
              <w:left w:w="75" w:type="dxa"/>
              <w:bottom w:w="65" w:type="dxa"/>
              <w:right w:w="75" w:type="dxa"/>
            </w:tcMar>
            <w:vAlign w:val="center"/>
          </w:tcPr>
          <w:p w14:paraId="138F9160" w14:textId="77777777" w:rsidR="00A83192" w:rsidRPr="000B60F7" w:rsidRDefault="00000000">
            <w:pPr>
              <w:spacing w:after="0" w:line="240" w:lineRule="auto"/>
              <w:rPr>
                <w:rFonts w:cs="Times New Roman"/>
              </w:rPr>
            </w:pPr>
            <w:r w:rsidRPr="000B60F7">
              <w:rPr>
                <w:rFonts w:cs="Times New Roman"/>
                <w:sz w:val="17"/>
              </w:rPr>
              <w:t>744, pooled recent years</w:t>
            </w:r>
          </w:p>
        </w:tc>
        <w:tc>
          <w:tcPr>
            <w:tcW w:w="1100" w:type="dxa"/>
            <w:tcMar>
              <w:top w:w="65" w:type="dxa"/>
              <w:left w:w="75" w:type="dxa"/>
              <w:bottom w:w="65" w:type="dxa"/>
              <w:right w:w="75" w:type="dxa"/>
            </w:tcMar>
            <w:vAlign w:val="center"/>
          </w:tcPr>
          <w:p w14:paraId="05C8BC50" w14:textId="77777777" w:rsidR="00A83192" w:rsidRPr="000B60F7" w:rsidRDefault="00000000">
            <w:pPr>
              <w:spacing w:after="0" w:line="240" w:lineRule="auto"/>
              <w:rPr>
                <w:rFonts w:cs="Times New Roman"/>
              </w:rPr>
            </w:pPr>
            <w:r w:rsidRPr="000B60F7">
              <w:rPr>
                <w:rFonts w:cs="Times New Roman"/>
              </w:rPr>
              <w:t>1–12</w:t>
            </w:r>
          </w:p>
        </w:tc>
        <w:tc>
          <w:tcPr>
            <w:tcW w:w="3100" w:type="dxa"/>
            <w:tcMar>
              <w:top w:w="65" w:type="dxa"/>
              <w:left w:w="75" w:type="dxa"/>
              <w:bottom w:w="65" w:type="dxa"/>
              <w:right w:w="75" w:type="dxa"/>
            </w:tcMar>
            <w:vAlign w:val="center"/>
          </w:tcPr>
          <w:p w14:paraId="00ECF187" w14:textId="77777777" w:rsidR="00A83192" w:rsidRPr="000B60F7" w:rsidRDefault="00000000">
            <w:pPr>
              <w:spacing w:after="0" w:line="240" w:lineRule="auto"/>
              <w:jc w:val="center"/>
              <w:rPr>
                <w:rFonts w:cs="Times New Roman"/>
              </w:rPr>
            </w:pPr>
            <w:r w:rsidRPr="000B60F7">
              <w:rPr>
                <w:rFonts w:cs="Times New Roman"/>
                <w:sz w:val="17"/>
              </w:rPr>
              <w:t>0.815 [0.635, 1.046]</w:t>
            </w:r>
          </w:p>
        </w:tc>
        <w:tc>
          <w:tcPr>
            <w:tcW w:w="1255" w:type="dxa"/>
            <w:tcMar>
              <w:top w:w="65" w:type="dxa"/>
              <w:left w:w="75" w:type="dxa"/>
              <w:bottom w:w="65" w:type="dxa"/>
              <w:right w:w="75" w:type="dxa"/>
            </w:tcMar>
            <w:vAlign w:val="center"/>
          </w:tcPr>
          <w:p w14:paraId="1CFA7ED1" w14:textId="77777777" w:rsidR="00A83192" w:rsidRPr="000B60F7" w:rsidRDefault="00000000">
            <w:pPr>
              <w:spacing w:after="0" w:line="240" w:lineRule="auto"/>
              <w:jc w:val="center"/>
              <w:rPr>
                <w:rFonts w:cs="Times New Roman"/>
              </w:rPr>
            </w:pPr>
            <w:r w:rsidRPr="000B60F7">
              <w:rPr>
                <w:rFonts w:cs="Times New Roman"/>
                <w:sz w:val="17"/>
              </w:rPr>
              <w:t>0.1078</w:t>
            </w:r>
          </w:p>
        </w:tc>
        <w:tc>
          <w:tcPr>
            <w:tcW w:w="1255" w:type="dxa"/>
            <w:tcMar>
              <w:top w:w="65" w:type="dxa"/>
              <w:left w:w="75" w:type="dxa"/>
              <w:bottom w:w="65" w:type="dxa"/>
              <w:right w:w="75" w:type="dxa"/>
            </w:tcMar>
            <w:vAlign w:val="center"/>
          </w:tcPr>
          <w:p w14:paraId="50DFE94C" w14:textId="77777777" w:rsidR="00A83192" w:rsidRPr="000B60F7" w:rsidRDefault="00000000">
            <w:pPr>
              <w:spacing w:after="0" w:line="240" w:lineRule="auto"/>
              <w:jc w:val="center"/>
              <w:rPr>
                <w:rFonts w:cs="Times New Roman"/>
              </w:rPr>
            </w:pPr>
            <w:r w:rsidRPr="000B60F7">
              <w:rPr>
                <w:rFonts w:cs="Times New Roman"/>
                <w:sz w:val="17"/>
              </w:rPr>
              <w:t>0.1438</w:t>
            </w:r>
          </w:p>
        </w:tc>
      </w:tr>
      <w:tr w:rsidR="00A83192" w:rsidRPr="000B60F7" w14:paraId="09B0571F" w14:textId="77777777">
        <w:trPr>
          <w:cantSplit/>
          <w:jc w:val="center"/>
        </w:trPr>
        <w:tc>
          <w:tcPr>
            <w:tcW w:w="2650" w:type="dxa"/>
            <w:tcMar>
              <w:top w:w="65" w:type="dxa"/>
              <w:left w:w="75" w:type="dxa"/>
              <w:bottom w:w="65" w:type="dxa"/>
              <w:right w:w="75" w:type="dxa"/>
            </w:tcMar>
            <w:vAlign w:val="center"/>
          </w:tcPr>
          <w:p w14:paraId="3507924E" w14:textId="77777777" w:rsidR="00A83192" w:rsidRPr="000B60F7" w:rsidRDefault="00000000">
            <w:pPr>
              <w:spacing w:after="0" w:line="240" w:lineRule="auto"/>
              <w:rPr>
                <w:rFonts w:cs="Times New Roman"/>
              </w:rPr>
            </w:pPr>
            <w:r w:rsidRPr="000B60F7">
              <w:rPr>
                <w:rFonts w:cs="Times New Roman"/>
                <w:sz w:val="17"/>
              </w:rPr>
              <w:t>744, pooled recent years</w:t>
            </w:r>
          </w:p>
        </w:tc>
        <w:tc>
          <w:tcPr>
            <w:tcW w:w="1100" w:type="dxa"/>
            <w:tcMar>
              <w:top w:w="65" w:type="dxa"/>
              <w:left w:w="75" w:type="dxa"/>
              <w:bottom w:w="65" w:type="dxa"/>
              <w:right w:w="75" w:type="dxa"/>
            </w:tcMar>
            <w:vAlign w:val="center"/>
          </w:tcPr>
          <w:p w14:paraId="7E849BAA" w14:textId="77777777" w:rsidR="00A83192" w:rsidRPr="000B60F7" w:rsidRDefault="00000000">
            <w:pPr>
              <w:spacing w:after="0" w:line="240" w:lineRule="auto"/>
              <w:rPr>
                <w:rFonts w:cs="Times New Roman"/>
              </w:rPr>
            </w:pPr>
            <w:r w:rsidRPr="000B60F7">
              <w:rPr>
                <w:rFonts w:cs="Times New Roman"/>
              </w:rPr>
              <w:t>13–24</w:t>
            </w:r>
          </w:p>
        </w:tc>
        <w:tc>
          <w:tcPr>
            <w:tcW w:w="3100" w:type="dxa"/>
            <w:tcMar>
              <w:top w:w="65" w:type="dxa"/>
              <w:left w:w="75" w:type="dxa"/>
              <w:bottom w:w="65" w:type="dxa"/>
              <w:right w:w="75" w:type="dxa"/>
            </w:tcMar>
            <w:vAlign w:val="center"/>
          </w:tcPr>
          <w:p w14:paraId="4054C716" w14:textId="77777777" w:rsidR="00A83192" w:rsidRPr="000B60F7" w:rsidRDefault="00000000">
            <w:pPr>
              <w:spacing w:after="0" w:line="240" w:lineRule="auto"/>
              <w:jc w:val="center"/>
              <w:rPr>
                <w:rFonts w:cs="Times New Roman"/>
              </w:rPr>
            </w:pPr>
            <w:r w:rsidRPr="000B60F7">
              <w:rPr>
                <w:rFonts w:cs="Times New Roman"/>
                <w:sz w:val="17"/>
              </w:rPr>
              <w:t>1.000 [0.807, 1.240]</w:t>
            </w:r>
          </w:p>
        </w:tc>
        <w:tc>
          <w:tcPr>
            <w:tcW w:w="1255" w:type="dxa"/>
            <w:tcMar>
              <w:top w:w="65" w:type="dxa"/>
              <w:left w:w="75" w:type="dxa"/>
              <w:bottom w:w="65" w:type="dxa"/>
              <w:right w:w="75" w:type="dxa"/>
            </w:tcMar>
            <w:vAlign w:val="center"/>
          </w:tcPr>
          <w:p w14:paraId="0F667A6D" w14:textId="77777777" w:rsidR="00A83192" w:rsidRPr="000B60F7" w:rsidRDefault="00000000">
            <w:pPr>
              <w:spacing w:after="0" w:line="240" w:lineRule="auto"/>
              <w:jc w:val="center"/>
              <w:rPr>
                <w:rFonts w:cs="Times New Roman"/>
              </w:rPr>
            </w:pPr>
            <w:r w:rsidRPr="000B60F7">
              <w:rPr>
                <w:rFonts w:cs="Times New Roman"/>
                <w:sz w:val="17"/>
              </w:rPr>
              <w:t>0.9974</w:t>
            </w:r>
          </w:p>
        </w:tc>
        <w:tc>
          <w:tcPr>
            <w:tcW w:w="1255" w:type="dxa"/>
            <w:tcMar>
              <w:top w:w="65" w:type="dxa"/>
              <w:left w:w="75" w:type="dxa"/>
              <w:bottom w:w="65" w:type="dxa"/>
              <w:right w:w="75" w:type="dxa"/>
            </w:tcMar>
            <w:vAlign w:val="center"/>
          </w:tcPr>
          <w:p w14:paraId="69735C7F" w14:textId="77777777" w:rsidR="00A83192" w:rsidRPr="000B60F7" w:rsidRDefault="00000000">
            <w:pPr>
              <w:spacing w:after="0" w:line="240" w:lineRule="auto"/>
              <w:jc w:val="center"/>
              <w:rPr>
                <w:rFonts w:cs="Times New Roman"/>
              </w:rPr>
            </w:pPr>
            <w:r w:rsidRPr="000B60F7">
              <w:rPr>
                <w:rFonts w:cs="Times New Roman"/>
                <w:sz w:val="17"/>
              </w:rPr>
              <w:t>0.9974</w:t>
            </w:r>
          </w:p>
        </w:tc>
      </w:tr>
      <w:tr w:rsidR="00A83192" w:rsidRPr="000B60F7" w14:paraId="402B5881" w14:textId="77777777">
        <w:trPr>
          <w:cantSplit/>
          <w:jc w:val="center"/>
        </w:trPr>
        <w:tc>
          <w:tcPr>
            <w:tcW w:w="2650" w:type="dxa"/>
            <w:tcMar>
              <w:top w:w="65" w:type="dxa"/>
              <w:left w:w="75" w:type="dxa"/>
              <w:bottom w:w="65" w:type="dxa"/>
              <w:right w:w="75" w:type="dxa"/>
            </w:tcMar>
            <w:vAlign w:val="center"/>
          </w:tcPr>
          <w:p w14:paraId="4D0AF1B7" w14:textId="77777777" w:rsidR="00A83192" w:rsidRPr="000B60F7" w:rsidRDefault="00000000">
            <w:pPr>
              <w:spacing w:after="0" w:line="240" w:lineRule="auto"/>
              <w:rPr>
                <w:rFonts w:cs="Times New Roman"/>
              </w:rPr>
            </w:pPr>
            <w:r w:rsidRPr="000B60F7">
              <w:rPr>
                <w:rFonts w:cs="Times New Roman"/>
                <w:sz w:val="17"/>
              </w:rPr>
              <w:t>744, pooled recent years</w:t>
            </w:r>
          </w:p>
        </w:tc>
        <w:tc>
          <w:tcPr>
            <w:tcW w:w="1100" w:type="dxa"/>
            <w:tcMar>
              <w:top w:w="65" w:type="dxa"/>
              <w:left w:w="75" w:type="dxa"/>
              <w:bottom w:w="65" w:type="dxa"/>
              <w:right w:w="75" w:type="dxa"/>
            </w:tcMar>
            <w:vAlign w:val="center"/>
          </w:tcPr>
          <w:p w14:paraId="37E7CED3" w14:textId="77777777" w:rsidR="00A83192" w:rsidRPr="000B60F7" w:rsidRDefault="00000000">
            <w:pPr>
              <w:spacing w:after="0" w:line="240" w:lineRule="auto"/>
              <w:rPr>
                <w:rFonts w:cs="Times New Roman"/>
              </w:rPr>
            </w:pPr>
            <w:r w:rsidRPr="000B60F7">
              <w:rPr>
                <w:rFonts w:cs="Times New Roman"/>
              </w:rPr>
              <w:t>25–36</w:t>
            </w:r>
          </w:p>
        </w:tc>
        <w:tc>
          <w:tcPr>
            <w:tcW w:w="3100" w:type="dxa"/>
            <w:tcMar>
              <w:top w:w="65" w:type="dxa"/>
              <w:left w:w="75" w:type="dxa"/>
              <w:bottom w:w="65" w:type="dxa"/>
              <w:right w:w="75" w:type="dxa"/>
            </w:tcMar>
            <w:vAlign w:val="center"/>
          </w:tcPr>
          <w:p w14:paraId="52F64A38" w14:textId="77777777" w:rsidR="00A83192" w:rsidRPr="000B60F7" w:rsidRDefault="00000000">
            <w:pPr>
              <w:spacing w:after="0" w:line="240" w:lineRule="auto"/>
              <w:jc w:val="center"/>
              <w:rPr>
                <w:rFonts w:cs="Times New Roman"/>
              </w:rPr>
            </w:pPr>
            <w:r w:rsidRPr="000B60F7">
              <w:rPr>
                <w:rFonts w:cs="Times New Roman"/>
                <w:sz w:val="17"/>
              </w:rPr>
              <w:t>1.549 [1.209, 1.985]</w:t>
            </w:r>
          </w:p>
        </w:tc>
        <w:tc>
          <w:tcPr>
            <w:tcW w:w="1255" w:type="dxa"/>
            <w:tcMar>
              <w:top w:w="65" w:type="dxa"/>
              <w:left w:w="75" w:type="dxa"/>
              <w:bottom w:w="65" w:type="dxa"/>
              <w:right w:w="75" w:type="dxa"/>
            </w:tcMar>
            <w:vAlign w:val="center"/>
          </w:tcPr>
          <w:p w14:paraId="4D8A30D1" w14:textId="77777777" w:rsidR="00A83192" w:rsidRPr="000B60F7" w:rsidRDefault="00000000">
            <w:pPr>
              <w:spacing w:after="0" w:line="240" w:lineRule="auto"/>
              <w:jc w:val="center"/>
              <w:rPr>
                <w:rFonts w:cs="Times New Roman"/>
              </w:rPr>
            </w:pPr>
            <w:r w:rsidRPr="000B60F7">
              <w:rPr>
                <w:rFonts w:cs="Times New Roman"/>
                <w:sz w:val="17"/>
              </w:rPr>
              <w:t>0.000561</w:t>
            </w:r>
          </w:p>
        </w:tc>
        <w:tc>
          <w:tcPr>
            <w:tcW w:w="1255" w:type="dxa"/>
            <w:tcMar>
              <w:top w:w="65" w:type="dxa"/>
              <w:left w:w="75" w:type="dxa"/>
              <w:bottom w:w="65" w:type="dxa"/>
              <w:right w:w="75" w:type="dxa"/>
            </w:tcMar>
            <w:vAlign w:val="center"/>
          </w:tcPr>
          <w:p w14:paraId="497FA009" w14:textId="77777777" w:rsidR="00A83192" w:rsidRPr="000B60F7" w:rsidRDefault="00000000">
            <w:pPr>
              <w:spacing w:after="0" w:line="240" w:lineRule="auto"/>
              <w:jc w:val="center"/>
              <w:rPr>
                <w:rFonts w:cs="Times New Roman"/>
              </w:rPr>
            </w:pPr>
            <w:r w:rsidRPr="000B60F7">
              <w:rPr>
                <w:rFonts w:cs="Times New Roman"/>
                <w:sz w:val="17"/>
              </w:rPr>
              <w:t>0.0011</w:t>
            </w:r>
          </w:p>
        </w:tc>
      </w:tr>
      <w:tr w:rsidR="00A83192" w:rsidRPr="000B60F7" w14:paraId="3EF6F11A" w14:textId="77777777">
        <w:trPr>
          <w:cantSplit/>
          <w:jc w:val="center"/>
        </w:trPr>
        <w:tc>
          <w:tcPr>
            <w:tcW w:w="2650" w:type="dxa"/>
            <w:tcMar>
              <w:top w:w="65" w:type="dxa"/>
              <w:left w:w="75" w:type="dxa"/>
              <w:bottom w:w="65" w:type="dxa"/>
              <w:right w:w="75" w:type="dxa"/>
            </w:tcMar>
            <w:vAlign w:val="center"/>
          </w:tcPr>
          <w:p w14:paraId="59EF2188" w14:textId="77777777" w:rsidR="00A83192" w:rsidRPr="000B60F7" w:rsidRDefault="00000000">
            <w:pPr>
              <w:spacing w:after="0" w:line="240" w:lineRule="auto"/>
              <w:rPr>
                <w:rFonts w:cs="Times New Roman"/>
              </w:rPr>
            </w:pPr>
            <w:r w:rsidRPr="000B60F7">
              <w:rPr>
                <w:rFonts w:cs="Times New Roman"/>
                <w:sz w:val="17"/>
              </w:rPr>
              <w:t>744, pooled recent years</w:t>
            </w:r>
          </w:p>
        </w:tc>
        <w:tc>
          <w:tcPr>
            <w:tcW w:w="1100" w:type="dxa"/>
            <w:tcMar>
              <w:top w:w="65" w:type="dxa"/>
              <w:left w:w="75" w:type="dxa"/>
              <w:bottom w:w="65" w:type="dxa"/>
              <w:right w:w="75" w:type="dxa"/>
            </w:tcMar>
            <w:vAlign w:val="center"/>
          </w:tcPr>
          <w:p w14:paraId="45E641FC" w14:textId="77777777" w:rsidR="00A83192" w:rsidRPr="000B60F7" w:rsidRDefault="00000000">
            <w:pPr>
              <w:spacing w:after="0" w:line="240" w:lineRule="auto"/>
              <w:rPr>
                <w:rFonts w:cs="Times New Roman"/>
              </w:rPr>
            </w:pPr>
            <w:r w:rsidRPr="000B60F7">
              <w:rPr>
                <w:rFonts w:cs="Times New Roman"/>
              </w:rPr>
              <w:t>37–60</w:t>
            </w:r>
          </w:p>
        </w:tc>
        <w:tc>
          <w:tcPr>
            <w:tcW w:w="3100" w:type="dxa"/>
            <w:tcMar>
              <w:top w:w="65" w:type="dxa"/>
              <w:left w:w="75" w:type="dxa"/>
              <w:bottom w:w="65" w:type="dxa"/>
              <w:right w:w="75" w:type="dxa"/>
            </w:tcMar>
            <w:vAlign w:val="center"/>
          </w:tcPr>
          <w:p w14:paraId="2D7E49BF" w14:textId="77777777" w:rsidR="00A83192" w:rsidRPr="000B60F7" w:rsidRDefault="00000000">
            <w:pPr>
              <w:spacing w:after="0" w:line="240" w:lineRule="auto"/>
              <w:jc w:val="center"/>
              <w:rPr>
                <w:rFonts w:cs="Times New Roman"/>
              </w:rPr>
            </w:pPr>
            <w:r w:rsidRPr="000B60F7">
              <w:rPr>
                <w:rFonts w:cs="Times New Roman"/>
                <w:sz w:val="17"/>
              </w:rPr>
              <w:t>1.888 [1.337, 2.666]</w:t>
            </w:r>
          </w:p>
        </w:tc>
        <w:tc>
          <w:tcPr>
            <w:tcW w:w="1255" w:type="dxa"/>
            <w:tcMar>
              <w:top w:w="65" w:type="dxa"/>
              <w:left w:w="75" w:type="dxa"/>
              <w:bottom w:w="65" w:type="dxa"/>
              <w:right w:w="75" w:type="dxa"/>
            </w:tcMar>
            <w:vAlign w:val="center"/>
          </w:tcPr>
          <w:p w14:paraId="60DFFF20" w14:textId="77777777" w:rsidR="00A83192" w:rsidRPr="000B60F7" w:rsidRDefault="00000000">
            <w:pPr>
              <w:spacing w:after="0" w:line="240" w:lineRule="auto"/>
              <w:jc w:val="center"/>
              <w:rPr>
                <w:rFonts w:cs="Times New Roman"/>
              </w:rPr>
            </w:pPr>
            <w:r w:rsidRPr="000B60F7">
              <w:rPr>
                <w:rFonts w:cs="Times New Roman"/>
                <w:sz w:val="17"/>
              </w:rPr>
              <w:t>0.000323</w:t>
            </w:r>
          </w:p>
        </w:tc>
        <w:tc>
          <w:tcPr>
            <w:tcW w:w="1255" w:type="dxa"/>
            <w:tcMar>
              <w:top w:w="65" w:type="dxa"/>
              <w:left w:w="75" w:type="dxa"/>
              <w:bottom w:w="65" w:type="dxa"/>
              <w:right w:w="75" w:type="dxa"/>
            </w:tcMar>
            <w:vAlign w:val="center"/>
          </w:tcPr>
          <w:p w14:paraId="0C4B4732" w14:textId="77777777" w:rsidR="00A83192" w:rsidRPr="000B60F7" w:rsidRDefault="00000000">
            <w:pPr>
              <w:spacing w:after="0" w:line="240" w:lineRule="auto"/>
              <w:jc w:val="center"/>
              <w:rPr>
                <w:rFonts w:cs="Times New Roman"/>
              </w:rPr>
            </w:pPr>
            <w:r w:rsidRPr="000B60F7">
              <w:rPr>
                <w:rFonts w:cs="Times New Roman"/>
                <w:sz w:val="17"/>
              </w:rPr>
              <w:t>0.0011</w:t>
            </w:r>
          </w:p>
        </w:tc>
      </w:tr>
      <w:tr w:rsidR="00A83192" w:rsidRPr="000B60F7" w14:paraId="427F1021" w14:textId="77777777">
        <w:trPr>
          <w:cantSplit/>
          <w:jc w:val="center"/>
        </w:trPr>
        <w:tc>
          <w:tcPr>
            <w:tcW w:w="2650" w:type="dxa"/>
            <w:tcMar>
              <w:top w:w="65" w:type="dxa"/>
              <w:left w:w="75" w:type="dxa"/>
              <w:bottom w:w="65" w:type="dxa"/>
              <w:right w:w="75" w:type="dxa"/>
            </w:tcMar>
            <w:vAlign w:val="center"/>
          </w:tcPr>
          <w:p w14:paraId="228C452B" w14:textId="77777777" w:rsidR="00A83192" w:rsidRPr="000B60F7" w:rsidRDefault="00000000">
            <w:pPr>
              <w:spacing w:after="0" w:line="240" w:lineRule="auto"/>
              <w:rPr>
                <w:rFonts w:cs="Times New Roman"/>
              </w:rPr>
            </w:pPr>
            <w:r w:rsidRPr="000B60F7">
              <w:rPr>
                <w:rFonts w:cs="Times New Roman"/>
                <w:sz w:val="17"/>
              </w:rPr>
              <w:t>742, separate years</w:t>
            </w:r>
          </w:p>
        </w:tc>
        <w:tc>
          <w:tcPr>
            <w:tcW w:w="1100" w:type="dxa"/>
            <w:tcMar>
              <w:top w:w="65" w:type="dxa"/>
              <w:left w:w="75" w:type="dxa"/>
              <w:bottom w:w="65" w:type="dxa"/>
              <w:right w:w="75" w:type="dxa"/>
            </w:tcMar>
            <w:vAlign w:val="center"/>
          </w:tcPr>
          <w:p w14:paraId="7A464A79" w14:textId="77777777" w:rsidR="00A83192" w:rsidRPr="000B60F7" w:rsidRDefault="00000000">
            <w:pPr>
              <w:spacing w:after="0" w:line="240" w:lineRule="auto"/>
              <w:rPr>
                <w:rFonts w:cs="Times New Roman"/>
              </w:rPr>
            </w:pPr>
            <w:r w:rsidRPr="000B60F7">
              <w:rPr>
                <w:rFonts w:cs="Times New Roman"/>
              </w:rPr>
              <w:t>1–12</w:t>
            </w:r>
          </w:p>
        </w:tc>
        <w:tc>
          <w:tcPr>
            <w:tcW w:w="3100" w:type="dxa"/>
            <w:tcMar>
              <w:top w:w="65" w:type="dxa"/>
              <w:left w:w="75" w:type="dxa"/>
              <w:bottom w:w="65" w:type="dxa"/>
              <w:right w:w="75" w:type="dxa"/>
            </w:tcMar>
            <w:vAlign w:val="center"/>
          </w:tcPr>
          <w:p w14:paraId="75A40B93" w14:textId="77777777" w:rsidR="00A83192" w:rsidRPr="000B60F7" w:rsidRDefault="00000000">
            <w:pPr>
              <w:spacing w:after="0" w:line="240" w:lineRule="auto"/>
              <w:jc w:val="center"/>
              <w:rPr>
                <w:rFonts w:cs="Times New Roman"/>
              </w:rPr>
            </w:pPr>
            <w:r w:rsidRPr="000B60F7">
              <w:rPr>
                <w:rFonts w:cs="Times New Roman"/>
                <w:sz w:val="17"/>
              </w:rPr>
              <w:t>0.815 [0.636, 1.046]</w:t>
            </w:r>
          </w:p>
        </w:tc>
        <w:tc>
          <w:tcPr>
            <w:tcW w:w="1255" w:type="dxa"/>
            <w:tcMar>
              <w:top w:w="65" w:type="dxa"/>
              <w:left w:w="75" w:type="dxa"/>
              <w:bottom w:w="65" w:type="dxa"/>
              <w:right w:w="75" w:type="dxa"/>
            </w:tcMar>
            <w:vAlign w:val="center"/>
          </w:tcPr>
          <w:p w14:paraId="315CFDEA" w14:textId="77777777" w:rsidR="00A83192" w:rsidRPr="000B60F7" w:rsidRDefault="00000000">
            <w:pPr>
              <w:spacing w:after="0" w:line="240" w:lineRule="auto"/>
              <w:jc w:val="center"/>
              <w:rPr>
                <w:rFonts w:cs="Times New Roman"/>
              </w:rPr>
            </w:pPr>
            <w:r w:rsidRPr="000B60F7">
              <w:rPr>
                <w:rFonts w:cs="Times New Roman"/>
                <w:sz w:val="17"/>
              </w:rPr>
              <w:t>0.1080</w:t>
            </w:r>
          </w:p>
        </w:tc>
        <w:tc>
          <w:tcPr>
            <w:tcW w:w="1255" w:type="dxa"/>
            <w:tcMar>
              <w:top w:w="65" w:type="dxa"/>
              <w:left w:w="75" w:type="dxa"/>
              <w:bottom w:w="65" w:type="dxa"/>
              <w:right w:w="75" w:type="dxa"/>
            </w:tcMar>
            <w:vAlign w:val="center"/>
          </w:tcPr>
          <w:p w14:paraId="5785C90E" w14:textId="77777777" w:rsidR="00A83192" w:rsidRPr="000B60F7" w:rsidRDefault="00000000">
            <w:pPr>
              <w:spacing w:after="0" w:line="240" w:lineRule="auto"/>
              <w:jc w:val="center"/>
              <w:rPr>
                <w:rFonts w:cs="Times New Roman"/>
              </w:rPr>
            </w:pPr>
            <w:r w:rsidRPr="000B60F7">
              <w:rPr>
                <w:rFonts w:cs="Times New Roman"/>
                <w:sz w:val="17"/>
              </w:rPr>
              <w:t>0.1440</w:t>
            </w:r>
          </w:p>
        </w:tc>
      </w:tr>
      <w:tr w:rsidR="00A83192" w:rsidRPr="000B60F7" w14:paraId="48FF0005" w14:textId="77777777">
        <w:trPr>
          <w:cantSplit/>
          <w:jc w:val="center"/>
        </w:trPr>
        <w:tc>
          <w:tcPr>
            <w:tcW w:w="2650" w:type="dxa"/>
            <w:tcMar>
              <w:top w:w="65" w:type="dxa"/>
              <w:left w:w="75" w:type="dxa"/>
              <w:bottom w:w="65" w:type="dxa"/>
              <w:right w:w="75" w:type="dxa"/>
            </w:tcMar>
            <w:vAlign w:val="center"/>
          </w:tcPr>
          <w:p w14:paraId="1F9A8700" w14:textId="77777777" w:rsidR="00A83192" w:rsidRPr="000B60F7" w:rsidRDefault="00000000">
            <w:pPr>
              <w:spacing w:after="0" w:line="240" w:lineRule="auto"/>
              <w:rPr>
                <w:rFonts w:cs="Times New Roman"/>
              </w:rPr>
            </w:pPr>
            <w:r w:rsidRPr="000B60F7">
              <w:rPr>
                <w:rFonts w:cs="Times New Roman"/>
                <w:sz w:val="17"/>
              </w:rPr>
              <w:t>742, separate years</w:t>
            </w:r>
          </w:p>
        </w:tc>
        <w:tc>
          <w:tcPr>
            <w:tcW w:w="1100" w:type="dxa"/>
            <w:tcMar>
              <w:top w:w="65" w:type="dxa"/>
              <w:left w:w="75" w:type="dxa"/>
              <w:bottom w:w="65" w:type="dxa"/>
              <w:right w:w="75" w:type="dxa"/>
            </w:tcMar>
            <w:vAlign w:val="center"/>
          </w:tcPr>
          <w:p w14:paraId="0639C9A5" w14:textId="77777777" w:rsidR="00A83192" w:rsidRPr="000B60F7" w:rsidRDefault="00000000">
            <w:pPr>
              <w:spacing w:after="0" w:line="240" w:lineRule="auto"/>
              <w:rPr>
                <w:rFonts w:cs="Times New Roman"/>
              </w:rPr>
            </w:pPr>
            <w:r w:rsidRPr="000B60F7">
              <w:rPr>
                <w:rFonts w:cs="Times New Roman"/>
              </w:rPr>
              <w:t>13–24</w:t>
            </w:r>
          </w:p>
        </w:tc>
        <w:tc>
          <w:tcPr>
            <w:tcW w:w="3100" w:type="dxa"/>
            <w:tcMar>
              <w:top w:w="65" w:type="dxa"/>
              <w:left w:w="75" w:type="dxa"/>
              <w:bottom w:w="65" w:type="dxa"/>
              <w:right w:w="75" w:type="dxa"/>
            </w:tcMar>
            <w:vAlign w:val="center"/>
          </w:tcPr>
          <w:p w14:paraId="71F96CB8" w14:textId="77777777" w:rsidR="00A83192" w:rsidRPr="000B60F7" w:rsidRDefault="00000000">
            <w:pPr>
              <w:spacing w:after="0" w:line="240" w:lineRule="auto"/>
              <w:jc w:val="center"/>
              <w:rPr>
                <w:rFonts w:cs="Times New Roman"/>
              </w:rPr>
            </w:pPr>
            <w:r w:rsidRPr="000B60F7">
              <w:rPr>
                <w:rFonts w:cs="Times New Roman"/>
                <w:sz w:val="17"/>
              </w:rPr>
              <w:t>1.000 [0.807, 1.240]</w:t>
            </w:r>
          </w:p>
        </w:tc>
        <w:tc>
          <w:tcPr>
            <w:tcW w:w="1255" w:type="dxa"/>
            <w:tcMar>
              <w:top w:w="65" w:type="dxa"/>
              <w:left w:w="75" w:type="dxa"/>
              <w:bottom w:w="65" w:type="dxa"/>
              <w:right w:w="75" w:type="dxa"/>
            </w:tcMar>
            <w:vAlign w:val="center"/>
          </w:tcPr>
          <w:p w14:paraId="08CCCE60" w14:textId="77777777" w:rsidR="00A83192" w:rsidRPr="000B60F7" w:rsidRDefault="00000000">
            <w:pPr>
              <w:spacing w:after="0" w:line="240" w:lineRule="auto"/>
              <w:jc w:val="center"/>
              <w:rPr>
                <w:rFonts w:cs="Times New Roman"/>
              </w:rPr>
            </w:pPr>
            <w:r w:rsidRPr="000B60F7">
              <w:rPr>
                <w:rFonts w:cs="Times New Roman"/>
                <w:sz w:val="17"/>
              </w:rPr>
              <w:t>0.9980</w:t>
            </w:r>
          </w:p>
        </w:tc>
        <w:tc>
          <w:tcPr>
            <w:tcW w:w="1255" w:type="dxa"/>
            <w:tcMar>
              <w:top w:w="65" w:type="dxa"/>
              <w:left w:w="75" w:type="dxa"/>
              <w:bottom w:w="65" w:type="dxa"/>
              <w:right w:w="75" w:type="dxa"/>
            </w:tcMar>
            <w:vAlign w:val="center"/>
          </w:tcPr>
          <w:p w14:paraId="3415F259" w14:textId="77777777" w:rsidR="00A83192" w:rsidRPr="000B60F7" w:rsidRDefault="00000000">
            <w:pPr>
              <w:spacing w:after="0" w:line="240" w:lineRule="auto"/>
              <w:jc w:val="center"/>
              <w:rPr>
                <w:rFonts w:cs="Times New Roman"/>
              </w:rPr>
            </w:pPr>
            <w:r w:rsidRPr="000B60F7">
              <w:rPr>
                <w:rFonts w:cs="Times New Roman"/>
                <w:sz w:val="17"/>
              </w:rPr>
              <w:t>0.9980</w:t>
            </w:r>
          </w:p>
        </w:tc>
      </w:tr>
      <w:tr w:rsidR="00A83192" w:rsidRPr="000B60F7" w14:paraId="6F9260A2" w14:textId="77777777">
        <w:trPr>
          <w:cantSplit/>
          <w:jc w:val="center"/>
        </w:trPr>
        <w:tc>
          <w:tcPr>
            <w:tcW w:w="2650" w:type="dxa"/>
            <w:tcMar>
              <w:top w:w="65" w:type="dxa"/>
              <w:left w:w="75" w:type="dxa"/>
              <w:bottom w:w="65" w:type="dxa"/>
              <w:right w:w="75" w:type="dxa"/>
            </w:tcMar>
            <w:vAlign w:val="center"/>
          </w:tcPr>
          <w:p w14:paraId="79B0A8CA" w14:textId="77777777" w:rsidR="00A83192" w:rsidRPr="000B60F7" w:rsidRDefault="00000000">
            <w:pPr>
              <w:spacing w:after="0" w:line="240" w:lineRule="auto"/>
              <w:rPr>
                <w:rFonts w:cs="Times New Roman"/>
              </w:rPr>
            </w:pPr>
            <w:r w:rsidRPr="000B60F7">
              <w:rPr>
                <w:rFonts w:cs="Times New Roman"/>
                <w:sz w:val="17"/>
              </w:rPr>
              <w:t>742, separate years</w:t>
            </w:r>
          </w:p>
        </w:tc>
        <w:tc>
          <w:tcPr>
            <w:tcW w:w="1100" w:type="dxa"/>
            <w:tcMar>
              <w:top w:w="65" w:type="dxa"/>
              <w:left w:w="75" w:type="dxa"/>
              <w:bottom w:w="65" w:type="dxa"/>
              <w:right w:w="75" w:type="dxa"/>
            </w:tcMar>
            <w:vAlign w:val="center"/>
          </w:tcPr>
          <w:p w14:paraId="09483995" w14:textId="77777777" w:rsidR="00A83192" w:rsidRPr="000B60F7" w:rsidRDefault="00000000">
            <w:pPr>
              <w:spacing w:after="0" w:line="240" w:lineRule="auto"/>
              <w:rPr>
                <w:rFonts w:cs="Times New Roman"/>
              </w:rPr>
            </w:pPr>
            <w:r w:rsidRPr="000B60F7">
              <w:rPr>
                <w:rFonts w:cs="Times New Roman"/>
              </w:rPr>
              <w:t>25–36</w:t>
            </w:r>
          </w:p>
        </w:tc>
        <w:tc>
          <w:tcPr>
            <w:tcW w:w="3100" w:type="dxa"/>
            <w:tcMar>
              <w:top w:w="65" w:type="dxa"/>
              <w:left w:w="75" w:type="dxa"/>
              <w:bottom w:w="65" w:type="dxa"/>
              <w:right w:w="75" w:type="dxa"/>
            </w:tcMar>
            <w:vAlign w:val="center"/>
          </w:tcPr>
          <w:p w14:paraId="32D5C7B2" w14:textId="77777777" w:rsidR="00A83192" w:rsidRPr="000B60F7" w:rsidRDefault="00000000">
            <w:pPr>
              <w:spacing w:after="0" w:line="240" w:lineRule="auto"/>
              <w:jc w:val="center"/>
              <w:rPr>
                <w:rFonts w:cs="Times New Roman"/>
              </w:rPr>
            </w:pPr>
            <w:r w:rsidRPr="000B60F7">
              <w:rPr>
                <w:rFonts w:cs="Times New Roman"/>
                <w:sz w:val="17"/>
              </w:rPr>
              <w:t>1.549 [1.209, 1.985]</w:t>
            </w:r>
          </w:p>
        </w:tc>
        <w:tc>
          <w:tcPr>
            <w:tcW w:w="1255" w:type="dxa"/>
            <w:tcMar>
              <w:top w:w="65" w:type="dxa"/>
              <w:left w:w="75" w:type="dxa"/>
              <w:bottom w:w="65" w:type="dxa"/>
              <w:right w:w="75" w:type="dxa"/>
            </w:tcMar>
            <w:vAlign w:val="center"/>
          </w:tcPr>
          <w:p w14:paraId="4E5AC4D7" w14:textId="77777777" w:rsidR="00A83192" w:rsidRPr="000B60F7" w:rsidRDefault="00000000">
            <w:pPr>
              <w:spacing w:after="0" w:line="240" w:lineRule="auto"/>
              <w:jc w:val="center"/>
              <w:rPr>
                <w:rFonts w:cs="Times New Roman"/>
              </w:rPr>
            </w:pPr>
            <w:r w:rsidRPr="000B60F7">
              <w:rPr>
                <w:rFonts w:cs="Times New Roman"/>
                <w:sz w:val="17"/>
              </w:rPr>
              <w:t>0.000562</w:t>
            </w:r>
          </w:p>
        </w:tc>
        <w:tc>
          <w:tcPr>
            <w:tcW w:w="1255" w:type="dxa"/>
            <w:tcMar>
              <w:top w:w="65" w:type="dxa"/>
              <w:left w:w="75" w:type="dxa"/>
              <w:bottom w:w="65" w:type="dxa"/>
              <w:right w:w="75" w:type="dxa"/>
            </w:tcMar>
            <w:vAlign w:val="center"/>
          </w:tcPr>
          <w:p w14:paraId="0B3E4965" w14:textId="77777777" w:rsidR="00A83192" w:rsidRPr="000B60F7" w:rsidRDefault="00000000">
            <w:pPr>
              <w:spacing w:after="0" w:line="240" w:lineRule="auto"/>
              <w:jc w:val="center"/>
              <w:rPr>
                <w:rFonts w:cs="Times New Roman"/>
              </w:rPr>
            </w:pPr>
            <w:r w:rsidRPr="000B60F7">
              <w:rPr>
                <w:rFonts w:cs="Times New Roman"/>
                <w:sz w:val="17"/>
              </w:rPr>
              <w:t>0.0011</w:t>
            </w:r>
          </w:p>
        </w:tc>
      </w:tr>
      <w:tr w:rsidR="00A83192" w:rsidRPr="000B60F7" w14:paraId="3C166209" w14:textId="77777777">
        <w:trPr>
          <w:cantSplit/>
          <w:jc w:val="center"/>
        </w:trPr>
        <w:tc>
          <w:tcPr>
            <w:tcW w:w="2650" w:type="dxa"/>
            <w:tcMar>
              <w:top w:w="65" w:type="dxa"/>
              <w:left w:w="75" w:type="dxa"/>
              <w:bottom w:w="65" w:type="dxa"/>
              <w:right w:w="75" w:type="dxa"/>
            </w:tcMar>
            <w:vAlign w:val="center"/>
          </w:tcPr>
          <w:p w14:paraId="5D9228DA" w14:textId="77777777" w:rsidR="00A83192" w:rsidRPr="000B60F7" w:rsidRDefault="00000000">
            <w:pPr>
              <w:spacing w:after="0" w:line="240" w:lineRule="auto"/>
              <w:rPr>
                <w:rFonts w:cs="Times New Roman"/>
              </w:rPr>
            </w:pPr>
            <w:r w:rsidRPr="000B60F7">
              <w:rPr>
                <w:rFonts w:cs="Times New Roman"/>
                <w:sz w:val="17"/>
              </w:rPr>
              <w:t>742, separate years</w:t>
            </w:r>
          </w:p>
        </w:tc>
        <w:tc>
          <w:tcPr>
            <w:tcW w:w="1100" w:type="dxa"/>
            <w:tcMar>
              <w:top w:w="65" w:type="dxa"/>
              <w:left w:w="75" w:type="dxa"/>
              <w:bottom w:w="65" w:type="dxa"/>
              <w:right w:w="75" w:type="dxa"/>
            </w:tcMar>
            <w:vAlign w:val="center"/>
          </w:tcPr>
          <w:p w14:paraId="4B3612BB" w14:textId="77777777" w:rsidR="00A83192" w:rsidRPr="000B60F7" w:rsidRDefault="00000000">
            <w:pPr>
              <w:spacing w:after="0" w:line="240" w:lineRule="auto"/>
              <w:rPr>
                <w:rFonts w:cs="Times New Roman"/>
              </w:rPr>
            </w:pPr>
            <w:r w:rsidRPr="000B60F7">
              <w:rPr>
                <w:rFonts w:cs="Times New Roman"/>
              </w:rPr>
              <w:t>37–60</w:t>
            </w:r>
          </w:p>
        </w:tc>
        <w:tc>
          <w:tcPr>
            <w:tcW w:w="3100" w:type="dxa"/>
            <w:tcMar>
              <w:top w:w="65" w:type="dxa"/>
              <w:left w:w="75" w:type="dxa"/>
              <w:bottom w:w="65" w:type="dxa"/>
              <w:right w:w="75" w:type="dxa"/>
            </w:tcMar>
            <w:vAlign w:val="center"/>
          </w:tcPr>
          <w:p w14:paraId="74795A1C" w14:textId="77777777" w:rsidR="00A83192" w:rsidRPr="000B60F7" w:rsidRDefault="00000000">
            <w:pPr>
              <w:spacing w:after="0" w:line="240" w:lineRule="auto"/>
              <w:jc w:val="center"/>
              <w:rPr>
                <w:rFonts w:cs="Times New Roman"/>
              </w:rPr>
            </w:pPr>
            <w:r w:rsidRPr="000B60F7">
              <w:rPr>
                <w:rFonts w:cs="Times New Roman"/>
                <w:sz w:val="17"/>
              </w:rPr>
              <w:t>1.888 [1.337, 2.666]</w:t>
            </w:r>
          </w:p>
        </w:tc>
        <w:tc>
          <w:tcPr>
            <w:tcW w:w="1255" w:type="dxa"/>
            <w:tcMar>
              <w:top w:w="65" w:type="dxa"/>
              <w:left w:w="75" w:type="dxa"/>
              <w:bottom w:w="65" w:type="dxa"/>
              <w:right w:w="75" w:type="dxa"/>
            </w:tcMar>
            <w:vAlign w:val="center"/>
          </w:tcPr>
          <w:p w14:paraId="6E82DDA1" w14:textId="77777777" w:rsidR="00A83192" w:rsidRPr="000B60F7" w:rsidRDefault="00000000">
            <w:pPr>
              <w:spacing w:after="0" w:line="240" w:lineRule="auto"/>
              <w:jc w:val="center"/>
              <w:rPr>
                <w:rFonts w:cs="Times New Roman"/>
              </w:rPr>
            </w:pPr>
            <w:r w:rsidRPr="000B60F7">
              <w:rPr>
                <w:rFonts w:cs="Times New Roman"/>
                <w:sz w:val="17"/>
              </w:rPr>
              <w:t>0.000324</w:t>
            </w:r>
          </w:p>
        </w:tc>
        <w:tc>
          <w:tcPr>
            <w:tcW w:w="1255" w:type="dxa"/>
            <w:tcMar>
              <w:top w:w="65" w:type="dxa"/>
              <w:left w:w="75" w:type="dxa"/>
              <w:bottom w:w="65" w:type="dxa"/>
              <w:right w:w="75" w:type="dxa"/>
            </w:tcMar>
            <w:vAlign w:val="center"/>
          </w:tcPr>
          <w:p w14:paraId="2D7D5443" w14:textId="77777777" w:rsidR="00A83192" w:rsidRPr="000B60F7" w:rsidRDefault="00000000">
            <w:pPr>
              <w:spacing w:after="0" w:line="240" w:lineRule="auto"/>
              <w:jc w:val="center"/>
              <w:rPr>
                <w:rFonts w:cs="Times New Roman"/>
              </w:rPr>
            </w:pPr>
            <w:r w:rsidRPr="000B60F7">
              <w:rPr>
                <w:rFonts w:cs="Times New Roman"/>
                <w:sz w:val="17"/>
              </w:rPr>
              <w:t>0.0011</w:t>
            </w:r>
          </w:p>
        </w:tc>
      </w:tr>
      <w:tr w:rsidR="00A83192" w:rsidRPr="000B60F7" w14:paraId="19EBE805" w14:textId="77777777">
        <w:trPr>
          <w:cantSplit/>
          <w:jc w:val="center"/>
        </w:trPr>
        <w:tc>
          <w:tcPr>
            <w:tcW w:w="2650" w:type="dxa"/>
            <w:tcMar>
              <w:top w:w="65" w:type="dxa"/>
              <w:left w:w="75" w:type="dxa"/>
              <w:bottom w:w="65" w:type="dxa"/>
              <w:right w:w="75" w:type="dxa"/>
            </w:tcMar>
            <w:vAlign w:val="center"/>
          </w:tcPr>
          <w:p w14:paraId="41BBC8FD" w14:textId="77777777" w:rsidR="00A83192" w:rsidRPr="000B60F7" w:rsidRDefault="00000000">
            <w:pPr>
              <w:spacing w:after="0" w:line="240" w:lineRule="auto"/>
              <w:rPr>
                <w:rFonts w:cs="Times New Roman"/>
              </w:rPr>
            </w:pPr>
            <w:r w:rsidRPr="000B60F7">
              <w:rPr>
                <w:rFonts w:cs="Times New Roman"/>
                <w:sz w:val="17"/>
              </w:rPr>
              <w:t>744 venture clusters</w:t>
            </w:r>
          </w:p>
        </w:tc>
        <w:tc>
          <w:tcPr>
            <w:tcW w:w="1100" w:type="dxa"/>
            <w:tcMar>
              <w:top w:w="65" w:type="dxa"/>
              <w:left w:w="75" w:type="dxa"/>
              <w:bottom w:w="65" w:type="dxa"/>
              <w:right w:w="75" w:type="dxa"/>
            </w:tcMar>
            <w:vAlign w:val="center"/>
          </w:tcPr>
          <w:p w14:paraId="5C1A63F5" w14:textId="77777777" w:rsidR="00A83192" w:rsidRPr="000B60F7" w:rsidRDefault="00000000">
            <w:pPr>
              <w:spacing w:after="0" w:line="240" w:lineRule="auto"/>
              <w:rPr>
                <w:rFonts w:cs="Times New Roman"/>
              </w:rPr>
            </w:pPr>
            <w:r w:rsidRPr="000B60F7">
              <w:rPr>
                <w:rFonts w:cs="Times New Roman"/>
              </w:rPr>
              <w:t>1–12</w:t>
            </w:r>
          </w:p>
        </w:tc>
        <w:tc>
          <w:tcPr>
            <w:tcW w:w="3100" w:type="dxa"/>
            <w:tcMar>
              <w:top w:w="65" w:type="dxa"/>
              <w:left w:w="75" w:type="dxa"/>
              <w:bottom w:w="65" w:type="dxa"/>
              <w:right w:w="75" w:type="dxa"/>
            </w:tcMar>
            <w:vAlign w:val="center"/>
          </w:tcPr>
          <w:p w14:paraId="7B7983DE" w14:textId="77777777" w:rsidR="00A83192" w:rsidRPr="000B60F7" w:rsidRDefault="00000000">
            <w:pPr>
              <w:spacing w:after="0" w:line="240" w:lineRule="auto"/>
              <w:jc w:val="center"/>
              <w:rPr>
                <w:rFonts w:cs="Times New Roman"/>
              </w:rPr>
            </w:pPr>
            <w:r w:rsidRPr="000B60F7">
              <w:rPr>
                <w:rFonts w:cs="Times New Roman"/>
                <w:sz w:val="17"/>
              </w:rPr>
              <w:t>0.815 [0.639, 1.040]</w:t>
            </w:r>
          </w:p>
        </w:tc>
        <w:tc>
          <w:tcPr>
            <w:tcW w:w="1255" w:type="dxa"/>
            <w:tcMar>
              <w:top w:w="65" w:type="dxa"/>
              <w:left w:w="75" w:type="dxa"/>
              <w:bottom w:w="65" w:type="dxa"/>
              <w:right w:w="75" w:type="dxa"/>
            </w:tcMar>
            <w:vAlign w:val="center"/>
          </w:tcPr>
          <w:p w14:paraId="7FC4E1FE" w14:textId="77777777" w:rsidR="00A83192" w:rsidRPr="000B60F7" w:rsidRDefault="00000000">
            <w:pPr>
              <w:spacing w:after="0" w:line="240" w:lineRule="auto"/>
              <w:jc w:val="center"/>
              <w:rPr>
                <w:rFonts w:cs="Times New Roman"/>
              </w:rPr>
            </w:pPr>
            <w:r w:rsidRPr="000B60F7">
              <w:rPr>
                <w:rFonts w:cs="Times New Roman"/>
                <w:sz w:val="17"/>
              </w:rPr>
              <w:t>0.0994</w:t>
            </w:r>
          </w:p>
        </w:tc>
        <w:tc>
          <w:tcPr>
            <w:tcW w:w="1255" w:type="dxa"/>
            <w:tcMar>
              <w:top w:w="65" w:type="dxa"/>
              <w:left w:w="75" w:type="dxa"/>
              <w:bottom w:w="65" w:type="dxa"/>
              <w:right w:w="75" w:type="dxa"/>
            </w:tcMar>
            <w:vAlign w:val="center"/>
          </w:tcPr>
          <w:p w14:paraId="3F1EC156" w14:textId="77777777" w:rsidR="00A83192" w:rsidRPr="000B60F7" w:rsidRDefault="00000000">
            <w:pPr>
              <w:spacing w:after="0" w:line="240" w:lineRule="auto"/>
              <w:jc w:val="center"/>
              <w:rPr>
                <w:rFonts w:cs="Times New Roman"/>
              </w:rPr>
            </w:pPr>
            <w:r w:rsidRPr="000B60F7">
              <w:rPr>
                <w:rFonts w:cs="Times New Roman"/>
                <w:sz w:val="17"/>
              </w:rPr>
              <w:t>0.1325</w:t>
            </w:r>
          </w:p>
        </w:tc>
      </w:tr>
      <w:tr w:rsidR="00A83192" w:rsidRPr="000B60F7" w14:paraId="4B090106" w14:textId="77777777">
        <w:trPr>
          <w:cantSplit/>
          <w:jc w:val="center"/>
        </w:trPr>
        <w:tc>
          <w:tcPr>
            <w:tcW w:w="2650" w:type="dxa"/>
            <w:tcMar>
              <w:top w:w="65" w:type="dxa"/>
              <w:left w:w="75" w:type="dxa"/>
              <w:bottom w:w="65" w:type="dxa"/>
              <w:right w:w="75" w:type="dxa"/>
            </w:tcMar>
            <w:vAlign w:val="center"/>
          </w:tcPr>
          <w:p w14:paraId="0A30D140" w14:textId="77777777" w:rsidR="00A83192" w:rsidRPr="000B60F7" w:rsidRDefault="00000000">
            <w:pPr>
              <w:spacing w:after="0" w:line="240" w:lineRule="auto"/>
              <w:rPr>
                <w:rFonts w:cs="Times New Roman"/>
              </w:rPr>
            </w:pPr>
            <w:r w:rsidRPr="000B60F7">
              <w:rPr>
                <w:rFonts w:cs="Times New Roman"/>
                <w:sz w:val="17"/>
              </w:rPr>
              <w:lastRenderedPageBreak/>
              <w:t>744 venture clusters</w:t>
            </w:r>
          </w:p>
        </w:tc>
        <w:tc>
          <w:tcPr>
            <w:tcW w:w="1100" w:type="dxa"/>
            <w:tcMar>
              <w:top w:w="65" w:type="dxa"/>
              <w:left w:w="75" w:type="dxa"/>
              <w:bottom w:w="65" w:type="dxa"/>
              <w:right w:w="75" w:type="dxa"/>
            </w:tcMar>
            <w:vAlign w:val="center"/>
          </w:tcPr>
          <w:p w14:paraId="0DD83807" w14:textId="77777777" w:rsidR="00A83192" w:rsidRPr="000B60F7" w:rsidRDefault="00000000">
            <w:pPr>
              <w:spacing w:after="0" w:line="240" w:lineRule="auto"/>
              <w:rPr>
                <w:rFonts w:cs="Times New Roman"/>
              </w:rPr>
            </w:pPr>
            <w:r w:rsidRPr="000B60F7">
              <w:rPr>
                <w:rFonts w:cs="Times New Roman"/>
              </w:rPr>
              <w:t>13–24</w:t>
            </w:r>
          </w:p>
        </w:tc>
        <w:tc>
          <w:tcPr>
            <w:tcW w:w="3100" w:type="dxa"/>
            <w:tcMar>
              <w:top w:w="65" w:type="dxa"/>
              <w:left w:w="75" w:type="dxa"/>
              <w:bottom w:w="65" w:type="dxa"/>
              <w:right w:w="75" w:type="dxa"/>
            </w:tcMar>
            <w:vAlign w:val="center"/>
          </w:tcPr>
          <w:p w14:paraId="3AEA2BBA" w14:textId="77777777" w:rsidR="00A83192" w:rsidRPr="000B60F7" w:rsidRDefault="00000000">
            <w:pPr>
              <w:spacing w:after="0" w:line="240" w:lineRule="auto"/>
              <w:jc w:val="center"/>
              <w:rPr>
                <w:rFonts w:cs="Times New Roman"/>
              </w:rPr>
            </w:pPr>
            <w:r w:rsidRPr="000B60F7">
              <w:rPr>
                <w:rFonts w:cs="Times New Roman"/>
                <w:sz w:val="17"/>
              </w:rPr>
              <w:t>1.000 [0.800, 1.252]</w:t>
            </w:r>
          </w:p>
        </w:tc>
        <w:tc>
          <w:tcPr>
            <w:tcW w:w="1255" w:type="dxa"/>
            <w:tcMar>
              <w:top w:w="65" w:type="dxa"/>
              <w:left w:w="75" w:type="dxa"/>
              <w:bottom w:w="65" w:type="dxa"/>
              <w:right w:w="75" w:type="dxa"/>
            </w:tcMar>
            <w:vAlign w:val="center"/>
          </w:tcPr>
          <w:p w14:paraId="449C477A" w14:textId="77777777" w:rsidR="00A83192" w:rsidRPr="000B60F7" w:rsidRDefault="00000000">
            <w:pPr>
              <w:spacing w:after="0" w:line="240" w:lineRule="auto"/>
              <w:jc w:val="center"/>
              <w:rPr>
                <w:rFonts w:cs="Times New Roman"/>
              </w:rPr>
            </w:pPr>
            <w:r w:rsidRPr="000B60F7">
              <w:rPr>
                <w:rFonts w:cs="Times New Roman"/>
                <w:sz w:val="17"/>
              </w:rPr>
              <w:t>0.9975</w:t>
            </w:r>
          </w:p>
        </w:tc>
        <w:tc>
          <w:tcPr>
            <w:tcW w:w="1255" w:type="dxa"/>
            <w:tcMar>
              <w:top w:w="65" w:type="dxa"/>
              <w:left w:w="75" w:type="dxa"/>
              <w:bottom w:w="65" w:type="dxa"/>
              <w:right w:w="75" w:type="dxa"/>
            </w:tcMar>
            <w:vAlign w:val="center"/>
          </w:tcPr>
          <w:p w14:paraId="3A6EE30B" w14:textId="77777777" w:rsidR="00A83192" w:rsidRPr="000B60F7" w:rsidRDefault="00000000">
            <w:pPr>
              <w:spacing w:after="0" w:line="240" w:lineRule="auto"/>
              <w:jc w:val="center"/>
              <w:rPr>
                <w:rFonts w:cs="Times New Roman"/>
              </w:rPr>
            </w:pPr>
            <w:r w:rsidRPr="000B60F7">
              <w:rPr>
                <w:rFonts w:cs="Times New Roman"/>
                <w:sz w:val="17"/>
              </w:rPr>
              <w:t>0.9975</w:t>
            </w:r>
          </w:p>
        </w:tc>
      </w:tr>
      <w:tr w:rsidR="00A83192" w:rsidRPr="000B60F7" w14:paraId="70751826" w14:textId="77777777">
        <w:trPr>
          <w:cantSplit/>
          <w:jc w:val="center"/>
        </w:trPr>
        <w:tc>
          <w:tcPr>
            <w:tcW w:w="2650" w:type="dxa"/>
            <w:tcMar>
              <w:top w:w="65" w:type="dxa"/>
              <w:left w:w="75" w:type="dxa"/>
              <w:bottom w:w="65" w:type="dxa"/>
              <w:right w:w="75" w:type="dxa"/>
            </w:tcMar>
            <w:vAlign w:val="center"/>
          </w:tcPr>
          <w:p w14:paraId="33792FD4" w14:textId="77777777" w:rsidR="00A83192" w:rsidRPr="000B60F7" w:rsidRDefault="00000000">
            <w:pPr>
              <w:spacing w:after="0" w:line="240" w:lineRule="auto"/>
              <w:rPr>
                <w:rFonts w:cs="Times New Roman"/>
              </w:rPr>
            </w:pPr>
            <w:r w:rsidRPr="000B60F7">
              <w:rPr>
                <w:rFonts w:cs="Times New Roman"/>
                <w:sz w:val="17"/>
              </w:rPr>
              <w:t>744 venture clusters</w:t>
            </w:r>
          </w:p>
        </w:tc>
        <w:tc>
          <w:tcPr>
            <w:tcW w:w="1100" w:type="dxa"/>
            <w:tcMar>
              <w:top w:w="65" w:type="dxa"/>
              <w:left w:w="75" w:type="dxa"/>
              <w:bottom w:w="65" w:type="dxa"/>
              <w:right w:w="75" w:type="dxa"/>
            </w:tcMar>
            <w:vAlign w:val="center"/>
          </w:tcPr>
          <w:p w14:paraId="4B2C9A07" w14:textId="77777777" w:rsidR="00A83192" w:rsidRPr="000B60F7" w:rsidRDefault="00000000">
            <w:pPr>
              <w:spacing w:after="0" w:line="240" w:lineRule="auto"/>
              <w:rPr>
                <w:rFonts w:cs="Times New Roman"/>
              </w:rPr>
            </w:pPr>
            <w:r w:rsidRPr="000B60F7">
              <w:rPr>
                <w:rFonts w:cs="Times New Roman"/>
              </w:rPr>
              <w:t>25–36</w:t>
            </w:r>
          </w:p>
        </w:tc>
        <w:tc>
          <w:tcPr>
            <w:tcW w:w="3100" w:type="dxa"/>
            <w:tcMar>
              <w:top w:w="65" w:type="dxa"/>
              <w:left w:w="75" w:type="dxa"/>
              <w:bottom w:w="65" w:type="dxa"/>
              <w:right w:w="75" w:type="dxa"/>
            </w:tcMar>
            <w:vAlign w:val="center"/>
          </w:tcPr>
          <w:p w14:paraId="091DD95C" w14:textId="77777777" w:rsidR="00A83192" w:rsidRPr="000B60F7" w:rsidRDefault="00000000">
            <w:pPr>
              <w:spacing w:after="0" w:line="240" w:lineRule="auto"/>
              <w:jc w:val="center"/>
              <w:rPr>
                <w:rFonts w:cs="Times New Roman"/>
              </w:rPr>
            </w:pPr>
            <w:r w:rsidRPr="000B60F7">
              <w:rPr>
                <w:rFonts w:cs="Times New Roman"/>
                <w:sz w:val="17"/>
              </w:rPr>
              <w:t>1.549 [1.233, 1.947]</w:t>
            </w:r>
          </w:p>
        </w:tc>
        <w:tc>
          <w:tcPr>
            <w:tcW w:w="1255" w:type="dxa"/>
            <w:tcMar>
              <w:top w:w="65" w:type="dxa"/>
              <w:left w:w="75" w:type="dxa"/>
              <w:bottom w:w="65" w:type="dxa"/>
              <w:right w:w="75" w:type="dxa"/>
            </w:tcMar>
            <w:vAlign w:val="center"/>
          </w:tcPr>
          <w:p w14:paraId="59285797" w14:textId="77777777" w:rsidR="00A83192" w:rsidRPr="000B60F7" w:rsidRDefault="00000000">
            <w:pPr>
              <w:spacing w:after="0" w:line="240" w:lineRule="auto"/>
              <w:jc w:val="center"/>
              <w:rPr>
                <w:rFonts w:cs="Times New Roman"/>
              </w:rPr>
            </w:pPr>
            <w:r w:rsidRPr="000B60F7">
              <w:rPr>
                <w:rFonts w:cs="Times New Roman"/>
                <w:sz w:val="17"/>
              </w:rPr>
              <w:t>0.000184</w:t>
            </w:r>
          </w:p>
        </w:tc>
        <w:tc>
          <w:tcPr>
            <w:tcW w:w="1255" w:type="dxa"/>
            <w:tcMar>
              <w:top w:w="65" w:type="dxa"/>
              <w:left w:w="75" w:type="dxa"/>
              <w:bottom w:w="65" w:type="dxa"/>
              <w:right w:w="75" w:type="dxa"/>
            </w:tcMar>
            <w:vAlign w:val="center"/>
          </w:tcPr>
          <w:p w14:paraId="7BB52C65" w14:textId="77777777" w:rsidR="00A83192" w:rsidRPr="000B60F7" w:rsidRDefault="00000000">
            <w:pPr>
              <w:spacing w:after="0" w:line="240" w:lineRule="auto"/>
              <w:jc w:val="center"/>
              <w:rPr>
                <w:rFonts w:cs="Times New Roman"/>
              </w:rPr>
            </w:pPr>
            <w:r w:rsidRPr="000B60F7">
              <w:rPr>
                <w:rFonts w:cs="Times New Roman"/>
                <w:sz w:val="17"/>
              </w:rPr>
              <w:t>0.000736</w:t>
            </w:r>
          </w:p>
        </w:tc>
      </w:tr>
      <w:tr w:rsidR="00A83192" w:rsidRPr="000B60F7" w14:paraId="6311B485" w14:textId="77777777">
        <w:trPr>
          <w:cantSplit/>
          <w:jc w:val="center"/>
        </w:trPr>
        <w:tc>
          <w:tcPr>
            <w:tcW w:w="2650" w:type="dxa"/>
            <w:tcMar>
              <w:top w:w="65" w:type="dxa"/>
              <w:left w:w="75" w:type="dxa"/>
              <w:bottom w:w="65" w:type="dxa"/>
              <w:right w:w="75" w:type="dxa"/>
            </w:tcMar>
            <w:vAlign w:val="center"/>
          </w:tcPr>
          <w:p w14:paraId="572C5494" w14:textId="77777777" w:rsidR="00A83192" w:rsidRPr="000B60F7" w:rsidRDefault="00000000">
            <w:pPr>
              <w:spacing w:after="0" w:line="240" w:lineRule="auto"/>
              <w:rPr>
                <w:rFonts w:cs="Times New Roman"/>
              </w:rPr>
            </w:pPr>
            <w:r w:rsidRPr="000B60F7">
              <w:rPr>
                <w:rFonts w:cs="Times New Roman"/>
                <w:sz w:val="17"/>
              </w:rPr>
              <w:t>744 venture clusters</w:t>
            </w:r>
          </w:p>
        </w:tc>
        <w:tc>
          <w:tcPr>
            <w:tcW w:w="1100" w:type="dxa"/>
            <w:tcMar>
              <w:top w:w="65" w:type="dxa"/>
              <w:left w:w="75" w:type="dxa"/>
              <w:bottom w:w="65" w:type="dxa"/>
              <w:right w:w="75" w:type="dxa"/>
            </w:tcMar>
            <w:vAlign w:val="center"/>
          </w:tcPr>
          <w:p w14:paraId="5AB58576" w14:textId="77777777" w:rsidR="00A83192" w:rsidRPr="000B60F7" w:rsidRDefault="00000000">
            <w:pPr>
              <w:spacing w:after="0" w:line="240" w:lineRule="auto"/>
              <w:rPr>
                <w:rFonts w:cs="Times New Roman"/>
              </w:rPr>
            </w:pPr>
            <w:r w:rsidRPr="000B60F7">
              <w:rPr>
                <w:rFonts w:cs="Times New Roman"/>
              </w:rPr>
              <w:t>37–60</w:t>
            </w:r>
          </w:p>
        </w:tc>
        <w:tc>
          <w:tcPr>
            <w:tcW w:w="3100" w:type="dxa"/>
            <w:tcMar>
              <w:top w:w="65" w:type="dxa"/>
              <w:left w:w="75" w:type="dxa"/>
              <w:bottom w:w="65" w:type="dxa"/>
              <w:right w:w="75" w:type="dxa"/>
            </w:tcMar>
            <w:vAlign w:val="center"/>
          </w:tcPr>
          <w:p w14:paraId="00CDD597" w14:textId="77777777" w:rsidR="00A83192" w:rsidRPr="000B60F7" w:rsidRDefault="00000000">
            <w:pPr>
              <w:spacing w:after="0" w:line="240" w:lineRule="auto"/>
              <w:jc w:val="center"/>
              <w:rPr>
                <w:rFonts w:cs="Times New Roman"/>
              </w:rPr>
            </w:pPr>
            <w:r w:rsidRPr="000B60F7">
              <w:rPr>
                <w:rFonts w:cs="Times New Roman"/>
                <w:sz w:val="17"/>
              </w:rPr>
              <w:t>1.888 [1.323, 2.696]</w:t>
            </w:r>
          </w:p>
        </w:tc>
        <w:tc>
          <w:tcPr>
            <w:tcW w:w="1255" w:type="dxa"/>
            <w:tcMar>
              <w:top w:w="65" w:type="dxa"/>
              <w:left w:w="75" w:type="dxa"/>
              <w:bottom w:w="65" w:type="dxa"/>
              <w:right w:w="75" w:type="dxa"/>
            </w:tcMar>
            <w:vAlign w:val="center"/>
          </w:tcPr>
          <w:p w14:paraId="7387AD89" w14:textId="77777777" w:rsidR="00A83192" w:rsidRPr="000B60F7" w:rsidRDefault="00000000">
            <w:pPr>
              <w:spacing w:after="0" w:line="240" w:lineRule="auto"/>
              <w:jc w:val="center"/>
              <w:rPr>
                <w:rFonts w:cs="Times New Roman"/>
              </w:rPr>
            </w:pPr>
            <w:r w:rsidRPr="000B60F7">
              <w:rPr>
                <w:rFonts w:cs="Times New Roman"/>
                <w:sz w:val="17"/>
              </w:rPr>
              <w:t>0.000482</w:t>
            </w:r>
          </w:p>
        </w:tc>
        <w:tc>
          <w:tcPr>
            <w:tcW w:w="1255" w:type="dxa"/>
            <w:tcMar>
              <w:top w:w="65" w:type="dxa"/>
              <w:left w:w="75" w:type="dxa"/>
              <w:bottom w:w="65" w:type="dxa"/>
              <w:right w:w="75" w:type="dxa"/>
            </w:tcMar>
            <w:vAlign w:val="center"/>
          </w:tcPr>
          <w:p w14:paraId="37195D01" w14:textId="77777777" w:rsidR="00A83192" w:rsidRPr="000B60F7" w:rsidRDefault="00000000">
            <w:pPr>
              <w:spacing w:after="0" w:line="240" w:lineRule="auto"/>
              <w:jc w:val="center"/>
              <w:rPr>
                <w:rFonts w:cs="Times New Roman"/>
              </w:rPr>
            </w:pPr>
            <w:r w:rsidRPr="000B60F7">
              <w:rPr>
                <w:rFonts w:cs="Times New Roman"/>
                <w:sz w:val="17"/>
              </w:rPr>
              <w:t>0.000964</w:t>
            </w:r>
          </w:p>
        </w:tc>
      </w:tr>
    </w:tbl>
    <w:p w14:paraId="39474542" w14:textId="77777777" w:rsidR="00A83192" w:rsidRPr="000B60F7" w:rsidRDefault="00000000">
      <w:pPr>
        <w:rPr>
          <w:rFonts w:cs="Times New Roman"/>
        </w:rPr>
      </w:pPr>
      <w:r w:rsidRPr="000B60F7">
        <w:rPr>
          <w:rFonts w:cs="Times New Roman"/>
        </w:rPr>
        <w:t>The 5% threshold applies to q(4), the four-interval adjustment within the category-history family for each specification.</w:t>
      </w:r>
    </w:p>
    <w:p w14:paraId="7E38C0E0" w14:textId="77777777" w:rsidR="00A83192" w:rsidRPr="000B60F7" w:rsidRDefault="00000000">
      <w:pPr>
        <w:pStyle w:val="1"/>
        <w:rPr>
          <w:rFonts w:ascii="Times New Roman" w:hAnsi="Times New Roman" w:cs="Times New Roman"/>
        </w:rPr>
      </w:pPr>
      <w:r w:rsidRPr="000B60F7">
        <w:rPr>
          <w:rFonts w:ascii="Times New Roman" w:hAnsi="Times New Roman" w:cs="Times New Roman"/>
        </w:rPr>
        <w:t>Documented-closure competing risks</w:t>
      </w:r>
    </w:p>
    <w:p w14:paraId="624C51A7" w14:textId="77777777" w:rsidR="00A83192" w:rsidRPr="000B60F7" w:rsidRDefault="00000000">
      <w:pPr>
        <w:rPr>
          <w:rFonts w:cs="Times New Roman"/>
        </w:rPr>
      </w:pPr>
      <w:r w:rsidRPr="000B60F7">
        <w:rPr>
          <w:rFonts w:cs="Times New Roman"/>
        </w:rPr>
        <w:t>Closure dates are drawn from company closed_on fields, not a financing-round closing date. Twenty ventures have a closure date; another 36 carry a closure/failure flag without a usable date. With the earliest permissible month/year date, seven documented closures precede the observed financing event or administrative limit. The latest permissible date yields six. Financing events before or on the same observed day as closure retain event type 1. Unknown closure dates are not manufactured.</w:t>
      </w:r>
    </w:p>
    <w:p w14:paraId="24E54C4F" w14:textId="77777777" w:rsidR="00A83192" w:rsidRPr="000B60F7" w:rsidRDefault="00000000">
      <w:pPr>
        <w:rPr>
          <w:rFonts w:cs="Times New Roman"/>
        </w:rPr>
      </w:pPr>
      <w:r w:rsidRPr="000B60F7">
        <w:rPr>
          <w:rFonts w:cs="Times New Roman"/>
        </w:rPr>
        <w:t>The Fine–Gray model uses a Breslow partial likelihood. After a competing closure, a venture remains in the subdistribution risk set with weight G(t−)/G(Tclosure−), where G is the pooled Kaplan–Meier estimate of censoring survival. Administrative censoring supplies the censoring events. Pooling these weights assumes a common censoring distribution. The flexible specification allows both histories to vary across the same four windows as the piecewise exponential model.</w:t>
      </w:r>
    </w:p>
    <w:p w14:paraId="0BAD47F9" w14:textId="77777777" w:rsidR="00A83192" w:rsidRPr="000B60F7" w:rsidRDefault="00000000">
      <w:pPr>
        <w:rPr>
          <w:rFonts w:cs="Times New Roman"/>
        </w:rPr>
      </w:pPr>
      <w:r w:rsidRPr="000B60F7">
        <w:rPr>
          <w:rFonts w:cs="Times New Roman"/>
        </w:rPr>
        <w:t>Inference uses 399 carrier-investor bootstrap replications. Each draw samples carriers with replacement, retains their associated ventures and re-estimates the censoring distribution and coefficients. Confidence intervals and tests use the bootstrap covariance with t/F reference degrees of freedom G−1. The random seed is 20260909. All reported bootstrap specifications completed 399 fits without failure. The six Other-health ventures share the Biopharma reference intercept in every Fine–Gray fit and draw to address the sparsely identified sector coefficient. The primary piecewise exponential model retains the original sector categories.</w:t>
      </w:r>
    </w:p>
    <w:p w14:paraId="11AEC3B2" w14:textId="77777777" w:rsidR="00A83192" w:rsidRPr="000B60F7" w:rsidRDefault="00000000">
      <w:pPr>
        <w:rPr>
          <w:rFonts w:cs="Times New Roman"/>
        </w:rPr>
      </w:pPr>
      <w:r w:rsidRPr="000B60F7">
        <w:rPr>
          <w:rFonts w:cs="Times New Roman"/>
        </w:rPr>
        <w:t>The proportional models bracket date precision and exclude the 36 undated failure flags in a separate analysis. The flexible latest-date-bound fit supplies a point-estimate precision check. The closure counts are small and incompletely ascertained; similar estimates cannot establish that competing mortality is generally negligible.</w:t>
      </w:r>
    </w:p>
    <w:p w14:paraId="78964BE4" w14:textId="77777777" w:rsidR="00A83192" w:rsidRPr="000B60F7" w:rsidRDefault="00000000">
      <w:pPr>
        <w:pStyle w:val="1"/>
        <w:rPr>
          <w:rFonts w:ascii="Times New Roman" w:hAnsi="Times New Roman" w:cs="Times New Roman"/>
        </w:rPr>
      </w:pPr>
      <w:r w:rsidRPr="000B60F7">
        <w:rPr>
          <w:rFonts w:ascii="Times New Roman" w:hAnsi="Times New Roman" w:cs="Times New Roman"/>
        </w:rPr>
        <w:t>External estimator comparison</w:t>
      </w:r>
    </w:p>
    <w:p w14:paraId="38EA6DED" w14:textId="77777777" w:rsidR="00A83192" w:rsidRPr="000B60F7" w:rsidRDefault="00000000">
      <w:pPr>
        <w:rPr>
          <w:rFonts w:cs="Times New Roman"/>
        </w:rPr>
      </w:pPr>
      <w:r w:rsidRPr="000B60F7">
        <w:rPr>
          <w:rFonts w:cs="Times New Roman"/>
        </w:rPr>
        <w:t>The proportional model with earliest closure-date bounds was also estimated in R 4.3.3 using cmprsk 2.2-11. The R and Python fits use the same 744 event records and 36 covariates. All coefficients agree, with a maximum absolute difference of 1.0128 × 10⁻⁸. The R fit converges at gtol = 1e−10. This comparison verifies point estimation, not agreement between the default R variance estimator and the carrier-cluster bootstrap. A separate scalar-loop calculation also checks the likelihood.</w:t>
      </w:r>
    </w:p>
    <w:p w14:paraId="1487FFEE" w14:textId="77777777" w:rsidR="00A83192" w:rsidRPr="000B60F7" w:rsidRDefault="00000000">
      <w:pPr>
        <w:pStyle w:val="1"/>
        <w:rPr>
          <w:rFonts w:ascii="Times New Roman" w:hAnsi="Times New Roman" w:cs="Times New Roman"/>
        </w:rPr>
      </w:pPr>
      <w:r w:rsidRPr="000B60F7">
        <w:rPr>
          <w:rFonts w:ascii="Times New Roman" w:hAnsi="Times New Roman" w:cs="Times New Roman"/>
        </w:rPr>
        <w:t>Table S2. Proportional Fine–Gray sensitivities</w:t>
      </w:r>
    </w:p>
    <w:tbl>
      <w:tblPr>
        <w:tblW w:w="9360"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90" w:type="dxa"/>
          <w:left w:w="120" w:type="dxa"/>
          <w:bottom w:w="90" w:type="dxa"/>
          <w:right w:w="120" w:type="dxa"/>
        </w:tblCellMar>
        <w:tblLook w:val="04A0" w:firstRow="1" w:lastRow="0" w:firstColumn="1" w:lastColumn="0" w:noHBand="0" w:noVBand="1"/>
      </w:tblPr>
      <w:tblGrid>
        <w:gridCol w:w="2700"/>
        <w:gridCol w:w="600"/>
        <w:gridCol w:w="1100"/>
        <w:gridCol w:w="3300"/>
        <w:gridCol w:w="1660"/>
      </w:tblGrid>
      <w:tr w:rsidR="00A83192" w:rsidRPr="000B60F7" w14:paraId="62273837" w14:textId="77777777">
        <w:trPr>
          <w:cantSplit/>
          <w:tblHeader/>
          <w:jc w:val="center"/>
        </w:trPr>
        <w:tc>
          <w:tcPr>
            <w:tcW w:w="2700" w:type="dxa"/>
            <w:shd w:val="clear" w:color="auto" w:fill="EDEDED"/>
            <w:tcMar>
              <w:top w:w="65" w:type="dxa"/>
              <w:left w:w="75" w:type="dxa"/>
              <w:bottom w:w="65" w:type="dxa"/>
              <w:right w:w="75" w:type="dxa"/>
            </w:tcMar>
            <w:vAlign w:val="center"/>
          </w:tcPr>
          <w:p w14:paraId="40721757" w14:textId="77777777" w:rsidR="00A83192" w:rsidRPr="000B60F7" w:rsidRDefault="00000000">
            <w:pPr>
              <w:spacing w:after="0" w:line="240" w:lineRule="auto"/>
              <w:rPr>
                <w:rFonts w:cs="Times New Roman"/>
              </w:rPr>
            </w:pPr>
            <w:r w:rsidRPr="000B60F7">
              <w:rPr>
                <w:rFonts w:cs="Times New Roman"/>
                <w:b/>
                <w:sz w:val="17"/>
              </w:rPr>
              <w:t>Closure/date rule</w:t>
            </w:r>
          </w:p>
        </w:tc>
        <w:tc>
          <w:tcPr>
            <w:tcW w:w="600" w:type="dxa"/>
            <w:shd w:val="clear" w:color="auto" w:fill="EDEDED"/>
            <w:tcMar>
              <w:top w:w="65" w:type="dxa"/>
              <w:left w:w="75" w:type="dxa"/>
              <w:bottom w:w="65" w:type="dxa"/>
              <w:right w:w="75" w:type="dxa"/>
            </w:tcMar>
            <w:vAlign w:val="center"/>
          </w:tcPr>
          <w:p w14:paraId="73F64230" w14:textId="77777777" w:rsidR="00A83192" w:rsidRPr="000B60F7" w:rsidRDefault="00000000">
            <w:pPr>
              <w:spacing w:after="0" w:line="240" w:lineRule="auto"/>
              <w:jc w:val="center"/>
              <w:rPr>
                <w:rFonts w:cs="Times New Roman"/>
              </w:rPr>
            </w:pPr>
            <w:r w:rsidRPr="000B60F7">
              <w:rPr>
                <w:rFonts w:cs="Times New Roman"/>
                <w:b/>
                <w:sz w:val="17"/>
              </w:rPr>
              <w:t>N</w:t>
            </w:r>
          </w:p>
        </w:tc>
        <w:tc>
          <w:tcPr>
            <w:tcW w:w="1100" w:type="dxa"/>
            <w:shd w:val="clear" w:color="auto" w:fill="EDEDED"/>
            <w:tcMar>
              <w:top w:w="65" w:type="dxa"/>
              <w:left w:w="75" w:type="dxa"/>
              <w:bottom w:w="65" w:type="dxa"/>
              <w:right w:w="75" w:type="dxa"/>
            </w:tcMar>
            <w:vAlign w:val="center"/>
          </w:tcPr>
          <w:p w14:paraId="4956269F" w14:textId="77777777" w:rsidR="00A83192" w:rsidRPr="000B60F7" w:rsidRDefault="00000000">
            <w:pPr>
              <w:spacing w:after="0" w:line="240" w:lineRule="auto"/>
              <w:jc w:val="center"/>
              <w:rPr>
                <w:rFonts w:cs="Times New Roman"/>
              </w:rPr>
            </w:pPr>
            <w:r w:rsidRPr="000B60F7">
              <w:rPr>
                <w:rFonts w:cs="Times New Roman"/>
                <w:b/>
                <w:sz w:val="17"/>
              </w:rPr>
              <w:t>Closures</w:t>
            </w:r>
          </w:p>
        </w:tc>
        <w:tc>
          <w:tcPr>
            <w:tcW w:w="3300" w:type="dxa"/>
            <w:shd w:val="clear" w:color="auto" w:fill="EDEDED"/>
            <w:tcMar>
              <w:top w:w="65" w:type="dxa"/>
              <w:left w:w="75" w:type="dxa"/>
              <w:bottom w:w="65" w:type="dxa"/>
              <w:right w:w="75" w:type="dxa"/>
            </w:tcMar>
            <w:vAlign w:val="center"/>
          </w:tcPr>
          <w:p w14:paraId="09146CEB" w14:textId="77777777" w:rsidR="00A83192" w:rsidRPr="000B60F7" w:rsidRDefault="00000000">
            <w:pPr>
              <w:spacing w:after="0" w:line="240" w:lineRule="auto"/>
              <w:jc w:val="center"/>
              <w:rPr>
                <w:rFonts w:cs="Times New Roman"/>
              </w:rPr>
            </w:pPr>
            <w:r w:rsidRPr="000B60F7">
              <w:rPr>
                <w:rFonts w:cs="Times New Roman"/>
                <w:b/>
                <w:sz w:val="17"/>
              </w:rPr>
              <w:t>Category sHR [95% CI]</w:t>
            </w:r>
          </w:p>
        </w:tc>
        <w:tc>
          <w:tcPr>
            <w:tcW w:w="1660" w:type="dxa"/>
            <w:shd w:val="clear" w:color="auto" w:fill="EDEDED"/>
            <w:tcMar>
              <w:top w:w="65" w:type="dxa"/>
              <w:left w:w="75" w:type="dxa"/>
              <w:bottom w:w="65" w:type="dxa"/>
              <w:right w:w="75" w:type="dxa"/>
            </w:tcMar>
            <w:vAlign w:val="center"/>
          </w:tcPr>
          <w:p w14:paraId="6FA32DF6" w14:textId="77777777" w:rsidR="00A83192" w:rsidRPr="000B60F7" w:rsidRDefault="00000000">
            <w:pPr>
              <w:spacing w:after="0" w:line="240" w:lineRule="auto"/>
              <w:jc w:val="center"/>
              <w:rPr>
                <w:rFonts w:cs="Times New Roman"/>
              </w:rPr>
            </w:pPr>
            <w:r w:rsidRPr="000B60F7">
              <w:rPr>
                <w:rFonts w:cs="Times New Roman"/>
                <w:b/>
                <w:sz w:val="17"/>
              </w:rPr>
              <w:t>p</w:t>
            </w:r>
          </w:p>
        </w:tc>
      </w:tr>
      <w:tr w:rsidR="00A83192" w:rsidRPr="000B60F7" w14:paraId="2C0C828D" w14:textId="77777777">
        <w:trPr>
          <w:cantSplit/>
          <w:jc w:val="center"/>
        </w:trPr>
        <w:tc>
          <w:tcPr>
            <w:tcW w:w="2700" w:type="dxa"/>
            <w:tcMar>
              <w:top w:w="65" w:type="dxa"/>
              <w:left w:w="75" w:type="dxa"/>
              <w:bottom w:w="65" w:type="dxa"/>
              <w:right w:w="75" w:type="dxa"/>
            </w:tcMar>
            <w:vAlign w:val="center"/>
          </w:tcPr>
          <w:p w14:paraId="15A48DF2" w14:textId="77777777" w:rsidR="00A83192" w:rsidRPr="000B60F7" w:rsidRDefault="00000000">
            <w:pPr>
              <w:spacing w:after="0" w:line="240" w:lineRule="auto"/>
              <w:rPr>
                <w:rFonts w:cs="Times New Roman"/>
              </w:rPr>
            </w:pPr>
            <w:r w:rsidRPr="000B60F7">
              <w:rPr>
                <w:rFonts w:cs="Times New Roman"/>
                <w:sz w:val="17"/>
              </w:rPr>
              <w:t>Documented, earliest date</w:t>
            </w:r>
          </w:p>
        </w:tc>
        <w:tc>
          <w:tcPr>
            <w:tcW w:w="600" w:type="dxa"/>
            <w:tcMar>
              <w:top w:w="65" w:type="dxa"/>
              <w:left w:w="75" w:type="dxa"/>
              <w:bottom w:w="65" w:type="dxa"/>
              <w:right w:w="75" w:type="dxa"/>
            </w:tcMar>
            <w:vAlign w:val="center"/>
          </w:tcPr>
          <w:p w14:paraId="64E628F8" w14:textId="77777777" w:rsidR="00A83192" w:rsidRPr="000B60F7" w:rsidRDefault="00000000">
            <w:pPr>
              <w:spacing w:after="0" w:line="240" w:lineRule="auto"/>
              <w:jc w:val="center"/>
              <w:rPr>
                <w:rFonts w:cs="Times New Roman"/>
              </w:rPr>
            </w:pPr>
            <w:r w:rsidRPr="000B60F7">
              <w:rPr>
                <w:rFonts w:cs="Times New Roman"/>
                <w:sz w:val="17"/>
              </w:rPr>
              <w:t>744</w:t>
            </w:r>
          </w:p>
        </w:tc>
        <w:tc>
          <w:tcPr>
            <w:tcW w:w="1100" w:type="dxa"/>
            <w:tcMar>
              <w:top w:w="65" w:type="dxa"/>
              <w:left w:w="75" w:type="dxa"/>
              <w:bottom w:w="65" w:type="dxa"/>
              <w:right w:w="75" w:type="dxa"/>
            </w:tcMar>
            <w:vAlign w:val="center"/>
          </w:tcPr>
          <w:p w14:paraId="6CBEAACD" w14:textId="77777777" w:rsidR="00A83192" w:rsidRPr="000B60F7" w:rsidRDefault="00000000">
            <w:pPr>
              <w:spacing w:after="0" w:line="240" w:lineRule="auto"/>
              <w:jc w:val="center"/>
              <w:rPr>
                <w:rFonts w:cs="Times New Roman"/>
              </w:rPr>
            </w:pPr>
            <w:r w:rsidRPr="000B60F7">
              <w:rPr>
                <w:rFonts w:cs="Times New Roman"/>
                <w:sz w:val="17"/>
              </w:rPr>
              <w:t>7</w:t>
            </w:r>
          </w:p>
        </w:tc>
        <w:tc>
          <w:tcPr>
            <w:tcW w:w="3300" w:type="dxa"/>
            <w:tcMar>
              <w:top w:w="65" w:type="dxa"/>
              <w:left w:w="75" w:type="dxa"/>
              <w:bottom w:w="65" w:type="dxa"/>
              <w:right w:w="75" w:type="dxa"/>
            </w:tcMar>
            <w:vAlign w:val="center"/>
          </w:tcPr>
          <w:p w14:paraId="69AB6C36" w14:textId="77777777" w:rsidR="00A83192" w:rsidRPr="000B60F7" w:rsidRDefault="00000000">
            <w:pPr>
              <w:spacing w:after="0" w:line="240" w:lineRule="auto"/>
              <w:jc w:val="center"/>
              <w:rPr>
                <w:rFonts w:cs="Times New Roman"/>
              </w:rPr>
            </w:pPr>
            <w:r w:rsidRPr="000B60F7">
              <w:rPr>
                <w:rFonts w:cs="Times New Roman"/>
                <w:sz w:val="17"/>
              </w:rPr>
              <w:t>1.093 [0.925, 1.293]</w:t>
            </w:r>
          </w:p>
        </w:tc>
        <w:tc>
          <w:tcPr>
            <w:tcW w:w="1660" w:type="dxa"/>
            <w:tcMar>
              <w:top w:w="65" w:type="dxa"/>
              <w:left w:w="75" w:type="dxa"/>
              <w:bottom w:w="65" w:type="dxa"/>
              <w:right w:w="75" w:type="dxa"/>
            </w:tcMar>
            <w:vAlign w:val="center"/>
          </w:tcPr>
          <w:p w14:paraId="706349A0" w14:textId="77777777" w:rsidR="00A83192" w:rsidRPr="000B60F7" w:rsidRDefault="00000000">
            <w:pPr>
              <w:spacing w:after="0" w:line="240" w:lineRule="auto"/>
              <w:jc w:val="center"/>
              <w:rPr>
                <w:rFonts w:cs="Times New Roman"/>
              </w:rPr>
            </w:pPr>
            <w:r w:rsidRPr="000B60F7">
              <w:rPr>
                <w:rFonts w:cs="Times New Roman"/>
                <w:sz w:val="17"/>
              </w:rPr>
              <w:t>0.2946</w:t>
            </w:r>
          </w:p>
        </w:tc>
      </w:tr>
      <w:tr w:rsidR="00A83192" w:rsidRPr="000B60F7" w14:paraId="7B05244E" w14:textId="77777777">
        <w:trPr>
          <w:cantSplit/>
          <w:jc w:val="center"/>
        </w:trPr>
        <w:tc>
          <w:tcPr>
            <w:tcW w:w="2700" w:type="dxa"/>
            <w:tcMar>
              <w:top w:w="65" w:type="dxa"/>
              <w:left w:w="75" w:type="dxa"/>
              <w:bottom w:w="65" w:type="dxa"/>
              <w:right w:w="75" w:type="dxa"/>
            </w:tcMar>
            <w:vAlign w:val="center"/>
          </w:tcPr>
          <w:p w14:paraId="76F925C6" w14:textId="77777777" w:rsidR="00A83192" w:rsidRPr="000B60F7" w:rsidRDefault="00000000">
            <w:pPr>
              <w:spacing w:after="0" w:line="240" w:lineRule="auto"/>
              <w:rPr>
                <w:rFonts w:cs="Times New Roman"/>
              </w:rPr>
            </w:pPr>
            <w:r w:rsidRPr="000B60F7">
              <w:rPr>
                <w:rFonts w:cs="Times New Roman"/>
                <w:sz w:val="17"/>
              </w:rPr>
              <w:t>Documented, latest date</w:t>
            </w:r>
          </w:p>
        </w:tc>
        <w:tc>
          <w:tcPr>
            <w:tcW w:w="600" w:type="dxa"/>
            <w:tcMar>
              <w:top w:w="65" w:type="dxa"/>
              <w:left w:w="75" w:type="dxa"/>
              <w:bottom w:w="65" w:type="dxa"/>
              <w:right w:w="75" w:type="dxa"/>
            </w:tcMar>
            <w:vAlign w:val="center"/>
          </w:tcPr>
          <w:p w14:paraId="4F2B12DE" w14:textId="77777777" w:rsidR="00A83192" w:rsidRPr="000B60F7" w:rsidRDefault="00000000">
            <w:pPr>
              <w:spacing w:after="0" w:line="240" w:lineRule="auto"/>
              <w:jc w:val="center"/>
              <w:rPr>
                <w:rFonts w:cs="Times New Roman"/>
              </w:rPr>
            </w:pPr>
            <w:r w:rsidRPr="000B60F7">
              <w:rPr>
                <w:rFonts w:cs="Times New Roman"/>
                <w:sz w:val="17"/>
              </w:rPr>
              <w:t>744</w:t>
            </w:r>
          </w:p>
        </w:tc>
        <w:tc>
          <w:tcPr>
            <w:tcW w:w="1100" w:type="dxa"/>
            <w:tcMar>
              <w:top w:w="65" w:type="dxa"/>
              <w:left w:w="75" w:type="dxa"/>
              <w:bottom w:w="65" w:type="dxa"/>
              <w:right w:w="75" w:type="dxa"/>
            </w:tcMar>
            <w:vAlign w:val="center"/>
          </w:tcPr>
          <w:p w14:paraId="427FA4E4" w14:textId="77777777" w:rsidR="00A83192" w:rsidRPr="000B60F7" w:rsidRDefault="00000000">
            <w:pPr>
              <w:spacing w:after="0" w:line="240" w:lineRule="auto"/>
              <w:jc w:val="center"/>
              <w:rPr>
                <w:rFonts w:cs="Times New Roman"/>
              </w:rPr>
            </w:pPr>
            <w:r w:rsidRPr="000B60F7">
              <w:rPr>
                <w:rFonts w:cs="Times New Roman"/>
                <w:sz w:val="17"/>
              </w:rPr>
              <w:t>6</w:t>
            </w:r>
          </w:p>
        </w:tc>
        <w:tc>
          <w:tcPr>
            <w:tcW w:w="3300" w:type="dxa"/>
            <w:tcMar>
              <w:top w:w="65" w:type="dxa"/>
              <w:left w:w="75" w:type="dxa"/>
              <w:bottom w:w="65" w:type="dxa"/>
              <w:right w:w="75" w:type="dxa"/>
            </w:tcMar>
            <w:vAlign w:val="center"/>
          </w:tcPr>
          <w:p w14:paraId="35E59B4A" w14:textId="77777777" w:rsidR="00A83192" w:rsidRPr="000B60F7" w:rsidRDefault="00000000">
            <w:pPr>
              <w:spacing w:after="0" w:line="240" w:lineRule="auto"/>
              <w:jc w:val="center"/>
              <w:rPr>
                <w:rFonts w:cs="Times New Roman"/>
              </w:rPr>
            </w:pPr>
            <w:r w:rsidRPr="000B60F7">
              <w:rPr>
                <w:rFonts w:cs="Times New Roman"/>
                <w:sz w:val="17"/>
              </w:rPr>
              <w:t>1.094 [0.925, 1.293]</w:t>
            </w:r>
          </w:p>
        </w:tc>
        <w:tc>
          <w:tcPr>
            <w:tcW w:w="1660" w:type="dxa"/>
            <w:tcMar>
              <w:top w:w="65" w:type="dxa"/>
              <w:left w:w="75" w:type="dxa"/>
              <w:bottom w:w="65" w:type="dxa"/>
              <w:right w:w="75" w:type="dxa"/>
            </w:tcMar>
            <w:vAlign w:val="center"/>
          </w:tcPr>
          <w:p w14:paraId="44834544" w14:textId="77777777" w:rsidR="00A83192" w:rsidRPr="000B60F7" w:rsidRDefault="00000000">
            <w:pPr>
              <w:spacing w:after="0" w:line="240" w:lineRule="auto"/>
              <w:jc w:val="center"/>
              <w:rPr>
                <w:rFonts w:cs="Times New Roman"/>
              </w:rPr>
            </w:pPr>
            <w:r w:rsidRPr="000B60F7">
              <w:rPr>
                <w:rFonts w:cs="Times New Roman"/>
                <w:sz w:val="17"/>
              </w:rPr>
              <w:t>0.2945</w:t>
            </w:r>
          </w:p>
        </w:tc>
      </w:tr>
      <w:tr w:rsidR="00A83192" w:rsidRPr="000B60F7" w14:paraId="300A3222" w14:textId="77777777">
        <w:trPr>
          <w:cantSplit/>
          <w:jc w:val="center"/>
        </w:trPr>
        <w:tc>
          <w:tcPr>
            <w:tcW w:w="2700" w:type="dxa"/>
            <w:tcMar>
              <w:top w:w="65" w:type="dxa"/>
              <w:left w:w="75" w:type="dxa"/>
              <w:bottom w:w="65" w:type="dxa"/>
              <w:right w:w="75" w:type="dxa"/>
            </w:tcMar>
            <w:vAlign w:val="center"/>
          </w:tcPr>
          <w:p w14:paraId="0F4EC60A" w14:textId="77777777" w:rsidR="00A83192" w:rsidRPr="000B60F7" w:rsidRDefault="00000000">
            <w:pPr>
              <w:spacing w:after="0" w:line="240" w:lineRule="auto"/>
              <w:rPr>
                <w:rFonts w:cs="Times New Roman"/>
              </w:rPr>
            </w:pPr>
            <w:r w:rsidRPr="000B60F7">
              <w:rPr>
                <w:rFonts w:cs="Times New Roman"/>
                <w:sz w:val="17"/>
              </w:rPr>
              <w:t>Exclude undated flags, earliest</w:t>
            </w:r>
          </w:p>
        </w:tc>
        <w:tc>
          <w:tcPr>
            <w:tcW w:w="600" w:type="dxa"/>
            <w:tcMar>
              <w:top w:w="65" w:type="dxa"/>
              <w:left w:w="75" w:type="dxa"/>
              <w:bottom w:w="65" w:type="dxa"/>
              <w:right w:w="75" w:type="dxa"/>
            </w:tcMar>
            <w:vAlign w:val="center"/>
          </w:tcPr>
          <w:p w14:paraId="5C10314B" w14:textId="77777777" w:rsidR="00A83192" w:rsidRPr="000B60F7" w:rsidRDefault="00000000">
            <w:pPr>
              <w:spacing w:after="0" w:line="240" w:lineRule="auto"/>
              <w:jc w:val="center"/>
              <w:rPr>
                <w:rFonts w:cs="Times New Roman"/>
              </w:rPr>
            </w:pPr>
            <w:r w:rsidRPr="000B60F7">
              <w:rPr>
                <w:rFonts w:cs="Times New Roman"/>
                <w:sz w:val="17"/>
              </w:rPr>
              <w:t>708</w:t>
            </w:r>
          </w:p>
        </w:tc>
        <w:tc>
          <w:tcPr>
            <w:tcW w:w="1100" w:type="dxa"/>
            <w:tcMar>
              <w:top w:w="65" w:type="dxa"/>
              <w:left w:w="75" w:type="dxa"/>
              <w:bottom w:w="65" w:type="dxa"/>
              <w:right w:w="75" w:type="dxa"/>
            </w:tcMar>
            <w:vAlign w:val="center"/>
          </w:tcPr>
          <w:p w14:paraId="743FE4E8" w14:textId="77777777" w:rsidR="00A83192" w:rsidRPr="000B60F7" w:rsidRDefault="00000000">
            <w:pPr>
              <w:spacing w:after="0" w:line="240" w:lineRule="auto"/>
              <w:jc w:val="center"/>
              <w:rPr>
                <w:rFonts w:cs="Times New Roman"/>
              </w:rPr>
            </w:pPr>
            <w:r w:rsidRPr="000B60F7">
              <w:rPr>
                <w:rFonts w:cs="Times New Roman"/>
                <w:sz w:val="17"/>
              </w:rPr>
              <w:t>7</w:t>
            </w:r>
          </w:p>
        </w:tc>
        <w:tc>
          <w:tcPr>
            <w:tcW w:w="3300" w:type="dxa"/>
            <w:tcMar>
              <w:top w:w="65" w:type="dxa"/>
              <w:left w:w="75" w:type="dxa"/>
              <w:bottom w:w="65" w:type="dxa"/>
              <w:right w:w="75" w:type="dxa"/>
            </w:tcMar>
            <w:vAlign w:val="center"/>
          </w:tcPr>
          <w:p w14:paraId="523D903E" w14:textId="77777777" w:rsidR="00A83192" w:rsidRPr="000B60F7" w:rsidRDefault="00000000">
            <w:pPr>
              <w:spacing w:after="0" w:line="240" w:lineRule="auto"/>
              <w:jc w:val="center"/>
              <w:rPr>
                <w:rFonts w:cs="Times New Roman"/>
              </w:rPr>
            </w:pPr>
            <w:r w:rsidRPr="000B60F7">
              <w:rPr>
                <w:rFonts w:cs="Times New Roman"/>
                <w:sz w:val="17"/>
              </w:rPr>
              <w:t>1.112 [0.930, 1.329]</w:t>
            </w:r>
          </w:p>
        </w:tc>
        <w:tc>
          <w:tcPr>
            <w:tcW w:w="1660" w:type="dxa"/>
            <w:tcMar>
              <w:top w:w="65" w:type="dxa"/>
              <w:left w:w="75" w:type="dxa"/>
              <w:bottom w:w="65" w:type="dxa"/>
              <w:right w:w="75" w:type="dxa"/>
            </w:tcMar>
            <w:vAlign w:val="center"/>
          </w:tcPr>
          <w:p w14:paraId="1ED36D06" w14:textId="77777777" w:rsidR="00A83192" w:rsidRPr="000B60F7" w:rsidRDefault="00000000">
            <w:pPr>
              <w:spacing w:after="0" w:line="240" w:lineRule="auto"/>
              <w:jc w:val="center"/>
              <w:rPr>
                <w:rFonts w:cs="Times New Roman"/>
              </w:rPr>
            </w:pPr>
            <w:r w:rsidRPr="000B60F7">
              <w:rPr>
                <w:rFonts w:cs="Times New Roman"/>
                <w:sz w:val="17"/>
              </w:rPr>
              <w:t>0.2438</w:t>
            </w:r>
          </w:p>
        </w:tc>
      </w:tr>
      <w:tr w:rsidR="00A83192" w:rsidRPr="000B60F7" w14:paraId="79B13991" w14:textId="77777777">
        <w:trPr>
          <w:cantSplit/>
          <w:jc w:val="center"/>
        </w:trPr>
        <w:tc>
          <w:tcPr>
            <w:tcW w:w="2700" w:type="dxa"/>
            <w:tcMar>
              <w:top w:w="65" w:type="dxa"/>
              <w:left w:w="75" w:type="dxa"/>
              <w:bottom w:w="65" w:type="dxa"/>
              <w:right w:w="75" w:type="dxa"/>
            </w:tcMar>
            <w:vAlign w:val="center"/>
          </w:tcPr>
          <w:p w14:paraId="1232099D" w14:textId="77777777" w:rsidR="00A83192" w:rsidRPr="000B60F7" w:rsidRDefault="00000000">
            <w:pPr>
              <w:spacing w:after="0" w:line="240" w:lineRule="auto"/>
              <w:rPr>
                <w:rFonts w:cs="Times New Roman"/>
              </w:rPr>
            </w:pPr>
            <w:r w:rsidRPr="000B60F7">
              <w:rPr>
                <w:rFonts w:cs="Times New Roman"/>
                <w:sz w:val="17"/>
              </w:rPr>
              <w:t>Exclude undated flags, latest</w:t>
            </w:r>
          </w:p>
        </w:tc>
        <w:tc>
          <w:tcPr>
            <w:tcW w:w="600" w:type="dxa"/>
            <w:tcMar>
              <w:top w:w="65" w:type="dxa"/>
              <w:left w:w="75" w:type="dxa"/>
              <w:bottom w:w="65" w:type="dxa"/>
              <w:right w:w="75" w:type="dxa"/>
            </w:tcMar>
            <w:vAlign w:val="center"/>
          </w:tcPr>
          <w:p w14:paraId="24A7758C" w14:textId="77777777" w:rsidR="00A83192" w:rsidRPr="000B60F7" w:rsidRDefault="00000000">
            <w:pPr>
              <w:spacing w:after="0" w:line="240" w:lineRule="auto"/>
              <w:jc w:val="center"/>
              <w:rPr>
                <w:rFonts w:cs="Times New Roman"/>
              </w:rPr>
            </w:pPr>
            <w:r w:rsidRPr="000B60F7">
              <w:rPr>
                <w:rFonts w:cs="Times New Roman"/>
                <w:sz w:val="17"/>
              </w:rPr>
              <w:t>708</w:t>
            </w:r>
          </w:p>
        </w:tc>
        <w:tc>
          <w:tcPr>
            <w:tcW w:w="1100" w:type="dxa"/>
            <w:tcMar>
              <w:top w:w="65" w:type="dxa"/>
              <w:left w:w="75" w:type="dxa"/>
              <w:bottom w:w="65" w:type="dxa"/>
              <w:right w:w="75" w:type="dxa"/>
            </w:tcMar>
            <w:vAlign w:val="center"/>
          </w:tcPr>
          <w:p w14:paraId="47554776" w14:textId="77777777" w:rsidR="00A83192" w:rsidRPr="000B60F7" w:rsidRDefault="00000000">
            <w:pPr>
              <w:spacing w:after="0" w:line="240" w:lineRule="auto"/>
              <w:jc w:val="center"/>
              <w:rPr>
                <w:rFonts w:cs="Times New Roman"/>
              </w:rPr>
            </w:pPr>
            <w:r w:rsidRPr="000B60F7">
              <w:rPr>
                <w:rFonts w:cs="Times New Roman"/>
                <w:sz w:val="17"/>
              </w:rPr>
              <w:t>6</w:t>
            </w:r>
          </w:p>
        </w:tc>
        <w:tc>
          <w:tcPr>
            <w:tcW w:w="3300" w:type="dxa"/>
            <w:tcMar>
              <w:top w:w="65" w:type="dxa"/>
              <w:left w:w="75" w:type="dxa"/>
              <w:bottom w:w="65" w:type="dxa"/>
              <w:right w:w="75" w:type="dxa"/>
            </w:tcMar>
            <w:vAlign w:val="center"/>
          </w:tcPr>
          <w:p w14:paraId="2DA35E46" w14:textId="77777777" w:rsidR="00A83192" w:rsidRPr="000B60F7" w:rsidRDefault="00000000">
            <w:pPr>
              <w:spacing w:after="0" w:line="240" w:lineRule="auto"/>
              <w:jc w:val="center"/>
              <w:rPr>
                <w:rFonts w:cs="Times New Roman"/>
              </w:rPr>
            </w:pPr>
            <w:r w:rsidRPr="000B60F7">
              <w:rPr>
                <w:rFonts w:cs="Times New Roman"/>
                <w:sz w:val="17"/>
              </w:rPr>
              <w:t>1.112 [0.930, 1.329]</w:t>
            </w:r>
          </w:p>
        </w:tc>
        <w:tc>
          <w:tcPr>
            <w:tcW w:w="1660" w:type="dxa"/>
            <w:tcMar>
              <w:top w:w="65" w:type="dxa"/>
              <w:left w:w="75" w:type="dxa"/>
              <w:bottom w:w="65" w:type="dxa"/>
              <w:right w:w="75" w:type="dxa"/>
            </w:tcMar>
            <w:vAlign w:val="center"/>
          </w:tcPr>
          <w:p w14:paraId="6F646630" w14:textId="77777777" w:rsidR="00A83192" w:rsidRPr="000B60F7" w:rsidRDefault="00000000">
            <w:pPr>
              <w:spacing w:after="0" w:line="240" w:lineRule="auto"/>
              <w:jc w:val="center"/>
              <w:rPr>
                <w:rFonts w:cs="Times New Roman"/>
              </w:rPr>
            </w:pPr>
            <w:r w:rsidRPr="000B60F7">
              <w:rPr>
                <w:rFonts w:cs="Times New Roman"/>
                <w:sz w:val="17"/>
              </w:rPr>
              <w:t>0.2438</w:t>
            </w:r>
          </w:p>
        </w:tc>
      </w:tr>
    </w:tbl>
    <w:p w14:paraId="1EFA72E1" w14:textId="77777777" w:rsidR="00A83192" w:rsidRPr="000B60F7" w:rsidRDefault="00000000">
      <w:pPr>
        <w:rPr>
          <w:rFonts w:cs="Times New Roman"/>
        </w:rPr>
      </w:pPr>
      <w:r w:rsidRPr="000B60F7">
        <w:rPr>
          <w:rFonts w:cs="Times New Roman"/>
        </w:rPr>
        <w:t>All full-cohort models contain 454 financing events; the 708-venture models contain 440. Full-cohort carrier clusters: 527; restricted-sample clusters: 508. The bootstrap used the corresponding event-type assignments under each closure-date rule.</w:t>
      </w:r>
    </w:p>
    <w:p w14:paraId="0915D751" w14:textId="77777777" w:rsidR="00A83192" w:rsidRPr="000B60F7" w:rsidRDefault="00000000">
      <w:pPr>
        <w:pStyle w:val="1"/>
        <w:rPr>
          <w:rFonts w:ascii="Times New Roman" w:hAnsi="Times New Roman" w:cs="Times New Roman"/>
        </w:rPr>
      </w:pPr>
      <w:r w:rsidRPr="000B60F7">
        <w:rPr>
          <w:rFonts w:ascii="Times New Roman" w:hAnsi="Times New Roman" w:cs="Times New Roman"/>
        </w:rPr>
        <w:br w:type="page"/>
      </w:r>
      <w:r w:rsidRPr="000B60F7">
        <w:rPr>
          <w:rFonts w:ascii="Times New Roman" w:hAnsi="Times New Roman" w:cs="Times New Roman"/>
        </w:rPr>
        <w:lastRenderedPageBreak/>
        <w:t>Table S3. Focal-capital-adjusted ancillary outcomes</w:t>
      </w:r>
    </w:p>
    <w:tbl>
      <w:tblPr>
        <w:tblW w:w="9360"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90" w:type="dxa"/>
          <w:left w:w="120" w:type="dxa"/>
          <w:bottom w:w="90" w:type="dxa"/>
          <w:right w:w="120" w:type="dxa"/>
        </w:tblCellMar>
        <w:tblLook w:val="04A0" w:firstRow="1" w:lastRow="0" w:firstColumn="1" w:lastColumn="0" w:noHBand="0" w:noVBand="1"/>
      </w:tblPr>
      <w:tblGrid>
        <w:gridCol w:w="3500"/>
        <w:gridCol w:w="3100"/>
        <w:gridCol w:w="1380"/>
        <w:gridCol w:w="1380"/>
      </w:tblGrid>
      <w:tr w:rsidR="00A83192" w:rsidRPr="000B60F7" w14:paraId="1CB80E4E" w14:textId="77777777">
        <w:trPr>
          <w:cantSplit/>
          <w:tblHeader/>
          <w:jc w:val="center"/>
        </w:trPr>
        <w:tc>
          <w:tcPr>
            <w:tcW w:w="3500" w:type="dxa"/>
            <w:shd w:val="clear" w:color="auto" w:fill="EDEDED"/>
            <w:tcMar>
              <w:top w:w="65" w:type="dxa"/>
              <w:left w:w="75" w:type="dxa"/>
              <w:bottom w:w="65" w:type="dxa"/>
              <w:right w:w="75" w:type="dxa"/>
            </w:tcMar>
            <w:vAlign w:val="center"/>
          </w:tcPr>
          <w:p w14:paraId="25F1ED08" w14:textId="77777777" w:rsidR="00A83192" w:rsidRPr="000B60F7" w:rsidRDefault="00000000">
            <w:pPr>
              <w:spacing w:after="0" w:line="240" w:lineRule="auto"/>
              <w:rPr>
                <w:rFonts w:cs="Times New Roman"/>
              </w:rPr>
            </w:pPr>
            <w:r w:rsidRPr="000B60F7">
              <w:rPr>
                <w:rFonts w:cs="Times New Roman"/>
                <w:b/>
                <w:sz w:val="17"/>
              </w:rPr>
              <w:t>Outcome</w:t>
            </w:r>
          </w:p>
        </w:tc>
        <w:tc>
          <w:tcPr>
            <w:tcW w:w="3100" w:type="dxa"/>
            <w:shd w:val="clear" w:color="auto" w:fill="EDEDED"/>
            <w:tcMar>
              <w:top w:w="65" w:type="dxa"/>
              <w:left w:w="75" w:type="dxa"/>
              <w:bottom w:w="65" w:type="dxa"/>
              <w:right w:w="75" w:type="dxa"/>
            </w:tcMar>
            <w:vAlign w:val="center"/>
          </w:tcPr>
          <w:p w14:paraId="4D1F24FF" w14:textId="77777777" w:rsidR="00A83192" w:rsidRPr="000B60F7" w:rsidRDefault="00000000">
            <w:pPr>
              <w:spacing w:after="0" w:line="240" w:lineRule="auto"/>
              <w:jc w:val="center"/>
              <w:rPr>
                <w:rFonts w:cs="Times New Roman"/>
              </w:rPr>
            </w:pPr>
            <w:r w:rsidRPr="000B60F7">
              <w:rPr>
                <w:rFonts w:cs="Times New Roman"/>
                <w:b/>
                <w:sz w:val="17"/>
              </w:rPr>
              <w:t>Estimate, pp [95% CI]</w:t>
            </w:r>
          </w:p>
        </w:tc>
        <w:tc>
          <w:tcPr>
            <w:tcW w:w="1380" w:type="dxa"/>
            <w:shd w:val="clear" w:color="auto" w:fill="EDEDED"/>
            <w:tcMar>
              <w:top w:w="65" w:type="dxa"/>
              <w:left w:w="75" w:type="dxa"/>
              <w:bottom w:w="65" w:type="dxa"/>
              <w:right w:w="75" w:type="dxa"/>
            </w:tcMar>
            <w:vAlign w:val="center"/>
          </w:tcPr>
          <w:p w14:paraId="3EDB235A" w14:textId="77777777" w:rsidR="00A83192" w:rsidRPr="000B60F7" w:rsidRDefault="00000000">
            <w:pPr>
              <w:spacing w:after="0" w:line="240" w:lineRule="auto"/>
              <w:jc w:val="center"/>
              <w:rPr>
                <w:rFonts w:cs="Times New Roman"/>
              </w:rPr>
            </w:pPr>
            <w:r w:rsidRPr="000B60F7">
              <w:rPr>
                <w:rFonts w:cs="Times New Roman"/>
                <w:b/>
                <w:sz w:val="17"/>
              </w:rPr>
              <w:t>p</w:t>
            </w:r>
          </w:p>
        </w:tc>
        <w:tc>
          <w:tcPr>
            <w:tcW w:w="1380" w:type="dxa"/>
            <w:shd w:val="clear" w:color="auto" w:fill="EDEDED"/>
            <w:tcMar>
              <w:top w:w="65" w:type="dxa"/>
              <w:left w:w="75" w:type="dxa"/>
              <w:bottom w:w="65" w:type="dxa"/>
              <w:right w:w="75" w:type="dxa"/>
            </w:tcMar>
            <w:vAlign w:val="center"/>
          </w:tcPr>
          <w:p w14:paraId="77E80FEE" w14:textId="77777777" w:rsidR="00A83192" w:rsidRPr="000B60F7" w:rsidRDefault="00000000">
            <w:pPr>
              <w:spacing w:after="0" w:line="240" w:lineRule="auto"/>
              <w:jc w:val="center"/>
              <w:rPr>
                <w:rFonts w:cs="Times New Roman"/>
              </w:rPr>
            </w:pPr>
            <w:r w:rsidRPr="000B60F7">
              <w:rPr>
                <w:rFonts w:cs="Times New Roman"/>
                <w:b/>
                <w:sz w:val="17"/>
              </w:rPr>
              <w:t>q(5)</w:t>
            </w:r>
          </w:p>
        </w:tc>
      </w:tr>
      <w:tr w:rsidR="00A83192" w:rsidRPr="000B60F7" w14:paraId="10853E2E" w14:textId="77777777">
        <w:trPr>
          <w:cantSplit/>
          <w:jc w:val="center"/>
        </w:trPr>
        <w:tc>
          <w:tcPr>
            <w:tcW w:w="3500" w:type="dxa"/>
            <w:tcMar>
              <w:top w:w="65" w:type="dxa"/>
              <w:left w:w="75" w:type="dxa"/>
              <w:bottom w:w="65" w:type="dxa"/>
              <w:right w:w="75" w:type="dxa"/>
            </w:tcMar>
            <w:vAlign w:val="center"/>
          </w:tcPr>
          <w:p w14:paraId="5C098F17" w14:textId="77777777" w:rsidR="00A83192" w:rsidRPr="000B60F7" w:rsidRDefault="00000000">
            <w:pPr>
              <w:spacing w:after="0" w:line="240" w:lineRule="auto"/>
              <w:rPr>
                <w:rFonts w:cs="Times New Roman"/>
              </w:rPr>
            </w:pPr>
            <w:r w:rsidRPr="000B60F7">
              <w:rPr>
                <w:rFonts w:cs="Times New Roman"/>
                <w:sz w:val="17"/>
              </w:rPr>
              <w:t>Institutional entry, 36 months</w:t>
            </w:r>
          </w:p>
        </w:tc>
        <w:tc>
          <w:tcPr>
            <w:tcW w:w="3100" w:type="dxa"/>
            <w:tcMar>
              <w:top w:w="65" w:type="dxa"/>
              <w:left w:w="75" w:type="dxa"/>
              <w:bottom w:w="65" w:type="dxa"/>
              <w:right w:w="75" w:type="dxa"/>
            </w:tcMar>
            <w:vAlign w:val="center"/>
          </w:tcPr>
          <w:p w14:paraId="75C34D81" w14:textId="77777777" w:rsidR="00A83192" w:rsidRPr="000B60F7" w:rsidRDefault="00000000">
            <w:pPr>
              <w:spacing w:after="0" w:line="240" w:lineRule="auto"/>
              <w:jc w:val="center"/>
              <w:rPr>
                <w:rFonts w:cs="Times New Roman"/>
              </w:rPr>
            </w:pPr>
            <w:r w:rsidRPr="000B60F7">
              <w:rPr>
                <w:rFonts w:cs="Times New Roman"/>
                <w:sz w:val="17"/>
              </w:rPr>
              <w:t>5.08 [-1.39, 11.56]</w:t>
            </w:r>
          </w:p>
        </w:tc>
        <w:tc>
          <w:tcPr>
            <w:tcW w:w="1380" w:type="dxa"/>
            <w:tcMar>
              <w:top w:w="65" w:type="dxa"/>
              <w:left w:w="75" w:type="dxa"/>
              <w:bottom w:w="65" w:type="dxa"/>
              <w:right w:w="75" w:type="dxa"/>
            </w:tcMar>
            <w:vAlign w:val="center"/>
          </w:tcPr>
          <w:p w14:paraId="60813A22" w14:textId="77777777" w:rsidR="00A83192" w:rsidRPr="000B60F7" w:rsidRDefault="00000000">
            <w:pPr>
              <w:spacing w:after="0" w:line="240" w:lineRule="auto"/>
              <w:jc w:val="center"/>
              <w:rPr>
                <w:rFonts w:cs="Times New Roman"/>
              </w:rPr>
            </w:pPr>
            <w:r w:rsidRPr="000B60F7">
              <w:rPr>
                <w:rFonts w:cs="Times New Roman"/>
                <w:sz w:val="17"/>
              </w:rPr>
              <w:t>0.1232</w:t>
            </w:r>
          </w:p>
        </w:tc>
        <w:tc>
          <w:tcPr>
            <w:tcW w:w="1380" w:type="dxa"/>
            <w:tcMar>
              <w:top w:w="65" w:type="dxa"/>
              <w:left w:w="75" w:type="dxa"/>
              <w:bottom w:w="65" w:type="dxa"/>
              <w:right w:w="75" w:type="dxa"/>
            </w:tcMar>
            <w:vAlign w:val="center"/>
          </w:tcPr>
          <w:p w14:paraId="58A01652" w14:textId="77777777" w:rsidR="00A83192" w:rsidRPr="000B60F7" w:rsidRDefault="00000000">
            <w:pPr>
              <w:spacing w:after="0" w:line="240" w:lineRule="auto"/>
              <w:jc w:val="center"/>
              <w:rPr>
                <w:rFonts w:cs="Times New Roman"/>
              </w:rPr>
            </w:pPr>
            <w:r w:rsidRPr="000B60F7">
              <w:rPr>
                <w:rFonts w:cs="Times New Roman"/>
                <w:sz w:val="17"/>
              </w:rPr>
              <w:t>0.1892</w:t>
            </w:r>
          </w:p>
        </w:tc>
      </w:tr>
      <w:tr w:rsidR="00A83192" w:rsidRPr="000B60F7" w14:paraId="69F0C647" w14:textId="77777777">
        <w:trPr>
          <w:cantSplit/>
          <w:jc w:val="center"/>
        </w:trPr>
        <w:tc>
          <w:tcPr>
            <w:tcW w:w="3500" w:type="dxa"/>
            <w:tcMar>
              <w:top w:w="65" w:type="dxa"/>
              <w:left w:w="75" w:type="dxa"/>
              <w:bottom w:w="65" w:type="dxa"/>
              <w:right w:w="75" w:type="dxa"/>
            </w:tcMar>
            <w:vAlign w:val="center"/>
          </w:tcPr>
          <w:p w14:paraId="62AF1DE3" w14:textId="77777777" w:rsidR="00A83192" w:rsidRPr="000B60F7" w:rsidRDefault="00000000">
            <w:pPr>
              <w:spacing w:after="0" w:line="240" w:lineRule="auto"/>
              <w:rPr>
                <w:rFonts w:cs="Times New Roman"/>
              </w:rPr>
            </w:pPr>
            <w:r w:rsidRPr="000B60F7">
              <w:rPr>
                <w:rFonts w:cs="Times New Roman"/>
                <w:sz w:val="17"/>
              </w:rPr>
              <w:t>Equity-oriented entry, 36 months</w:t>
            </w:r>
          </w:p>
        </w:tc>
        <w:tc>
          <w:tcPr>
            <w:tcW w:w="3100" w:type="dxa"/>
            <w:tcMar>
              <w:top w:w="65" w:type="dxa"/>
              <w:left w:w="75" w:type="dxa"/>
              <w:bottom w:w="65" w:type="dxa"/>
              <w:right w:w="75" w:type="dxa"/>
            </w:tcMar>
            <w:vAlign w:val="center"/>
          </w:tcPr>
          <w:p w14:paraId="731A69A0" w14:textId="77777777" w:rsidR="00A83192" w:rsidRPr="000B60F7" w:rsidRDefault="00000000">
            <w:pPr>
              <w:spacing w:after="0" w:line="240" w:lineRule="auto"/>
              <w:jc w:val="center"/>
              <w:rPr>
                <w:rFonts w:cs="Times New Roman"/>
              </w:rPr>
            </w:pPr>
            <w:r w:rsidRPr="000B60F7">
              <w:rPr>
                <w:rFonts w:cs="Times New Roman"/>
                <w:sz w:val="17"/>
              </w:rPr>
              <w:t>4.87 [-1.57, 11.31]</w:t>
            </w:r>
          </w:p>
        </w:tc>
        <w:tc>
          <w:tcPr>
            <w:tcW w:w="1380" w:type="dxa"/>
            <w:tcMar>
              <w:top w:w="65" w:type="dxa"/>
              <w:left w:w="75" w:type="dxa"/>
              <w:bottom w:w="65" w:type="dxa"/>
              <w:right w:w="75" w:type="dxa"/>
            </w:tcMar>
            <w:vAlign w:val="center"/>
          </w:tcPr>
          <w:p w14:paraId="575308FF" w14:textId="77777777" w:rsidR="00A83192" w:rsidRPr="000B60F7" w:rsidRDefault="00000000">
            <w:pPr>
              <w:spacing w:after="0" w:line="240" w:lineRule="auto"/>
              <w:jc w:val="center"/>
              <w:rPr>
                <w:rFonts w:cs="Times New Roman"/>
              </w:rPr>
            </w:pPr>
            <w:r w:rsidRPr="000B60F7">
              <w:rPr>
                <w:rFonts w:cs="Times New Roman"/>
                <w:sz w:val="17"/>
              </w:rPr>
              <w:t>0.1383</w:t>
            </w:r>
          </w:p>
        </w:tc>
        <w:tc>
          <w:tcPr>
            <w:tcW w:w="1380" w:type="dxa"/>
            <w:tcMar>
              <w:top w:w="65" w:type="dxa"/>
              <w:left w:w="75" w:type="dxa"/>
              <w:bottom w:w="65" w:type="dxa"/>
              <w:right w:w="75" w:type="dxa"/>
            </w:tcMar>
            <w:vAlign w:val="center"/>
          </w:tcPr>
          <w:p w14:paraId="278D11CE" w14:textId="77777777" w:rsidR="00A83192" w:rsidRPr="000B60F7" w:rsidRDefault="00000000">
            <w:pPr>
              <w:spacing w:after="0" w:line="240" w:lineRule="auto"/>
              <w:jc w:val="center"/>
              <w:rPr>
                <w:rFonts w:cs="Times New Roman"/>
              </w:rPr>
            </w:pPr>
            <w:r w:rsidRPr="000B60F7">
              <w:rPr>
                <w:rFonts w:cs="Times New Roman"/>
                <w:sz w:val="17"/>
              </w:rPr>
              <w:t>0.1892</w:t>
            </w:r>
          </w:p>
        </w:tc>
      </w:tr>
      <w:tr w:rsidR="00A83192" w:rsidRPr="000B60F7" w14:paraId="6342205D" w14:textId="77777777">
        <w:trPr>
          <w:cantSplit/>
          <w:jc w:val="center"/>
        </w:trPr>
        <w:tc>
          <w:tcPr>
            <w:tcW w:w="3500" w:type="dxa"/>
            <w:tcMar>
              <w:top w:w="65" w:type="dxa"/>
              <w:left w:w="75" w:type="dxa"/>
              <w:bottom w:w="65" w:type="dxa"/>
              <w:right w:w="75" w:type="dxa"/>
            </w:tcMar>
            <w:vAlign w:val="center"/>
          </w:tcPr>
          <w:p w14:paraId="54F385B5" w14:textId="77777777" w:rsidR="00A83192" w:rsidRPr="000B60F7" w:rsidRDefault="00000000">
            <w:pPr>
              <w:spacing w:after="0" w:line="240" w:lineRule="auto"/>
              <w:rPr>
                <w:rFonts w:cs="Times New Roman"/>
              </w:rPr>
            </w:pPr>
            <w:r w:rsidRPr="000B60F7">
              <w:rPr>
                <w:rFonts w:cs="Times New Roman"/>
                <w:sz w:val="17"/>
              </w:rPr>
              <w:t>VC-only entry, 36 months</w:t>
            </w:r>
          </w:p>
        </w:tc>
        <w:tc>
          <w:tcPr>
            <w:tcW w:w="3100" w:type="dxa"/>
            <w:tcMar>
              <w:top w:w="65" w:type="dxa"/>
              <w:left w:w="75" w:type="dxa"/>
              <w:bottom w:w="65" w:type="dxa"/>
              <w:right w:w="75" w:type="dxa"/>
            </w:tcMar>
            <w:vAlign w:val="center"/>
          </w:tcPr>
          <w:p w14:paraId="1D5D4A85" w14:textId="77777777" w:rsidR="00A83192" w:rsidRPr="000B60F7" w:rsidRDefault="00000000">
            <w:pPr>
              <w:spacing w:after="0" w:line="240" w:lineRule="auto"/>
              <w:jc w:val="center"/>
              <w:rPr>
                <w:rFonts w:cs="Times New Roman"/>
              </w:rPr>
            </w:pPr>
            <w:r w:rsidRPr="000B60F7">
              <w:rPr>
                <w:rFonts w:cs="Times New Roman"/>
                <w:sz w:val="17"/>
              </w:rPr>
              <w:t>4.52 [-2.23, 11.27]</w:t>
            </w:r>
          </w:p>
        </w:tc>
        <w:tc>
          <w:tcPr>
            <w:tcW w:w="1380" w:type="dxa"/>
            <w:tcMar>
              <w:top w:w="65" w:type="dxa"/>
              <w:left w:w="75" w:type="dxa"/>
              <w:bottom w:w="65" w:type="dxa"/>
              <w:right w:w="75" w:type="dxa"/>
            </w:tcMar>
            <w:vAlign w:val="center"/>
          </w:tcPr>
          <w:p w14:paraId="1F009B06" w14:textId="77777777" w:rsidR="00A83192" w:rsidRPr="000B60F7" w:rsidRDefault="00000000">
            <w:pPr>
              <w:spacing w:after="0" w:line="240" w:lineRule="auto"/>
              <w:jc w:val="center"/>
              <w:rPr>
                <w:rFonts w:cs="Times New Roman"/>
              </w:rPr>
            </w:pPr>
            <w:r w:rsidRPr="000B60F7">
              <w:rPr>
                <w:rFonts w:cs="Times New Roman"/>
                <w:sz w:val="17"/>
              </w:rPr>
              <w:t>0.1892</w:t>
            </w:r>
          </w:p>
        </w:tc>
        <w:tc>
          <w:tcPr>
            <w:tcW w:w="1380" w:type="dxa"/>
            <w:tcMar>
              <w:top w:w="65" w:type="dxa"/>
              <w:left w:w="75" w:type="dxa"/>
              <w:bottom w:w="65" w:type="dxa"/>
              <w:right w:w="75" w:type="dxa"/>
            </w:tcMar>
            <w:vAlign w:val="center"/>
          </w:tcPr>
          <w:p w14:paraId="7547EC53" w14:textId="77777777" w:rsidR="00A83192" w:rsidRPr="000B60F7" w:rsidRDefault="00000000">
            <w:pPr>
              <w:spacing w:after="0" w:line="240" w:lineRule="auto"/>
              <w:jc w:val="center"/>
              <w:rPr>
                <w:rFonts w:cs="Times New Roman"/>
              </w:rPr>
            </w:pPr>
            <w:r w:rsidRPr="000B60F7">
              <w:rPr>
                <w:rFonts w:cs="Times New Roman"/>
                <w:sz w:val="17"/>
              </w:rPr>
              <w:t>0.1892</w:t>
            </w:r>
          </w:p>
        </w:tc>
      </w:tr>
      <w:tr w:rsidR="00A83192" w:rsidRPr="000B60F7" w14:paraId="3E4FB35F" w14:textId="77777777">
        <w:trPr>
          <w:cantSplit/>
          <w:jc w:val="center"/>
        </w:trPr>
        <w:tc>
          <w:tcPr>
            <w:tcW w:w="3500" w:type="dxa"/>
            <w:tcMar>
              <w:top w:w="65" w:type="dxa"/>
              <w:left w:w="75" w:type="dxa"/>
              <w:bottom w:w="65" w:type="dxa"/>
              <w:right w:w="75" w:type="dxa"/>
            </w:tcMar>
            <w:vAlign w:val="center"/>
          </w:tcPr>
          <w:p w14:paraId="7AE0857F" w14:textId="77777777" w:rsidR="00A83192" w:rsidRPr="000B60F7" w:rsidRDefault="00000000">
            <w:pPr>
              <w:spacing w:after="0" w:line="240" w:lineRule="auto"/>
              <w:rPr>
                <w:rFonts w:cs="Times New Roman"/>
              </w:rPr>
            </w:pPr>
            <w:r w:rsidRPr="000B60F7">
              <w:rPr>
                <w:rFonts w:cs="Times New Roman"/>
                <w:sz w:val="17"/>
              </w:rPr>
              <w:t>Recorded acquisition / IPO</w:t>
            </w:r>
          </w:p>
        </w:tc>
        <w:tc>
          <w:tcPr>
            <w:tcW w:w="3100" w:type="dxa"/>
            <w:tcMar>
              <w:top w:w="65" w:type="dxa"/>
              <w:left w:w="75" w:type="dxa"/>
              <w:bottom w:w="65" w:type="dxa"/>
              <w:right w:w="75" w:type="dxa"/>
            </w:tcMar>
            <w:vAlign w:val="center"/>
          </w:tcPr>
          <w:p w14:paraId="126E40B1" w14:textId="77777777" w:rsidR="00A83192" w:rsidRPr="000B60F7" w:rsidRDefault="00000000">
            <w:pPr>
              <w:spacing w:after="0" w:line="240" w:lineRule="auto"/>
              <w:jc w:val="center"/>
              <w:rPr>
                <w:rFonts w:cs="Times New Roman"/>
              </w:rPr>
            </w:pPr>
            <w:r w:rsidRPr="000B60F7">
              <w:rPr>
                <w:rFonts w:cs="Times New Roman"/>
                <w:sz w:val="17"/>
              </w:rPr>
              <w:t>11.34 [5.83, 16.85]</w:t>
            </w:r>
          </w:p>
        </w:tc>
        <w:tc>
          <w:tcPr>
            <w:tcW w:w="1380" w:type="dxa"/>
            <w:tcMar>
              <w:top w:w="65" w:type="dxa"/>
              <w:left w:w="75" w:type="dxa"/>
              <w:bottom w:w="65" w:type="dxa"/>
              <w:right w:w="75" w:type="dxa"/>
            </w:tcMar>
            <w:vAlign w:val="center"/>
          </w:tcPr>
          <w:p w14:paraId="2AB47AFA" w14:textId="77777777" w:rsidR="00A83192" w:rsidRPr="000B60F7" w:rsidRDefault="00000000">
            <w:pPr>
              <w:spacing w:after="0" w:line="240" w:lineRule="auto"/>
              <w:jc w:val="center"/>
              <w:rPr>
                <w:rFonts w:cs="Times New Roman"/>
              </w:rPr>
            </w:pPr>
            <w:r w:rsidRPr="000B60F7">
              <w:rPr>
                <w:rFonts w:cs="Times New Roman"/>
                <w:sz w:val="17"/>
              </w:rPr>
              <w:t>0.000061</w:t>
            </w:r>
          </w:p>
        </w:tc>
        <w:tc>
          <w:tcPr>
            <w:tcW w:w="1380" w:type="dxa"/>
            <w:tcMar>
              <w:top w:w="65" w:type="dxa"/>
              <w:left w:w="75" w:type="dxa"/>
              <w:bottom w:w="65" w:type="dxa"/>
              <w:right w:w="75" w:type="dxa"/>
            </w:tcMar>
            <w:vAlign w:val="center"/>
          </w:tcPr>
          <w:p w14:paraId="68DE96E5" w14:textId="77777777" w:rsidR="00A83192" w:rsidRPr="000B60F7" w:rsidRDefault="00000000">
            <w:pPr>
              <w:spacing w:after="0" w:line="240" w:lineRule="auto"/>
              <w:jc w:val="center"/>
              <w:rPr>
                <w:rFonts w:cs="Times New Roman"/>
              </w:rPr>
            </w:pPr>
            <w:r w:rsidRPr="000B60F7">
              <w:rPr>
                <w:rFonts w:cs="Times New Roman"/>
                <w:sz w:val="17"/>
              </w:rPr>
              <w:t>0.000304</w:t>
            </w:r>
          </w:p>
        </w:tc>
      </w:tr>
      <w:tr w:rsidR="00A83192" w:rsidRPr="000B60F7" w14:paraId="7FCD627F" w14:textId="77777777">
        <w:trPr>
          <w:cantSplit/>
          <w:jc w:val="center"/>
        </w:trPr>
        <w:tc>
          <w:tcPr>
            <w:tcW w:w="3500" w:type="dxa"/>
            <w:tcMar>
              <w:top w:w="65" w:type="dxa"/>
              <w:left w:w="75" w:type="dxa"/>
              <w:bottom w:w="65" w:type="dxa"/>
              <w:right w:w="75" w:type="dxa"/>
            </w:tcMar>
            <w:vAlign w:val="center"/>
          </w:tcPr>
          <w:p w14:paraId="12A117BC" w14:textId="77777777" w:rsidR="00A83192" w:rsidRPr="000B60F7" w:rsidRDefault="00000000">
            <w:pPr>
              <w:spacing w:after="0" w:line="240" w:lineRule="auto"/>
              <w:rPr>
                <w:rFonts w:cs="Times New Roman"/>
              </w:rPr>
            </w:pPr>
            <w:r w:rsidRPr="000B60F7">
              <w:rPr>
                <w:rFonts w:cs="Times New Roman"/>
                <w:sz w:val="17"/>
              </w:rPr>
              <w:t>Recorded closure / failure</w:t>
            </w:r>
          </w:p>
        </w:tc>
        <w:tc>
          <w:tcPr>
            <w:tcW w:w="3100" w:type="dxa"/>
            <w:tcMar>
              <w:top w:w="65" w:type="dxa"/>
              <w:left w:w="75" w:type="dxa"/>
              <w:bottom w:w="65" w:type="dxa"/>
              <w:right w:w="75" w:type="dxa"/>
            </w:tcMar>
            <w:vAlign w:val="center"/>
          </w:tcPr>
          <w:p w14:paraId="49184111" w14:textId="77777777" w:rsidR="00A83192" w:rsidRPr="000B60F7" w:rsidRDefault="00000000">
            <w:pPr>
              <w:spacing w:after="0" w:line="240" w:lineRule="auto"/>
              <w:jc w:val="center"/>
              <w:rPr>
                <w:rFonts w:cs="Times New Roman"/>
              </w:rPr>
            </w:pPr>
            <w:r w:rsidRPr="000B60F7">
              <w:rPr>
                <w:rFonts w:cs="Times New Roman"/>
                <w:sz w:val="17"/>
              </w:rPr>
              <w:t>-1.90 [-4.67, 0.88]</w:t>
            </w:r>
          </w:p>
        </w:tc>
        <w:tc>
          <w:tcPr>
            <w:tcW w:w="1380" w:type="dxa"/>
            <w:tcMar>
              <w:top w:w="65" w:type="dxa"/>
              <w:left w:w="75" w:type="dxa"/>
              <w:bottom w:w="65" w:type="dxa"/>
              <w:right w:w="75" w:type="dxa"/>
            </w:tcMar>
            <w:vAlign w:val="center"/>
          </w:tcPr>
          <w:p w14:paraId="428504BD" w14:textId="77777777" w:rsidR="00A83192" w:rsidRPr="000B60F7" w:rsidRDefault="00000000">
            <w:pPr>
              <w:spacing w:after="0" w:line="240" w:lineRule="auto"/>
              <w:jc w:val="center"/>
              <w:rPr>
                <w:rFonts w:cs="Times New Roman"/>
              </w:rPr>
            </w:pPr>
            <w:r w:rsidRPr="000B60F7">
              <w:rPr>
                <w:rFonts w:cs="Times New Roman"/>
                <w:sz w:val="17"/>
              </w:rPr>
              <w:t>0.1808</w:t>
            </w:r>
          </w:p>
        </w:tc>
        <w:tc>
          <w:tcPr>
            <w:tcW w:w="1380" w:type="dxa"/>
            <w:tcMar>
              <w:top w:w="65" w:type="dxa"/>
              <w:left w:w="75" w:type="dxa"/>
              <w:bottom w:w="65" w:type="dxa"/>
              <w:right w:w="75" w:type="dxa"/>
            </w:tcMar>
            <w:vAlign w:val="center"/>
          </w:tcPr>
          <w:p w14:paraId="04139F28" w14:textId="77777777" w:rsidR="00A83192" w:rsidRPr="000B60F7" w:rsidRDefault="00000000">
            <w:pPr>
              <w:spacing w:after="0" w:line="240" w:lineRule="auto"/>
              <w:jc w:val="center"/>
              <w:rPr>
                <w:rFonts w:cs="Times New Roman"/>
              </w:rPr>
            </w:pPr>
            <w:r w:rsidRPr="000B60F7">
              <w:rPr>
                <w:rFonts w:cs="Times New Roman"/>
                <w:sz w:val="17"/>
              </w:rPr>
              <w:t>0.1892</w:t>
            </w:r>
          </w:p>
        </w:tc>
      </w:tr>
    </w:tbl>
    <w:p w14:paraId="05489F59" w14:textId="77777777" w:rsidR="00A83192" w:rsidRPr="000B60F7" w:rsidRDefault="00000000">
      <w:pPr>
        <w:rPr>
          <w:rFonts w:cs="Times New Roman"/>
        </w:rPr>
      </w:pPr>
      <w:r w:rsidRPr="000B60F7">
        <w:rPr>
          <w:rFonts w:cs="Times New Roman"/>
        </w:rPr>
        <w:t>The ancillary regressions use the 690-venture complete-36-month cohort. Institutional, equity-oriented and venture-capital-only entry are measured within 36 months. Acquisition/IPO and failure are recorded endpoint indicators with follow-up determined by the source snapshot. Their estimates are descriptive because neither the observation window nor the censoring structure is shared with the financing outcomes. The five-test adjustment covers the reported coefficients without making these outcomes equivalent.</w:t>
      </w:r>
    </w:p>
    <w:p w14:paraId="4E15BA86" w14:textId="77777777" w:rsidR="00A83192" w:rsidRPr="000B60F7" w:rsidRDefault="00000000">
      <w:pPr>
        <w:pStyle w:val="1"/>
        <w:rPr>
          <w:rFonts w:ascii="Times New Roman" w:hAnsi="Times New Roman" w:cs="Times New Roman"/>
        </w:rPr>
      </w:pPr>
      <w:r w:rsidRPr="000B60F7">
        <w:rPr>
          <w:rFonts w:ascii="Times New Roman" w:hAnsi="Times New Roman" w:cs="Times New Roman"/>
        </w:rPr>
        <w:t>Restricted within-investor diagnostic and omitted variables</w:t>
      </w:r>
    </w:p>
    <w:p w14:paraId="32A1926D" w14:textId="77777777" w:rsidR="00A83192" w:rsidRPr="000B60F7" w:rsidRDefault="00000000">
      <w:pPr>
        <w:rPr>
          <w:rFonts w:cs="Times New Roman"/>
        </w:rPr>
      </w:pPr>
      <w:r w:rsidRPr="000B60F7">
        <w:rPr>
          <w:rFonts w:cs="Times New Roman"/>
        </w:rPr>
        <w:t>The within-carrier fixed-effects comparison includes 195 ventures and 54 carriers with at least two cohort ventures and variation in category history. Without focal capital, the category coefficient is −0.75 percentage points (95% CI [−43.94, 42.44], p = .9723). This estimate is too imprecise to establish either a within-investor association or its absence.</w:t>
      </w:r>
    </w:p>
    <w:p w14:paraId="7B7B4113" w14:textId="77777777" w:rsidR="00A83192" w:rsidRPr="000B60F7" w:rsidRDefault="00000000">
      <w:pPr>
        <w:rPr>
          <w:rFonts w:cs="Times New Roman"/>
        </w:rPr>
      </w:pPr>
      <w:r w:rsidRPr="000B60F7">
        <w:rPr>
          <w:rFonts w:cs="Times New Roman"/>
        </w:rPr>
        <w:t>For the focal-capital-adjusted 36-month OLS model, Frisch–Waugh–Lovell residualization removes every other regressor from the outcome and category record, including outside history. The residual partial R² is .0046704 and the equal-strength robustness value for moving the point estimate to zero is .0661945. These quantities concern the OLS point estimate, not robustness of a clustered significance test. The comparable without-focal-capital value is .08960. Neither calculation resolves endogenous matching.</w:t>
      </w:r>
    </w:p>
    <w:p w14:paraId="427C822B" w14:textId="77777777" w:rsidR="00A83192" w:rsidRPr="000B60F7" w:rsidRDefault="00000000">
      <w:pPr>
        <w:pStyle w:val="1"/>
        <w:rPr>
          <w:rFonts w:ascii="Times New Roman" w:hAnsi="Times New Roman" w:cs="Times New Roman"/>
        </w:rPr>
      </w:pPr>
      <w:r w:rsidRPr="000B60F7">
        <w:rPr>
          <w:rFonts w:ascii="Times New Roman" w:hAnsi="Times New Roman" w:cs="Times New Roman"/>
        </w:rPr>
        <w:t>Multiplicity and interpretation</w:t>
      </w:r>
    </w:p>
    <w:p w14:paraId="3D9A86A9" w14:textId="77777777" w:rsidR="00A83192" w:rsidRPr="000B60F7" w:rsidRDefault="00000000">
      <w:pPr>
        <w:rPr>
          <w:rFonts w:cs="Times New Roman"/>
        </w:rPr>
      </w:pPr>
      <w:r w:rsidRPr="000B60F7">
        <w:rPr>
          <w:rFonts w:cs="Times New Roman"/>
        </w:rPr>
        <w:t>The principal thresholds are two-sided p &lt; .05 and Benjamini–Hochberg q &lt; .05. Results meeting only a .10 threshold are identified separately. Duration families contain four windows for each history or contrast within a specification. The primary table also reports an adjustment across all twelve tests: the first-year direct contrast has q = .0522, and the two later direct contrasts have q = .0216. The two-part, fixed-window and ancillary-outcome families contain sixteen, four and five tests, respectively. After broad-label exclusion, the 37–60-month category coefficient has q = .06312. The 36-month fixed-window coefficient has p = .0900 and q = .1800; the proportional category coefficient has p = .2422.</w:t>
      </w:r>
    </w:p>
    <w:p w14:paraId="6C2CCF78" w14:textId="77777777" w:rsidR="00A83192" w:rsidRPr="000B60F7" w:rsidRDefault="00000000">
      <w:pPr>
        <w:pStyle w:val="1"/>
        <w:rPr>
          <w:rFonts w:ascii="Times New Roman" w:hAnsi="Times New Roman" w:cs="Times New Roman"/>
        </w:rPr>
      </w:pPr>
      <w:r w:rsidRPr="000B60F7">
        <w:rPr>
          <w:rFonts w:ascii="Times New Roman" w:hAnsi="Times New Roman" w:cs="Times New Roman"/>
        </w:rPr>
        <w:t>Computational verification and access</w:t>
      </w:r>
    </w:p>
    <w:p w14:paraId="0E2012C7" w14:textId="77777777" w:rsidR="00A83192" w:rsidRPr="000B60F7" w:rsidRDefault="00000000">
      <w:pPr>
        <w:rPr>
          <w:rFonts w:cs="Times New Roman"/>
        </w:rPr>
      </w:pPr>
      <w:r w:rsidRPr="000B60F7">
        <w:rPr>
          <w:rFonts w:cs="Times New Roman"/>
        </w:rPr>
        <w:t>Computational checks cover source linkage, design-matrix rank, bootstrap convergence, coefficient arithmetic and comparison with the external R estimator. The Data and code availability statement in the main article describes access to the underlying materials. Any provision after an editorial request would depend on the relevant licence terms and permissions.</w:t>
      </w:r>
    </w:p>
    <w:p w14:paraId="7F7D0A38" w14:textId="77777777" w:rsidR="00A83192" w:rsidRPr="000B60F7" w:rsidRDefault="00000000">
      <w:pPr>
        <w:pStyle w:val="1"/>
        <w:rPr>
          <w:rFonts w:ascii="Times New Roman" w:hAnsi="Times New Roman" w:cs="Times New Roman"/>
        </w:rPr>
      </w:pPr>
      <w:r w:rsidRPr="000B60F7">
        <w:rPr>
          <w:rFonts w:ascii="Times New Roman" w:hAnsi="Times New Roman" w:cs="Times New Roman"/>
        </w:rPr>
        <w:t>Model standardization and contextual differences</w:t>
      </w:r>
    </w:p>
    <w:p w14:paraId="7AFE13CE" w14:textId="77777777" w:rsidR="00A83192" w:rsidRPr="000B60F7" w:rsidRDefault="00000000">
      <w:pPr>
        <w:rPr>
          <w:rFonts w:cs="Times New Roman"/>
        </w:rPr>
      </w:pPr>
      <w:r w:rsidRPr="000B60F7">
        <w:rPr>
          <w:rFonts w:cs="Times New Roman"/>
        </w:rPr>
        <w:t>Predicted probabilities are standardized to the same 576 ventures at every horizon. If Hᵢ(t) is a venture's cumulative predicted hazard, its entry probability is 1 − exp[−Hᵢ(t)]. This probability is calculated for each venture before averaging. The gradient is the average of exp[−Hᵢ(t)] multiplied by the cumulative hazard-weighted design vector. The difference between the high- and low-history gradients supplies the delta-method variance. The covariance matrix is from the original model with 527 carrier clusters; the model is not re-estimated on the reference cohort.</w:t>
      </w:r>
    </w:p>
    <w:p w14:paraId="004AC3A5" w14:textId="77777777" w:rsidR="00A83192" w:rsidRPr="000B60F7" w:rsidRDefault="00000000">
      <w:pPr>
        <w:rPr>
          <w:rFonts w:cs="Times New Roman"/>
        </w:rPr>
      </w:pPr>
      <w:r w:rsidRPr="000B60F7">
        <w:rPr>
          <w:rFonts w:cs="Times New Roman"/>
        </w:rPr>
        <w:t xml:space="preserve">In the standardization population, category-history z-score quartiles are −0.7241 and 0.4788, and outside-history quartiles are −0.7158 and 0.5261. The other history and all controls retain each venture's recorded values. </w:t>
      </w:r>
      <w:r w:rsidRPr="000B60F7">
        <w:rPr>
          <w:rFonts w:cs="Times New Roman"/>
        </w:rPr>
        <w:lastRenderedPageBreak/>
        <w:t>Predictions retain the original design columns, including columns that become constant under the quartile comparison. Analytic gradients were checked against central finite differences. The intervals account for baseline and coefficient uncertainty, but not uncertainty from source errors or investor assignment.</w:t>
      </w:r>
    </w:p>
    <w:p w14:paraId="4F404384" w14:textId="77777777" w:rsidR="00A83192" w:rsidRPr="000B60F7" w:rsidRDefault="00000000">
      <w:pPr>
        <w:pStyle w:val="1"/>
        <w:rPr>
          <w:rFonts w:ascii="Times New Roman" w:hAnsi="Times New Roman" w:cs="Times New Roman"/>
        </w:rPr>
      </w:pPr>
      <w:r w:rsidRPr="000B60F7">
        <w:rPr>
          <w:rFonts w:ascii="Times New Roman" w:hAnsi="Times New Roman" w:cs="Times New Roman"/>
        </w:rPr>
        <w:t>Table S4. Joint tests of contextual differences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032"/>
        <w:gridCol w:w="1584"/>
        <w:gridCol w:w="1872"/>
        <w:gridCol w:w="1872"/>
      </w:tblGrid>
      <w:tr w:rsidR="00A83192" w:rsidRPr="000B60F7" w14:paraId="1C8E2DE2" w14:textId="77777777">
        <w:trPr>
          <w:cantSplit/>
          <w:tblHeader/>
          <w:jc w:val="center"/>
        </w:trPr>
        <w:tc>
          <w:tcPr>
            <w:tcW w:w="4032" w:type="dxa"/>
            <w:shd w:val="clear" w:color="auto" w:fill="EDEDED"/>
            <w:tcMar>
              <w:top w:w="65" w:type="dxa"/>
              <w:left w:w="75" w:type="dxa"/>
              <w:bottom w:w="65" w:type="dxa"/>
              <w:right w:w="75" w:type="dxa"/>
            </w:tcMar>
            <w:vAlign w:val="center"/>
          </w:tcPr>
          <w:p w14:paraId="6F6B1018" w14:textId="77777777" w:rsidR="00A83192" w:rsidRPr="000B60F7" w:rsidRDefault="00000000">
            <w:pPr>
              <w:spacing w:after="0" w:line="240" w:lineRule="auto"/>
              <w:rPr>
                <w:rFonts w:cs="Times New Roman"/>
              </w:rPr>
            </w:pPr>
            <w:r w:rsidRPr="000B60F7">
              <w:rPr>
                <w:rFonts w:cs="Times New Roman"/>
                <w:b/>
                <w:sz w:val="18"/>
              </w:rPr>
              <w:t>Moderator</w:t>
            </w:r>
          </w:p>
        </w:tc>
        <w:tc>
          <w:tcPr>
            <w:tcW w:w="1584" w:type="dxa"/>
            <w:shd w:val="clear" w:color="auto" w:fill="EDEDED"/>
            <w:tcMar>
              <w:top w:w="65" w:type="dxa"/>
              <w:left w:w="75" w:type="dxa"/>
              <w:bottom w:w="65" w:type="dxa"/>
              <w:right w:w="75" w:type="dxa"/>
            </w:tcMar>
            <w:vAlign w:val="center"/>
          </w:tcPr>
          <w:p w14:paraId="79555B95" w14:textId="77777777" w:rsidR="00A83192" w:rsidRPr="000B60F7" w:rsidRDefault="00000000">
            <w:pPr>
              <w:spacing w:after="0" w:line="240" w:lineRule="auto"/>
              <w:jc w:val="center"/>
              <w:rPr>
                <w:rFonts w:cs="Times New Roman"/>
              </w:rPr>
            </w:pPr>
            <w:r w:rsidRPr="000B60F7">
              <w:rPr>
                <w:rFonts w:cs="Times New Roman"/>
                <w:b/>
                <w:sz w:val="18"/>
              </w:rPr>
              <w:t>Restrictions</w:t>
            </w:r>
          </w:p>
        </w:tc>
        <w:tc>
          <w:tcPr>
            <w:tcW w:w="1872" w:type="dxa"/>
            <w:shd w:val="clear" w:color="auto" w:fill="EDEDED"/>
            <w:tcMar>
              <w:top w:w="65" w:type="dxa"/>
              <w:left w:w="75" w:type="dxa"/>
              <w:bottom w:w="65" w:type="dxa"/>
              <w:right w:w="75" w:type="dxa"/>
            </w:tcMar>
            <w:vAlign w:val="center"/>
          </w:tcPr>
          <w:p w14:paraId="5AA74E80" w14:textId="77777777" w:rsidR="00A83192" w:rsidRPr="000B60F7" w:rsidRDefault="00000000">
            <w:pPr>
              <w:spacing w:after="0" w:line="240" w:lineRule="auto"/>
              <w:jc w:val="center"/>
              <w:rPr>
                <w:rFonts w:cs="Times New Roman"/>
              </w:rPr>
            </w:pPr>
            <w:r w:rsidRPr="000B60F7">
              <w:rPr>
                <w:rFonts w:cs="Times New Roman"/>
                <w:b/>
                <w:sz w:val="18"/>
              </w:rPr>
              <w:t>Joint p</w:t>
            </w:r>
          </w:p>
        </w:tc>
        <w:tc>
          <w:tcPr>
            <w:tcW w:w="1872" w:type="dxa"/>
            <w:shd w:val="clear" w:color="auto" w:fill="EDEDED"/>
            <w:tcMar>
              <w:top w:w="65" w:type="dxa"/>
              <w:left w:w="75" w:type="dxa"/>
              <w:bottom w:w="65" w:type="dxa"/>
              <w:right w:w="75" w:type="dxa"/>
            </w:tcMar>
            <w:vAlign w:val="center"/>
          </w:tcPr>
          <w:p w14:paraId="5F7B6994" w14:textId="77777777" w:rsidR="00A83192" w:rsidRPr="000B60F7" w:rsidRDefault="00000000">
            <w:pPr>
              <w:spacing w:after="0" w:line="240" w:lineRule="auto"/>
              <w:jc w:val="center"/>
              <w:rPr>
                <w:rFonts w:cs="Times New Roman"/>
              </w:rPr>
            </w:pPr>
            <w:r w:rsidRPr="000B60F7">
              <w:rPr>
                <w:rFonts w:cs="Times New Roman"/>
                <w:b/>
                <w:sz w:val="18"/>
              </w:rPr>
              <w:t>BH q (2)</w:t>
            </w:r>
          </w:p>
        </w:tc>
      </w:tr>
      <w:tr w:rsidR="00A83192" w:rsidRPr="000B60F7" w14:paraId="30E185E9" w14:textId="77777777">
        <w:trPr>
          <w:cantSplit/>
          <w:jc w:val="center"/>
        </w:trPr>
        <w:tc>
          <w:tcPr>
            <w:tcW w:w="4032" w:type="dxa"/>
            <w:shd w:val="clear" w:color="auto" w:fill="FFFFFF"/>
            <w:tcMar>
              <w:top w:w="65" w:type="dxa"/>
              <w:left w:w="75" w:type="dxa"/>
              <w:bottom w:w="65" w:type="dxa"/>
              <w:right w:w="75" w:type="dxa"/>
            </w:tcMar>
            <w:vAlign w:val="center"/>
          </w:tcPr>
          <w:p w14:paraId="1582E5C9" w14:textId="77777777" w:rsidR="00A83192" w:rsidRPr="000B60F7" w:rsidRDefault="00000000">
            <w:pPr>
              <w:spacing w:after="0" w:line="240" w:lineRule="auto"/>
              <w:rPr>
                <w:rFonts w:cs="Times New Roman"/>
              </w:rPr>
            </w:pPr>
            <w:r w:rsidRPr="000B60F7">
              <w:rPr>
                <w:rFonts w:cs="Times New Roman"/>
              </w:rPr>
              <w:t>Entry stage</w:t>
            </w:r>
          </w:p>
        </w:tc>
        <w:tc>
          <w:tcPr>
            <w:tcW w:w="1584" w:type="dxa"/>
            <w:shd w:val="clear" w:color="auto" w:fill="FFFFFF"/>
            <w:tcMar>
              <w:top w:w="65" w:type="dxa"/>
              <w:left w:w="75" w:type="dxa"/>
              <w:bottom w:w="65" w:type="dxa"/>
              <w:right w:w="75" w:type="dxa"/>
            </w:tcMar>
            <w:vAlign w:val="center"/>
          </w:tcPr>
          <w:p w14:paraId="59B609B7" w14:textId="77777777" w:rsidR="00A83192" w:rsidRPr="000B60F7" w:rsidRDefault="00000000">
            <w:pPr>
              <w:spacing w:after="0" w:line="240" w:lineRule="auto"/>
              <w:jc w:val="center"/>
              <w:rPr>
                <w:rFonts w:cs="Times New Roman"/>
              </w:rPr>
            </w:pPr>
            <w:r w:rsidRPr="000B60F7">
              <w:rPr>
                <w:rFonts w:cs="Times New Roman"/>
                <w:sz w:val="18"/>
              </w:rPr>
              <w:t>8</w:t>
            </w:r>
          </w:p>
        </w:tc>
        <w:tc>
          <w:tcPr>
            <w:tcW w:w="1872" w:type="dxa"/>
            <w:shd w:val="clear" w:color="auto" w:fill="FFFFFF"/>
            <w:tcMar>
              <w:top w:w="65" w:type="dxa"/>
              <w:left w:w="75" w:type="dxa"/>
              <w:bottom w:w="65" w:type="dxa"/>
              <w:right w:w="75" w:type="dxa"/>
            </w:tcMar>
            <w:vAlign w:val="center"/>
          </w:tcPr>
          <w:p w14:paraId="379F8613" w14:textId="77777777" w:rsidR="00A83192" w:rsidRPr="000B60F7" w:rsidRDefault="00000000">
            <w:pPr>
              <w:spacing w:after="0" w:line="240" w:lineRule="auto"/>
              <w:jc w:val="center"/>
              <w:rPr>
                <w:rFonts w:cs="Times New Roman"/>
              </w:rPr>
            </w:pPr>
            <w:r w:rsidRPr="000B60F7">
              <w:rPr>
                <w:rFonts w:cs="Times New Roman"/>
                <w:sz w:val="18"/>
              </w:rPr>
              <w:t>0.4812</w:t>
            </w:r>
          </w:p>
        </w:tc>
        <w:tc>
          <w:tcPr>
            <w:tcW w:w="1872" w:type="dxa"/>
            <w:shd w:val="clear" w:color="auto" w:fill="FFFFFF"/>
            <w:tcMar>
              <w:top w:w="65" w:type="dxa"/>
              <w:left w:w="75" w:type="dxa"/>
              <w:bottom w:w="65" w:type="dxa"/>
              <w:right w:w="75" w:type="dxa"/>
            </w:tcMar>
            <w:vAlign w:val="center"/>
          </w:tcPr>
          <w:p w14:paraId="7DE76383" w14:textId="77777777" w:rsidR="00A83192" w:rsidRPr="000B60F7" w:rsidRDefault="00000000">
            <w:pPr>
              <w:spacing w:after="0" w:line="240" w:lineRule="auto"/>
              <w:jc w:val="center"/>
              <w:rPr>
                <w:rFonts w:cs="Times New Roman"/>
              </w:rPr>
            </w:pPr>
            <w:r w:rsidRPr="000B60F7">
              <w:rPr>
                <w:rFonts w:cs="Times New Roman"/>
                <w:sz w:val="18"/>
              </w:rPr>
              <w:t>0.6655</w:t>
            </w:r>
          </w:p>
        </w:tc>
      </w:tr>
      <w:tr w:rsidR="00A83192" w:rsidRPr="000B60F7" w14:paraId="715C77E2" w14:textId="77777777">
        <w:trPr>
          <w:cantSplit/>
          <w:jc w:val="center"/>
        </w:trPr>
        <w:tc>
          <w:tcPr>
            <w:tcW w:w="4032" w:type="dxa"/>
            <w:shd w:val="clear" w:color="auto" w:fill="F6F8FA"/>
            <w:tcMar>
              <w:top w:w="65" w:type="dxa"/>
              <w:left w:w="75" w:type="dxa"/>
              <w:bottom w:w="65" w:type="dxa"/>
              <w:right w:w="75" w:type="dxa"/>
            </w:tcMar>
            <w:vAlign w:val="center"/>
          </w:tcPr>
          <w:p w14:paraId="56DB1615" w14:textId="77777777" w:rsidR="00A83192" w:rsidRPr="000B60F7" w:rsidRDefault="00000000">
            <w:pPr>
              <w:spacing w:after="0" w:line="240" w:lineRule="auto"/>
              <w:rPr>
                <w:rFonts w:cs="Times New Roman"/>
              </w:rPr>
            </w:pPr>
            <w:r w:rsidRPr="000B60F7">
              <w:rPr>
                <w:rFonts w:cs="Times New Roman"/>
              </w:rPr>
              <w:t>Biopharma status</w:t>
            </w:r>
          </w:p>
        </w:tc>
        <w:tc>
          <w:tcPr>
            <w:tcW w:w="1584" w:type="dxa"/>
            <w:shd w:val="clear" w:color="auto" w:fill="F6F8FA"/>
            <w:tcMar>
              <w:top w:w="65" w:type="dxa"/>
              <w:left w:w="75" w:type="dxa"/>
              <w:bottom w:w="65" w:type="dxa"/>
              <w:right w:w="75" w:type="dxa"/>
            </w:tcMar>
            <w:vAlign w:val="center"/>
          </w:tcPr>
          <w:p w14:paraId="2DEB06AF" w14:textId="77777777" w:rsidR="00A83192" w:rsidRPr="000B60F7" w:rsidRDefault="00000000">
            <w:pPr>
              <w:spacing w:after="0" w:line="240" w:lineRule="auto"/>
              <w:jc w:val="center"/>
              <w:rPr>
                <w:rFonts w:cs="Times New Roman"/>
              </w:rPr>
            </w:pPr>
            <w:r w:rsidRPr="000B60F7">
              <w:rPr>
                <w:rFonts w:cs="Times New Roman"/>
                <w:sz w:val="18"/>
              </w:rPr>
              <w:t>8</w:t>
            </w:r>
          </w:p>
        </w:tc>
        <w:tc>
          <w:tcPr>
            <w:tcW w:w="1872" w:type="dxa"/>
            <w:shd w:val="clear" w:color="auto" w:fill="F6F8FA"/>
            <w:tcMar>
              <w:top w:w="65" w:type="dxa"/>
              <w:left w:w="75" w:type="dxa"/>
              <w:bottom w:w="65" w:type="dxa"/>
              <w:right w:w="75" w:type="dxa"/>
            </w:tcMar>
            <w:vAlign w:val="center"/>
          </w:tcPr>
          <w:p w14:paraId="2C6C465C" w14:textId="77777777" w:rsidR="00A83192" w:rsidRPr="000B60F7" w:rsidRDefault="00000000">
            <w:pPr>
              <w:spacing w:after="0" w:line="240" w:lineRule="auto"/>
              <w:jc w:val="center"/>
              <w:rPr>
                <w:rFonts w:cs="Times New Roman"/>
              </w:rPr>
            </w:pPr>
            <w:r w:rsidRPr="000B60F7">
              <w:rPr>
                <w:rFonts w:cs="Times New Roman"/>
                <w:sz w:val="18"/>
              </w:rPr>
              <w:t>0.6655</w:t>
            </w:r>
          </w:p>
        </w:tc>
        <w:tc>
          <w:tcPr>
            <w:tcW w:w="1872" w:type="dxa"/>
            <w:shd w:val="clear" w:color="auto" w:fill="F6F8FA"/>
            <w:tcMar>
              <w:top w:w="65" w:type="dxa"/>
              <w:left w:w="75" w:type="dxa"/>
              <w:bottom w:w="65" w:type="dxa"/>
              <w:right w:w="75" w:type="dxa"/>
            </w:tcMar>
            <w:vAlign w:val="center"/>
          </w:tcPr>
          <w:p w14:paraId="50D408A5" w14:textId="77777777" w:rsidR="00A83192" w:rsidRPr="000B60F7" w:rsidRDefault="00000000">
            <w:pPr>
              <w:spacing w:after="0" w:line="240" w:lineRule="auto"/>
              <w:jc w:val="center"/>
              <w:rPr>
                <w:rFonts w:cs="Times New Roman"/>
              </w:rPr>
            </w:pPr>
            <w:r w:rsidRPr="000B60F7">
              <w:rPr>
                <w:rFonts w:cs="Times New Roman"/>
                <w:sz w:val="18"/>
              </w:rPr>
              <w:t>0.6655</w:t>
            </w:r>
          </w:p>
        </w:tc>
      </w:tr>
    </w:tbl>
    <w:p w14:paraId="0370000F" w14:textId="77777777" w:rsidR="00A83192" w:rsidRPr="000B60F7" w:rsidRDefault="00000000">
      <w:pPr>
        <w:pStyle w:val="TableNotes"/>
        <w:spacing w:after="140" w:line="264" w:lineRule="auto"/>
        <w:rPr>
          <w:rFonts w:cs="Times New Roman"/>
        </w:rPr>
      </w:pPr>
      <w:r w:rsidRPr="000B60F7">
        <w:rPr>
          <w:rFonts w:cs="Times New Roman"/>
          <w:sz w:val="18"/>
        </w:rPr>
        <w:t>Notes: Each model includes group-specific quarterly baselines and all eight history-by-interval differences. Entry stage compares Seed/pre-seed with Series A/B. Sector compares other healthcare ventures with Biopharma. The joint tests do not detect differences in these profiles; they do not establish equivalence or identify a learning, staging or certification mechanism.</w:t>
      </w:r>
    </w:p>
    <w:p w14:paraId="7ABEE2BD" w14:textId="77777777" w:rsidR="00A83192" w:rsidRPr="000B60F7" w:rsidRDefault="00000000">
      <w:pPr>
        <w:pStyle w:val="1"/>
        <w:rPr>
          <w:rFonts w:ascii="Times New Roman" w:hAnsi="Times New Roman" w:cs="Times New Roman"/>
        </w:rPr>
      </w:pPr>
      <w:r w:rsidRPr="000B60F7">
        <w:rPr>
          <w:rFonts w:ascii="Times New Roman" w:hAnsi="Times New Roman" w:cs="Times New Roman"/>
        </w:rPr>
        <w:t>Table S5. History slopes in the contextual models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512"/>
        <w:gridCol w:w="2088"/>
        <w:gridCol w:w="1008"/>
        <w:gridCol w:w="936"/>
        <w:gridCol w:w="1080"/>
        <w:gridCol w:w="2736"/>
      </w:tblGrid>
      <w:tr w:rsidR="00A83192" w:rsidRPr="000B60F7" w14:paraId="6DED261B" w14:textId="77777777">
        <w:trPr>
          <w:cantSplit/>
          <w:tblHeader/>
          <w:jc w:val="center"/>
        </w:trPr>
        <w:tc>
          <w:tcPr>
            <w:tcW w:w="1512" w:type="dxa"/>
            <w:shd w:val="clear" w:color="auto" w:fill="EDEDED"/>
            <w:tcMar>
              <w:top w:w="65" w:type="dxa"/>
              <w:left w:w="75" w:type="dxa"/>
              <w:bottom w:w="65" w:type="dxa"/>
              <w:right w:w="75" w:type="dxa"/>
            </w:tcMar>
            <w:vAlign w:val="center"/>
          </w:tcPr>
          <w:p w14:paraId="080D5BB5" w14:textId="77777777" w:rsidR="00A83192" w:rsidRPr="000B60F7" w:rsidRDefault="00000000">
            <w:pPr>
              <w:spacing w:after="0" w:line="240" w:lineRule="auto"/>
              <w:rPr>
                <w:rFonts w:cs="Times New Roman"/>
              </w:rPr>
            </w:pPr>
            <w:r w:rsidRPr="000B60F7">
              <w:rPr>
                <w:rFonts w:cs="Times New Roman"/>
                <w:b/>
                <w:sz w:val="18"/>
              </w:rPr>
              <w:t>Moderator</w:t>
            </w:r>
          </w:p>
        </w:tc>
        <w:tc>
          <w:tcPr>
            <w:tcW w:w="2088" w:type="dxa"/>
            <w:shd w:val="clear" w:color="auto" w:fill="EDEDED"/>
            <w:tcMar>
              <w:top w:w="65" w:type="dxa"/>
              <w:left w:w="75" w:type="dxa"/>
              <w:bottom w:w="65" w:type="dxa"/>
              <w:right w:w="75" w:type="dxa"/>
            </w:tcMar>
            <w:vAlign w:val="center"/>
          </w:tcPr>
          <w:p w14:paraId="0383E9BA" w14:textId="77777777" w:rsidR="00A83192" w:rsidRPr="000B60F7" w:rsidRDefault="00000000">
            <w:pPr>
              <w:spacing w:after="0" w:line="240" w:lineRule="auto"/>
              <w:jc w:val="center"/>
              <w:rPr>
                <w:rFonts w:cs="Times New Roman"/>
              </w:rPr>
            </w:pPr>
            <w:r w:rsidRPr="000B60F7">
              <w:rPr>
                <w:rFonts w:cs="Times New Roman"/>
                <w:b/>
                <w:sz w:val="18"/>
              </w:rPr>
              <w:t>Group</w:t>
            </w:r>
          </w:p>
        </w:tc>
        <w:tc>
          <w:tcPr>
            <w:tcW w:w="1008" w:type="dxa"/>
            <w:shd w:val="clear" w:color="auto" w:fill="EDEDED"/>
            <w:tcMar>
              <w:top w:w="65" w:type="dxa"/>
              <w:left w:w="75" w:type="dxa"/>
              <w:bottom w:w="65" w:type="dxa"/>
              <w:right w:w="75" w:type="dxa"/>
            </w:tcMar>
            <w:vAlign w:val="center"/>
          </w:tcPr>
          <w:p w14:paraId="76AA362B" w14:textId="77777777" w:rsidR="00A83192" w:rsidRPr="000B60F7" w:rsidRDefault="00000000">
            <w:pPr>
              <w:spacing w:after="0" w:line="240" w:lineRule="auto"/>
              <w:jc w:val="center"/>
              <w:rPr>
                <w:rFonts w:cs="Times New Roman"/>
              </w:rPr>
            </w:pPr>
            <w:r w:rsidRPr="000B60F7">
              <w:rPr>
                <w:rFonts w:cs="Times New Roman"/>
                <w:b/>
                <w:sz w:val="18"/>
              </w:rPr>
              <w:t>History</w:t>
            </w:r>
          </w:p>
        </w:tc>
        <w:tc>
          <w:tcPr>
            <w:tcW w:w="936" w:type="dxa"/>
            <w:shd w:val="clear" w:color="auto" w:fill="EDEDED"/>
            <w:tcMar>
              <w:top w:w="65" w:type="dxa"/>
              <w:left w:w="75" w:type="dxa"/>
              <w:bottom w:w="65" w:type="dxa"/>
              <w:right w:w="75" w:type="dxa"/>
            </w:tcMar>
            <w:vAlign w:val="center"/>
          </w:tcPr>
          <w:p w14:paraId="7AED1943" w14:textId="77777777" w:rsidR="00A83192" w:rsidRPr="000B60F7" w:rsidRDefault="00000000">
            <w:pPr>
              <w:spacing w:after="0" w:line="240" w:lineRule="auto"/>
              <w:jc w:val="center"/>
              <w:rPr>
                <w:rFonts w:cs="Times New Roman"/>
              </w:rPr>
            </w:pPr>
            <w:r w:rsidRPr="000B60F7">
              <w:rPr>
                <w:rFonts w:cs="Times New Roman"/>
                <w:b/>
                <w:sz w:val="18"/>
              </w:rPr>
              <w:t>Months</w:t>
            </w:r>
          </w:p>
        </w:tc>
        <w:tc>
          <w:tcPr>
            <w:tcW w:w="1080" w:type="dxa"/>
            <w:shd w:val="clear" w:color="auto" w:fill="EDEDED"/>
            <w:tcMar>
              <w:top w:w="65" w:type="dxa"/>
              <w:left w:w="75" w:type="dxa"/>
              <w:bottom w:w="65" w:type="dxa"/>
              <w:right w:w="75" w:type="dxa"/>
            </w:tcMar>
            <w:vAlign w:val="center"/>
          </w:tcPr>
          <w:p w14:paraId="74EF131A" w14:textId="77777777" w:rsidR="00A83192" w:rsidRPr="000B60F7" w:rsidRDefault="00000000">
            <w:pPr>
              <w:spacing w:after="0" w:line="240" w:lineRule="auto"/>
              <w:jc w:val="center"/>
              <w:rPr>
                <w:rFonts w:cs="Times New Roman"/>
              </w:rPr>
            </w:pPr>
            <w:r w:rsidRPr="000B60F7">
              <w:rPr>
                <w:rFonts w:cs="Times New Roman"/>
                <w:b/>
                <w:sz w:val="18"/>
              </w:rPr>
              <w:t>HR</w:t>
            </w:r>
          </w:p>
        </w:tc>
        <w:tc>
          <w:tcPr>
            <w:tcW w:w="2736" w:type="dxa"/>
            <w:shd w:val="clear" w:color="auto" w:fill="EDEDED"/>
            <w:tcMar>
              <w:top w:w="65" w:type="dxa"/>
              <w:left w:w="75" w:type="dxa"/>
              <w:bottom w:w="65" w:type="dxa"/>
              <w:right w:w="75" w:type="dxa"/>
            </w:tcMar>
            <w:vAlign w:val="center"/>
          </w:tcPr>
          <w:p w14:paraId="12BCBEB7" w14:textId="77777777" w:rsidR="00A83192" w:rsidRPr="000B60F7" w:rsidRDefault="00000000">
            <w:pPr>
              <w:spacing w:after="0" w:line="240" w:lineRule="auto"/>
              <w:jc w:val="center"/>
              <w:rPr>
                <w:rFonts w:cs="Times New Roman"/>
              </w:rPr>
            </w:pPr>
            <w:r w:rsidRPr="000B60F7">
              <w:rPr>
                <w:rFonts w:cs="Times New Roman"/>
                <w:b/>
                <w:sz w:val="18"/>
              </w:rPr>
              <w:t>95% CI</w:t>
            </w:r>
          </w:p>
        </w:tc>
      </w:tr>
      <w:tr w:rsidR="00A83192" w:rsidRPr="000B60F7" w14:paraId="5ABA3F59" w14:textId="77777777">
        <w:trPr>
          <w:cantSplit/>
          <w:jc w:val="center"/>
        </w:trPr>
        <w:tc>
          <w:tcPr>
            <w:tcW w:w="1512" w:type="dxa"/>
            <w:shd w:val="clear" w:color="auto" w:fill="FFFFFF"/>
            <w:tcMar>
              <w:top w:w="65" w:type="dxa"/>
              <w:left w:w="75" w:type="dxa"/>
              <w:bottom w:w="65" w:type="dxa"/>
              <w:right w:w="75" w:type="dxa"/>
            </w:tcMar>
            <w:vAlign w:val="center"/>
          </w:tcPr>
          <w:p w14:paraId="3DDBB96B" w14:textId="77777777" w:rsidR="00A83192" w:rsidRPr="000B60F7" w:rsidRDefault="00000000">
            <w:pPr>
              <w:spacing w:after="0" w:line="240" w:lineRule="auto"/>
              <w:rPr>
                <w:rFonts w:cs="Times New Roman"/>
              </w:rPr>
            </w:pPr>
            <w:r w:rsidRPr="000B60F7">
              <w:rPr>
                <w:rFonts w:cs="Times New Roman"/>
                <w:sz w:val="18"/>
              </w:rPr>
              <w:t>Entry stage</w:t>
            </w:r>
          </w:p>
        </w:tc>
        <w:tc>
          <w:tcPr>
            <w:tcW w:w="2088" w:type="dxa"/>
            <w:shd w:val="clear" w:color="auto" w:fill="FFFFFF"/>
            <w:tcMar>
              <w:top w:w="65" w:type="dxa"/>
              <w:left w:w="75" w:type="dxa"/>
              <w:bottom w:w="65" w:type="dxa"/>
              <w:right w:w="75" w:type="dxa"/>
            </w:tcMar>
            <w:vAlign w:val="center"/>
          </w:tcPr>
          <w:p w14:paraId="31650F05" w14:textId="77777777" w:rsidR="00A83192" w:rsidRPr="000B60F7" w:rsidRDefault="00000000">
            <w:pPr>
              <w:spacing w:after="0" w:line="240" w:lineRule="auto"/>
              <w:rPr>
                <w:rFonts w:cs="Times New Roman"/>
              </w:rPr>
            </w:pPr>
            <w:r w:rsidRPr="000B60F7">
              <w:rPr>
                <w:rFonts w:cs="Times New Roman"/>
                <w:sz w:val="18"/>
              </w:rPr>
              <w:t>Seed/pre-seed</w:t>
            </w:r>
          </w:p>
        </w:tc>
        <w:tc>
          <w:tcPr>
            <w:tcW w:w="1008" w:type="dxa"/>
            <w:shd w:val="clear" w:color="auto" w:fill="FFFFFF"/>
            <w:tcMar>
              <w:top w:w="65" w:type="dxa"/>
              <w:left w:w="75" w:type="dxa"/>
              <w:bottom w:w="65" w:type="dxa"/>
              <w:right w:w="75" w:type="dxa"/>
            </w:tcMar>
            <w:vAlign w:val="center"/>
          </w:tcPr>
          <w:p w14:paraId="0CFE01CB"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936" w:type="dxa"/>
            <w:shd w:val="clear" w:color="auto" w:fill="FFFFFF"/>
            <w:tcMar>
              <w:top w:w="65" w:type="dxa"/>
              <w:left w:w="75" w:type="dxa"/>
              <w:bottom w:w="65" w:type="dxa"/>
              <w:right w:w="75" w:type="dxa"/>
            </w:tcMar>
            <w:vAlign w:val="center"/>
          </w:tcPr>
          <w:p w14:paraId="07978D76" w14:textId="77777777" w:rsidR="00A83192" w:rsidRPr="000B60F7" w:rsidRDefault="00000000">
            <w:pPr>
              <w:spacing w:after="0" w:line="240" w:lineRule="auto"/>
              <w:jc w:val="center"/>
              <w:rPr>
                <w:rFonts w:cs="Times New Roman"/>
              </w:rPr>
            </w:pPr>
            <w:r w:rsidRPr="000B60F7">
              <w:rPr>
                <w:rFonts w:cs="Times New Roman"/>
                <w:sz w:val="18"/>
              </w:rPr>
              <w:t>01–12</w:t>
            </w:r>
          </w:p>
        </w:tc>
        <w:tc>
          <w:tcPr>
            <w:tcW w:w="1080" w:type="dxa"/>
            <w:shd w:val="clear" w:color="auto" w:fill="FFFFFF"/>
            <w:tcMar>
              <w:top w:w="65" w:type="dxa"/>
              <w:left w:w="75" w:type="dxa"/>
              <w:bottom w:w="65" w:type="dxa"/>
              <w:right w:w="75" w:type="dxa"/>
            </w:tcMar>
            <w:vAlign w:val="center"/>
          </w:tcPr>
          <w:p w14:paraId="5C1A8AA2" w14:textId="77777777" w:rsidR="00A83192" w:rsidRPr="000B60F7" w:rsidRDefault="00000000">
            <w:pPr>
              <w:spacing w:after="0" w:line="240" w:lineRule="auto"/>
              <w:jc w:val="center"/>
              <w:rPr>
                <w:rFonts w:cs="Times New Roman"/>
              </w:rPr>
            </w:pPr>
            <w:r w:rsidRPr="000B60F7">
              <w:rPr>
                <w:rFonts w:cs="Times New Roman"/>
                <w:sz w:val="18"/>
              </w:rPr>
              <w:t>1.01</w:t>
            </w:r>
          </w:p>
        </w:tc>
        <w:tc>
          <w:tcPr>
            <w:tcW w:w="2736" w:type="dxa"/>
            <w:shd w:val="clear" w:color="auto" w:fill="FFFFFF"/>
            <w:tcMar>
              <w:top w:w="65" w:type="dxa"/>
              <w:left w:w="75" w:type="dxa"/>
              <w:bottom w:w="65" w:type="dxa"/>
              <w:right w:w="75" w:type="dxa"/>
            </w:tcMar>
            <w:vAlign w:val="center"/>
          </w:tcPr>
          <w:p w14:paraId="01454D7C" w14:textId="77777777" w:rsidR="00A83192" w:rsidRPr="000B60F7" w:rsidRDefault="00000000">
            <w:pPr>
              <w:spacing w:after="0" w:line="240" w:lineRule="auto"/>
              <w:jc w:val="center"/>
              <w:rPr>
                <w:rFonts w:cs="Times New Roman"/>
              </w:rPr>
            </w:pPr>
            <w:r w:rsidRPr="000B60F7">
              <w:rPr>
                <w:rFonts w:cs="Times New Roman"/>
                <w:sz w:val="18"/>
              </w:rPr>
              <w:t>[0.71, 1.45]</w:t>
            </w:r>
          </w:p>
        </w:tc>
      </w:tr>
      <w:tr w:rsidR="00A83192" w:rsidRPr="000B60F7" w14:paraId="42C74D63" w14:textId="77777777">
        <w:trPr>
          <w:cantSplit/>
          <w:jc w:val="center"/>
        </w:trPr>
        <w:tc>
          <w:tcPr>
            <w:tcW w:w="1512" w:type="dxa"/>
            <w:shd w:val="clear" w:color="auto" w:fill="F6F8FA"/>
            <w:tcMar>
              <w:top w:w="65" w:type="dxa"/>
              <w:left w:w="75" w:type="dxa"/>
              <w:bottom w:w="65" w:type="dxa"/>
              <w:right w:w="75" w:type="dxa"/>
            </w:tcMar>
            <w:vAlign w:val="center"/>
          </w:tcPr>
          <w:p w14:paraId="361D271B" w14:textId="77777777" w:rsidR="00A83192" w:rsidRPr="000B60F7" w:rsidRDefault="00000000">
            <w:pPr>
              <w:spacing w:after="0" w:line="240" w:lineRule="auto"/>
              <w:rPr>
                <w:rFonts w:cs="Times New Roman"/>
              </w:rPr>
            </w:pPr>
            <w:r w:rsidRPr="000B60F7">
              <w:rPr>
                <w:rFonts w:cs="Times New Roman"/>
                <w:sz w:val="18"/>
              </w:rPr>
              <w:t>Entry stage</w:t>
            </w:r>
          </w:p>
        </w:tc>
        <w:tc>
          <w:tcPr>
            <w:tcW w:w="2088" w:type="dxa"/>
            <w:shd w:val="clear" w:color="auto" w:fill="F6F8FA"/>
            <w:tcMar>
              <w:top w:w="65" w:type="dxa"/>
              <w:left w:w="75" w:type="dxa"/>
              <w:bottom w:w="65" w:type="dxa"/>
              <w:right w:w="75" w:type="dxa"/>
            </w:tcMar>
            <w:vAlign w:val="center"/>
          </w:tcPr>
          <w:p w14:paraId="1771F9B9" w14:textId="77777777" w:rsidR="00A83192" w:rsidRPr="000B60F7" w:rsidRDefault="00000000">
            <w:pPr>
              <w:spacing w:after="0" w:line="240" w:lineRule="auto"/>
              <w:rPr>
                <w:rFonts w:cs="Times New Roman"/>
              </w:rPr>
            </w:pPr>
            <w:r w:rsidRPr="000B60F7">
              <w:rPr>
                <w:rFonts w:cs="Times New Roman"/>
                <w:sz w:val="18"/>
              </w:rPr>
              <w:t>Series A/B</w:t>
            </w:r>
          </w:p>
        </w:tc>
        <w:tc>
          <w:tcPr>
            <w:tcW w:w="1008" w:type="dxa"/>
            <w:shd w:val="clear" w:color="auto" w:fill="F6F8FA"/>
            <w:tcMar>
              <w:top w:w="65" w:type="dxa"/>
              <w:left w:w="75" w:type="dxa"/>
              <w:bottom w:w="65" w:type="dxa"/>
              <w:right w:w="75" w:type="dxa"/>
            </w:tcMar>
            <w:vAlign w:val="center"/>
          </w:tcPr>
          <w:p w14:paraId="0A85E98E"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936" w:type="dxa"/>
            <w:shd w:val="clear" w:color="auto" w:fill="F6F8FA"/>
            <w:tcMar>
              <w:top w:w="65" w:type="dxa"/>
              <w:left w:w="75" w:type="dxa"/>
              <w:bottom w:w="65" w:type="dxa"/>
              <w:right w:w="75" w:type="dxa"/>
            </w:tcMar>
            <w:vAlign w:val="center"/>
          </w:tcPr>
          <w:p w14:paraId="4E5D9AAB" w14:textId="77777777" w:rsidR="00A83192" w:rsidRPr="000B60F7" w:rsidRDefault="00000000">
            <w:pPr>
              <w:spacing w:after="0" w:line="240" w:lineRule="auto"/>
              <w:jc w:val="center"/>
              <w:rPr>
                <w:rFonts w:cs="Times New Roman"/>
              </w:rPr>
            </w:pPr>
            <w:r w:rsidRPr="000B60F7">
              <w:rPr>
                <w:rFonts w:cs="Times New Roman"/>
                <w:sz w:val="18"/>
              </w:rPr>
              <w:t>01–12</w:t>
            </w:r>
          </w:p>
        </w:tc>
        <w:tc>
          <w:tcPr>
            <w:tcW w:w="1080" w:type="dxa"/>
            <w:shd w:val="clear" w:color="auto" w:fill="F6F8FA"/>
            <w:tcMar>
              <w:top w:w="65" w:type="dxa"/>
              <w:left w:w="75" w:type="dxa"/>
              <w:bottom w:w="65" w:type="dxa"/>
              <w:right w:w="75" w:type="dxa"/>
            </w:tcMar>
            <w:vAlign w:val="center"/>
          </w:tcPr>
          <w:p w14:paraId="780360CB" w14:textId="77777777" w:rsidR="00A83192" w:rsidRPr="000B60F7" w:rsidRDefault="00000000">
            <w:pPr>
              <w:spacing w:after="0" w:line="240" w:lineRule="auto"/>
              <w:jc w:val="center"/>
              <w:rPr>
                <w:rFonts w:cs="Times New Roman"/>
              </w:rPr>
            </w:pPr>
            <w:r w:rsidRPr="000B60F7">
              <w:rPr>
                <w:rFonts w:cs="Times New Roman"/>
                <w:sz w:val="18"/>
              </w:rPr>
              <w:t>0.81</w:t>
            </w:r>
          </w:p>
        </w:tc>
        <w:tc>
          <w:tcPr>
            <w:tcW w:w="2736" w:type="dxa"/>
            <w:shd w:val="clear" w:color="auto" w:fill="F6F8FA"/>
            <w:tcMar>
              <w:top w:w="65" w:type="dxa"/>
              <w:left w:w="75" w:type="dxa"/>
              <w:bottom w:w="65" w:type="dxa"/>
              <w:right w:w="75" w:type="dxa"/>
            </w:tcMar>
            <w:vAlign w:val="center"/>
          </w:tcPr>
          <w:p w14:paraId="34A5414F" w14:textId="77777777" w:rsidR="00A83192" w:rsidRPr="000B60F7" w:rsidRDefault="00000000">
            <w:pPr>
              <w:spacing w:after="0" w:line="240" w:lineRule="auto"/>
              <w:jc w:val="center"/>
              <w:rPr>
                <w:rFonts w:cs="Times New Roman"/>
              </w:rPr>
            </w:pPr>
            <w:r w:rsidRPr="000B60F7">
              <w:rPr>
                <w:rFonts w:cs="Times New Roman"/>
                <w:sz w:val="18"/>
              </w:rPr>
              <w:t>[0.59, 1.11]</w:t>
            </w:r>
          </w:p>
        </w:tc>
      </w:tr>
      <w:tr w:rsidR="00A83192" w:rsidRPr="000B60F7" w14:paraId="24B89D40" w14:textId="77777777">
        <w:trPr>
          <w:cantSplit/>
          <w:jc w:val="center"/>
        </w:trPr>
        <w:tc>
          <w:tcPr>
            <w:tcW w:w="1512" w:type="dxa"/>
            <w:shd w:val="clear" w:color="auto" w:fill="FFFFFF"/>
            <w:tcMar>
              <w:top w:w="65" w:type="dxa"/>
              <w:left w:w="75" w:type="dxa"/>
              <w:bottom w:w="65" w:type="dxa"/>
              <w:right w:w="75" w:type="dxa"/>
            </w:tcMar>
            <w:vAlign w:val="center"/>
          </w:tcPr>
          <w:p w14:paraId="72F0B90F" w14:textId="77777777" w:rsidR="00A83192" w:rsidRPr="000B60F7" w:rsidRDefault="00000000">
            <w:pPr>
              <w:spacing w:after="0" w:line="240" w:lineRule="auto"/>
              <w:rPr>
                <w:rFonts w:cs="Times New Roman"/>
              </w:rPr>
            </w:pPr>
            <w:r w:rsidRPr="000B60F7">
              <w:rPr>
                <w:rFonts w:cs="Times New Roman"/>
                <w:sz w:val="18"/>
              </w:rPr>
              <w:t>Entry stage</w:t>
            </w:r>
          </w:p>
        </w:tc>
        <w:tc>
          <w:tcPr>
            <w:tcW w:w="2088" w:type="dxa"/>
            <w:shd w:val="clear" w:color="auto" w:fill="FFFFFF"/>
            <w:tcMar>
              <w:top w:w="65" w:type="dxa"/>
              <w:left w:w="75" w:type="dxa"/>
              <w:bottom w:w="65" w:type="dxa"/>
              <w:right w:w="75" w:type="dxa"/>
            </w:tcMar>
            <w:vAlign w:val="center"/>
          </w:tcPr>
          <w:p w14:paraId="17F87C72" w14:textId="77777777" w:rsidR="00A83192" w:rsidRPr="000B60F7" w:rsidRDefault="00000000">
            <w:pPr>
              <w:spacing w:after="0" w:line="240" w:lineRule="auto"/>
              <w:rPr>
                <w:rFonts w:cs="Times New Roman"/>
              </w:rPr>
            </w:pPr>
            <w:r w:rsidRPr="000B60F7">
              <w:rPr>
                <w:rFonts w:cs="Times New Roman"/>
                <w:sz w:val="18"/>
              </w:rPr>
              <w:t>Seed/pre-seed</w:t>
            </w:r>
          </w:p>
        </w:tc>
        <w:tc>
          <w:tcPr>
            <w:tcW w:w="1008" w:type="dxa"/>
            <w:shd w:val="clear" w:color="auto" w:fill="FFFFFF"/>
            <w:tcMar>
              <w:top w:w="65" w:type="dxa"/>
              <w:left w:w="75" w:type="dxa"/>
              <w:bottom w:w="65" w:type="dxa"/>
              <w:right w:w="75" w:type="dxa"/>
            </w:tcMar>
            <w:vAlign w:val="center"/>
          </w:tcPr>
          <w:p w14:paraId="32CAEEF7"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936" w:type="dxa"/>
            <w:shd w:val="clear" w:color="auto" w:fill="FFFFFF"/>
            <w:tcMar>
              <w:top w:w="65" w:type="dxa"/>
              <w:left w:w="75" w:type="dxa"/>
              <w:bottom w:w="65" w:type="dxa"/>
              <w:right w:w="75" w:type="dxa"/>
            </w:tcMar>
            <w:vAlign w:val="center"/>
          </w:tcPr>
          <w:p w14:paraId="2E3E537F" w14:textId="77777777" w:rsidR="00A83192" w:rsidRPr="000B60F7" w:rsidRDefault="00000000">
            <w:pPr>
              <w:spacing w:after="0" w:line="240" w:lineRule="auto"/>
              <w:jc w:val="center"/>
              <w:rPr>
                <w:rFonts w:cs="Times New Roman"/>
              </w:rPr>
            </w:pPr>
            <w:r w:rsidRPr="000B60F7">
              <w:rPr>
                <w:rFonts w:cs="Times New Roman"/>
                <w:sz w:val="18"/>
              </w:rPr>
              <w:t>13–24</w:t>
            </w:r>
          </w:p>
        </w:tc>
        <w:tc>
          <w:tcPr>
            <w:tcW w:w="1080" w:type="dxa"/>
            <w:shd w:val="clear" w:color="auto" w:fill="FFFFFF"/>
            <w:tcMar>
              <w:top w:w="65" w:type="dxa"/>
              <w:left w:w="75" w:type="dxa"/>
              <w:bottom w:w="65" w:type="dxa"/>
              <w:right w:w="75" w:type="dxa"/>
            </w:tcMar>
            <w:vAlign w:val="center"/>
          </w:tcPr>
          <w:p w14:paraId="2815F9D8" w14:textId="77777777" w:rsidR="00A83192" w:rsidRPr="000B60F7" w:rsidRDefault="00000000">
            <w:pPr>
              <w:spacing w:after="0" w:line="240" w:lineRule="auto"/>
              <w:jc w:val="center"/>
              <w:rPr>
                <w:rFonts w:cs="Times New Roman"/>
              </w:rPr>
            </w:pPr>
            <w:r w:rsidRPr="000B60F7">
              <w:rPr>
                <w:rFonts w:cs="Times New Roman"/>
                <w:sz w:val="18"/>
              </w:rPr>
              <w:t>1.04</w:t>
            </w:r>
          </w:p>
        </w:tc>
        <w:tc>
          <w:tcPr>
            <w:tcW w:w="2736" w:type="dxa"/>
            <w:shd w:val="clear" w:color="auto" w:fill="FFFFFF"/>
            <w:tcMar>
              <w:top w:w="65" w:type="dxa"/>
              <w:left w:w="75" w:type="dxa"/>
              <w:bottom w:w="65" w:type="dxa"/>
              <w:right w:w="75" w:type="dxa"/>
            </w:tcMar>
            <w:vAlign w:val="center"/>
          </w:tcPr>
          <w:p w14:paraId="6E1E8A9D" w14:textId="77777777" w:rsidR="00A83192" w:rsidRPr="000B60F7" w:rsidRDefault="00000000">
            <w:pPr>
              <w:spacing w:after="0" w:line="240" w:lineRule="auto"/>
              <w:jc w:val="center"/>
              <w:rPr>
                <w:rFonts w:cs="Times New Roman"/>
              </w:rPr>
            </w:pPr>
            <w:r w:rsidRPr="000B60F7">
              <w:rPr>
                <w:rFonts w:cs="Times New Roman"/>
                <w:sz w:val="18"/>
              </w:rPr>
              <w:t>[0.70, 1.53]</w:t>
            </w:r>
          </w:p>
        </w:tc>
      </w:tr>
      <w:tr w:rsidR="00A83192" w:rsidRPr="000B60F7" w14:paraId="4E188EDE" w14:textId="77777777">
        <w:trPr>
          <w:cantSplit/>
          <w:jc w:val="center"/>
        </w:trPr>
        <w:tc>
          <w:tcPr>
            <w:tcW w:w="1512" w:type="dxa"/>
            <w:shd w:val="clear" w:color="auto" w:fill="F6F8FA"/>
            <w:tcMar>
              <w:top w:w="65" w:type="dxa"/>
              <w:left w:w="75" w:type="dxa"/>
              <w:bottom w:w="65" w:type="dxa"/>
              <w:right w:w="75" w:type="dxa"/>
            </w:tcMar>
            <w:vAlign w:val="center"/>
          </w:tcPr>
          <w:p w14:paraId="59756F99" w14:textId="77777777" w:rsidR="00A83192" w:rsidRPr="000B60F7" w:rsidRDefault="00000000">
            <w:pPr>
              <w:spacing w:after="0" w:line="240" w:lineRule="auto"/>
              <w:rPr>
                <w:rFonts w:cs="Times New Roman"/>
              </w:rPr>
            </w:pPr>
            <w:r w:rsidRPr="000B60F7">
              <w:rPr>
                <w:rFonts w:cs="Times New Roman"/>
                <w:sz w:val="18"/>
              </w:rPr>
              <w:t>Entry stage</w:t>
            </w:r>
          </w:p>
        </w:tc>
        <w:tc>
          <w:tcPr>
            <w:tcW w:w="2088" w:type="dxa"/>
            <w:shd w:val="clear" w:color="auto" w:fill="F6F8FA"/>
            <w:tcMar>
              <w:top w:w="65" w:type="dxa"/>
              <w:left w:w="75" w:type="dxa"/>
              <w:bottom w:w="65" w:type="dxa"/>
              <w:right w:w="75" w:type="dxa"/>
            </w:tcMar>
            <w:vAlign w:val="center"/>
          </w:tcPr>
          <w:p w14:paraId="09472823" w14:textId="77777777" w:rsidR="00A83192" w:rsidRPr="000B60F7" w:rsidRDefault="00000000">
            <w:pPr>
              <w:spacing w:after="0" w:line="240" w:lineRule="auto"/>
              <w:rPr>
                <w:rFonts w:cs="Times New Roman"/>
              </w:rPr>
            </w:pPr>
            <w:r w:rsidRPr="000B60F7">
              <w:rPr>
                <w:rFonts w:cs="Times New Roman"/>
                <w:sz w:val="18"/>
              </w:rPr>
              <w:t>Series A/B</w:t>
            </w:r>
          </w:p>
        </w:tc>
        <w:tc>
          <w:tcPr>
            <w:tcW w:w="1008" w:type="dxa"/>
            <w:shd w:val="clear" w:color="auto" w:fill="F6F8FA"/>
            <w:tcMar>
              <w:top w:w="65" w:type="dxa"/>
              <w:left w:w="75" w:type="dxa"/>
              <w:bottom w:w="65" w:type="dxa"/>
              <w:right w:w="75" w:type="dxa"/>
            </w:tcMar>
            <w:vAlign w:val="center"/>
          </w:tcPr>
          <w:p w14:paraId="09DB7B3E"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936" w:type="dxa"/>
            <w:shd w:val="clear" w:color="auto" w:fill="F6F8FA"/>
            <w:tcMar>
              <w:top w:w="65" w:type="dxa"/>
              <w:left w:w="75" w:type="dxa"/>
              <w:bottom w:w="65" w:type="dxa"/>
              <w:right w:w="75" w:type="dxa"/>
            </w:tcMar>
            <w:vAlign w:val="center"/>
          </w:tcPr>
          <w:p w14:paraId="4413B9AA" w14:textId="77777777" w:rsidR="00A83192" w:rsidRPr="000B60F7" w:rsidRDefault="00000000">
            <w:pPr>
              <w:spacing w:after="0" w:line="240" w:lineRule="auto"/>
              <w:jc w:val="center"/>
              <w:rPr>
                <w:rFonts w:cs="Times New Roman"/>
              </w:rPr>
            </w:pPr>
            <w:r w:rsidRPr="000B60F7">
              <w:rPr>
                <w:rFonts w:cs="Times New Roman"/>
                <w:sz w:val="18"/>
              </w:rPr>
              <w:t>13–24</w:t>
            </w:r>
          </w:p>
        </w:tc>
        <w:tc>
          <w:tcPr>
            <w:tcW w:w="1080" w:type="dxa"/>
            <w:shd w:val="clear" w:color="auto" w:fill="F6F8FA"/>
            <w:tcMar>
              <w:top w:w="65" w:type="dxa"/>
              <w:left w:w="75" w:type="dxa"/>
              <w:bottom w:w="65" w:type="dxa"/>
              <w:right w:w="75" w:type="dxa"/>
            </w:tcMar>
            <w:vAlign w:val="center"/>
          </w:tcPr>
          <w:p w14:paraId="43C674D1" w14:textId="77777777" w:rsidR="00A83192" w:rsidRPr="000B60F7" w:rsidRDefault="00000000">
            <w:pPr>
              <w:spacing w:after="0" w:line="240" w:lineRule="auto"/>
              <w:jc w:val="center"/>
              <w:rPr>
                <w:rFonts w:cs="Times New Roman"/>
              </w:rPr>
            </w:pPr>
            <w:r w:rsidRPr="000B60F7">
              <w:rPr>
                <w:rFonts w:cs="Times New Roman"/>
                <w:sz w:val="18"/>
              </w:rPr>
              <w:t>0.95</w:t>
            </w:r>
          </w:p>
        </w:tc>
        <w:tc>
          <w:tcPr>
            <w:tcW w:w="2736" w:type="dxa"/>
            <w:shd w:val="clear" w:color="auto" w:fill="F6F8FA"/>
            <w:tcMar>
              <w:top w:w="65" w:type="dxa"/>
              <w:left w:w="75" w:type="dxa"/>
              <w:bottom w:w="65" w:type="dxa"/>
              <w:right w:w="75" w:type="dxa"/>
            </w:tcMar>
            <w:vAlign w:val="center"/>
          </w:tcPr>
          <w:p w14:paraId="2F7C4966" w14:textId="77777777" w:rsidR="00A83192" w:rsidRPr="000B60F7" w:rsidRDefault="00000000">
            <w:pPr>
              <w:spacing w:after="0" w:line="240" w:lineRule="auto"/>
              <w:jc w:val="center"/>
              <w:rPr>
                <w:rFonts w:cs="Times New Roman"/>
              </w:rPr>
            </w:pPr>
            <w:r w:rsidRPr="000B60F7">
              <w:rPr>
                <w:rFonts w:cs="Times New Roman"/>
                <w:sz w:val="18"/>
              </w:rPr>
              <w:t>[0.72, 1.24]</w:t>
            </w:r>
          </w:p>
        </w:tc>
      </w:tr>
      <w:tr w:rsidR="00A83192" w:rsidRPr="000B60F7" w14:paraId="7D186BC3" w14:textId="77777777">
        <w:trPr>
          <w:cantSplit/>
          <w:jc w:val="center"/>
        </w:trPr>
        <w:tc>
          <w:tcPr>
            <w:tcW w:w="1512" w:type="dxa"/>
            <w:shd w:val="clear" w:color="auto" w:fill="FFFFFF"/>
            <w:tcMar>
              <w:top w:w="65" w:type="dxa"/>
              <w:left w:w="75" w:type="dxa"/>
              <w:bottom w:w="65" w:type="dxa"/>
              <w:right w:w="75" w:type="dxa"/>
            </w:tcMar>
            <w:vAlign w:val="center"/>
          </w:tcPr>
          <w:p w14:paraId="1F2DB90F" w14:textId="77777777" w:rsidR="00A83192" w:rsidRPr="000B60F7" w:rsidRDefault="00000000">
            <w:pPr>
              <w:spacing w:after="0" w:line="240" w:lineRule="auto"/>
              <w:rPr>
                <w:rFonts w:cs="Times New Roman"/>
              </w:rPr>
            </w:pPr>
            <w:r w:rsidRPr="000B60F7">
              <w:rPr>
                <w:rFonts w:cs="Times New Roman"/>
                <w:sz w:val="18"/>
              </w:rPr>
              <w:t>Entry stage</w:t>
            </w:r>
          </w:p>
        </w:tc>
        <w:tc>
          <w:tcPr>
            <w:tcW w:w="2088" w:type="dxa"/>
            <w:shd w:val="clear" w:color="auto" w:fill="FFFFFF"/>
            <w:tcMar>
              <w:top w:w="65" w:type="dxa"/>
              <w:left w:w="75" w:type="dxa"/>
              <w:bottom w:w="65" w:type="dxa"/>
              <w:right w:w="75" w:type="dxa"/>
            </w:tcMar>
            <w:vAlign w:val="center"/>
          </w:tcPr>
          <w:p w14:paraId="38214932" w14:textId="77777777" w:rsidR="00A83192" w:rsidRPr="000B60F7" w:rsidRDefault="00000000">
            <w:pPr>
              <w:spacing w:after="0" w:line="240" w:lineRule="auto"/>
              <w:rPr>
                <w:rFonts w:cs="Times New Roman"/>
              </w:rPr>
            </w:pPr>
            <w:r w:rsidRPr="000B60F7">
              <w:rPr>
                <w:rFonts w:cs="Times New Roman"/>
                <w:sz w:val="18"/>
              </w:rPr>
              <w:t>Seed/pre-seed</w:t>
            </w:r>
          </w:p>
        </w:tc>
        <w:tc>
          <w:tcPr>
            <w:tcW w:w="1008" w:type="dxa"/>
            <w:shd w:val="clear" w:color="auto" w:fill="FFFFFF"/>
            <w:tcMar>
              <w:top w:w="65" w:type="dxa"/>
              <w:left w:w="75" w:type="dxa"/>
              <w:bottom w:w="65" w:type="dxa"/>
              <w:right w:w="75" w:type="dxa"/>
            </w:tcMar>
            <w:vAlign w:val="center"/>
          </w:tcPr>
          <w:p w14:paraId="7001C759"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936" w:type="dxa"/>
            <w:shd w:val="clear" w:color="auto" w:fill="FFFFFF"/>
            <w:tcMar>
              <w:top w:w="65" w:type="dxa"/>
              <w:left w:w="75" w:type="dxa"/>
              <w:bottom w:w="65" w:type="dxa"/>
              <w:right w:w="75" w:type="dxa"/>
            </w:tcMar>
            <w:vAlign w:val="center"/>
          </w:tcPr>
          <w:p w14:paraId="0F49866A" w14:textId="77777777" w:rsidR="00A83192" w:rsidRPr="000B60F7" w:rsidRDefault="00000000">
            <w:pPr>
              <w:spacing w:after="0" w:line="240" w:lineRule="auto"/>
              <w:jc w:val="center"/>
              <w:rPr>
                <w:rFonts w:cs="Times New Roman"/>
              </w:rPr>
            </w:pPr>
            <w:r w:rsidRPr="000B60F7">
              <w:rPr>
                <w:rFonts w:cs="Times New Roman"/>
                <w:sz w:val="18"/>
              </w:rPr>
              <w:t>25–36</w:t>
            </w:r>
          </w:p>
        </w:tc>
        <w:tc>
          <w:tcPr>
            <w:tcW w:w="1080" w:type="dxa"/>
            <w:shd w:val="clear" w:color="auto" w:fill="FFFFFF"/>
            <w:tcMar>
              <w:top w:w="65" w:type="dxa"/>
              <w:left w:w="75" w:type="dxa"/>
              <w:bottom w:w="65" w:type="dxa"/>
              <w:right w:w="75" w:type="dxa"/>
            </w:tcMar>
            <w:vAlign w:val="center"/>
          </w:tcPr>
          <w:p w14:paraId="12B64556" w14:textId="77777777" w:rsidR="00A83192" w:rsidRPr="000B60F7" w:rsidRDefault="00000000">
            <w:pPr>
              <w:spacing w:after="0" w:line="240" w:lineRule="auto"/>
              <w:jc w:val="center"/>
              <w:rPr>
                <w:rFonts w:cs="Times New Roman"/>
              </w:rPr>
            </w:pPr>
            <w:r w:rsidRPr="000B60F7">
              <w:rPr>
                <w:rFonts w:cs="Times New Roman"/>
                <w:sz w:val="18"/>
              </w:rPr>
              <w:t>1.55</w:t>
            </w:r>
          </w:p>
        </w:tc>
        <w:tc>
          <w:tcPr>
            <w:tcW w:w="2736" w:type="dxa"/>
            <w:shd w:val="clear" w:color="auto" w:fill="FFFFFF"/>
            <w:tcMar>
              <w:top w:w="65" w:type="dxa"/>
              <w:left w:w="75" w:type="dxa"/>
              <w:bottom w:w="65" w:type="dxa"/>
              <w:right w:w="75" w:type="dxa"/>
            </w:tcMar>
            <w:vAlign w:val="center"/>
          </w:tcPr>
          <w:p w14:paraId="758EA9E3" w14:textId="77777777" w:rsidR="00A83192" w:rsidRPr="000B60F7" w:rsidRDefault="00000000">
            <w:pPr>
              <w:spacing w:after="0" w:line="240" w:lineRule="auto"/>
              <w:jc w:val="center"/>
              <w:rPr>
                <w:rFonts w:cs="Times New Roman"/>
              </w:rPr>
            </w:pPr>
            <w:r w:rsidRPr="000B60F7">
              <w:rPr>
                <w:rFonts w:cs="Times New Roman"/>
                <w:sz w:val="18"/>
              </w:rPr>
              <w:t>[1.01, 2.36]</w:t>
            </w:r>
          </w:p>
        </w:tc>
      </w:tr>
      <w:tr w:rsidR="00A83192" w:rsidRPr="000B60F7" w14:paraId="573E8A57" w14:textId="77777777">
        <w:trPr>
          <w:cantSplit/>
          <w:jc w:val="center"/>
        </w:trPr>
        <w:tc>
          <w:tcPr>
            <w:tcW w:w="1512" w:type="dxa"/>
            <w:shd w:val="clear" w:color="auto" w:fill="F6F8FA"/>
            <w:tcMar>
              <w:top w:w="65" w:type="dxa"/>
              <w:left w:w="75" w:type="dxa"/>
              <w:bottom w:w="65" w:type="dxa"/>
              <w:right w:w="75" w:type="dxa"/>
            </w:tcMar>
            <w:vAlign w:val="center"/>
          </w:tcPr>
          <w:p w14:paraId="2CEB1340" w14:textId="77777777" w:rsidR="00A83192" w:rsidRPr="000B60F7" w:rsidRDefault="00000000">
            <w:pPr>
              <w:spacing w:after="0" w:line="240" w:lineRule="auto"/>
              <w:rPr>
                <w:rFonts w:cs="Times New Roman"/>
              </w:rPr>
            </w:pPr>
            <w:r w:rsidRPr="000B60F7">
              <w:rPr>
                <w:rFonts w:cs="Times New Roman"/>
                <w:sz w:val="18"/>
              </w:rPr>
              <w:t>Entry stage</w:t>
            </w:r>
          </w:p>
        </w:tc>
        <w:tc>
          <w:tcPr>
            <w:tcW w:w="2088" w:type="dxa"/>
            <w:shd w:val="clear" w:color="auto" w:fill="F6F8FA"/>
            <w:tcMar>
              <w:top w:w="65" w:type="dxa"/>
              <w:left w:w="75" w:type="dxa"/>
              <w:bottom w:w="65" w:type="dxa"/>
              <w:right w:w="75" w:type="dxa"/>
            </w:tcMar>
            <w:vAlign w:val="center"/>
          </w:tcPr>
          <w:p w14:paraId="514E3805" w14:textId="77777777" w:rsidR="00A83192" w:rsidRPr="000B60F7" w:rsidRDefault="00000000">
            <w:pPr>
              <w:spacing w:after="0" w:line="240" w:lineRule="auto"/>
              <w:rPr>
                <w:rFonts w:cs="Times New Roman"/>
              </w:rPr>
            </w:pPr>
            <w:r w:rsidRPr="000B60F7">
              <w:rPr>
                <w:rFonts w:cs="Times New Roman"/>
                <w:sz w:val="18"/>
              </w:rPr>
              <w:t>Series A/B</w:t>
            </w:r>
          </w:p>
        </w:tc>
        <w:tc>
          <w:tcPr>
            <w:tcW w:w="1008" w:type="dxa"/>
            <w:shd w:val="clear" w:color="auto" w:fill="F6F8FA"/>
            <w:tcMar>
              <w:top w:w="65" w:type="dxa"/>
              <w:left w:w="75" w:type="dxa"/>
              <w:bottom w:w="65" w:type="dxa"/>
              <w:right w:w="75" w:type="dxa"/>
            </w:tcMar>
            <w:vAlign w:val="center"/>
          </w:tcPr>
          <w:p w14:paraId="40C7F361"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936" w:type="dxa"/>
            <w:shd w:val="clear" w:color="auto" w:fill="F6F8FA"/>
            <w:tcMar>
              <w:top w:w="65" w:type="dxa"/>
              <w:left w:w="75" w:type="dxa"/>
              <w:bottom w:w="65" w:type="dxa"/>
              <w:right w:w="75" w:type="dxa"/>
            </w:tcMar>
            <w:vAlign w:val="center"/>
          </w:tcPr>
          <w:p w14:paraId="51D0A8BA" w14:textId="77777777" w:rsidR="00A83192" w:rsidRPr="000B60F7" w:rsidRDefault="00000000">
            <w:pPr>
              <w:spacing w:after="0" w:line="240" w:lineRule="auto"/>
              <w:jc w:val="center"/>
              <w:rPr>
                <w:rFonts w:cs="Times New Roman"/>
              </w:rPr>
            </w:pPr>
            <w:r w:rsidRPr="000B60F7">
              <w:rPr>
                <w:rFonts w:cs="Times New Roman"/>
                <w:sz w:val="18"/>
              </w:rPr>
              <w:t>25–36</w:t>
            </w:r>
          </w:p>
        </w:tc>
        <w:tc>
          <w:tcPr>
            <w:tcW w:w="1080" w:type="dxa"/>
            <w:shd w:val="clear" w:color="auto" w:fill="F6F8FA"/>
            <w:tcMar>
              <w:top w:w="65" w:type="dxa"/>
              <w:left w:w="75" w:type="dxa"/>
              <w:bottom w:w="65" w:type="dxa"/>
              <w:right w:w="75" w:type="dxa"/>
            </w:tcMar>
            <w:vAlign w:val="center"/>
          </w:tcPr>
          <w:p w14:paraId="4CE5D544" w14:textId="77777777" w:rsidR="00A83192" w:rsidRPr="000B60F7" w:rsidRDefault="00000000">
            <w:pPr>
              <w:spacing w:after="0" w:line="240" w:lineRule="auto"/>
              <w:jc w:val="center"/>
              <w:rPr>
                <w:rFonts w:cs="Times New Roman"/>
              </w:rPr>
            </w:pPr>
            <w:r w:rsidRPr="000B60F7">
              <w:rPr>
                <w:rFonts w:cs="Times New Roman"/>
                <w:sz w:val="18"/>
              </w:rPr>
              <w:t>1.43</w:t>
            </w:r>
          </w:p>
        </w:tc>
        <w:tc>
          <w:tcPr>
            <w:tcW w:w="2736" w:type="dxa"/>
            <w:shd w:val="clear" w:color="auto" w:fill="F6F8FA"/>
            <w:tcMar>
              <w:top w:w="65" w:type="dxa"/>
              <w:left w:w="75" w:type="dxa"/>
              <w:bottom w:w="65" w:type="dxa"/>
              <w:right w:w="75" w:type="dxa"/>
            </w:tcMar>
            <w:vAlign w:val="center"/>
          </w:tcPr>
          <w:p w14:paraId="2833688C" w14:textId="77777777" w:rsidR="00A83192" w:rsidRPr="000B60F7" w:rsidRDefault="00000000">
            <w:pPr>
              <w:spacing w:after="0" w:line="240" w:lineRule="auto"/>
              <w:jc w:val="center"/>
              <w:rPr>
                <w:rFonts w:cs="Times New Roman"/>
              </w:rPr>
            </w:pPr>
            <w:r w:rsidRPr="000B60F7">
              <w:rPr>
                <w:rFonts w:cs="Times New Roman"/>
                <w:sz w:val="18"/>
              </w:rPr>
              <w:t>[1.04, 1.97]</w:t>
            </w:r>
          </w:p>
        </w:tc>
      </w:tr>
      <w:tr w:rsidR="00A83192" w:rsidRPr="000B60F7" w14:paraId="063FD6E1" w14:textId="77777777">
        <w:trPr>
          <w:cantSplit/>
          <w:jc w:val="center"/>
        </w:trPr>
        <w:tc>
          <w:tcPr>
            <w:tcW w:w="1512" w:type="dxa"/>
            <w:shd w:val="clear" w:color="auto" w:fill="FFFFFF"/>
            <w:tcMar>
              <w:top w:w="65" w:type="dxa"/>
              <w:left w:w="75" w:type="dxa"/>
              <w:bottom w:w="65" w:type="dxa"/>
              <w:right w:w="75" w:type="dxa"/>
            </w:tcMar>
            <w:vAlign w:val="center"/>
          </w:tcPr>
          <w:p w14:paraId="154E1063" w14:textId="77777777" w:rsidR="00A83192" w:rsidRPr="000B60F7" w:rsidRDefault="00000000">
            <w:pPr>
              <w:spacing w:after="0" w:line="240" w:lineRule="auto"/>
              <w:rPr>
                <w:rFonts w:cs="Times New Roman"/>
              </w:rPr>
            </w:pPr>
            <w:r w:rsidRPr="000B60F7">
              <w:rPr>
                <w:rFonts w:cs="Times New Roman"/>
                <w:sz w:val="18"/>
              </w:rPr>
              <w:t>Entry stage</w:t>
            </w:r>
          </w:p>
        </w:tc>
        <w:tc>
          <w:tcPr>
            <w:tcW w:w="2088" w:type="dxa"/>
            <w:shd w:val="clear" w:color="auto" w:fill="FFFFFF"/>
            <w:tcMar>
              <w:top w:w="65" w:type="dxa"/>
              <w:left w:w="75" w:type="dxa"/>
              <w:bottom w:w="65" w:type="dxa"/>
              <w:right w:w="75" w:type="dxa"/>
            </w:tcMar>
            <w:vAlign w:val="center"/>
          </w:tcPr>
          <w:p w14:paraId="6ED76534" w14:textId="77777777" w:rsidR="00A83192" w:rsidRPr="000B60F7" w:rsidRDefault="00000000">
            <w:pPr>
              <w:spacing w:after="0" w:line="240" w:lineRule="auto"/>
              <w:rPr>
                <w:rFonts w:cs="Times New Roman"/>
              </w:rPr>
            </w:pPr>
            <w:r w:rsidRPr="000B60F7">
              <w:rPr>
                <w:rFonts w:cs="Times New Roman"/>
                <w:sz w:val="18"/>
              </w:rPr>
              <w:t>Seed/pre-seed</w:t>
            </w:r>
          </w:p>
        </w:tc>
        <w:tc>
          <w:tcPr>
            <w:tcW w:w="1008" w:type="dxa"/>
            <w:shd w:val="clear" w:color="auto" w:fill="FFFFFF"/>
            <w:tcMar>
              <w:top w:w="65" w:type="dxa"/>
              <w:left w:w="75" w:type="dxa"/>
              <w:bottom w:w="65" w:type="dxa"/>
              <w:right w:w="75" w:type="dxa"/>
            </w:tcMar>
            <w:vAlign w:val="center"/>
          </w:tcPr>
          <w:p w14:paraId="5852616B"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936" w:type="dxa"/>
            <w:shd w:val="clear" w:color="auto" w:fill="FFFFFF"/>
            <w:tcMar>
              <w:top w:w="65" w:type="dxa"/>
              <w:left w:w="75" w:type="dxa"/>
              <w:bottom w:w="65" w:type="dxa"/>
              <w:right w:w="75" w:type="dxa"/>
            </w:tcMar>
            <w:vAlign w:val="center"/>
          </w:tcPr>
          <w:p w14:paraId="6B702481" w14:textId="77777777" w:rsidR="00A83192" w:rsidRPr="000B60F7" w:rsidRDefault="00000000">
            <w:pPr>
              <w:spacing w:after="0" w:line="240" w:lineRule="auto"/>
              <w:jc w:val="center"/>
              <w:rPr>
                <w:rFonts w:cs="Times New Roman"/>
              </w:rPr>
            </w:pPr>
            <w:r w:rsidRPr="000B60F7">
              <w:rPr>
                <w:rFonts w:cs="Times New Roman"/>
                <w:sz w:val="18"/>
              </w:rPr>
              <w:t>37–60</w:t>
            </w:r>
          </w:p>
        </w:tc>
        <w:tc>
          <w:tcPr>
            <w:tcW w:w="1080" w:type="dxa"/>
            <w:shd w:val="clear" w:color="auto" w:fill="FFFFFF"/>
            <w:tcMar>
              <w:top w:w="65" w:type="dxa"/>
              <w:left w:w="75" w:type="dxa"/>
              <w:bottom w:w="65" w:type="dxa"/>
              <w:right w:w="75" w:type="dxa"/>
            </w:tcMar>
            <w:vAlign w:val="center"/>
          </w:tcPr>
          <w:p w14:paraId="48355283" w14:textId="77777777" w:rsidR="00A83192" w:rsidRPr="000B60F7" w:rsidRDefault="00000000">
            <w:pPr>
              <w:spacing w:after="0" w:line="240" w:lineRule="auto"/>
              <w:jc w:val="center"/>
              <w:rPr>
                <w:rFonts w:cs="Times New Roman"/>
              </w:rPr>
            </w:pPr>
            <w:r w:rsidRPr="000B60F7">
              <w:rPr>
                <w:rFonts w:cs="Times New Roman"/>
                <w:sz w:val="18"/>
              </w:rPr>
              <w:t>1.21</w:t>
            </w:r>
          </w:p>
        </w:tc>
        <w:tc>
          <w:tcPr>
            <w:tcW w:w="2736" w:type="dxa"/>
            <w:shd w:val="clear" w:color="auto" w:fill="FFFFFF"/>
            <w:tcMar>
              <w:top w:w="65" w:type="dxa"/>
              <w:left w:w="75" w:type="dxa"/>
              <w:bottom w:w="65" w:type="dxa"/>
              <w:right w:w="75" w:type="dxa"/>
            </w:tcMar>
            <w:vAlign w:val="center"/>
          </w:tcPr>
          <w:p w14:paraId="40AB49ED" w14:textId="77777777" w:rsidR="00A83192" w:rsidRPr="000B60F7" w:rsidRDefault="00000000">
            <w:pPr>
              <w:spacing w:after="0" w:line="240" w:lineRule="auto"/>
              <w:jc w:val="center"/>
              <w:rPr>
                <w:rFonts w:cs="Times New Roman"/>
              </w:rPr>
            </w:pPr>
            <w:r w:rsidRPr="000B60F7">
              <w:rPr>
                <w:rFonts w:cs="Times New Roman"/>
                <w:sz w:val="18"/>
              </w:rPr>
              <w:t>[0.52, 2.79]</w:t>
            </w:r>
          </w:p>
        </w:tc>
      </w:tr>
      <w:tr w:rsidR="00A83192" w:rsidRPr="000B60F7" w14:paraId="475A1A79" w14:textId="77777777">
        <w:trPr>
          <w:cantSplit/>
          <w:jc w:val="center"/>
        </w:trPr>
        <w:tc>
          <w:tcPr>
            <w:tcW w:w="1512" w:type="dxa"/>
            <w:shd w:val="clear" w:color="auto" w:fill="F6F8FA"/>
            <w:tcMar>
              <w:top w:w="65" w:type="dxa"/>
              <w:left w:w="75" w:type="dxa"/>
              <w:bottom w:w="65" w:type="dxa"/>
              <w:right w:w="75" w:type="dxa"/>
            </w:tcMar>
            <w:vAlign w:val="center"/>
          </w:tcPr>
          <w:p w14:paraId="5A2317AE" w14:textId="77777777" w:rsidR="00A83192" w:rsidRPr="000B60F7" w:rsidRDefault="00000000">
            <w:pPr>
              <w:spacing w:after="0" w:line="240" w:lineRule="auto"/>
              <w:rPr>
                <w:rFonts w:cs="Times New Roman"/>
              </w:rPr>
            </w:pPr>
            <w:r w:rsidRPr="000B60F7">
              <w:rPr>
                <w:rFonts w:cs="Times New Roman"/>
                <w:sz w:val="18"/>
              </w:rPr>
              <w:t>Entry stage</w:t>
            </w:r>
          </w:p>
        </w:tc>
        <w:tc>
          <w:tcPr>
            <w:tcW w:w="2088" w:type="dxa"/>
            <w:shd w:val="clear" w:color="auto" w:fill="F6F8FA"/>
            <w:tcMar>
              <w:top w:w="65" w:type="dxa"/>
              <w:left w:w="75" w:type="dxa"/>
              <w:bottom w:w="65" w:type="dxa"/>
              <w:right w:w="75" w:type="dxa"/>
            </w:tcMar>
            <w:vAlign w:val="center"/>
          </w:tcPr>
          <w:p w14:paraId="0F5052EB" w14:textId="77777777" w:rsidR="00A83192" w:rsidRPr="000B60F7" w:rsidRDefault="00000000">
            <w:pPr>
              <w:spacing w:after="0" w:line="240" w:lineRule="auto"/>
              <w:rPr>
                <w:rFonts w:cs="Times New Roman"/>
              </w:rPr>
            </w:pPr>
            <w:r w:rsidRPr="000B60F7">
              <w:rPr>
                <w:rFonts w:cs="Times New Roman"/>
                <w:sz w:val="18"/>
              </w:rPr>
              <w:t>Series A/B</w:t>
            </w:r>
          </w:p>
        </w:tc>
        <w:tc>
          <w:tcPr>
            <w:tcW w:w="1008" w:type="dxa"/>
            <w:shd w:val="clear" w:color="auto" w:fill="F6F8FA"/>
            <w:tcMar>
              <w:top w:w="65" w:type="dxa"/>
              <w:left w:w="75" w:type="dxa"/>
              <w:bottom w:w="65" w:type="dxa"/>
              <w:right w:w="75" w:type="dxa"/>
            </w:tcMar>
            <w:vAlign w:val="center"/>
          </w:tcPr>
          <w:p w14:paraId="1789B9A5"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936" w:type="dxa"/>
            <w:shd w:val="clear" w:color="auto" w:fill="F6F8FA"/>
            <w:tcMar>
              <w:top w:w="65" w:type="dxa"/>
              <w:left w:w="75" w:type="dxa"/>
              <w:bottom w:w="65" w:type="dxa"/>
              <w:right w:w="75" w:type="dxa"/>
            </w:tcMar>
            <w:vAlign w:val="center"/>
          </w:tcPr>
          <w:p w14:paraId="19A3B23B" w14:textId="77777777" w:rsidR="00A83192" w:rsidRPr="000B60F7" w:rsidRDefault="00000000">
            <w:pPr>
              <w:spacing w:after="0" w:line="240" w:lineRule="auto"/>
              <w:jc w:val="center"/>
              <w:rPr>
                <w:rFonts w:cs="Times New Roman"/>
              </w:rPr>
            </w:pPr>
            <w:r w:rsidRPr="000B60F7">
              <w:rPr>
                <w:rFonts w:cs="Times New Roman"/>
                <w:sz w:val="18"/>
              </w:rPr>
              <w:t>37–60</w:t>
            </w:r>
          </w:p>
        </w:tc>
        <w:tc>
          <w:tcPr>
            <w:tcW w:w="1080" w:type="dxa"/>
            <w:shd w:val="clear" w:color="auto" w:fill="F6F8FA"/>
            <w:tcMar>
              <w:top w:w="65" w:type="dxa"/>
              <w:left w:w="75" w:type="dxa"/>
              <w:bottom w:w="65" w:type="dxa"/>
              <w:right w:w="75" w:type="dxa"/>
            </w:tcMar>
            <w:vAlign w:val="center"/>
          </w:tcPr>
          <w:p w14:paraId="37F93942" w14:textId="77777777" w:rsidR="00A83192" w:rsidRPr="000B60F7" w:rsidRDefault="00000000">
            <w:pPr>
              <w:spacing w:after="0" w:line="240" w:lineRule="auto"/>
              <w:jc w:val="center"/>
              <w:rPr>
                <w:rFonts w:cs="Times New Roman"/>
              </w:rPr>
            </w:pPr>
            <w:r w:rsidRPr="000B60F7">
              <w:rPr>
                <w:rFonts w:cs="Times New Roman"/>
                <w:sz w:val="18"/>
              </w:rPr>
              <w:t>2.62</w:t>
            </w:r>
          </w:p>
        </w:tc>
        <w:tc>
          <w:tcPr>
            <w:tcW w:w="2736" w:type="dxa"/>
            <w:shd w:val="clear" w:color="auto" w:fill="F6F8FA"/>
            <w:tcMar>
              <w:top w:w="65" w:type="dxa"/>
              <w:left w:w="75" w:type="dxa"/>
              <w:bottom w:w="65" w:type="dxa"/>
              <w:right w:w="75" w:type="dxa"/>
            </w:tcMar>
            <w:vAlign w:val="center"/>
          </w:tcPr>
          <w:p w14:paraId="6F1658D0" w14:textId="77777777" w:rsidR="00A83192" w:rsidRPr="000B60F7" w:rsidRDefault="00000000">
            <w:pPr>
              <w:spacing w:after="0" w:line="240" w:lineRule="auto"/>
              <w:jc w:val="center"/>
              <w:rPr>
                <w:rFonts w:cs="Times New Roman"/>
              </w:rPr>
            </w:pPr>
            <w:r w:rsidRPr="000B60F7">
              <w:rPr>
                <w:rFonts w:cs="Times New Roman"/>
                <w:sz w:val="18"/>
              </w:rPr>
              <w:t>[1.50, 4.56]</w:t>
            </w:r>
          </w:p>
        </w:tc>
      </w:tr>
      <w:tr w:rsidR="00A83192" w:rsidRPr="000B60F7" w14:paraId="0A141465" w14:textId="77777777">
        <w:trPr>
          <w:cantSplit/>
          <w:jc w:val="center"/>
        </w:trPr>
        <w:tc>
          <w:tcPr>
            <w:tcW w:w="1512" w:type="dxa"/>
            <w:shd w:val="clear" w:color="auto" w:fill="FFFFFF"/>
            <w:tcMar>
              <w:top w:w="65" w:type="dxa"/>
              <w:left w:w="75" w:type="dxa"/>
              <w:bottom w:w="65" w:type="dxa"/>
              <w:right w:w="75" w:type="dxa"/>
            </w:tcMar>
            <w:vAlign w:val="center"/>
          </w:tcPr>
          <w:p w14:paraId="66B677FC" w14:textId="77777777" w:rsidR="00A83192" w:rsidRPr="000B60F7" w:rsidRDefault="00000000">
            <w:pPr>
              <w:spacing w:after="0" w:line="240" w:lineRule="auto"/>
              <w:rPr>
                <w:rFonts w:cs="Times New Roman"/>
              </w:rPr>
            </w:pPr>
            <w:r w:rsidRPr="000B60F7">
              <w:rPr>
                <w:rFonts w:cs="Times New Roman"/>
                <w:sz w:val="18"/>
              </w:rPr>
              <w:t>Entry stage</w:t>
            </w:r>
          </w:p>
        </w:tc>
        <w:tc>
          <w:tcPr>
            <w:tcW w:w="2088" w:type="dxa"/>
            <w:shd w:val="clear" w:color="auto" w:fill="FFFFFF"/>
            <w:tcMar>
              <w:top w:w="65" w:type="dxa"/>
              <w:left w:w="75" w:type="dxa"/>
              <w:bottom w:w="65" w:type="dxa"/>
              <w:right w:w="75" w:type="dxa"/>
            </w:tcMar>
            <w:vAlign w:val="center"/>
          </w:tcPr>
          <w:p w14:paraId="0125EB32" w14:textId="77777777" w:rsidR="00A83192" w:rsidRPr="000B60F7" w:rsidRDefault="00000000">
            <w:pPr>
              <w:spacing w:after="0" w:line="240" w:lineRule="auto"/>
              <w:rPr>
                <w:rFonts w:cs="Times New Roman"/>
              </w:rPr>
            </w:pPr>
            <w:r w:rsidRPr="000B60F7">
              <w:rPr>
                <w:rFonts w:cs="Times New Roman"/>
                <w:sz w:val="18"/>
              </w:rPr>
              <w:t>Seed/pre-seed</w:t>
            </w:r>
          </w:p>
        </w:tc>
        <w:tc>
          <w:tcPr>
            <w:tcW w:w="1008" w:type="dxa"/>
            <w:shd w:val="clear" w:color="auto" w:fill="FFFFFF"/>
            <w:tcMar>
              <w:top w:w="65" w:type="dxa"/>
              <w:left w:w="75" w:type="dxa"/>
              <w:bottom w:w="65" w:type="dxa"/>
              <w:right w:w="75" w:type="dxa"/>
            </w:tcMar>
            <w:vAlign w:val="center"/>
          </w:tcPr>
          <w:p w14:paraId="26BC9F2E"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936" w:type="dxa"/>
            <w:shd w:val="clear" w:color="auto" w:fill="FFFFFF"/>
            <w:tcMar>
              <w:top w:w="65" w:type="dxa"/>
              <w:left w:w="75" w:type="dxa"/>
              <w:bottom w:w="65" w:type="dxa"/>
              <w:right w:w="75" w:type="dxa"/>
            </w:tcMar>
            <w:vAlign w:val="center"/>
          </w:tcPr>
          <w:p w14:paraId="2D335C2A" w14:textId="77777777" w:rsidR="00A83192" w:rsidRPr="000B60F7" w:rsidRDefault="00000000">
            <w:pPr>
              <w:spacing w:after="0" w:line="240" w:lineRule="auto"/>
              <w:jc w:val="center"/>
              <w:rPr>
                <w:rFonts w:cs="Times New Roman"/>
              </w:rPr>
            </w:pPr>
            <w:r w:rsidRPr="000B60F7">
              <w:rPr>
                <w:rFonts w:cs="Times New Roman"/>
                <w:sz w:val="18"/>
              </w:rPr>
              <w:t>01–12</w:t>
            </w:r>
          </w:p>
        </w:tc>
        <w:tc>
          <w:tcPr>
            <w:tcW w:w="1080" w:type="dxa"/>
            <w:shd w:val="clear" w:color="auto" w:fill="FFFFFF"/>
            <w:tcMar>
              <w:top w:w="65" w:type="dxa"/>
              <w:left w:w="75" w:type="dxa"/>
              <w:bottom w:w="65" w:type="dxa"/>
              <w:right w:w="75" w:type="dxa"/>
            </w:tcMar>
            <w:vAlign w:val="center"/>
          </w:tcPr>
          <w:p w14:paraId="26637BEE" w14:textId="77777777" w:rsidR="00A83192" w:rsidRPr="000B60F7" w:rsidRDefault="00000000">
            <w:pPr>
              <w:spacing w:after="0" w:line="240" w:lineRule="auto"/>
              <w:jc w:val="center"/>
              <w:rPr>
                <w:rFonts w:cs="Times New Roman"/>
              </w:rPr>
            </w:pPr>
            <w:r w:rsidRPr="000B60F7">
              <w:rPr>
                <w:rFonts w:cs="Times New Roman"/>
                <w:sz w:val="18"/>
              </w:rPr>
              <w:t>1.24</w:t>
            </w:r>
          </w:p>
        </w:tc>
        <w:tc>
          <w:tcPr>
            <w:tcW w:w="2736" w:type="dxa"/>
            <w:shd w:val="clear" w:color="auto" w:fill="FFFFFF"/>
            <w:tcMar>
              <w:top w:w="65" w:type="dxa"/>
              <w:left w:w="75" w:type="dxa"/>
              <w:bottom w:w="65" w:type="dxa"/>
              <w:right w:w="75" w:type="dxa"/>
            </w:tcMar>
            <w:vAlign w:val="center"/>
          </w:tcPr>
          <w:p w14:paraId="5196324A" w14:textId="77777777" w:rsidR="00A83192" w:rsidRPr="000B60F7" w:rsidRDefault="00000000">
            <w:pPr>
              <w:spacing w:after="0" w:line="240" w:lineRule="auto"/>
              <w:jc w:val="center"/>
              <w:rPr>
                <w:rFonts w:cs="Times New Roman"/>
              </w:rPr>
            </w:pPr>
            <w:r w:rsidRPr="000B60F7">
              <w:rPr>
                <w:rFonts w:cs="Times New Roman"/>
                <w:sz w:val="18"/>
              </w:rPr>
              <w:t>[0.93, 1.65]</w:t>
            </w:r>
          </w:p>
        </w:tc>
      </w:tr>
      <w:tr w:rsidR="00A83192" w:rsidRPr="000B60F7" w14:paraId="163341A9" w14:textId="77777777">
        <w:trPr>
          <w:cantSplit/>
          <w:jc w:val="center"/>
        </w:trPr>
        <w:tc>
          <w:tcPr>
            <w:tcW w:w="1512" w:type="dxa"/>
            <w:shd w:val="clear" w:color="auto" w:fill="F6F8FA"/>
            <w:tcMar>
              <w:top w:w="65" w:type="dxa"/>
              <w:left w:w="75" w:type="dxa"/>
              <w:bottom w:w="65" w:type="dxa"/>
              <w:right w:w="75" w:type="dxa"/>
            </w:tcMar>
            <w:vAlign w:val="center"/>
          </w:tcPr>
          <w:p w14:paraId="3F5F17D8" w14:textId="77777777" w:rsidR="00A83192" w:rsidRPr="000B60F7" w:rsidRDefault="00000000">
            <w:pPr>
              <w:spacing w:after="0" w:line="240" w:lineRule="auto"/>
              <w:rPr>
                <w:rFonts w:cs="Times New Roman"/>
              </w:rPr>
            </w:pPr>
            <w:r w:rsidRPr="000B60F7">
              <w:rPr>
                <w:rFonts w:cs="Times New Roman"/>
                <w:sz w:val="18"/>
              </w:rPr>
              <w:t>Entry stage</w:t>
            </w:r>
          </w:p>
        </w:tc>
        <w:tc>
          <w:tcPr>
            <w:tcW w:w="2088" w:type="dxa"/>
            <w:shd w:val="clear" w:color="auto" w:fill="F6F8FA"/>
            <w:tcMar>
              <w:top w:w="65" w:type="dxa"/>
              <w:left w:w="75" w:type="dxa"/>
              <w:bottom w:w="65" w:type="dxa"/>
              <w:right w:w="75" w:type="dxa"/>
            </w:tcMar>
            <w:vAlign w:val="center"/>
          </w:tcPr>
          <w:p w14:paraId="3E22994D" w14:textId="77777777" w:rsidR="00A83192" w:rsidRPr="000B60F7" w:rsidRDefault="00000000">
            <w:pPr>
              <w:spacing w:after="0" w:line="240" w:lineRule="auto"/>
              <w:rPr>
                <w:rFonts w:cs="Times New Roman"/>
              </w:rPr>
            </w:pPr>
            <w:r w:rsidRPr="000B60F7">
              <w:rPr>
                <w:rFonts w:cs="Times New Roman"/>
                <w:sz w:val="18"/>
              </w:rPr>
              <w:t>Series A/B</w:t>
            </w:r>
          </w:p>
        </w:tc>
        <w:tc>
          <w:tcPr>
            <w:tcW w:w="1008" w:type="dxa"/>
            <w:shd w:val="clear" w:color="auto" w:fill="F6F8FA"/>
            <w:tcMar>
              <w:top w:w="65" w:type="dxa"/>
              <w:left w:w="75" w:type="dxa"/>
              <w:bottom w:w="65" w:type="dxa"/>
              <w:right w:w="75" w:type="dxa"/>
            </w:tcMar>
            <w:vAlign w:val="center"/>
          </w:tcPr>
          <w:p w14:paraId="50600506"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936" w:type="dxa"/>
            <w:shd w:val="clear" w:color="auto" w:fill="F6F8FA"/>
            <w:tcMar>
              <w:top w:w="65" w:type="dxa"/>
              <w:left w:w="75" w:type="dxa"/>
              <w:bottom w:w="65" w:type="dxa"/>
              <w:right w:w="75" w:type="dxa"/>
            </w:tcMar>
            <w:vAlign w:val="center"/>
          </w:tcPr>
          <w:p w14:paraId="0EADA028" w14:textId="77777777" w:rsidR="00A83192" w:rsidRPr="000B60F7" w:rsidRDefault="00000000">
            <w:pPr>
              <w:spacing w:after="0" w:line="240" w:lineRule="auto"/>
              <w:jc w:val="center"/>
              <w:rPr>
                <w:rFonts w:cs="Times New Roman"/>
              </w:rPr>
            </w:pPr>
            <w:r w:rsidRPr="000B60F7">
              <w:rPr>
                <w:rFonts w:cs="Times New Roman"/>
                <w:sz w:val="18"/>
              </w:rPr>
              <w:t>01–12</w:t>
            </w:r>
          </w:p>
        </w:tc>
        <w:tc>
          <w:tcPr>
            <w:tcW w:w="1080" w:type="dxa"/>
            <w:shd w:val="clear" w:color="auto" w:fill="F6F8FA"/>
            <w:tcMar>
              <w:top w:w="65" w:type="dxa"/>
              <w:left w:w="75" w:type="dxa"/>
              <w:bottom w:w="65" w:type="dxa"/>
              <w:right w:w="75" w:type="dxa"/>
            </w:tcMar>
            <w:vAlign w:val="center"/>
          </w:tcPr>
          <w:p w14:paraId="35E5E45E" w14:textId="77777777" w:rsidR="00A83192" w:rsidRPr="000B60F7" w:rsidRDefault="00000000">
            <w:pPr>
              <w:spacing w:after="0" w:line="240" w:lineRule="auto"/>
              <w:jc w:val="center"/>
              <w:rPr>
                <w:rFonts w:cs="Times New Roman"/>
              </w:rPr>
            </w:pPr>
            <w:r w:rsidRPr="000B60F7">
              <w:rPr>
                <w:rFonts w:cs="Times New Roman"/>
                <w:sz w:val="18"/>
              </w:rPr>
              <w:t>1.35</w:t>
            </w:r>
          </w:p>
        </w:tc>
        <w:tc>
          <w:tcPr>
            <w:tcW w:w="2736" w:type="dxa"/>
            <w:shd w:val="clear" w:color="auto" w:fill="F6F8FA"/>
            <w:tcMar>
              <w:top w:w="65" w:type="dxa"/>
              <w:left w:w="75" w:type="dxa"/>
              <w:bottom w:w="65" w:type="dxa"/>
              <w:right w:w="75" w:type="dxa"/>
            </w:tcMar>
            <w:vAlign w:val="center"/>
          </w:tcPr>
          <w:p w14:paraId="4F76A8B7" w14:textId="77777777" w:rsidR="00A83192" w:rsidRPr="000B60F7" w:rsidRDefault="00000000">
            <w:pPr>
              <w:spacing w:after="0" w:line="240" w:lineRule="auto"/>
              <w:jc w:val="center"/>
              <w:rPr>
                <w:rFonts w:cs="Times New Roman"/>
              </w:rPr>
            </w:pPr>
            <w:r w:rsidRPr="000B60F7">
              <w:rPr>
                <w:rFonts w:cs="Times New Roman"/>
                <w:sz w:val="18"/>
              </w:rPr>
              <w:t>[0.95, 1.93]</w:t>
            </w:r>
          </w:p>
        </w:tc>
      </w:tr>
      <w:tr w:rsidR="00A83192" w:rsidRPr="000B60F7" w14:paraId="3EF7C021" w14:textId="77777777">
        <w:trPr>
          <w:cantSplit/>
          <w:jc w:val="center"/>
        </w:trPr>
        <w:tc>
          <w:tcPr>
            <w:tcW w:w="1512" w:type="dxa"/>
            <w:shd w:val="clear" w:color="auto" w:fill="FFFFFF"/>
            <w:tcMar>
              <w:top w:w="65" w:type="dxa"/>
              <w:left w:w="75" w:type="dxa"/>
              <w:bottom w:w="65" w:type="dxa"/>
              <w:right w:w="75" w:type="dxa"/>
            </w:tcMar>
            <w:vAlign w:val="center"/>
          </w:tcPr>
          <w:p w14:paraId="476AA751" w14:textId="77777777" w:rsidR="00A83192" w:rsidRPr="000B60F7" w:rsidRDefault="00000000">
            <w:pPr>
              <w:spacing w:after="0" w:line="240" w:lineRule="auto"/>
              <w:rPr>
                <w:rFonts w:cs="Times New Roman"/>
              </w:rPr>
            </w:pPr>
            <w:r w:rsidRPr="000B60F7">
              <w:rPr>
                <w:rFonts w:cs="Times New Roman"/>
                <w:sz w:val="18"/>
              </w:rPr>
              <w:t>Entry stage</w:t>
            </w:r>
          </w:p>
        </w:tc>
        <w:tc>
          <w:tcPr>
            <w:tcW w:w="2088" w:type="dxa"/>
            <w:shd w:val="clear" w:color="auto" w:fill="FFFFFF"/>
            <w:tcMar>
              <w:top w:w="65" w:type="dxa"/>
              <w:left w:w="75" w:type="dxa"/>
              <w:bottom w:w="65" w:type="dxa"/>
              <w:right w:w="75" w:type="dxa"/>
            </w:tcMar>
            <w:vAlign w:val="center"/>
          </w:tcPr>
          <w:p w14:paraId="61A1ADBC" w14:textId="77777777" w:rsidR="00A83192" w:rsidRPr="000B60F7" w:rsidRDefault="00000000">
            <w:pPr>
              <w:spacing w:after="0" w:line="240" w:lineRule="auto"/>
              <w:rPr>
                <w:rFonts w:cs="Times New Roman"/>
              </w:rPr>
            </w:pPr>
            <w:r w:rsidRPr="000B60F7">
              <w:rPr>
                <w:rFonts w:cs="Times New Roman"/>
                <w:sz w:val="18"/>
              </w:rPr>
              <w:t>Seed/pre-seed</w:t>
            </w:r>
          </w:p>
        </w:tc>
        <w:tc>
          <w:tcPr>
            <w:tcW w:w="1008" w:type="dxa"/>
            <w:shd w:val="clear" w:color="auto" w:fill="FFFFFF"/>
            <w:tcMar>
              <w:top w:w="65" w:type="dxa"/>
              <w:left w:w="75" w:type="dxa"/>
              <w:bottom w:w="65" w:type="dxa"/>
              <w:right w:w="75" w:type="dxa"/>
            </w:tcMar>
            <w:vAlign w:val="center"/>
          </w:tcPr>
          <w:p w14:paraId="1292E0F0"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936" w:type="dxa"/>
            <w:shd w:val="clear" w:color="auto" w:fill="FFFFFF"/>
            <w:tcMar>
              <w:top w:w="65" w:type="dxa"/>
              <w:left w:w="75" w:type="dxa"/>
              <w:bottom w:w="65" w:type="dxa"/>
              <w:right w:w="75" w:type="dxa"/>
            </w:tcMar>
            <w:vAlign w:val="center"/>
          </w:tcPr>
          <w:p w14:paraId="27CC1049" w14:textId="77777777" w:rsidR="00A83192" w:rsidRPr="000B60F7" w:rsidRDefault="00000000">
            <w:pPr>
              <w:spacing w:after="0" w:line="240" w:lineRule="auto"/>
              <w:jc w:val="center"/>
              <w:rPr>
                <w:rFonts w:cs="Times New Roman"/>
              </w:rPr>
            </w:pPr>
            <w:r w:rsidRPr="000B60F7">
              <w:rPr>
                <w:rFonts w:cs="Times New Roman"/>
                <w:sz w:val="18"/>
              </w:rPr>
              <w:t>13–24</w:t>
            </w:r>
          </w:p>
        </w:tc>
        <w:tc>
          <w:tcPr>
            <w:tcW w:w="1080" w:type="dxa"/>
            <w:shd w:val="clear" w:color="auto" w:fill="FFFFFF"/>
            <w:tcMar>
              <w:top w:w="65" w:type="dxa"/>
              <w:left w:w="75" w:type="dxa"/>
              <w:bottom w:w="65" w:type="dxa"/>
              <w:right w:w="75" w:type="dxa"/>
            </w:tcMar>
            <w:vAlign w:val="center"/>
          </w:tcPr>
          <w:p w14:paraId="5A9983BB" w14:textId="77777777" w:rsidR="00A83192" w:rsidRPr="000B60F7" w:rsidRDefault="00000000">
            <w:pPr>
              <w:spacing w:after="0" w:line="240" w:lineRule="auto"/>
              <w:jc w:val="center"/>
              <w:rPr>
                <w:rFonts w:cs="Times New Roman"/>
              </w:rPr>
            </w:pPr>
            <w:r w:rsidRPr="000B60F7">
              <w:rPr>
                <w:rFonts w:cs="Times New Roman"/>
                <w:sz w:val="18"/>
              </w:rPr>
              <w:t>1.13</w:t>
            </w:r>
          </w:p>
        </w:tc>
        <w:tc>
          <w:tcPr>
            <w:tcW w:w="2736" w:type="dxa"/>
            <w:shd w:val="clear" w:color="auto" w:fill="FFFFFF"/>
            <w:tcMar>
              <w:top w:w="65" w:type="dxa"/>
              <w:left w:w="75" w:type="dxa"/>
              <w:bottom w:w="65" w:type="dxa"/>
              <w:right w:w="75" w:type="dxa"/>
            </w:tcMar>
            <w:vAlign w:val="center"/>
          </w:tcPr>
          <w:p w14:paraId="4E5F7426" w14:textId="77777777" w:rsidR="00A83192" w:rsidRPr="000B60F7" w:rsidRDefault="00000000">
            <w:pPr>
              <w:spacing w:after="0" w:line="240" w:lineRule="auto"/>
              <w:jc w:val="center"/>
              <w:rPr>
                <w:rFonts w:cs="Times New Roman"/>
              </w:rPr>
            </w:pPr>
            <w:r w:rsidRPr="000B60F7">
              <w:rPr>
                <w:rFonts w:cs="Times New Roman"/>
                <w:sz w:val="18"/>
              </w:rPr>
              <w:t>[0.75, 1.70]</w:t>
            </w:r>
          </w:p>
        </w:tc>
      </w:tr>
      <w:tr w:rsidR="00A83192" w:rsidRPr="000B60F7" w14:paraId="346E1C06" w14:textId="77777777">
        <w:trPr>
          <w:cantSplit/>
          <w:jc w:val="center"/>
        </w:trPr>
        <w:tc>
          <w:tcPr>
            <w:tcW w:w="1512" w:type="dxa"/>
            <w:shd w:val="clear" w:color="auto" w:fill="F6F8FA"/>
            <w:tcMar>
              <w:top w:w="65" w:type="dxa"/>
              <w:left w:w="75" w:type="dxa"/>
              <w:bottom w:w="65" w:type="dxa"/>
              <w:right w:w="75" w:type="dxa"/>
            </w:tcMar>
            <w:vAlign w:val="center"/>
          </w:tcPr>
          <w:p w14:paraId="41928229" w14:textId="77777777" w:rsidR="00A83192" w:rsidRPr="000B60F7" w:rsidRDefault="00000000">
            <w:pPr>
              <w:spacing w:after="0" w:line="240" w:lineRule="auto"/>
              <w:rPr>
                <w:rFonts w:cs="Times New Roman"/>
              </w:rPr>
            </w:pPr>
            <w:r w:rsidRPr="000B60F7">
              <w:rPr>
                <w:rFonts w:cs="Times New Roman"/>
                <w:sz w:val="18"/>
              </w:rPr>
              <w:t>Entry stage</w:t>
            </w:r>
          </w:p>
        </w:tc>
        <w:tc>
          <w:tcPr>
            <w:tcW w:w="2088" w:type="dxa"/>
            <w:shd w:val="clear" w:color="auto" w:fill="F6F8FA"/>
            <w:tcMar>
              <w:top w:w="65" w:type="dxa"/>
              <w:left w:w="75" w:type="dxa"/>
              <w:bottom w:w="65" w:type="dxa"/>
              <w:right w:w="75" w:type="dxa"/>
            </w:tcMar>
            <w:vAlign w:val="center"/>
          </w:tcPr>
          <w:p w14:paraId="2C98465F" w14:textId="77777777" w:rsidR="00A83192" w:rsidRPr="000B60F7" w:rsidRDefault="00000000">
            <w:pPr>
              <w:spacing w:after="0" w:line="240" w:lineRule="auto"/>
              <w:rPr>
                <w:rFonts w:cs="Times New Roman"/>
              </w:rPr>
            </w:pPr>
            <w:r w:rsidRPr="000B60F7">
              <w:rPr>
                <w:rFonts w:cs="Times New Roman"/>
                <w:sz w:val="18"/>
              </w:rPr>
              <w:t>Series A/B</w:t>
            </w:r>
          </w:p>
        </w:tc>
        <w:tc>
          <w:tcPr>
            <w:tcW w:w="1008" w:type="dxa"/>
            <w:shd w:val="clear" w:color="auto" w:fill="F6F8FA"/>
            <w:tcMar>
              <w:top w:w="65" w:type="dxa"/>
              <w:left w:w="75" w:type="dxa"/>
              <w:bottom w:w="65" w:type="dxa"/>
              <w:right w:w="75" w:type="dxa"/>
            </w:tcMar>
            <w:vAlign w:val="center"/>
          </w:tcPr>
          <w:p w14:paraId="68D07E6E"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936" w:type="dxa"/>
            <w:shd w:val="clear" w:color="auto" w:fill="F6F8FA"/>
            <w:tcMar>
              <w:top w:w="65" w:type="dxa"/>
              <w:left w:w="75" w:type="dxa"/>
              <w:bottom w:w="65" w:type="dxa"/>
              <w:right w:w="75" w:type="dxa"/>
            </w:tcMar>
            <w:vAlign w:val="center"/>
          </w:tcPr>
          <w:p w14:paraId="218F2C96" w14:textId="77777777" w:rsidR="00A83192" w:rsidRPr="000B60F7" w:rsidRDefault="00000000">
            <w:pPr>
              <w:spacing w:after="0" w:line="240" w:lineRule="auto"/>
              <w:jc w:val="center"/>
              <w:rPr>
                <w:rFonts w:cs="Times New Roman"/>
              </w:rPr>
            </w:pPr>
            <w:r w:rsidRPr="000B60F7">
              <w:rPr>
                <w:rFonts w:cs="Times New Roman"/>
                <w:sz w:val="18"/>
              </w:rPr>
              <w:t>13–24</w:t>
            </w:r>
          </w:p>
        </w:tc>
        <w:tc>
          <w:tcPr>
            <w:tcW w:w="1080" w:type="dxa"/>
            <w:shd w:val="clear" w:color="auto" w:fill="F6F8FA"/>
            <w:tcMar>
              <w:top w:w="65" w:type="dxa"/>
              <w:left w:w="75" w:type="dxa"/>
              <w:bottom w:w="65" w:type="dxa"/>
              <w:right w:w="75" w:type="dxa"/>
            </w:tcMar>
            <w:vAlign w:val="center"/>
          </w:tcPr>
          <w:p w14:paraId="0CAE3C2E" w14:textId="77777777" w:rsidR="00A83192" w:rsidRPr="000B60F7" w:rsidRDefault="00000000">
            <w:pPr>
              <w:spacing w:after="0" w:line="240" w:lineRule="auto"/>
              <w:jc w:val="center"/>
              <w:rPr>
                <w:rFonts w:cs="Times New Roman"/>
              </w:rPr>
            </w:pPr>
            <w:r w:rsidRPr="000B60F7">
              <w:rPr>
                <w:rFonts w:cs="Times New Roman"/>
                <w:sz w:val="18"/>
              </w:rPr>
              <w:t>1.28</w:t>
            </w:r>
          </w:p>
        </w:tc>
        <w:tc>
          <w:tcPr>
            <w:tcW w:w="2736" w:type="dxa"/>
            <w:shd w:val="clear" w:color="auto" w:fill="F6F8FA"/>
            <w:tcMar>
              <w:top w:w="65" w:type="dxa"/>
              <w:left w:w="75" w:type="dxa"/>
              <w:bottom w:w="65" w:type="dxa"/>
              <w:right w:w="75" w:type="dxa"/>
            </w:tcMar>
            <w:vAlign w:val="center"/>
          </w:tcPr>
          <w:p w14:paraId="13476158" w14:textId="77777777" w:rsidR="00A83192" w:rsidRPr="000B60F7" w:rsidRDefault="00000000">
            <w:pPr>
              <w:spacing w:after="0" w:line="240" w:lineRule="auto"/>
              <w:jc w:val="center"/>
              <w:rPr>
                <w:rFonts w:cs="Times New Roman"/>
              </w:rPr>
            </w:pPr>
            <w:r w:rsidRPr="000B60F7">
              <w:rPr>
                <w:rFonts w:cs="Times New Roman"/>
                <w:sz w:val="18"/>
              </w:rPr>
              <w:t>[0.99, 1.65]</w:t>
            </w:r>
          </w:p>
        </w:tc>
      </w:tr>
      <w:tr w:rsidR="00A83192" w:rsidRPr="000B60F7" w14:paraId="5EA0D908" w14:textId="77777777">
        <w:trPr>
          <w:cantSplit/>
          <w:jc w:val="center"/>
        </w:trPr>
        <w:tc>
          <w:tcPr>
            <w:tcW w:w="1512" w:type="dxa"/>
            <w:shd w:val="clear" w:color="auto" w:fill="FFFFFF"/>
            <w:tcMar>
              <w:top w:w="65" w:type="dxa"/>
              <w:left w:w="75" w:type="dxa"/>
              <w:bottom w:w="65" w:type="dxa"/>
              <w:right w:w="75" w:type="dxa"/>
            </w:tcMar>
            <w:vAlign w:val="center"/>
          </w:tcPr>
          <w:p w14:paraId="7F35EEB6" w14:textId="77777777" w:rsidR="00A83192" w:rsidRPr="000B60F7" w:rsidRDefault="00000000">
            <w:pPr>
              <w:spacing w:after="0" w:line="240" w:lineRule="auto"/>
              <w:rPr>
                <w:rFonts w:cs="Times New Roman"/>
              </w:rPr>
            </w:pPr>
            <w:r w:rsidRPr="000B60F7">
              <w:rPr>
                <w:rFonts w:cs="Times New Roman"/>
                <w:sz w:val="18"/>
              </w:rPr>
              <w:t>Entry stage</w:t>
            </w:r>
          </w:p>
        </w:tc>
        <w:tc>
          <w:tcPr>
            <w:tcW w:w="2088" w:type="dxa"/>
            <w:shd w:val="clear" w:color="auto" w:fill="FFFFFF"/>
            <w:tcMar>
              <w:top w:w="65" w:type="dxa"/>
              <w:left w:w="75" w:type="dxa"/>
              <w:bottom w:w="65" w:type="dxa"/>
              <w:right w:w="75" w:type="dxa"/>
            </w:tcMar>
            <w:vAlign w:val="center"/>
          </w:tcPr>
          <w:p w14:paraId="5313C8D5" w14:textId="77777777" w:rsidR="00A83192" w:rsidRPr="000B60F7" w:rsidRDefault="00000000">
            <w:pPr>
              <w:spacing w:after="0" w:line="240" w:lineRule="auto"/>
              <w:rPr>
                <w:rFonts w:cs="Times New Roman"/>
              </w:rPr>
            </w:pPr>
            <w:r w:rsidRPr="000B60F7">
              <w:rPr>
                <w:rFonts w:cs="Times New Roman"/>
                <w:sz w:val="18"/>
              </w:rPr>
              <w:t>Seed/pre-seed</w:t>
            </w:r>
          </w:p>
        </w:tc>
        <w:tc>
          <w:tcPr>
            <w:tcW w:w="1008" w:type="dxa"/>
            <w:shd w:val="clear" w:color="auto" w:fill="FFFFFF"/>
            <w:tcMar>
              <w:top w:w="65" w:type="dxa"/>
              <w:left w:w="75" w:type="dxa"/>
              <w:bottom w:w="65" w:type="dxa"/>
              <w:right w:w="75" w:type="dxa"/>
            </w:tcMar>
            <w:vAlign w:val="center"/>
          </w:tcPr>
          <w:p w14:paraId="390C7204"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936" w:type="dxa"/>
            <w:shd w:val="clear" w:color="auto" w:fill="FFFFFF"/>
            <w:tcMar>
              <w:top w:w="65" w:type="dxa"/>
              <w:left w:w="75" w:type="dxa"/>
              <w:bottom w:w="65" w:type="dxa"/>
              <w:right w:w="75" w:type="dxa"/>
            </w:tcMar>
            <w:vAlign w:val="center"/>
          </w:tcPr>
          <w:p w14:paraId="2D7EC6BD" w14:textId="77777777" w:rsidR="00A83192" w:rsidRPr="000B60F7" w:rsidRDefault="00000000">
            <w:pPr>
              <w:spacing w:after="0" w:line="240" w:lineRule="auto"/>
              <w:jc w:val="center"/>
              <w:rPr>
                <w:rFonts w:cs="Times New Roman"/>
              </w:rPr>
            </w:pPr>
            <w:r w:rsidRPr="000B60F7">
              <w:rPr>
                <w:rFonts w:cs="Times New Roman"/>
                <w:sz w:val="18"/>
              </w:rPr>
              <w:t>25–36</w:t>
            </w:r>
          </w:p>
        </w:tc>
        <w:tc>
          <w:tcPr>
            <w:tcW w:w="1080" w:type="dxa"/>
            <w:shd w:val="clear" w:color="auto" w:fill="FFFFFF"/>
            <w:tcMar>
              <w:top w:w="65" w:type="dxa"/>
              <w:left w:w="75" w:type="dxa"/>
              <w:bottom w:w="65" w:type="dxa"/>
              <w:right w:w="75" w:type="dxa"/>
            </w:tcMar>
            <w:vAlign w:val="center"/>
          </w:tcPr>
          <w:p w14:paraId="739B1ED8" w14:textId="77777777" w:rsidR="00A83192" w:rsidRPr="000B60F7" w:rsidRDefault="00000000">
            <w:pPr>
              <w:spacing w:after="0" w:line="240" w:lineRule="auto"/>
              <w:jc w:val="center"/>
              <w:rPr>
                <w:rFonts w:cs="Times New Roman"/>
              </w:rPr>
            </w:pPr>
            <w:r w:rsidRPr="000B60F7">
              <w:rPr>
                <w:rFonts w:cs="Times New Roman"/>
                <w:sz w:val="18"/>
              </w:rPr>
              <w:t>1.01</w:t>
            </w:r>
          </w:p>
        </w:tc>
        <w:tc>
          <w:tcPr>
            <w:tcW w:w="2736" w:type="dxa"/>
            <w:shd w:val="clear" w:color="auto" w:fill="FFFFFF"/>
            <w:tcMar>
              <w:top w:w="65" w:type="dxa"/>
              <w:left w:w="75" w:type="dxa"/>
              <w:bottom w:w="65" w:type="dxa"/>
              <w:right w:w="75" w:type="dxa"/>
            </w:tcMar>
            <w:vAlign w:val="center"/>
          </w:tcPr>
          <w:p w14:paraId="20FB2AAC" w14:textId="77777777" w:rsidR="00A83192" w:rsidRPr="000B60F7" w:rsidRDefault="00000000">
            <w:pPr>
              <w:spacing w:after="0" w:line="240" w:lineRule="auto"/>
              <w:jc w:val="center"/>
              <w:rPr>
                <w:rFonts w:cs="Times New Roman"/>
              </w:rPr>
            </w:pPr>
            <w:r w:rsidRPr="000B60F7">
              <w:rPr>
                <w:rFonts w:cs="Times New Roman"/>
                <w:sz w:val="18"/>
              </w:rPr>
              <w:t>[0.63, 1.65]</w:t>
            </w:r>
          </w:p>
        </w:tc>
      </w:tr>
      <w:tr w:rsidR="00A83192" w:rsidRPr="000B60F7" w14:paraId="5BE298D3" w14:textId="77777777">
        <w:trPr>
          <w:cantSplit/>
          <w:jc w:val="center"/>
        </w:trPr>
        <w:tc>
          <w:tcPr>
            <w:tcW w:w="1512" w:type="dxa"/>
            <w:shd w:val="clear" w:color="auto" w:fill="F6F8FA"/>
            <w:tcMar>
              <w:top w:w="65" w:type="dxa"/>
              <w:left w:w="75" w:type="dxa"/>
              <w:bottom w:w="65" w:type="dxa"/>
              <w:right w:w="75" w:type="dxa"/>
            </w:tcMar>
            <w:vAlign w:val="center"/>
          </w:tcPr>
          <w:p w14:paraId="5BB2EBDC" w14:textId="77777777" w:rsidR="00A83192" w:rsidRPr="000B60F7" w:rsidRDefault="00000000">
            <w:pPr>
              <w:spacing w:after="0" w:line="240" w:lineRule="auto"/>
              <w:rPr>
                <w:rFonts w:cs="Times New Roman"/>
              </w:rPr>
            </w:pPr>
            <w:r w:rsidRPr="000B60F7">
              <w:rPr>
                <w:rFonts w:cs="Times New Roman"/>
                <w:sz w:val="18"/>
              </w:rPr>
              <w:t>Entry stage</w:t>
            </w:r>
          </w:p>
        </w:tc>
        <w:tc>
          <w:tcPr>
            <w:tcW w:w="2088" w:type="dxa"/>
            <w:shd w:val="clear" w:color="auto" w:fill="F6F8FA"/>
            <w:tcMar>
              <w:top w:w="65" w:type="dxa"/>
              <w:left w:w="75" w:type="dxa"/>
              <w:bottom w:w="65" w:type="dxa"/>
              <w:right w:w="75" w:type="dxa"/>
            </w:tcMar>
            <w:vAlign w:val="center"/>
          </w:tcPr>
          <w:p w14:paraId="7A0F3C99" w14:textId="77777777" w:rsidR="00A83192" w:rsidRPr="000B60F7" w:rsidRDefault="00000000">
            <w:pPr>
              <w:spacing w:after="0" w:line="240" w:lineRule="auto"/>
              <w:rPr>
                <w:rFonts w:cs="Times New Roman"/>
              </w:rPr>
            </w:pPr>
            <w:r w:rsidRPr="000B60F7">
              <w:rPr>
                <w:rFonts w:cs="Times New Roman"/>
                <w:sz w:val="18"/>
              </w:rPr>
              <w:t>Series A/B</w:t>
            </w:r>
          </w:p>
        </w:tc>
        <w:tc>
          <w:tcPr>
            <w:tcW w:w="1008" w:type="dxa"/>
            <w:shd w:val="clear" w:color="auto" w:fill="F6F8FA"/>
            <w:tcMar>
              <w:top w:w="65" w:type="dxa"/>
              <w:left w:w="75" w:type="dxa"/>
              <w:bottom w:w="65" w:type="dxa"/>
              <w:right w:w="75" w:type="dxa"/>
            </w:tcMar>
            <w:vAlign w:val="center"/>
          </w:tcPr>
          <w:p w14:paraId="3594A614"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936" w:type="dxa"/>
            <w:shd w:val="clear" w:color="auto" w:fill="F6F8FA"/>
            <w:tcMar>
              <w:top w:w="65" w:type="dxa"/>
              <w:left w:w="75" w:type="dxa"/>
              <w:bottom w:w="65" w:type="dxa"/>
              <w:right w:w="75" w:type="dxa"/>
            </w:tcMar>
            <w:vAlign w:val="center"/>
          </w:tcPr>
          <w:p w14:paraId="22B427B5" w14:textId="77777777" w:rsidR="00A83192" w:rsidRPr="000B60F7" w:rsidRDefault="00000000">
            <w:pPr>
              <w:spacing w:after="0" w:line="240" w:lineRule="auto"/>
              <w:jc w:val="center"/>
              <w:rPr>
                <w:rFonts w:cs="Times New Roman"/>
              </w:rPr>
            </w:pPr>
            <w:r w:rsidRPr="000B60F7">
              <w:rPr>
                <w:rFonts w:cs="Times New Roman"/>
                <w:sz w:val="18"/>
              </w:rPr>
              <w:t>25–36</w:t>
            </w:r>
          </w:p>
        </w:tc>
        <w:tc>
          <w:tcPr>
            <w:tcW w:w="1080" w:type="dxa"/>
            <w:shd w:val="clear" w:color="auto" w:fill="F6F8FA"/>
            <w:tcMar>
              <w:top w:w="65" w:type="dxa"/>
              <w:left w:w="75" w:type="dxa"/>
              <w:bottom w:w="65" w:type="dxa"/>
              <w:right w:w="75" w:type="dxa"/>
            </w:tcMar>
            <w:vAlign w:val="center"/>
          </w:tcPr>
          <w:p w14:paraId="74640771" w14:textId="77777777" w:rsidR="00A83192" w:rsidRPr="000B60F7" w:rsidRDefault="00000000">
            <w:pPr>
              <w:spacing w:after="0" w:line="240" w:lineRule="auto"/>
              <w:jc w:val="center"/>
              <w:rPr>
                <w:rFonts w:cs="Times New Roman"/>
              </w:rPr>
            </w:pPr>
            <w:r w:rsidRPr="000B60F7">
              <w:rPr>
                <w:rFonts w:cs="Times New Roman"/>
                <w:sz w:val="18"/>
              </w:rPr>
              <w:t>0.80</w:t>
            </w:r>
          </w:p>
        </w:tc>
        <w:tc>
          <w:tcPr>
            <w:tcW w:w="2736" w:type="dxa"/>
            <w:shd w:val="clear" w:color="auto" w:fill="F6F8FA"/>
            <w:tcMar>
              <w:top w:w="65" w:type="dxa"/>
              <w:left w:w="75" w:type="dxa"/>
              <w:bottom w:w="65" w:type="dxa"/>
              <w:right w:w="75" w:type="dxa"/>
            </w:tcMar>
            <w:vAlign w:val="center"/>
          </w:tcPr>
          <w:p w14:paraId="3C7E7F33" w14:textId="77777777" w:rsidR="00A83192" w:rsidRPr="000B60F7" w:rsidRDefault="00000000">
            <w:pPr>
              <w:spacing w:after="0" w:line="240" w:lineRule="auto"/>
              <w:jc w:val="center"/>
              <w:rPr>
                <w:rFonts w:cs="Times New Roman"/>
              </w:rPr>
            </w:pPr>
            <w:r w:rsidRPr="000B60F7">
              <w:rPr>
                <w:rFonts w:cs="Times New Roman"/>
                <w:sz w:val="18"/>
              </w:rPr>
              <w:t>[0.62, 1.04]</w:t>
            </w:r>
          </w:p>
        </w:tc>
      </w:tr>
      <w:tr w:rsidR="00A83192" w:rsidRPr="000B60F7" w14:paraId="29F10B4A" w14:textId="77777777">
        <w:trPr>
          <w:cantSplit/>
          <w:jc w:val="center"/>
        </w:trPr>
        <w:tc>
          <w:tcPr>
            <w:tcW w:w="1512" w:type="dxa"/>
            <w:shd w:val="clear" w:color="auto" w:fill="FFFFFF"/>
            <w:tcMar>
              <w:top w:w="65" w:type="dxa"/>
              <w:left w:w="75" w:type="dxa"/>
              <w:bottom w:w="65" w:type="dxa"/>
              <w:right w:w="75" w:type="dxa"/>
            </w:tcMar>
            <w:vAlign w:val="center"/>
          </w:tcPr>
          <w:p w14:paraId="1F0DB391" w14:textId="77777777" w:rsidR="00A83192" w:rsidRPr="000B60F7" w:rsidRDefault="00000000">
            <w:pPr>
              <w:spacing w:after="0" w:line="240" w:lineRule="auto"/>
              <w:rPr>
                <w:rFonts w:cs="Times New Roman"/>
              </w:rPr>
            </w:pPr>
            <w:r w:rsidRPr="000B60F7">
              <w:rPr>
                <w:rFonts w:cs="Times New Roman"/>
                <w:sz w:val="18"/>
              </w:rPr>
              <w:t>Entry stage</w:t>
            </w:r>
          </w:p>
        </w:tc>
        <w:tc>
          <w:tcPr>
            <w:tcW w:w="2088" w:type="dxa"/>
            <w:shd w:val="clear" w:color="auto" w:fill="FFFFFF"/>
            <w:tcMar>
              <w:top w:w="65" w:type="dxa"/>
              <w:left w:w="75" w:type="dxa"/>
              <w:bottom w:w="65" w:type="dxa"/>
              <w:right w:w="75" w:type="dxa"/>
            </w:tcMar>
            <w:vAlign w:val="center"/>
          </w:tcPr>
          <w:p w14:paraId="6BAE7E24" w14:textId="77777777" w:rsidR="00A83192" w:rsidRPr="000B60F7" w:rsidRDefault="00000000">
            <w:pPr>
              <w:spacing w:after="0" w:line="240" w:lineRule="auto"/>
              <w:rPr>
                <w:rFonts w:cs="Times New Roman"/>
              </w:rPr>
            </w:pPr>
            <w:r w:rsidRPr="000B60F7">
              <w:rPr>
                <w:rFonts w:cs="Times New Roman"/>
                <w:sz w:val="18"/>
              </w:rPr>
              <w:t>Seed/pre-seed</w:t>
            </w:r>
          </w:p>
        </w:tc>
        <w:tc>
          <w:tcPr>
            <w:tcW w:w="1008" w:type="dxa"/>
            <w:shd w:val="clear" w:color="auto" w:fill="FFFFFF"/>
            <w:tcMar>
              <w:top w:w="65" w:type="dxa"/>
              <w:left w:w="75" w:type="dxa"/>
              <w:bottom w:w="65" w:type="dxa"/>
              <w:right w:w="75" w:type="dxa"/>
            </w:tcMar>
            <w:vAlign w:val="center"/>
          </w:tcPr>
          <w:p w14:paraId="202A1B53"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936" w:type="dxa"/>
            <w:shd w:val="clear" w:color="auto" w:fill="FFFFFF"/>
            <w:tcMar>
              <w:top w:w="65" w:type="dxa"/>
              <w:left w:w="75" w:type="dxa"/>
              <w:bottom w:w="65" w:type="dxa"/>
              <w:right w:w="75" w:type="dxa"/>
            </w:tcMar>
            <w:vAlign w:val="center"/>
          </w:tcPr>
          <w:p w14:paraId="0A66F687" w14:textId="77777777" w:rsidR="00A83192" w:rsidRPr="000B60F7" w:rsidRDefault="00000000">
            <w:pPr>
              <w:spacing w:after="0" w:line="240" w:lineRule="auto"/>
              <w:jc w:val="center"/>
              <w:rPr>
                <w:rFonts w:cs="Times New Roman"/>
              </w:rPr>
            </w:pPr>
            <w:r w:rsidRPr="000B60F7">
              <w:rPr>
                <w:rFonts w:cs="Times New Roman"/>
                <w:sz w:val="18"/>
              </w:rPr>
              <w:t>37–60</w:t>
            </w:r>
          </w:p>
        </w:tc>
        <w:tc>
          <w:tcPr>
            <w:tcW w:w="1080" w:type="dxa"/>
            <w:shd w:val="clear" w:color="auto" w:fill="FFFFFF"/>
            <w:tcMar>
              <w:top w:w="65" w:type="dxa"/>
              <w:left w:w="75" w:type="dxa"/>
              <w:bottom w:w="65" w:type="dxa"/>
              <w:right w:w="75" w:type="dxa"/>
            </w:tcMar>
            <w:vAlign w:val="center"/>
          </w:tcPr>
          <w:p w14:paraId="2B0C5570" w14:textId="77777777" w:rsidR="00A83192" w:rsidRPr="000B60F7" w:rsidRDefault="00000000">
            <w:pPr>
              <w:spacing w:after="0" w:line="240" w:lineRule="auto"/>
              <w:jc w:val="center"/>
              <w:rPr>
                <w:rFonts w:cs="Times New Roman"/>
              </w:rPr>
            </w:pPr>
            <w:r w:rsidRPr="000B60F7">
              <w:rPr>
                <w:rFonts w:cs="Times New Roman"/>
                <w:sz w:val="18"/>
              </w:rPr>
              <w:t>1.08</w:t>
            </w:r>
          </w:p>
        </w:tc>
        <w:tc>
          <w:tcPr>
            <w:tcW w:w="2736" w:type="dxa"/>
            <w:shd w:val="clear" w:color="auto" w:fill="FFFFFF"/>
            <w:tcMar>
              <w:top w:w="65" w:type="dxa"/>
              <w:left w:w="75" w:type="dxa"/>
              <w:bottom w:w="65" w:type="dxa"/>
              <w:right w:w="75" w:type="dxa"/>
            </w:tcMar>
            <w:vAlign w:val="center"/>
          </w:tcPr>
          <w:p w14:paraId="13366C9A" w14:textId="77777777" w:rsidR="00A83192" w:rsidRPr="000B60F7" w:rsidRDefault="00000000">
            <w:pPr>
              <w:spacing w:after="0" w:line="240" w:lineRule="auto"/>
              <w:jc w:val="center"/>
              <w:rPr>
                <w:rFonts w:cs="Times New Roman"/>
              </w:rPr>
            </w:pPr>
            <w:r w:rsidRPr="000B60F7">
              <w:rPr>
                <w:rFonts w:cs="Times New Roman"/>
                <w:sz w:val="18"/>
              </w:rPr>
              <w:t>[0.55, 2.14]</w:t>
            </w:r>
          </w:p>
        </w:tc>
      </w:tr>
      <w:tr w:rsidR="00A83192" w:rsidRPr="000B60F7" w14:paraId="7631B630" w14:textId="77777777">
        <w:trPr>
          <w:cantSplit/>
          <w:jc w:val="center"/>
        </w:trPr>
        <w:tc>
          <w:tcPr>
            <w:tcW w:w="1512" w:type="dxa"/>
            <w:shd w:val="clear" w:color="auto" w:fill="F6F8FA"/>
            <w:tcMar>
              <w:top w:w="65" w:type="dxa"/>
              <w:left w:w="75" w:type="dxa"/>
              <w:bottom w:w="65" w:type="dxa"/>
              <w:right w:w="75" w:type="dxa"/>
            </w:tcMar>
            <w:vAlign w:val="center"/>
          </w:tcPr>
          <w:p w14:paraId="1F4AEA54" w14:textId="77777777" w:rsidR="00A83192" w:rsidRPr="000B60F7" w:rsidRDefault="00000000">
            <w:pPr>
              <w:spacing w:after="0" w:line="240" w:lineRule="auto"/>
              <w:rPr>
                <w:rFonts w:cs="Times New Roman"/>
              </w:rPr>
            </w:pPr>
            <w:r w:rsidRPr="000B60F7">
              <w:rPr>
                <w:rFonts w:cs="Times New Roman"/>
                <w:sz w:val="18"/>
              </w:rPr>
              <w:t>Entry stage</w:t>
            </w:r>
          </w:p>
        </w:tc>
        <w:tc>
          <w:tcPr>
            <w:tcW w:w="2088" w:type="dxa"/>
            <w:shd w:val="clear" w:color="auto" w:fill="F6F8FA"/>
            <w:tcMar>
              <w:top w:w="65" w:type="dxa"/>
              <w:left w:w="75" w:type="dxa"/>
              <w:bottom w:w="65" w:type="dxa"/>
              <w:right w:w="75" w:type="dxa"/>
            </w:tcMar>
            <w:vAlign w:val="center"/>
          </w:tcPr>
          <w:p w14:paraId="180C6731" w14:textId="77777777" w:rsidR="00A83192" w:rsidRPr="000B60F7" w:rsidRDefault="00000000">
            <w:pPr>
              <w:spacing w:after="0" w:line="240" w:lineRule="auto"/>
              <w:rPr>
                <w:rFonts w:cs="Times New Roman"/>
              </w:rPr>
            </w:pPr>
            <w:r w:rsidRPr="000B60F7">
              <w:rPr>
                <w:rFonts w:cs="Times New Roman"/>
                <w:sz w:val="18"/>
              </w:rPr>
              <w:t>Series A/B</w:t>
            </w:r>
          </w:p>
        </w:tc>
        <w:tc>
          <w:tcPr>
            <w:tcW w:w="1008" w:type="dxa"/>
            <w:shd w:val="clear" w:color="auto" w:fill="F6F8FA"/>
            <w:tcMar>
              <w:top w:w="65" w:type="dxa"/>
              <w:left w:w="75" w:type="dxa"/>
              <w:bottom w:w="65" w:type="dxa"/>
              <w:right w:w="75" w:type="dxa"/>
            </w:tcMar>
            <w:vAlign w:val="center"/>
          </w:tcPr>
          <w:p w14:paraId="2EDF9200"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936" w:type="dxa"/>
            <w:shd w:val="clear" w:color="auto" w:fill="F6F8FA"/>
            <w:tcMar>
              <w:top w:w="65" w:type="dxa"/>
              <w:left w:w="75" w:type="dxa"/>
              <w:bottom w:w="65" w:type="dxa"/>
              <w:right w:w="75" w:type="dxa"/>
            </w:tcMar>
            <w:vAlign w:val="center"/>
          </w:tcPr>
          <w:p w14:paraId="51F0E39D" w14:textId="77777777" w:rsidR="00A83192" w:rsidRPr="000B60F7" w:rsidRDefault="00000000">
            <w:pPr>
              <w:spacing w:after="0" w:line="240" w:lineRule="auto"/>
              <w:jc w:val="center"/>
              <w:rPr>
                <w:rFonts w:cs="Times New Roman"/>
              </w:rPr>
            </w:pPr>
            <w:r w:rsidRPr="000B60F7">
              <w:rPr>
                <w:rFonts w:cs="Times New Roman"/>
                <w:sz w:val="18"/>
              </w:rPr>
              <w:t>37–60</w:t>
            </w:r>
          </w:p>
        </w:tc>
        <w:tc>
          <w:tcPr>
            <w:tcW w:w="1080" w:type="dxa"/>
            <w:shd w:val="clear" w:color="auto" w:fill="F6F8FA"/>
            <w:tcMar>
              <w:top w:w="65" w:type="dxa"/>
              <w:left w:w="75" w:type="dxa"/>
              <w:bottom w:w="65" w:type="dxa"/>
              <w:right w:w="75" w:type="dxa"/>
            </w:tcMar>
            <w:vAlign w:val="center"/>
          </w:tcPr>
          <w:p w14:paraId="2158E12B" w14:textId="77777777" w:rsidR="00A83192" w:rsidRPr="000B60F7" w:rsidRDefault="00000000">
            <w:pPr>
              <w:spacing w:after="0" w:line="240" w:lineRule="auto"/>
              <w:jc w:val="center"/>
              <w:rPr>
                <w:rFonts w:cs="Times New Roman"/>
              </w:rPr>
            </w:pPr>
            <w:r w:rsidRPr="000B60F7">
              <w:rPr>
                <w:rFonts w:cs="Times New Roman"/>
                <w:sz w:val="18"/>
              </w:rPr>
              <w:t>0.49</w:t>
            </w:r>
          </w:p>
        </w:tc>
        <w:tc>
          <w:tcPr>
            <w:tcW w:w="2736" w:type="dxa"/>
            <w:shd w:val="clear" w:color="auto" w:fill="F6F8FA"/>
            <w:tcMar>
              <w:top w:w="65" w:type="dxa"/>
              <w:left w:w="75" w:type="dxa"/>
              <w:bottom w:w="65" w:type="dxa"/>
              <w:right w:w="75" w:type="dxa"/>
            </w:tcMar>
            <w:vAlign w:val="center"/>
          </w:tcPr>
          <w:p w14:paraId="69C2EE02" w14:textId="77777777" w:rsidR="00A83192" w:rsidRPr="000B60F7" w:rsidRDefault="00000000">
            <w:pPr>
              <w:spacing w:after="0" w:line="240" w:lineRule="auto"/>
              <w:jc w:val="center"/>
              <w:rPr>
                <w:rFonts w:cs="Times New Roman"/>
              </w:rPr>
            </w:pPr>
            <w:r w:rsidRPr="000B60F7">
              <w:rPr>
                <w:rFonts w:cs="Times New Roman"/>
                <w:sz w:val="18"/>
              </w:rPr>
              <w:t>[0.26, 0.90]</w:t>
            </w:r>
          </w:p>
        </w:tc>
      </w:tr>
      <w:tr w:rsidR="00A83192" w:rsidRPr="000B60F7" w14:paraId="2A649F5F" w14:textId="77777777">
        <w:trPr>
          <w:cantSplit/>
          <w:jc w:val="center"/>
        </w:trPr>
        <w:tc>
          <w:tcPr>
            <w:tcW w:w="1512" w:type="dxa"/>
            <w:shd w:val="clear" w:color="auto" w:fill="FFFFFF"/>
            <w:tcMar>
              <w:top w:w="65" w:type="dxa"/>
              <w:left w:w="75" w:type="dxa"/>
              <w:bottom w:w="65" w:type="dxa"/>
              <w:right w:w="75" w:type="dxa"/>
            </w:tcMar>
            <w:vAlign w:val="center"/>
          </w:tcPr>
          <w:p w14:paraId="6C274C1E" w14:textId="77777777" w:rsidR="00A83192" w:rsidRPr="000B60F7" w:rsidRDefault="00000000">
            <w:pPr>
              <w:spacing w:after="0" w:line="240" w:lineRule="auto"/>
              <w:rPr>
                <w:rFonts w:cs="Times New Roman"/>
              </w:rPr>
            </w:pPr>
            <w:r w:rsidRPr="000B60F7">
              <w:rPr>
                <w:rFonts w:cs="Times New Roman"/>
                <w:sz w:val="18"/>
              </w:rPr>
              <w:t>Biopharma status</w:t>
            </w:r>
          </w:p>
        </w:tc>
        <w:tc>
          <w:tcPr>
            <w:tcW w:w="2088" w:type="dxa"/>
            <w:shd w:val="clear" w:color="auto" w:fill="FFFFFF"/>
            <w:tcMar>
              <w:top w:w="65" w:type="dxa"/>
              <w:left w:w="75" w:type="dxa"/>
              <w:bottom w:w="65" w:type="dxa"/>
              <w:right w:w="75" w:type="dxa"/>
            </w:tcMar>
            <w:vAlign w:val="center"/>
          </w:tcPr>
          <w:p w14:paraId="3A9FFE54" w14:textId="77777777" w:rsidR="00A83192" w:rsidRPr="000B60F7" w:rsidRDefault="00000000">
            <w:pPr>
              <w:spacing w:after="0" w:line="240" w:lineRule="auto"/>
              <w:rPr>
                <w:rFonts w:cs="Times New Roman"/>
              </w:rPr>
            </w:pPr>
            <w:r w:rsidRPr="000B60F7">
              <w:rPr>
                <w:rFonts w:cs="Times New Roman"/>
                <w:sz w:val="18"/>
              </w:rPr>
              <w:t>Other healthcare</w:t>
            </w:r>
          </w:p>
        </w:tc>
        <w:tc>
          <w:tcPr>
            <w:tcW w:w="1008" w:type="dxa"/>
            <w:shd w:val="clear" w:color="auto" w:fill="FFFFFF"/>
            <w:tcMar>
              <w:top w:w="65" w:type="dxa"/>
              <w:left w:w="75" w:type="dxa"/>
              <w:bottom w:w="65" w:type="dxa"/>
              <w:right w:w="75" w:type="dxa"/>
            </w:tcMar>
            <w:vAlign w:val="center"/>
          </w:tcPr>
          <w:p w14:paraId="26ECB7DB"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936" w:type="dxa"/>
            <w:shd w:val="clear" w:color="auto" w:fill="FFFFFF"/>
            <w:tcMar>
              <w:top w:w="65" w:type="dxa"/>
              <w:left w:w="75" w:type="dxa"/>
              <w:bottom w:w="65" w:type="dxa"/>
              <w:right w:w="75" w:type="dxa"/>
            </w:tcMar>
            <w:vAlign w:val="center"/>
          </w:tcPr>
          <w:p w14:paraId="62561024" w14:textId="77777777" w:rsidR="00A83192" w:rsidRPr="000B60F7" w:rsidRDefault="00000000">
            <w:pPr>
              <w:spacing w:after="0" w:line="240" w:lineRule="auto"/>
              <w:jc w:val="center"/>
              <w:rPr>
                <w:rFonts w:cs="Times New Roman"/>
              </w:rPr>
            </w:pPr>
            <w:r w:rsidRPr="000B60F7">
              <w:rPr>
                <w:rFonts w:cs="Times New Roman"/>
                <w:sz w:val="18"/>
              </w:rPr>
              <w:t>01–12</w:t>
            </w:r>
          </w:p>
        </w:tc>
        <w:tc>
          <w:tcPr>
            <w:tcW w:w="1080" w:type="dxa"/>
            <w:shd w:val="clear" w:color="auto" w:fill="FFFFFF"/>
            <w:tcMar>
              <w:top w:w="65" w:type="dxa"/>
              <w:left w:w="75" w:type="dxa"/>
              <w:bottom w:w="65" w:type="dxa"/>
              <w:right w:w="75" w:type="dxa"/>
            </w:tcMar>
            <w:vAlign w:val="center"/>
          </w:tcPr>
          <w:p w14:paraId="1AB62F24" w14:textId="77777777" w:rsidR="00A83192" w:rsidRPr="000B60F7" w:rsidRDefault="00000000">
            <w:pPr>
              <w:spacing w:after="0" w:line="240" w:lineRule="auto"/>
              <w:jc w:val="center"/>
              <w:rPr>
                <w:rFonts w:cs="Times New Roman"/>
              </w:rPr>
            </w:pPr>
            <w:r w:rsidRPr="000B60F7">
              <w:rPr>
                <w:rFonts w:cs="Times New Roman"/>
                <w:sz w:val="18"/>
              </w:rPr>
              <w:t>0.63</w:t>
            </w:r>
          </w:p>
        </w:tc>
        <w:tc>
          <w:tcPr>
            <w:tcW w:w="2736" w:type="dxa"/>
            <w:shd w:val="clear" w:color="auto" w:fill="FFFFFF"/>
            <w:tcMar>
              <w:top w:w="65" w:type="dxa"/>
              <w:left w:w="75" w:type="dxa"/>
              <w:bottom w:w="65" w:type="dxa"/>
              <w:right w:w="75" w:type="dxa"/>
            </w:tcMar>
            <w:vAlign w:val="center"/>
          </w:tcPr>
          <w:p w14:paraId="5A3B276E" w14:textId="77777777" w:rsidR="00A83192" w:rsidRPr="000B60F7" w:rsidRDefault="00000000">
            <w:pPr>
              <w:spacing w:after="0" w:line="240" w:lineRule="auto"/>
              <w:jc w:val="center"/>
              <w:rPr>
                <w:rFonts w:cs="Times New Roman"/>
              </w:rPr>
            </w:pPr>
            <w:r w:rsidRPr="000B60F7">
              <w:rPr>
                <w:rFonts w:cs="Times New Roman"/>
                <w:sz w:val="18"/>
              </w:rPr>
              <w:t>[0.34, 1.18]</w:t>
            </w:r>
          </w:p>
        </w:tc>
      </w:tr>
      <w:tr w:rsidR="00A83192" w:rsidRPr="000B60F7" w14:paraId="3B0D5117" w14:textId="77777777">
        <w:trPr>
          <w:cantSplit/>
          <w:jc w:val="center"/>
        </w:trPr>
        <w:tc>
          <w:tcPr>
            <w:tcW w:w="1512" w:type="dxa"/>
            <w:shd w:val="clear" w:color="auto" w:fill="F6F8FA"/>
            <w:tcMar>
              <w:top w:w="65" w:type="dxa"/>
              <w:left w:w="75" w:type="dxa"/>
              <w:bottom w:w="65" w:type="dxa"/>
              <w:right w:w="75" w:type="dxa"/>
            </w:tcMar>
            <w:vAlign w:val="center"/>
          </w:tcPr>
          <w:p w14:paraId="7142D560" w14:textId="77777777" w:rsidR="00A83192" w:rsidRPr="000B60F7" w:rsidRDefault="00000000">
            <w:pPr>
              <w:spacing w:after="0" w:line="240" w:lineRule="auto"/>
              <w:rPr>
                <w:rFonts w:cs="Times New Roman"/>
              </w:rPr>
            </w:pPr>
            <w:r w:rsidRPr="000B60F7">
              <w:rPr>
                <w:rFonts w:cs="Times New Roman"/>
                <w:sz w:val="18"/>
              </w:rPr>
              <w:t>Biopharma status</w:t>
            </w:r>
          </w:p>
        </w:tc>
        <w:tc>
          <w:tcPr>
            <w:tcW w:w="2088" w:type="dxa"/>
            <w:shd w:val="clear" w:color="auto" w:fill="F6F8FA"/>
            <w:tcMar>
              <w:top w:w="65" w:type="dxa"/>
              <w:left w:w="75" w:type="dxa"/>
              <w:bottom w:w="65" w:type="dxa"/>
              <w:right w:w="75" w:type="dxa"/>
            </w:tcMar>
            <w:vAlign w:val="center"/>
          </w:tcPr>
          <w:p w14:paraId="2C00CA39" w14:textId="77777777" w:rsidR="00A83192" w:rsidRPr="000B60F7" w:rsidRDefault="00000000">
            <w:pPr>
              <w:spacing w:after="0" w:line="240" w:lineRule="auto"/>
              <w:rPr>
                <w:rFonts w:cs="Times New Roman"/>
              </w:rPr>
            </w:pPr>
            <w:r w:rsidRPr="000B60F7">
              <w:rPr>
                <w:rFonts w:cs="Times New Roman"/>
                <w:sz w:val="18"/>
              </w:rPr>
              <w:t>Biopharma</w:t>
            </w:r>
          </w:p>
        </w:tc>
        <w:tc>
          <w:tcPr>
            <w:tcW w:w="1008" w:type="dxa"/>
            <w:shd w:val="clear" w:color="auto" w:fill="F6F8FA"/>
            <w:tcMar>
              <w:top w:w="65" w:type="dxa"/>
              <w:left w:w="75" w:type="dxa"/>
              <w:bottom w:w="65" w:type="dxa"/>
              <w:right w:w="75" w:type="dxa"/>
            </w:tcMar>
            <w:vAlign w:val="center"/>
          </w:tcPr>
          <w:p w14:paraId="355ABA69"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936" w:type="dxa"/>
            <w:shd w:val="clear" w:color="auto" w:fill="F6F8FA"/>
            <w:tcMar>
              <w:top w:w="65" w:type="dxa"/>
              <w:left w:w="75" w:type="dxa"/>
              <w:bottom w:w="65" w:type="dxa"/>
              <w:right w:w="75" w:type="dxa"/>
            </w:tcMar>
            <w:vAlign w:val="center"/>
          </w:tcPr>
          <w:p w14:paraId="74AE0F7B" w14:textId="77777777" w:rsidR="00A83192" w:rsidRPr="000B60F7" w:rsidRDefault="00000000">
            <w:pPr>
              <w:spacing w:after="0" w:line="240" w:lineRule="auto"/>
              <w:jc w:val="center"/>
              <w:rPr>
                <w:rFonts w:cs="Times New Roman"/>
              </w:rPr>
            </w:pPr>
            <w:r w:rsidRPr="000B60F7">
              <w:rPr>
                <w:rFonts w:cs="Times New Roman"/>
                <w:sz w:val="18"/>
              </w:rPr>
              <w:t>01–12</w:t>
            </w:r>
          </w:p>
        </w:tc>
        <w:tc>
          <w:tcPr>
            <w:tcW w:w="1080" w:type="dxa"/>
            <w:shd w:val="clear" w:color="auto" w:fill="F6F8FA"/>
            <w:tcMar>
              <w:top w:w="65" w:type="dxa"/>
              <w:left w:w="75" w:type="dxa"/>
              <w:bottom w:w="65" w:type="dxa"/>
              <w:right w:w="75" w:type="dxa"/>
            </w:tcMar>
            <w:vAlign w:val="center"/>
          </w:tcPr>
          <w:p w14:paraId="5494CA82" w14:textId="77777777" w:rsidR="00A83192" w:rsidRPr="000B60F7" w:rsidRDefault="00000000">
            <w:pPr>
              <w:spacing w:after="0" w:line="240" w:lineRule="auto"/>
              <w:jc w:val="center"/>
              <w:rPr>
                <w:rFonts w:cs="Times New Roman"/>
              </w:rPr>
            </w:pPr>
            <w:r w:rsidRPr="000B60F7">
              <w:rPr>
                <w:rFonts w:cs="Times New Roman"/>
                <w:sz w:val="18"/>
              </w:rPr>
              <w:t>0.86</w:t>
            </w:r>
          </w:p>
        </w:tc>
        <w:tc>
          <w:tcPr>
            <w:tcW w:w="2736" w:type="dxa"/>
            <w:shd w:val="clear" w:color="auto" w:fill="F6F8FA"/>
            <w:tcMar>
              <w:top w:w="65" w:type="dxa"/>
              <w:left w:w="75" w:type="dxa"/>
              <w:bottom w:w="65" w:type="dxa"/>
              <w:right w:w="75" w:type="dxa"/>
            </w:tcMar>
            <w:vAlign w:val="center"/>
          </w:tcPr>
          <w:p w14:paraId="6B29BB8F" w14:textId="77777777" w:rsidR="00A83192" w:rsidRPr="000B60F7" w:rsidRDefault="00000000">
            <w:pPr>
              <w:spacing w:after="0" w:line="240" w:lineRule="auto"/>
              <w:jc w:val="center"/>
              <w:rPr>
                <w:rFonts w:cs="Times New Roman"/>
              </w:rPr>
            </w:pPr>
            <w:r w:rsidRPr="000B60F7">
              <w:rPr>
                <w:rFonts w:cs="Times New Roman"/>
                <w:sz w:val="18"/>
              </w:rPr>
              <w:t>[0.66, 1.11]</w:t>
            </w:r>
          </w:p>
        </w:tc>
      </w:tr>
      <w:tr w:rsidR="00A83192" w:rsidRPr="000B60F7" w14:paraId="68E1EA7F" w14:textId="77777777">
        <w:trPr>
          <w:cantSplit/>
          <w:jc w:val="center"/>
        </w:trPr>
        <w:tc>
          <w:tcPr>
            <w:tcW w:w="1512" w:type="dxa"/>
            <w:shd w:val="clear" w:color="auto" w:fill="FFFFFF"/>
            <w:tcMar>
              <w:top w:w="65" w:type="dxa"/>
              <w:left w:w="75" w:type="dxa"/>
              <w:bottom w:w="65" w:type="dxa"/>
              <w:right w:w="75" w:type="dxa"/>
            </w:tcMar>
            <w:vAlign w:val="center"/>
          </w:tcPr>
          <w:p w14:paraId="08ECA7D1" w14:textId="77777777" w:rsidR="00A83192" w:rsidRPr="000B60F7" w:rsidRDefault="00000000">
            <w:pPr>
              <w:spacing w:after="0" w:line="240" w:lineRule="auto"/>
              <w:rPr>
                <w:rFonts w:cs="Times New Roman"/>
              </w:rPr>
            </w:pPr>
            <w:r w:rsidRPr="000B60F7">
              <w:rPr>
                <w:rFonts w:cs="Times New Roman"/>
                <w:sz w:val="18"/>
              </w:rPr>
              <w:t>Biopharma status</w:t>
            </w:r>
          </w:p>
        </w:tc>
        <w:tc>
          <w:tcPr>
            <w:tcW w:w="2088" w:type="dxa"/>
            <w:shd w:val="clear" w:color="auto" w:fill="FFFFFF"/>
            <w:tcMar>
              <w:top w:w="65" w:type="dxa"/>
              <w:left w:w="75" w:type="dxa"/>
              <w:bottom w:w="65" w:type="dxa"/>
              <w:right w:w="75" w:type="dxa"/>
            </w:tcMar>
            <w:vAlign w:val="center"/>
          </w:tcPr>
          <w:p w14:paraId="79EEA2D6" w14:textId="77777777" w:rsidR="00A83192" w:rsidRPr="000B60F7" w:rsidRDefault="00000000">
            <w:pPr>
              <w:spacing w:after="0" w:line="240" w:lineRule="auto"/>
              <w:rPr>
                <w:rFonts w:cs="Times New Roman"/>
              </w:rPr>
            </w:pPr>
            <w:r w:rsidRPr="000B60F7">
              <w:rPr>
                <w:rFonts w:cs="Times New Roman"/>
                <w:sz w:val="18"/>
              </w:rPr>
              <w:t>Other healthcare</w:t>
            </w:r>
          </w:p>
        </w:tc>
        <w:tc>
          <w:tcPr>
            <w:tcW w:w="1008" w:type="dxa"/>
            <w:shd w:val="clear" w:color="auto" w:fill="FFFFFF"/>
            <w:tcMar>
              <w:top w:w="65" w:type="dxa"/>
              <w:left w:w="75" w:type="dxa"/>
              <w:bottom w:w="65" w:type="dxa"/>
              <w:right w:w="75" w:type="dxa"/>
            </w:tcMar>
            <w:vAlign w:val="center"/>
          </w:tcPr>
          <w:p w14:paraId="52E9E87F"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936" w:type="dxa"/>
            <w:shd w:val="clear" w:color="auto" w:fill="FFFFFF"/>
            <w:tcMar>
              <w:top w:w="65" w:type="dxa"/>
              <w:left w:w="75" w:type="dxa"/>
              <w:bottom w:w="65" w:type="dxa"/>
              <w:right w:w="75" w:type="dxa"/>
            </w:tcMar>
            <w:vAlign w:val="center"/>
          </w:tcPr>
          <w:p w14:paraId="72893A9B" w14:textId="77777777" w:rsidR="00A83192" w:rsidRPr="000B60F7" w:rsidRDefault="00000000">
            <w:pPr>
              <w:spacing w:after="0" w:line="240" w:lineRule="auto"/>
              <w:jc w:val="center"/>
              <w:rPr>
                <w:rFonts w:cs="Times New Roman"/>
              </w:rPr>
            </w:pPr>
            <w:r w:rsidRPr="000B60F7">
              <w:rPr>
                <w:rFonts w:cs="Times New Roman"/>
                <w:sz w:val="18"/>
              </w:rPr>
              <w:t>13–24</w:t>
            </w:r>
          </w:p>
        </w:tc>
        <w:tc>
          <w:tcPr>
            <w:tcW w:w="1080" w:type="dxa"/>
            <w:shd w:val="clear" w:color="auto" w:fill="FFFFFF"/>
            <w:tcMar>
              <w:top w:w="65" w:type="dxa"/>
              <w:left w:w="75" w:type="dxa"/>
              <w:bottom w:w="65" w:type="dxa"/>
              <w:right w:w="75" w:type="dxa"/>
            </w:tcMar>
            <w:vAlign w:val="center"/>
          </w:tcPr>
          <w:p w14:paraId="159A50C9" w14:textId="77777777" w:rsidR="00A83192" w:rsidRPr="000B60F7" w:rsidRDefault="00000000">
            <w:pPr>
              <w:spacing w:after="0" w:line="240" w:lineRule="auto"/>
              <w:jc w:val="center"/>
              <w:rPr>
                <w:rFonts w:cs="Times New Roman"/>
              </w:rPr>
            </w:pPr>
            <w:r w:rsidRPr="000B60F7">
              <w:rPr>
                <w:rFonts w:cs="Times New Roman"/>
                <w:sz w:val="18"/>
              </w:rPr>
              <w:t>0.94</w:t>
            </w:r>
          </w:p>
        </w:tc>
        <w:tc>
          <w:tcPr>
            <w:tcW w:w="2736" w:type="dxa"/>
            <w:shd w:val="clear" w:color="auto" w:fill="FFFFFF"/>
            <w:tcMar>
              <w:top w:w="65" w:type="dxa"/>
              <w:left w:w="75" w:type="dxa"/>
              <w:bottom w:w="65" w:type="dxa"/>
              <w:right w:w="75" w:type="dxa"/>
            </w:tcMar>
            <w:vAlign w:val="center"/>
          </w:tcPr>
          <w:p w14:paraId="5C19E7E4" w14:textId="77777777" w:rsidR="00A83192" w:rsidRPr="000B60F7" w:rsidRDefault="00000000">
            <w:pPr>
              <w:spacing w:after="0" w:line="240" w:lineRule="auto"/>
              <w:jc w:val="center"/>
              <w:rPr>
                <w:rFonts w:cs="Times New Roman"/>
              </w:rPr>
            </w:pPr>
            <w:r w:rsidRPr="000B60F7">
              <w:rPr>
                <w:rFonts w:cs="Times New Roman"/>
                <w:sz w:val="18"/>
              </w:rPr>
              <w:t>[0.59, 1.50]</w:t>
            </w:r>
          </w:p>
        </w:tc>
      </w:tr>
      <w:tr w:rsidR="00A83192" w:rsidRPr="000B60F7" w14:paraId="2E014FF1" w14:textId="77777777">
        <w:trPr>
          <w:cantSplit/>
          <w:jc w:val="center"/>
        </w:trPr>
        <w:tc>
          <w:tcPr>
            <w:tcW w:w="1512" w:type="dxa"/>
            <w:shd w:val="clear" w:color="auto" w:fill="F6F8FA"/>
            <w:tcMar>
              <w:top w:w="65" w:type="dxa"/>
              <w:left w:w="75" w:type="dxa"/>
              <w:bottom w:w="65" w:type="dxa"/>
              <w:right w:w="75" w:type="dxa"/>
            </w:tcMar>
            <w:vAlign w:val="center"/>
          </w:tcPr>
          <w:p w14:paraId="3DEDEDB8" w14:textId="77777777" w:rsidR="00A83192" w:rsidRPr="000B60F7" w:rsidRDefault="00000000">
            <w:pPr>
              <w:spacing w:after="0" w:line="240" w:lineRule="auto"/>
              <w:rPr>
                <w:rFonts w:cs="Times New Roman"/>
              </w:rPr>
            </w:pPr>
            <w:r w:rsidRPr="000B60F7">
              <w:rPr>
                <w:rFonts w:cs="Times New Roman"/>
                <w:sz w:val="18"/>
              </w:rPr>
              <w:t>Biopharma status</w:t>
            </w:r>
          </w:p>
        </w:tc>
        <w:tc>
          <w:tcPr>
            <w:tcW w:w="2088" w:type="dxa"/>
            <w:shd w:val="clear" w:color="auto" w:fill="F6F8FA"/>
            <w:tcMar>
              <w:top w:w="65" w:type="dxa"/>
              <w:left w:w="75" w:type="dxa"/>
              <w:bottom w:w="65" w:type="dxa"/>
              <w:right w:w="75" w:type="dxa"/>
            </w:tcMar>
            <w:vAlign w:val="center"/>
          </w:tcPr>
          <w:p w14:paraId="6BC56EAD" w14:textId="77777777" w:rsidR="00A83192" w:rsidRPr="000B60F7" w:rsidRDefault="00000000">
            <w:pPr>
              <w:spacing w:after="0" w:line="240" w:lineRule="auto"/>
              <w:rPr>
                <w:rFonts w:cs="Times New Roman"/>
              </w:rPr>
            </w:pPr>
            <w:r w:rsidRPr="000B60F7">
              <w:rPr>
                <w:rFonts w:cs="Times New Roman"/>
                <w:sz w:val="18"/>
              </w:rPr>
              <w:t>Biopharma</w:t>
            </w:r>
          </w:p>
        </w:tc>
        <w:tc>
          <w:tcPr>
            <w:tcW w:w="1008" w:type="dxa"/>
            <w:shd w:val="clear" w:color="auto" w:fill="F6F8FA"/>
            <w:tcMar>
              <w:top w:w="65" w:type="dxa"/>
              <w:left w:w="75" w:type="dxa"/>
              <w:bottom w:w="65" w:type="dxa"/>
              <w:right w:w="75" w:type="dxa"/>
            </w:tcMar>
            <w:vAlign w:val="center"/>
          </w:tcPr>
          <w:p w14:paraId="1033E3F4"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936" w:type="dxa"/>
            <w:shd w:val="clear" w:color="auto" w:fill="F6F8FA"/>
            <w:tcMar>
              <w:top w:w="65" w:type="dxa"/>
              <w:left w:w="75" w:type="dxa"/>
              <w:bottom w:w="65" w:type="dxa"/>
              <w:right w:w="75" w:type="dxa"/>
            </w:tcMar>
            <w:vAlign w:val="center"/>
          </w:tcPr>
          <w:p w14:paraId="31BCB9EB" w14:textId="77777777" w:rsidR="00A83192" w:rsidRPr="000B60F7" w:rsidRDefault="00000000">
            <w:pPr>
              <w:spacing w:after="0" w:line="240" w:lineRule="auto"/>
              <w:jc w:val="center"/>
              <w:rPr>
                <w:rFonts w:cs="Times New Roman"/>
              </w:rPr>
            </w:pPr>
            <w:r w:rsidRPr="000B60F7">
              <w:rPr>
                <w:rFonts w:cs="Times New Roman"/>
                <w:sz w:val="18"/>
              </w:rPr>
              <w:t>13–24</w:t>
            </w:r>
          </w:p>
        </w:tc>
        <w:tc>
          <w:tcPr>
            <w:tcW w:w="1080" w:type="dxa"/>
            <w:shd w:val="clear" w:color="auto" w:fill="F6F8FA"/>
            <w:tcMar>
              <w:top w:w="65" w:type="dxa"/>
              <w:left w:w="75" w:type="dxa"/>
              <w:bottom w:w="65" w:type="dxa"/>
              <w:right w:w="75" w:type="dxa"/>
            </w:tcMar>
            <w:vAlign w:val="center"/>
          </w:tcPr>
          <w:p w14:paraId="303541A4" w14:textId="77777777" w:rsidR="00A83192" w:rsidRPr="000B60F7" w:rsidRDefault="00000000">
            <w:pPr>
              <w:spacing w:after="0" w:line="240" w:lineRule="auto"/>
              <w:jc w:val="center"/>
              <w:rPr>
                <w:rFonts w:cs="Times New Roman"/>
              </w:rPr>
            </w:pPr>
            <w:r w:rsidRPr="000B60F7">
              <w:rPr>
                <w:rFonts w:cs="Times New Roman"/>
                <w:sz w:val="18"/>
              </w:rPr>
              <w:t>1.05</w:t>
            </w:r>
          </w:p>
        </w:tc>
        <w:tc>
          <w:tcPr>
            <w:tcW w:w="2736" w:type="dxa"/>
            <w:shd w:val="clear" w:color="auto" w:fill="F6F8FA"/>
            <w:tcMar>
              <w:top w:w="65" w:type="dxa"/>
              <w:left w:w="75" w:type="dxa"/>
              <w:bottom w:w="65" w:type="dxa"/>
              <w:right w:w="75" w:type="dxa"/>
            </w:tcMar>
            <w:vAlign w:val="center"/>
          </w:tcPr>
          <w:p w14:paraId="0623FF2F" w14:textId="77777777" w:rsidR="00A83192" w:rsidRPr="000B60F7" w:rsidRDefault="00000000">
            <w:pPr>
              <w:spacing w:after="0" w:line="240" w:lineRule="auto"/>
              <w:jc w:val="center"/>
              <w:rPr>
                <w:rFonts w:cs="Times New Roman"/>
              </w:rPr>
            </w:pPr>
            <w:r w:rsidRPr="000B60F7">
              <w:rPr>
                <w:rFonts w:cs="Times New Roman"/>
                <w:sz w:val="18"/>
              </w:rPr>
              <w:t>[0.82, 1.34]</w:t>
            </w:r>
          </w:p>
        </w:tc>
      </w:tr>
      <w:tr w:rsidR="00A83192" w:rsidRPr="000B60F7" w14:paraId="0143F40C" w14:textId="77777777">
        <w:trPr>
          <w:cantSplit/>
          <w:jc w:val="center"/>
        </w:trPr>
        <w:tc>
          <w:tcPr>
            <w:tcW w:w="1512" w:type="dxa"/>
            <w:shd w:val="clear" w:color="auto" w:fill="FFFFFF"/>
            <w:tcMar>
              <w:top w:w="65" w:type="dxa"/>
              <w:left w:w="75" w:type="dxa"/>
              <w:bottom w:w="65" w:type="dxa"/>
              <w:right w:w="75" w:type="dxa"/>
            </w:tcMar>
            <w:vAlign w:val="center"/>
          </w:tcPr>
          <w:p w14:paraId="0364AE4A" w14:textId="77777777" w:rsidR="00A83192" w:rsidRPr="000B60F7" w:rsidRDefault="00000000">
            <w:pPr>
              <w:spacing w:after="0" w:line="240" w:lineRule="auto"/>
              <w:rPr>
                <w:rFonts w:cs="Times New Roman"/>
              </w:rPr>
            </w:pPr>
            <w:r w:rsidRPr="000B60F7">
              <w:rPr>
                <w:rFonts w:cs="Times New Roman"/>
                <w:sz w:val="18"/>
              </w:rPr>
              <w:t>Biopharma status</w:t>
            </w:r>
          </w:p>
        </w:tc>
        <w:tc>
          <w:tcPr>
            <w:tcW w:w="2088" w:type="dxa"/>
            <w:shd w:val="clear" w:color="auto" w:fill="FFFFFF"/>
            <w:tcMar>
              <w:top w:w="65" w:type="dxa"/>
              <w:left w:w="75" w:type="dxa"/>
              <w:bottom w:w="65" w:type="dxa"/>
              <w:right w:w="75" w:type="dxa"/>
            </w:tcMar>
            <w:vAlign w:val="center"/>
          </w:tcPr>
          <w:p w14:paraId="487F0946" w14:textId="77777777" w:rsidR="00A83192" w:rsidRPr="000B60F7" w:rsidRDefault="00000000">
            <w:pPr>
              <w:spacing w:after="0" w:line="240" w:lineRule="auto"/>
              <w:rPr>
                <w:rFonts w:cs="Times New Roman"/>
              </w:rPr>
            </w:pPr>
            <w:r w:rsidRPr="000B60F7">
              <w:rPr>
                <w:rFonts w:cs="Times New Roman"/>
                <w:sz w:val="18"/>
              </w:rPr>
              <w:t>Other healthcare</w:t>
            </w:r>
          </w:p>
        </w:tc>
        <w:tc>
          <w:tcPr>
            <w:tcW w:w="1008" w:type="dxa"/>
            <w:shd w:val="clear" w:color="auto" w:fill="FFFFFF"/>
            <w:tcMar>
              <w:top w:w="65" w:type="dxa"/>
              <w:left w:w="75" w:type="dxa"/>
              <w:bottom w:w="65" w:type="dxa"/>
              <w:right w:w="75" w:type="dxa"/>
            </w:tcMar>
            <w:vAlign w:val="center"/>
          </w:tcPr>
          <w:p w14:paraId="4C93ABB4"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936" w:type="dxa"/>
            <w:shd w:val="clear" w:color="auto" w:fill="FFFFFF"/>
            <w:tcMar>
              <w:top w:w="65" w:type="dxa"/>
              <w:left w:w="75" w:type="dxa"/>
              <w:bottom w:w="65" w:type="dxa"/>
              <w:right w:w="75" w:type="dxa"/>
            </w:tcMar>
            <w:vAlign w:val="center"/>
          </w:tcPr>
          <w:p w14:paraId="582EFA19" w14:textId="77777777" w:rsidR="00A83192" w:rsidRPr="000B60F7" w:rsidRDefault="00000000">
            <w:pPr>
              <w:spacing w:after="0" w:line="240" w:lineRule="auto"/>
              <w:jc w:val="center"/>
              <w:rPr>
                <w:rFonts w:cs="Times New Roman"/>
              </w:rPr>
            </w:pPr>
            <w:r w:rsidRPr="000B60F7">
              <w:rPr>
                <w:rFonts w:cs="Times New Roman"/>
                <w:sz w:val="18"/>
              </w:rPr>
              <w:t>25–36</w:t>
            </w:r>
          </w:p>
        </w:tc>
        <w:tc>
          <w:tcPr>
            <w:tcW w:w="1080" w:type="dxa"/>
            <w:shd w:val="clear" w:color="auto" w:fill="FFFFFF"/>
            <w:tcMar>
              <w:top w:w="65" w:type="dxa"/>
              <w:left w:w="75" w:type="dxa"/>
              <w:bottom w:w="65" w:type="dxa"/>
              <w:right w:w="75" w:type="dxa"/>
            </w:tcMar>
            <w:vAlign w:val="center"/>
          </w:tcPr>
          <w:p w14:paraId="1D3D6587" w14:textId="77777777" w:rsidR="00A83192" w:rsidRPr="000B60F7" w:rsidRDefault="00000000">
            <w:pPr>
              <w:spacing w:after="0" w:line="240" w:lineRule="auto"/>
              <w:jc w:val="center"/>
              <w:rPr>
                <w:rFonts w:cs="Times New Roman"/>
              </w:rPr>
            </w:pPr>
            <w:r w:rsidRPr="000B60F7">
              <w:rPr>
                <w:rFonts w:cs="Times New Roman"/>
                <w:sz w:val="18"/>
              </w:rPr>
              <w:t>2.17</w:t>
            </w:r>
          </w:p>
        </w:tc>
        <w:tc>
          <w:tcPr>
            <w:tcW w:w="2736" w:type="dxa"/>
            <w:shd w:val="clear" w:color="auto" w:fill="FFFFFF"/>
            <w:tcMar>
              <w:top w:w="65" w:type="dxa"/>
              <w:left w:w="75" w:type="dxa"/>
              <w:bottom w:w="65" w:type="dxa"/>
              <w:right w:w="75" w:type="dxa"/>
            </w:tcMar>
            <w:vAlign w:val="center"/>
          </w:tcPr>
          <w:p w14:paraId="576CBAB7" w14:textId="77777777" w:rsidR="00A83192" w:rsidRPr="000B60F7" w:rsidRDefault="00000000">
            <w:pPr>
              <w:spacing w:after="0" w:line="240" w:lineRule="auto"/>
              <w:jc w:val="center"/>
              <w:rPr>
                <w:rFonts w:cs="Times New Roman"/>
              </w:rPr>
            </w:pPr>
            <w:r w:rsidRPr="000B60F7">
              <w:rPr>
                <w:rFonts w:cs="Times New Roman"/>
                <w:sz w:val="18"/>
              </w:rPr>
              <w:t>[1.18, 3.98]</w:t>
            </w:r>
          </w:p>
        </w:tc>
      </w:tr>
      <w:tr w:rsidR="00A83192" w:rsidRPr="000B60F7" w14:paraId="63B802AA" w14:textId="77777777">
        <w:trPr>
          <w:cantSplit/>
          <w:jc w:val="center"/>
        </w:trPr>
        <w:tc>
          <w:tcPr>
            <w:tcW w:w="1512" w:type="dxa"/>
            <w:shd w:val="clear" w:color="auto" w:fill="F6F8FA"/>
            <w:tcMar>
              <w:top w:w="65" w:type="dxa"/>
              <w:left w:w="75" w:type="dxa"/>
              <w:bottom w:w="65" w:type="dxa"/>
              <w:right w:w="75" w:type="dxa"/>
            </w:tcMar>
            <w:vAlign w:val="center"/>
          </w:tcPr>
          <w:p w14:paraId="26F6239D" w14:textId="77777777" w:rsidR="00A83192" w:rsidRPr="000B60F7" w:rsidRDefault="00000000">
            <w:pPr>
              <w:spacing w:after="0" w:line="240" w:lineRule="auto"/>
              <w:rPr>
                <w:rFonts w:cs="Times New Roman"/>
              </w:rPr>
            </w:pPr>
            <w:r w:rsidRPr="000B60F7">
              <w:rPr>
                <w:rFonts w:cs="Times New Roman"/>
                <w:sz w:val="18"/>
              </w:rPr>
              <w:t>Biopharma status</w:t>
            </w:r>
          </w:p>
        </w:tc>
        <w:tc>
          <w:tcPr>
            <w:tcW w:w="2088" w:type="dxa"/>
            <w:shd w:val="clear" w:color="auto" w:fill="F6F8FA"/>
            <w:tcMar>
              <w:top w:w="65" w:type="dxa"/>
              <w:left w:w="75" w:type="dxa"/>
              <w:bottom w:w="65" w:type="dxa"/>
              <w:right w:w="75" w:type="dxa"/>
            </w:tcMar>
            <w:vAlign w:val="center"/>
          </w:tcPr>
          <w:p w14:paraId="4BC0FACE" w14:textId="77777777" w:rsidR="00A83192" w:rsidRPr="000B60F7" w:rsidRDefault="00000000">
            <w:pPr>
              <w:spacing w:after="0" w:line="240" w:lineRule="auto"/>
              <w:rPr>
                <w:rFonts w:cs="Times New Roman"/>
              </w:rPr>
            </w:pPr>
            <w:r w:rsidRPr="000B60F7">
              <w:rPr>
                <w:rFonts w:cs="Times New Roman"/>
                <w:sz w:val="18"/>
              </w:rPr>
              <w:t>Biopharma</w:t>
            </w:r>
          </w:p>
        </w:tc>
        <w:tc>
          <w:tcPr>
            <w:tcW w:w="1008" w:type="dxa"/>
            <w:shd w:val="clear" w:color="auto" w:fill="F6F8FA"/>
            <w:tcMar>
              <w:top w:w="65" w:type="dxa"/>
              <w:left w:w="75" w:type="dxa"/>
              <w:bottom w:w="65" w:type="dxa"/>
              <w:right w:w="75" w:type="dxa"/>
            </w:tcMar>
            <w:vAlign w:val="center"/>
          </w:tcPr>
          <w:p w14:paraId="45627BBA"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936" w:type="dxa"/>
            <w:shd w:val="clear" w:color="auto" w:fill="F6F8FA"/>
            <w:tcMar>
              <w:top w:w="65" w:type="dxa"/>
              <w:left w:w="75" w:type="dxa"/>
              <w:bottom w:w="65" w:type="dxa"/>
              <w:right w:w="75" w:type="dxa"/>
            </w:tcMar>
            <w:vAlign w:val="center"/>
          </w:tcPr>
          <w:p w14:paraId="6E316A48" w14:textId="77777777" w:rsidR="00A83192" w:rsidRPr="000B60F7" w:rsidRDefault="00000000">
            <w:pPr>
              <w:spacing w:after="0" w:line="240" w:lineRule="auto"/>
              <w:jc w:val="center"/>
              <w:rPr>
                <w:rFonts w:cs="Times New Roman"/>
              </w:rPr>
            </w:pPr>
            <w:r w:rsidRPr="000B60F7">
              <w:rPr>
                <w:rFonts w:cs="Times New Roman"/>
                <w:sz w:val="18"/>
              </w:rPr>
              <w:t>25–36</w:t>
            </w:r>
          </w:p>
        </w:tc>
        <w:tc>
          <w:tcPr>
            <w:tcW w:w="1080" w:type="dxa"/>
            <w:shd w:val="clear" w:color="auto" w:fill="F6F8FA"/>
            <w:tcMar>
              <w:top w:w="65" w:type="dxa"/>
              <w:left w:w="75" w:type="dxa"/>
              <w:bottom w:w="65" w:type="dxa"/>
              <w:right w:w="75" w:type="dxa"/>
            </w:tcMar>
            <w:vAlign w:val="center"/>
          </w:tcPr>
          <w:p w14:paraId="78C73295" w14:textId="77777777" w:rsidR="00A83192" w:rsidRPr="000B60F7" w:rsidRDefault="00000000">
            <w:pPr>
              <w:spacing w:after="0" w:line="240" w:lineRule="auto"/>
              <w:jc w:val="center"/>
              <w:rPr>
                <w:rFonts w:cs="Times New Roman"/>
              </w:rPr>
            </w:pPr>
            <w:r w:rsidRPr="000B60F7">
              <w:rPr>
                <w:rFonts w:cs="Times New Roman"/>
                <w:sz w:val="18"/>
              </w:rPr>
              <w:t>1.50</w:t>
            </w:r>
          </w:p>
        </w:tc>
        <w:tc>
          <w:tcPr>
            <w:tcW w:w="2736" w:type="dxa"/>
            <w:shd w:val="clear" w:color="auto" w:fill="F6F8FA"/>
            <w:tcMar>
              <w:top w:w="65" w:type="dxa"/>
              <w:left w:w="75" w:type="dxa"/>
              <w:bottom w:w="65" w:type="dxa"/>
              <w:right w:w="75" w:type="dxa"/>
            </w:tcMar>
            <w:vAlign w:val="center"/>
          </w:tcPr>
          <w:p w14:paraId="0CEC63A9" w14:textId="77777777" w:rsidR="00A83192" w:rsidRPr="000B60F7" w:rsidRDefault="00000000">
            <w:pPr>
              <w:spacing w:after="0" w:line="240" w:lineRule="auto"/>
              <w:jc w:val="center"/>
              <w:rPr>
                <w:rFonts w:cs="Times New Roman"/>
              </w:rPr>
            </w:pPr>
            <w:r w:rsidRPr="000B60F7">
              <w:rPr>
                <w:rFonts w:cs="Times New Roman"/>
                <w:sz w:val="18"/>
              </w:rPr>
              <w:t>[1.12, 2.00]</w:t>
            </w:r>
          </w:p>
        </w:tc>
      </w:tr>
      <w:tr w:rsidR="00A83192" w:rsidRPr="000B60F7" w14:paraId="39CB0CC7" w14:textId="77777777">
        <w:trPr>
          <w:cantSplit/>
          <w:jc w:val="center"/>
        </w:trPr>
        <w:tc>
          <w:tcPr>
            <w:tcW w:w="1512" w:type="dxa"/>
            <w:shd w:val="clear" w:color="auto" w:fill="FFFFFF"/>
            <w:tcMar>
              <w:top w:w="65" w:type="dxa"/>
              <w:left w:w="75" w:type="dxa"/>
              <w:bottom w:w="65" w:type="dxa"/>
              <w:right w:w="75" w:type="dxa"/>
            </w:tcMar>
            <w:vAlign w:val="center"/>
          </w:tcPr>
          <w:p w14:paraId="254B1D69" w14:textId="77777777" w:rsidR="00A83192" w:rsidRPr="000B60F7" w:rsidRDefault="00000000">
            <w:pPr>
              <w:spacing w:after="0" w:line="240" w:lineRule="auto"/>
              <w:rPr>
                <w:rFonts w:cs="Times New Roman"/>
              </w:rPr>
            </w:pPr>
            <w:r w:rsidRPr="000B60F7">
              <w:rPr>
                <w:rFonts w:cs="Times New Roman"/>
                <w:sz w:val="18"/>
              </w:rPr>
              <w:t>Biopharma status</w:t>
            </w:r>
          </w:p>
        </w:tc>
        <w:tc>
          <w:tcPr>
            <w:tcW w:w="2088" w:type="dxa"/>
            <w:shd w:val="clear" w:color="auto" w:fill="FFFFFF"/>
            <w:tcMar>
              <w:top w:w="65" w:type="dxa"/>
              <w:left w:w="75" w:type="dxa"/>
              <w:bottom w:w="65" w:type="dxa"/>
              <w:right w:w="75" w:type="dxa"/>
            </w:tcMar>
            <w:vAlign w:val="center"/>
          </w:tcPr>
          <w:p w14:paraId="4DB3FCF7" w14:textId="77777777" w:rsidR="00A83192" w:rsidRPr="000B60F7" w:rsidRDefault="00000000">
            <w:pPr>
              <w:spacing w:after="0" w:line="240" w:lineRule="auto"/>
              <w:rPr>
                <w:rFonts w:cs="Times New Roman"/>
              </w:rPr>
            </w:pPr>
            <w:r w:rsidRPr="000B60F7">
              <w:rPr>
                <w:rFonts w:cs="Times New Roman"/>
                <w:sz w:val="18"/>
              </w:rPr>
              <w:t>Other healthcare</w:t>
            </w:r>
          </w:p>
        </w:tc>
        <w:tc>
          <w:tcPr>
            <w:tcW w:w="1008" w:type="dxa"/>
            <w:shd w:val="clear" w:color="auto" w:fill="FFFFFF"/>
            <w:tcMar>
              <w:top w:w="65" w:type="dxa"/>
              <w:left w:w="75" w:type="dxa"/>
              <w:bottom w:w="65" w:type="dxa"/>
              <w:right w:w="75" w:type="dxa"/>
            </w:tcMar>
            <w:vAlign w:val="center"/>
          </w:tcPr>
          <w:p w14:paraId="0CFC75F0"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936" w:type="dxa"/>
            <w:shd w:val="clear" w:color="auto" w:fill="FFFFFF"/>
            <w:tcMar>
              <w:top w:w="65" w:type="dxa"/>
              <w:left w:w="75" w:type="dxa"/>
              <w:bottom w:w="65" w:type="dxa"/>
              <w:right w:w="75" w:type="dxa"/>
            </w:tcMar>
            <w:vAlign w:val="center"/>
          </w:tcPr>
          <w:p w14:paraId="4C45225F" w14:textId="77777777" w:rsidR="00A83192" w:rsidRPr="000B60F7" w:rsidRDefault="00000000">
            <w:pPr>
              <w:spacing w:after="0" w:line="240" w:lineRule="auto"/>
              <w:jc w:val="center"/>
              <w:rPr>
                <w:rFonts w:cs="Times New Roman"/>
              </w:rPr>
            </w:pPr>
            <w:r w:rsidRPr="000B60F7">
              <w:rPr>
                <w:rFonts w:cs="Times New Roman"/>
                <w:sz w:val="18"/>
              </w:rPr>
              <w:t>37–60</w:t>
            </w:r>
          </w:p>
        </w:tc>
        <w:tc>
          <w:tcPr>
            <w:tcW w:w="1080" w:type="dxa"/>
            <w:shd w:val="clear" w:color="auto" w:fill="FFFFFF"/>
            <w:tcMar>
              <w:top w:w="65" w:type="dxa"/>
              <w:left w:w="75" w:type="dxa"/>
              <w:bottom w:w="65" w:type="dxa"/>
              <w:right w:w="75" w:type="dxa"/>
            </w:tcMar>
            <w:vAlign w:val="center"/>
          </w:tcPr>
          <w:p w14:paraId="13447A78" w14:textId="77777777" w:rsidR="00A83192" w:rsidRPr="000B60F7" w:rsidRDefault="00000000">
            <w:pPr>
              <w:spacing w:after="0" w:line="240" w:lineRule="auto"/>
              <w:jc w:val="center"/>
              <w:rPr>
                <w:rFonts w:cs="Times New Roman"/>
              </w:rPr>
            </w:pPr>
            <w:r w:rsidRPr="000B60F7">
              <w:rPr>
                <w:rFonts w:cs="Times New Roman"/>
                <w:sz w:val="18"/>
              </w:rPr>
              <w:t>1.63</w:t>
            </w:r>
          </w:p>
        </w:tc>
        <w:tc>
          <w:tcPr>
            <w:tcW w:w="2736" w:type="dxa"/>
            <w:shd w:val="clear" w:color="auto" w:fill="FFFFFF"/>
            <w:tcMar>
              <w:top w:w="65" w:type="dxa"/>
              <w:left w:w="75" w:type="dxa"/>
              <w:bottom w:w="65" w:type="dxa"/>
              <w:right w:w="75" w:type="dxa"/>
            </w:tcMar>
            <w:vAlign w:val="center"/>
          </w:tcPr>
          <w:p w14:paraId="451B0CE8" w14:textId="77777777" w:rsidR="00A83192" w:rsidRPr="000B60F7" w:rsidRDefault="00000000">
            <w:pPr>
              <w:spacing w:after="0" w:line="240" w:lineRule="auto"/>
              <w:jc w:val="center"/>
              <w:rPr>
                <w:rFonts w:cs="Times New Roman"/>
              </w:rPr>
            </w:pPr>
            <w:r w:rsidRPr="000B60F7">
              <w:rPr>
                <w:rFonts w:cs="Times New Roman"/>
                <w:sz w:val="18"/>
              </w:rPr>
              <w:t>[0.38, 6.93]</w:t>
            </w:r>
          </w:p>
        </w:tc>
      </w:tr>
      <w:tr w:rsidR="00A83192" w:rsidRPr="000B60F7" w14:paraId="438574CD" w14:textId="77777777">
        <w:trPr>
          <w:cantSplit/>
          <w:jc w:val="center"/>
        </w:trPr>
        <w:tc>
          <w:tcPr>
            <w:tcW w:w="1512" w:type="dxa"/>
            <w:shd w:val="clear" w:color="auto" w:fill="F6F8FA"/>
            <w:tcMar>
              <w:top w:w="65" w:type="dxa"/>
              <w:left w:w="75" w:type="dxa"/>
              <w:bottom w:w="65" w:type="dxa"/>
              <w:right w:w="75" w:type="dxa"/>
            </w:tcMar>
            <w:vAlign w:val="center"/>
          </w:tcPr>
          <w:p w14:paraId="3DB608BB" w14:textId="77777777" w:rsidR="00A83192" w:rsidRPr="000B60F7" w:rsidRDefault="00000000">
            <w:pPr>
              <w:spacing w:after="0" w:line="240" w:lineRule="auto"/>
              <w:rPr>
                <w:rFonts w:cs="Times New Roman"/>
              </w:rPr>
            </w:pPr>
            <w:r w:rsidRPr="000B60F7">
              <w:rPr>
                <w:rFonts w:cs="Times New Roman"/>
                <w:sz w:val="18"/>
              </w:rPr>
              <w:t>Biopharma status</w:t>
            </w:r>
          </w:p>
        </w:tc>
        <w:tc>
          <w:tcPr>
            <w:tcW w:w="2088" w:type="dxa"/>
            <w:shd w:val="clear" w:color="auto" w:fill="F6F8FA"/>
            <w:tcMar>
              <w:top w:w="65" w:type="dxa"/>
              <w:left w:w="75" w:type="dxa"/>
              <w:bottom w:w="65" w:type="dxa"/>
              <w:right w:w="75" w:type="dxa"/>
            </w:tcMar>
            <w:vAlign w:val="center"/>
          </w:tcPr>
          <w:p w14:paraId="0B79D0FE" w14:textId="77777777" w:rsidR="00A83192" w:rsidRPr="000B60F7" w:rsidRDefault="00000000">
            <w:pPr>
              <w:spacing w:after="0" w:line="240" w:lineRule="auto"/>
              <w:rPr>
                <w:rFonts w:cs="Times New Roman"/>
              </w:rPr>
            </w:pPr>
            <w:r w:rsidRPr="000B60F7">
              <w:rPr>
                <w:rFonts w:cs="Times New Roman"/>
                <w:sz w:val="18"/>
              </w:rPr>
              <w:t>Biopharma</w:t>
            </w:r>
          </w:p>
        </w:tc>
        <w:tc>
          <w:tcPr>
            <w:tcW w:w="1008" w:type="dxa"/>
            <w:shd w:val="clear" w:color="auto" w:fill="F6F8FA"/>
            <w:tcMar>
              <w:top w:w="65" w:type="dxa"/>
              <w:left w:w="75" w:type="dxa"/>
              <w:bottom w:w="65" w:type="dxa"/>
              <w:right w:w="75" w:type="dxa"/>
            </w:tcMar>
            <w:vAlign w:val="center"/>
          </w:tcPr>
          <w:p w14:paraId="5B5358B1"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936" w:type="dxa"/>
            <w:shd w:val="clear" w:color="auto" w:fill="F6F8FA"/>
            <w:tcMar>
              <w:top w:w="65" w:type="dxa"/>
              <w:left w:w="75" w:type="dxa"/>
              <w:bottom w:w="65" w:type="dxa"/>
              <w:right w:w="75" w:type="dxa"/>
            </w:tcMar>
            <w:vAlign w:val="center"/>
          </w:tcPr>
          <w:p w14:paraId="277E75E3" w14:textId="77777777" w:rsidR="00A83192" w:rsidRPr="000B60F7" w:rsidRDefault="00000000">
            <w:pPr>
              <w:spacing w:after="0" w:line="240" w:lineRule="auto"/>
              <w:jc w:val="center"/>
              <w:rPr>
                <w:rFonts w:cs="Times New Roman"/>
              </w:rPr>
            </w:pPr>
            <w:r w:rsidRPr="000B60F7">
              <w:rPr>
                <w:rFonts w:cs="Times New Roman"/>
                <w:sz w:val="18"/>
              </w:rPr>
              <w:t>37–60</w:t>
            </w:r>
          </w:p>
        </w:tc>
        <w:tc>
          <w:tcPr>
            <w:tcW w:w="1080" w:type="dxa"/>
            <w:shd w:val="clear" w:color="auto" w:fill="F6F8FA"/>
            <w:tcMar>
              <w:top w:w="65" w:type="dxa"/>
              <w:left w:w="75" w:type="dxa"/>
              <w:bottom w:w="65" w:type="dxa"/>
              <w:right w:w="75" w:type="dxa"/>
            </w:tcMar>
            <w:vAlign w:val="center"/>
          </w:tcPr>
          <w:p w14:paraId="397D5B69" w14:textId="77777777" w:rsidR="00A83192" w:rsidRPr="000B60F7" w:rsidRDefault="00000000">
            <w:pPr>
              <w:spacing w:after="0" w:line="240" w:lineRule="auto"/>
              <w:jc w:val="center"/>
              <w:rPr>
                <w:rFonts w:cs="Times New Roman"/>
              </w:rPr>
            </w:pPr>
            <w:r w:rsidRPr="000B60F7">
              <w:rPr>
                <w:rFonts w:cs="Times New Roman"/>
                <w:sz w:val="18"/>
              </w:rPr>
              <w:t>1.85</w:t>
            </w:r>
          </w:p>
        </w:tc>
        <w:tc>
          <w:tcPr>
            <w:tcW w:w="2736" w:type="dxa"/>
            <w:shd w:val="clear" w:color="auto" w:fill="F6F8FA"/>
            <w:tcMar>
              <w:top w:w="65" w:type="dxa"/>
              <w:left w:w="75" w:type="dxa"/>
              <w:bottom w:w="65" w:type="dxa"/>
              <w:right w:w="75" w:type="dxa"/>
            </w:tcMar>
            <w:vAlign w:val="center"/>
          </w:tcPr>
          <w:p w14:paraId="19288BBC" w14:textId="77777777" w:rsidR="00A83192" w:rsidRPr="000B60F7" w:rsidRDefault="00000000">
            <w:pPr>
              <w:spacing w:after="0" w:line="240" w:lineRule="auto"/>
              <w:jc w:val="center"/>
              <w:rPr>
                <w:rFonts w:cs="Times New Roman"/>
              </w:rPr>
            </w:pPr>
            <w:r w:rsidRPr="000B60F7">
              <w:rPr>
                <w:rFonts w:cs="Times New Roman"/>
                <w:sz w:val="18"/>
              </w:rPr>
              <w:t>[1.27, 2.68]</w:t>
            </w:r>
          </w:p>
        </w:tc>
      </w:tr>
      <w:tr w:rsidR="00A83192" w:rsidRPr="000B60F7" w14:paraId="5FC17C68" w14:textId="77777777">
        <w:trPr>
          <w:cantSplit/>
          <w:jc w:val="center"/>
        </w:trPr>
        <w:tc>
          <w:tcPr>
            <w:tcW w:w="1512" w:type="dxa"/>
            <w:shd w:val="clear" w:color="auto" w:fill="FFFFFF"/>
            <w:tcMar>
              <w:top w:w="65" w:type="dxa"/>
              <w:left w:w="75" w:type="dxa"/>
              <w:bottom w:w="65" w:type="dxa"/>
              <w:right w:w="75" w:type="dxa"/>
            </w:tcMar>
            <w:vAlign w:val="center"/>
          </w:tcPr>
          <w:p w14:paraId="71DEBD94" w14:textId="77777777" w:rsidR="00A83192" w:rsidRPr="000B60F7" w:rsidRDefault="00000000">
            <w:pPr>
              <w:spacing w:after="0" w:line="240" w:lineRule="auto"/>
              <w:rPr>
                <w:rFonts w:cs="Times New Roman"/>
              </w:rPr>
            </w:pPr>
            <w:r w:rsidRPr="000B60F7">
              <w:rPr>
                <w:rFonts w:cs="Times New Roman"/>
                <w:sz w:val="18"/>
              </w:rPr>
              <w:t>Biopharma status</w:t>
            </w:r>
          </w:p>
        </w:tc>
        <w:tc>
          <w:tcPr>
            <w:tcW w:w="2088" w:type="dxa"/>
            <w:shd w:val="clear" w:color="auto" w:fill="FFFFFF"/>
            <w:tcMar>
              <w:top w:w="65" w:type="dxa"/>
              <w:left w:w="75" w:type="dxa"/>
              <w:bottom w:w="65" w:type="dxa"/>
              <w:right w:w="75" w:type="dxa"/>
            </w:tcMar>
            <w:vAlign w:val="center"/>
          </w:tcPr>
          <w:p w14:paraId="091BC032" w14:textId="77777777" w:rsidR="00A83192" w:rsidRPr="000B60F7" w:rsidRDefault="00000000">
            <w:pPr>
              <w:spacing w:after="0" w:line="240" w:lineRule="auto"/>
              <w:rPr>
                <w:rFonts w:cs="Times New Roman"/>
              </w:rPr>
            </w:pPr>
            <w:r w:rsidRPr="000B60F7">
              <w:rPr>
                <w:rFonts w:cs="Times New Roman"/>
                <w:sz w:val="18"/>
              </w:rPr>
              <w:t>Other healthcare</w:t>
            </w:r>
          </w:p>
        </w:tc>
        <w:tc>
          <w:tcPr>
            <w:tcW w:w="1008" w:type="dxa"/>
            <w:shd w:val="clear" w:color="auto" w:fill="FFFFFF"/>
            <w:tcMar>
              <w:top w:w="65" w:type="dxa"/>
              <w:left w:w="75" w:type="dxa"/>
              <w:bottom w:w="65" w:type="dxa"/>
              <w:right w:w="75" w:type="dxa"/>
            </w:tcMar>
            <w:vAlign w:val="center"/>
          </w:tcPr>
          <w:p w14:paraId="08A8E129"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936" w:type="dxa"/>
            <w:shd w:val="clear" w:color="auto" w:fill="FFFFFF"/>
            <w:tcMar>
              <w:top w:w="65" w:type="dxa"/>
              <w:left w:w="75" w:type="dxa"/>
              <w:bottom w:w="65" w:type="dxa"/>
              <w:right w:w="75" w:type="dxa"/>
            </w:tcMar>
            <w:vAlign w:val="center"/>
          </w:tcPr>
          <w:p w14:paraId="51D28EB3" w14:textId="77777777" w:rsidR="00A83192" w:rsidRPr="000B60F7" w:rsidRDefault="00000000">
            <w:pPr>
              <w:spacing w:after="0" w:line="240" w:lineRule="auto"/>
              <w:jc w:val="center"/>
              <w:rPr>
                <w:rFonts w:cs="Times New Roman"/>
              </w:rPr>
            </w:pPr>
            <w:r w:rsidRPr="000B60F7">
              <w:rPr>
                <w:rFonts w:cs="Times New Roman"/>
                <w:sz w:val="18"/>
              </w:rPr>
              <w:t>01–12</w:t>
            </w:r>
          </w:p>
        </w:tc>
        <w:tc>
          <w:tcPr>
            <w:tcW w:w="1080" w:type="dxa"/>
            <w:shd w:val="clear" w:color="auto" w:fill="FFFFFF"/>
            <w:tcMar>
              <w:top w:w="65" w:type="dxa"/>
              <w:left w:w="75" w:type="dxa"/>
              <w:bottom w:w="65" w:type="dxa"/>
              <w:right w:w="75" w:type="dxa"/>
            </w:tcMar>
            <w:vAlign w:val="center"/>
          </w:tcPr>
          <w:p w14:paraId="15B95AB2" w14:textId="77777777" w:rsidR="00A83192" w:rsidRPr="000B60F7" w:rsidRDefault="00000000">
            <w:pPr>
              <w:spacing w:after="0" w:line="240" w:lineRule="auto"/>
              <w:jc w:val="center"/>
              <w:rPr>
                <w:rFonts w:cs="Times New Roman"/>
              </w:rPr>
            </w:pPr>
            <w:r w:rsidRPr="000B60F7">
              <w:rPr>
                <w:rFonts w:cs="Times New Roman"/>
                <w:sz w:val="18"/>
              </w:rPr>
              <w:t>1.33</w:t>
            </w:r>
          </w:p>
        </w:tc>
        <w:tc>
          <w:tcPr>
            <w:tcW w:w="2736" w:type="dxa"/>
            <w:shd w:val="clear" w:color="auto" w:fill="FFFFFF"/>
            <w:tcMar>
              <w:top w:w="65" w:type="dxa"/>
              <w:left w:w="75" w:type="dxa"/>
              <w:bottom w:w="65" w:type="dxa"/>
              <w:right w:w="75" w:type="dxa"/>
            </w:tcMar>
            <w:vAlign w:val="center"/>
          </w:tcPr>
          <w:p w14:paraId="02D92733" w14:textId="77777777" w:rsidR="00A83192" w:rsidRPr="000B60F7" w:rsidRDefault="00000000">
            <w:pPr>
              <w:spacing w:after="0" w:line="240" w:lineRule="auto"/>
              <w:jc w:val="center"/>
              <w:rPr>
                <w:rFonts w:cs="Times New Roman"/>
              </w:rPr>
            </w:pPr>
            <w:r w:rsidRPr="000B60F7">
              <w:rPr>
                <w:rFonts w:cs="Times New Roman"/>
                <w:sz w:val="18"/>
              </w:rPr>
              <w:t>[0.85, 2.08]</w:t>
            </w:r>
          </w:p>
        </w:tc>
      </w:tr>
      <w:tr w:rsidR="00A83192" w:rsidRPr="000B60F7" w14:paraId="1AFC0689" w14:textId="77777777">
        <w:trPr>
          <w:cantSplit/>
          <w:jc w:val="center"/>
        </w:trPr>
        <w:tc>
          <w:tcPr>
            <w:tcW w:w="1512" w:type="dxa"/>
            <w:shd w:val="clear" w:color="auto" w:fill="F6F8FA"/>
            <w:tcMar>
              <w:top w:w="65" w:type="dxa"/>
              <w:left w:w="75" w:type="dxa"/>
              <w:bottom w:w="65" w:type="dxa"/>
              <w:right w:w="75" w:type="dxa"/>
            </w:tcMar>
            <w:vAlign w:val="center"/>
          </w:tcPr>
          <w:p w14:paraId="1CCE9A6C" w14:textId="77777777" w:rsidR="00A83192" w:rsidRPr="000B60F7" w:rsidRDefault="00000000">
            <w:pPr>
              <w:spacing w:after="0" w:line="240" w:lineRule="auto"/>
              <w:rPr>
                <w:rFonts w:cs="Times New Roman"/>
              </w:rPr>
            </w:pPr>
            <w:r w:rsidRPr="000B60F7">
              <w:rPr>
                <w:rFonts w:cs="Times New Roman"/>
                <w:sz w:val="18"/>
              </w:rPr>
              <w:lastRenderedPageBreak/>
              <w:t>Biopharma status</w:t>
            </w:r>
          </w:p>
        </w:tc>
        <w:tc>
          <w:tcPr>
            <w:tcW w:w="2088" w:type="dxa"/>
            <w:shd w:val="clear" w:color="auto" w:fill="F6F8FA"/>
            <w:tcMar>
              <w:top w:w="65" w:type="dxa"/>
              <w:left w:w="75" w:type="dxa"/>
              <w:bottom w:w="65" w:type="dxa"/>
              <w:right w:w="75" w:type="dxa"/>
            </w:tcMar>
            <w:vAlign w:val="center"/>
          </w:tcPr>
          <w:p w14:paraId="3D06D649" w14:textId="77777777" w:rsidR="00A83192" w:rsidRPr="000B60F7" w:rsidRDefault="00000000">
            <w:pPr>
              <w:spacing w:after="0" w:line="240" w:lineRule="auto"/>
              <w:rPr>
                <w:rFonts w:cs="Times New Roman"/>
              </w:rPr>
            </w:pPr>
            <w:r w:rsidRPr="000B60F7">
              <w:rPr>
                <w:rFonts w:cs="Times New Roman"/>
                <w:sz w:val="18"/>
              </w:rPr>
              <w:t>Biopharma</w:t>
            </w:r>
          </w:p>
        </w:tc>
        <w:tc>
          <w:tcPr>
            <w:tcW w:w="1008" w:type="dxa"/>
            <w:shd w:val="clear" w:color="auto" w:fill="F6F8FA"/>
            <w:tcMar>
              <w:top w:w="65" w:type="dxa"/>
              <w:left w:w="75" w:type="dxa"/>
              <w:bottom w:w="65" w:type="dxa"/>
              <w:right w:w="75" w:type="dxa"/>
            </w:tcMar>
            <w:vAlign w:val="center"/>
          </w:tcPr>
          <w:p w14:paraId="4A577913"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936" w:type="dxa"/>
            <w:shd w:val="clear" w:color="auto" w:fill="F6F8FA"/>
            <w:tcMar>
              <w:top w:w="65" w:type="dxa"/>
              <w:left w:w="75" w:type="dxa"/>
              <w:bottom w:w="65" w:type="dxa"/>
              <w:right w:w="75" w:type="dxa"/>
            </w:tcMar>
            <w:vAlign w:val="center"/>
          </w:tcPr>
          <w:p w14:paraId="18CC9D7B" w14:textId="77777777" w:rsidR="00A83192" w:rsidRPr="000B60F7" w:rsidRDefault="00000000">
            <w:pPr>
              <w:spacing w:after="0" w:line="240" w:lineRule="auto"/>
              <w:jc w:val="center"/>
              <w:rPr>
                <w:rFonts w:cs="Times New Roman"/>
              </w:rPr>
            </w:pPr>
            <w:r w:rsidRPr="000B60F7">
              <w:rPr>
                <w:rFonts w:cs="Times New Roman"/>
                <w:sz w:val="18"/>
              </w:rPr>
              <w:t>01–12</w:t>
            </w:r>
          </w:p>
        </w:tc>
        <w:tc>
          <w:tcPr>
            <w:tcW w:w="1080" w:type="dxa"/>
            <w:shd w:val="clear" w:color="auto" w:fill="F6F8FA"/>
            <w:tcMar>
              <w:top w:w="65" w:type="dxa"/>
              <w:left w:w="75" w:type="dxa"/>
              <w:bottom w:w="65" w:type="dxa"/>
              <w:right w:w="75" w:type="dxa"/>
            </w:tcMar>
            <w:vAlign w:val="center"/>
          </w:tcPr>
          <w:p w14:paraId="7CC22769" w14:textId="77777777" w:rsidR="00A83192" w:rsidRPr="000B60F7" w:rsidRDefault="00000000">
            <w:pPr>
              <w:spacing w:after="0" w:line="240" w:lineRule="auto"/>
              <w:jc w:val="center"/>
              <w:rPr>
                <w:rFonts w:cs="Times New Roman"/>
              </w:rPr>
            </w:pPr>
            <w:r w:rsidRPr="000B60F7">
              <w:rPr>
                <w:rFonts w:cs="Times New Roman"/>
                <w:sz w:val="18"/>
              </w:rPr>
              <w:t>1.42</w:t>
            </w:r>
          </w:p>
        </w:tc>
        <w:tc>
          <w:tcPr>
            <w:tcW w:w="2736" w:type="dxa"/>
            <w:shd w:val="clear" w:color="auto" w:fill="F6F8FA"/>
            <w:tcMar>
              <w:top w:w="65" w:type="dxa"/>
              <w:left w:w="75" w:type="dxa"/>
              <w:bottom w:w="65" w:type="dxa"/>
              <w:right w:w="75" w:type="dxa"/>
            </w:tcMar>
            <w:vAlign w:val="center"/>
          </w:tcPr>
          <w:p w14:paraId="3F6EDC08" w14:textId="77777777" w:rsidR="00A83192" w:rsidRPr="000B60F7" w:rsidRDefault="00000000">
            <w:pPr>
              <w:spacing w:after="0" w:line="240" w:lineRule="auto"/>
              <w:jc w:val="center"/>
              <w:rPr>
                <w:rFonts w:cs="Times New Roman"/>
              </w:rPr>
            </w:pPr>
            <w:r w:rsidRPr="000B60F7">
              <w:rPr>
                <w:rFonts w:cs="Times New Roman"/>
                <w:sz w:val="18"/>
              </w:rPr>
              <w:t>[1.06, 1.90]</w:t>
            </w:r>
          </w:p>
        </w:tc>
      </w:tr>
      <w:tr w:rsidR="00A83192" w:rsidRPr="000B60F7" w14:paraId="3C22D000" w14:textId="77777777">
        <w:trPr>
          <w:cantSplit/>
          <w:jc w:val="center"/>
        </w:trPr>
        <w:tc>
          <w:tcPr>
            <w:tcW w:w="1512" w:type="dxa"/>
            <w:shd w:val="clear" w:color="auto" w:fill="FFFFFF"/>
            <w:tcMar>
              <w:top w:w="65" w:type="dxa"/>
              <w:left w:w="75" w:type="dxa"/>
              <w:bottom w:w="65" w:type="dxa"/>
              <w:right w:w="75" w:type="dxa"/>
            </w:tcMar>
            <w:vAlign w:val="center"/>
          </w:tcPr>
          <w:p w14:paraId="51937143" w14:textId="77777777" w:rsidR="00A83192" w:rsidRPr="000B60F7" w:rsidRDefault="00000000">
            <w:pPr>
              <w:spacing w:after="0" w:line="240" w:lineRule="auto"/>
              <w:rPr>
                <w:rFonts w:cs="Times New Roman"/>
              </w:rPr>
            </w:pPr>
            <w:r w:rsidRPr="000B60F7">
              <w:rPr>
                <w:rFonts w:cs="Times New Roman"/>
                <w:sz w:val="18"/>
              </w:rPr>
              <w:t>Biopharma status</w:t>
            </w:r>
          </w:p>
        </w:tc>
        <w:tc>
          <w:tcPr>
            <w:tcW w:w="2088" w:type="dxa"/>
            <w:shd w:val="clear" w:color="auto" w:fill="FFFFFF"/>
            <w:tcMar>
              <w:top w:w="65" w:type="dxa"/>
              <w:left w:w="75" w:type="dxa"/>
              <w:bottom w:w="65" w:type="dxa"/>
              <w:right w:w="75" w:type="dxa"/>
            </w:tcMar>
            <w:vAlign w:val="center"/>
          </w:tcPr>
          <w:p w14:paraId="206CF9B9" w14:textId="77777777" w:rsidR="00A83192" w:rsidRPr="000B60F7" w:rsidRDefault="00000000">
            <w:pPr>
              <w:spacing w:after="0" w:line="240" w:lineRule="auto"/>
              <w:rPr>
                <w:rFonts w:cs="Times New Roman"/>
              </w:rPr>
            </w:pPr>
            <w:r w:rsidRPr="000B60F7">
              <w:rPr>
                <w:rFonts w:cs="Times New Roman"/>
                <w:sz w:val="18"/>
              </w:rPr>
              <w:t>Other healthcare</w:t>
            </w:r>
          </w:p>
        </w:tc>
        <w:tc>
          <w:tcPr>
            <w:tcW w:w="1008" w:type="dxa"/>
            <w:shd w:val="clear" w:color="auto" w:fill="FFFFFF"/>
            <w:tcMar>
              <w:top w:w="65" w:type="dxa"/>
              <w:left w:w="75" w:type="dxa"/>
              <w:bottom w:w="65" w:type="dxa"/>
              <w:right w:w="75" w:type="dxa"/>
            </w:tcMar>
            <w:vAlign w:val="center"/>
          </w:tcPr>
          <w:p w14:paraId="0FB4F4A5"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936" w:type="dxa"/>
            <w:shd w:val="clear" w:color="auto" w:fill="FFFFFF"/>
            <w:tcMar>
              <w:top w:w="65" w:type="dxa"/>
              <w:left w:w="75" w:type="dxa"/>
              <w:bottom w:w="65" w:type="dxa"/>
              <w:right w:w="75" w:type="dxa"/>
            </w:tcMar>
            <w:vAlign w:val="center"/>
          </w:tcPr>
          <w:p w14:paraId="2C1A0787" w14:textId="77777777" w:rsidR="00A83192" w:rsidRPr="000B60F7" w:rsidRDefault="00000000">
            <w:pPr>
              <w:spacing w:after="0" w:line="240" w:lineRule="auto"/>
              <w:jc w:val="center"/>
              <w:rPr>
                <w:rFonts w:cs="Times New Roman"/>
              </w:rPr>
            </w:pPr>
            <w:r w:rsidRPr="000B60F7">
              <w:rPr>
                <w:rFonts w:cs="Times New Roman"/>
                <w:sz w:val="18"/>
              </w:rPr>
              <w:t>13–24</w:t>
            </w:r>
          </w:p>
        </w:tc>
        <w:tc>
          <w:tcPr>
            <w:tcW w:w="1080" w:type="dxa"/>
            <w:shd w:val="clear" w:color="auto" w:fill="FFFFFF"/>
            <w:tcMar>
              <w:top w:w="65" w:type="dxa"/>
              <w:left w:w="75" w:type="dxa"/>
              <w:bottom w:w="65" w:type="dxa"/>
              <w:right w:w="75" w:type="dxa"/>
            </w:tcMar>
            <w:vAlign w:val="center"/>
          </w:tcPr>
          <w:p w14:paraId="7D9F989C" w14:textId="77777777" w:rsidR="00A83192" w:rsidRPr="000B60F7" w:rsidRDefault="00000000">
            <w:pPr>
              <w:spacing w:after="0" w:line="240" w:lineRule="auto"/>
              <w:jc w:val="center"/>
              <w:rPr>
                <w:rFonts w:cs="Times New Roman"/>
              </w:rPr>
            </w:pPr>
            <w:r w:rsidRPr="000B60F7">
              <w:rPr>
                <w:rFonts w:cs="Times New Roman"/>
                <w:sz w:val="18"/>
              </w:rPr>
              <w:t>1.22</w:t>
            </w:r>
          </w:p>
        </w:tc>
        <w:tc>
          <w:tcPr>
            <w:tcW w:w="2736" w:type="dxa"/>
            <w:shd w:val="clear" w:color="auto" w:fill="FFFFFF"/>
            <w:tcMar>
              <w:top w:w="65" w:type="dxa"/>
              <w:left w:w="75" w:type="dxa"/>
              <w:bottom w:w="65" w:type="dxa"/>
              <w:right w:w="75" w:type="dxa"/>
            </w:tcMar>
            <w:vAlign w:val="center"/>
          </w:tcPr>
          <w:p w14:paraId="6EAE9F51" w14:textId="77777777" w:rsidR="00A83192" w:rsidRPr="000B60F7" w:rsidRDefault="00000000">
            <w:pPr>
              <w:spacing w:after="0" w:line="240" w:lineRule="auto"/>
              <w:jc w:val="center"/>
              <w:rPr>
                <w:rFonts w:cs="Times New Roman"/>
              </w:rPr>
            </w:pPr>
            <w:r w:rsidRPr="000B60F7">
              <w:rPr>
                <w:rFonts w:cs="Times New Roman"/>
                <w:sz w:val="18"/>
              </w:rPr>
              <w:t>[0.76, 1.95]</w:t>
            </w:r>
          </w:p>
        </w:tc>
      </w:tr>
      <w:tr w:rsidR="00A83192" w:rsidRPr="000B60F7" w14:paraId="07A2433D" w14:textId="77777777">
        <w:trPr>
          <w:cantSplit/>
          <w:jc w:val="center"/>
        </w:trPr>
        <w:tc>
          <w:tcPr>
            <w:tcW w:w="1512" w:type="dxa"/>
            <w:shd w:val="clear" w:color="auto" w:fill="F6F8FA"/>
            <w:tcMar>
              <w:top w:w="65" w:type="dxa"/>
              <w:left w:w="75" w:type="dxa"/>
              <w:bottom w:w="65" w:type="dxa"/>
              <w:right w:w="75" w:type="dxa"/>
            </w:tcMar>
            <w:vAlign w:val="center"/>
          </w:tcPr>
          <w:p w14:paraId="1E92674B" w14:textId="77777777" w:rsidR="00A83192" w:rsidRPr="000B60F7" w:rsidRDefault="00000000">
            <w:pPr>
              <w:spacing w:after="0" w:line="240" w:lineRule="auto"/>
              <w:rPr>
                <w:rFonts w:cs="Times New Roman"/>
              </w:rPr>
            </w:pPr>
            <w:r w:rsidRPr="000B60F7">
              <w:rPr>
                <w:rFonts w:cs="Times New Roman"/>
                <w:sz w:val="18"/>
              </w:rPr>
              <w:t>Biopharma status</w:t>
            </w:r>
          </w:p>
        </w:tc>
        <w:tc>
          <w:tcPr>
            <w:tcW w:w="2088" w:type="dxa"/>
            <w:shd w:val="clear" w:color="auto" w:fill="F6F8FA"/>
            <w:tcMar>
              <w:top w:w="65" w:type="dxa"/>
              <w:left w:w="75" w:type="dxa"/>
              <w:bottom w:w="65" w:type="dxa"/>
              <w:right w:w="75" w:type="dxa"/>
            </w:tcMar>
            <w:vAlign w:val="center"/>
          </w:tcPr>
          <w:p w14:paraId="7191732C" w14:textId="77777777" w:rsidR="00A83192" w:rsidRPr="000B60F7" w:rsidRDefault="00000000">
            <w:pPr>
              <w:spacing w:after="0" w:line="240" w:lineRule="auto"/>
              <w:rPr>
                <w:rFonts w:cs="Times New Roman"/>
              </w:rPr>
            </w:pPr>
            <w:r w:rsidRPr="000B60F7">
              <w:rPr>
                <w:rFonts w:cs="Times New Roman"/>
                <w:sz w:val="18"/>
              </w:rPr>
              <w:t>Biopharma</w:t>
            </w:r>
          </w:p>
        </w:tc>
        <w:tc>
          <w:tcPr>
            <w:tcW w:w="1008" w:type="dxa"/>
            <w:shd w:val="clear" w:color="auto" w:fill="F6F8FA"/>
            <w:tcMar>
              <w:top w:w="65" w:type="dxa"/>
              <w:left w:w="75" w:type="dxa"/>
              <w:bottom w:w="65" w:type="dxa"/>
              <w:right w:w="75" w:type="dxa"/>
            </w:tcMar>
            <w:vAlign w:val="center"/>
          </w:tcPr>
          <w:p w14:paraId="73FC5166"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936" w:type="dxa"/>
            <w:shd w:val="clear" w:color="auto" w:fill="F6F8FA"/>
            <w:tcMar>
              <w:top w:w="65" w:type="dxa"/>
              <w:left w:w="75" w:type="dxa"/>
              <w:bottom w:w="65" w:type="dxa"/>
              <w:right w:w="75" w:type="dxa"/>
            </w:tcMar>
            <w:vAlign w:val="center"/>
          </w:tcPr>
          <w:p w14:paraId="31CB9DFB" w14:textId="77777777" w:rsidR="00A83192" w:rsidRPr="000B60F7" w:rsidRDefault="00000000">
            <w:pPr>
              <w:spacing w:after="0" w:line="240" w:lineRule="auto"/>
              <w:jc w:val="center"/>
              <w:rPr>
                <w:rFonts w:cs="Times New Roman"/>
              </w:rPr>
            </w:pPr>
            <w:r w:rsidRPr="000B60F7">
              <w:rPr>
                <w:rFonts w:cs="Times New Roman"/>
                <w:sz w:val="18"/>
              </w:rPr>
              <w:t>13–24</w:t>
            </w:r>
          </w:p>
        </w:tc>
        <w:tc>
          <w:tcPr>
            <w:tcW w:w="1080" w:type="dxa"/>
            <w:shd w:val="clear" w:color="auto" w:fill="F6F8FA"/>
            <w:tcMar>
              <w:top w:w="65" w:type="dxa"/>
              <w:left w:w="75" w:type="dxa"/>
              <w:bottom w:w="65" w:type="dxa"/>
              <w:right w:w="75" w:type="dxa"/>
            </w:tcMar>
            <w:vAlign w:val="center"/>
          </w:tcPr>
          <w:p w14:paraId="6B787D9F" w14:textId="77777777" w:rsidR="00A83192" w:rsidRPr="000B60F7" w:rsidRDefault="00000000">
            <w:pPr>
              <w:spacing w:after="0" w:line="240" w:lineRule="auto"/>
              <w:jc w:val="center"/>
              <w:rPr>
                <w:rFonts w:cs="Times New Roman"/>
              </w:rPr>
            </w:pPr>
            <w:r w:rsidRPr="000B60F7">
              <w:rPr>
                <w:rFonts w:cs="Times New Roman"/>
                <w:sz w:val="18"/>
              </w:rPr>
              <w:t>1.17</w:t>
            </w:r>
          </w:p>
        </w:tc>
        <w:tc>
          <w:tcPr>
            <w:tcW w:w="2736" w:type="dxa"/>
            <w:shd w:val="clear" w:color="auto" w:fill="F6F8FA"/>
            <w:tcMar>
              <w:top w:w="65" w:type="dxa"/>
              <w:left w:w="75" w:type="dxa"/>
              <w:bottom w:w="65" w:type="dxa"/>
              <w:right w:w="75" w:type="dxa"/>
            </w:tcMar>
            <w:vAlign w:val="center"/>
          </w:tcPr>
          <w:p w14:paraId="08783BFE" w14:textId="77777777" w:rsidR="00A83192" w:rsidRPr="000B60F7" w:rsidRDefault="00000000">
            <w:pPr>
              <w:spacing w:after="0" w:line="240" w:lineRule="auto"/>
              <w:jc w:val="center"/>
              <w:rPr>
                <w:rFonts w:cs="Times New Roman"/>
              </w:rPr>
            </w:pPr>
            <w:r w:rsidRPr="000B60F7">
              <w:rPr>
                <w:rFonts w:cs="Times New Roman"/>
                <w:sz w:val="18"/>
              </w:rPr>
              <w:t>[0.90, 1.51]</w:t>
            </w:r>
          </w:p>
        </w:tc>
      </w:tr>
      <w:tr w:rsidR="00A83192" w:rsidRPr="000B60F7" w14:paraId="334D59E3" w14:textId="77777777">
        <w:trPr>
          <w:cantSplit/>
          <w:jc w:val="center"/>
        </w:trPr>
        <w:tc>
          <w:tcPr>
            <w:tcW w:w="1512" w:type="dxa"/>
            <w:shd w:val="clear" w:color="auto" w:fill="FFFFFF"/>
            <w:tcMar>
              <w:top w:w="65" w:type="dxa"/>
              <w:left w:w="75" w:type="dxa"/>
              <w:bottom w:w="65" w:type="dxa"/>
              <w:right w:w="75" w:type="dxa"/>
            </w:tcMar>
            <w:vAlign w:val="center"/>
          </w:tcPr>
          <w:p w14:paraId="76FA24F8" w14:textId="77777777" w:rsidR="00A83192" w:rsidRPr="000B60F7" w:rsidRDefault="00000000">
            <w:pPr>
              <w:spacing w:after="0" w:line="240" w:lineRule="auto"/>
              <w:rPr>
                <w:rFonts w:cs="Times New Roman"/>
              </w:rPr>
            </w:pPr>
            <w:r w:rsidRPr="000B60F7">
              <w:rPr>
                <w:rFonts w:cs="Times New Roman"/>
                <w:sz w:val="18"/>
              </w:rPr>
              <w:t>Biopharma status</w:t>
            </w:r>
          </w:p>
        </w:tc>
        <w:tc>
          <w:tcPr>
            <w:tcW w:w="2088" w:type="dxa"/>
            <w:shd w:val="clear" w:color="auto" w:fill="FFFFFF"/>
            <w:tcMar>
              <w:top w:w="65" w:type="dxa"/>
              <w:left w:w="75" w:type="dxa"/>
              <w:bottom w:w="65" w:type="dxa"/>
              <w:right w:w="75" w:type="dxa"/>
            </w:tcMar>
            <w:vAlign w:val="center"/>
          </w:tcPr>
          <w:p w14:paraId="75692591" w14:textId="77777777" w:rsidR="00A83192" w:rsidRPr="000B60F7" w:rsidRDefault="00000000">
            <w:pPr>
              <w:spacing w:after="0" w:line="240" w:lineRule="auto"/>
              <w:rPr>
                <w:rFonts w:cs="Times New Roman"/>
              </w:rPr>
            </w:pPr>
            <w:r w:rsidRPr="000B60F7">
              <w:rPr>
                <w:rFonts w:cs="Times New Roman"/>
                <w:sz w:val="18"/>
              </w:rPr>
              <w:t>Other healthcare</w:t>
            </w:r>
          </w:p>
        </w:tc>
        <w:tc>
          <w:tcPr>
            <w:tcW w:w="1008" w:type="dxa"/>
            <w:shd w:val="clear" w:color="auto" w:fill="FFFFFF"/>
            <w:tcMar>
              <w:top w:w="65" w:type="dxa"/>
              <w:left w:w="75" w:type="dxa"/>
              <w:bottom w:w="65" w:type="dxa"/>
              <w:right w:w="75" w:type="dxa"/>
            </w:tcMar>
            <w:vAlign w:val="center"/>
          </w:tcPr>
          <w:p w14:paraId="5DD32608"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936" w:type="dxa"/>
            <w:shd w:val="clear" w:color="auto" w:fill="FFFFFF"/>
            <w:tcMar>
              <w:top w:w="65" w:type="dxa"/>
              <w:left w:w="75" w:type="dxa"/>
              <w:bottom w:w="65" w:type="dxa"/>
              <w:right w:w="75" w:type="dxa"/>
            </w:tcMar>
            <w:vAlign w:val="center"/>
          </w:tcPr>
          <w:p w14:paraId="0866F294" w14:textId="77777777" w:rsidR="00A83192" w:rsidRPr="000B60F7" w:rsidRDefault="00000000">
            <w:pPr>
              <w:spacing w:after="0" w:line="240" w:lineRule="auto"/>
              <w:jc w:val="center"/>
              <w:rPr>
                <w:rFonts w:cs="Times New Roman"/>
              </w:rPr>
            </w:pPr>
            <w:r w:rsidRPr="000B60F7">
              <w:rPr>
                <w:rFonts w:cs="Times New Roman"/>
                <w:sz w:val="18"/>
              </w:rPr>
              <w:t>25–36</w:t>
            </w:r>
          </w:p>
        </w:tc>
        <w:tc>
          <w:tcPr>
            <w:tcW w:w="1080" w:type="dxa"/>
            <w:shd w:val="clear" w:color="auto" w:fill="FFFFFF"/>
            <w:tcMar>
              <w:top w:w="65" w:type="dxa"/>
              <w:left w:w="75" w:type="dxa"/>
              <w:bottom w:w="65" w:type="dxa"/>
              <w:right w:w="75" w:type="dxa"/>
            </w:tcMar>
            <w:vAlign w:val="center"/>
          </w:tcPr>
          <w:p w14:paraId="7074B9EE" w14:textId="77777777" w:rsidR="00A83192" w:rsidRPr="000B60F7" w:rsidRDefault="00000000">
            <w:pPr>
              <w:spacing w:after="0" w:line="240" w:lineRule="auto"/>
              <w:jc w:val="center"/>
              <w:rPr>
                <w:rFonts w:cs="Times New Roman"/>
              </w:rPr>
            </w:pPr>
            <w:r w:rsidRPr="000B60F7">
              <w:rPr>
                <w:rFonts w:cs="Times New Roman"/>
                <w:sz w:val="18"/>
              </w:rPr>
              <w:t>0.60</w:t>
            </w:r>
          </w:p>
        </w:tc>
        <w:tc>
          <w:tcPr>
            <w:tcW w:w="2736" w:type="dxa"/>
            <w:shd w:val="clear" w:color="auto" w:fill="FFFFFF"/>
            <w:tcMar>
              <w:top w:w="65" w:type="dxa"/>
              <w:left w:w="75" w:type="dxa"/>
              <w:bottom w:w="65" w:type="dxa"/>
              <w:right w:w="75" w:type="dxa"/>
            </w:tcMar>
            <w:vAlign w:val="center"/>
          </w:tcPr>
          <w:p w14:paraId="490DD912" w14:textId="77777777" w:rsidR="00A83192" w:rsidRPr="000B60F7" w:rsidRDefault="00000000">
            <w:pPr>
              <w:spacing w:after="0" w:line="240" w:lineRule="auto"/>
              <w:jc w:val="center"/>
              <w:rPr>
                <w:rFonts w:cs="Times New Roman"/>
              </w:rPr>
            </w:pPr>
            <w:r w:rsidRPr="000B60F7">
              <w:rPr>
                <w:rFonts w:cs="Times New Roman"/>
                <w:sz w:val="18"/>
              </w:rPr>
              <w:t>[0.31, 1.14]</w:t>
            </w:r>
          </w:p>
        </w:tc>
      </w:tr>
      <w:tr w:rsidR="00A83192" w:rsidRPr="000B60F7" w14:paraId="57B6A40E" w14:textId="77777777">
        <w:trPr>
          <w:cantSplit/>
          <w:jc w:val="center"/>
        </w:trPr>
        <w:tc>
          <w:tcPr>
            <w:tcW w:w="1512" w:type="dxa"/>
            <w:shd w:val="clear" w:color="auto" w:fill="F6F8FA"/>
            <w:tcMar>
              <w:top w:w="65" w:type="dxa"/>
              <w:left w:w="75" w:type="dxa"/>
              <w:bottom w:w="65" w:type="dxa"/>
              <w:right w:w="75" w:type="dxa"/>
            </w:tcMar>
            <w:vAlign w:val="center"/>
          </w:tcPr>
          <w:p w14:paraId="397E24D8" w14:textId="77777777" w:rsidR="00A83192" w:rsidRPr="000B60F7" w:rsidRDefault="00000000">
            <w:pPr>
              <w:spacing w:after="0" w:line="240" w:lineRule="auto"/>
              <w:rPr>
                <w:rFonts w:cs="Times New Roman"/>
              </w:rPr>
            </w:pPr>
            <w:r w:rsidRPr="000B60F7">
              <w:rPr>
                <w:rFonts w:cs="Times New Roman"/>
                <w:sz w:val="18"/>
              </w:rPr>
              <w:t>Biopharma status</w:t>
            </w:r>
          </w:p>
        </w:tc>
        <w:tc>
          <w:tcPr>
            <w:tcW w:w="2088" w:type="dxa"/>
            <w:shd w:val="clear" w:color="auto" w:fill="F6F8FA"/>
            <w:tcMar>
              <w:top w:w="65" w:type="dxa"/>
              <w:left w:w="75" w:type="dxa"/>
              <w:bottom w:w="65" w:type="dxa"/>
              <w:right w:w="75" w:type="dxa"/>
            </w:tcMar>
            <w:vAlign w:val="center"/>
          </w:tcPr>
          <w:p w14:paraId="375841F8" w14:textId="77777777" w:rsidR="00A83192" w:rsidRPr="000B60F7" w:rsidRDefault="00000000">
            <w:pPr>
              <w:spacing w:after="0" w:line="240" w:lineRule="auto"/>
              <w:rPr>
                <w:rFonts w:cs="Times New Roman"/>
              </w:rPr>
            </w:pPr>
            <w:r w:rsidRPr="000B60F7">
              <w:rPr>
                <w:rFonts w:cs="Times New Roman"/>
                <w:sz w:val="18"/>
              </w:rPr>
              <w:t>Biopharma</w:t>
            </w:r>
          </w:p>
        </w:tc>
        <w:tc>
          <w:tcPr>
            <w:tcW w:w="1008" w:type="dxa"/>
            <w:shd w:val="clear" w:color="auto" w:fill="F6F8FA"/>
            <w:tcMar>
              <w:top w:w="65" w:type="dxa"/>
              <w:left w:w="75" w:type="dxa"/>
              <w:bottom w:w="65" w:type="dxa"/>
              <w:right w:w="75" w:type="dxa"/>
            </w:tcMar>
            <w:vAlign w:val="center"/>
          </w:tcPr>
          <w:p w14:paraId="4FE79638"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936" w:type="dxa"/>
            <w:shd w:val="clear" w:color="auto" w:fill="F6F8FA"/>
            <w:tcMar>
              <w:top w:w="65" w:type="dxa"/>
              <w:left w:w="75" w:type="dxa"/>
              <w:bottom w:w="65" w:type="dxa"/>
              <w:right w:w="75" w:type="dxa"/>
            </w:tcMar>
            <w:vAlign w:val="center"/>
          </w:tcPr>
          <w:p w14:paraId="027AB4FE" w14:textId="77777777" w:rsidR="00A83192" w:rsidRPr="000B60F7" w:rsidRDefault="00000000">
            <w:pPr>
              <w:spacing w:after="0" w:line="240" w:lineRule="auto"/>
              <w:jc w:val="center"/>
              <w:rPr>
                <w:rFonts w:cs="Times New Roman"/>
              </w:rPr>
            </w:pPr>
            <w:r w:rsidRPr="000B60F7">
              <w:rPr>
                <w:rFonts w:cs="Times New Roman"/>
                <w:sz w:val="18"/>
              </w:rPr>
              <w:t>25–36</w:t>
            </w:r>
          </w:p>
        </w:tc>
        <w:tc>
          <w:tcPr>
            <w:tcW w:w="1080" w:type="dxa"/>
            <w:shd w:val="clear" w:color="auto" w:fill="F6F8FA"/>
            <w:tcMar>
              <w:top w:w="65" w:type="dxa"/>
              <w:left w:w="75" w:type="dxa"/>
              <w:bottom w:w="65" w:type="dxa"/>
              <w:right w:w="75" w:type="dxa"/>
            </w:tcMar>
            <w:vAlign w:val="center"/>
          </w:tcPr>
          <w:p w14:paraId="387E352A" w14:textId="77777777" w:rsidR="00A83192" w:rsidRPr="000B60F7" w:rsidRDefault="00000000">
            <w:pPr>
              <w:spacing w:after="0" w:line="240" w:lineRule="auto"/>
              <w:jc w:val="center"/>
              <w:rPr>
                <w:rFonts w:cs="Times New Roman"/>
              </w:rPr>
            </w:pPr>
            <w:r w:rsidRPr="000B60F7">
              <w:rPr>
                <w:rFonts w:cs="Times New Roman"/>
                <w:sz w:val="18"/>
              </w:rPr>
              <w:t>0.94</w:t>
            </w:r>
          </w:p>
        </w:tc>
        <w:tc>
          <w:tcPr>
            <w:tcW w:w="2736" w:type="dxa"/>
            <w:shd w:val="clear" w:color="auto" w:fill="F6F8FA"/>
            <w:tcMar>
              <w:top w:w="65" w:type="dxa"/>
              <w:left w:w="75" w:type="dxa"/>
              <w:bottom w:w="65" w:type="dxa"/>
              <w:right w:w="75" w:type="dxa"/>
            </w:tcMar>
            <w:vAlign w:val="center"/>
          </w:tcPr>
          <w:p w14:paraId="5CCA4B46" w14:textId="77777777" w:rsidR="00A83192" w:rsidRPr="000B60F7" w:rsidRDefault="00000000">
            <w:pPr>
              <w:spacing w:after="0" w:line="240" w:lineRule="auto"/>
              <w:jc w:val="center"/>
              <w:rPr>
                <w:rFonts w:cs="Times New Roman"/>
              </w:rPr>
            </w:pPr>
            <w:r w:rsidRPr="000B60F7">
              <w:rPr>
                <w:rFonts w:cs="Times New Roman"/>
                <w:sz w:val="18"/>
              </w:rPr>
              <w:t>[0.72, 1.22]</w:t>
            </w:r>
          </w:p>
        </w:tc>
      </w:tr>
      <w:tr w:rsidR="00A83192" w:rsidRPr="000B60F7" w14:paraId="070E15EC" w14:textId="77777777">
        <w:trPr>
          <w:cantSplit/>
          <w:jc w:val="center"/>
        </w:trPr>
        <w:tc>
          <w:tcPr>
            <w:tcW w:w="1512" w:type="dxa"/>
            <w:shd w:val="clear" w:color="auto" w:fill="FFFFFF"/>
            <w:tcMar>
              <w:top w:w="65" w:type="dxa"/>
              <w:left w:w="75" w:type="dxa"/>
              <w:bottom w:w="65" w:type="dxa"/>
              <w:right w:w="75" w:type="dxa"/>
            </w:tcMar>
            <w:vAlign w:val="center"/>
          </w:tcPr>
          <w:p w14:paraId="14C08EF2" w14:textId="77777777" w:rsidR="00A83192" w:rsidRPr="000B60F7" w:rsidRDefault="00000000">
            <w:pPr>
              <w:spacing w:after="0" w:line="240" w:lineRule="auto"/>
              <w:rPr>
                <w:rFonts w:cs="Times New Roman"/>
              </w:rPr>
            </w:pPr>
            <w:r w:rsidRPr="000B60F7">
              <w:rPr>
                <w:rFonts w:cs="Times New Roman"/>
                <w:sz w:val="18"/>
              </w:rPr>
              <w:t>Biopharma status</w:t>
            </w:r>
          </w:p>
        </w:tc>
        <w:tc>
          <w:tcPr>
            <w:tcW w:w="2088" w:type="dxa"/>
            <w:shd w:val="clear" w:color="auto" w:fill="FFFFFF"/>
            <w:tcMar>
              <w:top w:w="65" w:type="dxa"/>
              <w:left w:w="75" w:type="dxa"/>
              <w:bottom w:w="65" w:type="dxa"/>
              <w:right w:w="75" w:type="dxa"/>
            </w:tcMar>
            <w:vAlign w:val="center"/>
          </w:tcPr>
          <w:p w14:paraId="3A3895EF" w14:textId="77777777" w:rsidR="00A83192" w:rsidRPr="000B60F7" w:rsidRDefault="00000000">
            <w:pPr>
              <w:spacing w:after="0" w:line="240" w:lineRule="auto"/>
              <w:rPr>
                <w:rFonts w:cs="Times New Roman"/>
              </w:rPr>
            </w:pPr>
            <w:r w:rsidRPr="000B60F7">
              <w:rPr>
                <w:rFonts w:cs="Times New Roman"/>
                <w:sz w:val="18"/>
              </w:rPr>
              <w:t>Other healthcare</w:t>
            </w:r>
          </w:p>
        </w:tc>
        <w:tc>
          <w:tcPr>
            <w:tcW w:w="1008" w:type="dxa"/>
            <w:shd w:val="clear" w:color="auto" w:fill="FFFFFF"/>
            <w:tcMar>
              <w:top w:w="65" w:type="dxa"/>
              <w:left w:w="75" w:type="dxa"/>
              <w:bottom w:w="65" w:type="dxa"/>
              <w:right w:w="75" w:type="dxa"/>
            </w:tcMar>
            <w:vAlign w:val="center"/>
          </w:tcPr>
          <w:p w14:paraId="27DCB842"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936" w:type="dxa"/>
            <w:shd w:val="clear" w:color="auto" w:fill="FFFFFF"/>
            <w:tcMar>
              <w:top w:w="65" w:type="dxa"/>
              <w:left w:w="75" w:type="dxa"/>
              <w:bottom w:w="65" w:type="dxa"/>
              <w:right w:w="75" w:type="dxa"/>
            </w:tcMar>
            <w:vAlign w:val="center"/>
          </w:tcPr>
          <w:p w14:paraId="59958BEC" w14:textId="77777777" w:rsidR="00A83192" w:rsidRPr="000B60F7" w:rsidRDefault="00000000">
            <w:pPr>
              <w:spacing w:after="0" w:line="240" w:lineRule="auto"/>
              <w:jc w:val="center"/>
              <w:rPr>
                <w:rFonts w:cs="Times New Roman"/>
              </w:rPr>
            </w:pPr>
            <w:r w:rsidRPr="000B60F7">
              <w:rPr>
                <w:rFonts w:cs="Times New Roman"/>
                <w:sz w:val="18"/>
              </w:rPr>
              <w:t>37–60</w:t>
            </w:r>
          </w:p>
        </w:tc>
        <w:tc>
          <w:tcPr>
            <w:tcW w:w="1080" w:type="dxa"/>
            <w:shd w:val="clear" w:color="auto" w:fill="FFFFFF"/>
            <w:tcMar>
              <w:top w:w="65" w:type="dxa"/>
              <w:left w:w="75" w:type="dxa"/>
              <w:bottom w:w="65" w:type="dxa"/>
              <w:right w:w="75" w:type="dxa"/>
            </w:tcMar>
            <w:vAlign w:val="center"/>
          </w:tcPr>
          <w:p w14:paraId="5925D5AB" w14:textId="77777777" w:rsidR="00A83192" w:rsidRPr="000B60F7" w:rsidRDefault="00000000">
            <w:pPr>
              <w:spacing w:after="0" w:line="240" w:lineRule="auto"/>
              <w:jc w:val="center"/>
              <w:rPr>
                <w:rFonts w:cs="Times New Roman"/>
              </w:rPr>
            </w:pPr>
            <w:r w:rsidRPr="000B60F7">
              <w:rPr>
                <w:rFonts w:cs="Times New Roman"/>
                <w:sz w:val="18"/>
              </w:rPr>
              <w:t>0.95</w:t>
            </w:r>
          </w:p>
        </w:tc>
        <w:tc>
          <w:tcPr>
            <w:tcW w:w="2736" w:type="dxa"/>
            <w:shd w:val="clear" w:color="auto" w:fill="FFFFFF"/>
            <w:tcMar>
              <w:top w:w="65" w:type="dxa"/>
              <w:left w:w="75" w:type="dxa"/>
              <w:bottom w:w="65" w:type="dxa"/>
              <w:right w:w="75" w:type="dxa"/>
            </w:tcMar>
            <w:vAlign w:val="center"/>
          </w:tcPr>
          <w:p w14:paraId="1B82E168" w14:textId="77777777" w:rsidR="00A83192" w:rsidRPr="000B60F7" w:rsidRDefault="00000000">
            <w:pPr>
              <w:spacing w:after="0" w:line="240" w:lineRule="auto"/>
              <w:jc w:val="center"/>
              <w:rPr>
                <w:rFonts w:cs="Times New Roman"/>
              </w:rPr>
            </w:pPr>
            <w:r w:rsidRPr="000B60F7">
              <w:rPr>
                <w:rFonts w:cs="Times New Roman"/>
                <w:sz w:val="18"/>
              </w:rPr>
              <w:t>[0.31, 2.90]</w:t>
            </w:r>
          </w:p>
        </w:tc>
      </w:tr>
      <w:tr w:rsidR="00A83192" w:rsidRPr="000B60F7" w14:paraId="3CD13BC0" w14:textId="77777777">
        <w:trPr>
          <w:cantSplit/>
          <w:jc w:val="center"/>
        </w:trPr>
        <w:tc>
          <w:tcPr>
            <w:tcW w:w="1512" w:type="dxa"/>
            <w:shd w:val="clear" w:color="auto" w:fill="F6F8FA"/>
            <w:tcMar>
              <w:top w:w="65" w:type="dxa"/>
              <w:left w:w="75" w:type="dxa"/>
              <w:bottom w:w="65" w:type="dxa"/>
              <w:right w:w="75" w:type="dxa"/>
            </w:tcMar>
            <w:vAlign w:val="center"/>
          </w:tcPr>
          <w:p w14:paraId="426BA89F" w14:textId="77777777" w:rsidR="00A83192" w:rsidRPr="000B60F7" w:rsidRDefault="00000000">
            <w:pPr>
              <w:spacing w:after="0" w:line="240" w:lineRule="auto"/>
              <w:rPr>
                <w:rFonts w:cs="Times New Roman"/>
              </w:rPr>
            </w:pPr>
            <w:r w:rsidRPr="000B60F7">
              <w:rPr>
                <w:rFonts w:cs="Times New Roman"/>
                <w:sz w:val="18"/>
              </w:rPr>
              <w:t>Biopharma status</w:t>
            </w:r>
          </w:p>
        </w:tc>
        <w:tc>
          <w:tcPr>
            <w:tcW w:w="2088" w:type="dxa"/>
            <w:shd w:val="clear" w:color="auto" w:fill="F6F8FA"/>
            <w:tcMar>
              <w:top w:w="65" w:type="dxa"/>
              <w:left w:w="75" w:type="dxa"/>
              <w:bottom w:w="65" w:type="dxa"/>
              <w:right w:w="75" w:type="dxa"/>
            </w:tcMar>
            <w:vAlign w:val="center"/>
          </w:tcPr>
          <w:p w14:paraId="3730A3D8" w14:textId="77777777" w:rsidR="00A83192" w:rsidRPr="000B60F7" w:rsidRDefault="00000000">
            <w:pPr>
              <w:spacing w:after="0" w:line="240" w:lineRule="auto"/>
              <w:rPr>
                <w:rFonts w:cs="Times New Roman"/>
              </w:rPr>
            </w:pPr>
            <w:r w:rsidRPr="000B60F7">
              <w:rPr>
                <w:rFonts w:cs="Times New Roman"/>
                <w:sz w:val="18"/>
              </w:rPr>
              <w:t>Biopharma</w:t>
            </w:r>
          </w:p>
        </w:tc>
        <w:tc>
          <w:tcPr>
            <w:tcW w:w="1008" w:type="dxa"/>
            <w:shd w:val="clear" w:color="auto" w:fill="F6F8FA"/>
            <w:tcMar>
              <w:top w:w="65" w:type="dxa"/>
              <w:left w:w="75" w:type="dxa"/>
              <w:bottom w:w="65" w:type="dxa"/>
              <w:right w:w="75" w:type="dxa"/>
            </w:tcMar>
            <w:vAlign w:val="center"/>
          </w:tcPr>
          <w:p w14:paraId="600A6544"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936" w:type="dxa"/>
            <w:shd w:val="clear" w:color="auto" w:fill="F6F8FA"/>
            <w:tcMar>
              <w:top w:w="65" w:type="dxa"/>
              <w:left w:w="75" w:type="dxa"/>
              <w:bottom w:w="65" w:type="dxa"/>
              <w:right w:w="75" w:type="dxa"/>
            </w:tcMar>
            <w:vAlign w:val="center"/>
          </w:tcPr>
          <w:p w14:paraId="09DBCCB4" w14:textId="77777777" w:rsidR="00A83192" w:rsidRPr="000B60F7" w:rsidRDefault="00000000">
            <w:pPr>
              <w:spacing w:after="0" w:line="240" w:lineRule="auto"/>
              <w:jc w:val="center"/>
              <w:rPr>
                <w:rFonts w:cs="Times New Roman"/>
              </w:rPr>
            </w:pPr>
            <w:r w:rsidRPr="000B60F7">
              <w:rPr>
                <w:rFonts w:cs="Times New Roman"/>
                <w:sz w:val="18"/>
              </w:rPr>
              <w:t>37–60</w:t>
            </w:r>
          </w:p>
        </w:tc>
        <w:tc>
          <w:tcPr>
            <w:tcW w:w="1080" w:type="dxa"/>
            <w:shd w:val="clear" w:color="auto" w:fill="F6F8FA"/>
            <w:tcMar>
              <w:top w:w="65" w:type="dxa"/>
              <w:left w:w="75" w:type="dxa"/>
              <w:bottom w:w="65" w:type="dxa"/>
              <w:right w:w="75" w:type="dxa"/>
            </w:tcMar>
            <w:vAlign w:val="center"/>
          </w:tcPr>
          <w:p w14:paraId="5048D78D" w14:textId="77777777" w:rsidR="00A83192" w:rsidRPr="000B60F7" w:rsidRDefault="00000000">
            <w:pPr>
              <w:spacing w:after="0" w:line="240" w:lineRule="auto"/>
              <w:jc w:val="center"/>
              <w:rPr>
                <w:rFonts w:cs="Times New Roman"/>
              </w:rPr>
            </w:pPr>
            <w:r w:rsidRPr="000B60F7">
              <w:rPr>
                <w:rFonts w:cs="Times New Roman"/>
                <w:sz w:val="18"/>
              </w:rPr>
              <w:t>0.67</w:t>
            </w:r>
          </w:p>
        </w:tc>
        <w:tc>
          <w:tcPr>
            <w:tcW w:w="2736" w:type="dxa"/>
            <w:shd w:val="clear" w:color="auto" w:fill="F6F8FA"/>
            <w:tcMar>
              <w:top w:w="65" w:type="dxa"/>
              <w:left w:w="75" w:type="dxa"/>
              <w:bottom w:w="65" w:type="dxa"/>
              <w:right w:w="75" w:type="dxa"/>
            </w:tcMar>
            <w:vAlign w:val="center"/>
          </w:tcPr>
          <w:p w14:paraId="158224FA" w14:textId="77777777" w:rsidR="00A83192" w:rsidRPr="000B60F7" w:rsidRDefault="00000000">
            <w:pPr>
              <w:spacing w:after="0" w:line="240" w:lineRule="auto"/>
              <w:jc w:val="center"/>
              <w:rPr>
                <w:rFonts w:cs="Times New Roman"/>
              </w:rPr>
            </w:pPr>
            <w:r w:rsidRPr="000B60F7">
              <w:rPr>
                <w:rFonts w:cs="Times New Roman"/>
                <w:sz w:val="18"/>
              </w:rPr>
              <w:t>[0.41, 1.09]</w:t>
            </w:r>
          </w:p>
        </w:tc>
      </w:tr>
    </w:tbl>
    <w:p w14:paraId="41EDFFAE" w14:textId="77777777" w:rsidR="00A83192" w:rsidRPr="000B60F7" w:rsidRDefault="00000000">
      <w:pPr>
        <w:pStyle w:val="TableNotes"/>
        <w:spacing w:after="140" w:line="264" w:lineRule="auto"/>
        <w:rPr>
          <w:rFonts w:cs="Times New Roman"/>
        </w:rPr>
      </w:pPr>
      <w:r w:rsidRPr="000B60F7">
        <w:rPr>
          <w:rFonts w:cs="Times New Roman"/>
          <w:sz w:val="18"/>
        </w:rPr>
        <w:t>Notes: Both groups and all intervals are reported. These exploratory subgroup coefficients should be interpreted with the joint tests in Table S4 rather than by selecting individual significant intervals.</w:t>
      </w:r>
    </w:p>
    <w:p w14:paraId="62768243" w14:textId="77777777" w:rsidR="00A83192" w:rsidRPr="000B60F7" w:rsidRDefault="00000000">
      <w:pPr>
        <w:pStyle w:val="1"/>
        <w:rPr>
          <w:rFonts w:ascii="Times New Roman" w:hAnsi="Times New Roman" w:cs="Times New Roman"/>
        </w:rPr>
      </w:pPr>
      <w:r w:rsidRPr="000B60F7">
        <w:rPr>
          <w:rFonts w:ascii="Times New Roman" w:hAnsi="Times New Roman" w:cs="Times New Roman"/>
        </w:rPr>
        <w:t>Table S6. Support for each contextual comparison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016"/>
        <w:gridCol w:w="2376"/>
        <w:gridCol w:w="1368"/>
        <w:gridCol w:w="1584"/>
        <w:gridCol w:w="2016"/>
      </w:tblGrid>
      <w:tr w:rsidR="00A83192" w:rsidRPr="000B60F7" w14:paraId="5D94DD4C" w14:textId="77777777">
        <w:trPr>
          <w:cantSplit/>
          <w:tblHeader/>
          <w:jc w:val="center"/>
        </w:trPr>
        <w:tc>
          <w:tcPr>
            <w:tcW w:w="2016" w:type="dxa"/>
            <w:shd w:val="clear" w:color="auto" w:fill="EDEDED"/>
            <w:tcMar>
              <w:top w:w="65" w:type="dxa"/>
              <w:left w:w="75" w:type="dxa"/>
              <w:bottom w:w="65" w:type="dxa"/>
              <w:right w:w="75" w:type="dxa"/>
            </w:tcMar>
            <w:vAlign w:val="center"/>
          </w:tcPr>
          <w:p w14:paraId="77702C30" w14:textId="77777777" w:rsidR="00A83192" w:rsidRPr="000B60F7" w:rsidRDefault="00000000">
            <w:pPr>
              <w:spacing w:after="0" w:line="240" w:lineRule="auto"/>
              <w:rPr>
                <w:rFonts w:cs="Times New Roman"/>
              </w:rPr>
            </w:pPr>
            <w:r w:rsidRPr="000B60F7">
              <w:rPr>
                <w:rFonts w:cs="Times New Roman"/>
                <w:b/>
                <w:sz w:val="19"/>
              </w:rPr>
              <w:t>Moderator</w:t>
            </w:r>
          </w:p>
        </w:tc>
        <w:tc>
          <w:tcPr>
            <w:tcW w:w="2376" w:type="dxa"/>
            <w:shd w:val="clear" w:color="auto" w:fill="EDEDED"/>
            <w:tcMar>
              <w:top w:w="65" w:type="dxa"/>
              <w:left w:w="75" w:type="dxa"/>
              <w:bottom w:w="65" w:type="dxa"/>
              <w:right w:w="75" w:type="dxa"/>
            </w:tcMar>
            <w:vAlign w:val="center"/>
          </w:tcPr>
          <w:p w14:paraId="255C2433" w14:textId="77777777" w:rsidR="00A83192" w:rsidRPr="000B60F7" w:rsidRDefault="00000000">
            <w:pPr>
              <w:spacing w:after="0" w:line="240" w:lineRule="auto"/>
              <w:jc w:val="center"/>
              <w:rPr>
                <w:rFonts w:cs="Times New Roman"/>
              </w:rPr>
            </w:pPr>
            <w:r w:rsidRPr="000B60F7">
              <w:rPr>
                <w:rFonts w:cs="Times New Roman"/>
                <w:b/>
                <w:sz w:val="19"/>
              </w:rPr>
              <w:t>Group</w:t>
            </w:r>
          </w:p>
        </w:tc>
        <w:tc>
          <w:tcPr>
            <w:tcW w:w="1368" w:type="dxa"/>
            <w:shd w:val="clear" w:color="auto" w:fill="EDEDED"/>
            <w:tcMar>
              <w:top w:w="65" w:type="dxa"/>
              <w:left w:w="75" w:type="dxa"/>
              <w:bottom w:w="65" w:type="dxa"/>
              <w:right w:w="75" w:type="dxa"/>
            </w:tcMar>
            <w:vAlign w:val="center"/>
          </w:tcPr>
          <w:p w14:paraId="5AE58E9E" w14:textId="77777777" w:rsidR="00A83192" w:rsidRPr="000B60F7" w:rsidRDefault="00000000">
            <w:pPr>
              <w:spacing w:after="0" w:line="240" w:lineRule="auto"/>
              <w:jc w:val="center"/>
              <w:rPr>
                <w:rFonts w:cs="Times New Roman"/>
              </w:rPr>
            </w:pPr>
            <w:r w:rsidRPr="000B60F7">
              <w:rPr>
                <w:rFonts w:cs="Times New Roman"/>
                <w:b/>
                <w:sz w:val="19"/>
              </w:rPr>
              <w:t>Months</w:t>
            </w:r>
          </w:p>
        </w:tc>
        <w:tc>
          <w:tcPr>
            <w:tcW w:w="1584" w:type="dxa"/>
            <w:shd w:val="clear" w:color="auto" w:fill="EDEDED"/>
            <w:tcMar>
              <w:top w:w="65" w:type="dxa"/>
              <w:left w:w="75" w:type="dxa"/>
              <w:bottom w:w="65" w:type="dxa"/>
              <w:right w:w="75" w:type="dxa"/>
            </w:tcMar>
            <w:vAlign w:val="center"/>
          </w:tcPr>
          <w:p w14:paraId="339D384A" w14:textId="77777777" w:rsidR="00A83192" w:rsidRPr="000B60F7" w:rsidRDefault="00000000">
            <w:pPr>
              <w:spacing w:after="0" w:line="240" w:lineRule="auto"/>
              <w:jc w:val="center"/>
              <w:rPr>
                <w:rFonts w:cs="Times New Roman"/>
              </w:rPr>
            </w:pPr>
            <w:r w:rsidRPr="000B60F7">
              <w:rPr>
                <w:rFonts w:cs="Times New Roman"/>
                <w:b/>
                <w:sz w:val="19"/>
              </w:rPr>
              <w:t>At risk</w:t>
            </w:r>
          </w:p>
        </w:tc>
        <w:tc>
          <w:tcPr>
            <w:tcW w:w="2016" w:type="dxa"/>
            <w:shd w:val="clear" w:color="auto" w:fill="EDEDED"/>
            <w:tcMar>
              <w:top w:w="65" w:type="dxa"/>
              <w:left w:w="75" w:type="dxa"/>
              <w:bottom w:w="65" w:type="dxa"/>
              <w:right w:w="75" w:type="dxa"/>
            </w:tcMar>
            <w:vAlign w:val="center"/>
          </w:tcPr>
          <w:p w14:paraId="31853026" w14:textId="77777777" w:rsidR="00A83192" w:rsidRPr="000B60F7" w:rsidRDefault="00000000">
            <w:pPr>
              <w:spacing w:after="0" w:line="240" w:lineRule="auto"/>
              <w:jc w:val="center"/>
              <w:rPr>
                <w:rFonts w:cs="Times New Roman"/>
              </w:rPr>
            </w:pPr>
            <w:r w:rsidRPr="000B60F7">
              <w:rPr>
                <w:rFonts w:cs="Times New Roman"/>
                <w:b/>
                <w:sz w:val="19"/>
              </w:rPr>
              <w:t>Events</w:t>
            </w:r>
          </w:p>
        </w:tc>
      </w:tr>
      <w:tr w:rsidR="00A83192" w:rsidRPr="000B60F7" w14:paraId="5CC06C8B" w14:textId="77777777">
        <w:trPr>
          <w:cantSplit/>
          <w:jc w:val="center"/>
        </w:trPr>
        <w:tc>
          <w:tcPr>
            <w:tcW w:w="2016" w:type="dxa"/>
            <w:shd w:val="clear" w:color="auto" w:fill="FFFFFF"/>
            <w:tcMar>
              <w:top w:w="65" w:type="dxa"/>
              <w:left w:w="75" w:type="dxa"/>
              <w:bottom w:w="65" w:type="dxa"/>
              <w:right w:w="75" w:type="dxa"/>
            </w:tcMar>
            <w:vAlign w:val="center"/>
          </w:tcPr>
          <w:p w14:paraId="32FA8EFE" w14:textId="77777777" w:rsidR="00A83192" w:rsidRPr="000B60F7" w:rsidRDefault="00000000">
            <w:pPr>
              <w:spacing w:after="0" w:line="240" w:lineRule="auto"/>
              <w:rPr>
                <w:rFonts w:cs="Times New Roman"/>
              </w:rPr>
            </w:pPr>
            <w:r w:rsidRPr="000B60F7">
              <w:rPr>
                <w:rFonts w:cs="Times New Roman"/>
                <w:sz w:val="19"/>
              </w:rPr>
              <w:t>Entry stage</w:t>
            </w:r>
          </w:p>
        </w:tc>
        <w:tc>
          <w:tcPr>
            <w:tcW w:w="2376" w:type="dxa"/>
            <w:shd w:val="clear" w:color="auto" w:fill="FFFFFF"/>
            <w:tcMar>
              <w:top w:w="65" w:type="dxa"/>
              <w:left w:w="75" w:type="dxa"/>
              <w:bottom w:w="65" w:type="dxa"/>
              <w:right w:w="75" w:type="dxa"/>
            </w:tcMar>
            <w:vAlign w:val="center"/>
          </w:tcPr>
          <w:p w14:paraId="514C6CB5" w14:textId="77777777" w:rsidR="00A83192" w:rsidRPr="000B60F7" w:rsidRDefault="00000000">
            <w:pPr>
              <w:spacing w:after="0" w:line="240" w:lineRule="auto"/>
              <w:rPr>
                <w:rFonts w:cs="Times New Roman"/>
              </w:rPr>
            </w:pPr>
            <w:r w:rsidRPr="000B60F7">
              <w:rPr>
                <w:rFonts w:cs="Times New Roman"/>
                <w:sz w:val="19"/>
              </w:rPr>
              <w:t>Seed/pre-seed</w:t>
            </w:r>
          </w:p>
        </w:tc>
        <w:tc>
          <w:tcPr>
            <w:tcW w:w="1368" w:type="dxa"/>
            <w:shd w:val="clear" w:color="auto" w:fill="FFFFFF"/>
            <w:tcMar>
              <w:top w:w="65" w:type="dxa"/>
              <w:left w:w="75" w:type="dxa"/>
              <w:bottom w:w="65" w:type="dxa"/>
              <w:right w:w="75" w:type="dxa"/>
            </w:tcMar>
            <w:vAlign w:val="center"/>
          </w:tcPr>
          <w:p w14:paraId="7BF32BB3" w14:textId="77777777" w:rsidR="00A83192" w:rsidRPr="000B60F7" w:rsidRDefault="00000000">
            <w:pPr>
              <w:spacing w:after="0" w:line="240" w:lineRule="auto"/>
              <w:rPr>
                <w:rFonts w:cs="Times New Roman"/>
              </w:rPr>
            </w:pPr>
            <w:r w:rsidRPr="000B60F7">
              <w:rPr>
                <w:rFonts w:cs="Times New Roman"/>
                <w:sz w:val="19"/>
              </w:rPr>
              <w:t>1–12</w:t>
            </w:r>
          </w:p>
        </w:tc>
        <w:tc>
          <w:tcPr>
            <w:tcW w:w="1584" w:type="dxa"/>
            <w:shd w:val="clear" w:color="auto" w:fill="FFFFFF"/>
            <w:tcMar>
              <w:top w:w="65" w:type="dxa"/>
              <w:left w:w="75" w:type="dxa"/>
              <w:bottom w:w="65" w:type="dxa"/>
              <w:right w:w="75" w:type="dxa"/>
            </w:tcMar>
            <w:vAlign w:val="center"/>
          </w:tcPr>
          <w:p w14:paraId="3AE06AF6" w14:textId="77777777" w:rsidR="00A83192" w:rsidRPr="000B60F7" w:rsidRDefault="00000000">
            <w:pPr>
              <w:spacing w:after="0" w:line="240" w:lineRule="auto"/>
              <w:jc w:val="center"/>
              <w:rPr>
                <w:rFonts w:cs="Times New Roman"/>
              </w:rPr>
            </w:pPr>
            <w:r w:rsidRPr="000B60F7">
              <w:rPr>
                <w:rFonts w:cs="Times New Roman"/>
                <w:sz w:val="19"/>
              </w:rPr>
              <w:t>451</w:t>
            </w:r>
          </w:p>
        </w:tc>
        <w:tc>
          <w:tcPr>
            <w:tcW w:w="2016" w:type="dxa"/>
            <w:shd w:val="clear" w:color="auto" w:fill="FFFFFF"/>
            <w:tcMar>
              <w:top w:w="65" w:type="dxa"/>
              <w:left w:w="75" w:type="dxa"/>
              <w:bottom w:w="65" w:type="dxa"/>
              <w:right w:w="75" w:type="dxa"/>
            </w:tcMar>
            <w:vAlign w:val="center"/>
          </w:tcPr>
          <w:p w14:paraId="4E743FCD" w14:textId="77777777" w:rsidR="00A83192" w:rsidRPr="000B60F7" w:rsidRDefault="00000000">
            <w:pPr>
              <w:spacing w:after="0" w:line="240" w:lineRule="auto"/>
              <w:jc w:val="center"/>
              <w:rPr>
                <w:rFonts w:cs="Times New Roman"/>
              </w:rPr>
            </w:pPr>
            <w:r w:rsidRPr="000B60F7">
              <w:rPr>
                <w:rFonts w:cs="Times New Roman"/>
                <w:sz w:val="19"/>
              </w:rPr>
              <w:t>96</w:t>
            </w:r>
          </w:p>
        </w:tc>
      </w:tr>
      <w:tr w:rsidR="00A83192" w:rsidRPr="000B60F7" w14:paraId="7A4CF4BF" w14:textId="77777777">
        <w:trPr>
          <w:cantSplit/>
          <w:jc w:val="center"/>
        </w:trPr>
        <w:tc>
          <w:tcPr>
            <w:tcW w:w="2016" w:type="dxa"/>
            <w:shd w:val="clear" w:color="auto" w:fill="F6F8FA"/>
            <w:tcMar>
              <w:top w:w="65" w:type="dxa"/>
              <w:left w:w="75" w:type="dxa"/>
              <w:bottom w:w="65" w:type="dxa"/>
              <w:right w:w="75" w:type="dxa"/>
            </w:tcMar>
            <w:vAlign w:val="center"/>
          </w:tcPr>
          <w:p w14:paraId="5D10FEDD" w14:textId="77777777" w:rsidR="00A83192" w:rsidRPr="000B60F7" w:rsidRDefault="00000000">
            <w:pPr>
              <w:spacing w:after="0" w:line="240" w:lineRule="auto"/>
              <w:rPr>
                <w:rFonts w:cs="Times New Roman"/>
              </w:rPr>
            </w:pPr>
            <w:r w:rsidRPr="000B60F7">
              <w:rPr>
                <w:rFonts w:cs="Times New Roman"/>
                <w:sz w:val="19"/>
              </w:rPr>
              <w:t>Entry stage</w:t>
            </w:r>
          </w:p>
        </w:tc>
        <w:tc>
          <w:tcPr>
            <w:tcW w:w="2376" w:type="dxa"/>
            <w:shd w:val="clear" w:color="auto" w:fill="F6F8FA"/>
            <w:tcMar>
              <w:top w:w="65" w:type="dxa"/>
              <w:left w:w="75" w:type="dxa"/>
              <w:bottom w:w="65" w:type="dxa"/>
              <w:right w:w="75" w:type="dxa"/>
            </w:tcMar>
            <w:vAlign w:val="center"/>
          </w:tcPr>
          <w:p w14:paraId="700E537A" w14:textId="77777777" w:rsidR="00A83192" w:rsidRPr="000B60F7" w:rsidRDefault="00000000">
            <w:pPr>
              <w:spacing w:after="0" w:line="240" w:lineRule="auto"/>
              <w:rPr>
                <w:rFonts w:cs="Times New Roman"/>
              </w:rPr>
            </w:pPr>
            <w:r w:rsidRPr="000B60F7">
              <w:rPr>
                <w:rFonts w:cs="Times New Roman"/>
                <w:sz w:val="19"/>
              </w:rPr>
              <w:t>Seed/pre-seed</w:t>
            </w:r>
          </w:p>
        </w:tc>
        <w:tc>
          <w:tcPr>
            <w:tcW w:w="1368" w:type="dxa"/>
            <w:shd w:val="clear" w:color="auto" w:fill="F6F8FA"/>
            <w:tcMar>
              <w:top w:w="65" w:type="dxa"/>
              <w:left w:w="75" w:type="dxa"/>
              <w:bottom w:w="65" w:type="dxa"/>
              <w:right w:w="75" w:type="dxa"/>
            </w:tcMar>
            <w:vAlign w:val="center"/>
          </w:tcPr>
          <w:p w14:paraId="70A55E70" w14:textId="77777777" w:rsidR="00A83192" w:rsidRPr="000B60F7" w:rsidRDefault="00000000">
            <w:pPr>
              <w:spacing w:after="0" w:line="240" w:lineRule="auto"/>
              <w:rPr>
                <w:rFonts w:cs="Times New Roman"/>
              </w:rPr>
            </w:pPr>
            <w:r w:rsidRPr="000B60F7">
              <w:rPr>
                <w:rFonts w:cs="Times New Roman"/>
                <w:sz w:val="19"/>
              </w:rPr>
              <w:t>13–24</w:t>
            </w:r>
          </w:p>
        </w:tc>
        <w:tc>
          <w:tcPr>
            <w:tcW w:w="1584" w:type="dxa"/>
            <w:shd w:val="clear" w:color="auto" w:fill="F6F8FA"/>
            <w:tcMar>
              <w:top w:w="65" w:type="dxa"/>
              <w:left w:w="75" w:type="dxa"/>
              <w:bottom w:w="65" w:type="dxa"/>
              <w:right w:w="75" w:type="dxa"/>
            </w:tcMar>
            <w:vAlign w:val="center"/>
          </w:tcPr>
          <w:p w14:paraId="1324D6EA" w14:textId="77777777" w:rsidR="00A83192" w:rsidRPr="000B60F7" w:rsidRDefault="00000000">
            <w:pPr>
              <w:spacing w:after="0" w:line="240" w:lineRule="auto"/>
              <w:jc w:val="center"/>
              <w:rPr>
                <w:rFonts w:cs="Times New Roman"/>
              </w:rPr>
            </w:pPr>
            <w:r w:rsidRPr="000B60F7">
              <w:rPr>
                <w:rFonts w:cs="Times New Roman"/>
                <w:sz w:val="19"/>
              </w:rPr>
              <w:t>354</w:t>
            </w:r>
          </w:p>
        </w:tc>
        <w:tc>
          <w:tcPr>
            <w:tcW w:w="2016" w:type="dxa"/>
            <w:shd w:val="clear" w:color="auto" w:fill="F6F8FA"/>
            <w:tcMar>
              <w:top w:w="65" w:type="dxa"/>
              <w:left w:w="75" w:type="dxa"/>
              <w:bottom w:w="65" w:type="dxa"/>
              <w:right w:w="75" w:type="dxa"/>
            </w:tcMar>
            <w:vAlign w:val="center"/>
          </w:tcPr>
          <w:p w14:paraId="07559BF7" w14:textId="77777777" w:rsidR="00A83192" w:rsidRPr="000B60F7" w:rsidRDefault="00000000">
            <w:pPr>
              <w:spacing w:after="0" w:line="240" w:lineRule="auto"/>
              <w:jc w:val="center"/>
              <w:rPr>
                <w:rFonts w:cs="Times New Roman"/>
              </w:rPr>
            </w:pPr>
            <w:r w:rsidRPr="000B60F7">
              <w:rPr>
                <w:rFonts w:cs="Times New Roman"/>
                <w:sz w:val="19"/>
              </w:rPr>
              <w:t>82</w:t>
            </w:r>
          </w:p>
        </w:tc>
      </w:tr>
      <w:tr w:rsidR="00A83192" w:rsidRPr="000B60F7" w14:paraId="2BF6F702" w14:textId="77777777">
        <w:trPr>
          <w:cantSplit/>
          <w:jc w:val="center"/>
        </w:trPr>
        <w:tc>
          <w:tcPr>
            <w:tcW w:w="2016" w:type="dxa"/>
            <w:shd w:val="clear" w:color="auto" w:fill="FFFFFF"/>
            <w:tcMar>
              <w:top w:w="65" w:type="dxa"/>
              <w:left w:w="75" w:type="dxa"/>
              <w:bottom w:w="65" w:type="dxa"/>
              <w:right w:w="75" w:type="dxa"/>
            </w:tcMar>
            <w:vAlign w:val="center"/>
          </w:tcPr>
          <w:p w14:paraId="75562F0E" w14:textId="77777777" w:rsidR="00A83192" w:rsidRPr="000B60F7" w:rsidRDefault="00000000">
            <w:pPr>
              <w:spacing w:after="0" w:line="240" w:lineRule="auto"/>
              <w:rPr>
                <w:rFonts w:cs="Times New Roman"/>
              </w:rPr>
            </w:pPr>
            <w:r w:rsidRPr="000B60F7">
              <w:rPr>
                <w:rFonts w:cs="Times New Roman"/>
                <w:sz w:val="19"/>
              </w:rPr>
              <w:t>Entry stage</w:t>
            </w:r>
          </w:p>
        </w:tc>
        <w:tc>
          <w:tcPr>
            <w:tcW w:w="2376" w:type="dxa"/>
            <w:shd w:val="clear" w:color="auto" w:fill="FFFFFF"/>
            <w:tcMar>
              <w:top w:w="65" w:type="dxa"/>
              <w:left w:w="75" w:type="dxa"/>
              <w:bottom w:w="65" w:type="dxa"/>
              <w:right w:w="75" w:type="dxa"/>
            </w:tcMar>
            <w:vAlign w:val="center"/>
          </w:tcPr>
          <w:p w14:paraId="06582D0B" w14:textId="77777777" w:rsidR="00A83192" w:rsidRPr="000B60F7" w:rsidRDefault="00000000">
            <w:pPr>
              <w:spacing w:after="0" w:line="240" w:lineRule="auto"/>
              <w:rPr>
                <w:rFonts w:cs="Times New Roman"/>
              </w:rPr>
            </w:pPr>
            <w:r w:rsidRPr="000B60F7">
              <w:rPr>
                <w:rFonts w:cs="Times New Roman"/>
                <w:sz w:val="19"/>
              </w:rPr>
              <w:t>Seed/pre-seed</w:t>
            </w:r>
          </w:p>
        </w:tc>
        <w:tc>
          <w:tcPr>
            <w:tcW w:w="1368" w:type="dxa"/>
            <w:shd w:val="clear" w:color="auto" w:fill="FFFFFF"/>
            <w:tcMar>
              <w:top w:w="65" w:type="dxa"/>
              <w:left w:w="75" w:type="dxa"/>
              <w:bottom w:w="65" w:type="dxa"/>
              <w:right w:w="75" w:type="dxa"/>
            </w:tcMar>
            <w:vAlign w:val="center"/>
          </w:tcPr>
          <w:p w14:paraId="7FC4A355" w14:textId="77777777" w:rsidR="00A83192" w:rsidRPr="000B60F7" w:rsidRDefault="00000000">
            <w:pPr>
              <w:spacing w:after="0" w:line="240" w:lineRule="auto"/>
              <w:rPr>
                <w:rFonts w:cs="Times New Roman"/>
              </w:rPr>
            </w:pPr>
            <w:r w:rsidRPr="000B60F7">
              <w:rPr>
                <w:rFonts w:cs="Times New Roman"/>
                <w:sz w:val="19"/>
              </w:rPr>
              <w:t>25–36</w:t>
            </w:r>
          </w:p>
        </w:tc>
        <w:tc>
          <w:tcPr>
            <w:tcW w:w="1584" w:type="dxa"/>
            <w:shd w:val="clear" w:color="auto" w:fill="FFFFFF"/>
            <w:tcMar>
              <w:top w:w="65" w:type="dxa"/>
              <w:left w:w="75" w:type="dxa"/>
              <w:bottom w:w="65" w:type="dxa"/>
              <w:right w:w="75" w:type="dxa"/>
            </w:tcMar>
            <w:vAlign w:val="center"/>
          </w:tcPr>
          <w:p w14:paraId="35BAF7C1" w14:textId="77777777" w:rsidR="00A83192" w:rsidRPr="000B60F7" w:rsidRDefault="00000000">
            <w:pPr>
              <w:spacing w:after="0" w:line="240" w:lineRule="auto"/>
              <w:jc w:val="center"/>
              <w:rPr>
                <w:rFonts w:cs="Times New Roman"/>
              </w:rPr>
            </w:pPr>
            <w:r w:rsidRPr="000B60F7">
              <w:rPr>
                <w:rFonts w:cs="Times New Roman"/>
                <w:sz w:val="19"/>
              </w:rPr>
              <w:t>259</w:t>
            </w:r>
          </w:p>
        </w:tc>
        <w:tc>
          <w:tcPr>
            <w:tcW w:w="2016" w:type="dxa"/>
            <w:shd w:val="clear" w:color="auto" w:fill="FFFFFF"/>
            <w:tcMar>
              <w:top w:w="65" w:type="dxa"/>
              <w:left w:w="75" w:type="dxa"/>
              <w:bottom w:w="65" w:type="dxa"/>
              <w:right w:w="75" w:type="dxa"/>
            </w:tcMar>
            <w:vAlign w:val="center"/>
          </w:tcPr>
          <w:p w14:paraId="60BF74F6" w14:textId="77777777" w:rsidR="00A83192" w:rsidRPr="000B60F7" w:rsidRDefault="00000000">
            <w:pPr>
              <w:spacing w:after="0" w:line="240" w:lineRule="auto"/>
              <w:jc w:val="center"/>
              <w:rPr>
                <w:rFonts w:cs="Times New Roman"/>
              </w:rPr>
            </w:pPr>
            <w:r w:rsidRPr="000B60F7">
              <w:rPr>
                <w:rFonts w:cs="Times New Roman"/>
                <w:sz w:val="19"/>
              </w:rPr>
              <w:t>48</w:t>
            </w:r>
          </w:p>
        </w:tc>
      </w:tr>
      <w:tr w:rsidR="00A83192" w:rsidRPr="000B60F7" w14:paraId="08B5E202" w14:textId="77777777">
        <w:trPr>
          <w:cantSplit/>
          <w:jc w:val="center"/>
        </w:trPr>
        <w:tc>
          <w:tcPr>
            <w:tcW w:w="2016" w:type="dxa"/>
            <w:shd w:val="clear" w:color="auto" w:fill="F6F8FA"/>
            <w:tcMar>
              <w:top w:w="65" w:type="dxa"/>
              <w:left w:w="75" w:type="dxa"/>
              <w:bottom w:w="65" w:type="dxa"/>
              <w:right w:w="75" w:type="dxa"/>
            </w:tcMar>
            <w:vAlign w:val="center"/>
          </w:tcPr>
          <w:p w14:paraId="3C6EC1F2" w14:textId="77777777" w:rsidR="00A83192" w:rsidRPr="000B60F7" w:rsidRDefault="00000000">
            <w:pPr>
              <w:spacing w:after="0" w:line="240" w:lineRule="auto"/>
              <w:rPr>
                <w:rFonts w:cs="Times New Roman"/>
              </w:rPr>
            </w:pPr>
            <w:r w:rsidRPr="000B60F7">
              <w:rPr>
                <w:rFonts w:cs="Times New Roman"/>
                <w:sz w:val="19"/>
              </w:rPr>
              <w:t>Entry stage</w:t>
            </w:r>
          </w:p>
        </w:tc>
        <w:tc>
          <w:tcPr>
            <w:tcW w:w="2376" w:type="dxa"/>
            <w:shd w:val="clear" w:color="auto" w:fill="F6F8FA"/>
            <w:tcMar>
              <w:top w:w="65" w:type="dxa"/>
              <w:left w:w="75" w:type="dxa"/>
              <w:bottom w:w="65" w:type="dxa"/>
              <w:right w:w="75" w:type="dxa"/>
            </w:tcMar>
            <w:vAlign w:val="center"/>
          </w:tcPr>
          <w:p w14:paraId="00133FED" w14:textId="77777777" w:rsidR="00A83192" w:rsidRPr="000B60F7" w:rsidRDefault="00000000">
            <w:pPr>
              <w:spacing w:after="0" w:line="240" w:lineRule="auto"/>
              <w:rPr>
                <w:rFonts w:cs="Times New Roman"/>
              </w:rPr>
            </w:pPr>
            <w:r w:rsidRPr="000B60F7">
              <w:rPr>
                <w:rFonts w:cs="Times New Roman"/>
                <w:sz w:val="19"/>
              </w:rPr>
              <w:t>Seed/pre-seed</w:t>
            </w:r>
          </w:p>
        </w:tc>
        <w:tc>
          <w:tcPr>
            <w:tcW w:w="1368" w:type="dxa"/>
            <w:shd w:val="clear" w:color="auto" w:fill="F6F8FA"/>
            <w:tcMar>
              <w:top w:w="65" w:type="dxa"/>
              <w:left w:w="75" w:type="dxa"/>
              <w:bottom w:w="65" w:type="dxa"/>
              <w:right w:w="75" w:type="dxa"/>
            </w:tcMar>
            <w:vAlign w:val="center"/>
          </w:tcPr>
          <w:p w14:paraId="7D8826DC" w14:textId="77777777" w:rsidR="00A83192" w:rsidRPr="000B60F7" w:rsidRDefault="00000000">
            <w:pPr>
              <w:spacing w:after="0" w:line="240" w:lineRule="auto"/>
              <w:rPr>
                <w:rFonts w:cs="Times New Roman"/>
              </w:rPr>
            </w:pPr>
            <w:r w:rsidRPr="000B60F7">
              <w:rPr>
                <w:rFonts w:cs="Times New Roman"/>
                <w:sz w:val="19"/>
              </w:rPr>
              <w:t>37–60</w:t>
            </w:r>
          </w:p>
        </w:tc>
        <w:tc>
          <w:tcPr>
            <w:tcW w:w="1584" w:type="dxa"/>
            <w:shd w:val="clear" w:color="auto" w:fill="F6F8FA"/>
            <w:tcMar>
              <w:top w:w="65" w:type="dxa"/>
              <w:left w:w="75" w:type="dxa"/>
              <w:bottom w:w="65" w:type="dxa"/>
              <w:right w:w="75" w:type="dxa"/>
            </w:tcMar>
            <w:vAlign w:val="center"/>
          </w:tcPr>
          <w:p w14:paraId="6B47B5DD" w14:textId="77777777" w:rsidR="00A83192" w:rsidRPr="000B60F7" w:rsidRDefault="00000000">
            <w:pPr>
              <w:spacing w:after="0" w:line="240" w:lineRule="auto"/>
              <w:jc w:val="center"/>
              <w:rPr>
                <w:rFonts w:cs="Times New Roman"/>
              </w:rPr>
            </w:pPr>
            <w:r w:rsidRPr="000B60F7">
              <w:rPr>
                <w:rFonts w:cs="Times New Roman"/>
                <w:sz w:val="19"/>
              </w:rPr>
              <w:t>194</w:t>
            </w:r>
          </w:p>
        </w:tc>
        <w:tc>
          <w:tcPr>
            <w:tcW w:w="2016" w:type="dxa"/>
            <w:shd w:val="clear" w:color="auto" w:fill="F6F8FA"/>
            <w:tcMar>
              <w:top w:w="65" w:type="dxa"/>
              <w:left w:w="75" w:type="dxa"/>
              <w:bottom w:w="65" w:type="dxa"/>
              <w:right w:w="75" w:type="dxa"/>
            </w:tcMar>
            <w:vAlign w:val="center"/>
          </w:tcPr>
          <w:p w14:paraId="3918D526" w14:textId="77777777" w:rsidR="00A83192" w:rsidRPr="000B60F7" w:rsidRDefault="00000000">
            <w:pPr>
              <w:spacing w:after="0" w:line="240" w:lineRule="auto"/>
              <w:jc w:val="center"/>
              <w:rPr>
                <w:rFonts w:cs="Times New Roman"/>
              </w:rPr>
            </w:pPr>
            <w:r w:rsidRPr="000B60F7">
              <w:rPr>
                <w:rFonts w:cs="Times New Roman"/>
                <w:sz w:val="19"/>
              </w:rPr>
              <w:t>26</w:t>
            </w:r>
          </w:p>
        </w:tc>
      </w:tr>
      <w:tr w:rsidR="00A83192" w:rsidRPr="000B60F7" w14:paraId="7E139E6C" w14:textId="77777777">
        <w:trPr>
          <w:cantSplit/>
          <w:jc w:val="center"/>
        </w:trPr>
        <w:tc>
          <w:tcPr>
            <w:tcW w:w="2016" w:type="dxa"/>
            <w:shd w:val="clear" w:color="auto" w:fill="FFFFFF"/>
            <w:tcMar>
              <w:top w:w="65" w:type="dxa"/>
              <w:left w:w="75" w:type="dxa"/>
              <w:bottom w:w="65" w:type="dxa"/>
              <w:right w:w="75" w:type="dxa"/>
            </w:tcMar>
            <w:vAlign w:val="center"/>
          </w:tcPr>
          <w:p w14:paraId="44AC19FA" w14:textId="77777777" w:rsidR="00A83192" w:rsidRPr="000B60F7" w:rsidRDefault="00000000">
            <w:pPr>
              <w:spacing w:after="0" w:line="240" w:lineRule="auto"/>
              <w:rPr>
                <w:rFonts w:cs="Times New Roman"/>
              </w:rPr>
            </w:pPr>
            <w:r w:rsidRPr="000B60F7">
              <w:rPr>
                <w:rFonts w:cs="Times New Roman"/>
                <w:sz w:val="19"/>
              </w:rPr>
              <w:t>Entry stage</w:t>
            </w:r>
          </w:p>
        </w:tc>
        <w:tc>
          <w:tcPr>
            <w:tcW w:w="2376" w:type="dxa"/>
            <w:shd w:val="clear" w:color="auto" w:fill="FFFFFF"/>
            <w:tcMar>
              <w:top w:w="65" w:type="dxa"/>
              <w:left w:w="75" w:type="dxa"/>
              <w:bottom w:w="65" w:type="dxa"/>
              <w:right w:w="75" w:type="dxa"/>
            </w:tcMar>
            <w:vAlign w:val="center"/>
          </w:tcPr>
          <w:p w14:paraId="196D6EF4" w14:textId="77777777" w:rsidR="00A83192" w:rsidRPr="000B60F7" w:rsidRDefault="00000000">
            <w:pPr>
              <w:spacing w:after="0" w:line="240" w:lineRule="auto"/>
              <w:rPr>
                <w:rFonts w:cs="Times New Roman"/>
              </w:rPr>
            </w:pPr>
            <w:r w:rsidRPr="000B60F7">
              <w:rPr>
                <w:rFonts w:cs="Times New Roman"/>
                <w:sz w:val="19"/>
              </w:rPr>
              <w:t>Series A/B</w:t>
            </w:r>
          </w:p>
        </w:tc>
        <w:tc>
          <w:tcPr>
            <w:tcW w:w="1368" w:type="dxa"/>
            <w:shd w:val="clear" w:color="auto" w:fill="FFFFFF"/>
            <w:tcMar>
              <w:top w:w="65" w:type="dxa"/>
              <w:left w:w="75" w:type="dxa"/>
              <w:bottom w:w="65" w:type="dxa"/>
              <w:right w:w="75" w:type="dxa"/>
            </w:tcMar>
            <w:vAlign w:val="center"/>
          </w:tcPr>
          <w:p w14:paraId="16464608" w14:textId="77777777" w:rsidR="00A83192" w:rsidRPr="000B60F7" w:rsidRDefault="00000000">
            <w:pPr>
              <w:spacing w:after="0" w:line="240" w:lineRule="auto"/>
              <w:rPr>
                <w:rFonts w:cs="Times New Roman"/>
              </w:rPr>
            </w:pPr>
            <w:r w:rsidRPr="000B60F7">
              <w:rPr>
                <w:rFonts w:cs="Times New Roman"/>
                <w:sz w:val="19"/>
              </w:rPr>
              <w:t>1–12</w:t>
            </w:r>
          </w:p>
        </w:tc>
        <w:tc>
          <w:tcPr>
            <w:tcW w:w="1584" w:type="dxa"/>
            <w:shd w:val="clear" w:color="auto" w:fill="FFFFFF"/>
            <w:tcMar>
              <w:top w:w="65" w:type="dxa"/>
              <w:left w:w="75" w:type="dxa"/>
              <w:bottom w:w="65" w:type="dxa"/>
              <w:right w:w="75" w:type="dxa"/>
            </w:tcMar>
            <w:vAlign w:val="center"/>
          </w:tcPr>
          <w:p w14:paraId="20F96E02" w14:textId="77777777" w:rsidR="00A83192" w:rsidRPr="000B60F7" w:rsidRDefault="00000000">
            <w:pPr>
              <w:spacing w:after="0" w:line="240" w:lineRule="auto"/>
              <w:jc w:val="center"/>
              <w:rPr>
                <w:rFonts w:cs="Times New Roman"/>
              </w:rPr>
            </w:pPr>
            <w:r w:rsidRPr="000B60F7">
              <w:rPr>
                <w:rFonts w:cs="Times New Roman"/>
                <w:sz w:val="19"/>
              </w:rPr>
              <w:t>293</w:t>
            </w:r>
          </w:p>
        </w:tc>
        <w:tc>
          <w:tcPr>
            <w:tcW w:w="2016" w:type="dxa"/>
            <w:shd w:val="clear" w:color="auto" w:fill="FFFFFF"/>
            <w:tcMar>
              <w:top w:w="65" w:type="dxa"/>
              <w:left w:w="75" w:type="dxa"/>
              <w:bottom w:w="65" w:type="dxa"/>
              <w:right w:w="75" w:type="dxa"/>
            </w:tcMar>
            <w:vAlign w:val="center"/>
          </w:tcPr>
          <w:p w14:paraId="1BFE190C" w14:textId="77777777" w:rsidR="00A83192" w:rsidRPr="000B60F7" w:rsidRDefault="00000000">
            <w:pPr>
              <w:spacing w:after="0" w:line="240" w:lineRule="auto"/>
              <w:jc w:val="center"/>
              <w:rPr>
                <w:rFonts w:cs="Times New Roman"/>
              </w:rPr>
            </w:pPr>
            <w:r w:rsidRPr="000B60F7">
              <w:rPr>
                <w:rFonts w:cs="Times New Roman"/>
                <w:sz w:val="19"/>
              </w:rPr>
              <w:t>51</w:t>
            </w:r>
          </w:p>
        </w:tc>
      </w:tr>
      <w:tr w:rsidR="00A83192" w:rsidRPr="000B60F7" w14:paraId="577D1386" w14:textId="77777777">
        <w:trPr>
          <w:cantSplit/>
          <w:jc w:val="center"/>
        </w:trPr>
        <w:tc>
          <w:tcPr>
            <w:tcW w:w="2016" w:type="dxa"/>
            <w:shd w:val="clear" w:color="auto" w:fill="F6F8FA"/>
            <w:tcMar>
              <w:top w:w="65" w:type="dxa"/>
              <w:left w:w="75" w:type="dxa"/>
              <w:bottom w:w="65" w:type="dxa"/>
              <w:right w:w="75" w:type="dxa"/>
            </w:tcMar>
            <w:vAlign w:val="center"/>
          </w:tcPr>
          <w:p w14:paraId="51B196DC" w14:textId="77777777" w:rsidR="00A83192" w:rsidRPr="000B60F7" w:rsidRDefault="00000000">
            <w:pPr>
              <w:spacing w:after="0" w:line="240" w:lineRule="auto"/>
              <w:rPr>
                <w:rFonts w:cs="Times New Roman"/>
              </w:rPr>
            </w:pPr>
            <w:r w:rsidRPr="000B60F7">
              <w:rPr>
                <w:rFonts w:cs="Times New Roman"/>
                <w:sz w:val="19"/>
              </w:rPr>
              <w:t>Entry stage</w:t>
            </w:r>
          </w:p>
        </w:tc>
        <w:tc>
          <w:tcPr>
            <w:tcW w:w="2376" w:type="dxa"/>
            <w:shd w:val="clear" w:color="auto" w:fill="F6F8FA"/>
            <w:tcMar>
              <w:top w:w="65" w:type="dxa"/>
              <w:left w:w="75" w:type="dxa"/>
              <w:bottom w:w="65" w:type="dxa"/>
              <w:right w:w="75" w:type="dxa"/>
            </w:tcMar>
            <w:vAlign w:val="center"/>
          </w:tcPr>
          <w:p w14:paraId="24F5590E" w14:textId="77777777" w:rsidR="00A83192" w:rsidRPr="000B60F7" w:rsidRDefault="00000000">
            <w:pPr>
              <w:spacing w:after="0" w:line="240" w:lineRule="auto"/>
              <w:rPr>
                <w:rFonts w:cs="Times New Roman"/>
              </w:rPr>
            </w:pPr>
            <w:r w:rsidRPr="000B60F7">
              <w:rPr>
                <w:rFonts w:cs="Times New Roman"/>
                <w:sz w:val="19"/>
              </w:rPr>
              <w:t>Series A/B</w:t>
            </w:r>
          </w:p>
        </w:tc>
        <w:tc>
          <w:tcPr>
            <w:tcW w:w="1368" w:type="dxa"/>
            <w:shd w:val="clear" w:color="auto" w:fill="F6F8FA"/>
            <w:tcMar>
              <w:top w:w="65" w:type="dxa"/>
              <w:left w:w="75" w:type="dxa"/>
              <w:bottom w:w="65" w:type="dxa"/>
              <w:right w:w="75" w:type="dxa"/>
            </w:tcMar>
            <w:vAlign w:val="center"/>
          </w:tcPr>
          <w:p w14:paraId="73662D79" w14:textId="77777777" w:rsidR="00A83192" w:rsidRPr="000B60F7" w:rsidRDefault="00000000">
            <w:pPr>
              <w:spacing w:after="0" w:line="240" w:lineRule="auto"/>
              <w:rPr>
                <w:rFonts w:cs="Times New Roman"/>
              </w:rPr>
            </w:pPr>
            <w:r w:rsidRPr="000B60F7">
              <w:rPr>
                <w:rFonts w:cs="Times New Roman"/>
                <w:sz w:val="19"/>
              </w:rPr>
              <w:t>13–24</w:t>
            </w:r>
          </w:p>
        </w:tc>
        <w:tc>
          <w:tcPr>
            <w:tcW w:w="1584" w:type="dxa"/>
            <w:shd w:val="clear" w:color="auto" w:fill="F6F8FA"/>
            <w:tcMar>
              <w:top w:w="65" w:type="dxa"/>
              <w:left w:w="75" w:type="dxa"/>
              <w:bottom w:w="65" w:type="dxa"/>
              <w:right w:w="75" w:type="dxa"/>
            </w:tcMar>
            <w:vAlign w:val="center"/>
          </w:tcPr>
          <w:p w14:paraId="31EB6E6C" w14:textId="77777777" w:rsidR="00A83192" w:rsidRPr="000B60F7" w:rsidRDefault="00000000">
            <w:pPr>
              <w:spacing w:after="0" w:line="240" w:lineRule="auto"/>
              <w:jc w:val="center"/>
              <w:rPr>
                <w:rFonts w:cs="Times New Roman"/>
              </w:rPr>
            </w:pPr>
            <w:r w:rsidRPr="000B60F7">
              <w:rPr>
                <w:rFonts w:cs="Times New Roman"/>
                <w:sz w:val="19"/>
              </w:rPr>
              <w:t>238</w:t>
            </w:r>
          </w:p>
        </w:tc>
        <w:tc>
          <w:tcPr>
            <w:tcW w:w="2016" w:type="dxa"/>
            <w:shd w:val="clear" w:color="auto" w:fill="F6F8FA"/>
            <w:tcMar>
              <w:top w:w="65" w:type="dxa"/>
              <w:left w:w="75" w:type="dxa"/>
              <w:bottom w:w="65" w:type="dxa"/>
              <w:right w:w="75" w:type="dxa"/>
            </w:tcMar>
            <w:vAlign w:val="center"/>
          </w:tcPr>
          <w:p w14:paraId="2FF7FBA1" w14:textId="77777777" w:rsidR="00A83192" w:rsidRPr="000B60F7" w:rsidRDefault="00000000">
            <w:pPr>
              <w:spacing w:after="0" w:line="240" w:lineRule="auto"/>
              <w:jc w:val="center"/>
              <w:rPr>
                <w:rFonts w:cs="Times New Roman"/>
              </w:rPr>
            </w:pPr>
            <w:r w:rsidRPr="000B60F7">
              <w:rPr>
                <w:rFonts w:cs="Times New Roman"/>
                <w:sz w:val="19"/>
              </w:rPr>
              <w:t>73</w:t>
            </w:r>
          </w:p>
        </w:tc>
      </w:tr>
      <w:tr w:rsidR="00A83192" w:rsidRPr="000B60F7" w14:paraId="6F4684E8" w14:textId="77777777">
        <w:trPr>
          <w:cantSplit/>
          <w:jc w:val="center"/>
        </w:trPr>
        <w:tc>
          <w:tcPr>
            <w:tcW w:w="2016" w:type="dxa"/>
            <w:shd w:val="clear" w:color="auto" w:fill="FFFFFF"/>
            <w:tcMar>
              <w:top w:w="65" w:type="dxa"/>
              <w:left w:w="75" w:type="dxa"/>
              <w:bottom w:w="65" w:type="dxa"/>
              <w:right w:w="75" w:type="dxa"/>
            </w:tcMar>
            <w:vAlign w:val="center"/>
          </w:tcPr>
          <w:p w14:paraId="7462D2D2" w14:textId="77777777" w:rsidR="00A83192" w:rsidRPr="000B60F7" w:rsidRDefault="00000000">
            <w:pPr>
              <w:spacing w:after="0" w:line="240" w:lineRule="auto"/>
              <w:rPr>
                <w:rFonts w:cs="Times New Roman"/>
              </w:rPr>
            </w:pPr>
            <w:r w:rsidRPr="000B60F7">
              <w:rPr>
                <w:rFonts w:cs="Times New Roman"/>
                <w:sz w:val="19"/>
              </w:rPr>
              <w:t>Entry stage</w:t>
            </w:r>
          </w:p>
        </w:tc>
        <w:tc>
          <w:tcPr>
            <w:tcW w:w="2376" w:type="dxa"/>
            <w:shd w:val="clear" w:color="auto" w:fill="FFFFFF"/>
            <w:tcMar>
              <w:top w:w="65" w:type="dxa"/>
              <w:left w:w="75" w:type="dxa"/>
              <w:bottom w:w="65" w:type="dxa"/>
              <w:right w:w="75" w:type="dxa"/>
            </w:tcMar>
            <w:vAlign w:val="center"/>
          </w:tcPr>
          <w:p w14:paraId="0E3EA5A6" w14:textId="77777777" w:rsidR="00A83192" w:rsidRPr="000B60F7" w:rsidRDefault="00000000">
            <w:pPr>
              <w:spacing w:after="0" w:line="240" w:lineRule="auto"/>
              <w:rPr>
                <w:rFonts w:cs="Times New Roman"/>
              </w:rPr>
            </w:pPr>
            <w:r w:rsidRPr="000B60F7">
              <w:rPr>
                <w:rFonts w:cs="Times New Roman"/>
                <w:sz w:val="19"/>
              </w:rPr>
              <w:t>Series A/B</w:t>
            </w:r>
          </w:p>
        </w:tc>
        <w:tc>
          <w:tcPr>
            <w:tcW w:w="1368" w:type="dxa"/>
            <w:shd w:val="clear" w:color="auto" w:fill="FFFFFF"/>
            <w:tcMar>
              <w:top w:w="65" w:type="dxa"/>
              <w:left w:w="75" w:type="dxa"/>
              <w:bottom w:w="65" w:type="dxa"/>
              <w:right w:w="75" w:type="dxa"/>
            </w:tcMar>
            <w:vAlign w:val="center"/>
          </w:tcPr>
          <w:p w14:paraId="14657F63" w14:textId="77777777" w:rsidR="00A83192" w:rsidRPr="000B60F7" w:rsidRDefault="00000000">
            <w:pPr>
              <w:spacing w:after="0" w:line="240" w:lineRule="auto"/>
              <w:rPr>
                <w:rFonts w:cs="Times New Roman"/>
              </w:rPr>
            </w:pPr>
            <w:r w:rsidRPr="000B60F7">
              <w:rPr>
                <w:rFonts w:cs="Times New Roman"/>
                <w:sz w:val="19"/>
              </w:rPr>
              <w:t>25–36</w:t>
            </w:r>
          </w:p>
        </w:tc>
        <w:tc>
          <w:tcPr>
            <w:tcW w:w="1584" w:type="dxa"/>
            <w:shd w:val="clear" w:color="auto" w:fill="FFFFFF"/>
            <w:tcMar>
              <w:top w:w="65" w:type="dxa"/>
              <w:left w:w="75" w:type="dxa"/>
              <w:bottom w:w="65" w:type="dxa"/>
              <w:right w:w="75" w:type="dxa"/>
            </w:tcMar>
            <w:vAlign w:val="center"/>
          </w:tcPr>
          <w:p w14:paraId="14D4C7A4" w14:textId="77777777" w:rsidR="00A83192" w:rsidRPr="000B60F7" w:rsidRDefault="00000000">
            <w:pPr>
              <w:spacing w:after="0" w:line="240" w:lineRule="auto"/>
              <w:jc w:val="center"/>
              <w:rPr>
                <w:rFonts w:cs="Times New Roman"/>
              </w:rPr>
            </w:pPr>
            <w:r w:rsidRPr="000B60F7">
              <w:rPr>
                <w:rFonts w:cs="Times New Roman"/>
                <w:sz w:val="19"/>
              </w:rPr>
              <w:t>161</w:t>
            </w:r>
          </w:p>
        </w:tc>
        <w:tc>
          <w:tcPr>
            <w:tcW w:w="2016" w:type="dxa"/>
            <w:shd w:val="clear" w:color="auto" w:fill="FFFFFF"/>
            <w:tcMar>
              <w:top w:w="65" w:type="dxa"/>
              <w:left w:w="75" w:type="dxa"/>
              <w:bottom w:w="65" w:type="dxa"/>
              <w:right w:w="75" w:type="dxa"/>
            </w:tcMar>
            <w:vAlign w:val="center"/>
          </w:tcPr>
          <w:p w14:paraId="41FBADC7" w14:textId="77777777" w:rsidR="00A83192" w:rsidRPr="000B60F7" w:rsidRDefault="00000000">
            <w:pPr>
              <w:spacing w:after="0" w:line="240" w:lineRule="auto"/>
              <w:jc w:val="center"/>
              <w:rPr>
                <w:rFonts w:cs="Times New Roman"/>
              </w:rPr>
            </w:pPr>
            <w:r w:rsidRPr="000B60F7">
              <w:rPr>
                <w:rFonts w:cs="Times New Roman"/>
                <w:sz w:val="19"/>
              </w:rPr>
              <w:t>54</w:t>
            </w:r>
          </w:p>
        </w:tc>
      </w:tr>
      <w:tr w:rsidR="00A83192" w:rsidRPr="000B60F7" w14:paraId="1F80F991" w14:textId="77777777">
        <w:trPr>
          <w:cantSplit/>
          <w:jc w:val="center"/>
        </w:trPr>
        <w:tc>
          <w:tcPr>
            <w:tcW w:w="2016" w:type="dxa"/>
            <w:shd w:val="clear" w:color="auto" w:fill="F6F8FA"/>
            <w:tcMar>
              <w:top w:w="65" w:type="dxa"/>
              <w:left w:w="75" w:type="dxa"/>
              <w:bottom w:w="65" w:type="dxa"/>
              <w:right w:w="75" w:type="dxa"/>
            </w:tcMar>
            <w:vAlign w:val="center"/>
          </w:tcPr>
          <w:p w14:paraId="7F659B68" w14:textId="77777777" w:rsidR="00A83192" w:rsidRPr="000B60F7" w:rsidRDefault="00000000">
            <w:pPr>
              <w:spacing w:after="0" w:line="240" w:lineRule="auto"/>
              <w:rPr>
                <w:rFonts w:cs="Times New Roman"/>
              </w:rPr>
            </w:pPr>
            <w:r w:rsidRPr="000B60F7">
              <w:rPr>
                <w:rFonts w:cs="Times New Roman"/>
                <w:sz w:val="19"/>
              </w:rPr>
              <w:t>Entry stage</w:t>
            </w:r>
          </w:p>
        </w:tc>
        <w:tc>
          <w:tcPr>
            <w:tcW w:w="2376" w:type="dxa"/>
            <w:shd w:val="clear" w:color="auto" w:fill="F6F8FA"/>
            <w:tcMar>
              <w:top w:w="65" w:type="dxa"/>
              <w:left w:w="75" w:type="dxa"/>
              <w:bottom w:w="65" w:type="dxa"/>
              <w:right w:w="75" w:type="dxa"/>
            </w:tcMar>
            <w:vAlign w:val="center"/>
          </w:tcPr>
          <w:p w14:paraId="7807F0F8" w14:textId="77777777" w:rsidR="00A83192" w:rsidRPr="000B60F7" w:rsidRDefault="00000000">
            <w:pPr>
              <w:spacing w:after="0" w:line="240" w:lineRule="auto"/>
              <w:rPr>
                <w:rFonts w:cs="Times New Roman"/>
              </w:rPr>
            </w:pPr>
            <w:r w:rsidRPr="000B60F7">
              <w:rPr>
                <w:rFonts w:cs="Times New Roman"/>
                <w:sz w:val="19"/>
              </w:rPr>
              <w:t>Series A/B</w:t>
            </w:r>
          </w:p>
        </w:tc>
        <w:tc>
          <w:tcPr>
            <w:tcW w:w="1368" w:type="dxa"/>
            <w:shd w:val="clear" w:color="auto" w:fill="F6F8FA"/>
            <w:tcMar>
              <w:top w:w="65" w:type="dxa"/>
              <w:left w:w="75" w:type="dxa"/>
              <w:bottom w:w="65" w:type="dxa"/>
              <w:right w:w="75" w:type="dxa"/>
            </w:tcMar>
            <w:vAlign w:val="center"/>
          </w:tcPr>
          <w:p w14:paraId="63B4549A" w14:textId="77777777" w:rsidR="00A83192" w:rsidRPr="000B60F7" w:rsidRDefault="00000000">
            <w:pPr>
              <w:spacing w:after="0" w:line="240" w:lineRule="auto"/>
              <w:rPr>
                <w:rFonts w:cs="Times New Roman"/>
              </w:rPr>
            </w:pPr>
            <w:r w:rsidRPr="000B60F7">
              <w:rPr>
                <w:rFonts w:cs="Times New Roman"/>
                <w:sz w:val="19"/>
              </w:rPr>
              <w:t>37–60</w:t>
            </w:r>
          </w:p>
        </w:tc>
        <w:tc>
          <w:tcPr>
            <w:tcW w:w="1584" w:type="dxa"/>
            <w:shd w:val="clear" w:color="auto" w:fill="F6F8FA"/>
            <w:tcMar>
              <w:top w:w="65" w:type="dxa"/>
              <w:left w:w="75" w:type="dxa"/>
              <w:bottom w:w="65" w:type="dxa"/>
              <w:right w:w="75" w:type="dxa"/>
            </w:tcMar>
            <w:vAlign w:val="center"/>
          </w:tcPr>
          <w:p w14:paraId="181E7130" w14:textId="77777777" w:rsidR="00A83192" w:rsidRPr="000B60F7" w:rsidRDefault="00000000">
            <w:pPr>
              <w:spacing w:after="0" w:line="240" w:lineRule="auto"/>
              <w:jc w:val="center"/>
              <w:rPr>
                <w:rFonts w:cs="Times New Roman"/>
              </w:rPr>
            </w:pPr>
            <w:r w:rsidRPr="000B60F7">
              <w:rPr>
                <w:rFonts w:cs="Times New Roman"/>
                <w:sz w:val="19"/>
              </w:rPr>
              <w:t>100</w:t>
            </w:r>
          </w:p>
        </w:tc>
        <w:tc>
          <w:tcPr>
            <w:tcW w:w="2016" w:type="dxa"/>
            <w:shd w:val="clear" w:color="auto" w:fill="F6F8FA"/>
            <w:tcMar>
              <w:top w:w="65" w:type="dxa"/>
              <w:left w:w="75" w:type="dxa"/>
              <w:bottom w:w="65" w:type="dxa"/>
              <w:right w:w="75" w:type="dxa"/>
            </w:tcMar>
            <w:vAlign w:val="center"/>
          </w:tcPr>
          <w:p w14:paraId="62E8FEB9" w14:textId="77777777" w:rsidR="00A83192" w:rsidRPr="000B60F7" w:rsidRDefault="00000000">
            <w:pPr>
              <w:spacing w:after="0" w:line="240" w:lineRule="auto"/>
              <w:jc w:val="center"/>
              <w:rPr>
                <w:rFonts w:cs="Times New Roman"/>
              </w:rPr>
            </w:pPr>
            <w:r w:rsidRPr="000B60F7">
              <w:rPr>
                <w:rFonts w:cs="Times New Roman"/>
                <w:sz w:val="19"/>
              </w:rPr>
              <w:t>24</w:t>
            </w:r>
          </w:p>
        </w:tc>
      </w:tr>
      <w:tr w:rsidR="00A83192" w:rsidRPr="000B60F7" w14:paraId="6C2BBD73" w14:textId="77777777">
        <w:trPr>
          <w:cantSplit/>
          <w:jc w:val="center"/>
        </w:trPr>
        <w:tc>
          <w:tcPr>
            <w:tcW w:w="2016" w:type="dxa"/>
            <w:shd w:val="clear" w:color="auto" w:fill="FFFFFF"/>
            <w:tcMar>
              <w:top w:w="65" w:type="dxa"/>
              <w:left w:w="75" w:type="dxa"/>
              <w:bottom w:w="65" w:type="dxa"/>
              <w:right w:w="75" w:type="dxa"/>
            </w:tcMar>
            <w:vAlign w:val="center"/>
          </w:tcPr>
          <w:p w14:paraId="31F2FAE8" w14:textId="77777777" w:rsidR="00A83192" w:rsidRPr="000B60F7" w:rsidRDefault="00000000">
            <w:pPr>
              <w:spacing w:after="0" w:line="240" w:lineRule="auto"/>
              <w:rPr>
                <w:rFonts w:cs="Times New Roman"/>
              </w:rPr>
            </w:pPr>
            <w:r w:rsidRPr="000B60F7">
              <w:rPr>
                <w:rFonts w:cs="Times New Roman"/>
                <w:sz w:val="19"/>
              </w:rPr>
              <w:t>Biopharma status</w:t>
            </w:r>
          </w:p>
        </w:tc>
        <w:tc>
          <w:tcPr>
            <w:tcW w:w="2376" w:type="dxa"/>
            <w:shd w:val="clear" w:color="auto" w:fill="FFFFFF"/>
            <w:tcMar>
              <w:top w:w="65" w:type="dxa"/>
              <w:left w:w="75" w:type="dxa"/>
              <w:bottom w:w="65" w:type="dxa"/>
              <w:right w:w="75" w:type="dxa"/>
            </w:tcMar>
            <w:vAlign w:val="center"/>
          </w:tcPr>
          <w:p w14:paraId="519057D8" w14:textId="77777777" w:rsidR="00A83192" w:rsidRPr="000B60F7" w:rsidRDefault="00000000">
            <w:pPr>
              <w:spacing w:after="0" w:line="240" w:lineRule="auto"/>
              <w:rPr>
                <w:rFonts w:cs="Times New Roman"/>
              </w:rPr>
            </w:pPr>
            <w:r w:rsidRPr="000B60F7">
              <w:rPr>
                <w:rFonts w:cs="Times New Roman"/>
                <w:sz w:val="19"/>
              </w:rPr>
              <w:t>Other healthcare</w:t>
            </w:r>
          </w:p>
        </w:tc>
        <w:tc>
          <w:tcPr>
            <w:tcW w:w="1368" w:type="dxa"/>
            <w:shd w:val="clear" w:color="auto" w:fill="FFFFFF"/>
            <w:tcMar>
              <w:top w:w="65" w:type="dxa"/>
              <w:left w:w="75" w:type="dxa"/>
              <w:bottom w:w="65" w:type="dxa"/>
              <w:right w:w="75" w:type="dxa"/>
            </w:tcMar>
            <w:vAlign w:val="center"/>
          </w:tcPr>
          <w:p w14:paraId="2986D0D6" w14:textId="77777777" w:rsidR="00A83192" w:rsidRPr="000B60F7" w:rsidRDefault="00000000">
            <w:pPr>
              <w:spacing w:after="0" w:line="240" w:lineRule="auto"/>
              <w:rPr>
                <w:rFonts w:cs="Times New Roman"/>
              </w:rPr>
            </w:pPr>
            <w:r w:rsidRPr="000B60F7">
              <w:rPr>
                <w:rFonts w:cs="Times New Roman"/>
                <w:sz w:val="19"/>
              </w:rPr>
              <w:t>1–12</w:t>
            </w:r>
          </w:p>
        </w:tc>
        <w:tc>
          <w:tcPr>
            <w:tcW w:w="1584" w:type="dxa"/>
            <w:shd w:val="clear" w:color="auto" w:fill="FFFFFF"/>
            <w:tcMar>
              <w:top w:w="65" w:type="dxa"/>
              <w:left w:w="75" w:type="dxa"/>
              <w:bottom w:w="65" w:type="dxa"/>
              <w:right w:w="75" w:type="dxa"/>
            </w:tcMar>
            <w:vAlign w:val="center"/>
          </w:tcPr>
          <w:p w14:paraId="340673A4" w14:textId="77777777" w:rsidR="00A83192" w:rsidRPr="000B60F7" w:rsidRDefault="00000000">
            <w:pPr>
              <w:spacing w:after="0" w:line="240" w:lineRule="auto"/>
              <w:jc w:val="center"/>
              <w:rPr>
                <w:rFonts w:cs="Times New Roman"/>
              </w:rPr>
            </w:pPr>
            <w:r w:rsidRPr="000B60F7">
              <w:rPr>
                <w:rFonts w:cs="Times New Roman"/>
                <w:sz w:val="19"/>
              </w:rPr>
              <w:t>333</w:t>
            </w:r>
          </w:p>
        </w:tc>
        <w:tc>
          <w:tcPr>
            <w:tcW w:w="2016" w:type="dxa"/>
            <w:shd w:val="clear" w:color="auto" w:fill="FFFFFF"/>
            <w:tcMar>
              <w:top w:w="65" w:type="dxa"/>
              <w:left w:w="75" w:type="dxa"/>
              <w:bottom w:w="65" w:type="dxa"/>
              <w:right w:w="75" w:type="dxa"/>
            </w:tcMar>
            <w:vAlign w:val="center"/>
          </w:tcPr>
          <w:p w14:paraId="768F2282" w14:textId="77777777" w:rsidR="00A83192" w:rsidRPr="000B60F7" w:rsidRDefault="00000000">
            <w:pPr>
              <w:spacing w:after="0" w:line="240" w:lineRule="auto"/>
              <w:jc w:val="center"/>
              <w:rPr>
                <w:rFonts w:cs="Times New Roman"/>
              </w:rPr>
            </w:pPr>
            <w:r w:rsidRPr="000B60F7">
              <w:rPr>
                <w:rFonts w:cs="Times New Roman"/>
                <w:sz w:val="19"/>
              </w:rPr>
              <w:t>60</w:t>
            </w:r>
          </w:p>
        </w:tc>
      </w:tr>
      <w:tr w:rsidR="00A83192" w:rsidRPr="000B60F7" w14:paraId="58C128D6" w14:textId="77777777">
        <w:trPr>
          <w:cantSplit/>
          <w:jc w:val="center"/>
        </w:trPr>
        <w:tc>
          <w:tcPr>
            <w:tcW w:w="2016" w:type="dxa"/>
            <w:shd w:val="clear" w:color="auto" w:fill="F6F8FA"/>
            <w:tcMar>
              <w:top w:w="65" w:type="dxa"/>
              <w:left w:w="75" w:type="dxa"/>
              <w:bottom w:w="65" w:type="dxa"/>
              <w:right w:w="75" w:type="dxa"/>
            </w:tcMar>
            <w:vAlign w:val="center"/>
          </w:tcPr>
          <w:p w14:paraId="650FD817" w14:textId="77777777" w:rsidR="00A83192" w:rsidRPr="000B60F7" w:rsidRDefault="00000000">
            <w:pPr>
              <w:spacing w:after="0" w:line="240" w:lineRule="auto"/>
              <w:rPr>
                <w:rFonts w:cs="Times New Roman"/>
              </w:rPr>
            </w:pPr>
            <w:r w:rsidRPr="000B60F7">
              <w:rPr>
                <w:rFonts w:cs="Times New Roman"/>
                <w:sz w:val="19"/>
              </w:rPr>
              <w:t>Biopharma status</w:t>
            </w:r>
          </w:p>
        </w:tc>
        <w:tc>
          <w:tcPr>
            <w:tcW w:w="2376" w:type="dxa"/>
            <w:shd w:val="clear" w:color="auto" w:fill="F6F8FA"/>
            <w:tcMar>
              <w:top w:w="65" w:type="dxa"/>
              <w:left w:w="75" w:type="dxa"/>
              <w:bottom w:w="65" w:type="dxa"/>
              <w:right w:w="75" w:type="dxa"/>
            </w:tcMar>
            <w:vAlign w:val="center"/>
          </w:tcPr>
          <w:p w14:paraId="2BE1D92D" w14:textId="77777777" w:rsidR="00A83192" w:rsidRPr="000B60F7" w:rsidRDefault="00000000">
            <w:pPr>
              <w:spacing w:after="0" w:line="240" w:lineRule="auto"/>
              <w:rPr>
                <w:rFonts w:cs="Times New Roman"/>
              </w:rPr>
            </w:pPr>
            <w:r w:rsidRPr="000B60F7">
              <w:rPr>
                <w:rFonts w:cs="Times New Roman"/>
                <w:sz w:val="19"/>
              </w:rPr>
              <w:t>Other healthcare</w:t>
            </w:r>
          </w:p>
        </w:tc>
        <w:tc>
          <w:tcPr>
            <w:tcW w:w="1368" w:type="dxa"/>
            <w:shd w:val="clear" w:color="auto" w:fill="F6F8FA"/>
            <w:tcMar>
              <w:top w:w="65" w:type="dxa"/>
              <w:left w:w="75" w:type="dxa"/>
              <w:bottom w:w="65" w:type="dxa"/>
              <w:right w:w="75" w:type="dxa"/>
            </w:tcMar>
            <w:vAlign w:val="center"/>
          </w:tcPr>
          <w:p w14:paraId="12555FA1" w14:textId="77777777" w:rsidR="00A83192" w:rsidRPr="000B60F7" w:rsidRDefault="00000000">
            <w:pPr>
              <w:spacing w:after="0" w:line="240" w:lineRule="auto"/>
              <w:rPr>
                <w:rFonts w:cs="Times New Roman"/>
              </w:rPr>
            </w:pPr>
            <w:r w:rsidRPr="000B60F7">
              <w:rPr>
                <w:rFonts w:cs="Times New Roman"/>
                <w:sz w:val="19"/>
              </w:rPr>
              <w:t>13–24</w:t>
            </w:r>
          </w:p>
        </w:tc>
        <w:tc>
          <w:tcPr>
            <w:tcW w:w="1584" w:type="dxa"/>
            <w:shd w:val="clear" w:color="auto" w:fill="F6F8FA"/>
            <w:tcMar>
              <w:top w:w="65" w:type="dxa"/>
              <w:left w:w="75" w:type="dxa"/>
              <w:bottom w:w="65" w:type="dxa"/>
              <w:right w:w="75" w:type="dxa"/>
            </w:tcMar>
            <w:vAlign w:val="center"/>
          </w:tcPr>
          <w:p w14:paraId="70425384" w14:textId="77777777" w:rsidR="00A83192" w:rsidRPr="000B60F7" w:rsidRDefault="00000000">
            <w:pPr>
              <w:spacing w:after="0" w:line="240" w:lineRule="auto"/>
              <w:jc w:val="center"/>
              <w:rPr>
                <w:rFonts w:cs="Times New Roman"/>
              </w:rPr>
            </w:pPr>
            <w:r w:rsidRPr="000B60F7">
              <w:rPr>
                <w:rFonts w:cs="Times New Roman"/>
                <w:sz w:val="19"/>
              </w:rPr>
              <w:t>268</w:t>
            </w:r>
          </w:p>
        </w:tc>
        <w:tc>
          <w:tcPr>
            <w:tcW w:w="2016" w:type="dxa"/>
            <w:shd w:val="clear" w:color="auto" w:fill="F6F8FA"/>
            <w:tcMar>
              <w:top w:w="65" w:type="dxa"/>
              <w:left w:w="75" w:type="dxa"/>
              <w:bottom w:w="65" w:type="dxa"/>
              <w:right w:w="75" w:type="dxa"/>
            </w:tcMar>
            <w:vAlign w:val="center"/>
          </w:tcPr>
          <w:p w14:paraId="3B8AD95A" w14:textId="77777777" w:rsidR="00A83192" w:rsidRPr="000B60F7" w:rsidRDefault="00000000">
            <w:pPr>
              <w:spacing w:after="0" w:line="240" w:lineRule="auto"/>
              <w:jc w:val="center"/>
              <w:rPr>
                <w:rFonts w:cs="Times New Roman"/>
              </w:rPr>
            </w:pPr>
            <w:r w:rsidRPr="000B60F7">
              <w:rPr>
                <w:rFonts w:cs="Times New Roman"/>
                <w:sz w:val="19"/>
              </w:rPr>
              <w:t>65</w:t>
            </w:r>
          </w:p>
        </w:tc>
      </w:tr>
      <w:tr w:rsidR="00A83192" w:rsidRPr="000B60F7" w14:paraId="45519337" w14:textId="77777777">
        <w:trPr>
          <w:cantSplit/>
          <w:jc w:val="center"/>
        </w:trPr>
        <w:tc>
          <w:tcPr>
            <w:tcW w:w="2016" w:type="dxa"/>
            <w:shd w:val="clear" w:color="auto" w:fill="FFFFFF"/>
            <w:tcMar>
              <w:top w:w="65" w:type="dxa"/>
              <w:left w:w="75" w:type="dxa"/>
              <w:bottom w:w="65" w:type="dxa"/>
              <w:right w:w="75" w:type="dxa"/>
            </w:tcMar>
            <w:vAlign w:val="center"/>
          </w:tcPr>
          <w:p w14:paraId="05487D1A" w14:textId="77777777" w:rsidR="00A83192" w:rsidRPr="000B60F7" w:rsidRDefault="00000000">
            <w:pPr>
              <w:spacing w:after="0" w:line="240" w:lineRule="auto"/>
              <w:rPr>
                <w:rFonts w:cs="Times New Roman"/>
              </w:rPr>
            </w:pPr>
            <w:r w:rsidRPr="000B60F7">
              <w:rPr>
                <w:rFonts w:cs="Times New Roman"/>
                <w:sz w:val="19"/>
              </w:rPr>
              <w:t>Biopharma status</w:t>
            </w:r>
          </w:p>
        </w:tc>
        <w:tc>
          <w:tcPr>
            <w:tcW w:w="2376" w:type="dxa"/>
            <w:shd w:val="clear" w:color="auto" w:fill="FFFFFF"/>
            <w:tcMar>
              <w:top w:w="65" w:type="dxa"/>
              <w:left w:w="75" w:type="dxa"/>
              <w:bottom w:w="65" w:type="dxa"/>
              <w:right w:w="75" w:type="dxa"/>
            </w:tcMar>
            <w:vAlign w:val="center"/>
          </w:tcPr>
          <w:p w14:paraId="48F3FC60" w14:textId="77777777" w:rsidR="00A83192" w:rsidRPr="000B60F7" w:rsidRDefault="00000000">
            <w:pPr>
              <w:spacing w:after="0" w:line="240" w:lineRule="auto"/>
              <w:rPr>
                <w:rFonts w:cs="Times New Roman"/>
              </w:rPr>
            </w:pPr>
            <w:r w:rsidRPr="000B60F7">
              <w:rPr>
                <w:rFonts w:cs="Times New Roman"/>
                <w:sz w:val="19"/>
              </w:rPr>
              <w:t>Other healthcare</w:t>
            </w:r>
          </w:p>
        </w:tc>
        <w:tc>
          <w:tcPr>
            <w:tcW w:w="1368" w:type="dxa"/>
            <w:shd w:val="clear" w:color="auto" w:fill="FFFFFF"/>
            <w:tcMar>
              <w:top w:w="65" w:type="dxa"/>
              <w:left w:w="75" w:type="dxa"/>
              <w:bottom w:w="65" w:type="dxa"/>
              <w:right w:w="75" w:type="dxa"/>
            </w:tcMar>
            <w:vAlign w:val="center"/>
          </w:tcPr>
          <w:p w14:paraId="5325D5FA" w14:textId="77777777" w:rsidR="00A83192" w:rsidRPr="000B60F7" w:rsidRDefault="00000000">
            <w:pPr>
              <w:spacing w:after="0" w:line="240" w:lineRule="auto"/>
              <w:rPr>
                <w:rFonts w:cs="Times New Roman"/>
              </w:rPr>
            </w:pPr>
            <w:r w:rsidRPr="000B60F7">
              <w:rPr>
                <w:rFonts w:cs="Times New Roman"/>
                <w:sz w:val="19"/>
              </w:rPr>
              <w:t>25–36</w:t>
            </w:r>
          </w:p>
        </w:tc>
        <w:tc>
          <w:tcPr>
            <w:tcW w:w="1584" w:type="dxa"/>
            <w:shd w:val="clear" w:color="auto" w:fill="FFFFFF"/>
            <w:tcMar>
              <w:top w:w="65" w:type="dxa"/>
              <w:left w:w="75" w:type="dxa"/>
              <w:bottom w:w="65" w:type="dxa"/>
              <w:right w:w="75" w:type="dxa"/>
            </w:tcMar>
            <w:vAlign w:val="center"/>
          </w:tcPr>
          <w:p w14:paraId="6D8EAF42" w14:textId="77777777" w:rsidR="00A83192" w:rsidRPr="000B60F7" w:rsidRDefault="00000000">
            <w:pPr>
              <w:spacing w:after="0" w:line="240" w:lineRule="auto"/>
              <w:jc w:val="center"/>
              <w:rPr>
                <w:rFonts w:cs="Times New Roman"/>
              </w:rPr>
            </w:pPr>
            <w:r w:rsidRPr="000B60F7">
              <w:rPr>
                <w:rFonts w:cs="Times New Roman"/>
                <w:sz w:val="19"/>
              </w:rPr>
              <w:t>196</w:t>
            </w:r>
          </w:p>
        </w:tc>
        <w:tc>
          <w:tcPr>
            <w:tcW w:w="2016" w:type="dxa"/>
            <w:shd w:val="clear" w:color="auto" w:fill="FFFFFF"/>
            <w:tcMar>
              <w:top w:w="65" w:type="dxa"/>
              <w:left w:w="75" w:type="dxa"/>
              <w:bottom w:w="65" w:type="dxa"/>
              <w:right w:w="75" w:type="dxa"/>
            </w:tcMar>
            <w:vAlign w:val="center"/>
          </w:tcPr>
          <w:p w14:paraId="15E67635" w14:textId="77777777" w:rsidR="00A83192" w:rsidRPr="000B60F7" w:rsidRDefault="00000000">
            <w:pPr>
              <w:spacing w:after="0" w:line="240" w:lineRule="auto"/>
              <w:jc w:val="center"/>
              <w:rPr>
                <w:rFonts w:cs="Times New Roman"/>
              </w:rPr>
            </w:pPr>
            <w:r w:rsidRPr="000B60F7">
              <w:rPr>
                <w:rFonts w:cs="Times New Roman"/>
                <w:sz w:val="19"/>
              </w:rPr>
              <w:t>37</w:t>
            </w:r>
          </w:p>
        </w:tc>
      </w:tr>
      <w:tr w:rsidR="00A83192" w:rsidRPr="000B60F7" w14:paraId="5FFCDEA3" w14:textId="77777777">
        <w:trPr>
          <w:cantSplit/>
          <w:jc w:val="center"/>
        </w:trPr>
        <w:tc>
          <w:tcPr>
            <w:tcW w:w="2016" w:type="dxa"/>
            <w:shd w:val="clear" w:color="auto" w:fill="F6F8FA"/>
            <w:tcMar>
              <w:top w:w="65" w:type="dxa"/>
              <w:left w:w="75" w:type="dxa"/>
              <w:bottom w:w="65" w:type="dxa"/>
              <w:right w:w="75" w:type="dxa"/>
            </w:tcMar>
            <w:vAlign w:val="center"/>
          </w:tcPr>
          <w:p w14:paraId="65897527" w14:textId="77777777" w:rsidR="00A83192" w:rsidRPr="000B60F7" w:rsidRDefault="00000000">
            <w:pPr>
              <w:spacing w:after="0" w:line="240" w:lineRule="auto"/>
              <w:rPr>
                <w:rFonts w:cs="Times New Roman"/>
              </w:rPr>
            </w:pPr>
            <w:r w:rsidRPr="000B60F7">
              <w:rPr>
                <w:rFonts w:cs="Times New Roman"/>
                <w:sz w:val="19"/>
              </w:rPr>
              <w:t>Biopharma status</w:t>
            </w:r>
          </w:p>
        </w:tc>
        <w:tc>
          <w:tcPr>
            <w:tcW w:w="2376" w:type="dxa"/>
            <w:shd w:val="clear" w:color="auto" w:fill="F6F8FA"/>
            <w:tcMar>
              <w:top w:w="65" w:type="dxa"/>
              <w:left w:w="75" w:type="dxa"/>
              <w:bottom w:w="65" w:type="dxa"/>
              <w:right w:w="75" w:type="dxa"/>
            </w:tcMar>
            <w:vAlign w:val="center"/>
          </w:tcPr>
          <w:p w14:paraId="656040A4" w14:textId="77777777" w:rsidR="00A83192" w:rsidRPr="000B60F7" w:rsidRDefault="00000000">
            <w:pPr>
              <w:spacing w:after="0" w:line="240" w:lineRule="auto"/>
              <w:rPr>
                <w:rFonts w:cs="Times New Roman"/>
              </w:rPr>
            </w:pPr>
            <w:r w:rsidRPr="000B60F7">
              <w:rPr>
                <w:rFonts w:cs="Times New Roman"/>
                <w:sz w:val="19"/>
              </w:rPr>
              <w:t>Other healthcare</w:t>
            </w:r>
          </w:p>
        </w:tc>
        <w:tc>
          <w:tcPr>
            <w:tcW w:w="1368" w:type="dxa"/>
            <w:shd w:val="clear" w:color="auto" w:fill="F6F8FA"/>
            <w:tcMar>
              <w:top w:w="65" w:type="dxa"/>
              <w:left w:w="75" w:type="dxa"/>
              <w:bottom w:w="65" w:type="dxa"/>
              <w:right w:w="75" w:type="dxa"/>
            </w:tcMar>
            <w:vAlign w:val="center"/>
          </w:tcPr>
          <w:p w14:paraId="389CCDDD" w14:textId="77777777" w:rsidR="00A83192" w:rsidRPr="000B60F7" w:rsidRDefault="00000000">
            <w:pPr>
              <w:spacing w:after="0" w:line="240" w:lineRule="auto"/>
              <w:rPr>
                <w:rFonts w:cs="Times New Roman"/>
              </w:rPr>
            </w:pPr>
            <w:r w:rsidRPr="000B60F7">
              <w:rPr>
                <w:rFonts w:cs="Times New Roman"/>
                <w:sz w:val="19"/>
              </w:rPr>
              <w:t>37–60</w:t>
            </w:r>
          </w:p>
        </w:tc>
        <w:tc>
          <w:tcPr>
            <w:tcW w:w="1584" w:type="dxa"/>
            <w:shd w:val="clear" w:color="auto" w:fill="F6F8FA"/>
            <w:tcMar>
              <w:top w:w="65" w:type="dxa"/>
              <w:left w:w="75" w:type="dxa"/>
              <w:bottom w:w="65" w:type="dxa"/>
              <w:right w:w="75" w:type="dxa"/>
            </w:tcMar>
            <w:vAlign w:val="center"/>
          </w:tcPr>
          <w:p w14:paraId="72925B8B" w14:textId="77777777" w:rsidR="00A83192" w:rsidRPr="000B60F7" w:rsidRDefault="00000000">
            <w:pPr>
              <w:spacing w:after="0" w:line="240" w:lineRule="auto"/>
              <w:jc w:val="center"/>
              <w:rPr>
                <w:rFonts w:cs="Times New Roman"/>
              </w:rPr>
            </w:pPr>
            <w:r w:rsidRPr="000B60F7">
              <w:rPr>
                <w:rFonts w:cs="Times New Roman"/>
                <w:sz w:val="19"/>
              </w:rPr>
              <w:t>146</w:t>
            </w:r>
          </w:p>
        </w:tc>
        <w:tc>
          <w:tcPr>
            <w:tcW w:w="2016" w:type="dxa"/>
            <w:shd w:val="clear" w:color="auto" w:fill="F6F8FA"/>
            <w:tcMar>
              <w:top w:w="65" w:type="dxa"/>
              <w:left w:w="75" w:type="dxa"/>
              <w:bottom w:w="65" w:type="dxa"/>
              <w:right w:w="75" w:type="dxa"/>
            </w:tcMar>
            <w:vAlign w:val="center"/>
          </w:tcPr>
          <w:p w14:paraId="73CECF8A" w14:textId="77777777" w:rsidR="00A83192" w:rsidRPr="000B60F7" w:rsidRDefault="00000000">
            <w:pPr>
              <w:spacing w:after="0" w:line="240" w:lineRule="auto"/>
              <w:jc w:val="center"/>
              <w:rPr>
                <w:rFonts w:cs="Times New Roman"/>
              </w:rPr>
            </w:pPr>
            <w:r w:rsidRPr="000B60F7">
              <w:rPr>
                <w:rFonts w:cs="Times New Roman"/>
                <w:sz w:val="19"/>
              </w:rPr>
              <w:t>15</w:t>
            </w:r>
          </w:p>
        </w:tc>
      </w:tr>
      <w:tr w:rsidR="00A83192" w:rsidRPr="000B60F7" w14:paraId="5438034B" w14:textId="77777777">
        <w:trPr>
          <w:cantSplit/>
          <w:jc w:val="center"/>
        </w:trPr>
        <w:tc>
          <w:tcPr>
            <w:tcW w:w="2016" w:type="dxa"/>
            <w:shd w:val="clear" w:color="auto" w:fill="FFFFFF"/>
            <w:tcMar>
              <w:top w:w="65" w:type="dxa"/>
              <w:left w:w="75" w:type="dxa"/>
              <w:bottom w:w="65" w:type="dxa"/>
              <w:right w:w="75" w:type="dxa"/>
            </w:tcMar>
            <w:vAlign w:val="center"/>
          </w:tcPr>
          <w:p w14:paraId="02F5F6A6" w14:textId="77777777" w:rsidR="00A83192" w:rsidRPr="000B60F7" w:rsidRDefault="00000000">
            <w:pPr>
              <w:spacing w:after="0" w:line="240" w:lineRule="auto"/>
              <w:rPr>
                <w:rFonts w:cs="Times New Roman"/>
              </w:rPr>
            </w:pPr>
            <w:r w:rsidRPr="000B60F7">
              <w:rPr>
                <w:rFonts w:cs="Times New Roman"/>
                <w:sz w:val="19"/>
              </w:rPr>
              <w:t>Biopharma status</w:t>
            </w:r>
          </w:p>
        </w:tc>
        <w:tc>
          <w:tcPr>
            <w:tcW w:w="2376" w:type="dxa"/>
            <w:shd w:val="clear" w:color="auto" w:fill="FFFFFF"/>
            <w:tcMar>
              <w:top w:w="65" w:type="dxa"/>
              <w:left w:w="75" w:type="dxa"/>
              <w:bottom w:w="65" w:type="dxa"/>
              <w:right w:w="75" w:type="dxa"/>
            </w:tcMar>
            <w:vAlign w:val="center"/>
          </w:tcPr>
          <w:p w14:paraId="3103F335" w14:textId="77777777" w:rsidR="00A83192" w:rsidRPr="000B60F7" w:rsidRDefault="00000000">
            <w:pPr>
              <w:spacing w:after="0" w:line="240" w:lineRule="auto"/>
              <w:rPr>
                <w:rFonts w:cs="Times New Roman"/>
              </w:rPr>
            </w:pPr>
            <w:r w:rsidRPr="000B60F7">
              <w:rPr>
                <w:rFonts w:cs="Times New Roman"/>
                <w:sz w:val="19"/>
              </w:rPr>
              <w:t>Biopharma</w:t>
            </w:r>
          </w:p>
        </w:tc>
        <w:tc>
          <w:tcPr>
            <w:tcW w:w="1368" w:type="dxa"/>
            <w:shd w:val="clear" w:color="auto" w:fill="FFFFFF"/>
            <w:tcMar>
              <w:top w:w="65" w:type="dxa"/>
              <w:left w:w="75" w:type="dxa"/>
              <w:bottom w:w="65" w:type="dxa"/>
              <w:right w:w="75" w:type="dxa"/>
            </w:tcMar>
            <w:vAlign w:val="center"/>
          </w:tcPr>
          <w:p w14:paraId="7F95F4DF" w14:textId="77777777" w:rsidR="00A83192" w:rsidRPr="000B60F7" w:rsidRDefault="00000000">
            <w:pPr>
              <w:spacing w:after="0" w:line="240" w:lineRule="auto"/>
              <w:rPr>
                <w:rFonts w:cs="Times New Roman"/>
              </w:rPr>
            </w:pPr>
            <w:r w:rsidRPr="000B60F7">
              <w:rPr>
                <w:rFonts w:cs="Times New Roman"/>
                <w:sz w:val="19"/>
              </w:rPr>
              <w:t>1–12</w:t>
            </w:r>
          </w:p>
        </w:tc>
        <w:tc>
          <w:tcPr>
            <w:tcW w:w="1584" w:type="dxa"/>
            <w:shd w:val="clear" w:color="auto" w:fill="FFFFFF"/>
            <w:tcMar>
              <w:top w:w="65" w:type="dxa"/>
              <w:left w:w="75" w:type="dxa"/>
              <w:bottom w:w="65" w:type="dxa"/>
              <w:right w:w="75" w:type="dxa"/>
            </w:tcMar>
            <w:vAlign w:val="center"/>
          </w:tcPr>
          <w:p w14:paraId="36DFFDD5" w14:textId="77777777" w:rsidR="00A83192" w:rsidRPr="000B60F7" w:rsidRDefault="00000000">
            <w:pPr>
              <w:spacing w:after="0" w:line="240" w:lineRule="auto"/>
              <w:jc w:val="center"/>
              <w:rPr>
                <w:rFonts w:cs="Times New Roman"/>
              </w:rPr>
            </w:pPr>
            <w:r w:rsidRPr="000B60F7">
              <w:rPr>
                <w:rFonts w:cs="Times New Roman"/>
                <w:sz w:val="19"/>
              </w:rPr>
              <w:t>411</w:t>
            </w:r>
          </w:p>
        </w:tc>
        <w:tc>
          <w:tcPr>
            <w:tcW w:w="2016" w:type="dxa"/>
            <w:shd w:val="clear" w:color="auto" w:fill="FFFFFF"/>
            <w:tcMar>
              <w:top w:w="65" w:type="dxa"/>
              <w:left w:w="75" w:type="dxa"/>
              <w:bottom w:w="65" w:type="dxa"/>
              <w:right w:w="75" w:type="dxa"/>
            </w:tcMar>
            <w:vAlign w:val="center"/>
          </w:tcPr>
          <w:p w14:paraId="4A19A0BB" w14:textId="77777777" w:rsidR="00A83192" w:rsidRPr="000B60F7" w:rsidRDefault="00000000">
            <w:pPr>
              <w:spacing w:after="0" w:line="240" w:lineRule="auto"/>
              <w:jc w:val="center"/>
              <w:rPr>
                <w:rFonts w:cs="Times New Roman"/>
              </w:rPr>
            </w:pPr>
            <w:r w:rsidRPr="000B60F7">
              <w:rPr>
                <w:rFonts w:cs="Times New Roman"/>
                <w:sz w:val="19"/>
              </w:rPr>
              <w:t>87</w:t>
            </w:r>
          </w:p>
        </w:tc>
      </w:tr>
      <w:tr w:rsidR="00A83192" w:rsidRPr="000B60F7" w14:paraId="27CEE996" w14:textId="77777777">
        <w:trPr>
          <w:cantSplit/>
          <w:jc w:val="center"/>
        </w:trPr>
        <w:tc>
          <w:tcPr>
            <w:tcW w:w="2016" w:type="dxa"/>
            <w:shd w:val="clear" w:color="auto" w:fill="F6F8FA"/>
            <w:tcMar>
              <w:top w:w="65" w:type="dxa"/>
              <w:left w:w="75" w:type="dxa"/>
              <w:bottom w:w="65" w:type="dxa"/>
              <w:right w:w="75" w:type="dxa"/>
            </w:tcMar>
            <w:vAlign w:val="center"/>
          </w:tcPr>
          <w:p w14:paraId="03E33A87" w14:textId="77777777" w:rsidR="00A83192" w:rsidRPr="000B60F7" w:rsidRDefault="00000000">
            <w:pPr>
              <w:spacing w:after="0" w:line="240" w:lineRule="auto"/>
              <w:rPr>
                <w:rFonts w:cs="Times New Roman"/>
              </w:rPr>
            </w:pPr>
            <w:r w:rsidRPr="000B60F7">
              <w:rPr>
                <w:rFonts w:cs="Times New Roman"/>
                <w:sz w:val="19"/>
              </w:rPr>
              <w:t>Biopharma status</w:t>
            </w:r>
          </w:p>
        </w:tc>
        <w:tc>
          <w:tcPr>
            <w:tcW w:w="2376" w:type="dxa"/>
            <w:shd w:val="clear" w:color="auto" w:fill="F6F8FA"/>
            <w:tcMar>
              <w:top w:w="65" w:type="dxa"/>
              <w:left w:w="75" w:type="dxa"/>
              <w:bottom w:w="65" w:type="dxa"/>
              <w:right w:w="75" w:type="dxa"/>
            </w:tcMar>
            <w:vAlign w:val="center"/>
          </w:tcPr>
          <w:p w14:paraId="3F48FE32" w14:textId="77777777" w:rsidR="00A83192" w:rsidRPr="000B60F7" w:rsidRDefault="00000000">
            <w:pPr>
              <w:spacing w:after="0" w:line="240" w:lineRule="auto"/>
              <w:rPr>
                <w:rFonts w:cs="Times New Roman"/>
              </w:rPr>
            </w:pPr>
            <w:r w:rsidRPr="000B60F7">
              <w:rPr>
                <w:rFonts w:cs="Times New Roman"/>
                <w:sz w:val="19"/>
              </w:rPr>
              <w:t>Biopharma</w:t>
            </w:r>
          </w:p>
        </w:tc>
        <w:tc>
          <w:tcPr>
            <w:tcW w:w="1368" w:type="dxa"/>
            <w:shd w:val="clear" w:color="auto" w:fill="F6F8FA"/>
            <w:tcMar>
              <w:top w:w="65" w:type="dxa"/>
              <w:left w:w="75" w:type="dxa"/>
              <w:bottom w:w="65" w:type="dxa"/>
              <w:right w:w="75" w:type="dxa"/>
            </w:tcMar>
            <w:vAlign w:val="center"/>
          </w:tcPr>
          <w:p w14:paraId="6E4CA3FF" w14:textId="77777777" w:rsidR="00A83192" w:rsidRPr="000B60F7" w:rsidRDefault="00000000">
            <w:pPr>
              <w:spacing w:after="0" w:line="240" w:lineRule="auto"/>
              <w:rPr>
                <w:rFonts w:cs="Times New Roman"/>
              </w:rPr>
            </w:pPr>
            <w:r w:rsidRPr="000B60F7">
              <w:rPr>
                <w:rFonts w:cs="Times New Roman"/>
                <w:sz w:val="19"/>
              </w:rPr>
              <w:t>13–24</w:t>
            </w:r>
          </w:p>
        </w:tc>
        <w:tc>
          <w:tcPr>
            <w:tcW w:w="1584" w:type="dxa"/>
            <w:shd w:val="clear" w:color="auto" w:fill="F6F8FA"/>
            <w:tcMar>
              <w:top w:w="65" w:type="dxa"/>
              <w:left w:w="75" w:type="dxa"/>
              <w:bottom w:w="65" w:type="dxa"/>
              <w:right w:w="75" w:type="dxa"/>
            </w:tcMar>
            <w:vAlign w:val="center"/>
          </w:tcPr>
          <w:p w14:paraId="0D3C53B1" w14:textId="77777777" w:rsidR="00A83192" w:rsidRPr="000B60F7" w:rsidRDefault="00000000">
            <w:pPr>
              <w:spacing w:after="0" w:line="240" w:lineRule="auto"/>
              <w:jc w:val="center"/>
              <w:rPr>
                <w:rFonts w:cs="Times New Roman"/>
              </w:rPr>
            </w:pPr>
            <w:r w:rsidRPr="000B60F7">
              <w:rPr>
                <w:rFonts w:cs="Times New Roman"/>
                <w:sz w:val="19"/>
              </w:rPr>
              <w:t>324</w:t>
            </w:r>
          </w:p>
        </w:tc>
        <w:tc>
          <w:tcPr>
            <w:tcW w:w="2016" w:type="dxa"/>
            <w:shd w:val="clear" w:color="auto" w:fill="F6F8FA"/>
            <w:tcMar>
              <w:top w:w="65" w:type="dxa"/>
              <w:left w:w="75" w:type="dxa"/>
              <w:bottom w:w="65" w:type="dxa"/>
              <w:right w:w="75" w:type="dxa"/>
            </w:tcMar>
            <w:vAlign w:val="center"/>
          </w:tcPr>
          <w:p w14:paraId="5E63700F" w14:textId="77777777" w:rsidR="00A83192" w:rsidRPr="000B60F7" w:rsidRDefault="00000000">
            <w:pPr>
              <w:spacing w:after="0" w:line="240" w:lineRule="auto"/>
              <w:jc w:val="center"/>
              <w:rPr>
                <w:rFonts w:cs="Times New Roman"/>
              </w:rPr>
            </w:pPr>
            <w:r w:rsidRPr="000B60F7">
              <w:rPr>
                <w:rFonts w:cs="Times New Roman"/>
                <w:sz w:val="19"/>
              </w:rPr>
              <w:t>90</w:t>
            </w:r>
          </w:p>
        </w:tc>
      </w:tr>
      <w:tr w:rsidR="00A83192" w:rsidRPr="000B60F7" w14:paraId="55F2530B" w14:textId="77777777">
        <w:trPr>
          <w:cantSplit/>
          <w:jc w:val="center"/>
        </w:trPr>
        <w:tc>
          <w:tcPr>
            <w:tcW w:w="2016" w:type="dxa"/>
            <w:shd w:val="clear" w:color="auto" w:fill="FFFFFF"/>
            <w:tcMar>
              <w:top w:w="65" w:type="dxa"/>
              <w:left w:w="75" w:type="dxa"/>
              <w:bottom w:w="65" w:type="dxa"/>
              <w:right w:w="75" w:type="dxa"/>
            </w:tcMar>
            <w:vAlign w:val="center"/>
          </w:tcPr>
          <w:p w14:paraId="47E3D5D1" w14:textId="77777777" w:rsidR="00A83192" w:rsidRPr="000B60F7" w:rsidRDefault="00000000">
            <w:pPr>
              <w:spacing w:after="0" w:line="240" w:lineRule="auto"/>
              <w:rPr>
                <w:rFonts w:cs="Times New Roman"/>
              </w:rPr>
            </w:pPr>
            <w:r w:rsidRPr="000B60F7">
              <w:rPr>
                <w:rFonts w:cs="Times New Roman"/>
                <w:sz w:val="19"/>
              </w:rPr>
              <w:t>Biopharma status</w:t>
            </w:r>
          </w:p>
        </w:tc>
        <w:tc>
          <w:tcPr>
            <w:tcW w:w="2376" w:type="dxa"/>
            <w:shd w:val="clear" w:color="auto" w:fill="FFFFFF"/>
            <w:tcMar>
              <w:top w:w="65" w:type="dxa"/>
              <w:left w:w="75" w:type="dxa"/>
              <w:bottom w:w="65" w:type="dxa"/>
              <w:right w:w="75" w:type="dxa"/>
            </w:tcMar>
            <w:vAlign w:val="center"/>
          </w:tcPr>
          <w:p w14:paraId="0A8E80DB" w14:textId="77777777" w:rsidR="00A83192" w:rsidRPr="000B60F7" w:rsidRDefault="00000000">
            <w:pPr>
              <w:spacing w:after="0" w:line="240" w:lineRule="auto"/>
              <w:rPr>
                <w:rFonts w:cs="Times New Roman"/>
              </w:rPr>
            </w:pPr>
            <w:r w:rsidRPr="000B60F7">
              <w:rPr>
                <w:rFonts w:cs="Times New Roman"/>
                <w:sz w:val="19"/>
              </w:rPr>
              <w:t>Biopharma</w:t>
            </w:r>
          </w:p>
        </w:tc>
        <w:tc>
          <w:tcPr>
            <w:tcW w:w="1368" w:type="dxa"/>
            <w:shd w:val="clear" w:color="auto" w:fill="FFFFFF"/>
            <w:tcMar>
              <w:top w:w="65" w:type="dxa"/>
              <w:left w:w="75" w:type="dxa"/>
              <w:bottom w:w="65" w:type="dxa"/>
              <w:right w:w="75" w:type="dxa"/>
            </w:tcMar>
            <w:vAlign w:val="center"/>
          </w:tcPr>
          <w:p w14:paraId="17F20171" w14:textId="77777777" w:rsidR="00A83192" w:rsidRPr="000B60F7" w:rsidRDefault="00000000">
            <w:pPr>
              <w:spacing w:after="0" w:line="240" w:lineRule="auto"/>
              <w:rPr>
                <w:rFonts w:cs="Times New Roman"/>
              </w:rPr>
            </w:pPr>
            <w:r w:rsidRPr="000B60F7">
              <w:rPr>
                <w:rFonts w:cs="Times New Roman"/>
                <w:sz w:val="19"/>
              </w:rPr>
              <w:t>25–36</w:t>
            </w:r>
          </w:p>
        </w:tc>
        <w:tc>
          <w:tcPr>
            <w:tcW w:w="1584" w:type="dxa"/>
            <w:shd w:val="clear" w:color="auto" w:fill="FFFFFF"/>
            <w:tcMar>
              <w:top w:w="65" w:type="dxa"/>
              <w:left w:w="75" w:type="dxa"/>
              <w:bottom w:w="65" w:type="dxa"/>
              <w:right w:w="75" w:type="dxa"/>
            </w:tcMar>
            <w:vAlign w:val="center"/>
          </w:tcPr>
          <w:p w14:paraId="3A2E0226" w14:textId="77777777" w:rsidR="00A83192" w:rsidRPr="000B60F7" w:rsidRDefault="00000000">
            <w:pPr>
              <w:spacing w:after="0" w:line="240" w:lineRule="auto"/>
              <w:jc w:val="center"/>
              <w:rPr>
                <w:rFonts w:cs="Times New Roman"/>
              </w:rPr>
            </w:pPr>
            <w:r w:rsidRPr="000B60F7">
              <w:rPr>
                <w:rFonts w:cs="Times New Roman"/>
                <w:sz w:val="19"/>
              </w:rPr>
              <w:t>224</w:t>
            </w:r>
          </w:p>
        </w:tc>
        <w:tc>
          <w:tcPr>
            <w:tcW w:w="2016" w:type="dxa"/>
            <w:shd w:val="clear" w:color="auto" w:fill="FFFFFF"/>
            <w:tcMar>
              <w:top w:w="65" w:type="dxa"/>
              <w:left w:w="75" w:type="dxa"/>
              <w:bottom w:w="65" w:type="dxa"/>
              <w:right w:w="75" w:type="dxa"/>
            </w:tcMar>
            <w:vAlign w:val="center"/>
          </w:tcPr>
          <w:p w14:paraId="12154B31" w14:textId="77777777" w:rsidR="00A83192" w:rsidRPr="000B60F7" w:rsidRDefault="00000000">
            <w:pPr>
              <w:spacing w:after="0" w:line="240" w:lineRule="auto"/>
              <w:jc w:val="center"/>
              <w:rPr>
                <w:rFonts w:cs="Times New Roman"/>
              </w:rPr>
            </w:pPr>
            <w:r w:rsidRPr="000B60F7">
              <w:rPr>
                <w:rFonts w:cs="Times New Roman"/>
                <w:sz w:val="19"/>
              </w:rPr>
              <w:t>65</w:t>
            </w:r>
          </w:p>
        </w:tc>
      </w:tr>
      <w:tr w:rsidR="00A83192" w:rsidRPr="000B60F7" w14:paraId="5834CB40" w14:textId="77777777">
        <w:trPr>
          <w:cantSplit/>
          <w:jc w:val="center"/>
        </w:trPr>
        <w:tc>
          <w:tcPr>
            <w:tcW w:w="2016" w:type="dxa"/>
            <w:shd w:val="clear" w:color="auto" w:fill="F6F8FA"/>
            <w:tcMar>
              <w:top w:w="65" w:type="dxa"/>
              <w:left w:w="75" w:type="dxa"/>
              <w:bottom w:w="65" w:type="dxa"/>
              <w:right w:w="75" w:type="dxa"/>
            </w:tcMar>
            <w:vAlign w:val="center"/>
          </w:tcPr>
          <w:p w14:paraId="4C68A855" w14:textId="77777777" w:rsidR="00A83192" w:rsidRPr="000B60F7" w:rsidRDefault="00000000">
            <w:pPr>
              <w:spacing w:after="0" w:line="240" w:lineRule="auto"/>
              <w:rPr>
                <w:rFonts w:cs="Times New Roman"/>
              </w:rPr>
            </w:pPr>
            <w:r w:rsidRPr="000B60F7">
              <w:rPr>
                <w:rFonts w:cs="Times New Roman"/>
                <w:sz w:val="19"/>
              </w:rPr>
              <w:t>Biopharma status</w:t>
            </w:r>
          </w:p>
        </w:tc>
        <w:tc>
          <w:tcPr>
            <w:tcW w:w="2376" w:type="dxa"/>
            <w:shd w:val="clear" w:color="auto" w:fill="F6F8FA"/>
            <w:tcMar>
              <w:top w:w="65" w:type="dxa"/>
              <w:left w:w="75" w:type="dxa"/>
              <w:bottom w:w="65" w:type="dxa"/>
              <w:right w:w="75" w:type="dxa"/>
            </w:tcMar>
            <w:vAlign w:val="center"/>
          </w:tcPr>
          <w:p w14:paraId="660EAED3" w14:textId="77777777" w:rsidR="00A83192" w:rsidRPr="000B60F7" w:rsidRDefault="00000000">
            <w:pPr>
              <w:spacing w:after="0" w:line="240" w:lineRule="auto"/>
              <w:rPr>
                <w:rFonts w:cs="Times New Roman"/>
              </w:rPr>
            </w:pPr>
            <w:r w:rsidRPr="000B60F7">
              <w:rPr>
                <w:rFonts w:cs="Times New Roman"/>
                <w:sz w:val="19"/>
              </w:rPr>
              <w:t>Biopharma</w:t>
            </w:r>
          </w:p>
        </w:tc>
        <w:tc>
          <w:tcPr>
            <w:tcW w:w="1368" w:type="dxa"/>
            <w:shd w:val="clear" w:color="auto" w:fill="F6F8FA"/>
            <w:tcMar>
              <w:top w:w="65" w:type="dxa"/>
              <w:left w:w="75" w:type="dxa"/>
              <w:bottom w:w="65" w:type="dxa"/>
              <w:right w:w="75" w:type="dxa"/>
            </w:tcMar>
            <w:vAlign w:val="center"/>
          </w:tcPr>
          <w:p w14:paraId="5C55CEB6" w14:textId="77777777" w:rsidR="00A83192" w:rsidRPr="000B60F7" w:rsidRDefault="00000000">
            <w:pPr>
              <w:spacing w:after="0" w:line="240" w:lineRule="auto"/>
              <w:rPr>
                <w:rFonts w:cs="Times New Roman"/>
              </w:rPr>
            </w:pPr>
            <w:r w:rsidRPr="000B60F7">
              <w:rPr>
                <w:rFonts w:cs="Times New Roman"/>
                <w:sz w:val="19"/>
              </w:rPr>
              <w:t>37–60</w:t>
            </w:r>
          </w:p>
        </w:tc>
        <w:tc>
          <w:tcPr>
            <w:tcW w:w="1584" w:type="dxa"/>
            <w:shd w:val="clear" w:color="auto" w:fill="F6F8FA"/>
            <w:tcMar>
              <w:top w:w="65" w:type="dxa"/>
              <w:left w:w="75" w:type="dxa"/>
              <w:bottom w:w="65" w:type="dxa"/>
              <w:right w:w="75" w:type="dxa"/>
            </w:tcMar>
            <w:vAlign w:val="center"/>
          </w:tcPr>
          <w:p w14:paraId="62E7F1D5" w14:textId="77777777" w:rsidR="00A83192" w:rsidRPr="000B60F7" w:rsidRDefault="00000000">
            <w:pPr>
              <w:spacing w:after="0" w:line="240" w:lineRule="auto"/>
              <w:jc w:val="center"/>
              <w:rPr>
                <w:rFonts w:cs="Times New Roman"/>
              </w:rPr>
            </w:pPr>
            <w:r w:rsidRPr="000B60F7">
              <w:rPr>
                <w:rFonts w:cs="Times New Roman"/>
                <w:sz w:val="19"/>
              </w:rPr>
              <w:t>148</w:t>
            </w:r>
          </w:p>
        </w:tc>
        <w:tc>
          <w:tcPr>
            <w:tcW w:w="2016" w:type="dxa"/>
            <w:shd w:val="clear" w:color="auto" w:fill="F6F8FA"/>
            <w:tcMar>
              <w:top w:w="65" w:type="dxa"/>
              <w:left w:w="75" w:type="dxa"/>
              <w:bottom w:w="65" w:type="dxa"/>
              <w:right w:w="75" w:type="dxa"/>
            </w:tcMar>
            <w:vAlign w:val="center"/>
          </w:tcPr>
          <w:p w14:paraId="773570C9" w14:textId="77777777" w:rsidR="00A83192" w:rsidRPr="000B60F7" w:rsidRDefault="00000000">
            <w:pPr>
              <w:spacing w:after="0" w:line="240" w:lineRule="auto"/>
              <w:jc w:val="center"/>
              <w:rPr>
                <w:rFonts w:cs="Times New Roman"/>
              </w:rPr>
            </w:pPr>
            <w:r w:rsidRPr="000B60F7">
              <w:rPr>
                <w:rFonts w:cs="Times New Roman"/>
                <w:sz w:val="19"/>
              </w:rPr>
              <w:t>35</w:t>
            </w:r>
          </w:p>
        </w:tc>
      </w:tr>
    </w:tbl>
    <w:p w14:paraId="7C663661" w14:textId="77777777" w:rsidR="00A83192" w:rsidRPr="000B60F7" w:rsidRDefault="00000000">
      <w:pPr>
        <w:pStyle w:val="1"/>
        <w:pageBreakBefore/>
        <w:rPr>
          <w:rFonts w:ascii="Times New Roman" w:hAnsi="Times New Roman" w:cs="Times New Roman"/>
        </w:rPr>
      </w:pPr>
      <w:r w:rsidRPr="000B60F7">
        <w:rPr>
          <w:rFonts w:ascii="Times New Roman" w:hAnsi="Times New Roman" w:cs="Times New Roman"/>
        </w:rPr>
        <w:lastRenderedPageBreak/>
        <w:t>Table S7. Full primary-model coefficient estimates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256"/>
        <w:gridCol w:w="2160"/>
        <w:gridCol w:w="1944"/>
      </w:tblGrid>
      <w:tr w:rsidR="00A83192" w:rsidRPr="000B60F7" w14:paraId="0CD13134" w14:textId="77777777">
        <w:trPr>
          <w:cantSplit/>
          <w:tblHeader/>
          <w:jc w:val="center"/>
        </w:trPr>
        <w:tc>
          <w:tcPr>
            <w:tcW w:w="5256" w:type="dxa"/>
            <w:shd w:val="clear" w:color="auto" w:fill="EDEDED"/>
            <w:tcMar>
              <w:top w:w="65" w:type="dxa"/>
              <w:left w:w="75" w:type="dxa"/>
              <w:bottom w:w="65" w:type="dxa"/>
              <w:right w:w="75" w:type="dxa"/>
            </w:tcMar>
            <w:vAlign w:val="center"/>
          </w:tcPr>
          <w:p w14:paraId="78412929" w14:textId="77777777" w:rsidR="00A83192" w:rsidRPr="000B60F7" w:rsidRDefault="00000000">
            <w:pPr>
              <w:spacing w:after="0" w:line="240" w:lineRule="auto"/>
              <w:rPr>
                <w:rFonts w:cs="Times New Roman"/>
              </w:rPr>
            </w:pPr>
            <w:r w:rsidRPr="000B60F7">
              <w:rPr>
                <w:rFonts w:cs="Times New Roman"/>
                <w:b/>
                <w:sz w:val="19"/>
              </w:rPr>
              <w:t>Term</w:t>
            </w:r>
          </w:p>
        </w:tc>
        <w:tc>
          <w:tcPr>
            <w:tcW w:w="2160" w:type="dxa"/>
            <w:shd w:val="clear" w:color="auto" w:fill="EDEDED"/>
            <w:tcMar>
              <w:top w:w="65" w:type="dxa"/>
              <w:left w:w="75" w:type="dxa"/>
              <w:bottom w:w="65" w:type="dxa"/>
              <w:right w:w="75" w:type="dxa"/>
            </w:tcMar>
            <w:vAlign w:val="center"/>
          </w:tcPr>
          <w:p w14:paraId="76D508E5" w14:textId="77777777" w:rsidR="00A83192" w:rsidRPr="000B60F7" w:rsidRDefault="00000000">
            <w:pPr>
              <w:spacing w:after="0" w:line="240" w:lineRule="auto"/>
              <w:jc w:val="center"/>
              <w:rPr>
                <w:rFonts w:cs="Times New Roman"/>
              </w:rPr>
            </w:pPr>
            <w:r w:rsidRPr="000B60F7">
              <w:rPr>
                <w:rFonts w:cs="Times New Roman"/>
                <w:b/>
                <w:sz w:val="19"/>
              </w:rPr>
              <w:t>Log-rate coefficient</w:t>
            </w:r>
          </w:p>
        </w:tc>
        <w:tc>
          <w:tcPr>
            <w:tcW w:w="1944" w:type="dxa"/>
            <w:shd w:val="clear" w:color="auto" w:fill="EDEDED"/>
            <w:tcMar>
              <w:top w:w="65" w:type="dxa"/>
              <w:left w:w="75" w:type="dxa"/>
              <w:bottom w:w="65" w:type="dxa"/>
              <w:right w:w="75" w:type="dxa"/>
            </w:tcMar>
            <w:vAlign w:val="center"/>
          </w:tcPr>
          <w:p w14:paraId="65C334E5" w14:textId="77777777" w:rsidR="00A83192" w:rsidRPr="000B60F7" w:rsidRDefault="00000000">
            <w:pPr>
              <w:spacing w:after="0" w:line="240" w:lineRule="auto"/>
              <w:jc w:val="center"/>
              <w:rPr>
                <w:rFonts w:cs="Times New Roman"/>
              </w:rPr>
            </w:pPr>
            <w:r w:rsidRPr="000B60F7">
              <w:rPr>
                <w:rFonts w:cs="Times New Roman"/>
                <w:b/>
                <w:sz w:val="19"/>
              </w:rPr>
              <w:t>SE</w:t>
            </w:r>
          </w:p>
        </w:tc>
      </w:tr>
      <w:tr w:rsidR="00A83192" w:rsidRPr="000B60F7" w14:paraId="278D6C7E" w14:textId="77777777">
        <w:trPr>
          <w:cantSplit/>
          <w:jc w:val="center"/>
        </w:trPr>
        <w:tc>
          <w:tcPr>
            <w:tcW w:w="5256" w:type="dxa"/>
            <w:shd w:val="clear" w:color="auto" w:fill="FFFFFF"/>
            <w:tcMar>
              <w:top w:w="65" w:type="dxa"/>
              <w:left w:w="75" w:type="dxa"/>
              <w:bottom w:w="65" w:type="dxa"/>
              <w:right w:w="75" w:type="dxa"/>
            </w:tcMar>
            <w:vAlign w:val="center"/>
          </w:tcPr>
          <w:p w14:paraId="50593C9B" w14:textId="77777777" w:rsidR="00A83192" w:rsidRPr="000B60F7" w:rsidRDefault="00000000">
            <w:pPr>
              <w:spacing w:after="0" w:line="240" w:lineRule="auto"/>
              <w:rPr>
                <w:rFonts w:cs="Times New Roman"/>
              </w:rPr>
            </w:pPr>
            <w:r w:rsidRPr="000B60F7">
              <w:rPr>
                <w:rFonts w:cs="Times New Roman"/>
                <w:sz w:val="19"/>
              </w:rPr>
              <w:t>Intercept</w:t>
            </w:r>
          </w:p>
        </w:tc>
        <w:tc>
          <w:tcPr>
            <w:tcW w:w="2160" w:type="dxa"/>
            <w:shd w:val="clear" w:color="auto" w:fill="FFFFFF"/>
            <w:tcMar>
              <w:top w:w="65" w:type="dxa"/>
              <w:left w:w="75" w:type="dxa"/>
              <w:bottom w:w="65" w:type="dxa"/>
              <w:right w:w="75" w:type="dxa"/>
            </w:tcMar>
            <w:vAlign w:val="center"/>
          </w:tcPr>
          <w:p w14:paraId="0A76E04D" w14:textId="77777777" w:rsidR="00A83192" w:rsidRPr="000B60F7" w:rsidRDefault="00000000">
            <w:pPr>
              <w:spacing w:after="0" w:line="240" w:lineRule="auto"/>
              <w:jc w:val="center"/>
              <w:rPr>
                <w:rFonts w:cs="Times New Roman"/>
              </w:rPr>
            </w:pPr>
            <w:r w:rsidRPr="000B60F7">
              <w:rPr>
                <w:rFonts w:cs="Times New Roman"/>
                <w:sz w:val="19"/>
              </w:rPr>
              <w:t>-3.2732</w:t>
            </w:r>
          </w:p>
        </w:tc>
        <w:tc>
          <w:tcPr>
            <w:tcW w:w="1944" w:type="dxa"/>
            <w:shd w:val="clear" w:color="auto" w:fill="FFFFFF"/>
            <w:tcMar>
              <w:top w:w="65" w:type="dxa"/>
              <w:left w:w="75" w:type="dxa"/>
              <w:bottom w:w="65" w:type="dxa"/>
              <w:right w:w="75" w:type="dxa"/>
            </w:tcMar>
            <w:vAlign w:val="center"/>
          </w:tcPr>
          <w:p w14:paraId="0D87A339" w14:textId="77777777" w:rsidR="00A83192" w:rsidRPr="000B60F7" w:rsidRDefault="00000000">
            <w:pPr>
              <w:spacing w:after="0" w:line="240" w:lineRule="auto"/>
              <w:jc w:val="center"/>
              <w:rPr>
                <w:rFonts w:cs="Times New Roman"/>
              </w:rPr>
            </w:pPr>
            <w:r w:rsidRPr="000B60F7">
              <w:rPr>
                <w:rFonts w:cs="Times New Roman"/>
                <w:sz w:val="19"/>
              </w:rPr>
              <w:t>0.5451</w:t>
            </w:r>
          </w:p>
        </w:tc>
      </w:tr>
      <w:tr w:rsidR="00A83192" w:rsidRPr="000B60F7" w14:paraId="79782C22" w14:textId="77777777">
        <w:trPr>
          <w:cantSplit/>
          <w:jc w:val="center"/>
        </w:trPr>
        <w:tc>
          <w:tcPr>
            <w:tcW w:w="5256" w:type="dxa"/>
            <w:shd w:val="clear" w:color="auto" w:fill="F6F8FA"/>
            <w:tcMar>
              <w:top w:w="65" w:type="dxa"/>
              <w:left w:w="75" w:type="dxa"/>
              <w:bottom w:w="65" w:type="dxa"/>
              <w:right w:w="75" w:type="dxa"/>
            </w:tcMar>
            <w:vAlign w:val="center"/>
          </w:tcPr>
          <w:p w14:paraId="7787ECBF" w14:textId="77777777" w:rsidR="00A83192" w:rsidRPr="000B60F7" w:rsidRDefault="00000000">
            <w:pPr>
              <w:spacing w:after="0" w:line="240" w:lineRule="auto"/>
              <w:rPr>
                <w:rFonts w:cs="Times New Roman"/>
              </w:rPr>
            </w:pPr>
            <w:r w:rsidRPr="000B60F7">
              <w:rPr>
                <w:rFonts w:cs="Times New Roman"/>
                <w:sz w:val="19"/>
              </w:rPr>
              <w:t>Log founder-team size (z)</w:t>
            </w:r>
          </w:p>
        </w:tc>
        <w:tc>
          <w:tcPr>
            <w:tcW w:w="2160" w:type="dxa"/>
            <w:shd w:val="clear" w:color="auto" w:fill="F6F8FA"/>
            <w:tcMar>
              <w:top w:w="65" w:type="dxa"/>
              <w:left w:w="75" w:type="dxa"/>
              <w:bottom w:w="65" w:type="dxa"/>
              <w:right w:w="75" w:type="dxa"/>
            </w:tcMar>
            <w:vAlign w:val="center"/>
          </w:tcPr>
          <w:p w14:paraId="34924676" w14:textId="77777777" w:rsidR="00A83192" w:rsidRPr="000B60F7" w:rsidRDefault="00000000">
            <w:pPr>
              <w:spacing w:after="0" w:line="240" w:lineRule="auto"/>
              <w:jc w:val="center"/>
              <w:rPr>
                <w:rFonts w:cs="Times New Roman"/>
              </w:rPr>
            </w:pPr>
            <w:r w:rsidRPr="000B60F7">
              <w:rPr>
                <w:rFonts w:cs="Times New Roman"/>
                <w:sz w:val="19"/>
              </w:rPr>
              <w:t>0.0682</w:t>
            </w:r>
          </w:p>
        </w:tc>
        <w:tc>
          <w:tcPr>
            <w:tcW w:w="1944" w:type="dxa"/>
            <w:shd w:val="clear" w:color="auto" w:fill="F6F8FA"/>
            <w:tcMar>
              <w:top w:w="65" w:type="dxa"/>
              <w:left w:w="75" w:type="dxa"/>
              <w:bottom w:w="65" w:type="dxa"/>
              <w:right w:w="75" w:type="dxa"/>
            </w:tcMar>
            <w:vAlign w:val="center"/>
          </w:tcPr>
          <w:p w14:paraId="6AA5E612" w14:textId="77777777" w:rsidR="00A83192" w:rsidRPr="000B60F7" w:rsidRDefault="00000000">
            <w:pPr>
              <w:spacing w:after="0" w:line="240" w:lineRule="auto"/>
              <w:jc w:val="center"/>
              <w:rPr>
                <w:rFonts w:cs="Times New Roman"/>
              </w:rPr>
            </w:pPr>
            <w:r w:rsidRPr="000B60F7">
              <w:rPr>
                <w:rFonts w:cs="Times New Roman"/>
                <w:sz w:val="19"/>
              </w:rPr>
              <w:t>0.0444</w:t>
            </w:r>
          </w:p>
        </w:tc>
      </w:tr>
      <w:tr w:rsidR="00A83192" w:rsidRPr="000B60F7" w14:paraId="43CCAB3B" w14:textId="77777777">
        <w:trPr>
          <w:cantSplit/>
          <w:jc w:val="center"/>
        </w:trPr>
        <w:tc>
          <w:tcPr>
            <w:tcW w:w="5256" w:type="dxa"/>
            <w:shd w:val="clear" w:color="auto" w:fill="FFFFFF"/>
            <w:tcMar>
              <w:top w:w="65" w:type="dxa"/>
              <w:left w:w="75" w:type="dxa"/>
              <w:bottom w:w="65" w:type="dxa"/>
              <w:right w:w="75" w:type="dxa"/>
            </w:tcMar>
            <w:vAlign w:val="center"/>
          </w:tcPr>
          <w:p w14:paraId="12420E43" w14:textId="77777777" w:rsidR="00A83192" w:rsidRPr="000B60F7" w:rsidRDefault="00000000">
            <w:pPr>
              <w:spacing w:after="0" w:line="240" w:lineRule="auto"/>
              <w:rPr>
                <w:rFonts w:cs="Times New Roman"/>
              </w:rPr>
            </w:pPr>
            <w:r w:rsidRPr="000B60F7">
              <w:rPr>
                <w:rFonts w:cs="Times New Roman"/>
                <w:sz w:val="19"/>
              </w:rPr>
              <w:t>At least one female founder</w:t>
            </w:r>
          </w:p>
        </w:tc>
        <w:tc>
          <w:tcPr>
            <w:tcW w:w="2160" w:type="dxa"/>
            <w:shd w:val="clear" w:color="auto" w:fill="FFFFFF"/>
            <w:tcMar>
              <w:top w:w="65" w:type="dxa"/>
              <w:left w:w="75" w:type="dxa"/>
              <w:bottom w:w="65" w:type="dxa"/>
              <w:right w:w="75" w:type="dxa"/>
            </w:tcMar>
            <w:vAlign w:val="center"/>
          </w:tcPr>
          <w:p w14:paraId="0B29E833" w14:textId="77777777" w:rsidR="00A83192" w:rsidRPr="000B60F7" w:rsidRDefault="00000000">
            <w:pPr>
              <w:spacing w:after="0" w:line="240" w:lineRule="auto"/>
              <w:jc w:val="center"/>
              <w:rPr>
                <w:rFonts w:cs="Times New Roman"/>
              </w:rPr>
            </w:pPr>
            <w:r w:rsidRPr="000B60F7">
              <w:rPr>
                <w:rFonts w:cs="Times New Roman"/>
                <w:sz w:val="19"/>
              </w:rPr>
              <w:t>0.1887</w:t>
            </w:r>
          </w:p>
        </w:tc>
        <w:tc>
          <w:tcPr>
            <w:tcW w:w="1944" w:type="dxa"/>
            <w:shd w:val="clear" w:color="auto" w:fill="FFFFFF"/>
            <w:tcMar>
              <w:top w:w="65" w:type="dxa"/>
              <w:left w:w="75" w:type="dxa"/>
              <w:bottom w:w="65" w:type="dxa"/>
              <w:right w:w="75" w:type="dxa"/>
            </w:tcMar>
            <w:vAlign w:val="center"/>
          </w:tcPr>
          <w:p w14:paraId="61BDA76B" w14:textId="77777777" w:rsidR="00A83192" w:rsidRPr="000B60F7" w:rsidRDefault="00000000">
            <w:pPr>
              <w:spacing w:after="0" w:line="240" w:lineRule="auto"/>
              <w:jc w:val="center"/>
              <w:rPr>
                <w:rFonts w:cs="Times New Roman"/>
              </w:rPr>
            </w:pPr>
            <w:r w:rsidRPr="000B60F7">
              <w:rPr>
                <w:rFonts w:cs="Times New Roman"/>
                <w:sz w:val="19"/>
              </w:rPr>
              <w:t>0.1213</w:t>
            </w:r>
          </w:p>
        </w:tc>
      </w:tr>
      <w:tr w:rsidR="00A83192" w:rsidRPr="000B60F7" w14:paraId="1CA3B1AC" w14:textId="77777777">
        <w:trPr>
          <w:cantSplit/>
          <w:jc w:val="center"/>
        </w:trPr>
        <w:tc>
          <w:tcPr>
            <w:tcW w:w="5256" w:type="dxa"/>
            <w:shd w:val="clear" w:color="auto" w:fill="F6F8FA"/>
            <w:tcMar>
              <w:top w:w="65" w:type="dxa"/>
              <w:left w:w="75" w:type="dxa"/>
              <w:bottom w:w="65" w:type="dxa"/>
              <w:right w:w="75" w:type="dxa"/>
            </w:tcMar>
            <w:vAlign w:val="center"/>
          </w:tcPr>
          <w:p w14:paraId="1DD1DDD6" w14:textId="77777777" w:rsidR="00A83192" w:rsidRPr="000B60F7" w:rsidRDefault="00000000">
            <w:pPr>
              <w:spacing w:after="0" w:line="240" w:lineRule="auto"/>
              <w:rPr>
                <w:rFonts w:cs="Times New Roman"/>
              </w:rPr>
            </w:pPr>
            <w:r w:rsidRPr="000B60F7">
              <w:rPr>
                <w:rFonts w:cs="Times New Roman"/>
                <w:sz w:val="19"/>
              </w:rPr>
              <w:t>Age at focal entry (z)</w:t>
            </w:r>
          </w:p>
        </w:tc>
        <w:tc>
          <w:tcPr>
            <w:tcW w:w="2160" w:type="dxa"/>
            <w:shd w:val="clear" w:color="auto" w:fill="F6F8FA"/>
            <w:tcMar>
              <w:top w:w="65" w:type="dxa"/>
              <w:left w:w="75" w:type="dxa"/>
              <w:bottom w:w="65" w:type="dxa"/>
              <w:right w:w="75" w:type="dxa"/>
            </w:tcMar>
            <w:vAlign w:val="center"/>
          </w:tcPr>
          <w:p w14:paraId="173827B2" w14:textId="77777777" w:rsidR="00A83192" w:rsidRPr="000B60F7" w:rsidRDefault="00000000">
            <w:pPr>
              <w:spacing w:after="0" w:line="240" w:lineRule="auto"/>
              <w:jc w:val="center"/>
              <w:rPr>
                <w:rFonts w:cs="Times New Roman"/>
              </w:rPr>
            </w:pPr>
            <w:r w:rsidRPr="000B60F7">
              <w:rPr>
                <w:rFonts w:cs="Times New Roman"/>
                <w:sz w:val="19"/>
              </w:rPr>
              <w:t>-0.2206</w:t>
            </w:r>
          </w:p>
        </w:tc>
        <w:tc>
          <w:tcPr>
            <w:tcW w:w="1944" w:type="dxa"/>
            <w:shd w:val="clear" w:color="auto" w:fill="F6F8FA"/>
            <w:tcMar>
              <w:top w:w="65" w:type="dxa"/>
              <w:left w:w="75" w:type="dxa"/>
              <w:bottom w:w="65" w:type="dxa"/>
              <w:right w:w="75" w:type="dxa"/>
            </w:tcMar>
            <w:vAlign w:val="center"/>
          </w:tcPr>
          <w:p w14:paraId="6057A00B" w14:textId="77777777" w:rsidR="00A83192" w:rsidRPr="000B60F7" w:rsidRDefault="00000000">
            <w:pPr>
              <w:spacing w:after="0" w:line="240" w:lineRule="auto"/>
              <w:jc w:val="center"/>
              <w:rPr>
                <w:rFonts w:cs="Times New Roman"/>
              </w:rPr>
            </w:pPr>
            <w:r w:rsidRPr="000B60F7">
              <w:rPr>
                <w:rFonts w:cs="Times New Roman"/>
                <w:sz w:val="19"/>
              </w:rPr>
              <w:t>0.0726</w:t>
            </w:r>
          </w:p>
        </w:tc>
      </w:tr>
      <w:tr w:rsidR="00A83192" w:rsidRPr="000B60F7" w14:paraId="7681203A" w14:textId="77777777">
        <w:trPr>
          <w:cantSplit/>
          <w:jc w:val="center"/>
        </w:trPr>
        <w:tc>
          <w:tcPr>
            <w:tcW w:w="5256" w:type="dxa"/>
            <w:shd w:val="clear" w:color="auto" w:fill="FFFFFF"/>
            <w:tcMar>
              <w:top w:w="65" w:type="dxa"/>
              <w:left w:w="75" w:type="dxa"/>
              <w:bottom w:w="65" w:type="dxa"/>
              <w:right w:w="75" w:type="dxa"/>
            </w:tcMar>
            <w:vAlign w:val="center"/>
          </w:tcPr>
          <w:p w14:paraId="4EE3C7A2" w14:textId="77777777" w:rsidR="00A83192" w:rsidRPr="000B60F7" w:rsidRDefault="00000000">
            <w:pPr>
              <w:spacing w:after="0" w:line="240" w:lineRule="auto"/>
              <w:rPr>
                <w:rFonts w:cs="Times New Roman"/>
              </w:rPr>
            </w:pPr>
            <w:r w:rsidRPr="000B60F7">
              <w:rPr>
                <w:rFonts w:cs="Times New Roman"/>
                <w:sz w:val="19"/>
              </w:rPr>
              <w:t>Prior financing rounds (z)</w:t>
            </w:r>
          </w:p>
        </w:tc>
        <w:tc>
          <w:tcPr>
            <w:tcW w:w="2160" w:type="dxa"/>
            <w:shd w:val="clear" w:color="auto" w:fill="FFFFFF"/>
            <w:tcMar>
              <w:top w:w="65" w:type="dxa"/>
              <w:left w:w="75" w:type="dxa"/>
              <w:bottom w:w="65" w:type="dxa"/>
              <w:right w:w="75" w:type="dxa"/>
            </w:tcMar>
            <w:vAlign w:val="center"/>
          </w:tcPr>
          <w:p w14:paraId="136E7BE1" w14:textId="77777777" w:rsidR="00A83192" w:rsidRPr="000B60F7" w:rsidRDefault="00000000">
            <w:pPr>
              <w:spacing w:after="0" w:line="240" w:lineRule="auto"/>
              <w:jc w:val="center"/>
              <w:rPr>
                <w:rFonts w:cs="Times New Roman"/>
              </w:rPr>
            </w:pPr>
            <w:r w:rsidRPr="000B60F7">
              <w:rPr>
                <w:rFonts w:cs="Times New Roman"/>
                <w:sz w:val="19"/>
              </w:rPr>
              <w:t>0.0369</w:t>
            </w:r>
          </w:p>
        </w:tc>
        <w:tc>
          <w:tcPr>
            <w:tcW w:w="1944" w:type="dxa"/>
            <w:shd w:val="clear" w:color="auto" w:fill="FFFFFF"/>
            <w:tcMar>
              <w:top w:w="65" w:type="dxa"/>
              <w:left w:w="75" w:type="dxa"/>
              <w:bottom w:w="65" w:type="dxa"/>
              <w:right w:w="75" w:type="dxa"/>
            </w:tcMar>
            <w:vAlign w:val="center"/>
          </w:tcPr>
          <w:p w14:paraId="10931B0B" w14:textId="77777777" w:rsidR="00A83192" w:rsidRPr="000B60F7" w:rsidRDefault="00000000">
            <w:pPr>
              <w:spacing w:after="0" w:line="240" w:lineRule="auto"/>
              <w:jc w:val="center"/>
              <w:rPr>
                <w:rFonts w:cs="Times New Roman"/>
              </w:rPr>
            </w:pPr>
            <w:r w:rsidRPr="000B60F7">
              <w:rPr>
                <w:rFonts w:cs="Times New Roman"/>
                <w:sz w:val="19"/>
              </w:rPr>
              <w:t>0.0877</w:t>
            </w:r>
          </w:p>
        </w:tc>
      </w:tr>
      <w:tr w:rsidR="00A83192" w:rsidRPr="000B60F7" w14:paraId="21927DE5" w14:textId="77777777">
        <w:trPr>
          <w:cantSplit/>
          <w:jc w:val="center"/>
        </w:trPr>
        <w:tc>
          <w:tcPr>
            <w:tcW w:w="5256" w:type="dxa"/>
            <w:shd w:val="clear" w:color="auto" w:fill="F6F8FA"/>
            <w:tcMar>
              <w:top w:w="65" w:type="dxa"/>
              <w:left w:w="75" w:type="dxa"/>
              <w:bottom w:w="65" w:type="dxa"/>
              <w:right w:w="75" w:type="dxa"/>
            </w:tcMar>
            <w:vAlign w:val="center"/>
          </w:tcPr>
          <w:p w14:paraId="52BE49DB" w14:textId="77777777" w:rsidR="00A83192" w:rsidRPr="000B60F7" w:rsidRDefault="00000000">
            <w:pPr>
              <w:spacing w:after="0" w:line="240" w:lineRule="auto"/>
              <w:rPr>
                <w:rFonts w:cs="Times New Roman"/>
              </w:rPr>
            </w:pPr>
            <w:r w:rsidRPr="000B60F7">
              <w:rPr>
                <w:rFonts w:cs="Times New Roman"/>
                <w:sz w:val="19"/>
              </w:rPr>
              <w:t>Prior government rounds (z)</w:t>
            </w:r>
          </w:p>
        </w:tc>
        <w:tc>
          <w:tcPr>
            <w:tcW w:w="2160" w:type="dxa"/>
            <w:shd w:val="clear" w:color="auto" w:fill="F6F8FA"/>
            <w:tcMar>
              <w:top w:w="65" w:type="dxa"/>
              <w:left w:w="75" w:type="dxa"/>
              <w:bottom w:w="65" w:type="dxa"/>
              <w:right w:w="75" w:type="dxa"/>
            </w:tcMar>
            <w:vAlign w:val="center"/>
          </w:tcPr>
          <w:p w14:paraId="692428E7" w14:textId="77777777" w:rsidR="00A83192" w:rsidRPr="000B60F7" w:rsidRDefault="00000000">
            <w:pPr>
              <w:spacing w:after="0" w:line="240" w:lineRule="auto"/>
              <w:jc w:val="center"/>
              <w:rPr>
                <w:rFonts w:cs="Times New Roman"/>
              </w:rPr>
            </w:pPr>
            <w:r w:rsidRPr="000B60F7">
              <w:rPr>
                <w:rFonts w:cs="Times New Roman"/>
                <w:sz w:val="19"/>
              </w:rPr>
              <w:t>-0.0150</w:t>
            </w:r>
          </w:p>
        </w:tc>
        <w:tc>
          <w:tcPr>
            <w:tcW w:w="1944" w:type="dxa"/>
            <w:shd w:val="clear" w:color="auto" w:fill="F6F8FA"/>
            <w:tcMar>
              <w:top w:w="65" w:type="dxa"/>
              <w:left w:w="75" w:type="dxa"/>
              <w:bottom w:w="65" w:type="dxa"/>
              <w:right w:w="75" w:type="dxa"/>
            </w:tcMar>
            <w:vAlign w:val="center"/>
          </w:tcPr>
          <w:p w14:paraId="2B4217A9" w14:textId="77777777" w:rsidR="00A83192" w:rsidRPr="000B60F7" w:rsidRDefault="00000000">
            <w:pPr>
              <w:spacing w:after="0" w:line="240" w:lineRule="auto"/>
              <w:jc w:val="center"/>
              <w:rPr>
                <w:rFonts w:cs="Times New Roman"/>
              </w:rPr>
            </w:pPr>
            <w:r w:rsidRPr="000B60F7">
              <w:rPr>
                <w:rFonts w:cs="Times New Roman"/>
                <w:sz w:val="19"/>
              </w:rPr>
              <w:t>0.0742</w:t>
            </w:r>
          </w:p>
        </w:tc>
      </w:tr>
      <w:tr w:rsidR="00A83192" w:rsidRPr="000B60F7" w14:paraId="309192C3" w14:textId="77777777">
        <w:trPr>
          <w:cantSplit/>
          <w:jc w:val="center"/>
        </w:trPr>
        <w:tc>
          <w:tcPr>
            <w:tcW w:w="5256" w:type="dxa"/>
            <w:shd w:val="clear" w:color="auto" w:fill="FFFFFF"/>
            <w:tcMar>
              <w:top w:w="65" w:type="dxa"/>
              <w:left w:w="75" w:type="dxa"/>
              <w:bottom w:w="65" w:type="dxa"/>
              <w:right w:w="75" w:type="dxa"/>
            </w:tcMar>
            <w:vAlign w:val="center"/>
          </w:tcPr>
          <w:p w14:paraId="0BF48952" w14:textId="77777777" w:rsidR="00A83192" w:rsidRPr="000B60F7" w:rsidRDefault="00000000">
            <w:pPr>
              <w:spacing w:after="0" w:line="240" w:lineRule="auto"/>
              <w:rPr>
                <w:rFonts w:cs="Times New Roman"/>
              </w:rPr>
            </w:pPr>
            <w:r w:rsidRPr="000B60F7">
              <w:rPr>
                <w:rFonts w:cs="Times New Roman"/>
                <w:sz w:val="19"/>
              </w:rPr>
              <w:t>Log pre-focal capital (z)</w:t>
            </w:r>
          </w:p>
        </w:tc>
        <w:tc>
          <w:tcPr>
            <w:tcW w:w="2160" w:type="dxa"/>
            <w:shd w:val="clear" w:color="auto" w:fill="FFFFFF"/>
            <w:tcMar>
              <w:top w:w="65" w:type="dxa"/>
              <w:left w:w="75" w:type="dxa"/>
              <w:bottom w:w="65" w:type="dxa"/>
              <w:right w:w="75" w:type="dxa"/>
            </w:tcMar>
            <w:vAlign w:val="center"/>
          </w:tcPr>
          <w:p w14:paraId="3F44BB12" w14:textId="77777777" w:rsidR="00A83192" w:rsidRPr="000B60F7" w:rsidRDefault="00000000">
            <w:pPr>
              <w:spacing w:after="0" w:line="240" w:lineRule="auto"/>
              <w:jc w:val="center"/>
              <w:rPr>
                <w:rFonts w:cs="Times New Roman"/>
              </w:rPr>
            </w:pPr>
            <w:r w:rsidRPr="000B60F7">
              <w:rPr>
                <w:rFonts w:cs="Times New Roman"/>
                <w:sz w:val="19"/>
              </w:rPr>
              <w:t>0.0326</w:t>
            </w:r>
          </w:p>
        </w:tc>
        <w:tc>
          <w:tcPr>
            <w:tcW w:w="1944" w:type="dxa"/>
            <w:shd w:val="clear" w:color="auto" w:fill="FFFFFF"/>
            <w:tcMar>
              <w:top w:w="65" w:type="dxa"/>
              <w:left w:w="75" w:type="dxa"/>
              <w:bottom w:w="65" w:type="dxa"/>
              <w:right w:w="75" w:type="dxa"/>
            </w:tcMar>
            <w:vAlign w:val="center"/>
          </w:tcPr>
          <w:p w14:paraId="4AC988CA" w14:textId="77777777" w:rsidR="00A83192" w:rsidRPr="000B60F7" w:rsidRDefault="00000000">
            <w:pPr>
              <w:spacing w:after="0" w:line="240" w:lineRule="auto"/>
              <w:jc w:val="center"/>
              <w:rPr>
                <w:rFonts w:cs="Times New Roman"/>
              </w:rPr>
            </w:pPr>
            <w:r w:rsidRPr="000B60F7">
              <w:rPr>
                <w:rFonts w:cs="Times New Roman"/>
                <w:sz w:val="19"/>
              </w:rPr>
              <w:t>0.0665</w:t>
            </w:r>
          </w:p>
        </w:tc>
      </w:tr>
      <w:tr w:rsidR="00A83192" w:rsidRPr="000B60F7" w14:paraId="2CED320F" w14:textId="77777777">
        <w:trPr>
          <w:cantSplit/>
          <w:jc w:val="center"/>
        </w:trPr>
        <w:tc>
          <w:tcPr>
            <w:tcW w:w="5256" w:type="dxa"/>
            <w:shd w:val="clear" w:color="auto" w:fill="F6F8FA"/>
            <w:tcMar>
              <w:top w:w="65" w:type="dxa"/>
              <w:left w:w="75" w:type="dxa"/>
              <w:bottom w:w="65" w:type="dxa"/>
              <w:right w:w="75" w:type="dxa"/>
            </w:tcMar>
            <w:vAlign w:val="center"/>
          </w:tcPr>
          <w:p w14:paraId="5BB81376" w14:textId="77777777" w:rsidR="00A83192" w:rsidRPr="000B60F7" w:rsidRDefault="00000000">
            <w:pPr>
              <w:spacing w:after="0" w:line="240" w:lineRule="auto"/>
              <w:rPr>
                <w:rFonts w:cs="Times New Roman"/>
              </w:rPr>
            </w:pPr>
            <w:r w:rsidRPr="000B60F7">
              <w:rPr>
                <w:rFonts w:cs="Times New Roman"/>
                <w:sz w:val="19"/>
              </w:rPr>
              <w:t>Interventional trial begun before entry</w:t>
            </w:r>
          </w:p>
        </w:tc>
        <w:tc>
          <w:tcPr>
            <w:tcW w:w="2160" w:type="dxa"/>
            <w:shd w:val="clear" w:color="auto" w:fill="F6F8FA"/>
            <w:tcMar>
              <w:top w:w="65" w:type="dxa"/>
              <w:left w:w="75" w:type="dxa"/>
              <w:bottom w:w="65" w:type="dxa"/>
              <w:right w:w="75" w:type="dxa"/>
            </w:tcMar>
            <w:vAlign w:val="center"/>
          </w:tcPr>
          <w:p w14:paraId="3FCF80CA" w14:textId="77777777" w:rsidR="00A83192" w:rsidRPr="000B60F7" w:rsidRDefault="00000000">
            <w:pPr>
              <w:spacing w:after="0" w:line="240" w:lineRule="auto"/>
              <w:jc w:val="center"/>
              <w:rPr>
                <w:rFonts w:cs="Times New Roman"/>
              </w:rPr>
            </w:pPr>
            <w:r w:rsidRPr="000B60F7">
              <w:rPr>
                <w:rFonts w:cs="Times New Roman"/>
                <w:sz w:val="19"/>
              </w:rPr>
              <w:t>-0.1785</w:t>
            </w:r>
          </w:p>
        </w:tc>
        <w:tc>
          <w:tcPr>
            <w:tcW w:w="1944" w:type="dxa"/>
            <w:shd w:val="clear" w:color="auto" w:fill="F6F8FA"/>
            <w:tcMar>
              <w:top w:w="65" w:type="dxa"/>
              <w:left w:w="75" w:type="dxa"/>
              <w:bottom w:w="65" w:type="dxa"/>
              <w:right w:w="75" w:type="dxa"/>
            </w:tcMar>
            <w:vAlign w:val="center"/>
          </w:tcPr>
          <w:p w14:paraId="168CA6F1" w14:textId="77777777" w:rsidR="00A83192" w:rsidRPr="000B60F7" w:rsidRDefault="00000000">
            <w:pPr>
              <w:spacing w:after="0" w:line="240" w:lineRule="auto"/>
              <w:jc w:val="center"/>
              <w:rPr>
                <w:rFonts w:cs="Times New Roman"/>
              </w:rPr>
            </w:pPr>
            <w:r w:rsidRPr="000B60F7">
              <w:rPr>
                <w:rFonts w:cs="Times New Roman"/>
                <w:sz w:val="19"/>
              </w:rPr>
              <w:t>0.2884</w:t>
            </w:r>
          </w:p>
        </w:tc>
      </w:tr>
      <w:tr w:rsidR="00A83192" w:rsidRPr="000B60F7" w14:paraId="555C2423" w14:textId="77777777">
        <w:trPr>
          <w:cantSplit/>
          <w:jc w:val="center"/>
        </w:trPr>
        <w:tc>
          <w:tcPr>
            <w:tcW w:w="5256" w:type="dxa"/>
            <w:shd w:val="clear" w:color="auto" w:fill="FFFFFF"/>
            <w:tcMar>
              <w:top w:w="65" w:type="dxa"/>
              <w:left w:w="75" w:type="dxa"/>
              <w:bottom w:w="65" w:type="dxa"/>
              <w:right w:w="75" w:type="dxa"/>
            </w:tcMar>
            <w:vAlign w:val="center"/>
          </w:tcPr>
          <w:p w14:paraId="22A6405E" w14:textId="77777777" w:rsidR="00A83192" w:rsidRPr="000B60F7" w:rsidRDefault="00000000">
            <w:pPr>
              <w:spacing w:after="0" w:line="240" w:lineRule="auto"/>
              <w:rPr>
                <w:rFonts w:cs="Times New Roman"/>
              </w:rPr>
            </w:pPr>
            <w:r w:rsidRPr="000B60F7">
              <w:rPr>
                <w:rFonts w:cs="Times New Roman"/>
                <w:sz w:val="19"/>
              </w:rPr>
              <w:t>Log prior investor portfolio size (z)</w:t>
            </w:r>
          </w:p>
        </w:tc>
        <w:tc>
          <w:tcPr>
            <w:tcW w:w="2160" w:type="dxa"/>
            <w:shd w:val="clear" w:color="auto" w:fill="FFFFFF"/>
            <w:tcMar>
              <w:top w:w="65" w:type="dxa"/>
              <w:left w:w="75" w:type="dxa"/>
              <w:bottom w:w="65" w:type="dxa"/>
              <w:right w:w="75" w:type="dxa"/>
            </w:tcMar>
            <w:vAlign w:val="center"/>
          </w:tcPr>
          <w:p w14:paraId="5F002499" w14:textId="77777777" w:rsidR="00A83192" w:rsidRPr="000B60F7" w:rsidRDefault="00000000">
            <w:pPr>
              <w:spacing w:after="0" w:line="240" w:lineRule="auto"/>
              <w:jc w:val="center"/>
              <w:rPr>
                <w:rFonts w:cs="Times New Roman"/>
              </w:rPr>
            </w:pPr>
            <w:r w:rsidRPr="000B60F7">
              <w:rPr>
                <w:rFonts w:cs="Times New Roman"/>
                <w:sz w:val="19"/>
              </w:rPr>
              <w:t>-0.0692</w:t>
            </w:r>
          </w:p>
        </w:tc>
        <w:tc>
          <w:tcPr>
            <w:tcW w:w="1944" w:type="dxa"/>
            <w:shd w:val="clear" w:color="auto" w:fill="FFFFFF"/>
            <w:tcMar>
              <w:top w:w="65" w:type="dxa"/>
              <w:left w:w="75" w:type="dxa"/>
              <w:bottom w:w="65" w:type="dxa"/>
              <w:right w:w="75" w:type="dxa"/>
            </w:tcMar>
            <w:vAlign w:val="center"/>
          </w:tcPr>
          <w:p w14:paraId="2388E23E" w14:textId="77777777" w:rsidR="00A83192" w:rsidRPr="000B60F7" w:rsidRDefault="00000000">
            <w:pPr>
              <w:spacing w:after="0" w:line="240" w:lineRule="auto"/>
              <w:jc w:val="center"/>
              <w:rPr>
                <w:rFonts w:cs="Times New Roman"/>
              </w:rPr>
            </w:pPr>
            <w:r w:rsidRPr="000B60F7">
              <w:rPr>
                <w:rFonts w:cs="Times New Roman"/>
                <w:sz w:val="19"/>
              </w:rPr>
              <w:t>0.0832</w:t>
            </w:r>
          </w:p>
        </w:tc>
      </w:tr>
      <w:tr w:rsidR="00A83192" w:rsidRPr="000B60F7" w14:paraId="0FF4307A" w14:textId="77777777">
        <w:trPr>
          <w:cantSplit/>
          <w:jc w:val="center"/>
        </w:trPr>
        <w:tc>
          <w:tcPr>
            <w:tcW w:w="5256" w:type="dxa"/>
            <w:shd w:val="clear" w:color="auto" w:fill="F6F8FA"/>
            <w:tcMar>
              <w:top w:w="65" w:type="dxa"/>
              <w:left w:w="75" w:type="dxa"/>
              <w:bottom w:w="65" w:type="dxa"/>
              <w:right w:w="75" w:type="dxa"/>
            </w:tcMar>
            <w:vAlign w:val="center"/>
          </w:tcPr>
          <w:p w14:paraId="4AE334B9" w14:textId="77777777" w:rsidR="00A83192" w:rsidRPr="000B60F7" w:rsidRDefault="00000000">
            <w:pPr>
              <w:spacing w:after="0" w:line="240" w:lineRule="auto"/>
              <w:rPr>
                <w:rFonts w:cs="Times New Roman"/>
              </w:rPr>
            </w:pPr>
            <w:r w:rsidRPr="000B60F7">
              <w:rPr>
                <w:rFonts w:cs="Times New Roman"/>
                <w:sz w:val="19"/>
              </w:rPr>
              <w:t>No prior investor history</w:t>
            </w:r>
          </w:p>
        </w:tc>
        <w:tc>
          <w:tcPr>
            <w:tcW w:w="2160" w:type="dxa"/>
            <w:shd w:val="clear" w:color="auto" w:fill="F6F8FA"/>
            <w:tcMar>
              <w:top w:w="65" w:type="dxa"/>
              <w:left w:w="75" w:type="dxa"/>
              <w:bottom w:w="65" w:type="dxa"/>
              <w:right w:w="75" w:type="dxa"/>
            </w:tcMar>
            <w:vAlign w:val="center"/>
          </w:tcPr>
          <w:p w14:paraId="096A672A" w14:textId="77777777" w:rsidR="00A83192" w:rsidRPr="000B60F7" w:rsidRDefault="00000000">
            <w:pPr>
              <w:spacing w:after="0" w:line="240" w:lineRule="auto"/>
              <w:jc w:val="center"/>
              <w:rPr>
                <w:rFonts w:cs="Times New Roman"/>
              </w:rPr>
            </w:pPr>
            <w:r w:rsidRPr="000B60F7">
              <w:rPr>
                <w:rFonts w:cs="Times New Roman"/>
                <w:sz w:val="19"/>
              </w:rPr>
              <w:t>-0.5136</w:t>
            </w:r>
          </w:p>
        </w:tc>
        <w:tc>
          <w:tcPr>
            <w:tcW w:w="1944" w:type="dxa"/>
            <w:shd w:val="clear" w:color="auto" w:fill="F6F8FA"/>
            <w:tcMar>
              <w:top w:w="65" w:type="dxa"/>
              <w:left w:w="75" w:type="dxa"/>
              <w:bottom w:w="65" w:type="dxa"/>
              <w:right w:w="75" w:type="dxa"/>
            </w:tcMar>
            <w:vAlign w:val="center"/>
          </w:tcPr>
          <w:p w14:paraId="52047473" w14:textId="77777777" w:rsidR="00A83192" w:rsidRPr="000B60F7" w:rsidRDefault="00000000">
            <w:pPr>
              <w:spacing w:after="0" w:line="240" w:lineRule="auto"/>
              <w:jc w:val="center"/>
              <w:rPr>
                <w:rFonts w:cs="Times New Roman"/>
              </w:rPr>
            </w:pPr>
            <w:r w:rsidRPr="000B60F7">
              <w:rPr>
                <w:rFonts w:cs="Times New Roman"/>
                <w:sz w:val="19"/>
              </w:rPr>
              <w:t>0.3452</w:t>
            </w:r>
          </w:p>
        </w:tc>
      </w:tr>
      <w:tr w:rsidR="00A83192" w:rsidRPr="000B60F7" w14:paraId="13FF47AD" w14:textId="77777777">
        <w:trPr>
          <w:cantSplit/>
          <w:jc w:val="center"/>
        </w:trPr>
        <w:tc>
          <w:tcPr>
            <w:tcW w:w="5256" w:type="dxa"/>
            <w:shd w:val="clear" w:color="auto" w:fill="FFFFFF"/>
            <w:tcMar>
              <w:top w:w="65" w:type="dxa"/>
              <w:left w:w="75" w:type="dxa"/>
              <w:bottom w:w="65" w:type="dxa"/>
              <w:right w:w="75" w:type="dxa"/>
            </w:tcMar>
            <w:vAlign w:val="center"/>
          </w:tcPr>
          <w:p w14:paraId="25F483DA" w14:textId="77777777" w:rsidR="00A83192" w:rsidRPr="000B60F7" w:rsidRDefault="00000000">
            <w:pPr>
              <w:spacing w:after="0" w:line="240" w:lineRule="auto"/>
              <w:rPr>
                <w:rFonts w:cs="Times New Roman"/>
              </w:rPr>
            </w:pPr>
            <w:r w:rsidRPr="000B60F7">
              <w:rPr>
                <w:rFonts w:cs="Times New Roman"/>
                <w:sz w:val="19"/>
              </w:rPr>
              <w:t>Mean category fit (z)</w:t>
            </w:r>
          </w:p>
        </w:tc>
        <w:tc>
          <w:tcPr>
            <w:tcW w:w="2160" w:type="dxa"/>
            <w:shd w:val="clear" w:color="auto" w:fill="FFFFFF"/>
            <w:tcMar>
              <w:top w:w="65" w:type="dxa"/>
              <w:left w:w="75" w:type="dxa"/>
              <w:bottom w:w="65" w:type="dxa"/>
              <w:right w:w="75" w:type="dxa"/>
            </w:tcMar>
            <w:vAlign w:val="center"/>
          </w:tcPr>
          <w:p w14:paraId="3072F945" w14:textId="77777777" w:rsidR="00A83192" w:rsidRPr="000B60F7" w:rsidRDefault="00000000">
            <w:pPr>
              <w:spacing w:after="0" w:line="240" w:lineRule="auto"/>
              <w:jc w:val="center"/>
              <w:rPr>
                <w:rFonts w:cs="Times New Roman"/>
              </w:rPr>
            </w:pPr>
            <w:r w:rsidRPr="000B60F7">
              <w:rPr>
                <w:rFonts w:cs="Times New Roman"/>
                <w:sz w:val="19"/>
              </w:rPr>
              <w:t>0.0061</w:t>
            </w:r>
          </w:p>
        </w:tc>
        <w:tc>
          <w:tcPr>
            <w:tcW w:w="1944" w:type="dxa"/>
            <w:shd w:val="clear" w:color="auto" w:fill="FFFFFF"/>
            <w:tcMar>
              <w:top w:w="65" w:type="dxa"/>
              <w:left w:w="75" w:type="dxa"/>
              <w:bottom w:w="65" w:type="dxa"/>
              <w:right w:w="75" w:type="dxa"/>
            </w:tcMar>
            <w:vAlign w:val="center"/>
          </w:tcPr>
          <w:p w14:paraId="45D192F3" w14:textId="77777777" w:rsidR="00A83192" w:rsidRPr="000B60F7" w:rsidRDefault="00000000">
            <w:pPr>
              <w:spacing w:after="0" w:line="240" w:lineRule="auto"/>
              <w:jc w:val="center"/>
              <w:rPr>
                <w:rFonts w:cs="Times New Roman"/>
              </w:rPr>
            </w:pPr>
            <w:r w:rsidRPr="000B60F7">
              <w:rPr>
                <w:rFonts w:cs="Times New Roman"/>
                <w:sz w:val="19"/>
              </w:rPr>
              <w:t>0.0615</w:t>
            </w:r>
          </w:p>
        </w:tc>
      </w:tr>
      <w:tr w:rsidR="00A83192" w:rsidRPr="000B60F7" w14:paraId="14E8CD76" w14:textId="77777777">
        <w:trPr>
          <w:cantSplit/>
          <w:jc w:val="center"/>
        </w:trPr>
        <w:tc>
          <w:tcPr>
            <w:tcW w:w="5256" w:type="dxa"/>
            <w:shd w:val="clear" w:color="auto" w:fill="F6F8FA"/>
            <w:tcMar>
              <w:top w:w="65" w:type="dxa"/>
              <w:left w:w="75" w:type="dxa"/>
              <w:bottom w:w="65" w:type="dxa"/>
              <w:right w:w="75" w:type="dxa"/>
            </w:tcMar>
            <w:vAlign w:val="center"/>
          </w:tcPr>
          <w:p w14:paraId="436D71B1" w14:textId="77777777" w:rsidR="00A83192" w:rsidRPr="000B60F7" w:rsidRDefault="00000000">
            <w:pPr>
              <w:spacing w:after="0" w:line="240" w:lineRule="auto"/>
              <w:rPr>
                <w:rFonts w:cs="Times New Roman"/>
              </w:rPr>
            </w:pPr>
            <w:r w:rsidRPr="000B60F7">
              <w:rPr>
                <w:rFonts w:cs="Times New Roman"/>
                <w:sz w:val="19"/>
              </w:rPr>
              <w:t>Log initial syndicate size (z)</w:t>
            </w:r>
          </w:p>
        </w:tc>
        <w:tc>
          <w:tcPr>
            <w:tcW w:w="2160" w:type="dxa"/>
            <w:shd w:val="clear" w:color="auto" w:fill="F6F8FA"/>
            <w:tcMar>
              <w:top w:w="65" w:type="dxa"/>
              <w:left w:w="75" w:type="dxa"/>
              <w:bottom w:w="65" w:type="dxa"/>
              <w:right w:w="75" w:type="dxa"/>
            </w:tcMar>
            <w:vAlign w:val="center"/>
          </w:tcPr>
          <w:p w14:paraId="58AF75D5" w14:textId="77777777" w:rsidR="00A83192" w:rsidRPr="000B60F7" w:rsidRDefault="00000000">
            <w:pPr>
              <w:spacing w:after="0" w:line="240" w:lineRule="auto"/>
              <w:jc w:val="center"/>
              <w:rPr>
                <w:rFonts w:cs="Times New Roman"/>
              </w:rPr>
            </w:pPr>
            <w:r w:rsidRPr="000B60F7">
              <w:rPr>
                <w:rFonts w:cs="Times New Roman"/>
                <w:sz w:val="19"/>
              </w:rPr>
              <w:t>0.0264</w:t>
            </w:r>
          </w:p>
        </w:tc>
        <w:tc>
          <w:tcPr>
            <w:tcW w:w="1944" w:type="dxa"/>
            <w:shd w:val="clear" w:color="auto" w:fill="F6F8FA"/>
            <w:tcMar>
              <w:top w:w="65" w:type="dxa"/>
              <w:left w:w="75" w:type="dxa"/>
              <w:bottom w:w="65" w:type="dxa"/>
              <w:right w:w="75" w:type="dxa"/>
            </w:tcMar>
            <w:vAlign w:val="center"/>
          </w:tcPr>
          <w:p w14:paraId="5E4840BF" w14:textId="77777777" w:rsidR="00A83192" w:rsidRPr="000B60F7" w:rsidRDefault="00000000">
            <w:pPr>
              <w:spacing w:after="0" w:line="240" w:lineRule="auto"/>
              <w:jc w:val="center"/>
              <w:rPr>
                <w:rFonts w:cs="Times New Roman"/>
              </w:rPr>
            </w:pPr>
            <w:r w:rsidRPr="000B60F7">
              <w:rPr>
                <w:rFonts w:cs="Times New Roman"/>
                <w:sz w:val="19"/>
              </w:rPr>
              <w:t>0.0582</w:t>
            </w:r>
          </w:p>
        </w:tc>
      </w:tr>
      <w:tr w:rsidR="00A83192" w:rsidRPr="000B60F7" w14:paraId="06BD02AF" w14:textId="77777777">
        <w:trPr>
          <w:cantSplit/>
          <w:jc w:val="center"/>
        </w:trPr>
        <w:tc>
          <w:tcPr>
            <w:tcW w:w="5256" w:type="dxa"/>
            <w:shd w:val="clear" w:color="auto" w:fill="FFFFFF"/>
            <w:tcMar>
              <w:top w:w="65" w:type="dxa"/>
              <w:left w:w="75" w:type="dxa"/>
              <w:bottom w:w="65" w:type="dxa"/>
              <w:right w:w="75" w:type="dxa"/>
            </w:tcMar>
            <w:vAlign w:val="center"/>
          </w:tcPr>
          <w:p w14:paraId="421ED4D3" w14:textId="77777777" w:rsidR="00A83192" w:rsidRPr="000B60F7" w:rsidRDefault="00000000">
            <w:pPr>
              <w:spacing w:after="0" w:line="240" w:lineRule="auto"/>
              <w:rPr>
                <w:rFonts w:cs="Times New Roman"/>
              </w:rPr>
            </w:pPr>
            <w:r w:rsidRPr="000B60F7">
              <w:rPr>
                <w:rFonts w:cs="Times New Roman"/>
                <w:sz w:val="19"/>
              </w:rPr>
              <w:t>Category history, months 1–12</w:t>
            </w:r>
          </w:p>
        </w:tc>
        <w:tc>
          <w:tcPr>
            <w:tcW w:w="2160" w:type="dxa"/>
            <w:shd w:val="clear" w:color="auto" w:fill="FFFFFF"/>
            <w:tcMar>
              <w:top w:w="65" w:type="dxa"/>
              <w:left w:w="75" w:type="dxa"/>
              <w:bottom w:w="65" w:type="dxa"/>
              <w:right w:w="75" w:type="dxa"/>
            </w:tcMar>
            <w:vAlign w:val="center"/>
          </w:tcPr>
          <w:p w14:paraId="33D77BE5" w14:textId="77777777" w:rsidR="00A83192" w:rsidRPr="000B60F7" w:rsidRDefault="00000000">
            <w:pPr>
              <w:spacing w:after="0" w:line="240" w:lineRule="auto"/>
              <w:jc w:val="center"/>
              <w:rPr>
                <w:rFonts w:cs="Times New Roman"/>
              </w:rPr>
            </w:pPr>
            <w:r w:rsidRPr="000B60F7">
              <w:rPr>
                <w:rFonts w:cs="Times New Roman"/>
                <w:sz w:val="19"/>
              </w:rPr>
              <w:t>-0.2043</w:t>
            </w:r>
          </w:p>
        </w:tc>
        <w:tc>
          <w:tcPr>
            <w:tcW w:w="1944" w:type="dxa"/>
            <w:shd w:val="clear" w:color="auto" w:fill="FFFFFF"/>
            <w:tcMar>
              <w:top w:w="65" w:type="dxa"/>
              <w:left w:w="75" w:type="dxa"/>
              <w:bottom w:w="65" w:type="dxa"/>
              <w:right w:w="75" w:type="dxa"/>
            </w:tcMar>
            <w:vAlign w:val="center"/>
          </w:tcPr>
          <w:p w14:paraId="6CB8C07A" w14:textId="77777777" w:rsidR="00A83192" w:rsidRPr="000B60F7" w:rsidRDefault="00000000">
            <w:pPr>
              <w:spacing w:after="0" w:line="240" w:lineRule="auto"/>
              <w:jc w:val="center"/>
              <w:rPr>
                <w:rFonts w:cs="Times New Roman"/>
              </w:rPr>
            </w:pPr>
            <w:r w:rsidRPr="000B60F7">
              <w:rPr>
                <w:rFonts w:cs="Times New Roman"/>
                <w:sz w:val="19"/>
              </w:rPr>
              <w:t>0.1268</w:t>
            </w:r>
          </w:p>
        </w:tc>
      </w:tr>
      <w:tr w:rsidR="00A83192" w:rsidRPr="000B60F7" w14:paraId="1120DF85" w14:textId="77777777">
        <w:trPr>
          <w:cantSplit/>
          <w:jc w:val="center"/>
        </w:trPr>
        <w:tc>
          <w:tcPr>
            <w:tcW w:w="5256" w:type="dxa"/>
            <w:shd w:val="clear" w:color="auto" w:fill="F6F8FA"/>
            <w:tcMar>
              <w:top w:w="65" w:type="dxa"/>
              <w:left w:w="75" w:type="dxa"/>
              <w:bottom w:w="65" w:type="dxa"/>
              <w:right w:w="75" w:type="dxa"/>
            </w:tcMar>
            <w:vAlign w:val="center"/>
          </w:tcPr>
          <w:p w14:paraId="1C1C9884" w14:textId="77777777" w:rsidR="00A83192" w:rsidRPr="000B60F7" w:rsidRDefault="00000000">
            <w:pPr>
              <w:spacing w:after="0" w:line="240" w:lineRule="auto"/>
              <w:rPr>
                <w:rFonts w:cs="Times New Roman"/>
              </w:rPr>
            </w:pPr>
            <w:r w:rsidRPr="000B60F7">
              <w:rPr>
                <w:rFonts w:cs="Times New Roman"/>
                <w:sz w:val="19"/>
              </w:rPr>
              <w:t>Outside history, months 1–12</w:t>
            </w:r>
          </w:p>
        </w:tc>
        <w:tc>
          <w:tcPr>
            <w:tcW w:w="2160" w:type="dxa"/>
            <w:shd w:val="clear" w:color="auto" w:fill="F6F8FA"/>
            <w:tcMar>
              <w:top w:w="65" w:type="dxa"/>
              <w:left w:w="75" w:type="dxa"/>
              <w:bottom w:w="65" w:type="dxa"/>
              <w:right w:w="75" w:type="dxa"/>
            </w:tcMar>
            <w:vAlign w:val="center"/>
          </w:tcPr>
          <w:p w14:paraId="1013C87D" w14:textId="77777777" w:rsidR="00A83192" w:rsidRPr="000B60F7" w:rsidRDefault="00000000">
            <w:pPr>
              <w:spacing w:after="0" w:line="240" w:lineRule="auto"/>
              <w:jc w:val="center"/>
              <w:rPr>
                <w:rFonts w:cs="Times New Roman"/>
              </w:rPr>
            </w:pPr>
            <w:r w:rsidRPr="000B60F7">
              <w:rPr>
                <w:rFonts w:cs="Times New Roman"/>
                <w:sz w:val="19"/>
              </w:rPr>
              <w:t>0.2914</w:t>
            </w:r>
          </w:p>
        </w:tc>
        <w:tc>
          <w:tcPr>
            <w:tcW w:w="1944" w:type="dxa"/>
            <w:shd w:val="clear" w:color="auto" w:fill="F6F8FA"/>
            <w:tcMar>
              <w:top w:w="65" w:type="dxa"/>
              <w:left w:w="75" w:type="dxa"/>
              <w:bottom w:w="65" w:type="dxa"/>
              <w:right w:w="75" w:type="dxa"/>
            </w:tcMar>
            <w:vAlign w:val="center"/>
          </w:tcPr>
          <w:p w14:paraId="61FF104A" w14:textId="77777777" w:rsidR="00A83192" w:rsidRPr="000B60F7" w:rsidRDefault="00000000">
            <w:pPr>
              <w:spacing w:after="0" w:line="240" w:lineRule="auto"/>
              <w:jc w:val="center"/>
              <w:rPr>
                <w:rFonts w:cs="Times New Roman"/>
              </w:rPr>
            </w:pPr>
            <w:r w:rsidRPr="000B60F7">
              <w:rPr>
                <w:rFonts w:cs="Times New Roman"/>
                <w:sz w:val="19"/>
              </w:rPr>
              <w:t>0.1306</w:t>
            </w:r>
          </w:p>
        </w:tc>
      </w:tr>
      <w:tr w:rsidR="00A83192" w:rsidRPr="000B60F7" w14:paraId="3975D964" w14:textId="77777777">
        <w:trPr>
          <w:cantSplit/>
          <w:jc w:val="center"/>
        </w:trPr>
        <w:tc>
          <w:tcPr>
            <w:tcW w:w="5256" w:type="dxa"/>
            <w:shd w:val="clear" w:color="auto" w:fill="FFFFFF"/>
            <w:tcMar>
              <w:top w:w="65" w:type="dxa"/>
              <w:left w:w="75" w:type="dxa"/>
              <w:bottom w:w="65" w:type="dxa"/>
              <w:right w:w="75" w:type="dxa"/>
            </w:tcMar>
            <w:vAlign w:val="center"/>
          </w:tcPr>
          <w:p w14:paraId="352BB5BA" w14:textId="77777777" w:rsidR="00A83192" w:rsidRPr="000B60F7" w:rsidRDefault="00000000">
            <w:pPr>
              <w:spacing w:after="0" w:line="240" w:lineRule="auto"/>
              <w:rPr>
                <w:rFonts w:cs="Times New Roman"/>
              </w:rPr>
            </w:pPr>
            <w:r w:rsidRPr="000B60F7">
              <w:rPr>
                <w:rFonts w:cs="Times New Roman"/>
                <w:sz w:val="19"/>
              </w:rPr>
              <w:t>Category history, months 13–24</w:t>
            </w:r>
          </w:p>
        </w:tc>
        <w:tc>
          <w:tcPr>
            <w:tcW w:w="2160" w:type="dxa"/>
            <w:shd w:val="clear" w:color="auto" w:fill="FFFFFF"/>
            <w:tcMar>
              <w:top w:w="65" w:type="dxa"/>
              <w:left w:w="75" w:type="dxa"/>
              <w:bottom w:w="65" w:type="dxa"/>
              <w:right w:w="75" w:type="dxa"/>
            </w:tcMar>
            <w:vAlign w:val="center"/>
          </w:tcPr>
          <w:p w14:paraId="68E77430" w14:textId="77777777" w:rsidR="00A83192" w:rsidRPr="000B60F7" w:rsidRDefault="00000000">
            <w:pPr>
              <w:spacing w:after="0" w:line="240" w:lineRule="auto"/>
              <w:jc w:val="center"/>
              <w:rPr>
                <w:rFonts w:cs="Times New Roman"/>
              </w:rPr>
            </w:pPr>
            <w:r w:rsidRPr="000B60F7">
              <w:rPr>
                <w:rFonts w:cs="Times New Roman"/>
                <w:sz w:val="19"/>
              </w:rPr>
              <w:t>0.0004</w:t>
            </w:r>
          </w:p>
        </w:tc>
        <w:tc>
          <w:tcPr>
            <w:tcW w:w="1944" w:type="dxa"/>
            <w:shd w:val="clear" w:color="auto" w:fill="FFFFFF"/>
            <w:tcMar>
              <w:top w:w="65" w:type="dxa"/>
              <w:left w:w="75" w:type="dxa"/>
              <w:bottom w:w="65" w:type="dxa"/>
              <w:right w:w="75" w:type="dxa"/>
            </w:tcMar>
            <w:vAlign w:val="center"/>
          </w:tcPr>
          <w:p w14:paraId="12614A8E" w14:textId="77777777" w:rsidR="00A83192" w:rsidRPr="000B60F7" w:rsidRDefault="00000000">
            <w:pPr>
              <w:spacing w:after="0" w:line="240" w:lineRule="auto"/>
              <w:jc w:val="center"/>
              <w:rPr>
                <w:rFonts w:cs="Times New Roman"/>
              </w:rPr>
            </w:pPr>
            <w:r w:rsidRPr="000B60F7">
              <w:rPr>
                <w:rFonts w:cs="Times New Roman"/>
                <w:sz w:val="19"/>
              </w:rPr>
              <w:t>0.1094</w:t>
            </w:r>
          </w:p>
        </w:tc>
      </w:tr>
      <w:tr w:rsidR="00A83192" w:rsidRPr="000B60F7" w14:paraId="5AB5FFAE" w14:textId="77777777">
        <w:trPr>
          <w:cantSplit/>
          <w:jc w:val="center"/>
        </w:trPr>
        <w:tc>
          <w:tcPr>
            <w:tcW w:w="5256" w:type="dxa"/>
            <w:shd w:val="clear" w:color="auto" w:fill="F6F8FA"/>
            <w:tcMar>
              <w:top w:w="65" w:type="dxa"/>
              <w:left w:w="75" w:type="dxa"/>
              <w:bottom w:w="65" w:type="dxa"/>
              <w:right w:w="75" w:type="dxa"/>
            </w:tcMar>
            <w:vAlign w:val="center"/>
          </w:tcPr>
          <w:p w14:paraId="7921A6D1" w14:textId="77777777" w:rsidR="00A83192" w:rsidRPr="000B60F7" w:rsidRDefault="00000000">
            <w:pPr>
              <w:spacing w:after="0" w:line="240" w:lineRule="auto"/>
              <w:rPr>
                <w:rFonts w:cs="Times New Roman"/>
              </w:rPr>
            </w:pPr>
            <w:r w:rsidRPr="000B60F7">
              <w:rPr>
                <w:rFonts w:cs="Times New Roman"/>
                <w:sz w:val="19"/>
              </w:rPr>
              <w:t>Outside history, months 13–24</w:t>
            </w:r>
          </w:p>
        </w:tc>
        <w:tc>
          <w:tcPr>
            <w:tcW w:w="2160" w:type="dxa"/>
            <w:shd w:val="clear" w:color="auto" w:fill="F6F8FA"/>
            <w:tcMar>
              <w:top w:w="65" w:type="dxa"/>
              <w:left w:w="75" w:type="dxa"/>
              <w:bottom w:w="65" w:type="dxa"/>
              <w:right w:w="75" w:type="dxa"/>
            </w:tcMar>
            <w:vAlign w:val="center"/>
          </w:tcPr>
          <w:p w14:paraId="1B09A9CC" w14:textId="77777777" w:rsidR="00A83192" w:rsidRPr="000B60F7" w:rsidRDefault="00000000">
            <w:pPr>
              <w:spacing w:after="0" w:line="240" w:lineRule="auto"/>
              <w:jc w:val="center"/>
              <w:rPr>
                <w:rFonts w:cs="Times New Roman"/>
              </w:rPr>
            </w:pPr>
            <w:r w:rsidRPr="000B60F7">
              <w:rPr>
                <w:rFonts w:cs="Times New Roman"/>
                <w:sz w:val="19"/>
              </w:rPr>
              <w:t>0.1813</w:t>
            </w:r>
          </w:p>
        </w:tc>
        <w:tc>
          <w:tcPr>
            <w:tcW w:w="1944" w:type="dxa"/>
            <w:shd w:val="clear" w:color="auto" w:fill="F6F8FA"/>
            <w:tcMar>
              <w:top w:w="65" w:type="dxa"/>
              <w:left w:w="75" w:type="dxa"/>
              <w:bottom w:w="65" w:type="dxa"/>
              <w:right w:w="75" w:type="dxa"/>
            </w:tcMar>
            <w:vAlign w:val="center"/>
          </w:tcPr>
          <w:p w14:paraId="5CC3B2FA" w14:textId="77777777" w:rsidR="00A83192" w:rsidRPr="000B60F7" w:rsidRDefault="00000000">
            <w:pPr>
              <w:spacing w:after="0" w:line="240" w:lineRule="auto"/>
              <w:jc w:val="center"/>
              <w:rPr>
                <w:rFonts w:cs="Times New Roman"/>
              </w:rPr>
            </w:pPr>
            <w:r w:rsidRPr="000B60F7">
              <w:rPr>
                <w:rFonts w:cs="Times New Roman"/>
                <w:sz w:val="19"/>
              </w:rPr>
              <w:t>0.1173</w:t>
            </w:r>
          </w:p>
        </w:tc>
      </w:tr>
      <w:tr w:rsidR="00A83192" w:rsidRPr="000B60F7" w14:paraId="24784F65" w14:textId="77777777">
        <w:trPr>
          <w:cantSplit/>
          <w:jc w:val="center"/>
        </w:trPr>
        <w:tc>
          <w:tcPr>
            <w:tcW w:w="5256" w:type="dxa"/>
            <w:shd w:val="clear" w:color="auto" w:fill="FFFFFF"/>
            <w:tcMar>
              <w:top w:w="65" w:type="dxa"/>
              <w:left w:w="75" w:type="dxa"/>
              <w:bottom w:w="65" w:type="dxa"/>
              <w:right w:w="75" w:type="dxa"/>
            </w:tcMar>
            <w:vAlign w:val="center"/>
          </w:tcPr>
          <w:p w14:paraId="131E8E68" w14:textId="77777777" w:rsidR="00A83192" w:rsidRPr="000B60F7" w:rsidRDefault="00000000">
            <w:pPr>
              <w:spacing w:after="0" w:line="240" w:lineRule="auto"/>
              <w:rPr>
                <w:rFonts w:cs="Times New Roman"/>
              </w:rPr>
            </w:pPr>
            <w:r w:rsidRPr="000B60F7">
              <w:rPr>
                <w:rFonts w:cs="Times New Roman"/>
                <w:sz w:val="19"/>
              </w:rPr>
              <w:t>Category history, months 25–36</w:t>
            </w:r>
          </w:p>
        </w:tc>
        <w:tc>
          <w:tcPr>
            <w:tcW w:w="2160" w:type="dxa"/>
            <w:shd w:val="clear" w:color="auto" w:fill="FFFFFF"/>
            <w:tcMar>
              <w:top w:w="65" w:type="dxa"/>
              <w:left w:w="75" w:type="dxa"/>
              <w:bottom w:w="65" w:type="dxa"/>
              <w:right w:w="75" w:type="dxa"/>
            </w:tcMar>
            <w:vAlign w:val="center"/>
          </w:tcPr>
          <w:p w14:paraId="1649D73E" w14:textId="77777777" w:rsidR="00A83192" w:rsidRPr="000B60F7" w:rsidRDefault="00000000">
            <w:pPr>
              <w:spacing w:after="0" w:line="240" w:lineRule="auto"/>
              <w:jc w:val="center"/>
              <w:rPr>
                <w:rFonts w:cs="Times New Roman"/>
              </w:rPr>
            </w:pPr>
            <w:r w:rsidRPr="000B60F7">
              <w:rPr>
                <w:rFonts w:cs="Times New Roman"/>
                <w:sz w:val="19"/>
              </w:rPr>
              <w:t>0.4378</w:t>
            </w:r>
          </w:p>
        </w:tc>
        <w:tc>
          <w:tcPr>
            <w:tcW w:w="1944" w:type="dxa"/>
            <w:shd w:val="clear" w:color="auto" w:fill="FFFFFF"/>
            <w:tcMar>
              <w:top w:w="65" w:type="dxa"/>
              <w:left w:w="75" w:type="dxa"/>
              <w:bottom w:w="65" w:type="dxa"/>
              <w:right w:w="75" w:type="dxa"/>
            </w:tcMar>
            <w:vAlign w:val="center"/>
          </w:tcPr>
          <w:p w14:paraId="29D3267D" w14:textId="77777777" w:rsidR="00A83192" w:rsidRPr="000B60F7" w:rsidRDefault="00000000">
            <w:pPr>
              <w:spacing w:after="0" w:line="240" w:lineRule="auto"/>
              <w:jc w:val="center"/>
              <w:rPr>
                <w:rFonts w:cs="Times New Roman"/>
              </w:rPr>
            </w:pPr>
            <w:r w:rsidRPr="000B60F7">
              <w:rPr>
                <w:rFonts w:cs="Times New Roman"/>
                <w:sz w:val="19"/>
              </w:rPr>
              <w:t>0.1261</w:t>
            </w:r>
          </w:p>
        </w:tc>
      </w:tr>
      <w:tr w:rsidR="00A83192" w:rsidRPr="000B60F7" w14:paraId="020D253E" w14:textId="77777777">
        <w:trPr>
          <w:cantSplit/>
          <w:jc w:val="center"/>
        </w:trPr>
        <w:tc>
          <w:tcPr>
            <w:tcW w:w="5256" w:type="dxa"/>
            <w:shd w:val="clear" w:color="auto" w:fill="F6F8FA"/>
            <w:tcMar>
              <w:top w:w="65" w:type="dxa"/>
              <w:left w:w="75" w:type="dxa"/>
              <w:bottom w:w="65" w:type="dxa"/>
              <w:right w:w="75" w:type="dxa"/>
            </w:tcMar>
            <w:vAlign w:val="center"/>
          </w:tcPr>
          <w:p w14:paraId="368AA232" w14:textId="77777777" w:rsidR="00A83192" w:rsidRPr="000B60F7" w:rsidRDefault="00000000">
            <w:pPr>
              <w:spacing w:after="0" w:line="240" w:lineRule="auto"/>
              <w:rPr>
                <w:rFonts w:cs="Times New Roman"/>
              </w:rPr>
            </w:pPr>
            <w:r w:rsidRPr="000B60F7">
              <w:rPr>
                <w:rFonts w:cs="Times New Roman"/>
                <w:sz w:val="19"/>
              </w:rPr>
              <w:t>Outside history, months 25–36</w:t>
            </w:r>
          </w:p>
        </w:tc>
        <w:tc>
          <w:tcPr>
            <w:tcW w:w="2160" w:type="dxa"/>
            <w:shd w:val="clear" w:color="auto" w:fill="F6F8FA"/>
            <w:tcMar>
              <w:top w:w="65" w:type="dxa"/>
              <w:left w:w="75" w:type="dxa"/>
              <w:bottom w:w="65" w:type="dxa"/>
              <w:right w:w="75" w:type="dxa"/>
            </w:tcMar>
            <w:vAlign w:val="center"/>
          </w:tcPr>
          <w:p w14:paraId="7F7D1D18" w14:textId="77777777" w:rsidR="00A83192" w:rsidRPr="000B60F7" w:rsidRDefault="00000000">
            <w:pPr>
              <w:spacing w:after="0" w:line="240" w:lineRule="auto"/>
              <w:jc w:val="center"/>
              <w:rPr>
                <w:rFonts w:cs="Times New Roman"/>
              </w:rPr>
            </w:pPr>
            <w:r w:rsidRPr="000B60F7">
              <w:rPr>
                <w:rFonts w:cs="Times New Roman"/>
                <w:sz w:val="19"/>
              </w:rPr>
              <w:t>-0.1422</w:t>
            </w:r>
          </w:p>
        </w:tc>
        <w:tc>
          <w:tcPr>
            <w:tcW w:w="1944" w:type="dxa"/>
            <w:shd w:val="clear" w:color="auto" w:fill="F6F8FA"/>
            <w:tcMar>
              <w:top w:w="65" w:type="dxa"/>
              <w:left w:w="75" w:type="dxa"/>
              <w:bottom w:w="65" w:type="dxa"/>
              <w:right w:w="75" w:type="dxa"/>
            </w:tcMar>
            <w:vAlign w:val="center"/>
          </w:tcPr>
          <w:p w14:paraId="7DD2261D" w14:textId="77777777" w:rsidR="00A83192" w:rsidRPr="000B60F7" w:rsidRDefault="00000000">
            <w:pPr>
              <w:spacing w:after="0" w:line="240" w:lineRule="auto"/>
              <w:jc w:val="center"/>
              <w:rPr>
                <w:rFonts w:cs="Times New Roman"/>
              </w:rPr>
            </w:pPr>
            <w:r w:rsidRPr="000B60F7">
              <w:rPr>
                <w:rFonts w:cs="Times New Roman"/>
                <w:sz w:val="19"/>
              </w:rPr>
              <w:t>0.1266</w:t>
            </w:r>
          </w:p>
        </w:tc>
      </w:tr>
      <w:tr w:rsidR="00A83192" w:rsidRPr="000B60F7" w14:paraId="07F4EF1F" w14:textId="77777777">
        <w:trPr>
          <w:cantSplit/>
          <w:jc w:val="center"/>
        </w:trPr>
        <w:tc>
          <w:tcPr>
            <w:tcW w:w="5256" w:type="dxa"/>
            <w:shd w:val="clear" w:color="auto" w:fill="FFFFFF"/>
            <w:tcMar>
              <w:top w:w="65" w:type="dxa"/>
              <w:left w:w="75" w:type="dxa"/>
              <w:bottom w:w="65" w:type="dxa"/>
              <w:right w:w="75" w:type="dxa"/>
            </w:tcMar>
            <w:vAlign w:val="center"/>
          </w:tcPr>
          <w:p w14:paraId="4D5A74FE" w14:textId="77777777" w:rsidR="00A83192" w:rsidRPr="000B60F7" w:rsidRDefault="00000000">
            <w:pPr>
              <w:spacing w:after="0" w:line="240" w:lineRule="auto"/>
              <w:rPr>
                <w:rFonts w:cs="Times New Roman"/>
              </w:rPr>
            </w:pPr>
            <w:r w:rsidRPr="000B60F7">
              <w:rPr>
                <w:rFonts w:cs="Times New Roman"/>
                <w:sz w:val="19"/>
              </w:rPr>
              <w:t>Category history, months 37–60</w:t>
            </w:r>
          </w:p>
        </w:tc>
        <w:tc>
          <w:tcPr>
            <w:tcW w:w="2160" w:type="dxa"/>
            <w:shd w:val="clear" w:color="auto" w:fill="FFFFFF"/>
            <w:tcMar>
              <w:top w:w="65" w:type="dxa"/>
              <w:left w:w="75" w:type="dxa"/>
              <w:bottom w:w="65" w:type="dxa"/>
              <w:right w:w="75" w:type="dxa"/>
            </w:tcMar>
            <w:vAlign w:val="center"/>
          </w:tcPr>
          <w:p w14:paraId="22471A55" w14:textId="77777777" w:rsidR="00A83192" w:rsidRPr="000B60F7" w:rsidRDefault="00000000">
            <w:pPr>
              <w:spacing w:after="0" w:line="240" w:lineRule="auto"/>
              <w:jc w:val="center"/>
              <w:rPr>
                <w:rFonts w:cs="Times New Roman"/>
              </w:rPr>
            </w:pPr>
            <w:r w:rsidRPr="000B60F7">
              <w:rPr>
                <w:rFonts w:cs="Times New Roman"/>
                <w:sz w:val="19"/>
              </w:rPr>
              <w:t>0.6357</w:t>
            </w:r>
          </w:p>
        </w:tc>
        <w:tc>
          <w:tcPr>
            <w:tcW w:w="1944" w:type="dxa"/>
            <w:shd w:val="clear" w:color="auto" w:fill="FFFFFF"/>
            <w:tcMar>
              <w:top w:w="65" w:type="dxa"/>
              <w:left w:w="75" w:type="dxa"/>
              <w:bottom w:w="65" w:type="dxa"/>
              <w:right w:w="75" w:type="dxa"/>
            </w:tcMar>
            <w:vAlign w:val="center"/>
          </w:tcPr>
          <w:p w14:paraId="1CC9E222" w14:textId="77777777" w:rsidR="00A83192" w:rsidRPr="000B60F7" w:rsidRDefault="00000000">
            <w:pPr>
              <w:spacing w:after="0" w:line="240" w:lineRule="auto"/>
              <w:jc w:val="center"/>
              <w:rPr>
                <w:rFonts w:cs="Times New Roman"/>
              </w:rPr>
            </w:pPr>
            <w:r w:rsidRPr="000B60F7">
              <w:rPr>
                <w:rFonts w:cs="Times New Roman"/>
                <w:sz w:val="19"/>
              </w:rPr>
              <w:t>0.1756</w:t>
            </w:r>
          </w:p>
        </w:tc>
      </w:tr>
      <w:tr w:rsidR="00A83192" w:rsidRPr="000B60F7" w14:paraId="62248E88" w14:textId="77777777">
        <w:trPr>
          <w:cantSplit/>
          <w:jc w:val="center"/>
        </w:trPr>
        <w:tc>
          <w:tcPr>
            <w:tcW w:w="5256" w:type="dxa"/>
            <w:shd w:val="clear" w:color="auto" w:fill="F6F8FA"/>
            <w:tcMar>
              <w:top w:w="65" w:type="dxa"/>
              <w:left w:w="75" w:type="dxa"/>
              <w:bottom w:w="65" w:type="dxa"/>
              <w:right w:w="75" w:type="dxa"/>
            </w:tcMar>
            <w:vAlign w:val="center"/>
          </w:tcPr>
          <w:p w14:paraId="5A8637A6" w14:textId="77777777" w:rsidR="00A83192" w:rsidRPr="000B60F7" w:rsidRDefault="00000000">
            <w:pPr>
              <w:spacing w:after="0" w:line="240" w:lineRule="auto"/>
              <w:rPr>
                <w:rFonts w:cs="Times New Roman"/>
              </w:rPr>
            </w:pPr>
            <w:r w:rsidRPr="000B60F7">
              <w:rPr>
                <w:rFonts w:cs="Times New Roman"/>
                <w:sz w:val="19"/>
              </w:rPr>
              <w:t>Outside history, months 37–60</w:t>
            </w:r>
          </w:p>
        </w:tc>
        <w:tc>
          <w:tcPr>
            <w:tcW w:w="2160" w:type="dxa"/>
            <w:shd w:val="clear" w:color="auto" w:fill="F6F8FA"/>
            <w:tcMar>
              <w:top w:w="65" w:type="dxa"/>
              <w:left w:w="75" w:type="dxa"/>
              <w:bottom w:w="65" w:type="dxa"/>
              <w:right w:w="75" w:type="dxa"/>
            </w:tcMar>
            <w:vAlign w:val="center"/>
          </w:tcPr>
          <w:p w14:paraId="6A11CEC4" w14:textId="77777777" w:rsidR="00A83192" w:rsidRPr="000B60F7" w:rsidRDefault="00000000">
            <w:pPr>
              <w:spacing w:after="0" w:line="240" w:lineRule="auto"/>
              <w:jc w:val="center"/>
              <w:rPr>
                <w:rFonts w:cs="Times New Roman"/>
              </w:rPr>
            </w:pPr>
            <w:r w:rsidRPr="000B60F7">
              <w:rPr>
                <w:rFonts w:cs="Times New Roman"/>
                <w:sz w:val="19"/>
              </w:rPr>
              <w:t>-0.3126</w:t>
            </w:r>
          </w:p>
        </w:tc>
        <w:tc>
          <w:tcPr>
            <w:tcW w:w="1944" w:type="dxa"/>
            <w:shd w:val="clear" w:color="auto" w:fill="F6F8FA"/>
            <w:tcMar>
              <w:top w:w="65" w:type="dxa"/>
              <w:left w:w="75" w:type="dxa"/>
              <w:bottom w:w="65" w:type="dxa"/>
              <w:right w:w="75" w:type="dxa"/>
            </w:tcMar>
            <w:vAlign w:val="center"/>
          </w:tcPr>
          <w:p w14:paraId="483631E2" w14:textId="77777777" w:rsidR="00A83192" w:rsidRPr="000B60F7" w:rsidRDefault="00000000">
            <w:pPr>
              <w:spacing w:after="0" w:line="240" w:lineRule="auto"/>
              <w:jc w:val="center"/>
              <w:rPr>
                <w:rFonts w:cs="Times New Roman"/>
              </w:rPr>
            </w:pPr>
            <w:r w:rsidRPr="000B60F7">
              <w:rPr>
                <w:rFonts w:cs="Times New Roman"/>
                <w:sz w:val="19"/>
              </w:rPr>
              <w:t>0.2139</w:t>
            </w:r>
          </w:p>
        </w:tc>
      </w:tr>
      <w:tr w:rsidR="00A83192" w:rsidRPr="000B60F7" w14:paraId="70AD7DAE" w14:textId="77777777">
        <w:trPr>
          <w:cantSplit/>
          <w:jc w:val="center"/>
        </w:trPr>
        <w:tc>
          <w:tcPr>
            <w:tcW w:w="5256" w:type="dxa"/>
            <w:shd w:val="clear" w:color="auto" w:fill="FFFFFF"/>
            <w:tcMar>
              <w:top w:w="65" w:type="dxa"/>
              <w:left w:w="75" w:type="dxa"/>
              <w:bottom w:w="65" w:type="dxa"/>
              <w:right w:w="75" w:type="dxa"/>
            </w:tcMar>
            <w:vAlign w:val="center"/>
          </w:tcPr>
          <w:p w14:paraId="2F7CD2AC" w14:textId="77777777" w:rsidR="00A83192" w:rsidRPr="000B60F7" w:rsidRDefault="00000000">
            <w:pPr>
              <w:spacing w:after="0" w:line="240" w:lineRule="auto"/>
              <w:rPr>
                <w:rFonts w:cs="Times New Roman"/>
              </w:rPr>
            </w:pPr>
            <w:r w:rsidRPr="000B60F7">
              <w:rPr>
                <w:rFonts w:cs="Times New Roman"/>
                <w:sz w:val="19"/>
              </w:rPr>
              <w:t>Entry year: 2012</w:t>
            </w:r>
          </w:p>
        </w:tc>
        <w:tc>
          <w:tcPr>
            <w:tcW w:w="2160" w:type="dxa"/>
            <w:shd w:val="clear" w:color="auto" w:fill="FFFFFF"/>
            <w:tcMar>
              <w:top w:w="65" w:type="dxa"/>
              <w:left w:w="75" w:type="dxa"/>
              <w:bottom w:w="65" w:type="dxa"/>
              <w:right w:w="75" w:type="dxa"/>
            </w:tcMar>
            <w:vAlign w:val="center"/>
          </w:tcPr>
          <w:p w14:paraId="62AACD19" w14:textId="77777777" w:rsidR="00A83192" w:rsidRPr="000B60F7" w:rsidRDefault="00000000">
            <w:pPr>
              <w:spacing w:after="0" w:line="240" w:lineRule="auto"/>
              <w:jc w:val="center"/>
              <w:rPr>
                <w:rFonts w:cs="Times New Roman"/>
              </w:rPr>
            </w:pPr>
            <w:r w:rsidRPr="000B60F7">
              <w:rPr>
                <w:rFonts w:cs="Times New Roman"/>
                <w:sz w:val="19"/>
              </w:rPr>
              <w:t>0.3394</w:t>
            </w:r>
          </w:p>
        </w:tc>
        <w:tc>
          <w:tcPr>
            <w:tcW w:w="1944" w:type="dxa"/>
            <w:shd w:val="clear" w:color="auto" w:fill="FFFFFF"/>
            <w:tcMar>
              <w:top w:w="65" w:type="dxa"/>
              <w:left w:w="75" w:type="dxa"/>
              <w:bottom w:w="65" w:type="dxa"/>
              <w:right w:w="75" w:type="dxa"/>
            </w:tcMar>
            <w:vAlign w:val="center"/>
          </w:tcPr>
          <w:p w14:paraId="4D8B3643" w14:textId="77777777" w:rsidR="00A83192" w:rsidRPr="000B60F7" w:rsidRDefault="00000000">
            <w:pPr>
              <w:spacing w:after="0" w:line="240" w:lineRule="auto"/>
              <w:jc w:val="center"/>
              <w:rPr>
                <w:rFonts w:cs="Times New Roman"/>
              </w:rPr>
            </w:pPr>
            <w:r w:rsidRPr="000B60F7">
              <w:rPr>
                <w:rFonts w:cs="Times New Roman"/>
                <w:sz w:val="19"/>
              </w:rPr>
              <w:t>0.4578</w:t>
            </w:r>
          </w:p>
        </w:tc>
      </w:tr>
      <w:tr w:rsidR="00A83192" w:rsidRPr="000B60F7" w14:paraId="68F671E4" w14:textId="77777777">
        <w:trPr>
          <w:cantSplit/>
          <w:jc w:val="center"/>
        </w:trPr>
        <w:tc>
          <w:tcPr>
            <w:tcW w:w="5256" w:type="dxa"/>
            <w:shd w:val="clear" w:color="auto" w:fill="F6F8FA"/>
            <w:tcMar>
              <w:top w:w="65" w:type="dxa"/>
              <w:left w:w="75" w:type="dxa"/>
              <w:bottom w:w="65" w:type="dxa"/>
              <w:right w:w="75" w:type="dxa"/>
            </w:tcMar>
            <w:vAlign w:val="center"/>
          </w:tcPr>
          <w:p w14:paraId="4ABB7824" w14:textId="77777777" w:rsidR="00A83192" w:rsidRPr="000B60F7" w:rsidRDefault="00000000">
            <w:pPr>
              <w:spacing w:after="0" w:line="240" w:lineRule="auto"/>
              <w:rPr>
                <w:rFonts w:cs="Times New Roman"/>
              </w:rPr>
            </w:pPr>
            <w:r w:rsidRPr="000B60F7">
              <w:rPr>
                <w:rFonts w:cs="Times New Roman"/>
                <w:sz w:val="19"/>
              </w:rPr>
              <w:t>Entry year: 2013</w:t>
            </w:r>
          </w:p>
        </w:tc>
        <w:tc>
          <w:tcPr>
            <w:tcW w:w="2160" w:type="dxa"/>
            <w:shd w:val="clear" w:color="auto" w:fill="F6F8FA"/>
            <w:tcMar>
              <w:top w:w="65" w:type="dxa"/>
              <w:left w:w="75" w:type="dxa"/>
              <w:bottom w:w="65" w:type="dxa"/>
              <w:right w:w="75" w:type="dxa"/>
            </w:tcMar>
            <w:vAlign w:val="center"/>
          </w:tcPr>
          <w:p w14:paraId="14FCE7B4" w14:textId="77777777" w:rsidR="00A83192" w:rsidRPr="000B60F7" w:rsidRDefault="00000000">
            <w:pPr>
              <w:spacing w:after="0" w:line="240" w:lineRule="auto"/>
              <w:jc w:val="center"/>
              <w:rPr>
                <w:rFonts w:cs="Times New Roman"/>
              </w:rPr>
            </w:pPr>
            <w:r w:rsidRPr="000B60F7">
              <w:rPr>
                <w:rFonts w:cs="Times New Roman"/>
                <w:sz w:val="19"/>
              </w:rPr>
              <w:t>0.4946</w:t>
            </w:r>
          </w:p>
        </w:tc>
        <w:tc>
          <w:tcPr>
            <w:tcW w:w="1944" w:type="dxa"/>
            <w:shd w:val="clear" w:color="auto" w:fill="F6F8FA"/>
            <w:tcMar>
              <w:top w:w="65" w:type="dxa"/>
              <w:left w:w="75" w:type="dxa"/>
              <w:bottom w:w="65" w:type="dxa"/>
              <w:right w:w="75" w:type="dxa"/>
            </w:tcMar>
            <w:vAlign w:val="center"/>
          </w:tcPr>
          <w:p w14:paraId="4551AA13" w14:textId="77777777" w:rsidR="00A83192" w:rsidRPr="000B60F7" w:rsidRDefault="00000000">
            <w:pPr>
              <w:spacing w:after="0" w:line="240" w:lineRule="auto"/>
              <w:jc w:val="center"/>
              <w:rPr>
                <w:rFonts w:cs="Times New Roman"/>
              </w:rPr>
            </w:pPr>
            <w:r w:rsidRPr="000B60F7">
              <w:rPr>
                <w:rFonts w:cs="Times New Roman"/>
                <w:sz w:val="19"/>
              </w:rPr>
              <w:t>0.4859</w:t>
            </w:r>
          </w:p>
        </w:tc>
      </w:tr>
      <w:tr w:rsidR="00A83192" w:rsidRPr="000B60F7" w14:paraId="456217CB" w14:textId="77777777">
        <w:trPr>
          <w:cantSplit/>
          <w:jc w:val="center"/>
        </w:trPr>
        <w:tc>
          <w:tcPr>
            <w:tcW w:w="5256" w:type="dxa"/>
            <w:shd w:val="clear" w:color="auto" w:fill="FFFFFF"/>
            <w:tcMar>
              <w:top w:w="65" w:type="dxa"/>
              <w:left w:w="75" w:type="dxa"/>
              <w:bottom w:w="65" w:type="dxa"/>
              <w:right w:w="75" w:type="dxa"/>
            </w:tcMar>
            <w:vAlign w:val="center"/>
          </w:tcPr>
          <w:p w14:paraId="517C339C" w14:textId="77777777" w:rsidR="00A83192" w:rsidRPr="000B60F7" w:rsidRDefault="00000000">
            <w:pPr>
              <w:spacing w:after="0" w:line="240" w:lineRule="auto"/>
              <w:rPr>
                <w:rFonts w:cs="Times New Roman"/>
              </w:rPr>
            </w:pPr>
            <w:r w:rsidRPr="000B60F7">
              <w:rPr>
                <w:rFonts w:cs="Times New Roman"/>
                <w:sz w:val="19"/>
              </w:rPr>
              <w:t>Entry year: 2014</w:t>
            </w:r>
          </w:p>
        </w:tc>
        <w:tc>
          <w:tcPr>
            <w:tcW w:w="2160" w:type="dxa"/>
            <w:shd w:val="clear" w:color="auto" w:fill="FFFFFF"/>
            <w:tcMar>
              <w:top w:w="65" w:type="dxa"/>
              <w:left w:w="75" w:type="dxa"/>
              <w:bottom w:w="65" w:type="dxa"/>
              <w:right w:w="75" w:type="dxa"/>
            </w:tcMar>
            <w:vAlign w:val="center"/>
          </w:tcPr>
          <w:p w14:paraId="24D4C436" w14:textId="77777777" w:rsidR="00A83192" w:rsidRPr="000B60F7" w:rsidRDefault="00000000">
            <w:pPr>
              <w:spacing w:after="0" w:line="240" w:lineRule="auto"/>
              <w:jc w:val="center"/>
              <w:rPr>
                <w:rFonts w:cs="Times New Roman"/>
              </w:rPr>
            </w:pPr>
            <w:r w:rsidRPr="000B60F7">
              <w:rPr>
                <w:rFonts w:cs="Times New Roman"/>
                <w:sz w:val="19"/>
              </w:rPr>
              <w:t>0.7514</w:t>
            </w:r>
          </w:p>
        </w:tc>
        <w:tc>
          <w:tcPr>
            <w:tcW w:w="1944" w:type="dxa"/>
            <w:shd w:val="clear" w:color="auto" w:fill="FFFFFF"/>
            <w:tcMar>
              <w:top w:w="65" w:type="dxa"/>
              <w:left w:w="75" w:type="dxa"/>
              <w:bottom w:w="65" w:type="dxa"/>
              <w:right w:w="75" w:type="dxa"/>
            </w:tcMar>
            <w:vAlign w:val="center"/>
          </w:tcPr>
          <w:p w14:paraId="11780B9C" w14:textId="77777777" w:rsidR="00A83192" w:rsidRPr="000B60F7" w:rsidRDefault="00000000">
            <w:pPr>
              <w:spacing w:after="0" w:line="240" w:lineRule="auto"/>
              <w:jc w:val="center"/>
              <w:rPr>
                <w:rFonts w:cs="Times New Roman"/>
              </w:rPr>
            </w:pPr>
            <w:r w:rsidRPr="000B60F7">
              <w:rPr>
                <w:rFonts w:cs="Times New Roman"/>
                <w:sz w:val="19"/>
              </w:rPr>
              <w:t>0.4701</w:t>
            </w:r>
          </w:p>
        </w:tc>
      </w:tr>
      <w:tr w:rsidR="00A83192" w:rsidRPr="000B60F7" w14:paraId="5DCE63BF" w14:textId="77777777">
        <w:trPr>
          <w:cantSplit/>
          <w:jc w:val="center"/>
        </w:trPr>
        <w:tc>
          <w:tcPr>
            <w:tcW w:w="5256" w:type="dxa"/>
            <w:shd w:val="clear" w:color="auto" w:fill="F6F8FA"/>
            <w:tcMar>
              <w:top w:w="65" w:type="dxa"/>
              <w:left w:w="75" w:type="dxa"/>
              <w:bottom w:w="65" w:type="dxa"/>
              <w:right w:w="75" w:type="dxa"/>
            </w:tcMar>
            <w:vAlign w:val="center"/>
          </w:tcPr>
          <w:p w14:paraId="5F37A275" w14:textId="77777777" w:rsidR="00A83192" w:rsidRPr="000B60F7" w:rsidRDefault="00000000">
            <w:pPr>
              <w:spacing w:after="0" w:line="240" w:lineRule="auto"/>
              <w:rPr>
                <w:rFonts w:cs="Times New Roman"/>
              </w:rPr>
            </w:pPr>
            <w:r w:rsidRPr="000B60F7">
              <w:rPr>
                <w:rFonts w:cs="Times New Roman"/>
                <w:sz w:val="19"/>
              </w:rPr>
              <w:t>Entry year: 2015</w:t>
            </w:r>
          </w:p>
        </w:tc>
        <w:tc>
          <w:tcPr>
            <w:tcW w:w="2160" w:type="dxa"/>
            <w:shd w:val="clear" w:color="auto" w:fill="F6F8FA"/>
            <w:tcMar>
              <w:top w:w="65" w:type="dxa"/>
              <w:left w:w="75" w:type="dxa"/>
              <w:bottom w:w="65" w:type="dxa"/>
              <w:right w:w="75" w:type="dxa"/>
            </w:tcMar>
            <w:vAlign w:val="center"/>
          </w:tcPr>
          <w:p w14:paraId="746048EE" w14:textId="77777777" w:rsidR="00A83192" w:rsidRPr="000B60F7" w:rsidRDefault="00000000">
            <w:pPr>
              <w:spacing w:after="0" w:line="240" w:lineRule="auto"/>
              <w:jc w:val="center"/>
              <w:rPr>
                <w:rFonts w:cs="Times New Roman"/>
              </w:rPr>
            </w:pPr>
            <w:r w:rsidRPr="000B60F7">
              <w:rPr>
                <w:rFonts w:cs="Times New Roman"/>
                <w:sz w:val="19"/>
              </w:rPr>
              <w:t>0.9232</w:t>
            </w:r>
          </w:p>
        </w:tc>
        <w:tc>
          <w:tcPr>
            <w:tcW w:w="1944" w:type="dxa"/>
            <w:shd w:val="clear" w:color="auto" w:fill="F6F8FA"/>
            <w:tcMar>
              <w:top w:w="65" w:type="dxa"/>
              <w:left w:w="75" w:type="dxa"/>
              <w:bottom w:w="65" w:type="dxa"/>
              <w:right w:w="75" w:type="dxa"/>
            </w:tcMar>
            <w:vAlign w:val="center"/>
          </w:tcPr>
          <w:p w14:paraId="2CDAB7EA" w14:textId="77777777" w:rsidR="00A83192" w:rsidRPr="000B60F7" w:rsidRDefault="00000000">
            <w:pPr>
              <w:spacing w:after="0" w:line="240" w:lineRule="auto"/>
              <w:jc w:val="center"/>
              <w:rPr>
                <w:rFonts w:cs="Times New Roman"/>
              </w:rPr>
            </w:pPr>
            <w:r w:rsidRPr="000B60F7">
              <w:rPr>
                <w:rFonts w:cs="Times New Roman"/>
                <w:sz w:val="19"/>
              </w:rPr>
              <w:t>0.4687</w:t>
            </w:r>
          </w:p>
        </w:tc>
      </w:tr>
      <w:tr w:rsidR="00A83192" w:rsidRPr="000B60F7" w14:paraId="06D83588" w14:textId="77777777">
        <w:trPr>
          <w:cantSplit/>
          <w:jc w:val="center"/>
        </w:trPr>
        <w:tc>
          <w:tcPr>
            <w:tcW w:w="5256" w:type="dxa"/>
            <w:shd w:val="clear" w:color="auto" w:fill="FFFFFF"/>
            <w:tcMar>
              <w:top w:w="65" w:type="dxa"/>
              <w:left w:w="75" w:type="dxa"/>
              <w:bottom w:w="65" w:type="dxa"/>
              <w:right w:w="75" w:type="dxa"/>
            </w:tcMar>
            <w:vAlign w:val="center"/>
          </w:tcPr>
          <w:p w14:paraId="51D58B20" w14:textId="77777777" w:rsidR="00A83192" w:rsidRPr="000B60F7" w:rsidRDefault="00000000">
            <w:pPr>
              <w:spacing w:after="0" w:line="240" w:lineRule="auto"/>
              <w:rPr>
                <w:rFonts w:cs="Times New Roman"/>
              </w:rPr>
            </w:pPr>
            <w:r w:rsidRPr="000B60F7">
              <w:rPr>
                <w:rFonts w:cs="Times New Roman"/>
                <w:sz w:val="19"/>
              </w:rPr>
              <w:t>Entry year: 2016</w:t>
            </w:r>
          </w:p>
        </w:tc>
        <w:tc>
          <w:tcPr>
            <w:tcW w:w="2160" w:type="dxa"/>
            <w:shd w:val="clear" w:color="auto" w:fill="FFFFFF"/>
            <w:tcMar>
              <w:top w:w="65" w:type="dxa"/>
              <w:left w:w="75" w:type="dxa"/>
              <w:bottom w:w="65" w:type="dxa"/>
              <w:right w:w="75" w:type="dxa"/>
            </w:tcMar>
            <w:vAlign w:val="center"/>
          </w:tcPr>
          <w:p w14:paraId="08472451" w14:textId="77777777" w:rsidR="00A83192" w:rsidRPr="000B60F7" w:rsidRDefault="00000000">
            <w:pPr>
              <w:spacing w:after="0" w:line="240" w:lineRule="auto"/>
              <w:jc w:val="center"/>
              <w:rPr>
                <w:rFonts w:cs="Times New Roman"/>
              </w:rPr>
            </w:pPr>
            <w:r w:rsidRPr="000B60F7">
              <w:rPr>
                <w:rFonts w:cs="Times New Roman"/>
                <w:sz w:val="19"/>
              </w:rPr>
              <w:t>0.5698</w:t>
            </w:r>
          </w:p>
        </w:tc>
        <w:tc>
          <w:tcPr>
            <w:tcW w:w="1944" w:type="dxa"/>
            <w:shd w:val="clear" w:color="auto" w:fill="FFFFFF"/>
            <w:tcMar>
              <w:top w:w="65" w:type="dxa"/>
              <w:left w:w="75" w:type="dxa"/>
              <w:bottom w:w="65" w:type="dxa"/>
              <w:right w:w="75" w:type="dxa"/>
            </w:tcMar>
            <w:vAlign w:val="center"/>
          </w:tcPr>
          <w:p w14:paraId="2C48FB2A" w14:textId="77777777" w:rsidR="00A83192" w:rsidRPr="000B60F7" w:rsidRDefault="00000000">
            <w:pPr>
              <w:spacing w:after="0" w:line="240" w:lineRule="auto"/>
              <w:jc w:val="center"/>
              <w:rPr>
                <w:rFonts w:cs="Times New Roman"/>
              </w:rPr>
            </w:pPr>
            <w:r w:rsidRPr="000B60F7">
              <w:rPr>
                <w:rFonts w:cs="Times New Roman"/>
                <w:sz w:val="19"/>
              </w:rPr>
              <w:t>0.4693</w:t>
            </w:r>
          </w:p>
        </w:tc>
      </w:tr>
      <w:tr w:rsidR="00A83192" w:rsidRPr="000B60F7" w14:paraId="180FC78F" w14:textId="77777777">
        <w:trPr>
          <w:cantSplit/>
          <w:jc w:val="center"/>
        </w:trPr>
        <w:tc>
          <w:tcPr>
            <w:tcW w:w="5256" w:type="dxa"/>
            <w:shd w:val="clear" w:color="auto" w:fill="F6F8FA"/>
            <w:tcMar>
              <w:top w:w="65" w:type="dxa"/>
              <w:left w:w="75" w:type="dxa"/>
              <w:bottom w:w="65" w:type="dxa"/>
              <w:right w:w="75" w:type="dxa"/>
            </w:tcMar>
            <w:vAlign w:val="center"/>
          </w:tcPr>
          <w:p w14:paraId="2F8A4985" w14:textId="77777777" w:rsidR="00A83192" w:rsidRPr="000B60F7" w:rsidRDefault="00000000">
            <w:pPr>
              <w:spacing w:after="0" w:line="240" w:lineRule="auto"/>
              <w:rPr>
                <w:rFonts w:cs="Times New Roman"/>
              </w:rPr>
            </w:pPr>
            <w:r w:rsidRPr="000B60F7">
              <w:rPr>
                <w:rFonts w:cs="Times New Roman"/>
                <w:sz w:val="19"/>
              </w:rPr>
              <w:t>Entry year: 2017</w:t>
            </w:r>
          </w:p>
        </w:tc>
        <w:tc>
          <w:tcPr>
            <w:tcW w:w="2160" w:type="dxa"/>
            <w:shd w:val="clear" w:color="auto" w:fill="F6F8FA"/>
            <w:tcMar>
              <w:top w:w="65" w:type="dxa"/>
              <w:left w:w="75" w:type="dxa"/>
              <w:bottom w:w="65" w:type="dxa"/>
              <w:right w:w="75" w:type="dxa"/>
            </w:tcMar>
            <w:vAlign w:val="center"/>
          </w:tcPr>
          <w:p w14:paraId="6733461C" w14:textId="77777777" w:rsidR="00A83192" w:rsidRPr="000B60F7" w:rsidRDefault="00000000">
            <w:pPr>
              <w:spacing w:after="0" w:line="240" w:lineRule="auto"/>
              <w:jc w:val="center"/>
              <w:rPr>
                <w:rFonts w:cs="Times New Roman"/>
              </w:rPr>
            </w:pPr>
            <w:r w:rsidRPr="000B60F7">
              <w:rPr>
                <w:rFonts w:cs="Times New Roman"/>
                <w:sz w:val="19"/>
              </w:rPr>
              <w:t>0.4904</w:t>
            </w:r>
          </w:p>
        </w:tc>
        <w:tc>
          <w:tcPr>
            <w:tcW w:w="1944" w:type="dxa"/>
            <w:shd w:val="clear" w:color="auto" w:fill="F6F8FA"/>
            <w:tcMar>
              <w:top w:w="65" w:type="dxa"/>
              <w:left w:w="75" w:type="dxa"/>
              <w:bottom w:w="65" w:type="dxa"/>
              <w:right w:w="75" w:type="dxa"/>
            </w:tcMar>
            <w:vAlign w:val="center"/>
          </w:tcPr>
          <w:p w14:paraId="3515955C" w14:textId="77777777" w:rsidR="00A83192" w:rsidRPr="000B60F7" w:rsidRDefault="00000000">
            <w:pPr>
              <w:spacing w:after="0" w:line="240" w:lineRule="auto"/>
              <w:jc w:val="center"/>
              <w:rPr>
                <w:rFonts w:cs="Times New Roman"/>
              </w:rPr>
            </w:pPr>
            <w:r w:rsidRPr="000B60F7">
              <w:rPr>
                <w:rFonts w:cs="Times New Roman"/>
                <w:sz w:val="19"/>
              </w:rPr>
              <w:t>0.4638</w:t>
            </w:r>
          </w:p>
        </w:tc>
      </w:tr>
      <w:tr w:rsidR="00A83192" w:rsidRPr="000B60F7" w14:paraId="32AF82A2" w14:textId="77777777">
        <w:trPr>
          <w:cantSplit/>
          <w:jc w:val="center"/>
        </w:trPr>
        <w:tc>
          <w:tcPr>
            <w:tcW w:w="5256" w:type="dxa"/>
            <w:shd w:val="clear" w:color="auto" w:fill="FFFFFF"/>
            <w:tcMar>
              <w:top w:w="65" w:type="dxa"/>
              <w:left w:w="75" w:type="dxa"/>
              <w:bottom w:w="65" w:type="dxa"/>
              <w:right w:w="75" w:type="dxa"/>
            </w:tcMar>
            <w:vAlign w:val="center"/>
          </w:tcPr>
          <w:p w14:paraId="30678A53" w14:textId="77777777" w:rsidR="00A83192" w:rsidRPr="000B60F7" w:rsidRDefault="00000000">
            <w:pPr>
              <w:spacing w:after="0" w:line="240" w:lineRule="auto"/>
              <w:rPr>
                <w:rFonts w:cs="Times New Roman"/>
              </w:rPr>
            </w:pPr>
            <w:r w:rsidRPr="000B60F7">
              <w:rPr>
                <w:rFonts w:cs="Times New Roman"/>
                <w:sz w:val="19"/>
              </w:rPr>
              <w:t>Entry year: 2018</w:t>
            </w:r>
          </w:p>
        </w:tc>
        <w:tc>
          <w:tcPr>
            <w:tcW w:w="2160" w:type="dxa"/>
            <w:shd w:val="clear" w:color="auto" w:fill="FFFFFF"/>
            <w:tcMar>
              <w:top w:w="65" w:type="dxa"/>
              <w:left w:w="75" w:type="dxa"/>
              <w:bottom w:w="65" w:type="dxa"/>
              <w:right w:w="75" w:type="dxa"/>
            </w:tcMar>
            <w:vAlign w:val="center"/>
          </w:tcPr>
          <w:p w14:paraId="0F324FAC" w14:textId="77777777" w:rsidR="00A83192" w:rsidRPr="000B60F7" w:rsidRDefault="00000000">
            <w:pPr>
              <w:spacing w:after="0" w:line="240" w:lineRule="auto"/>
              <w:jc w:val="center"/>
              <w:rPr>
                <w:rFonts w:cs="Times New Roman"/>
              </w:rPr>
            </w:pPr>
            <w:r w:rsidRPr="000B60F7">
              <w:rPr>
                <w:rFonts w:cs="Times New Roman"/>
                <w:sz w:val="19"/>
              </w:rPr>
              <w:t>0.5302</w:t>
            </w:r>
          </w:p>
        </w:tc>
        <w:tc>
          <w:tcPr>
            <w:tcW w:w="1944" w:type="dxa"/>
            <w:shd w:val="clear" w:color="auto" w:fill="FFFFFF"/>
            <w:tcMar>
              <w:top w:w="65" w:type="dxa"/>
              <w:left w:w="75" w:type="dxa"/>
              <w:bottom w:w="65" w:type="dxa"/>
              <w:right w:w="75" w:type="dxa"/>
            </w:tcMar>
            <w:vAlign w:val="center"/>
          </w:tcPr>
          <w:p w14:paraId="182731D5" w14:textId="77777777" w:rsidR="00A83192" w:rsidRPr="000B60F7" w:rsidRDefault="00000000">
            <w:pPr>
              <w:spacing w:after="0" w:line="240" w:lineRule="auto"/>
              <w:jc w:val="center"/>
              <w:rPr>
                <w:rFonts w:cs="Times New Roman"/>
              </w:rPr>
            </w:pPr>
            <w:r w:rsidRPr="000B60F7">
              <w:rPr>
                <w:rFonts w:cs="Times New Roman"/>
                <w:sz w:val="19"/>
              </w:rPr>
              <w:t>0.4702</w:t>
            </w:r>
          </w:p>
        </w:tc>
      </w:tr>
      <w:tr w:rsidR="00A83192" w:rsidRPr="000B60F7" w14:paraId="65D039AA" w14:textId="77777777">
        <w:trPr>
          <w:cantSplit/>
          <w:jc w:val="center"/>
        </w:trPr>
        <w:tc>
          <w:tcPr>
            <w:tcW w:w="5256" w:type="dxa"/>
            <w:shd w:val="clear" w:color="auto" w:fill="F6F8FA"/>
            <w:tcMar>
              <w:top w:w="65" w:type="dxa"/>
              <w:left w:w="75" w:type="dxa"/>
              <w:bottom w:w="65" w:type="dxa"/>
              <w:right w:w="75" w:type="dxa"/>
            </w:tcMar>
            <w:vAlign w:val="center"/>
          </w:tcPr>
          <w:p w14:paraId="12335AEB" w14:textId="77777777" w:rsidR="00A83192" w:rsidRPr="000B60F7" w:rsidRDefault="00000000">
            <w:pPr>
              <w:spacing w:after="0" w:line="240" w:lineRule="auto"/>
              <w:rPr>
                <w:rFonts w:cs="Times New Roman"/>
              </w:rPr>
            </w:pPr>
            <w:r w:rsidRPr="000B60F7">
              <w:rPr>
                <w:rFonts w:cs="Times New Roman"/>
                <w:sz w:val="19"/>
              </w:rPr>
              <w:t>Entry year: 2019</w:t>
            </w:r>
          </w:p>
        </w:tc>
        <w:tc>
          <w:tcPr>
            <w:tcW w:w="2160" w:type="dxa"/>
            <w:shd w:val="clear" w:color="auto" w:fill="F6F8FA"/>
            <w:tcMar>
              <w:top w:w="65" w:type="dxa"/>
              <w:left w:w="75" w:type="dxa"/>
              <w:bottom w:w="65" w:type="dxa"/>
              <w:right w:w="75" w:type="dxa"/>
            </w:tcMar>
            <w:vAlign w:val="center"/>
          </w:tcPr>
          <w:p w14:paraId="5733A995" w14:textId="77777777" w:rsidR="00A83192" w:rsidRPr="000B60F7" w:rsidRDefault="00000000">
            <w:pPr>
              <w:spacing w:after="0" w:line="240" w:lineRule="auto"/>
              <w:jc w:val="center"/>
              <w:rPr>
                <w:rFonts w:cs="Times New Roman"/>
              </w:rPr>
            </w:pPr>
            <w:r w:rsidRPr="000B60F7">
              <w:rPr>
                <w:rFonts w:cs="Times New Roman"/>
                <w:sz w:val="19"/>
              </w:rPr>
              <w:t>0.4919</w:t>
            </w:r>
          </w:p>
        </w:tc>
        <w:tc>
          <w:tcPr>
            <w:tcW w:w="1944" w:type="dxa"/>
            <w:shd w:val="clear" w:color="auto" w:fill="F6F8FA"/>
            <w:tcMar>
              <w:top w:w="65" w:type="dxa"/>
              <w:left w:w="75" w:type="dxa"/>
              <w:bottom w:w="65" w:type="dxa"/>
              <w:right w:w="75" w:type="dxa"/>
            </w:tcMar>
            <w:vAlign w:val="center"/>
          </w:tcPr>
          <w:p w14:paraId="73FDAC84" w14:textId="77777777" w:rsidR="00A83192" w:rsidRPr="000B60F7" w:rsidRDefault="00000000">
            <w:pPr>
              <w:spacing w:after="0" w:line="240" w:lineRule="auto"/>
              <w:jc w:val="center"/>
              <w:rPr>
                <w:rFonts w:cs="Times New Roman"/>
              </w:rPr>
            </w:pPr>
            <w:r w:rsidRPr="000B60F7">
              <w:rPr>
                <w:rFonts w:cs="Times New Roman"/>
                <w:sz w:val="19"/>
              </w:rPr>
              <w:t>0.5123</w:t>
            </w:r>
          </w:p>
        </w:tc>
      </w:tr>
      <w:tr w:rsidR="00A83192" w:rsidRPr="000B60F7" w14:paraId="471EA249" w14:textId="77777777">
        <w:trPr>
          <w:cantSplit/>
          <w:jc w:val="center"/>
        </w:trPr>
        <w:tc>
          <w:tcPr>
            <w:tcW w:w="5256" w:type="dxa"/>
            <w:shd w:val="clear" w:color="auto" w:fill="FFFFFF"/>
            <w:tcMar>
              <w:top w:w="65" w:type="dxa"/>
              <w:left w:w="75" w:type="dxa"/>
              <w:bottom w:w="65" w:type="dxa"/>
              <w:right w:w="75" w:type="dxa"/>
            </w:tcMar>
            <w:vAlign w:val="center"/>
          </w:tcPr>
          <w:p w14:paraId="00411663" w14:textId="77777777" w:rsidR="00A83192" w:rsidRPr="000B60F7" w:rsidRDefault="00000000">
            <w:pPr>
              <w:spacing w:after="0" w:line="240" w:lineRule="auto"/>
              <w:rPr>
                <w:rFonts w:cs="Times New Roman"/>
              </w:rPr>
            </w:pPr>
            <w:r w:rsidRPr="000B60F7">
              <w:rPr>
                <w:rFonts w:cs="Times New Roman"/>
                <w:sz w:val="19"/>
              </w:rPr>
              <w:t>Entry year: 2020</w:t>
            </w:r>
          </w:p>
        </w:tc>
        <w:tc>
          <w:tcPr>
            <w:tcW w:w="2160" w:type="dxa"/>
            <w:shd w:val="clear" w:color="auto" w:fill="FFFFFF"/>
            <w:tcMar>
              <w:top w:w="65" w:type="dxa"/>
              <w:left w:w="75" w:type="dxa"/>
              <w:bottom w:w="65" w:type="dxa"/>
              <w:right w:w="75" w:type="dxa"/>
            </w:tcMar>
            <w:vAlign w:val="center"/>
          </w:tcPr>
          <w:p w14:paraId="5C048F75" w14:textId="77777777" w:rsidR="00A83192" w:rsidRPr="000B60F7" w:rsidRDefault="00000000">
            <w:pPr>
              <w:spacing w:after="0" w:line="240" w:lineRule="auto"/>
              <w:jc w:val="center"/>
              <w:rPr>
                <w:rFonts w:cs="Times New Roman"/>
              </w:rPr>
            </w:pPr>
            <w:r w:rsidRPr="000B60F7">
              <w:rPr>
                <w:rFonts w:cs="Times New Roman"/>
                <w:sz w:val="19"/>
              </w:rPr>
              <w:t>0.3016</w:t>
            </w:r>
          </w:p>
        </w:tc>
        <w:tc>
          <w:tcPr>
            <w:tcW w:w="1944" w:type="dxa"/>
            <w:shd w:val="clear" w:color="auto" w:fill="FFFFFF"/>
            <w:tcMar>
              <w:top w:w="65" w:type="dxa"/>
              <w:left w:w="75" w:type="dxa"/>
              <w:bottom w:w="65" w:type="dxa"/>
              <w:right w:w="75" w:type="dxa"/>
            </w:tcMar>
            <w:vAlign w:val="center"/>
          </w:tcPr>
          <w:p w14:paraId="36005DE3" w14:textId="77777777" w:rsidR="00A83192" w:rsidRPr="000B60F7" w:rsidRDefault="00000000">
            <w:pPr>
              <w:spacing w:after="0" w:line="240" w:lineRule="auto"/>
              <w:jc w:val="center"/>
              <w:rPr>
                <w:rFonts w:cs="Times New Roman"/>
              </w:rPr>
            </w:pPr>
            <w:r w:rsidRPr="000B60F7">
              <w:rPr>
                <w:rFonts w:cs="Times New Roman"/>
                <w:sz w:val="19"/>
              </w:rPr>
              <w:t>0.5393</w:t>
            </w:r>
          </w:p>
        </w:tc>
      </w:tr>
      <w:tr w:rsidR="00A83192" w:rsidRPr="000B60F7" w14:paraId="2A58A966" w14:textId="77777777">
        <w:trPr>
          <w:cantSplit/>
          <w:jc w:val="center"/>
        </w:trPr>
        <w:tc>
          <w:tcPr>
            <w:tcW w:w="5256" w:type="dxa"/>
            <w:shd w:val="clear" w:color="auto" w:fill="F6F8FA"/>
            <w:tcMar>
              <w:top w:w="65" w:type="dxa"/>
              <w:left w:w="75" w:type="dxa"/>
              <w:bottom w:w="65" w:type="dxa"/>
              <w:right w:w="75" w:type="dxa"/>
            </w:tcMar>
            <w:vAlign w:val="center"/>
          </w:tcPr>
          <w:p w14:paraId="7D4495AB" w14:textId="77777777" w:rsidR="00A83192" w:rsidRPr="000B60F7" w:rsidRDefault="00000000">
            <w:pPr>
              <w:spacing w:after="0" w:line="240" w:lineRule="auto"/>
              <w:rPr>
                <w:rFonts w:cs="Times New Roman"/>
              </w:rPr>
            </w:pPr>
            <w:r w:rsidRPr="000B60F7">
              <w:rPr>
                <w:rFonts w:cs="Times New Roman"/>
                <w:sz w:val="19"/>
              </w:rPr>
              <w:t>Entry year: 2021</w:t>
            </w:r>
          </w:p>
        </w:tc>
        <w:tc>
          <w:tcPr>
            <w:tcW w:w="2160" w:type="dxa"/>
            <w:shd w:val="clear" w:color="auto" w:fill="F6F8FA"/>
            <w:tcMar>
              <w:top w:w="65" w:type="dxa"/>
              <w:left w:w="75" w:type="dxa"/>
              <w:bottom w:w="65" w:type="dxa"/>
              <w:right w:w="75" w:type="dxa"/>
            </w:tcMar>
            <w:vAlign w:val="center"/>
          </w:tcPr>
          <w:p w14:paraId="4B2EC871" w14:textId="77777777" w:rsidR="00A83192" w:rsidRPr="000B60F7" w:rsidRDefault="00000000">
            <w:pPr>
              <w:spacing w:after="0" w:line="240" w:lineRule="auto"/>
              <w:jc w:val="center"/>
              <w:rPr>
                <w:rFonts w:cs="Times New Roman"/>
              </w:rPr>
            </w:pPr>
            <w:r w:rsidRPr="000B60F7">
              <w:rPr>
                <w:rFonts w:cs="Times New Roman"/>
                <w:sz w:val="19"/>
              </w:rPr>
              <w:t>-0.2269</w:t>
            </w:r>
          </w:p>
        </w:tc>
        <w:tc>
          <w:tcPr>
            <w:tcW w:w="1944" w:type="dxa"/>
            <w:shd w:val="clear" w:color="auto" w:fill="F6F8FA"/>
            <w:tcMar>
              <w:top w:w="65" w:type="dxa"/>
              <w:left w:w="75" w:type="dxa"/>
              <w:bottom w:w="65" w:type="dxa"/>
              <w:right w:w="75" w:type="dxa"/>
            </w:tcMar>
            <w:vAlign w:val="center"/>
          </w:tcPr>
          <w:p w14:paraId="5CCC72B0" w14:textId="77777777" w:rsidR="00A83192" w:rsidRPr="000B60F7" w:rsidRDefault="00000000">
            <w:pPr>
              <w:spacing w:after="0" w:line="240" w:lineRule="auto"/>
              <w:jc w:val="center"/>
              <w:rPr>
                <w:rFonts w:cs="Times New Roman"/>
              </w:rPr>
            </w:pPr>
            <w:r w:rsidRPr="000B60F7">
              <w:rPr>
                <w:rFonts w:cs="Times New Roman"/>
                <w:sz w:val="19"/>
              </w:rPr>
              <w:t>0.5847</w:t>
            </w:r>
          </w:p>
        </w:tc>
      </w:tr>
      <w:tr w:rsidR="00A83192" w:rsidRPr="000B60F7" w14:paraId="52162DD6" w14:textId="77777777">
        <w:trPr>
          <w:cantSplit/>
          <w:jc w:val="center"/>
        </w:trPr>
        <w:tc>
          <w:tcPr>
            <w:tcW w:w="5256" w:type="dxa"/>
            <w:shd w:val="clear" w:color="auto" w:fill="FFFFFF"/>
            <w:tcMar>
              <w:top w:w="65" w:type="dxa"/>
              <w:left w:w="75" w:type="dxa"/>
              <w:bottom w:w="65" w:type="dxa"/>
              <w:right w:w="75" w:type="dxa"/>
            </w:tcMar>
            <w:vAlign w:val="center"/>
          </w:tcPr>
          <w:p w14:paraId="26677144" w14:textId="77777777" w:rsidR="00A83192" w:rsidRPr="000B60F7" w:rsidRDefault="00000000">
            <w:pPr>
              <w:spacing w:after="0" w:line="240" w:lineRule="auto"/>
              <w:rPr>
                <w:rFonts w:cs="Times New Roman"/>
              </w:rPr>
            </w:pPr>
            <w:r w:rsidRPr="000B60F7">
              <w:rPr>
                <w:rFonts w:cs="Times New Roman"/>
                <w:sz w:val="19"/>
              </w:rPr>
              <w:t>Entry year: 2022</w:t>
            </w:r>
          </w:p>
        </w:tc>
        <w:tc>
          <w:tcPr>
            <w:tcW w:w="2160" w:type="dxa"/>
            <w:shd w:val="clear" w:color="auto" w:fill="FFFFFF"/>
            <w:tcMar>
              <w:top w:w="65" w:type="dxa"/>
              <w:left w:w="75" w:type="dxa"/>
              <w:bottom w:w="65" w:type="dxa"/>
              <w:right w:w="75" w:type="dxa"/>
            </w:tcMar>
            <w:vAlign w:val="center"/>
          </w:tcPr>
          <w:p w14:paraId="697114EB" w14:textId="77777777" w:rsidR="00A83192" w:rsidRPr="000B60F7" w:rsidRDefault="00000000">
            <w:pPr>
              <w:spacing w:after="0" w:line="240" w:lineRule="auto"/>
              <w:jc w:val="center"/>
              <w:rPr>
                <w:rFonts w:cs="Times New Roman"/>
              </w:rPr>
            </w:pPr>
            <w:r w:rsidRPr="000B60F7">
              <w:rPr>
                <w:rFonts w:cs="Times New Roman"/>
                <w:sz w:val="19"/>
              </w:rPr>
              <w:t>-0.4513</w:t>
            </w:r>
          </w:p>
        </w:tc>
        <w:tc>
          <w:tcPr>
            <w:tcW w:w="1944" w:type="dxa"/>
            <w:shd w:val="clear" w:color="auto" w:fill="FFFFFF"/>
            <w:tcMar>
              <w:top w:w="65" w:type="dxa"/>
              <w:left w:w="75" w:type="dxa"/>
              <w:bottom w:w="65" w:type="dxa"/>
              <w:right w:w="75" w:type="dxa"/>
            </w:tcMar>
            <w:vAlign w:val="center"/>
          </w:tcPr>
          <w:p w14:paraId="323C65B2" w14:textId="77777777" w:rsidR="00A83192" w:rsidRPr="000B60F7" w:rsidRDefault="00000000">
            <w:pPr>
              <w:spacing w:after="0" w:line="240" w:lineRule="auto"/>
              <w:jc w:val="center"/>
              <w:rPr>
                <w:rFonts w:cs="Times New Roman"/>
              </w:rPr>
            </w:pPr>
            <w:r w:rsidRPr="000B60F7">
              <w:rPr>
                <w:rFonts w:cs="Times New Roman"/>
                <w:sz w:val="19"/>
              </w:rPr>
              <w:t>0.7500</w:t>
            </w:r>
          </w:p>
        </w:tc>
      </w:tr>
      <w:tr w:rsidR="00A83192" w:rsidRPr="000B60F7" w14:paraId="065FFF6B" w14:textId="77777777">
        <w:trPr>
          <w:cantSplit/>
          <w:jc w:val="center"/>
        </w:trPr>
        <w:tc>
          <w:tcPr>
            <w:tcW w:w="5256" w:type="dxa"/>
            <w:shd w:val="clear" w:color="auto" w:fill="F6F8FA"/>
            <w:tcMar>
              <w:top w:w="65" w:type="dxa"/>
              <w:left w:w="75" w:type="dxa"/>
              <w:bottom w:w="65" w:type="dxa"/>
              <w:right w:w="75" w:type="dxa"/>
            </w:tcMar>
            <w:vAlign w:val="center"/>
          </w:tcPr>
          <w:p w14:paraId="37E95238" w14:textId="77777777" w:rsidR="00A83192" w:rsidRPr="000B60F7" w:rsidRDefault="00000000">
            <w:pPr>
              <w:spacing w:after="0" w:line="240" w:lineRule="auto"/>
              <w:rPr>
                <w:rFonts w:cs="Times New Roman"/>
              </w:rPr>
            </w:pPr>
            <w:r w:rsidRPr="000B60F7">
              <w:rPr>
                <w:rFonts w:cs="Times New Roman"/>
                <w:sz w:val="19"/>
              </w:rPr>
              <w:t>Entry year: 2023–2024</w:t>
            </w:r>
          </w:p>
        </w:tc>
        <w:tc>
          <w:tcPr>
            <w:tcW w:w="2160" w:type="dxa"/>
            <w:shd w:val="clear" w:color="auto" w:fill="F6F8FA"/>
            <w:tcMar>
              <w:top w:w="65" w:type="dxa"/>
              <w:left w:w="75" w:type="dxa"/>
              <w:bottom w:w="65" w:type="dxa"/>
              <w:right w:w="75" w:type="dxa"/>
            </w:tcMar>
            <w:vAlign w:val="center"/>
          </w:tcPr>
          <w:p w14:paraId="0D040244" w14:textId="77777777" w:rsidR="00A83192" w:rsidRPr="000B60F7" w:rsidRDefault="00000000">
            <w:pPr>
              <w:spacing w:after="0" w:line="240" w:lineRule="auto"/>
              <w:jc w:val="center"/>
              <w:rPr>
                <w:rFonts w:cs="Times New Roman"/>
              </w:rPr>
            </w:pPr>
            <w:r w:rsidRPr="000B60F7">
              <w:rPr>
                <w:rFonts w:cs="Times New Roman"/>
                <w:sz w:val="19"/>
              </w:rPr>
              <w:t>0.3525</w:t>
            </w:r>
          </w:p>
        </w:tc>
        <w:tc>
          <w:tcPr>
            <w:tcW w:w="1944" w:type="dxa"/>
            <w:shd w:val="clear" w:color="auto" w:fill="F6F8FA"/>
            <w:tcMar>
              <w:top w:w="65" w:type="dxa"/>
              <w:left w:w="75" w:type="dxa"/>
              <w:bottom w:w="65" w:type="dxa"/>
              <w:right w:w="75" w:type="dxa"/>
            </w:tcMar>
            <w:vAlign w:val="center"/>
          </w:tcPr>
          <w:p w14:paraId="6DD7AEF6" w14:textId="77777777" w:rsidR="00A83192" w:rsidRPr="000B60F7" w:rsidRDefault="00000000">
            <w:pPr>
              <w:spacing w:after="0" w:line="240" w:lineRule="auto"/>
              <w:jc w:val="center"/>
              <w:rPr>
                <w:rFonts w:cs="Times New Roman"/>
              </w:rPr>
            </w:pPr>
            <w:r w:rsidRPr="000B60F7">
              <w:rPr>
                <w:rFonts w:cs="Times New Roman"/>
                <w:sz w:val="19"/>
              </w:rPr>
              <w:t>1.2279</w:t>
            </w:r>
          </w:p>
        </w:tc>
      </w:tr>
      <w:tr w:rsidR="00A83192" w:rsidRPr="000B60F7" w14:paraId="777A5909" w14:textId="77777777">
        <w:trPr>
          <w:cantSplit/>
          <w:jc w:val="center"/>
        </w:trPr>
        <w:tc>
          <w:tcPr>
            <w:tcW w:w="5256" w:type="dxa"/>
            <w:shd w:val="clear" w:color="auto" w:fill="FFFFFF"/>
            <w:tcMar>
              <w:top w:w="65" w:type="dxa"/>
              <w:left w:w="75" w:type="dxa"/>
              <w:bottom w:w="65" w:type="dxa"/>
              <w:right w:w="75" w:type="dxa"/>
            </w:tcMar>
            <w:vAlign w:val="center"/>
          </w:tcPr>
          <w:p w14:paraId="2BD65CA7" w14:textId="77777777" w:rsidR="00A83192" w:rsidRPr="000B60F7" w:rsidRDefault="00000000">
            <w:pPr>
              <w:spacing w:after="0" w:line="240" w:lineRule="auto"/>
              <w:rPr>
                <w:rFonts w:cs="Times New Roman"/>
              </w:rPr>
            </w:pPr>
            <w:r w:rsidRPr="000B60F7">
              <w:rPr>
                <w:rFonts w:cs="Times New Roman"/>
                <w:sz w:val="19"/>
              </w:rPr>
              <w:t>Sector: care services</w:t>
            </w:r>
          </w:p>
        </w:tc>
        <w:tc>
          <w:tcPr>
            <w:tcW w:w="2160" w:type="dxa"/>
            <w:shd w:val="clear" w:color="auto" w:fill="FFFFFF"/>
            <w:tcMar>
              <w:top w:w="65" w:type="dxa"/>
              <w:left w:w="75" w:type="dxa"/>
              <w:bottom w:w="65" w:type="dxa"/>
              <w:right w:w="75" w:type="dxa"/>
            </w:tcMar>
            <w:vAlign w:val="center"/>
          </w:tcPr>
          <w:p w14:paraId="59AD2FA9" w14:textId="77777777" w:rsidR="00A83192" w:rsidRPr="000B60F7" w:rsidRDefault="00000000">
            <w:pPr>
              <w:spacing w:after="0" w:line="240" w:lineRule="auto"/>
              <w:jc w:val="center"/>
              <w:rPr>
                <w:rFonts w:cs="Times New Roman"/>
              </w:rPr>
            </w:pPr>
            <w:r w:rsidRPr="000B60F7">
              <w:rPr>
                <w:rFonts w:cs="Times New Roman"/>
                <w:sz w:val="19"/>
              </w:rPr>
              <w:t>-0.2967</w:t>
            </w:r>
          </w:p>
        </w:tc>
        <w:tc>
          <w:tcPr>
            <w:tcW w:w="1944" w:type="dxa"/>
            <w:shd w:val="clear" w:color="auto" w:fill="FFFFFF"/>
            <w:tcMar>
              <w:top w:w="65" w:type="dxa"/>
              <w:left w:w="75" w:type="dxa"/>
              <w:bottom w:w="65" w:type="dxa"/>
              <w:right w:w="75" w:type="dxa"/>
            </w:tcMar>
            <w:vAlign w:val="center"/>
          </w:tcPr>
          <w:p w14:paraId="640A3AB0" w14:textId="77777777" w:rsidR="00A83192" w:rsidRPr="000B60F7" w:rsidRDefault="00000000">
            <w:pPr>
              <w:spacing w:after="0" w:line="240" w:lineRule="auto"/>
              <w:jc w:val="center"/>
              <w:rPr>
                <w:rFonts w:cs="Times New Roman"/>
              </w:rPr>
            </w:pPr>
            <w:r w:rsidRPr="000B60F7">
              <w:rPr>
                <w:rFonts w:cs="Times New Roman"/>
                <w:sz w:val="19"/>
              </w:rPr>
              <w:t>0.1660</w:t>
            </w:r>
          </w:p>
        </w:tc>
      </w:tr>
      <w:tr w:rsidR="00A83192" w:rsidRPr="000B60F7" w14:paraId="67848F5D" w14:textId="77777777">
        <w:trPr>
          <w:cantSplit/>
          <w:jc w:val="center"/>
        </w:trPr>
        <w:tc>
          <w:tcPr>
            <w:tcW w:w="5256" w:type="dxa"/>
            <w:shd w:val="clear" w:color="auto" w:fill="F6F8FA"/>
            <w:tcMar>
              <w:top w:w="65" w:type="dxa"/>
              <w:left w:w="75" w:type="dxa"/>
              <w:bottom w:w="65" w:type="dxa"/>
              <w:right w:w="75" w:type="dxa"/>
            </w:tcMar>
            <w:vAlign w:val="center"/>
          </w:tcPr>
          <w:p w14:paraId="2BB6AC13" w14:textId="77777777" w:rsidR="00A83192" w:rsidRPr="000B60F7" w:rsidRDefault="00000000">
            <w:pPr>
              <w:spacing w:after="0" w:line="240" w:lineRule="auto"/>
              <w:rPr>
                <w:rFonts w:cs="Times New Roman"/>
              </w:rPr>
            </w:pPr>
            <w:r w:rsidRPr="000B60F7">
              <w:rPr>
                <w:rFonts w:cs="Times New Roman"/>
                <w:sz w:val="19"/>
              </w:rPr>
              <w:lastRenderedPageBreak/>
              <w:t>Sector: devices/diagnostics</w:t>
            </w:r>
          </w:p>
        </w:tc>
        <w:tc>
          <w:tcPr>
            <w:tcW w:w="2160" w:type="dxa"/>
            <w:shd w:val="clear" w:color="auto" w:fill="F6F8FA"/>
            <w:tcMar>
              <w:top w:w="65" w:type="dxa"/>
              <w:left w:w="75" w:type="dxa"/>
              <w:bottom w:w="65" w:type="dxa"/>
              <w:right w:w="75" w:type="dxa"/>
            </w:tcMar>
            <w:vAlign w:val="center"/>
          </w:tcPr>
          <w:p w14:paraId="19F42DD8" w14:textId="77777777" w:rsidR="00A83192" w:rsidRPr="000B60F7" w:rsidRDefault="00000000">
            <w:pPr>
              <w:spacing w:after="0" w:line="240" w:lineRule="auto"/>
              <w:jc w:val="center"/>
              <w:rPr>
                <w:rFonts w:cs="Times New Roman"/>
              </w:rPr>
            </w:pPr>
            <w:r w:rsidRPr="000B60F7">
              <w:rPr>
                <w:rFonts w:cs="Times New Roman"/>
                <w:sz w:val="19"/>
              </w:rPr>
              <w:t>-0.2474</w:t>
            </w:r>
          </w:p>
        </w:tc>
        <w:tc>
          <w:tcPr>
            <w:tcW w:w="1944" w:type="dxa"/>
            <w:shd w:val="clear" w:color="auto" w:fill="F6F8FA"/>
            <w:tcMar>
              <w:top w:w="65" w:type="dxa"/>
              <w:left w:w="75" w:type="dxa"/>
              <w:bottom w:w="65" w:type="dxa"/>
              <w:right w:w="75" w:type="dxa"/>
            </w:tcMar>
            <w:vAlign w:val="center"/>
          </w:tcPr>
          <w:p w14:paraId="478F823F" w14:textId="77777777" w:rsidR="00A83192" w:rsidRPr="000B60F7" w:rsidRDefault="00000000">
            <w:pPr>
              <w:spacing w:after="0" w:line="240" w:lineRule="auto"/>
              <w:jc w:val="center"/>
              <w:rPr>
                <w:rFonts w:cs="Times New Roman"/>
              </w:rPr>
            </w:pPr>
            <w:r w:rsidRPr="000B60F7">
              <w:rPr>
                <w:rFonts w:cs="Times New Roman"/>
                <w:sz w:val="19"/>
              </w:rPr>
              <w:t>0.1681</w:t>
            </w:r>
          </w:p>
        </w:tc>
      </w:tr>
      <w:tr w:rsidR="00A83192" w:rsidRPr="000B60F7" w14:paraId="0662F6F3" w14:textId="77777777">
        <w:trPr>
          <w:cantSplit/>
          <w:jc w:val="center"/>
        </w:trPr>
        <w:tc>
          <w:tcPr>
            <w:tcW w:w="5256" w:type="dxa"/>
            <w:shd w:val="clear" w:color="auto" w:fill="FFFFFF"/>
            <w:tcMar>
              <w:top w:w="65" w:type="dxa"/>
              <w:left w:w="75" w:type="dxa"/>
              <w:bottom w:w="65" w:type="dxa"/>
              <w:right w:w="75" w:type="dxa"/>
            </w:tcMar>
            <w:vAlign w:val="center"/>
          </w:tcPr>
          <w:p w14:paraId="637CD2E0" w14:textId="77777777" w:rsidR="00A83192" w:rsidRPr="000B60F7" w:rsidRDefault="00000000">
            <w:pPr>
              <w:spacing w:after="0" w:line="240" w:lineRule="auto"/>
              <w:rPr>
                <w:rFonts w:cs="Times New Roman"/>
              </w:rPr>
            </w:pPr>
            <w:r w:rsidRPr="000B60F7">
              <w:rPr>
                <w:rFonts w:cs="Times New Roman"/>
                <w:sz w:val="19"/>
              </w:rPr>
              <w:t>Sector: digital health</w:t>
            </w:r>
          </w:p>
        </w:tc>
        <w:tc>
          <w:tcPr>
            <w:tcW w:w="2160" w:type="dxa"/>
            <w:shd w:val="clear" w:color="auto" w:fill="FFFFFF"/>
            <w:tcMar>
              <w:top w:w="65" w:type="dxa"/>
              <w:left w:w="75" w:type="dxa"/>
              <w:bottom w:w="65" w:type="dxa"/>
              <w:right w:w="75" w:type="dxa"/>
            </w:tcMar>
            <w:vAlign w:val="center"/>
          </w:tcPr>
          <w:p w14:paraId="46B2D163" w14:textId="77777777" w:rsidR="00A83192" w:rsidRPr="000B60F7" w:rsidRDefault="00000000">
            <w:pPr>
              <w:spacing w:after="0" w:line="240" w:lineRule="auto"/>
              <w:jc w:val="center"/>
              <w:rPr>
                <w:rFonts w:cs="Times New Roman"/>
              </w:rPr>
            </w:pPr>
            <w:r w:rsidRPr="000B60F7">
              <w:rPr>
                <w:rFonts w:cs="Times New Roman"/>
                <w:sz w:val="19"/>
              </w:rPr>
              <w:t>0.0726</w:t>
            </w:r>
          </w:p>
        </w:tc>
        <w:tc>
          <w:tcPr>
            <w:tcW w:w="1944" w:type="dxa"/>
            <w:shd w:val="clear" w:color="auto" w:fill="FFFFFF"/>
            <w:tcMar>
              <w:top w:w="65" w:type="dxa"/>
              <w:left w:w="75" w:type="dxa"/>
              <w:bottom w:w="65" w:type="dxa"/>
              <w:right w:w="75" w:type="dxa"/>
            </w:tcMar>
            <w:vAlign w:val="center"/>
          </w:tcPr>
          <w:p w14:paraId="5517A006" w14:textId="77777777" w:rsidR="00A83192" w:rsidRPr="000B60F7" w:rsidRDefault="00000000">
            <w:pPr>
              <w:spacing w:after="0" w:line="240" w:lineRule="auto"/>
              <w:jc w:val="center"/>
              <w:rPr>
                <w:rFonts w:cs="Times New Roman"/>
              </w:rPr>
            </w:pPr>
            <w:r w:rsidRPr="000B60F7">
              <w:rPr>
                <w:rFonts w:cs="Times New Roman"/>
                <w:sz w:val="19"/>
              </w:rPr>
              <w:t>0.1346</w:t>
            </w:r>
          </w:p>
        </w:tc>
      </w:tr>
      <w:tr w:rsidR="00A83192" w:rsidRPr="000B60F7" w14:paraId="0690A4B2" w14:textId="77777777">
        <w:trPr>
          <w:cantSplit/>
          <w:jc w:val="center"/>
        </w:trPr>
        <w:tc>
          <w:tcPr>
            <w:tcW w:w="5256" w:type="dxa"/>
            <w:shd w:val="clear" w:color="auto" w:fill="F6F8FA"/>
            <w:tcMar>
              <w:top w:w="65" w:type="dxa"/>
              <w:left w:w="75" w:type="dxa"/>
              <w:bottom w:w="65" w:type="dxa"/>
              <w:right w:w="75" w:type="dxa"/>
            </w:tcMar>
            <w:vAlign w:val="center"/>
          </w:tcPr>
          <w:p w14:paraId="1DA889EB" w14:textId="77777777" w:rsidR="00A83192" w:rsidRPr="000B60F7" w:rsidRDefault="00000000">
            <w:pPr>
              <w:spacing w:after="0" w:line="240" w:lineRule="auto"/>
              <w:rPr>
                <w:rFonts w:cs="Times New Roman"/>
              </w:rPr>
            </w:pPr>
            <w:r w:rsidRPr="000B60F7">
              <w:rPr>
                <w:rFonts w:cs="Times New Roman"/>
                <w:sz w:val="19"/>
              </w:rPr>
              <w:t>Sector: other healthcare</w:t>
            </w:r>
          </w:p>
        </w:tc>
        <w:tc>
          <w:tcPr>
            <w:tcW w:w="2160" w:type="dxa"/>
            <w:shd w:val="clear" w:color="auto" w:fill="F6F8FA"/>
            <w:tcMar>
              <w:top w:w="65" w:type="dxa"/>
              <w:left w:w="75" w:type="dxa"/>
              <w:bottom w:w="65" w:type="dxa"/>
              <w:right w:w="75" w:type="dxa"/>
            </w:tcMar>
            <w:vAlign w:val="center"/>
          </w:tcPr>
          <w:p w14:paraId="65BFB457" w14:textId="77777777" w:rsidR="00A83192" w:rsidRPr="000B60F7" w:rsidRDefault="00000000">
            <w:pPr>
              <w:spacing w:after="0" w:line="240" w:lineRule="auto"/>
              <w:jc w:val="center"/>
              <w:rPr>
                <w:rFonts w:cs="Times New Roman"/>
              </w:rPr>
            </w:pPr>
            <w:r w:rsidRPr="000B60F7">
              <w:rPr>
                <w:rFonts w:cs="Times New Roman"/>
                <w:sz w:val="19"/>
              </w:rPr>
              <w:t>-1.2468</w:t>
            </w:r>
          </w:p>
        </w:tc>
        <w:tc>
          <w:tcPr>
            <w:tcW w:w="1944" w:type="dxa"/>
            <w:shd w:val="clear" w:color="auto" w:fill="F6F8FA"/>
            <w:tcMar>
              <w:top w:w="65" w:type="dxa"/>
              <w:left w:w="75" w:type="dxa"/>
              <w:bottom w:w="65" w:type="dxa"/>
              <w:right w:w="75" w:type="dxa"/>
            </w:tcMar>
            <w:vAlign w:val="center"/>
          </w:tcPr>
          <w:p w14:paraId="067661C0" w14:textId="77777777" w:rsidR="00A83192" w:rsidRPr="000B60F7" w:rsidRDefault="00000000">
            <w:pPr>
              <w:spacing w:after="0" w:line="240" w:lineRule="auto"/>
              <w:jc w:val="center"/>
              <w:rPr>
                <w:rFonts w:cs="Times New Roman"/>
              </w:rPr>
            </w:pPr>
            <w:r w:rsidRPr="000B60F7">
              <w:rPr>
                <w:rFonts w:cs="Times New Roman"/>
                <w:sz w:val="19"/>
              </w:rPr>
              <w:t>1.1291</w:t>
            </w:r>
          </w:p>
        </w:tc>
      </w:tr>
      <w:tr w:rsidR="00A83192" w:rsidRPr="000B60F7" w14:paraId="7B086D92" w14:textId="77777777">
        <w:trPr>
          <w:cantSplit/>
          <w:jc w:val="center"/>
        </w:trPr>
        <w:tc>
          <w:tcPr>
            <w:tcW w:w="5256" w:type="dxa"/>
            <w:shd w:val="clear" w:color="auto" w:fill="FFFFFF"/>
            <w:tcMar>
              <w:top w:w="65" w:type="dxa"/>
              <w:left w:w="75" w:type="dxa"/>
              <w:bottom w:w="65" w:type="dxa"/>
              <w:right w:w="75" w:type="dxa"/>
            </w:tcMar>
            <w:vAlign w:val="center"/>
          </w:tcPr>
          <w:p w14:paraId="760AFF00" w14:textId="77777777" w:rsidR="00A83192" w:rsidRPr="000B60F7" w:rsidRDefault="00000000">
            <w:pPr>
              <w:spacing w:after="0" w:line="240" w:lineRule="auto"/>
              <w:rPr>
                <w:rFonts w:cs="Times New Roman"/>
              </w:rPr>
            </w:pPr>
            <w:r w:rsidRPr="000B60F7">
              <w:rPr>
                <w:rFonts w:cs="Times New Roman"/>
                <w:sz w:val="19"/>
              </w:rPr>
              <w:t>Geography: Canada</w:t>
            </w:r>
          </w:p>
        </w:tc>
        <w:tc>
          <w:tcPr>
            <w:tcW w:w="2160" w:type="dxa"/>
            <w:shd w:val="clear" w:color="auto" w:fill="FFFFFF"/>
            <w:tcMar>
              <w:top w:w="65" w:type="dxa"/>
              <w:left w:w="75" w:type="dxa"/>
              <w:bottom w:w="65" w:type="dxa"/>
              <w:right w:w="75" w:type="dxa"/>
            </w:tcMar>
            <w:vAlign w:val="center"/>
          </w:tcPr>
          <w:p w14:paraId="1EE5A800" w14:textId="77777777" w:rsidR="00A83192" w:rsidRPr="000B60F7" w:rsidRDefault="00000000">
            <w:pPr>
              <w:spacing w:after="0" w:line="240" w:lineRule="auto"/>
              <w:jc w:val="center"/>
              <w:rPr>
                <w:rFonts w:cs="Times New Roman"/>
              </w:rPr>
            </w:pPr>
            <w:r w:rsidRPr="000B60F7">
              <w:rPr>
                <w:rFonts w:cs="Times New Roman"/>
                <w:sz w:val="19"/>
              </w:rPr>
              <w:t>-0.8767</w:t>
            </w:r>
          </w:p>
        </w:tc>
        <w:tc>
          <w:tcPr>
            <w:tcW w:w="1944" w:type="dxa"/>
            <w:shd w:val="clear" w:color="auto" w:fill="FFFFFF"/>
            <w:tcMar>
              <w:top w:w="65" w:type="dxa"/>
              <w:left w:w="75" w:type="dxa"/>
              <w:bottom w:w="65" w:type="dxa"/>
              <w:right w:w="75" w:type="dxa"/>
            </w:tcMar>
            <w:vAlign w:val="center"/>
          </w:tcPr>
          <w:p w14:paraId="6B6ACB5C" w14:textId="77777777" w:rsidR="00A83192" w:rsidRPr="000B60F7" w:rsidRDefault="00000000">
            <w:pPr>
              <w:spacing w:after="0" w:line="240" w:lineRule="auto"/>
              <w:jc w:val="center"/>
              <w:rPr>
                <w:rFonts w:cs="Times New Roman"/>
              </w:rPr>
            </w:pPr>
            <w:r w:rsidRPr="000B60F7">
              <w:rPr>
                <w:rFonts w:cs="Times New Roman"/>
                <w:sz w:val="19"/>
              </w:rPr>
              <w:t>0.3714</w:t>
            </w:r>
          </w:p>
        </w:tc>
      </w:tr>
      <w:tr w:rsidR="00A83192" w:rsidRPr="000B60F7" w14:paraId="01538F6A" w14:textId="77777777">
        <w:trPr>
          <w:cantSplit/>
          <w:jc w:val="center"/>
        </w:trPr>
        <w:tc>
          <w:tcPr>
            <w:tcW w:w="5256" w:type="dxa"/>
            <w:shd w:val="clear" w:color="auto" w:fill="F6F8FA"/>
            <w:tcMar>
              <w:top w:w="65" w:type="dxa"/>
              <w:left w:w="75" w:type="dxa"/>
              <w:bottom w:w="65" w:type="dxa"/>
              <w:right w:w="75" w:type="dxa"/>
            </w:tcMar>
            <w:vAlign w:val="center"/>
          </w:tcPr>
          <w:p w14:paraId="0D6082A3" w14:textId="77777777" w:rsidR="00A83192" w:rsidRPr="000B60F7" w:rsidRDefault="00000000">
            <w:pPr>
              <w:spacing w:after="0" w:line="240" w:lineRule="auto"/>
              <w:rPr>
                <w:rFonts w:cs="Times New Roman"/>
              </w:rPr>
            </w:pPr>
            <w:r w:rsidRPr="000B60F7">
              <w:rPr>
                <w:rFonts w:cs="Times New Roman"/>
                <w:sz w:val="19"/>
              </w:rPr>
              <w:t>Geography: Europe</w:t>
            </w:r>
          </w:p>
        </w:tc>
        <w:tc>
          <w:tcPr>
            <w:tcW w:w="2160" w:type="dxa"/>
            <w:shd w:val="clear" w:color="auto" w:fill="F6F8FA"/>
            <w:tcMar>
              <w:top w:w="65" w:type="dxa"/>
              <w:left w:w="75" w:type="dxa"/>
              <w:bottom w:w="65" w:type="dxa"/>
              <w:right w:w="75" w:type="dxa"/>
            </w:tcMar>
            <w:vAlign w:val="center"/>
          </w:tcPr>
          <w:p w14:paraId="4A805FC9" w14:textId="77777777" w:rsidR="00A83192" w:rsidRPr="000B60F7" w:rsidRDefault="00000000">
            <w:pPr>
              <w:spacing w:after="0" w:line="240" w:lineRule="auto"/>
              <w:jc w:val="center"/>
              <w:rPr>
                <w:rFonts w:cs="Times New Roman"/>
              </w:rPr>
            </w:pPr>
            <w:r w:rsidRPr="000B60F7">
              <w:rPr>
                <w:rFonts w:cs="Times New Roman"/>
                <w:sz w:val="19"/>
              </w:rPr>
              <w:t>-0.6039</w:t>
            </w:r>
          </w:p>
        </w:tc>
        <w:tc>
          <w:tcPr>
            <w:tcW w:w="1944" w:type="dxa"/>
            <w:shd w:val="clear" w:color="auto" w:fill="F6F8FA"/>
            <w:tcMar>
              <w:top w:w="65" w:type="dxa"/>
              <w:left w:w="75" w:type="dxa"/>
              <w:bottom w:w="65" w:type="dxa"/>
              <w:right w:w="75" w:type="dxa"/>
            </w:tcMar>
            <w:vAlign w:val="center"/>
          </w:tcPr>
          <w:p w14:paraId="39E7812E" w14:textId="77777777" w:rsidR="00A83192" w:rsidRPr="000B60F7" w:rsidRDefault="00000000">
            <w:pPr>
              <w:spacing w:after="0" w:line="240" w:lineRule="auto"/>
              <w:jc w:val="center"/>
              <w:rPr>
                <w:rFonts w:cs="Times New Roman"/>
              </w:rPr>
            </w:pPr>
            <w:r w:rsidRPr="000B60F7">
              <w:rPr>
                <w:rFonts w:cs="Times New Roman"/>
                <w:sz w:val="19"/>
              </w:rPr>
              <w:t>0.2516</w:t>
            </w:r>
          </w:p>
        </w:tc>
      </w:tr>
      <w:tr w:rsidR="00A83192" w:rsidRPr="000B60F7" w14:paraId="194149FE" w14:textId="77777777">
        <w:trPr>
          <w:cantSplit/>
          <w:jc w:val="center"/>
        </w:trPr>
        <w:tc>
          <w:tcPr>
            <w:tcW w:w="5256" w:type="dxa"/>
            <w:shd w:val="clear" w:color="auto" w:fill="FFFFFF"/>
            <w:tcMar>
              <w:top w:w="65" w:type="dxa"/>
              <w:left w:w="75" w:type="dxa"/>
              <w:bottom w:w="65" w:type="dxa"/>
              <w:right w:w="75" w:type="dxa"/>
            </w:tcMar>
            <w:vAlign w:val="center"/>
          </w:tcPr>
          <w:p w14:paraId="7DB196D8" w14:textId="77777777" w:rsidR="00A83192" w:rsidRPr="000B60F7" w:rsidRDefault="00000000">
            <w:pPr>
              <w:spacing w:after="0" w:line="240" w:lineRule="auto"/>
              <w:rPr>
                <w:rFonts w:cs="Times New Roman"/>
              </w:rPr>
            </w:pPr>
            <w:r w:rsidRPr="000B60F7">
              <w:rPr>
                <w:rFonts w:cs="Times New Roman"/>
                <w:sz w:val="19"/>
              </w:rPr>
              <w:t>Geography: Other</w:t>
            </w:r>
          </w:p>
        </w:tc>
        <w:tc>
          <w:tcPr>
            <w:tcW w:w="2160" w:type="dxa"/>
            <w:shd w:val="clear" w:color="auto" w:fill="FFFFFF"/>
            <w:tcMar>
              <w:top w:w="65" w:type="dxa"/>
              <w:left w:w="75" w:type="dxa"/>
              <w:bottom w:w="65" w:type="dxa"/>
              <w:right w:w="75" w:type="dxa"/>
            </w:tcMar>
            <w:vAlign w:val="center"/>
          </w:tcPr>
          <w:p w14:paraId="20F4C54C" w14:textId="77777777" w:rsidR="00A83192" w:rsidRPr="000B60F7" w:rsidRDefault="00000000">
            <w:pPr>
              <w:spacing w:after="0" w:line="240" w:lineRule="auto"/>
              <w:jc w:val="center"/>
              <w:rPr>
                <w:rFonts w:cs="Times New Roman"/>
              </w:rPr>
            </w:pPr>
            <w:r w:rsidRPr="000B60F7">
              <w:rPr>
                <w:rFonts w:cs="Times New Roman"/>
                <w:sz w:val="19"/>
              </w:rPr>
              <w:t>-0.5148</w:t>
            </w:r>
          </w:p>
        </w:tc>
        <w:tc>
          <w:tcPr>
            <w:tcW w:w="1944" w:type="dxa"/>
            <w:shd w:val="clear" w:color="auto" w:fill="FFFFFF"/>
            <w:tcMar>
              <w:top w:w="65" w:type="dxa"/>
              <w:left w:w="75" w:type="dxa"/>
              <w:bottom w:w="65" w:type="dxa"/>
              <w:right w:w="75" w:type="dxa"/>
            </w:tcMar>
            <w:vAlign w:val="center"/>
          </w:tcPr>
          <w:p w14:paraId="6941B81E" w14:textId="77777777" w:rsidR="00A83192" w:rsidRPr="000B60F7" w:rsidRDefault="00000000">
            <w:pPr>
              <w:spacing w:after="0" w:line="240" w:lineRule="auto"/>
              <w:jc w:val="center"/>
              <w:rPr>
                <w:rFonts w:cs="Times New Roman"/>
              </w:rPr>
            </w:pPr>
            <w:r w:rsidRPr="000B60F7">
              <w:rPr>
                <w:rFonts w:cs="Times New Roman"/>
                <w:sz w:val="19"/>
              </w:rPr>
              <w:t>0.4107</w:t>
            </w:r>
          </w:p>
        </w:tc>
      </w:tr>
      <w:tr w:rsidR="00A83192" w:rsidRPr="000B60F7" w14:paraId="610A6717" w14:textId="77777777">
        <w:trPr>
          <w:cantSplit/>
          <w:jc w:val="center"/>
        </w:trPr>
        <w:tc>
          <w:tcPr>
            <w:tcW w:w="5256" w:type="dxa"/>
            <w:shd w:val="clear" w:color="auto" w:fill="F6F8FA"/>
            <w:tcMar>
              <w:top w:w="65" w:type="dxa"/>
              <w:left w:w="75" w:type="dxa"/>
              <w:bottom w:w="65" w:type="dxa"/>
              <w:right w:w="75" w:type="dxa"/>
            </w:tcMar>
            <w:vAlign w:val="center"/>
          </w:tcPr>
          <w:p w14:paraId="78C048BF" w14:textId="77777777" w:rsidR="00A83192" w:rsidRPr="000B60F7" w:rsidRDefault="00000000">
            <w:pPr>
              <w:spacing w:after="0" w:line="240" w:lineRule="auto"/>
              <w:rPr>
                <w:rFonts w:cs="Times New Roman"/>
              </w:rPr>
            </w:pPr>
            <w:r w:rsidRPr="000B60F7">
              <w:rPr>
                <w:rFonts w:cs="Times New Roman"/>
                <w:sz w:val="19"/>
              </w:rPr>
              <w:t>Geography: United States</w:t>
            </w:r>
          </w:p>
        </w:tc>
        <w:tc>
          <w:tcPr>
            <w:tcW w:w="2160" w:type="dxa"/>
            <w:shd w:val="clear" w:color="auto" w:fill="F6F8FA"/>
            <w:tcMar>
              <w:top w:w="65" w:type="dxa"/>
              <w:left w:w="75" w:type="dxa"/>
              <w:bottom w:w="65" w:type="dxa"/>
              <w:right w:w="75" w:type="dxa"/>
            </w:tcMar>
            <w:vAlign w:val="center"/>
          </w:tcPr>
          <w:p w14:paraId="03B3BF6D" w14:textId="77777777" w:rsidR="00A83192" w:rsidRPr="000B60F7" w:rsidRDefault="00000000">
            <w:pPr>
              <w:spacing w:after="0" w:line="240" w:lineRule="auto"/>
              <w:jc w:val="center"/>
              <w:rPr>
                <w:rFonts w:cs="Times New Roman"/>
              </w:rPr>
            </w:pPr>
            <w:r w:rsidRPr="000B60F7">
              <w:rPr>
                <w:rFonts w:cs="Times New Roman"/>
                <w:sz w:val="19"/>
              </w:rPr>
              <w:t>0.0217</w:t>
            </w:r>
          </w:p>
        </w:tc>
        <w:tc>
          <w:tcPr>
            <w:tcW w:w="1944" w:type="dxa"/>
            <w:shd w:val="clear" w:color="auto" w:fill="F6F8FA"/>
            <w:tcMar>
              <w:top w:w="65" w:type="dxa"/>
              <w:left w:w="75" w:type="dxa"/>
              <w:bottom w:w="65" w:type="dxa"/>
              <w:right w:w="75" w:type="dxa"/>
            </w:tcMar>
            <w:vAlign w:val="center"/>
          </w:tcPr>
          <w:p w14:paraId="21C36BC7" w14:textId="77777777" w:rsidR="00A83192" w:rsidRPr="000B60F7" w:rsidRDefault="00000000">
            <w:pPr>
              <w:spacing w:after="0" w:line="240" w:lineRule="auto"/>
              <w:jc w:val="center"/>
              <w:rPr>
                <w:rFonts w:cs="Times New Roman"/>
              </w:rPr>
            </w:pPr>
            <w:r w:rsidRPr="000B60F7">
              <w:rPr>
                <w:rFonts w:cs="Times New Roman"/>
                <w:sz w:val="19"/>
              </w:rPr>
              <w:t>0.2039</w:t>
            </w:r>
          </w:p>
        </w:tc>
      </w:tr>
      <w:tr w:rsidR="00A83192" w:rsidRPr="000B60F7" w14:paraId="48F5EAF8" w14:textId="77777777">
        <w:trPr>
          <w:cantSplit/>
          <w:jc w:val="center"/>
        </w:trPr>
        <w:tc>
          <w:tcPr>
            <w:tcW w:w="5256" w:type="dxa"/>
            <w:shd w:val="clear" w:color="auto" w:fill="FFFFFF"/>
            <w:tcMar>
              <w:top w:w="65" w:type="dxa"/>
              <w:left w:w="75" w:type="dxa"/>
              <w:bottom w:w="65" w:type="dxa"/>
              <w:right w:w="75" w:type="dxa"/>
            </w:tcMar>
            <w:vAlign w:val="center"/>
          </w:tcPr>
          <w:p w14:paraId="6721C73A" w14:textId="77777777" w:rsidR="00A83192" w:rsidRPr="000B60F7" w:rsidRDefault="00000000">
            <w:pPr>
              <w:spacing w:after="0" w:line="240" w:lineRule="auto"/>
              <w:rPr>
                <w:rFonts w:cs="Times New Roman"/>
              </w:rPr>
            </w:pPr>
            <w:r w:rsidRPr="000B60F7">
              <w:rPr>
                <w:rFonts w:cs="Times New Roman"/>
                <w:sz w:val="19"/>
              </w:rPr>
              <w:t>Entry stage: Series A</w:t>
            </w:r>
          </w:p>
        </w:tc>
        <w:tc>
          <w:tcPr>
            <w:tcW w:w="2160" w:type="dxa"/>
            <w:shd w:val="clear" w:color="auto" w:fill="FFFFFF"/>
            <w:tcMar>
              <w:top w:w="65" w:type="dxa"/>
              <w:left w:w="75" w:type="dxa"/>
              <w:bottom w:w="65" w:type="dxa"/>
              <w:right w:w="75" w:type="dxa"/>
            </w:tcMar>
            <w:vAlign w:val="center"/>
          </w:tcPr>
          <w:p w14:paraId="15E4EF2A" w14:textId="77777777" w:rsidR="00A83192" w:rsidRPr="000B60F7" w:rsidRDefault="00000000">
            <w:pPr>
              <w:spacing w:after="0" w:line="240" w:lineRule="auto"/>
              <w:jc w:val="center"/>
              <w:rPr>
                <w:rFonts w:cs="Times New Roman"/>
              </w:rPr>
            </w:pPr>
            <w:r w:rsidRPr="000B60F7">
              <w:rPr>
                <w:rFonts w:cs="Times New Roman"/>
                <w:sz w:val="19"/>
              </w:rPr>
              <w:t>-0.4536</w:t>
            </w:r>
          </w:p>
        </w:tc>
        <w:tc>
          <w:tcPr>
            <w:tcW w:w="1944" w:type="dxa"/>
            <w:shd w:val="clear" w:color="auto" w:fill="FFFFFF"/>
            <w:tcMar>
              <w:top w:w="65" w:type="dxa"/>
              <w:left w:w="75" w:type="dxa"/>
              <w:bottom w:w="65" w:type="dxa"/>
              <w:right w:w="75" w:type="dxa"/>
            </w:tcMar>
            <w:vAlign w:val="center"/>
          </w:tcPr>
          <w:p w14:paraId="0AB7D1BD" w14:textId="77777777" w:rsidR="00A83192" w:rsidRPr="000B60F7" w:rsidRDefault="00000000">
            <w:pPr>
              <w:spacing w:after="0" w:line="240" w:lineRule="auto"/>
              <w:jc w:val="center"/>
              <w:rPr>
                <w:rFonts w:cs="Times New Roman"/>
              </w:rPr>
            </w:pPr>
            <w:r w:rsidRPr="000B60F7">
              <w:rPr>
                <w:rFonts w:cs="Times New Roman"/>
                <w:sz w:val="19"/>
              </w:rPr>
              <w:t>0.1554</w:t>
            </w:r>
          </w:p>
        </w:tc>
      </w:tr>
      <w:tr w:rsidR="00A83192" w:rsidRPr="000B60F7" w14:paraId="1157300E" w14:textId="77777777">
        <w:trPr>
          <w:cantSplit/>
          <w:jc w:val="center"/>
        </w:trPr>
        <w:tc>
          <w:tcPr>
            <w:tcW w:w="5256" w:type="dxa"/>
            <w:shd w:val="clear" w:color="auto" w:fill="F6F8FA"/>
            <w:tcMar>
              <w:top w:w="65" w:type="dxa"/>
              <w:left w:w="75" w:type="dxa"/>
              <w:bottom w:w="65" w:type="dxa"/>
              <w:right w:w="75" w:type="dxa"/>
            </w:tcMar>
            <w:vAlign w:val="center"/>
          </w:tcPr>
          <w:p w14:paraId="1D44057C" w14:textId="77777777" w:rsidR="00A83192" w:rsidRPr="000B60F7" w:rsidRDefault="00000000">
            <w:pPr>
              <w:spacing w:after="0" w:line="240" w:lineRule="auto"/>
              <w:rPr>
                <w:rFonts w:cs="Times New Roman"/>
              </w:rPr>
            </w:pPr>
            <w:r w:rsidRPr="000B60F7">
              <w:rPr>
                <w:rFonts w:cs="Times New Roman"/>
                <w:sz w:val="19"/>
              </w:rPr>
              <w:t>Entry stage: Series B</w:t>
            </w:r>
          </w:p>
        </w:tc>
        <w:tc>
          <w:tcPr>
            <w:tcW w:w="2160" w:type="dxa"/>
            <w:shd w:val="clear" w:color="auto" w:fill="F6F8FA"/>
            <w:tcMar>
              <w:top w:w="65" w:type="dxa"/>
              <w:left w:w="75" w:type="dxa"/>
              <w:bottom w:w="65" w:type="dxa"/>
              <w:right w:w="75" w:type="dxa"/>
            </w:tcMar>
            <w:vAlign w:val="center"/>
          </w:tcPr>
          <w:p w14:paraId="55933445" w14:textId="77777777" w:rsidR="00A83192" w:rsidRPr="000B60F7" w:rsidRDefault="00000000">
            <w:pPr>
              <w:spacing w:after="0" w:line="240" w:lineRule="auto"/>
              <w:jc w:val="center"/>
              <w:rPr>
                <w:rFonts w:cs="Times New Roman"/>
              </w:rPr>
            </w:pPr>
            <w:r w:rsidRPr="000B60F7">
              <w:rPr>
                <w:rFonts w:cs="Times New Roman"/>
                <w:sz w:val="19"/>
              </w:rPr>
              <w:t>-0.3785</w:t>
            </w:r>
          </w:p>
        </w:tc>
        <w:tc>
          <w:tcPr>
            <w:tcW w:w="1944" w:type="dxa"/>
            <w:shd w:val="clear" w:color="auto" w:fill="F6F8FA"/>
            <w:tcMar>
              <w:top w:w="65" w:type="dxa"/>
              <w:left w:w="75" w:type="dxa"/>
              <w:bottom w:w="65" w:type="dxa"/>
              <w:right w:w="75" w:type="dxa"/>
            </w:tcMar>
            <w:vAlign w:val="center"/>
          </w:tcPr>
          <w:p w14:paraId="0B492D30" w14:textId="77777777" w:rsidR="00A83192" w:rsidRPr="000B60F7" w:rsidRDefault="00000000">
            <w:pPr>
              <w:spacing w:after="0" w:line="240" w:lineRule="auto"/>
              <w:jc w:val="center"/>
              <w:rPr>
                <w:rFonts w:cs="Times New Roman"/>
              </w:rPr>
            </w:pPr>
            <w:r w:rsidRPr="000B60F7">
              <w:rPr>
                <w:rFonts w:cs="Times New Roman"/>
                <w:sz w:val="19"/>
              </w:rPr>
              <w:t>0.2691</w:t>
            </w:r>
          </w:p>
        </w:tc>
      </w:tr>
      <w:tr w:rsidR="00A83192" w:rsidRPr="000B60F7" w14:paraId="3A7B5D8C" w14:textId="77777777">
        <w:trPr>
          <w:cantSplit/>
          <w:jc w:val="center"/>
        </w:trPr>
        <w:tc>
          <w:tcPr>
            <w:tcW w:w="5256" w:type="dxa"/>
            <w:shd w:val="clear" w:color="auto" w:fill="FFFFFF"/>
            <w:tcMar>
              <w:top w:w="65" w:type="dxa"/>
              <w:left w:w="75" w:type="dxa"/>
              <w:bottom w:w="65" w:type="dxa"/>
              <w:right w:w="75" w:type="dxa"/>
            </w:tcMar>
            <w:vAlign w:val="center"/>
          </w:tcPr>
          <w:p w14:paraId="58DB439B" w14:textId="77777777" w:rsidR="00A83192" w:rsidRPr="000B60F7" w:rsidRDefault="00000000">
            <w:pPr>
              <w:spacing w:after="0" w:line="240" w:lineRule="auto"/>
              <w:rPr>
                <w:rFonts w:cs="Times New Roman"/>
              </w:rPr>
            </w:pPr>
            <w:r w:rsidRPr="000B60F7">
              <w:rPr>
                <w:rFonts w:cs="Times New Roman"/>
                <w:sz w:val="19"/>
              </w:rPr>
              <w:t>Quarter 2</w:t>
            </w:r>
          </w:p>
        </w:tc>
        <w:tc>
          <w:tcPr>
            <w:tcW w:w="2160" w:type="dxa"/>
            <w:shd w:val="clear" w:color="auto" w:fill="FFFFFF"/>
            <w:tcMar>
              <w:top w:w="65" w:type="dxa"/>
              <w:left w:w="75" w:type="dxa"/>
              <w:bottom w:w="65" w:type="dxa"/>
              <w:right w:w="75" w:type="dxa"/>
            </w:tcMar>
            <w:vAlign w:val="center"/>
          </w:tcPr>
          <w:p w14:paraId="6EBD65D3" w14:textId="77777777" w:rsidR="00A83192" w:rsidRPr="000B60F7" w:rsidRDefault="00000000">
            <w:pPr>
              <w:spacing w:after="0" w:line="240" w:lineRule="auto"/>
              <w:jc w:val="center"/>
              <w:rPr>
                <w:rFonts w:cs="Times New Roman"/>
              </w:rPr>
            </w:pPr>
            <w:r w:rsidRPr="000B60F7">
              <w:rPr>
                <w:rFonts w:cs="Times New Roman"/>
                <w:sz w:val="19"/>
              </w:rPr>
              <w:t>0.2661</w:t>
            </w:r>
          </w:p>
        </w:tc>
        <w:tc>
          <w:tcPr>
            <w:tcW w:w="1944" w:type="dxa"/>
            <w:shd w:val="clear" w:color="auto" w:fill="FFFFFF"/>
            <w:tcMar>
              <w:top w:w="65" w:type="dxa"/>
              <w:left w:w="75" w:type="dxa"/>
              <w:bottom w:w="65" w:type="dxa"/>
              <w:right w:w="75" w:type="dxa"/>
            </w:tcMar>
            <w:vAlign w:val="center"/>
          </w:tcPr>
          <w:p w14:paraId="72F84BA8" w14:textId="77777777" w:rsidR="00A83192" w:rsidRPr="000B60F7" w:rsidRDefault="00000000">
            <w:pPr>
              <w:spacing w:after="0" w:line="240" w:lineRule="auto"/>
              <w:jc w:val="center"/>
              <w:rPr>
                <w:rFonts w:cs="Times New Roman"/>
              </w:rPr>
            </w:pPr>
            <w:r w:rsidRPr="000B60F7">
              <w:rPr>
                <w:rFonts w:cs="Times New Roman"/>
                <w:sz w:val="19"/>
              </w:rPr>
              <w:t>0.2423</w:t>
            </w:r>
          </w:p>
        </w:tc>
      </w:tr>
      <w:tr w:rsidR="00A83192" w:rsidRPr="000B60F7" w14:paraId="3D4B3B90" w14:textId="77777777">
        <w:trPr>
          <w:cantSplit/>
          <w:jc w:val="center"/>
        </w:trPr>
        <w:tc>
          <w:tcPr>
            <w:tcW w:w="5256" w:type="dxa"/>
            <w:shd w:val="clear" w:color="auto" w:fill="FFFFFF"/>
            <w:tcMar>
              <w:top w:w="65" w:type="dxa"/>
              <w:left w:w="75" w:type="dxa"/>
              <w:bottom w:w="65" w:type="dxa"/>
              <w:right w:w="75" w:type="dxa"/>
            </w:tcMar>
            <w:vAlign w:val="center"/>
          </w:tcPr>
          <w:p w14:paraId="29C0A4E5" w14:textId="77777777" w:rsidR="00A83192" w:rsidRPr="000B60F7" w:rsidRDefault="00000000">
            <w:pPr>
              <w:spacing w:after="0" w:line="240" w:lineRule="auto"/>
              <w:rPr>
                <w:rFonts w:cs="Times New Roman"/>
              </w:rPr>
            </w:pPr>
            <w:r w:rsidRPr="000B60F7">
              <w:rPr>
                <w:rFonts w:cs="Times New Roman"/>
                <w:sz w:val="19"/>
              </w:rPr>
              <w:t>Quarter 3</w:t>
            </w:r>
          </w:p>
        </w:tc>
        <w:tc>
          <w:tcPr>
            <w:tcW w:w="2160" w:type="dxa"/>
            <w:shd w:val="clear" w:color="auto" w:fill="FFFFFF"/>
            <w:tcMar>
              <w:top w:w="65" w:type="dxa"/>
              <w:left w:w="75" w:type="dxa"/>
              <w:bottom w:w="65" w:type="dxa"/>
              <w:right w:w="75" w:type="dxa"/>
            </w:tcMar>
            <w:vAlign w:val="center"/>
          </w:tcPr>
          <w:p w14:paraId="5E82A148" w14:textId="77777777" w:rsidR="00A83192" w:rsidRPr="000B60F7" w:rsidRDefault="00000000">
            <w:pPr>
              <w:spacing w:after="0" w:line="240" w:lineRule="auto"/>
              <w:jc w:val="center"/>
              <w:rPr>
                <w:rFonts w:cs="Times New Roman"/>
              </w:rPr>
            </w:pPr>
            <w:r w:rsidRPr="000B60F7">
              <w:rPr>
                <w:rFonts w:cs="Times New Roman"/>
                <w:sz w:val="19"/>
              </w:rPr>
              <w:t>0.0844</w:t>
            </w:r>
          </w:p>
        </w:tc>
        <w:tc>
          <w:tcPr>
            <w:tcW w:w="1944" w:type="dxa"/>
            <w:shd w:val="clear" w:color="auto" w:fill="FFFFFF"/>
            <w:tcMar>
              <w:top w:w="65" w:type="dxa"/>
              <w:left w:w="75" w:type="dxa"/>
              <w:bottom w:w="65" w:type="dxa"/>
              <w:right w:w="75" w:type="dxa"/>
            </w:tcMar>
            <w:vAlign w:val="center"/>
          </w:tcPr>
          <w:p w14:paraId="54723AEB" w14:textId="77777777" w:rsidR="00A83192" w:rsidRPr="000B60F7" w:rsidRDefault="00000000">
            <w:pPr>
              <w:spacing w:after="0" w:line="240" w:lineRule="auto"/>
              <w:jc w:val="center"/>
              <w:rPr>
                <w:rFonts w:cs="Times New Roman"/>
              </w:rPr>
            </w:pPr>
            <w:r w:rsidRPr="000B60F7">
              <w:rPr>
                <w:rFonts w:cs="Times New Roman"/>
                <w:sz w:val="19"/>
              </w:rPr>
              <w:t>0.2464</w:t>
            </w:r>
          </w:p>
        </w:tc>
      </w:tr>
      <w:tr w:rsidR="00A83192" w:rsidRPr="000B60F7" w14:paraId="61C832B5" w14:textId="77777777">
        <w:trPr>
          <w:cantSplit/>
          <w:jc w:val="center"/>
        </w:trPr>
        <w:tc>
          <w:tcPr>
            <w:tcW w:w="5256" w:type="dxa"/>
            <w:shd w:val="clear" w:color="auto" w:fill="F6F8FA"/>
            <w:tcMar>
              <w:top w:w="65" w:type="dxa"/>
              <w:left w:w="75" w:type="dxa"/>
              <w:bottom w:w="65" w:type="dxa"/>
              <w:right w:w="75" w:type="dxa"/>
            </w:tcMar>
            <w:vAlign w:val="center"/>
          </w:tcPr>
          <w:p w14:paraId="0A38D643" w14:textId="77777777" w:rsidR="00A83192" w:rsidRPr="000B60F7" w:rsidRDefault="00000000">
            <w:pPr>
              <w:spacing w:after="0" w:line="240" w:lineRule="auto"/>
              <w:rPr>
                <w:rFonts w:cs="Times New Roman"/>
              </w:rPr>
            </w:pPr>
            <w:r w:rsidRPr="000B60F7">
              <w:rPr>
                <w:rFonts w:cs="Times New Roman"/>
                <w:sz w:val="19"/>
              </w:rPr>
              <w:t>Quarter 4</w:t>
            </w:r>
          </w:p>
        </w:tc>
        <w:tc>
          <w:tcPr>
            <w:tcW w:w="2160" w:type="dxa"/>
            <w:shd w:val="clear" w:color="auto" w:fill="F6F8FA"/>
            <w:tcMar>
              <w:top w:w="65" w:type="dxa"/>
              <w:left w:w="75" w:type="dxa"/>
              <w:bottom w:w="65" w:type="dxa"/>
              <w:right w:w="75" w:type="dxa"/>
            </w:tcMar>
            <w:vAlign w:val="center"/>
          </w:tcPr>
          <w:p w14:paraId="41807EBD" w14:textId="77777777" w:rsidR="00A83192" w:rsidRPr="000B60F7" w:rsidRDefault="00000000">
            <w:pPr>
              <w:spacing w:after="0" w:line="240" w:lineRule="auto"/>
              <w:jc w:val="center"/>
              <w:rPr>
                <w:rFonts w:cs="Times New Roman"/>
              </w:rPr>
            </w:pPr>
            <w:r w:rsidRPr="000B60F7">
              <w:rPr>
                <w:rFonts w:cs="Times New Roman"/>
                <w:sz w:val="19"/>
              </w:rPr>
              <w:t>0.4787</w:t>
            </w:r>
          </w:p>
        </w:tc>
        <w:tc>
          <w:tcPr>
            <w:tcW w:w="1944" w:type="dxa"/>
            <w:shd w:val="clear" w:color="auto" w:fill="F6F8FA"/>
            <w:tcMar>
              <w:top w:w="65" w:type="dxa"/>
              <w:left w:w="75" w:type="dxa"/>
              <w:bottom w:w="65" w:type="dxa"/>
              <w:right w:w="75" w:type="dxa"/>
            </w:tcMar>
            <w:vAlign w:val="center"/>
          </w:tcPr>
          <w:p w14:paraId="798AED8D" w14:textId="77777777" w:rsidR="00A83192" w:rsidRPr="000B60F7" w:rsidRDefault="00000000">
            <w:pPr>
              <w:spacing w:after="0" w:line="240" w:lineRule="auto"/>
              <w:jc w:val="center"/>
              <w:rPr>
                <w:rFonts w:cs="Times New Roman"/>
              </w:rPr>
            </w:pPr>
            <w:r w:rsidRPr="000B60F7">
              <w:rPr>
                <w:rFonts w:cs="Times New Roman"/>
                <w:sz w:val="19"/>
              </w:rPr>
              <w:t>0.2274</w:t>
            </w:r>
          </w:p>
        </w:tc>
      </w:tr>
      <w:tr w:rsidR="00A83192" w:rsidRPr="000B60F7" w14:paraId="15B735AF" w14:textId="77777777">
        <w:trPr>
          <w:cantSplit/>
          <w:jc w:val="center"/>
        </w:trPr>
        <w:tc>
          <w:tcPr>
            <w:tcW w:w="5256" w:type="dxa"/>
            <w:shd w:val="clear" w:color="auto" w:fill="FFFFFF"/>
            <w:tcMar>
              <w:top w:w="65" w:type="dxa"/>
              <w:left w:w="75" w:type="dxa"/>
              <w:bottom w:w="65" w:type="dxa"/>
              <w:right w:w="75" w:type="dxa"/>
            </w:tcMar>
            <w:vAlign w:val="center"/>
          </w:tcPr>
          <w:p w14:paraId="584E2697" w14:textId="77777777" w:rsidR="00A83192" w:rsidRPr="000B60F7" w:rsidRDefault="00000000">
            <w:pPr>
              <w:spacing w:after="0" w:line="240" w:lineRule="auto"/>
              <w:rPr>
                <w:rFonts w:cs="Times New Roman"/>
              </w:rPr>
            </w:pPr>
            <w:r w:rsidRPr="000B60F7">
              <w:rPr>
                <w:rFonts w:cs="Times New Roman"/>
                <w:sz w:val="19"/>
              </w:rPr>
              <w:t>Quarter 5</w:t>
            </w:r>
          </w:p>
        </w:tc>
        <w:tc>
          <w:tcPr>
            <w:tcW w:w="2160" w:type="dxa"/>
            <w:shd w:val="clear" w:color="auto" w:fill="FFFFFF"/>
            <w:tcMar>
              <w:top w:w="65" w:type="dxa"/>
              <w:left w:w="75" w:type="dxa"/>
              <w:bottom w:w="65" w:type="dxa"/>
              <w:right w:w="75" w:type="dxa"/>
            </w:tcMar>
            <w:vAlign w:val="center"/>
          </w:tcPr>
          <w:p w14:paraId="492B4AB8" w14:textId="77777777" w:rsidR="00A83192" w:rsidRPr="000B60F7" w:rsidRDefault="00000000">
            <w:pPr>
              <w:spacing w:after="0" w:line="240" w:lineRule="auto"/>
              <w:jc w:val="center"/>
              <w:rPr>
                <w:rFonts w:cs="Times New Roman"/>
              </w:rPr>
            </w:pPr>
            <w:r w:rsidRPr="000B60F7">
              <w:rPr>
                <w:rFonts w:cs="Times New Roman"/>
                <w:sz w:val="19"/>
              </w:rPr>
              <w:t>0.6759</w:t>
            </w:r>
          </w:p>
        </w:tc>
        <w:tc>
          <w:tcPr>
            <w:tcW w:w="1944" w:type="dxa"/>
            <w:shd w:val="clear" w:color="auto" w:fill="FFFFFF"/>
            <w:tcMar>
              <w:top w:w="65" w:type="dxa"/>
              <w:left w:w="75" w:type="dxa"/>
              <w:bottom w:w="65" w:type="dxa"/>
              <w:right w:w="75" w:type="dxa"/>
            </w:tcMar>
            <w:vAlign w:val="center"/>
          </w:tcPr>
          <w:p w14:paraId="1CDE42D9" w14:textId="77777777" w:rsidR="00A83192" w:rsidRPr="000B60F7" w:rsidRDefault="00000000">
            <w:pPr>
              <w:spacing w:after="0" w:line="240" w:lineRule="auto"/>
              <w:jc w:val="center"/>
              <w:rPr>
                <w:rFonts w:cs="Times New Roman"/>
              </w:rPr>
            </w:pPr>
            <w:r w:rsidRPr="000B60F7">
              <w:rPr>
                <w:rFonts w:cs="Times New Roman"/>
                <w:sz w:val="19"/>
              </w:rPr>
              <w:t>0.2305</w:t>
            </w:r>
          </w:p>
        </w:tc>
      </w:tr>
      <w:tr w:rsidR="00A83192" w:rsidRPr="000B60F7" w14:paraId="13C805CD" w14:textId="77777777">
        <w:trPr>
          <w:cantSplit/>
          <w:jc w:val="center"/>
        </w:trPr>
        <w:tc>
          <w:tcPr>
            <w:tcW w:w="5256" w:type="dxa"/>
            <w:shd w:val="clear" w:color="auto" w:fill="F6F8FA"/>
            <w:tcMar>
              <w:top w:w="65" w:type="dxa"/>
              <w:left w:w="75" w:type="dxa"/>
              <w:bottom w:w="65" w:type="dxa"/>
              <w:right w:w="75" w:type="dxa"/>
            </w:tcMar>
            <w:vAlign w:val="center"/>
          </w:tcPr>
          <w:p w14:paraId="30932C8D" w14:textId="77777777" w:rsidR="00A83192" w:rsidRPr="000B60F7" w:rsidRDefault="00000000">
            <w:pPr>
              <w:spacing w:after="0" w:line="240" w:lineRule="auto"/>
              <w:rPr>
                <w:rFonts w:cs="Times New Roman"/>
              </w:rPr>
            </w:pPr>
            <w:r w:rsidRPr="000B60F7">
              <w:rPr>
                <w:rFonts w:cs="Times New Roman"/>
                <w:sz w:val="19"/>
              </w:rPr>
              <w:t>Quarter 6</w:t>
            </w:r>
          </w:p>
        </w:tc>
        <w:tc>
          <w:tcPr>
            <w:tcW w:w="2160" w:type="dxa"/>
            <w:shd w:val="clear" w:color="auto" w:fill="F6F8FA"/>
            <w:tcMar>
              <w:top w:w="65" w:type="dxa"/>
              <w:left w:w="75" w:type="dxa"/>
              <w:bottom w:w="65" w:type="dxa"/>
              <w:right w:w="75" w:type="dxa"/>
            </w:tcMar>
            <w:vAlign w:val="center"/>
          </w:tcPr>
          <w:p w14:paraId="1920FCFC" w14:textId="77777777" w:rsidR="00A83192" w:rsidRPr="000B60F7" w:rsidRDefault="00000000">
            <w:pPr>
              <w:spacing w:after="0" w:line="240" w:lineRule="auto"/>
              <w:jc w:val="center"/>
              <w:rPr>
                <w:rFonts w:cs="Times New Roman"/>
              </w:rPr>
            </w:pPr>
            <w:r w:rsidRPr="000B60F7">
              <w:rPr>
                <w:rFonts w:cs="Times New Roman"/>
                <w:sz w:val="19"/>
              </w:rPr>
              <w:t>0.3690</w:t>
            </w:r>
          </w:p>
        </w:tc>
        <w:tc>
          <w:tcPr>
            <w:tcW w:w="1944" w:type="dxa"/>
            <w:shd w:val="clear" w:color="auto" w:fill="F6F8FA"/>
            <w:tcMar>
              <w:top w:w="65" w:type="dxa"/>
              <w:left w:w="75" w:type="dxa"/>
              <w:bottom w:w="65" w:type="dxa"/>
              <w:right w:w="75" w:type="dxa"/>
            </w:tcMar>
            <w:vAlign w:val="center"/>
          </w:tcPr>
          <w:p w14:paraId="21960845" w14:textId="77777777" w:rsidR="00A83192" w:rsidRPr="000B60F7" w:rsidRDefault="00000000">
            <w:pPr>
              <w:spacing w:after="0" w:line="240" w:lineRule="auto"/>
              <w:jc w:val="center"/>
              <w:rPr>
                <w:rFonts w:cs="Times New Roman"/>
              </w:rPr>
            </w:pPr>
            <w:r w:rsidRPr="000B60F7">
              <w:rPr>
                <w:rFonts w:cs="Times New Roman"/>
                <w:sz w:val="19"/>
              </w:rPr>
              <w:t>0.2508</w:t>
            </w:r>
          </w:p>
        </w:tc>
      </w:tr>
      <w:tr w:rsidR="00A83192" w:rsidRPr="000B60F7" w14:paraId="7F8534BF" w14:textId="77777777">
        <w:trPr>
          <w:cantSplit/>
          <w:jc w:val="center"/>
        </w:trPr>
        <w:tc>
          <w:tcPr>
            <w:tcW w:w="5256" w:type="dxa"/>
            <w:shd w:val="clear" w:color="auto" w:fill="FFFFFF"/>
            <w:tcMar>
              <w:top w:w="65" w:type="dxa"/>
              <w:left w:w="75" w:type="dxa"/>
              <w:bottom w:w="65" w:type="dxa"/>
              <w:right w:w="75" w:type="dxa"/>
            </w:tcMar>
            <w:vAlign w:val="center"/>
          </w:tcPr>
          <w:p w14:paraId="7B934EEE" w14:textId="77777777" w:rsidR="00A83192" w:rsidRPr="000B60F7" w:rsidRDefault="00000000">
            <w:pPr>
              <w:spacing w:after="0" w:line="240" w:lineRule="auto"/>
              <w:rPr>
                <w:rFonts w:cs="Times New Roman"/>
              </w:rPr>
            </w:pPr>
            <w:r w:rsidRPr="000B60F7">
              <w:rPr>
                <w:rFonts w:cs="Times New Roman"/>
                <w:sz w:val="19"/>
              </w:rPr>
              <w:t>Quarter 7</w:t>
            </w:r>
          </w:p>
        </w:tc>
        <w:tc>
          <w:tcPr>
            <w:tcW w:w="2160" w:type="dxa"/>
            <w:shd w:val="clear" w:color="auto" w:fill="FFFFFF"/>
            <w:tcMar>
              <w:top w:w="65" w:type="dxa"/>
              <w:left w:w="75" w:type="dxa"/>
              <w:bottom w:w="65" w:type="dxa"/>
              <w:right w:w="75" w:type="dxa"/>
            </w:tcMar>
            <w:vAlign w:val="center"/>
          </w:tcPr>
          <w:p w14:paraId="5D47E8E9" w14:textId="77777777" w:rsidR="00A83192" w:rsidRPr="000B60F7" w:rsidRDefault="00000000">
            <w:pPr>
              <w:spacing w:after="0" w:line="240" w:lineRule="auto"/>
              <w:jc w:val="center"/>
              <w:rPr>
                <w:rFonts w:cs="Times New Roman"/>
              </w:rPr>
            </w:pPr>
            <w:r w:rsidRPr="000B60F7">
              <w:rPr>
                <w:rFonts w:cs="Times New Roman"/>
                <w:sz w:val="19"/>
              </w:rPr>
              <w:t>0.6362</w:t>
            </w:r>
          </w:p>
        </w:tc>
        <w:tc>
          <w:tcPr>
            <w:tcW w:w="1944" w:type="dxa"/>
            <w:shd w:val="clear" w:color="auto" w:fill="FFFFFF"/>
            <w:tcMar>
              <w:top w:w="65" w:type="dxa"/>
              <w:left w:w="75" w:type="dxa"/>
              <w:bottom w:w="65" w:type="dxa"/>
              <w:right w:w="75" w:type="dxa"/>
            </w:tcMar>
            <w:vAlign w:val="center"/>
          </w:tcPr>
          <w:p w14:paraId="2ABF1494" w14:textId="77777777" w:rsidR="00A83192" w:rsidRPr="000B60F7" w:rsidRDefault="00000000">
            <w:pPr>
              <w:spacing w:after="0" w:line="240" w:lineRule="auto"/>
              <w:jc w:val="center"/>
              <w:rPr>
                <w:rFonts w:cs="Times New Roman"/>
              </w:rPr>
            </w:pPr>
            <w:r w:rsidRPr="000B60F7">
              <w:rPr>
                <w:rFonts w:cs="Times New Roman"/>
                <w:sz w:val="19"/>
              </w:rPr>
              <w:t>0.2349</w:t>
            </w:r>
          </w:p>
        </w:tc>
      </w:tr>
      <w:tr w:rsidR="00A83192" w:rsidRPr="000B60F7" w14:paraId="2F183797" w14:textId="77777777">
        <w:trPr>
          <w:cantSplit/>
          <w:jc w:val="center"/>
        </w:trPr>
        <w:tc>
          <w:tcPr>
            <w:tcW w:w="5256" w:type="dxa"/>
            <w:shd w:val="clear" w:color="auto" w:fill="F6F8FA"/>
            <w:tcMar>
              <w:top w:w="65" w:type="dxa"/>
              <w:left w:w="75" w:type="dxa"/>
              <w:bottom w:w="65" w:type="dxa"/>
              <w:right w:w="75" w:type="dxa"/>
            </w:tcMar>
            <w:vAlign w:val="center"/>
          </w:tcPr>
          <w:p w14:paraId="3445926D" w14:textId="77777777" w:rsidR="00A83192" w:rsidRPr="000B60F7" w:rsidRDefault="00000000">
            <w:pPr>
              <w:spacing w:after="0" w:line="240" w:lineRule="auto"/>
              <w:rPr>
                <w:rFonts w:cs="Times New Roman"/>
              </w:rPr>
            </w:pPr>
            <w:r w:rsidRPr="000B60F7">
              <w:rPr>
                <w:rFonts w:cs="Times New Roman"/>
                <w:sz w:val="19"/>
              </w:rPr>
              <w:t>Quarter 8</w:t>
            </w:r>
          </w:p>
        </w:tc>
        <w:tc>
          <w:tcPr>
            <w:tcW w:w="2160" w:type="dxa"/>
            <w:shd w:val="clear" w:color="auto" w:fill="F6F8FA"/>
            <w:tcMar>
              <w:top w:w="65" w:type="dxa"/>
              <w:left w:w="75" w:type="dxa"/>
              <w:bottom w:w="65" w:type="dxa"/>
              <w:right w:w="75" w:type="dxa"/>
            </w:tcMar>
            <w:vAlign w:val="center"/>
          </w:tcPr>
          <w:p w14:paraId="6C0F2FFE" w14:textId="77777777" w:rsidR="00A83192" w:rsidRPr="000B60F7" w:rsidRDefault="00000000">
            <w:pPr>
              <w:spacing w:after="0" w:line="240" w:lineRule="auto"/>
              <w:jc w:val="center"/>
              <w:rPr>
                <w:rFonts w:cs="Times New Roman"/>
              </w:rPr>
            </w:pPr>
            <w:r w:rsidRPr="000B60F7">
              <w:rPr>
                <w:rFonts w:cs="Times New Roman"/>
                <w:sz w:val="19"/>
              </w:rPr>
              <w:t>0.7248</w:t>
            </w:r>
          </w:p>
        </w:tc>
        <w:tc>
          <w:tcPr>
            <w:tcW w:w="1944" w:type="dxa"/>
            <w:shd w:val="clear" w:color="auto" w:fill="F6F8FA"/>
            <w:tcMar>
              <w:top w:w="65" w:type="dxa"/>
              <w:left w:w="75" w:type="dxa"/>
              <w:bottom w:w="65" w:type="dxa"/>
              <w:right w:w="75" w:type="dxa"/>
            </w:tcMar>
            <w:vAlign w:val="center"/>
          </w:tcPr>
          <w:p w14:paraId="1DB11FA8" w14:textId="77777777" w:rsidR="00A83192" w:rsidRPr="000B60F7" w:rsidRDefault="00000000">
            <w:pPr>
              <w:spacing w:after="0" w:line="240" w:lineRule="auto"/>
              <w:jc w:val="center"/>
              <w:rPr>
                <w:rFonts w:cs="Times New Roman"/>
              </w:rPr>
            </w:pPr>
            <w:r w:rsidRPr="000B60F7">
              <w:rPr>
                <w:rFonts w:cs="Times New Roman"/>
                <w:sz w:val="19"/>
              </w:rPr>
              <w:t>0.2395</w:t>
            </w:r>
          </w:p>
        </w:tc>
      </w:tr>
      <w:tr w:rsidR="00A83192" w:rsidRPr="000B60F7" w14:paraId="1AF410B9" w14:textId="77777777">
        <w:trPr>
          <w:cantSplit/>
          <w:jc w:val="center"/>
        </w:trPr>
        <w:tc>
          <w:tcPr>
            <w:tcW w:w="5256" w:type="dxa"/>
            <w:shd w:val="clear" w:color="auto" w:fill="FFFFFF"/>
            <w:tcMar>
              <w:top w:w="65" w:type="dxa"/>
              <w:left w:w="75" w:type="dxa"/>
              <w:bottom w:w="65" w:type="dxa"/>
              <w:right w:w="75" w:type="dxa"/>
            </w:tcMar>
            <w:vAlign w:val="center"/>
          </w:tcPr>
          <w:p w14:paraId="4F19613D" w14:textId="77777777" w:rsidR="00A83192" w:rsidRPr="000B60F7" w:rsidRDefault="00000000">
            <w:pPr>
              <w:spacing w:after="0" w:line="240" w:lineRule="auto"/>
              <w:rPr>
                <w:rFonts w:cs="Times New Roman"/>
              </w:rPr>
            </w:pPr>
            <w:r w:rsidRPr="000B60F7">
              <w:rPr>
                <w:rFonts w:cs="Times New Roman"/>
                <w:sz w:val="19"/>
              </w:rPr>
              <w:t>Quarter 9</w:t>
            </w:r>
          </w:p>
        </w:tc>
        <w:tc>
          <w:tcPr>
            <w:tcW w:w="2160" w:type="dxa"/>
            <w:shd w:val="clear" w:color="auto" w:fill="FFFFFF"/>
            <w:tcMar>
              <w:top w:w="65" w:type="dxa"/>
              <w:left w:w="75" w:type="dxa"/>
              <w:bottom w:w="65" w:type="dxa"/>
              <w:right w:w="75" w:type="dxa"/>
            </w:tcMar>
            <w:vAlign w:val="center"/>
          </w:tcPr>
          <w:p w14:paraId="1BB442A5" w14:textId="77777777" w:rsidR="00A83192" w:rsidRPr="000B60F7" w:rsidRDefault="00000000">
            <w:pPr>
              <w:spacing w:after="0" w:line="240" w:lineRule="auto"/>
              <w:jc w:val="center"/>
              <w:rPr>
                <w:rFonts w:cs="Times New Roman"/>
              </w:rPr>
            </w:pPr>
            <w:r w:rsidRPr="000B60F7">
              <w:rPr>
                <w:rFonts w:cs="Times New Roman"/>
                <w:sz w:val="19"/>
              </w:rPr>
              <w:t>0.6959</w:t>
            </w:r>
          </w:p>
        </w:tc>
        <w:tc>
          <w:tcPr>
            <w:tcW w:w="1944" w:type="dxa"/>
            <w:shd w:val="clear" w:color="auto" w:fill="FFFFFF"/>
            <w:tcMar>
              <w:top w:w="65" w:type="dxa"/>
              <w:left w:w="75" w:type="dxa"/>
              <w:bottom w:w="65" w:type="dxa"/>
              <w:right w:w="75" w:type="dxa"/>
            </w:tcMar>
            <w:vAlign w:val="center"/>
          </w:tcPr>
          <w:p w14:paraId="6D6D737A" w14:textId="77777777" w:rsidR="00A83192" w:rsidRPr="000B60F7" w:rsidRDefault="00000000">
            <w:pPr>
              <w:spacing w:after="0" w:line="240" w:lineRule="auto"/>
              <w:jc w:val="center"/>
              <w:rPr>
                <w:rFonts w:cs="Times New Roman"/>
              </w:rPr>
            </w:pPr>
            <w:r w:rsidRPr="000B60F7">
              <w:rPr>
                <w:rFonts w:cs="Times New Roman"/>
                <w:sz w:val="19"/>
              </w:rPr>
              <w:t>0.2453</w:t>
            </w:r>
          </w:p>
        </w:tc>
      </w:tr>
      <w:tr w:rsidR="00A83192" w:rsidRPr="000B60F7" w14:paraId="04EDAB35" w14:textId="77777777">
        <w:trPr>
          <w:cantSplit/>
          <w:jc w:val="center"/>
        </w:trPr>
        <w:tc>
          <w:tcPr>
            <w:tcW w:w="5256" w:type="dxa"/>
            <w:shd w:val="clear" w:color="auto" w:fill="FFFFFF"/>
            <w:tcMar>
              <w:top w:w="65" w:type="dxa"/>
              <w:left w:w="75" w:type="dxa"/>
              <w:bottom w:w="65" w:type="dxa"/>
              <w:right w:w="75" w:type="dxa"/>
            </w:tcMar>
            <w:vAlign w:val="center"/>
          </w:tcPr>
          <w:p w14:paraId="2032575C" w14:textId="77777777" w:rsidR="00A83192" w:rsidRPr="000B60F7" w:rsidRDefault="00000000">
            <w:pPr>
              <w:spacing w:after="0" w:line="240" w:lineRule="auto"/>
              <w:rPr>
                <w:rFonts w:cs="Times New Roman"/>
              </w:rPr>
            </w:pPr>
            <w:r w:rsidRPr="000B60F7">
              <w:rPr>
                <w:rFonts w:cs="Times New Roman"/>
                <w:sz w:val="19"/>
              </w:rPr>
              <w:t>Quarter 10</w:t>
            </w:r>
          </w:p>
        </w:tc>
        <w:tc>
          <w:tcPr>
            <w:tcW w:w="2160" w:type="dxa"/>
            <w:shd w:val="clear" w:color="auto" w:fill="FFFFFF"/>
            <w:tcMar>
              <w:top w:w="65" w:type="dxa"/>
              <w:left w:w="75" w:type="dxa"/>
              <w:bottom w:w="65" w:type="dxa"/>
              <w:right w:w="75" w:type="dxa"/>
            </w:tcMar>
            <w:vAlign w:val="center"/>
          </w:tcPr>
          <w:p w14:paraId="464E2935" w14:textId="77777777" w:rsidR="00A83192" w:rsidRPr="000B60F7" w:rsidRDefault="00000000">
            <w:pPr>
              <w:spacing w:after="0" w:line="240" w:lineRule="auto"/>
              <w:jc w:val="center"/>
              <w:rPr>
                <w:rFonts w:cs="Times New Roman"/>
              </w:rPr>
            </w:pPr>
            <w:r w:rsidRPr="000B60F7">
              <w:rPr>
                <w:rFonts w:cs="Times New Roman"/>
                <w:sz w:val="19"/>
              </w:rPr>
              <w:t>0.7078</w:t>
            </w:r>
          </w:p>
        </w:tc>
        <w:tc>
          <w:tcPr>
            <w:tcW w:w="1944" w:type="dxa"/>
            <w:shd w:val="clear" w:color="auto" w:fill="FFFFFF"/>
            <w:tcMar>
              <w:top w:w="65" w:type="dxa"/>
              <w:left w:w="75" w:type="dxa"/>
              <w:bottom w:w="65" w:type="dxa"/>
              <w:right w:w="75" w:type="dxa"/>
            </w:tcMar>
            <w:vAlign w:val="center"/>
          </w:tcPr>
          <w:p w14:paraId="3F8FA65A" w14:textId="77777777" w:rsidR="00A83192" w:rsidRPr="000B60F7" w:rsidRDefault="00000000">
            <w:pPr>
              <w:spacing w:after="0" w:line="240" w:lineRule="auto"/>
              <w:jc w:val="center"/>
              <w:rPr>
                <w:rFonts w:cs="Times New Roman"/>
              </w:rPr>
            </w:pPr>
            <w:r w:rsidRPr="000B60F7">
              <w:rPr>
                <w:rFonts w:cs="Times New Roman"/>
                <w:sz w:val="19"/>
              </w:rPr>
              <w:t>0.2486</w:t>
            </w:r>
          </w:p>
        </w:tc>
      </w:tr>
      <w:tr w:rsidR="00A83192" w:rsidRPr="000B60F7" w14:paraId="3F15A176" w14:textId="77777777">
        <w:trPr>
          <w:cantSplit/>
          <w:jc w:val="center"/>
        </w:trPr>
        <w:tc>
          <w:tcPr>
            <w:tcW w:w="5256" w:type="dxa"/>
            <w:shd w:val="clear" w:color="auto" w:fill="F6F8FA"/>
            <w:tcMar>
              <w:top w:w="65" w:type="dxa"/>
              <w:left w:w="75" w:type="dxa"/>
              <w:bottom w:w="65" w:type="dxa"/>
              <w:right w:w="75" w:type="dxa"/>
            </w:tcMar>
            <w:vAlign w:val="center"/>
          </w:tcPr>
          <w:p w14:paraId="2CCDC1EF" w14:textId="77777777" w:rsidR="00A83192" w:rsidRPr="000B60F7" w:rsidRDefault="00000000">
            <w:pPr>
              <w:spacing w:after="0" w:line="240" w:lineRule="auto"/>
              <w:rPr>
                <w:rFonts w:cs="Times New Roman"/>
              </w:rPr>
            </w:pPr>
            <w:r w:rsidRPr="000B60F7">
              <w:rPr>
                <w:rFonts w:cs="Times New Roman"/>
                <w:sz w:val="19"/>
              </w:rPr>
              <w:t>Quarter 11</w:t>
            </w:r>
          </w:p>
        </w:tc>
        <w:tc>
          <w:tcPr>
            <w:tcW w:w="2160" w:type="dxa"/>
            <w:shd w:val="clear" w:color="auto" w:fill="F6F8FA"/>
            <w:tcMar>
              <w:top w:w="65" w:type="dxa"/>
              <w:left w:w="75" w:type="dxa"/>
              <w:bottom w:w="65" w:type="dxa"/>
              <w:right w:w="75" w:type="dxa"/>
            </w:tcMar>
            <w:vAlign w:val="center"/>
          </w:tcPr>
          <w:p w14:paraId="6C95B1B5" w14:textId="77777777" w:rsidR="00A83192" w:rsidRPr="000B60F7" w:rsidRDefault="00000000">
            <w:pPr>
              <w:spacing w:after="0" w:line="240" w:lineRule="auto"/>
              <w:jc w:val="center"/>
              <w:rPr>
                <w:rFonts w:cs="Times New Roman"/>
              </w:rPr>
            </w:pPr>
            <w:r w:rsidRPr="000B60F7">
              <w:rPr>
                <w:rFonts w:cs="Times New Roman"/>
                <w:sz w:val="19"/>
              </w:rPr>
              <w:t>0.2968</w:t>
            </w:r>
          </w:p>
        </w:tc>
        <w:tc>
          <w:tcPr>
            <w:tcW w:w="1944" w:type="dxa"/>
            <w:shd w:val="clear" w:color="auto" w:fill="F6F8FA"/>
            <w:tcMar>
              <w:top w:w="65" w:type="dxa"/>
              <w:left w:w="75" w:type="dxa"/>
              <w:bottom w:w="65" w:type="dxa"/>
              <w:right w:w="75" w:type="dxa"/>
            </w:tcMar>
            <w:vAlign w:val="center"/>
          </w:tcPr>
          <w:p w14:paraId="45CF5C52" w14:textId="77777777" w:rsidR="00A83192" w:rsidRPr="000B60F7" w:rsidRDefault="00000000">
            <w:pPr>
              <w:spacing w:after="0" w:line="240" w:lineRule="auto"/>
              <w:jc w:val="center"/>
              <w:rPr>
                <w:rFonts w:cs="Times New Roman"/>
              </w:rPr>
            </w:pPr>
            <w:r w:rsidRPr="000B60F7">
              <w:rPr>
                <w:rFonts w:cs="Times New Roman"/>
                <w:sz w:val="19"/>
              </w:rPr>
              <w:t>0.2749</w:t>
            </w:r>
          </w:p>
        </w:tc>
      </w:tr>
      <w:tr w:rsidR="00A83192" w:rsidRPr="000B60F7" w14:paraId="53E091F6" w14:textId="77777777">
        <w:trPr>
          <w:cantSplit/>
          <w:jc w:val="center"/>
        </w:trPr>
        <w:tc>
          <w:tcPr>
            <w:tcW w:w="5256" w:type="dxa"/>
            <w:shd w:val="clear" w:color="auto" w:fill="FFFFFF"/>
            <w:tcMar>
              <w:top w:w="65" w:type="dxa"/>
              <w:left w:w="75" w:type="dxa"/>
              <w:bottom w:w="65" w:type="dxa"/>
              <w:right w:w="75" w:type="dxa"/>
            </w:tcMar>
            <w:vAlign w:val="center"/>
          </w:tcPr>
          <w:p w14:paraId="3BE00662" w14:textId="77777777" w:rsidR="00A83192" w:rsidRPr="000B60F7" w:rsidRDefault="00000000">
            <w:pPr>
              <w:spacing w:after="0" w:line="240" w:lineRule="auto"/>
              <w:rPr>
                <w:rFonts w:cs="Times New Roman"/>
              </w:rPr>
            </w:pPr>
            <w:r w:rsidRPr="000B60F7">
              <w:rPr>
                <w:rFonts w:cs="Times New Roman"/>
                <w:sz w:val="19"/>
              </w:rPr>
              <w:t>Quarter 12</w:t>
            </w:r>
          </w:p>
        </w:tc>
        <w:tc>
          <w:tcPr>
            <w:tcW w:w="2160" w:type="dxa"/>
            <w:shd w:val="clear" w:color="auto" w:fill="FFFFFF"/>
            <w:tcMar>
              <w:top w:w="65" w:type="dxa"/>
              <w:left w:w="75" w:type="dxa"/>
              <w:bottom w:w="65" w:type="dxa"/>
              <w:right w:w="75" w:type="dxa"/>
            </w:tcMar>
            <w:vAlign w:val="center"/>
          </w:tcPr>
          <w:p w14:paraId="1C61A144" w14:textId="77777777" w:rsidR="00A83192" w:rsidRPr="000B60F7" w:rsidRDefault="00000000">
            <w:pPr>
              <w:spacing w:after="0" w:line="240" w:lineRule="auto"/>
              <w:jc w:val="center"/>
              <w:rPr>
                <w:rFonts w:cs="Times New Roman"/>
              </w:rPr>
            </w:pPr>
            <w:r w:rsidRPr="000B60F7">
              <w:rPr>
                <w:rFonts w:cs="Times New Roman"/>
                <w:sz w:val="19"/>
              </w:rPr>
              <w:t>0.6962</w:t>
            </w:r>
          </w:p>
        </w:tc>
        <w:tc>
          <w:tcPr>
            <w:tcW w:w="1944" w:type="dxa"/>
            <w:shd w:val="clear" w:color="auto" w:fill="FFFFFF"/>
            <w:tcMar>
              <w:top w:w="65" w:type="dxa"/>
              <w:left w:w="75" w:type="dxa"/>
              <w:bottom w:w="65" w:type="dxa"/>
              <w:right w:w="75" w:type="dxa"/>
            </w:tcMar>
            <w:vAlign w:val="center"/>
          </w:tcPr>
          <w:p w14:paraId="68746200" w14:textId="77777777" w:rsidR="00A83192" w:rsidRPr="000B60F7" w:rsidRDefault="00000000">
            <w:pPr>
              <w:spacing w:after="0" w:line="240" w:lineRule="auto"/>
              <w:jc w:val="center"/>
              <w:rPr>
                <w:rFonts w:cs="Times New Roman"/>
              </w:rPr>
            </w:pPr>
            <w:r w:rsidRPr="000B60F7">
              <w:rPr>
                <w:rFonts w:cs="Times New Roman"/>
                <w:sz w:val="19"/>
              </w:rPr>
              <w:t>0.2779</w:t>
            </w:r>
          </w:p>
        </w:tc>
      </w:tr>
      <w:tr w:rsidR="00A83192" w:rsidRPr="000B60F7" w14:paraId="6020948F" w14:textId="77777777">
        <w:trPr>
          <w:cantSplit/>
          <w:jc w:val="center"/>
        </w:trPr>
        <w:tc>
          <w:tcPr>
            <w:tcW w:w="5256" w:type="dxa"/>
            <w:shd w:val="clear" w:color="auto" w:fill="F6F8FA"/>
            <w:tcMar>
              <w:top w:w="65" w:type="dxa"/>
              <w:left w:w="75" w:type="dxa"/>
              <w:bottom w:w="65" w:type="dxa"/>
              <w:right w:w="75" w:type="dxa"/>
            </w:tcMar>
            <w:vAlign w:val="center"/>
          </w:tcPr>
          <w:p w14:paraId="694C5CC9" w14:textId="77777777" w:rsidR="00A83192" w:rsidRPr="000B60F7" w:rsidRDefault="00000000">
            <w:pPr>
              <w:spacing w:after="0" w:line="240" w:lineRule="auto"/>
              <w:rPr>
                <w:rFonts w:cs="Times New Roman"/>
              </w:rPr>
            </w:pPr>
            <w:r w:rsidRPr="000B60F7">
              <w:rPr>
                <w:rFonts w:cs="Times New Roman"/>
                <w:sz w:val="19"/>
              </w:rPr>
              <w:t>Quarter 13</w:t>
            </w:r>
          </w:p>
        </w:tc>
        <w:tc>
          <w:tcPr>
            <w:tcW w:w="2160" w:type="dxa"/>
            <w:shd w:val="clear" w:color="auto" w:fill="F6F8FA"/>
            <w:tcMar>
              <w:top w:w="65" w:type="dxa"/>
              <w:left w:w="75" w:type="dxa"/>
              <w:bottom w:w="65" w:type="dxa"/>
              <w:right w:w="75" w:type="dxa"/>
            </w:tcMar>
            <w:vAlign w:val="center"/>
          </w:tcPr>
          <w:p w14:paraId="319083BB" w14:textId="77777777" w:rsidR="00A83192" w:rsidRPr="000B60F7" w:rsidRDefault="00000000">
            <w:pPr>
              <w:spacing w:after="0" w:line="240" w:lineRule="auto"/>
              <w:jc w:val="center"/>
              <w:rPr>
                <w:rFonts w:cs="Times New Roman"/>
              </w:rPr>
            </w:pPr>
            <w:r w:rsidRPr="000B60F7">
              <w:rPr>
                <w:rFonts w:cs="Times New Roman"/>
                <w:sz w:val="19"/>
              </w:rPr>
              <w:t>-0.2503</w:t>
            </w:r>
          </w:p>
        </w:tc>
        <w:tc>
          <w:tcPr>
            <w:tcW w:w="1944" w:type="dxa"/>
            <w:shd w:val="clear" w:color="auto" w:fill="F6F8FA"/>
            <w:tcMar>
              <w:top w:w="65" w:type="dxa"/>
              <w:left w:w="75" w:type="dxa"/>
              <w:bottom w:w="65" w:type="dxa"/>
              <w:right w:w="75" w:type="dxa"/>
            </w:tcMar>
            <w:vAlign w:val="center"/>
          </w:tcPr>
          <w:p w14:paraId="101A6851" w14:textId="77777777" w:rsidR="00A83192" w:rsidRPr="000B60F7" w:rsidRDefault="00000000">
            <w:pPr>
              <w:spacing w:after="0" w:line="240" w:lineRule="auto"/>
              <w:jc w:val="center"/>
              <w:rPr>
                <w:rFonts w:cs="Times New Roman"/>
              </w:rPr>
            </w:pPr>
            <w:r w:rsidRPr="000B60F7">
              <w:rPr>
                <w:rFonts w:cs="Times New Roman"/>
                <w:sz w:val="19"/>
              </w:rPr>
              <w:t>0.4031</w:t>
            </w:r>
          </w:p>
        </w:tc>
      </w:tr>
      <w:tr w:rsidR="00A83192" w:rsidRPr="000B60F7" w14:paraId="2090E15E" w14:textId="77777777">
        <w:trPr>
          <w:cantSplit/>
          <w:jc w:val="center"/>
        </w:trPr>
        <w:tc>
          <w:tcPr>
            <w:tcW w:w="5256" w:type="dxa"/>
            <w:shd w:val="clear" w:color="auto" w:fill="FFFFFF"/>
            <w:tcMar>
              <w:top w:w="65" w:type="dxa"/>
              <w:left w:w="75" w:type="dxa"/>
              <w:bottom w:w="65" w:type="dxa"/>
              <w:right w:w="75" w:type="dxa"/>
            </w:tcMar>
            <w:vAlign w:val="center"/>
          </w:tcPr>
          <w:p w14:paraId="5CF0276F" w14:textId="77777777" w:rsidR="00A83192" w:rsidRPr="000B60F7" w:rsidRDefault="00000000">
            <w:pPr>
              <w:spacing w:after="0" w:line="240" w:lineRule="auto"/>
              <w:rPr>
                <w:rFonts w:cs="Times New Roman"/>
              </w:rPr>
            </w:pPr>
            <w:r w:rsidRPr="000B60F7">
              <w:rPr>
                <w:rFonts w:cs="Times New Roman"/>
                <w:sz w:val="19"/>
              </w:rPr>
              <w:t>Quarter 14</w:t>
            </w:r>
          </w:p>
        </w:tc>
        <w:tc>
          <w:tcPr>
            <w:tcW w:w="2160" w:type="dxa"/>
            <w:shd w:val="clear" w:color="auto" w:fill="FFFFFF"/>
            <w:tcMar>
              <w:top w:w="65" w:type="dxa"/>
              <w:left w:w="75" w:type="dxa"/>
              <w:bottom w:w="65" w:type="dxa"/>
              <w:right w:w="75" w:type="dxa"/>
            </w:tcMar>
            <w:vAlign w:val="center"/>
          </w:tcPr>
          <w:p w14:paraId="0425C656" w14:textId="77777777" w:rsidR="00A83192" w:rsidRPr="000B60F7" w:rsidRDefault="00000000">
            <w:pPr>
              <w:spacing w:after="0" w:line="240" w:lineRule="auto"/>
              <w:jc w:val="center"/>
              <w:rPr>
                <w:rFonts w:cs="Times New Roman"/>
              </w:rPr>
            </w:pPr>
            <w:r w:rsidRPr="000B60F7">
              <w:rPr>
                <w:rFonts w:cs="Times New Roman"/>
                <w:sz w:val="19"/>
              </w:rPr>
              <w:t>-0.0484</w:t>
            </w:r>
          </w:p>
        </w:tc>
        <w:tc>
          <w:tcPr>
            <w:tcW w:w="1944" w:type="dxa"/>
            <w:shd w:val="clear" w:color="auto" w:fill="FFFFFF"/>
            <w:tcMar>
              <w:top w:w="65" w:type="dxa"/>
              <w:left w:w="75" w:type="dxa"/>
              <w:bottom w:w="65" w:type="dxa"/>
              <w:right w:w="75" w:type="dxa"/>
            </w:tcMar>
            <w:vAlign w:val="center"/>
          </w:tcPr>
          <w:p w14:paraId="38369222" w14:textId="77777777" w:rsidR="00A83192" w:rsidRPr="000B60F7" w:rsidRDefault="00000000">
            <w:pPr>
              <w:spacing w:after="0" w:line="240" w:lineRule="auto"/>
              <w:jc w:val="center"/>
              <w:rPr>
                <w:rFonts w:cs="Times New Roman"/>
              </w:rPr>
            </w:pPr>
            <w:r w:rsidRPr="000B60F7">
              <w:rPr>
                <w:rFonts w:cs="Times New Roman"/>
                <w:sz w:val="19"/>
              </w:rPr>
              <w:t>0.3814</w:t>
            </w:r>
          </w:p>
        </w:tc>
      </w:tr>
      <w:tr w:rsidR="00A83192" w:rsidRPr="000B60F7" w14:paraId="7DDF9B78" w14:textId="77777777">
        <w:trPr>
          <w:cantSplit/>
          <w:jc w:val="center"/>
        </w:trPr>
        <w:tc>
          <w:tcPr>
            <w:tcW w:w="5256" w:type="dxa"/>
            <w:shd w:val="clear" w:color="auto" w:fill="F6F8FA"/>
            <w:tcMar>
              <w:top w:w="65" w:type="dxa"/>
              <w:left w:w="75" w:type="dxa"/>
              <w:bottom w:w="65" w:type="dxa"/>
              <w:right w:w="75" w:type="dxa"/>
            </w:tcMar>
            <w:vAlign w:val="center"/>
          </w:tcPr>
          <w:p w14:paraId="7122A3C5" w14:textId="77777777" w:rsidR="00A83192" w:rsidRPr="000B60F7" w:rsidRDefault="00000000">
            <w:pPr>
              <w:spacing w:after="0" w:line="240" w:lineRule="auto"/>
              <w:rPr>
                <w:rFonts w:cs="Times New Roman"/>
              </w:rPr>
            </w:pPr>
            <w:r w:rsidRPr="000B60F7">
              <w:rPr>
                <w:rFonts w:cs="Times New Roman"/>
                <w:sz w:val="19"/>
              </w:rPr>
              <w:t>Quarter 15</w:t>
            </w:r>
          </w:p>
        </w:tc>
        <w:tc>
          <w:tcPr>
            <w:tcW w:w="2160" w:type="dxa"/>
            <w:shd w:val="clear" w:color="auto" w:fill="F6F8FA"/>
            <w:tcMar>
              <w:top w:w="65" w:type="dxa"/>
              <w:left w:w="75" w:type="dxa"/>
              <w:bottom w:w="65" w:type="dxa"/>
              <w:right w:w="75" w:type="dxa"/>
            </w:tcMar>
            <w:vAlign w:val="center"/>
          </w:tcPr>
          <w:p w14:paraId="58F1A77D" w14:textId="77777777" w:rsidR="00A83192" w:rsidRPr="000B60F7" w:rsidRDefault="00000000">
            <w:pPr>
              <w:spacing w:after="0" w:line="240" w:lineRule="auto"/>
              <w:jc w:val="center"/>
              <w:rPr>
                <w:rFonts w:cs="Times New Roman"/>
              </w:rPr>
            </w:pPr>
            <w:r w:rsidRPr="000B60F7">
              <w:rPr>
                <w:rFonts w:cs="Times New Roman"/>
                <w:sz w:val="19"/>
              </w:rPr>
              <w:t>0.0322</w:t>
            </w:r>
          </w:p>
        </w:tc>
        <w:tc>
          <w:tcPr>
            <w:tcW w:w="1944" w:type="dxa"/>
            <w:shd w:val="clear" w:color="auto" w:fill="F6F8FA"/>
            <w:tcMar>
              <w:top w:w="65" w:type="dxa"/>
              <w:left w:w="75" w:type="dxa"/>
              <w:bottom w:w="65" w:type="dxa"/>
              <w:right w:w="75" w:type="dxa"/>
            </w:tcMar>
            <w:vAlign w:val="center"/>
          </w:tcPr>
          <w:p w14:paraId="49B3480B" w14:textId="77777777" w:rsidR="00A83192" w:rsidRPr="000B60F7" w:rsidRDefault="00000000">
            <w:pPr>
              <w:spacing w:after="0" w:line="240" w:lineRule="auto"/>
              <w:jc w:val="center"/>
              <w:rPr>
                <w:rFonts w:cs="Times New Roman"/>
              </w:rPr>
            </w:pPr>
            <w:r w:rsidRPr="000B60F7">
              <w:rPr>
                <w:rFonts w:cs="Times New Roman"/>
                <w:sz w:val="19"/>
              </w:rPr>
              <w:t>0.3811</w:t>
            </w:r>
          </w:p>
        </w:tc>
      </w:tr>
      <w:tr w:rsidR="00A83192" w:rsidRPr="000B60F7" w14:paraId="7ECF0869" w14:textId="77777777">
        <w:trPr>
          <w:cantSplit/>
          <w:jc w:val="center"/>
        </w:trPr>
        <w:tc>
          <w:tcPr>
            <w:tcW w:w="5256" w:type="dxa"/>
            <w:shd w:val="clear" w:color="auto" w:fill="FFFFFF"/>
            <w:tcMar>
              <w:top w:w="65" w:type="dxa"/>
              <w:left w:w="75" w:type="dxa"/>
              <w:bottom w:w="65" w:type="dxa"/>
              <w:right w:w="75" w:type="dxa"/>
            </w:tcMar>
            <w:vAlign w:val="center"/>
          </w:tcPr>
          <w:p w14:paraId="065C43C2" w14:textId="77777777" w:rsidR="00A83192" w:rsidRPr="000B60F7" w:rsidRDefault="00000000">
            <w:pPr>
              <w:spacing w:after="0" w:line="240" w:lineRule="auto"/>
              <w:rPr>
                <w:rFonts w:cs="Times New Roman"/>
              </w:rPr>
            </w:pPr>
            <w:r w:rsidRPr="000B60F7">
              <w:rPr>
                <w:rFonts w:cs="Times New Roman"/>
                <w:sz w:val="19"/>
              </w:rPr>
              <w:t>Quarter 16</w:t>
            </w:r>
          </w:p>
        </w:tc>
        <w:tc>
          <w:tcPr>
            <w:tcW w:w="2160" w:type="dxa"/>
            <w:shd w:val="clear" w:color="auto" w:fill="FFFFFF"/>
            <w:tcMar>
              <w:top w:w="65" w:type="dxa"/>
              <w:left w:w="75" w:type="dxa"/>
              <w:bottom w:w="65" w:type="dxa"/>
              <w:right w:w="75" w:type="dxa"/>
            </w:tcMar>
            <w:vAlign w:val="center"/>
          </w:tcPr>
          <w:p w14:paraId="1CA01204" w14:textId="77777777" w:rsidR="00A83192" w:rsidRPr="000B60F7" w:rsidRDefault="00000000">
            <w:pPr>
              <w:spacing w:after="0" w:line="240" w:lineRule="auto"/>
              <w:jc w:val="center"/>
              <w:rPr>
                <w:rFonts w:cs="Times New Roman"/>
              </w:rPr>
            </w:pPr>
            <w:r w:rsidRPr="000B60F7">
              <w:rPr>
                <w:rFonts w:cs="Times New Roman"/>
                <w:sz w:val="19"/>
              </w:rPr>
              <w:t>0.1085</w:t>
            </w:r>
          </w:p>
        </w:tc>
        <w:tc>
          <w:tcPr>
            <w:tcW w:w="1944" w:type="dxa"/>
            <w:shd w:val="clear" w:color="auto" w:fill="FFFFFF"/>
            <w:tcMar>
              <w:top w:w="65" w:type="dxa"/>
              <w:left w:w="75" w:type="dxa"/>
              <w:bottom w:w="65" w:type="dxa"/>
              <w:right w:w="75" w:type="dxa"/>
            </w:tcMar>
            <w:vAlign w:val="center"/>
          </w:tcPr>
          <w:p w14:paraId="43DFE132" w14:textId="77777777" w:rsidR="00A83192" w:rsidRPr="000B60F7" w:rsidRDefault="00000000">
            <w:pPr>
              <w:spacing w:after="0" w:line="240" w:lineRule="auto"/>
              <w:jc w:val="center"/>
              <w:rPr>
                <w:rFonts w:cs="Times New Roman"/>
              </w:rPr>
            </w:pPr>
            <w:r w:rsidRPr="000B60F7">
              <w:rPr>
                <w:rFonts w:cs="Times New Roman"/>
                <w:sz w:val="19"/>
              </w:rPr>
              <w:t>0.3735</w:t>
            </w:r>
          </w:p>
        </w:tc>
      </w:tr>
      <w:tr w:rsidR="00A83192" w:rsidRPr="000B60F7" w14:paraId="3477594E" w14:textId="77777777">
        <w:trPr>
          <w:cantSplit/>
          <w:jc w:val="center"/>
        </w:trPr>
        <w:tc>
          <w:tcPr>
            <w:tcW w:w="5256" w:type="dxa"/>
            <w:shd w:val="clear" w:color="auto" w:fill="F6F8FA"/>
            <w:tcMar>
              <w:top w:w="65" w:type="dxa"/>
              <w:left w:w="75" w:type="dxa"/>
              <w:bottom w:w="65" w:type="dxa"/>
              <w:right w:w="75" w:type="dxa"/>
            </w:tcMar>
            <w:vAlign w:val="center"/>
          </w:tcPr>
          <w:p w14:paraId="6782AEC3" w14:textId="77777777" w:rsidR="00A83192" w:rsidRPr="000B60F7" w:rsidRDefault="00000000">
            <w:pPr>
              <w:spacing w:after="0" w:line="240" w:lineRule="auto"/>
              <w:rPr>
                <w:rFonts w:cs="Times New Roman"/>
              </w:rPr>
            </w:pPr>
            <w:r w:rsidRPr="000B60F7">
              <w:rPr>
                <w:rFonts w:cs="Times New Roman"/>
                <w:sz w:val="19"/>
              </w:rPr>
              <w:t>Quarter 17</w:t>
            </w:r>
          </w:p>
        </w:tc>
        <w:tc>
          <w:tcPr>
            <w:tcW w:w="2160" w:type="dxa"/>
            <w:shd w:val="clear" w:color="auto" w:fill="F6F8FA"/>
            <w:tcMar>
              <w:top w:w="65" w:type="dxa"/>
              <w:left w:w="75" w:type="dxa"/>
              <w:bottom w:w="65" w:type="dxa"/>
              <w:right w:w="75" w:type="dxa"/>
            </w:tcMar>
            <w:vAlign w:val="center"/>
          </w:tcPr>
          <w:p w14:paraId="1B774A2E" w14:textId="77777777" w:rsidR="00A83192" w:rsidRPr="000B60F7" w:rsidRDefault="00000000">
            <w:pPr>
              <w:spacing w:after="0" w:line="240" w:lineRule="auto"/>
              <w:jc w:val="center"/>
              <w:rPr>
                <w:rFonts w:cs="Times New Roman"/>
              </w:rPr>
            </w:pPr>
            <w:r w:rsidRPr="000B60F7">
              <w:rPr>
                <w:rFonts w:cs="Times New Roman"/>
                <w:sz w:val="19"/>
              </w:rPr>
              <w:t>-1.2802</w:t>
            </w:r>
          </w:p>
        </w:tc>
        <w:tc>
          <w:tcPr>
            <w:tcW w:w="1944" w:type="dxa"/>
            <w:shd w:val="clear" w:color="auto" w:fill="F6F8FA"/>
            <w:tcMar>
              <w:top w:w="65" w:type="dxa"/>
              <w:left w:w="75" w:type="dxa"/>
              <w:bottom w:w="65" w:type="dxa"/>
              <w:right w:w="75" w:type="dxa"/>
            </w:tcMar>
            <w:vAlign w:val="center"/>
          </w:tcPr>
          <w:p w14:paraId="4A658A4C" w14:textId="77777777" w:rsidR="00A83192" w:rsidRPr="000B60F7" w:rsidRDefault="00000000">
            <w:pPr>
              <w:spacing w:after="0" w:line="240" w:lineRule="auto"/>
              <w:jc w:val="center"/>
              <w:rPr>
                <w:rFonts w:cs="Times New Roman"/>
              </w:rPr>
            </w:pPr>
            <w:r w:rsidRPr="000B60F7">
              <w:rPr>
                <w:rFonts w:cs="Times New Roman"/>
                <w:sz w:val="19"/>
              </w:rPr>
              <w:t>0.7299</w:t>
            </w:r>
          </w:p>
        </w:tc>
      </w:tr>
      <w:tr w:rsidR="00A83192" w:rsidRPr="000B60F7" w14:paraId="4D8B8454" w14:textId="77777777">
        <w:trPr>
          <w:cantSplit/>
          <w:jc w:val="center"/>
        </w:trPr>
        <w:tc>
          <w:tcPr>
            <w:tcW w:w="5256" w:type="dxa"/>
            <w:shd w:val="clear" w:color="auto" w:fill="FFFFFF"/>
            <w:tcMar>
              <w:top w:w="65" w:type="dxa"/>
              <w:left w:w="75" w:type="dxa"/>
              <w:bottom w:w="65" w:type="dxa"/>
              <w:right w:w="75" w:type="dxa"/>
            </w:tcMar>
            <w:vAlign w:val="center"/>
          </w:tcPr>
          <w:p w14:paraId="61A9DB0D" w14:textId="77777777" w:rsidR="00A83192" w:rsidRPr="000B60F7" w:rsidRDefault="00000000">
            <w:pPr>
              <w:spacing w:after="0" w:line="240" w:lineRule="auto"/>
              <w:rPr>
                <w:rFonts w:cs="Times New Roman"/>
              </w:rPr>
            </w:pPr>
            <w:r w:rsidRPr="000B60F7">
              <w:rPr>
                <w:rFonts w:cs="Times New Roman"/>
                <w:sz w:val="19"/>
              </w:rPr>
              <w:t>Quarter 18</w:t>
            </w:r>
          </w:p>
        </w:tc>
        <w:tc>
          <w:tcPr>
            <w:tcW w:w="2160" w:type="dxa"/>
            <w:shd w:val="clear" w:color="auto" w:fill="FFFFFF"/>
            <w:tcMar>
              <w:top w:w="65" w:type="dxa"/>
              <w:left w:w="75" w:type="dxa"/>
              <w:bottom w:w="65" w:type="dxa"/>
              <w:right w:w="75" w:type="dxa"/>
            </w:tcMar>
            <w:vAlign w:val="center"/>
          </w:tcPr>
          <w:p w14:paraId="4C457A22" w14:textId="77777777" w:rsidR="00A83192" w:rsidRPr="000B60F7" w:rsidRDefault="00000000">
            <w:pPr>
              <w:spacing w:after="0" w:line="240" w:lineRule="auto"/>
              <w:jc w:val="center"/>
              <w:rPr>
                <w:rFonts w:cs="Times New Roman"/>
              </w:rPr>
            </w:pPr>
            <w:r w:rsidRPr="000B60F7">
              <w:rPr>
                <w:rFonts w:cs="Times New Roman"/>
                <w:sz w:val="19"/>
              </w:rPr>
              <w:t>-0.3034</w:t>
            </w:r>
          </w:p>
        </w:tc>
        <w:tc>
          <w:tcPr>
            <w:tcW w:w="1944" w:type="dxa"/>
            <w:shd w:val="clear" w:color="auto" w:fill="FFFFFF"/>
            <w:tcMar>
              <w:top w:w="65" w:type="dxa"/>
              <w:left w:w="75" w:type="dxa"/>
              <w:bottom w:w="65" w:type="dxa"/>
              <w:right w:w="75" w:type="dxa"/>
            </w:tcMar>
            <w:vAlign w:val="center"/>
          </w:tcPr>
          <w:p w14:paraId="206B4039" w14:textId="77777777" w:rsidR="00A83192" w:rsidRPr="000B60F7" w:rsidRDefault="00000000">
            <w:pPr>
              <w:spacing w:after="0" w:line="240" w:lineRule="auto"/>
              <w:jc w:val="center"/>
              <w:rPr>
                <w:rFonts w:cs="Times New Roman"/>
              </w:rPr>
            </w:pPr>
            <w:r w:rsidRPr="000B60F7">
              <w:rPr>
                <w:rFonts w:cs="Times New Roman"/>
                <w:sz w:val="19"/>
              </w:rPr>
              <w:t>0.4796</w:t>
            </w:r>
          </w:p>
        </w:tc>
      </w:tr>
      <w:tr w:rsidR="00A83192" w:rsidRPr="000B60F7" w14:paraId="73E31832" w14:textId="77777777">
        <w:trPr>
          <w:cantSplit/>
          <w:jc w:val="center"/>
        </w:trPr>
        <w:tc>
          <w:tcPr>
            <w:tcW w:w="5256" w:type="dxa"/>
            <w:shd w:val="clear" w:color="auto" w:fill="F6F8FA"/>
            <w:tcMar>
              <w:top w:w="65" w:type="dxa"/>
              <w:left w:w="75" w:type="dxa"/>
              <w:bottom w:w="65" w:type="dxa"/>
              <w:right w:w="75" w:type="dxa"/>
            </w:tcMar>
            <w:vAlign w:val="center"/>
          </w:tcPr>
          <w:p w14:paraId="7C605823" w14:textId="77777777" w:rsidR="00A83192" w:rsidRPr="000B60F7" w:rsidRDefault="00000000">
            <w:pPr>
              <w:spacing w:after="0" w:line="240" w:lineRule="auto"/>
              <w:rPr>
                <w:rFonts w:cs="Times New Roman"/>
              </w:rPr>
            </w:pPr>
            <w:r w:rsidRPr="000B60F7">
              <w:rPr>
                <w:rFonts w:cs="Times New Roman"/>
                <w:sz w:val="19"/>
              </w:rPr>
              <w:t>Quarter 19</w:t>
            </w:r>
          </w:p>
        </w:tc>
        <w:tc>
          <w:tcPr>
            <w:tcW w:w="2160" w:type="dxa"/>
            <w:shd w:val="clear" w:color="auto" w:fill="F6F8FA"/>
            <w:tcMar>
              <w:top w:w="65" w:type="dxa"/>
              <w:left w:w="75" w:type="dxa"/>
              <w:bottom w:w="65" w:type="dxa"/>
              <w:right w:w="75" w:type="dxa"/>
            </w:tcMar>
            <w:vAlign w:val="center"/>
          </w:tcPr>
          <w:p w14:paraId="17223DD0" w14:textId="77777777" w:rsidR="00A83192" w:rsidRPr="000B60F7" w:rsidRDefault="00000000">
            <w:pPr>
              <w:spacing w:after="0" w:line="240" w:lineRule="auto"/>
              <w:jc w:val="center"/>
              <w:rPr>
                <w:rFonts w:cs="Times New Roman"/>
              </w:rPr>
            </w:pPr>
            <w:r w:rsidRPr="000B60F7">
              <w:rPr>
                <w:rFonts w:cs="Times New Roman"/>
                <w:sz w:val="19"/>
              </w:rPr>
              <w:t>-0.7479</w:t>
            </w:r>
          </w:p>
        </w:tc>
        <w:tc>
          <w:tcPr>
            <w:tcW w:w="1944" w:type="dxa"/>
            <w:shd w:val="clear" w:color="auto" w:fill="F6F8FA"/>
            <w:tcMar>
              <w:top w:w="65" w:type="dxa"/>
              <w:left w:w="75" w:type="dxa"/>
              <w:bottom w:w="65" w:type="dxa"/>
              <w:right w:w="75" w:type="dxa"/>
            </w:tcMar>
            <w:vAlign w:val="center"/>
          </w:tcPr>
          <w:p w14:paraId="17AA1B39" w14:textId="77777777" w:rsidR="00A83192" w:rsidRPr="000B60F7" w:rsidRDefault="00000000">
            <w:pPr>
              <w:spacing w:after="0" w:line="240" w:lineRule="auto"/>
              <w:jc w:val="center"/>
              <w:rPr>
                <w:rFonts w:cs="Times New Roman"/>
              </w:rPr>
            </w:pPr>
            <w:r w:rsidRPr="000B60F7">
              <w:rPr>
                <w:rFonts w:cs="Times New Roman"/>
                <w:sz w:val="19"/>
              </w:rPr>
              <w:t>0.6086</w:t>
            </w:r>
          </w:p>
        </w:tc>
      </w:tr>
      <w:tr w:rsidR="00A83192" w:rsidRPr="000B60F7" w14:paraId="79021033" w14:textId="77777777">
        <w:trPr>
          <w:cantSplit/>
          <w:jc w:val="center"/>
        </w:trPr>
        <w:tc>
          <w:tcPr>
            <w:tcW w:w="5256" w:type="dxa"/>
            <w:shd w:val="clear" w:color="auto" w:fill="F6F8FA"/>
            <w:tcMar>
              <w:top w:w="65" w:type="dxa"/>
              <w:left w:w="75" w:type="dxa"/>
              <w:bottom w:w="65" w:type="dxa"/>
              <w:right w:w="75" w:type="dxa"/>
            </w:tcMar>
            <w:vAlign w:val="center"/>
          </w:tcPr>
          <w:p w14:paraId="6A2422BC" w14:textId="77777777" w:rsidR="00A83192" w:rsidRPr="000B60F7" w:rsidRDefault="00000000">
            <w:pPr>
              <w:spacing w:after="0" w:line="240" w:lineRule="auto"/>
              <w:rPr>
                <w:rFonts w:cs="Times New Roman"/>
              </w:rPr>
            </w:pPr>
            <w:r w:rsidRPr="000B60F7">
              <w:rPr>
                <w:rFonts w:cs="Times New Roman"/>
                <w:sz w:val="19"/>
              </w:rPr>
              <w:t>Quarter 20</w:t>
            </w:r>
          </w:p>
        </w:tc>
        <w:tc>
          <w:tcPr>
            <w:tcW w:w="2160" w:type="dxa"/>
            <w:shd w:val="clear" w:color="auto" w:fill="F6F8FA"/>
            <w:tcMar>
              <w:top w:w="65" w:type="dxa"/>
              <w:left w:w="75" w:type="dxa"/>
              <w:bottom w:w="65" w:type="dxa"/>
              <w:right w:w="75" w:type="dxa"/>
            </w:tcMar>
            <w:vAlign w:val="center"/>
          </w:tcPr>
          <w:p w14:paraId="075567C8" w14:textId="77777777" w:rsidR="00A83192" w:rsidRPr="000B60F7" w:rsidRDefault="00000000">
            <w:pPr>
              <w:spacing w:after="0" w:line="240" w:lineRule="auto"/>
              <w:jc w:val="center"/>
              <w:rPr>
                <w:rFonts w:cs="Times New Roman"/>
              </w:rPr>
            </w:pPr>
            <w:r w:rsidRPr="000B60F7">
              <w:rPr>
                <w:rFonts w:cs="Times New Roman"/>
                <w:sz w:val="19"/>
              </w:rPr>
              <w:t>-0.1811</w:t>
            </w:r>
          </w:p>
        </w:tc>
        <w:tc>
          <w:tcPr>
            <w:tcW w:w="1944" w:type="dxa"/>
            <w:shd w:val="clear" w:color="auto" w:fill="F6F8FA"/>
            <w:tcMar>
              <w:top w:w="65" w:type="dxa"/>
              <w:left w:w="75" w:type="dxa"/>
              <w:bottom w:w="65" w:type="dxa"/>
              <w:right w:w="75" w:type="dxa"/>
            </w:tcMar>
            <w:vAlign w:val="center"/>
          </w:tcPr>
          <w:p w14:paraId="727B2331" w14:textId="77777777" w:rsidR="00A83192" w:rsidRPr="000B60F7" w:rsidRDefault="00000000">
            <w:pPr>
              <w:spacing w:after="0" w:line="240" w:lineRule="auto"/>
              <w:jc w:val="center"/>
              <w:rPr>
                <w:rFonts w:cs="Times New Roman"/>
              </w:rPr>
            </w:pPr>
            <w:r w:rsidRPr="000B60F7">
              <w:rPr>
                <w:rFonts w:cs="Times New Roman"/>
                <w:sz w:val="19"/>
              </w:rPr>
              <w:t>0.4780</w:t>
            </w:r>
          </w:p>
        </w:tc>
      </w:tr>
      <w:tr w:rsidR="00A83192" w:rsidRPr="000B60F7" w14:paraId="134C25AA" w14:textId="77777777">
        <w:trPr>
          <w:cantSplit/>
          <w:jc w:val="center"/>
        </w:trPr>
        <w:tc>
          <w:tcPr>
            <w:tcW w:w="5256" w:type="dxa"/>
            <w:shd w:val="clear" w:color="auto" w:fill="F6F8FA"/>
            <w:tcMar>
              <w:top w:w="65" w:type="dxa"/>
              <w:left w:w="75" w:type="dxa"/>
              <w:bottom w:w="65" w:type="dxa"/>
              <w:right w:w="75" w:type="dxa"/>
            </w:tcMar>
            <w:vAlign w:val="center"/>
          </w:tcPr>
          <w:p w14:paraId="5F34690A" w14:textId="77777777" w:rsidR="00A83192" w:rsidRPr="000B60F7" w:rsidRDefault="00000000">
            <w:pPr>
              <w:spacing w:after="0" w:line="240" w:lineRule="auto"/>
              <w:rPr>
                <w:rFonts w:cs="Times New Roman"/>
              </w:rPr>
            </w:pPr>
            <w:r w:rsidRPr="000B60F7">
              <w:rPr>
                <w:rFonts w:cs="Times New Roman"/>
                <w:sz w:val="19"/>
              </w:rPr>
              <w:t>Log focal capital (z)</w:t>
            </w:r>
          </w:p>
        </w:tc>
        <w:tc>
          <w:tcPr>
            <w:tcW w:w="2160" w:type="dxa"/>
            <w:shd w:val="clear" w:color="auto" w:fill="F6F8FA"/>
            <w:tcMar>
              <w:top w:w="65" w:type="dxa"/>
              <w:left w:w="75" w:type="dxa"/>
              <w:bottom w:w="65" w:type="dxa"/>
              <w:right w:w="75" w:type="dxa"/>
            </w:tcMar>
            <w:vAlign w:val="center"/>
          </w:tcPr>
          <w:p w14:paraId="78AE8FDA" w14:textId="77777777" w:rsidR="00A83192" w:rsidRPr="000B60F7" w:rsidRDefault="00000000">
            <w:pPr>
              <w:spacing w:after="0" w:line="240" w:lineRule="auto"/>
              <w:jc w:val="center"/>
              <w:rPr>
                <w:rFonts w:cs="Times New Roman"/>
              </w:rPr>
            </w:pPr>
            <w:r w:rsidRPr="000B60F7">
              <w:rPr>
                <w:rFonts w:cs="Times New Roman"/>
                <w:sz w:val="19"/>
              </w:rPr>
              <w:t>0.3432</w:t>
            </w:r>
          </w:p>
        </w:tc>
        <w:tc>
          <w:tcPr>
            <w:tcW w:w="1944" w:type="dxa"/>
            <w:shd w:val="clear" w:color="auto" w:fill="F6F8FA"/>
            <w:tcMar>
              <w:top w:w="65" w:type="dxa"/>
              <w:left w:w="75" w:type="dxa"/>
              <w:bottom w:w="65" w:type="dxa"/>
              <w:right w:w="75" w:type="dxa"/>
            </w:tcMar>
            <w:vAlign w:val="center"/>
          </w:tcPr>
          <w:p w14:paraId="5BD19BA0" w14:textId="77777777" w:rsidR="00A83192" w:rsidRPr="000B60F7" w:rsidRDefault="00000000">
            <w:pPr>
              <w:spacing w:after="0" w:line="240" w:lineRule="auto"/>
              <w:jc w:val="center"/>
              <w:rPr>
                <w:rFonts w:cs="Times New Roman"/>
              </w:rPr>
            </w:pPr>
            <w:r w:rsidRPr="000B60F7">
              <w:rPr>
                <w:rFonts w:cs="Times New Roman"/>
                <w:sz w:val="19"/>
              </w:rPr>
              <w:t>0.0989</w:t>
            </w:r>
          </w:p>
        </w:tc>
      </w:tr>
      <w:tr w:rsidR="00A83192" w:rsidRPr="000B60F7" w14:paraId="748F6480" w14:textId="77777777">
        <w:trPr>
          <w:cantSplit/>
          <w:jc w:val="center"/>
        </w:trPr>
        <w:tc>
          <w:tcPr>
            <w:tcW w:w="5256" w:type="dxa"/>
            <w:shd w:val="clear" w:color="auto" w:fill="FFFFFF"/>
            <w:tcMar>
              <w:top w:w="65" w:type="dxa"/>
              <w:left w:w="75" w:type="dxa"/>
              <w:bottom w:w="65" w:type="dxa"/>
              <w:right w:w="75" w:type="dxa"/>
            </w:tcMar>
            <w:vAlign w:val="center"/>
          </w:tcPr>
          <w:p w14:paraId="6B4DAABF" w14:textId="77777777" w:rsidR="00A83192" w:rsidRPr="000B60F7" w:rsidRDefault="00000000">
            <w:pPr>
              <w:spacing w:after="0" w:line="240" w:lineRule="auto"/>
              <w:rPr>
                <w:rFonts w:cs="Times New Roman"/>
              </w:rPr>
            </w:pPr>
            <w:r w:rsidRPr="000B60F7">
              <w:rPr>
                <w:rFonts w:cs="Times New Roman"/>
                <w:sz w:val="19"/>
              </w:rPr>
              <w:t>Focal amount missing</w:t>
            </w:r>
          </w:p>
        </w:tc>
        <w:tc>
          <w:tcPr>
            <w:tcW w:w="2160" w:type="dxa"/>
            <w:shd w:val="clear" w:color="auto" w:fill="FFFFFF"/>
            <w:tcMar>
              <w:top w:w="65" w:type="dxa"/>
              <w:left w:w="75" w:type="dxa"/>
              <w:bottom w:w="65" w:type="dxa"/>
              <w:right w:w="75" w:type="dxa"/>
            </w:tcMar>
            <w:vAlign w:val="center"/>
          </w:tcPr>
          <w:p w14:paraId="1D9C3FE0" w14:textId="77777777" w:rsidR="00A83192" w:rsidRPr="000B60F7" w:rsidRDefault="00000000">
            <w:pPr>
              <w:spacing w:after="0" w:line="240" w:lineRule="auto"/>
              <w:jc w:val="center"/>
              <w:rPr>
                <w:rFonts w:cs="Times New Roman"/>
              </w:rPr>
            </w:pPr>
            <w:r w:rsidRPr="000B60F7">
              <w:rPr>
                <w:rFonts w:cs="Times New Roman"/>
                <w:sz w:val="19"/>
              </w:rPr>
              <w:t>-0.3179</w:t>
            </w:r>
          </w:p>
        </w:tc>
        <w:tc>
          <w:tcPr>
            <w:tcW w:w="1944" w:type="dxa"/>
            <w:shd w:val="clear" w:color="auto" w:fill="FFFFFF"/>
            <w:tcMar>
              <w:top w:w="65" w:type="dxa"/>
              <w:left w:w="75" w:type="dxa"/>
              <w:bottom w:w="65" w:type="dxa"/>
              <w:right w:w="75" w:type="dxa"/>
            </w:tcMar>
            <w:vAlign w:val="center"/>
          </w:tcPr>
          <w:p w14:paraId="0E4B29CD" w14:textId="77777777" w:rsidR="00A83192" w:rsidRPr="000B60F7" w:rsidRDefault="00000000">
            <w:pPr>
              <w:spacing w:after="0" w:line="240" w:lineRule="auto"/>
              <w:jc w:val="center"/>
              <w:rPr>
                <w:rFonts w:cs="Times New Roman"/>
              </w:rPr>
            </w:pPr>
            <w:r w:rsidRPr="000B60F7">
              <w:rPr>
                <w:rFonts w:cs="Times New Roman"/>
                <w:sz w:val="19"/>
              </w:rPr>
              <w:t>0.1462</w:t>
            </w:r>
          </w:p>
        </w:tc>
      </w:tr>
    </w:tbl>
    <w:p w14:paraId="3C0F8A32" w14:textId="77777777" w:rsidR="00A83192" w:rsidRPr="000B60F7" w:rsidRDefault="00000000">
      <w:pPr>
        <w:pStyle w:val="TableNotes"/>
        <w:spacing w:after="140" w:line="264" w:lineRule="auto"/>
        <w:rPr>
          <w:rFonts w:cs="Times New Roman"/>
        </w:rPr>
      </w:pPr>
      <w:r w:rsidRPr="000B60F7">
        <w:rPr>
          <w:rFonts w:cs="Times New Roman"/>
          <w:sz w:val="18"/>
        </w:rPr>
        <w:t>Notes: All coefficients from the primary model, including baseline and control terms. Continuous terms marked z are standardized as described in the methods. The reference categories are entry year 2011, Biopharma, Asia-Pacific, Seed/pre-seed and quarter 1. History estimates are interpreted through the interval coefficients and direct contrasts in Table 2, not as a separate testing family.</w:t>
      </w:r>
    </w:p>
    <w:p w14:paraId="3B357835" w14:textId="77777777" w:rsidR="00A83192" w:rsidRPr="000B60F7" w:rsidRDefault="00000000">
      <w:pPr>
        <w:pStyle w:val="1"/>
        <w:rPr>
          <w:rFonts w:ascii="Times New Roman" w:hAnsi="Times New Roman" w:cs="Times New Roman"/>
        </w:rPr>
      </w:pPr>
      <w:r w:rsidRPr="000B60F7">
        <w:rPr>
          <w:rFonts w:ascii="Times New Roman" w:hAnsi="Times New Roman" w:cs="Times New Roman"/>
        </w:rPr>
        <w:br w:type="page"/>
      </w:r>
      <w:r w:rsidRPr="000B60F7">
        <w:rPr>
          <w:rFonts w:ascii="Times New Roman" w:hAnsi="Times New Roman" w:cs="Times New Roman"/>
        </w:rPr>
        <w:lastRenderedPageBreak/>
        <w:t>Frailty and susceptibility assumptions</w:t>
      </w:r>
    </w:p>
    <w:p w14:paraId="0D514D24" w14:textId="77777777" w:rsidR="00A83192" w:rsidRPr="000B60F7" w:rsidRDefault="00000000">
      <w:pPr>
        <w:rPr>
          <w:rFonts w:cs="Times New Roman"/>
        </w:rPr>
      </w:pPr>
      <w:r w:rsidRPr="000B60F7">
        <w:rPr>
          <w:rFonts w:cs="Times New Roman"/>
        </w:rPr>
        <w:t>The gamma models assign frailty with mean one and variance θ to ventures or carrier-investor clusters. They retain the quarterly baseline and interval-specific history coefficients. Their interpretation depends on the gamma distribution and the assumed independence of frailty and observed covariates. The free variance reaches the numerical zero boundary in the venture, carrier-shared and proportional-history specifications. Imposed variances reduce the fitted log-likelihood. These findings do not establish that unobserved heterogeneity is absent or exclude crossing hazards under other mixing distributions.</w:t>
      </w:r>
    </w:p>
    <w:p w14:paraId="0309274A" w14:textId="77777777" w:rsidR="00A83192" w:rsidRPr="000B60F7" w:rsidRDefault="00000000">
      <w:pPr>
        <w:rPr>
          <w:rFonts w:cs="Times New Roman"/>
        </w:rPr>
      </w:pPr>
      <w:r w:rsidRPr="000B60F7">
        <w:rPr>
          <w:rFonts w:cs="Times New Roman"/>
        </w:rPr>
        <w:t>The mixture model adds a logistic susceptibility equation with both histories, focal capital and its missingness indicator. The unconstrained equation has diverging coefficients and a nearly singular Hessian, so its fitted mean susceptibility of 99.3% is not treated as an identified population share. Sensitivity analyses fix susceptibility at the covariate origin to 90%, 80% and 70%, with the other susceptibility coefficients free. The corresponding sample-average probabilities are 90.5%, 82.3% and 73.4%. All variants use carrier-clustered inference with the primary finite-sample convention. Hessians are computed from central finite differences of analytic gradients.</w:t>
      </w:r>
    </w:p>
    <w:p w14:paraId="1134E0C2" w14:textId="77777777" w:rsidR="00A83192" w:rsidRPr="000B60F7" w:rsidRDefault="00000000">
      <w:pPr>
        <w:pStyle w:val="21"/>
        <w:rPr>
          <w:rFonts w:ascii="Times New Roman" w:hAnsi="Times New Roman" w:cs="Times New Roman"/>
        </w:rPr>
      </w:pPr>
      <w:r w:rsidRPr="000B60F7">
        <w:rPr>
          <w:rFonts w:ascii="Times New Roman" w:hAnsi="Times New Roman" w:cs="Times New Roman"/>
        </w:rPr>
        <w:t>Detailed frailty and mixture-model results</w:t>
      </w:r>
    </w:p>
    <w:p w14:paraId="349F1FA9" w14:textId="77777777" w:rsidR="00A83192" w:rsidRPr="000B60F7" w:rsidRDefault="00000000">
      <w:pPr>
        <w:rPr>
          <w:rFonts w:cs="Times New Roman"/>
        </w:rPr>
      </w:pPr>
      <w:r w:rsidRPr="000B60F7">
        <w:rPr>
          <w:rFonts w:cs="Times New Roman"/>
        </w:rPr>
        <w:t>The freely estimated venture-level gamma variance reaches the numerical zero boundary (Table S8). The log-likelihood is −1618.75, equal to that of the primary model to the reported precision, and the interval estimates are unchanged to three decimals. Carrier-shared gamma frailty and the proportional-history gamma model also reach this boundary. The log-likelihood falls to −1621.67, −1624.46, −1629.56, −1637.72 and −1648.53 when variance is fixed at 0.25, 0.5, 1, 2 and 4. These results describe the fitted gamma specifications; a boundary estimate does not establish the absence of unobserved heterogeneity.</w:t>
      </w:r>
    </w:p>
    <w:p w14:paraId="578E752D" w14:textId="77777777" w:rsidR="00A83192" w:rsidRPr="000B60F7" w:rsidRDefault="00000000">
      <w:pPr>
        <w:rPr>
          <w:rFonts w:cs="Times New Roman"/>
        </w:rPr>
      </w:pPr>
      <w:r w:rsidRPr="000B60F7">
        <w:rPr>
          <w:rFonts w:cs="Times New Roman"/>
        </w:rPr>
        <w:t>As imposed gamma variance increases, the later conditional category coefficients become larger and less precise. At θ = 1, the category hazard ratios are 0.756, 0.959, 1.694 ([1.214, 2.362], q = .0039) and 2.484 ([1.468, 4.202], q = .0029). At θ = 4, the later estimates are 1.900 (q = .0286) and 3.963 (q = .0028). Both later category slopes pass 5% FDR throughout the gamma profiles. The direct category/outside contrasts are less stable. At θ = 1, the q-values for months 25–36 and 37–60 are .0574 and .0367; at θ = 2 they are .1365 and .0613. Neither later contrast passes 10% FDR at θ = 4. Supplementary Table S8 reports the full profiles.</w:t>
      </w:r>
    </w:p>
    <w:p w14:paraId="0F3236F0" w14:textId="77777777" w:rsidR="00A83192" w:rsidRPr="000B60F7" w:rsidRDefault="00000000">
      <w:pPr>
        <w:rPr>
          <w:rFonts w:cs="Times New Roman"/>
        </w:rPr>
      </w:pPr>
      <w:r w:rsidRPr="000B60F7">
        <w:rPr>
          <w:rFonts w:cs="Times New Roman"/>
        </w:rPr>
        <w:t>The mixture model provides a different sensitivity analysis. Fixing susceptibility at the covariate origin to 90% gives a fitted sample mean of 90.5%. Category history has a susceptibility log-odds coefficient of 1.076 (p = .0010), and outside history has a coefficient of −0.760 (p = .0315). Among susceptible ventures, the later category hazard ratios are 1.498 ([1.172, 1.916], q = .0026) and 1.977 ([1.398, 2.796], q = .0005). The first-year and two later direct contrasts pass 5% FDR. At origin values of 80% and 70%, the fitted sample means are 82.3% and 73.4%. The later category slopes remain positive, although the year-three estimate at 70% has q = .0575, and the later direct contrasts no longer pass 10% FDR.</w:t>
      </w:r>
    </w:p>
    <w:p w14:paraId="147244C5" w14:textId="77777777" w:rsidR="00A83192" w:rsidRPr="000B60F7" w:rsidRDefault="00000000">
      <w:pPr>
        <w:rPr>
          <w:rFonts w:cs="Times New Roman"/>
        </w:rPr>
      </w:pPr>
      <w:r w:rsidRPr="000B60F7">
        <w:rPr>
          <w:rFonts w:cs="Times New Roman"/>
        </w:rPr>
        <w:t>The unconstrained susceptibility equation has diverging coefficients and an effectively singular Hessian. Its fitted mean of 99.3% is therefore not an identified estimate of how many ventures will ever attract entry. The fixed-intercept log-likelihoods are −1624.83, −1637.78 and −1654.42 at the three origin values. These scenarios show how the reported associations change under specified susceptibility assumptions; they do not estimate or rule out a never-entry population.</w:t>
      </w:r>
    </w:p>
    <w:p w14:paraId="7EC4FA27" w14:textId="77777777" w:rsidR="00A83192" w:rsidRPr="000B60F7" w:rsidRDefault="00000000">
      <w:pPr>
        <w:pStyle w:val="21"/>
        <w:rPr>
          <w:rFonts w:ascii="Times New Roman" w:hAnsi="Times New Roman" w:cs="Times New Roman"/>
        </w:rPr>
      </w:pPr>
      <w:r w:rsidRPr="000B60F7">
        <w:rPr>
          <w:rFonts w:ascii="Times New Roman" w:hAnsi="Times New Roman" w:cs="Times New Roman"/>
        </w:rPr>
        <w:t>Gamma model and inference conventions</w:t>
      </w:r>
    </w:p>
    <w:p w14:paraId="65BD9A09" w14:textId="77777777" w:rsidR="00A83192" w:rsidRPr="000B60F7" w:rsidRDefault="00000000">
      <w:pPr>
        <w:rPr>
          <w:rFonts w:cs="Times New Roman"/>
        </w:rPr>
      </w:pPr>
      <w:r w:rsidRPr="000B60F7">
        <w:rPr>
          <w:rFonts w:cs="Times New Roman"/>
        </w:rPr>
        <w:t>Under a proportional-hazards model with a common gamma frailty distribution independent of the covariates, unobserved heterogeneity attenuates a constant conditional hazard ratio toward one without making it cross one (Lancaster, 1979; Vaupel &amp; Yashin, 1985). If the conditional ratio is r, the frailty variance is θ and the reference profile has cumulative hazard Λ, the marginal ratio is r(1 + θΛ)/(1 + θrΛ). This restriction applies to that gamma model, not to unobserved heterogeneity in general. Other mixing distributions can produce crossing marginal hazards even without a group that never experiences the event.</w:t>
      </w:r>
    </w:p>
    <w:p w14:paraId="35CB2C74" w14:textId="77777777" w:rsidR="00A83192" w:rsidRPr="000B60F7" w:rsidRDefault="00000000">
      <w:pPr>
        <w:rPr>
          <w:rFonts w:cs="Times New Roman"/>
        </w:rPr>
      </w:pPr>
      <w:r w:rsidRPr="000B60F7">
        <w:rPr>
          <w:rFonts w:cs="Times New Roman"/>
        </w:rPr>
        <w:t xml:space="preserve">Gamma frailty is estimated for individual ventures and, separately, as shared frailty within carrier-investor clusters. Both specifications retain the primary quarterly baseline, interval-specific history slopes and controls. These </w:t>
      </w:r>
      <w:r w:rsidRPr="000B60F7">
        <w:rPr>
          <w:rFonts w:cs="Times New Roman"/>
        </w:rPr>
        <w:lastRenderedPageBreak/>
        <w:t>extensions rely on assumptions about the mixing distribution and its relationship to observed covariates (Elbers &amp; Ridder, 1982). The variance is estimated freely and then fixed at 0.25, 0.5, 1, 2 and 4 to assess sensitivity when a boundary estimate may reflect weak identification. A proportional-history specification with free variance is also fitted.</w:t>
      </w:r>
    </w:p>
    <w:p w14:paraId="4E75282B" w14:textId="77777777" w:rsidR="00A83192" w:rsidRPr="000B60F7" w:rsidRDefault="00000000">
      <w:pPr>
        <w:rPr>
          <w:rFonts w:cs="Times New Roman"/>
        </w:rPr>
      </w:pPr>
      <w:r w:rsidRPr="000B60F7">
        <w:rPr>
          <w:rFonts w:cs="Times New Roman"/>
        </w:rPr>
        <w:t>A mixture model allows some ventures never to attract a new investor. A logistic equation relates susceptibility to both histories, focal capital and its missingness indicator; the primary duration model describes entry among susceptible ventures. Because follow-up ends at five years, the susceptibility equation is weakly identified. Susceptibility at the covariate origin is therefore fixed at 90%, 80% and 70%, while its history and capital coefficients are allowed to vary. These are assumptions about a reference covariate profile, not fixed susceptible shares for the whole sample. Inference clusters by carrier investor using the primary finite-sample convention.</w:t>
      </w:r>
    </w:p>
    <w:p w14:paraId="7F92E524" w14:textId="77777777" w:rsidR="00A83192" w:rsidRPr="000B60F7" w:rsidRDefault="00000000">
      <w:pPr>
        <w:rPr>
          <w:rFonts w:cs="Times New Roman"/>
        </w:rPr>
      </w:pPr>
      <w:r w:rsidRPr="000B60F7">
        <w:rPr>
          <w:rFonts w:cs="Times New Roman"/>
        </w:rPr>
        <w:t>For the primary model, the sandwich covariance receives the finite-sample multiplier G/(G−1) × (N−1)/(N−K), where G = 527 carrier clusters, N = 8,258 interval records and K = 63 fitted coefficients. Tests use t/F reference degrees of freedom G−1. Standardized-probability intervals use the same covariance. Fixed-window regressions use one-standard-deviation contrasts in their respective complete-follow-up cohorts, so their estimates need not equal interquartile contrasts from the common-cohort duration predictions.</w:t>
      </w:r>
    </w:p>
    <w:p w14:paraId="416D8905" w14:textId="77777777" w:rsidR="00A83192" w:rsidRPr="000B60F7" w:rsidRDefault="00000000">
      <w:pPr>
        <w:pStyle w:val="1"/>
        <w:rPr>
          <w:rFonts w:ascii="Times New Roman" w:hAnsi="Times New Roman" w:cs="Times New Roman"/>
        </w:rPr>
      </w:pPr>
      <w:r w:rsidRPr="000B60F7">
        <w:rPr>
          <w:rFonts w:ascii="Times New Roman" w:hAnsi="Times New Roman" w:cs="Times New Roman"/>
        </w:rPr>
        <w:t>Table S8. History coefficients under frailty and mixture assumptions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520"/>
        <w:gridCol w:w="1512"/>
        <w:gridCol w:w="864"/>
        <w:gridCol w:w="2664"/>
        <w:gridCol w:w="864"/>
        <w:gridCol w:w="936"/>
      </w:tblGrid>
      <w:tr w:rsidR="00A83192" w:rsidRPr="000B60F7" w14:paraId="45A0AA3B" w14:textId="77777777">
        <w:trPr>
          <w:cantSplit/>
          <w:tblHeader/>
          <w:jc w:val="center"/>
        </w:trPr>
        <w:tc>
          <w:tcPr>
            <w:tcW w:w="2520" w:type="dxa"/>
            <w:shd w:val="clear" w:color="auto" w:fill="EDEDED"/>
            <w:tcMar>
              <w:top w:w="65" w:type="dxa"/>
              <w:left w:w="75" w:type="dxa"/>
              <w:bottom w:w="65" w:type="dxa"/>
              <w:right w:w="75" w:type="dxa"/>
            </w:tcMar>
            <w:vAlign w:val="center"/>
          </w:tcPr>
          <w:p w14:paraId="222E50DF" w14:textId="77777777" w:rsidR="00A83192" w:rsidRPr="000B60F7" w:rsidRDefault="00000000">
            <w:pPr>
              <w:spacing w:after="0" w:line="240" w:lineRule="auto"/>
              <w:rPr>
                <w:rFonts w:cs="Times New Roman"/>
              </w:rPr>
            </w:pPr>
            <w:r w:rsidRPr="000B60F7">
              <w:rPr>
                <w:rFonts w:cs="Times New Roman"/>
                <w:b/>
                <w:sz w:val="18"/>
              </w:rPr>
              <w:t>Specification</w:t>
            </w:r>
          </w:p>
        </w:tc>
        <w:tc>
          <w:tcPr>
            <w:tcW w:w="1512" w:type="dxa"/>
            <w:shd w:val="clear" w:color="auto" w:fill="EDEDED"/>
            <w:tcMar>
              <w:top w:w="65" w:type="dxa"/>
              <w:left w:w="75" w:type="dxa"/>
              <w:bottom w:w="65" w:type="dxa"/>
              <w:right w:w="75" w:type="dxa"/>
            </w:tcMar>
            <w:vAlign w:val="center"/>
          </w:tcPr>
          <w:p w14:paraId="65E13C7F" w14:textId="77777777" w:rsidR="00A83192" w:rsidRPr="000B60F7" w:rsidRDefault="00000000">
            <w:pPr>
              <w:spacing w:after="0" w:line="240" w:lineRule="auto"/>
              <w:jc w:val="center"/>
              <w:rPr>
                <w:rFonts w:cs="Times New Roman"/>
              </w:rPr>
            </w:pPr>
            <w:r w:rsidRPr="000B60F7">
              <w:rPr>
                <w:rFonts w:cs="Times New Roman"/>
                <w:b/>
                <w:sz w:val="18"/>
              </w:rPr>
              <w:t>History</w:t>
            </w:r>
          </w:p>
        </w:tc>
        <w:tc>
          <w:tcPr>
            <w:tcW w:w="864" w:type="dxa"/>
            <w:shd w:val="clear" w:color="auto" w:fill="EDEDED"/>
            <w:tcMar>
              <w:top w:w="65" w:type="dxa"/>
              <w:left w:w="75" w:type="dxa"/>
              <w:bottom w:w="65" w:type="dxa"/>
              <w:right w:w="75" w:type="dxa"/>
            </w:tcMar>
            <w:vAlign w:val="center"/>
          </w:tcPr>
          <w:p w14:paraId="0CDACAE7" w14:textId="77777777" w:rsidR="00A83192" w:rsidRPr="000B60F7" w:rsidRDefault="00000000">
            <w:pPr>
              <w:spacing w:after="0" w:line="240" w:lineRule="auto"/>
              <w:jc w:val="center"/>
              <w:rPr>
                <w:rFonts w:cs="Times New Roman"/>
              </w:rPr>
            </w:pPr>
            <w:r w:rsidRPr="000B60F7">
              <w:rPr>
                <w:rFonts w:cs="Times New Roman"/>
                <w:b/>
                <w:sz w:val="18"/>
              </w:rPr>
              <w:t>Months</w:t>
            </w:r>
          </w:p>
        </w:tc>
        <w:tc>
          <w:tcPr>
            <w:tcW w:w="2664" w:type="dxa"/>
            <w:shd w:val="clear" w:color="auto" w:fill="EDEDED"/>
            <w:tcMar>
              <w:top w:w="65" w:type="dxa"/>
              <w:left w:w="75" w:type="dxa"/>
              <w:bottom w:w="65" w:type="dxa"/>
              <w:right w:w="75" w:type="dxa"/>
            </w:tcMar>
            <w:vAlign w:val="center"/>
          </w:tcPr>
          <w:p w14:paraId="40A6AF93" w14:textId="77777777" w:rsidR="00A83192" w:rsidRPr="000B60F7" w:rsidRDefault="00000000">
            <w:pPr>
              <w:spacing w:after="0" w:line="240" w:lineRule="auto"/>
              <w:jc w:val="center"/>
              <w:rPr>
                <w:rFonts w:cs="Times New Roman"/>
              </w:rPr>
            </w:pPr>
            <w:r w:rsidRPr="000B60F7">
              <w:rPr>
                <w:rFonts w:cs="Times New Roman"/>
                <w:b/>
                <w:sz w:val="18"/>
              </w:rPr>
              <w:t>HR [95% CI]</w:t>
            </w:r>
          </w:p>
        </w:tc>
        <w:tc>
          <w:tcPr>
            <w:tcW w:w="864" w:type="dxa"/>
            <w:shd w:val="clear" w:color="auto" w:fill="EDEDED"/>
            <w:tcMar>
              <w:top w:w="65" w:type="dxa"/>
              <w:left w:w="75" w:type="dxa"/>
              <w:bottom w:w="65" w:type="dxa"/>
              <w:right w:w="75" w:type="dxa"/>
            </w:tcMar>
            <w:vAlign w:val="center"/>
          </w:tcPr>
          <w:p w14:paraId="55AA61F5" w14:textId="77777777" w:rsidR="00A83192" w:rsidRPr="000B60F7" w:rsidRDefault="00000000">
            <w:pPr>
              <w:spacing w:after="0" w:line="240" w:lineRule="auto"/>
              <w:jc w:val="center"/>
              <w:rPr>
                <w:rFonts w:cs="Times New Roman"/>
              </w:rPr>
            </w:pPr>
            <w:r w:rsidRPr="000B60F7">
              <w:rPr>
                <w:rFonts w:cs="Times New Roman"/>
                <w:b/>
                <w:sz w:val="18"/>
              </w:rPr>
              <w:t>p</w:t>
            </w:r>
          </w:p>
        </w:tc>
        <w:tc>
          <w:tcPr>
            <w:tcW w:w="936" w:type="dxa"/>
            <w:shd w:val="clear" w:color="auto" w:fill="EDEDED"/>
            <w:tcMar>
              <w:top w:w="65" w:type="dxa"/>
              <w:left w:w="75" w:type="dxa"/>
              <w:bottom w:w="65" w:type="dxa"/>
              <w:right w:w="75" w:type="dxa"/>
            </w:tcMar>
            <w:vAlign w:val="center"/>
          </w:tcPr>
          <w:p w14:paraId="047CDFC1" w14:textId="77777777" w:rsidR="00A83192" w:rsidRPr="000B60F7" w:rsidRDefault="00000000">
            <w:pPr>
              <w:spacing w:after="0" w:line="240" w:lineRule="auto"/>
              <w:jc w:val="center"/>
              <w:rPr>
                <w:rFonts w:cs="Times New Roman"/>
              </w:rPr>
            </w:pPr>
            <w:r w:rsidRPr="000B60F7">
              <w:rPr>
                <w:rFonts w:cs="Times New Roman"/>
                <w:b/>
                <w:sz w:val="18"/>
              </w:rPr>
              <w:t>q(4)</w:t>
            </w:r>
          </w:p>
        </w:tc>
      </w:tr>
      <w:tr w:rsidR="00A83192" w:rsidRPr="000B60F7" w14:paraId="05090307" w14:textId="77777777">
        <w:trPr>
          <w:cantSplit/>
          <w:jc w:val="center"/>
        </w:trPr>
        <w:tc>
          <w:tcPr>
            <w:tcW w:w="2520" w:type="dxa"/>
            <w:shd w:val="clear" w:color="auto" w:fill="FFFFFF"/>
            <w:tcMar>
              <w:top w:w="65" w:type="dxa"/>
              <w:left w:w="75" w:type="dxa"/>
              <w:bottom w:w="65" w:type="dxa"/>
              <w:right w:w="75" w:type="dxa"/>
            </w:tcMar>
            <w:vAlign w:val="center"/>
          </w:tcPr>
          <w:p w14:paraId="3FAF7F56" w14:textId="77777777" w:rsidR="00A83192" w:rsidRPr="000B60F7" w:rsidRDefault="00000000">
            <w:pPr>
              <w:spacing w:after="0" w:line="240" w:lineRule="auto"/>
              <w:rPr>
                <w:rFonts w:cs="Times New Roman"/>
              </w:rPr>
            </w:pPr>
            <w:r w:rsidRPr="000B60F7">
              <w:rPr>
                <w:rFonts w:cs="Times New Roman"/>
                <w:sz w:val="18"/>
              </w:rPr>
              <w:t>Gamma, venture, θ free</w:t>
            </w:r>
          </w:p>
        </w:tc>
        <w:tc>
          <w:tcPr>
            <w:tcW w:w="1512" w:type="dxa"/>
            <w:shd w:val="clear" w:color="auto" w:fill="FFFFFF"/>
            <w:tcMar>
              <w:top w:w="65" w:type="dxa"/>
              <w:left w:w="75" w:type="dxa"/>
              <w:bottom w:w="65" w:type="dxa"/>
              <w:right w:w="75" w:type="dxa"/>
            </w:tcMar>
            <w:vAlign w:val="center"/>
          </w:tcPr>
          <w:p w14:paraId="4AB4E148"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FFFFF"/>
            <w:tcMar>
              <w:top w:w="65" w:type="dxa"/>
              <w:left w:w="75" w:type="dxa"/>
              <w:bottom w:w="65" w:type="dxa"/>
              <w:right w:w="75" w:type="dxa"/>
            </w:tcMar>
            <w:vAlign w:val="center"/>
          </w:tcPr>
          <w:p w14:paraId="1833553C" w14:textId="77777777" w:rsidR="00A83192" w:rsidRPr="000B60F7" w:rsidRDefault="00000000">
            <w:pPr>
              <w:spacing w:after="0" w:line="240" w:lineRule="auto"/>
              <w:jc w:val="center"/>
              <w:rPr>
                <w:rFonts w:cs="Times New Roman"/>
              </w:rPr>
            </w:pPr>
            <w:r w:rsidRPr="000B60F7">
              <w:rPr>
                <w:rFonts w:cs="Times New Roman"/>
                <w:sz w:val="18"/>
              </w:rPr>
              <w:t>1–12</w:t>
            </w:r>
          </w:p>
        </w:tc>
        <w:tc>
          <w:tcPr>
            <w:tcW w:w="2664" w:type="dxa"/>
            <w:shd w:val="clear" w:color="auto" w:fill="FFFFFF"/>
            <w:tcMar>
              <w:top w:w="65" w:type="dxa"/>
              <w:left w:w="75" w:type="dxa"/>
              <w:bottom w:w="65" w:type="dxa"/>
              <w:right w:w="75" w:type="dxa"/>
            </w:tcMar>
            <w:vAlign w:val="center"/>
          </w:tcPr>
          <w:p w14:paraId="04599C9E" w14:textId="77777777" w:rsidR="00A83192" w:rsidRPr="000B60F7" w:rsidRDefault="00000000">
            <w:pPr>
              <w:spacing w:after="0" w:line="240" w:lineRule="auto"/>
              <w:jc w:val="center"/>
              <w:rPr>
                <w:rFonts w:cs="Times New Roman"/>
              </w:rPr>
            </w:pPr>
            <w:r w:rsidRPr="000B60F7">
              <w:rPr>
                <w:rFonts w:cs="Times New Roman"/>
                <w:sz w:val="18"/>
              </w:rPr>
              <w:t>0.815 [0.635, 1.046]</w:t>
            </w:r>
          </w:p>
        </w:tc>
        <w:tc>
          <w:tcPr>
            <w:tcW w:w="864" w:type="dxa"/>
            <w:shd w:val="clear" w:color="auto" w:fill="FFFFFF"/>
            <w:tcMar>
              <w:top w:w="65" w:type="dxa"/>
              <w:left w:w="75" w:type="dxa"/>
              <w:bottom w:w="65" w:type="dxa"/>
              <w:right w:w="75" w:type="dxa"/>
            </w:tcMar>
            <w:vAlign w:val="center"/>
          </w:tcPr>
          <w:p w14:paraId="7CDA0740" w14:textId="77777777" w:rsidR="00A83192" w:rsidRPr="000B60F7" w:rsidRDefault="00000000">
            <w:pPr>
              <w:spacing w:after="0" w:line="240" w:lineRule="auto"/>
              <w:jc w:val="center"/>
              <w:rPr>
                <w:rFonts w:cs="Times New Roman"/>
              </w:rPr>
            </w:pPr>
            <w:r w:rsidRPr="000B60F7">
              <w:rPr>
                <w:rFonts w:cs="Times New Roman"/>
                <w:sz w:val="18"/>
              </w:rPr>
              <w:t>0.1079</w:t>
            </w:r>
          </w:p>
        </w:tc>
        <w:tc>
          <w:tcPr>
            <w:tcW w:w="936" w:type="dxa"/>
            <w:shd w:val="clear" w:color="auto" w:fill="FFFFFF"/>
            <w:tcMar>
              <w:top w:w="65" w:type="dxa"/>
              <w:left w:w="75" w:type="dxa"/>
              <w:bottom w:w="65" w:type="dxa"/>
              <w:right w:w="75" w:type="dxa"/>
            </w:tcMar>
            <w:vAlign w:val="center"/>
          </w:tcPr>
          <w:p w14:paraId="535528BF" w14:textId="77777777" w:rsidR="00A83192" w:rsidRPr="000B60F7" w:rsidRDefault="00000000">
            <w:pPr>
              <w:spacing w:after="0" w:line="240" w:lineRule="auto"/>
              <w:jc w:val="center"/>
              <w:rPr>
                <w:rFonts w:cs="Times New Roman"/>
              </w:rPr>
            </w:pPr>
            <w:r w:rsidRPr="000B60F7">
              <w:rPr>
                <w:rFonts w:cs="Times New Roman"/>
                <w:sz w:val="18"/>
              </w:rPr>
              <w:t>0.1438</w:t>
            </w:r>
          </w:p>
        </w:tc>
      </w:tr>
      <w:tr w:rsidR="00A83192" w:rsidRPr="000B60F7" w14:paraId="7EF8DB9D" w14:textId="77777777">
        <w:trPr>
          <w:cantSplit/>
          <w:jc w:val="center"/>
        </w:trPr>
        <w:tc>
          <w:tcPr>
            <w:tcW w:w="2520" w:type="dxa"/>
            <w:shd w:val="clear" w:color="auto" w:fill="F6F8FA"/>
            <w:tcMar>
              <w:top w:w="65" w:type="dxa"/>
              <w:left w:w="75" w:type="dxa"/>
              <w:bottom w:w="65" w:type="dxa"/>
              <w:right w:w="75" w:type="dxa"/>
            </w:tcMar>
            <w:vAlign w:val="center"/>
          </w:tcPr>
          <w:p w14:paraId="45C5DCA3" w14:textId="77777777" w:rsidR="00A83192" w:rsidRPr="000B60F7" w:rsidRDefault="00000000">
            <w:pPr>
              <w:spacing w:after="0" w:line="240" w:lineRule="auto"/>
              <w:rPr>
                <w:rFonts w:cs="Times New Roman"/>
              </w:rPr>
            </w:pPr>
            <w:r w:rsidRPr="000B60F7">
              <w:rPr>
                <w:rFonts w:cs="Times New Roman"/>
                <w:sz w:val="18"/>
              </w:rPr>
              <w:t>Gamma, venture, θ free</w:t>
            </w:r>
          </w:p>
        </w:tc>
        <w:tc>
          <w:tcPr>
            <w:tcW w:w="1512" w:type="dxa"/>
            <w:shd w:val="clear" w:color="auto" w:fill="F6F8FA"/>
            <w:tcMar>
              <w:top w:w="65" w:type="dxa"/>
              <w:left w:w="75" w:type="dxa"/>
              <w:bottom w:w="65" w:type="dxa"/>
              <w:right w:w="75" w:type="dxa"/>
            </w:tcMar>
            <w:vAlign w:val="center"/>
          </w:tcPr>
          <w:p w14:paraId="52AE42CA"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6F8FA"/>
            <w:tcMar>
              <w:top w:w="65" w:type="dxa"/>
              <w:left w:w="75" w:type="dxa"/>
              <w:bottom w:w="65" w:type="dxa"/>
              <w:right w:w="75" w:type="dxa"/>
            </w:tcMar>
            <w:vAlign w:val="center"/>
          </w:tcPr>
          <w:p w14:paraId="0245169A" w14:textId="77777777" w:rsidR="00A83192" w:rsidRPr="000B60F7" w:rsidRDefault="00000000">
            <w:pPr>
              <w:spacing w:after="0" w:line="240" w:lineRule="auto"/>
              <w:jc w:val="center"/>
              <w:rPr>
                <w:rFonts w:cs="Times New Roman"/>
              </w:rPr>
            </w:pPr>
            <w:r w:rsidRPr="000B60F7">
              <w:rPr>
                <w:rFonts w:cs="Times New Roman"/>
                <w:sz w:val="18"/>
              </w:rPr>
              <w:t>13–24</w:t>
            </w:r>
          </w:p>
        </w:tc>
        <w:tc>
          <w:tcPr>
            <w:tcW w:w="2664" w:type="dxa"/>
            <w:shd w:val="clear" w:color="auto" w:fill="F6F8FA"/>
            <w:tcMar>
              <w:top w:w="65" w:type="dxa"/>
              <w:left w:w="75" w:type="dxa"/>
              <w:bottom w:w="65" w:type="dxa"/>
              <w:right w:w="75" w:type="dxa"/>
            </w:tcMar>
            <w:vAlign w:val="center"/>
          </w:tcPr>
          <w:p w14:paraId="2F80D5E8" w14:textId="77777777" w:rsidR="00A83192" w:rsidRPr="000B60F7" w:rsidRDefault="00000000">
            <w:pPr>
              <w:spacing w:after="0" w:line="240" w:lineRule="auto"/>
              <w:jc w:val="center"/>
              <w:rPr>
                <w:rFonts w:cs="Times New Roman"/>
              </w:rPr>
            </w:pPr>
            <w:r w:rsidRPr="000B60F7">
              <w:rPr>
                <w:rFonts w:cs="Times New Roman"/>
                <w:sz w:val="18"/>
              </w:rPr>
              <w:t>1.000 [0.807, 1.240]</w:t>
            </w:r>
          </w:p>
        </w:tc>
        <w:tc>
          <w:tcPr>
            <w:tcW w:w="864" w:type="dxa"/>
            <w:shd w:val="clear" w:color="auto" w:fill="F6F8FA"/>
            <w:tcMar>
              <w:top w:w="65" w:type="dxa"/>
              <w:left w:w="75" w:type="dxa"/>
              <w:bottom w:w="65" w:type="dxa"/>
              <w:right w:w="75" w:type="dxa"/>
            </w:tcMar>
            <w:vAlign w:val="center"/>
          </w:tcPr>
          <w:p w14:paraId="7C9AF574" w14:textId="77777777" w:rsidR="00A83192" w:rsidRPr="000B60F7" w:rsidRDefault="00000000">
            <w:pPr>
              <w:spacing w:after="0" w:line="240" w:lineRule="auto"/>
              <w:jc w:val="center"/>
              <w:rPr>
                <w:rFonts w:cs="Times New Roman"/>
              </w:rPr>
            </w:pPr>
            <w:r w:rsidRPr="000B60F7">
              <w:rPr>
                <w:rFonts w:cs="Times New Roman"/>
                <w:sz w:val="18"/>
              </w:rPr>
              <w:t>0.9974</w:t>
            </w:r>
          </w:p>
        </w:tc>
        <w:tc>
          <w:tcPr>
            <w:tcW w:w="936" w:type="dxa"/>
            <w:shd w:val="clear" w:color="auto" w:fill="F6F8FA"/>
            <w:tcMar>
              <w:top w:w="65" w:type="dxa"/>
              <w:left w:w="75" w:type="dxa"/>
              <w:bottom w:w="65" w:type="dxa"/>
              <w:right w:w="75" w:type="dxa"/>
            </w:tcMar>
            <w:vAlign w:val="center"/>
          </w:tcPr>
          <w:p w14:paraId="5FC7619E" w14:textId="77777777" w:rsidR="00A83192" w:rsidRPr="000B60F7" w:rsidRDefault="00000000">
            <w:pPr>
              <w:spacing w:after="0" w:line="240" w:lineRule="auto"/>
              <w:jc w:val="center"/>
              <w:rPr>
                <w:rFonts w:cs="Times New Roman"/>
              </w:rPr>
            </w:pPr>
            <w:r w:rsidRPr="000B60F7">
              <w:rPr>
                <w:rFonts w:cs="Times New Roman"/>
                <w:sz w:val="18"/>
              </w:rPr>
              <w:t>0.9974</w:t>
            </w:r>
          </w:p>
        </w:tc>
      </w:tr>
      <w:tr w:rsidR="00A83192" w:rsidRPr="000B60F7" w14:paraId="784E5F3A" w14:textId="77777777">
        <w:trPr>
          <w:cantSplit/>
          <w:jc w:val="center"/>
        </w:trPr>
        <w:tc>
          <w:tcPr>
            <w:tcW w:w="2520" w:type="dxa"/>
            <w:shd w:val="clear" w:color="auto" w:fill="FFFFFF"/>
            <w:tcMar>
              <w:top w:w="65" w:type="dxa"/>
              <w:left w:w="75" w:type="dxa"/>
              <w:bottom w:w="65" w:type="dxa"/>
              <w:right w:w="75" w:type="dxa"/>
            </w:tcMar>
            <w:vAlign w:val="center"/>
          </w:tcPr>
          <w:p w14:paraId="2C0E017C" w14:textId="77777777" w:rsidR="00A83192" w:rsidRPr="000B60F7" w:rsidRDefault="00000000">
            <w:pPr>
              <w:spacing w:after="0" w:line="240" w:lineRule="auto"/>
              <w:rPr>
                <w:rFonts w:cs="Times New Roman"/>
              </w:rPr>
            </w:pPr>
            <w:r w:rsidRPr="000B60F7">
              <w:rPr>
                <w:rFonts w:cs="Times New Roman"/>
                <w:sz w:val="18"/>
              </w:rPr>
              <w:t>Gamma, venture, θ free</w:t>
            </w:r>
          </w:p>
        </w:tc>
        <w:tc>
          <w:tcPr>
            <w:tcW w:w="1512" w:type="dxa"/>
            <w:shd w:val="clear" w:color="auto" w:fill="FFFFFF"/>
            <w:tcMar>
              <w:top w:w="65" w:type="dxa"/>
              <w:left w:w="75" w:type="dxa"/>
              <w:bottom w:w="65" w:type="dxa"/>
              <w:right w:w="75" w:type="dxa"/>
            </w:tcMar>
            <w:vAlign w:val="center"/>
          </w:tcPr>
          <w:p w14:paraId="305BB7CE"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FFFFF"/>
            <w:tcMar>
              <w:top w:w="65" w:type="dxa"/>
              <w:left w:w="75" w:type="dxa"/>
              <w:bottom w:w="65" w:type="dxa"/>
              <w:right w:w="75" w:type="dxa"/>
            </w:tcMar>
            <w:vAlign w:val="center"/>
          </w:tcPr>
          <w:p w14:paraId="49A737CC" w14:textId="77777777" w:rsidR="00A83192" w:rsidRPr="000B60F7" w:rsidRDefault="00000000">
            <w:pPr>
              <w:spacing w:after="0" w:line="240" w:lineRule="auto"/>
              <w:jc w:val="center"/>
              <w:rPr>
                <w:rFonts w:cs="Times New Roman"/>
              </w:rPr>
            </w:pPr>
            <w:r w:rsidRPr="000B60F7">
              <w:rPr>
                <w:rFonts w:cs="Times New Roman"/>
                <w:sz w:val="18"/>
              </w:rPr>
              <w:t>25–36</w:t>
            </w:r>
          </w:p>
        </w:tc>
        <w:tc>
          <w:tcPr>
            <w:tcW w:w="2664" w:type="dxa"/>
            <w:shd w:val="clear" w:color="auto" w:fill="FFFFFF"/>
            <w:tcMar>
              <w:top w:w="65" w:type="dxa"/>
              <w:left w:w="75" w:type="dxa"/>
              <w:bottom w:w="65" w:type="dxa"/>
              <w:right w:w="75" w:type="dxa"/>
            </w:tcMar>
            <w:vAlign w:val="center"/>
          </w:tcPr>
          <w:p w14:paraId="2F145E68" w14:textId="77777777" w:rsidR="00A83192" w:rsidRPr="000B60F7" w:rsidRDefault="00000000">
            <w:pPr>
              <w:spacing w:after="0" w:line="240" w:lineRule="auto"/>
              <w:jc w:val="center"/>
              <w:rPr>
                <w:rFonts w:cs="Times New Roman"/>
              </w:rPr>
            </w:pPr>
            <w:r w:rsidRPr="000B60F7">
              <w:rPr>
                <w:rFonts w:cs="Times New Roman"/>
                <w:sz w:val="18"/>
              </w:rPr>
              <w:t>1.549 [1.209, 1.985]</w:t>
            </w:r>
          </w:p>
        </w:tc>
        <w:tc>
          <w:tcPr>
            <w:tcW w:w="864" w:type="dxa"/>
            <w:shd w:val="clear" w:color="auto" w:fill="FFFFFF"/>
            <w:tcMar>
              <w:top w:w="65" w:type="dxa"/>
              <w:left w:w="75" w:type="dxa"/>
              <w:bottom w:w="65" w:type="dxa"/>
              <w:right w:w="75" w:type="dxa"/>
            </w:tcMar>
            <w:vAlign w:val="center"/>
          </w:tcPr>
          <w:p w14:paraId="3B7698B1" w14:textId="77777777" w:rsidR="00A83192" w:rsidRPr="000B60F7" w:rsidRDefault="00000000">
            <w:pPr>
              <w:spacing w:after="0" w:line="240" w:lineRule="auto"/>
              <w:jc w:val="center"/>
              <w:rPr>
                <w:rFonts w:cs="Times New Roman"/>
              </w:rPr>
            </w:pPr>
            <w:r w:rsidRPr="000B60F7">
              <w:rPr>
                <w:rFonts w:cs="Times New Roman"/>
                <w:sz w:val="18"/>
              </w:rPr>
              <w:t>0.0006</w:t>
            </w:r>
          </w:p>
        </w:tc>
        <w:tc>
          <w:tcPr>
            <w:tcW w:w="936" w:type="dxa"/>
            <w:shd w:val="clear" w:color="auto" w:fill="FFFFFF"/>
            <w:tcMar>
              <w:top w:w="65" w:type="dxa"/>
              <w:left w:w="75" w:type="dxa"/>
              <w:bottom w:w="65" w:type="dxa"/>
              <w:right w:w="75" w:type="dxa"/>
            </w:tcMar>
            <w:vAlign w:val="center"/>
          </w:tcPr>
          <w:p w14:paraId="4FCCA121" w14:textId="77777777" w:rsidR="00A83192" w:rsidRPr="000B60F7" w:rsidRDefault="00000000">
            <w:pPr>
              <w:spacing w:after="0" w:line="240" w:lineRule="auto"/>
              <w:jc w:val="center"/>
              <w:rPr>
                <w:rFonts w:cs="Times New Roman"/>
              </w:rPr>
            </w:pPr>
            <w:r w:rsidRPr="000B60F7">
              <w:rPr>
                <w:rFonts w:cs="Times New Roman"/>
                <w:sz w:val="18"/>
              </w:rPr>
              <w:t>0.0011</w:t>
            </w:r>
          </w:p>
        </w:tc>
      </w:tr>
      <w:tr w:rsidR="00A83192" w:rsidRPr="000B60F7" w14:paraId="392BA515" w14:textId="77777777">
        <w:trPr>
          <w:cantSplit/>
          <w:jc w:val="center"/>
        </w:trPr>
        <w:tc>
          <w:tcPr>
            <w:tcW w:w="2520" w:type="dxa"/>
            <w:shd w:val="clear" w:color="auto" w:fill="F6F8FA"/>
            <w:tcMar>
              <w:top w:w="65" w:type="dxa"/>
              <w:left w:w="75" w:type="dxa"/>
              <w:bottom w:w="65" w:type="dxa"/>
              <w:right w:w="75" w:type="dxa"/>
            </w:tcMar>
            <w:vAlign w:val="center"/>
          </w:tcPr>
          <w:p w14:paraId="71A83804" w14:textId="77777777" w:rsidR="00A83192" w:rsidRPr="000B60F7" w:rsidRDefault="00000000">
            <w:pPr>
              <w:spacing w:after="0" w:line="240" w:lineRule="auto"/>
              <w:rPr>
                <w:rFonts w:cs="Times New Roman"/>
              </w:rPr>
            </w:pPr>
            <w:r w:rsidRPr="000B60F7">
              <w:rPr>
                <w:rFonts w:cs="Times New Roman"/>
                <w:sz w:val="18"/>
              </w:rPr>
              <w:t>Gamma, venture, θ free</w:t>
            </w:r>
          </w:p>
        </w:tc>
        <w:tc>
          <w:tcPr>
            <w:tcW w:w="1512" w:type="dxa"/>
            <w:shd w:val="clear" w:color="auto" w:fill="F6F8FA"/>
            <w:tcMar>
              <w:top w:w="65" w:type="dxa"/>
              <w:left w:w="75" w:type="dxa"/>
              <w:bottom w:w="65" w:type="dxa"/>
              <w:right w:w="75" w:type="dxa"/>
            </w:tcMar>
            <w:vAlign w:val="center"/>
          </w:tcPr>
          <w:p w14:paraId="5D79ECB5"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6F8FA"/>
            <w:tcMar>
              <w:top w:w="65" w:type="dxa"/>
              <w:left w:w="75" w:type="dxa"/>
              <w:bottom w:w="65" w:type="dxa"/>
              <w:right w:w="75" w:type="dxa"/>
            </w:tcMar>
            <w:vAlign w:val="center"/>
          </w:tcPr>
          <w:p w14:paraId="297AD451" w14:textId="77777777" w:rsidR="00A83192" w:rsidRPr="000B60F7" w:rsidRDefault="00000000">
            <w:pPr>
              <w:spacing w:after="0" w:line="240" w:lineRule="auto"/>
              <w:jc w:val="center"/>
              <w:rPr>
                <w:rFonts w:cs="Times New Roman"/>
              </w:rPr>
            </w:pPr>
            <w:r w:rsidRPr="000B60F7">
              <w:rPr>
                <w:rFonts w:cs="Times New Roman"/>
                <w:sz w:val="18"/>
              </w:rPr>
              <w:t>37–60</w:t>
            </w:r>
          </w:p>
        </w:tc>
        <w:tc>
          <w:tcPr>
            <w:tcW w:w="2664" w:type="dxa"/>
            <w:shd w:val="clear" w:color="auto" w:fill="F6F8FA"/>
            <w:tcMar>
              <w:top w:w="65" w:type="dxa"/>
              <w:left w:w="75" w:type="dxa"/>
              <w:bottom w:w="65" w:type="dxa"/>
              <w:right w:w="75" w:type="dxa"/>
            </w:tcMar>
            <w:vAlign w:val="center"/>
          </w:tcPr>
          <w:p w14:paraId="682FE4DD" w14:textId="77777777" w:rsidR="00A83192" w:rsidRPr="000B60F7" w:rsidRDefault="00000000">
            <w:pPr>
              <w:spacing w:after="0" w:line="240" w:lineRule="auto"/>
              <w:jc w:val="center"/>
              <w:rPr>
                <w:rFonts w:cs="Times New Roman"/>
              </w:rPr>
            </w:pPr>
            <w:r w:rsidRPr="000B60F7">
              <w:rPr>
                <w:rFonts w:cs="Times New Roman"/>
                <w:sz w:val="18"/>
              </w:rPr>
              <w:t>1.888 [1.337, 2.666]</w:t>
            </w:r>
          </w:p>
        </w:tc>
        <w:tc>
          <w:tcPr>
            <w:tcW w:w="864" w:type="dxa"/>
            <w:shd w:val="clear" w:color="auto" w:fill="F6F8FA"/>
            <w:tcMar>
              <w:top w:w="65" w:type="dxa"/>
              <w:left w:w="75" w:type="dxa"/>
              <w:bottom w:w="65" w:type="dxa"/>
              <w:right w:w="75" w:type="dxa"/>
            </w:tcMar>
            <w:vAlign w:val="center"/>
          </w:tcPr>
          <w:p w14:paraId="106BF065" w14:textId="77777777" w:rsidR="00A83192" w:rsidRPr="000B60F7" w:rsidRDefault="00000000">
            <w:pPr>
              <w:spacing w:after="0" w:line="240" w:lineRule="auto"/>
              <w:jc w:val="center"/>
              <w:rPr>
                <w:rFonts w:cs="Times New Roman"/>
              </w:rPr>
            </w:pPr>
            <w:r w:rsidRPr="000B60F7">
              <w:rPr>
                <w:rFonts w:cs="Times New Roman"/>
                <w:sz w:val="18"/>
              </w:rPr>
              <w:t>0.0003</w:t>
            </w:r>
          </w:p>
        </w:tc>
        <w:tc>
          <w:tcPr>
            <w:tcW w:w="936" w:type="dxa"/>
            <w:shd w:val="clear" w:color="auto" w:fill="F6F8FA"/>
            <w:tcMar>
              <w:top w:w="65" w:type="dxa"/>
              <w:left w:w="75" w:type="dxa"/>
              <w:bottom w:w="65" w:type="dxa"/>
              <w:right w:w="75" w:type="dxa"/>
            </w:tcMar>
            <w:vAlign w:val="center"/>
          </w:tcPr>
          <w:p w14:paraId="17F1FAB5" w14:textId="77777777" w:rsidR="00A83192" w:rsidRPr="000B60F7" w:rsidRDefault="00000000">
            <w:pPr>
              <w:spacing w:after="0" w:line="240" w:lineRule="auto"/>
              <w:jc w:val="center"/>
              <w:rPr>
                <w:rFonts w:cs="Times New Roman"/>
              </w:rPr>
            </w:pPr>
            <w:r w:rsidRPr="000B60F7">
              <w:rPr>
                <w:rFonts w:cs="Times New Roman"/>
                <w:sz w:val="18"/>
              </w:rPr>
              <w:t>0.0011</w:t>
            </w:r>
          </w:p>
        </w:tc>
      </w:tr>
      <w:tr w:rsidR="00A83192" w:rsidRPr="000B60F7" w14:paraId="6B29004A" w14:textId="77777777">
        <w:trPr>
          <w:cantSplit/>
          <w:jc w:val="center"/>
        </w:trPr>
        <w:tc>
          <w:tcPr>
            <w:tcW w:w="2520" w:type="dxa"/>
            <w:shd w:val="clear" w:color="auto" w:fill="FFFFFF"/>
            <w:tcMar>
              <w:top w:w="65" w:type="dxa"/>
              <w:left w:w="75" w:type="dxa"/>
              <w:bottom w:w="65" w:type="dxa"/>
              <w:right w:w="75" w:type="dxa"/>
            </w:tcMar>
            <w:vAlign w:val="center"/>
          </w:tcPr>
          <w:p w14:paraId="5A68DA5D" w14:textId="77777777" w:rsidR="00A83192" w:rsidRPr="000B60F7" w:rsidRDefault="00000000">
            <w:pPr>
              <w:spacing w:after="0" w:line="240" w:lineRule="auto"/>
              <w:rPr>
                <w:rFonts w:cs="Times New Roman"/>
              </w:rPr>
            </w:pPr>
            <w:r w:rsidRPr="000B60F7">
              <w:rPr>
                <w:rFonts w:cs="Times New Roman"/>
                <w:sz w:val="18"/>
              </w:rPr>
              <w:t>Gamma, venture, θ free</w:t>
            </w:r>
          </w:p>
        </w:tc>
        <w:tc>
          <w:tcPr>
            <w:tcW w:w="1512" w:type="dxa"/>
            <w:shd w:val="clear" w:color="auto" w:fill="FFFFFF"/>
            <w:tcMar>
              <w:top w:w="65" w:type="dxa"/>
              <w:left w:w="75" w:type="dxa"/>
              <w:bottom w:w="65" w:type="dxa"/>
              <w:right w:w="75" w:type="dxa"/>
            </w:tcMar>
            <w:vAlign w:val="center"/>
          </w:tcPr>
          <w:p w14:paraId="038E036C"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FFFFF"/>
            <w:tcMar>
              <w:top w:w="65" w:type="dxa"/>
              <w:left w:w="75" w:type="dxa"/>
              <w:bottom w:w="65" w:type="dxa"/>
              <w:right w:w="75" w:type="dxa"/>
            </w:tcMar>
            <w:vAlign w:val="center"/>
          </w:tcPr>
          <w:p w14:paraId="7A25ED58" w14:textId="77777777" w:rsidR="00A83192" w:rsidRPr="000B60F7" w:rsidRDefault="00000000">
            <w:pPr>
              <w:spacing w:after="0" w:line="240" w:lineRule="auto"/>
              <w:jc w:val="center"/>
              <w:rPr>
                <w:rFonts w:cs="Times New Roman"/>
              </w:rPr>
            </w:pPr>
            <w:r w:rsidRPr="000B60F7">
              <w:rPr>
                <w:rFonts w:cs="Times New Roman"/>
                <w:sz w:val="18"/>
              </w:rPr>
              <w:t>1–12</w:t>
            </w:r>
          </w:p>
        </w:tc>
        <w:tc>
          <w:tcPr>
            <w:tcW w:w="2664" w:type="dxa"/>
            <w:shd w:val="clear" w:color="auto" w:fill="FFFFFF"/>
            <w:tcMar>
              <w:top w:w="65" w:type="dxa"/>
              <w:left w:w="75" w:type="dxa"/>
              <w:bottom w:w="65" w:type="dxa"/>
              <w:right w:w="75" w:type="dxa"/>
            </w:tcMar>
            <w:vAlign w:val="center"/>
          </w:tcPr>
          <w:p w14:paraId="1C0F4221" w14:textId="77777777" w:rsidR="00A83192" w:rsidRPr="000B60F7" w:rsidRDefault="00000000">
            <w:pPr>
              <w:spacing w:after="0" w:line="240" w:lineRule="auto"/>
              <w:jc w:val="center"/>
              <w:rPr>
                <w:rFonts w:cs="Times New Roman"/>
              </w:rPr>
            </w:pPr>
            <w:r w:rsidRPr="000B60F7">
              <w:rPr>
                <w:rFonts w:cs="Times New Roman"/>
                <w:sz w:val="18"/>
              </w:rPr>
              <w:t>1.338 [1.035, 1.730]</w:t>
            </w:r>
          </w:p>
        </w:tc>
        <w:tc>
          <w:tcPr>
            <w:tcW w:w="864" w:type="dxa"/>
            <w:shd w:val="clear" w:color="auto" w:fill="FFFFFF"/>
            <w:tcMar>
              <w:top w:w="65" w:type="dxa"/>
              <w:left w:w="75" w:type="dxa"/>
              <w:bottom w:w="65" w:type="dxa"/>
              <w:right w:w="75" w:type="dxa"/>
            </w:tcMar>
            <w:vAlign w:val="center"/>
          </w:tcPr>
          <w:p w14:paraId="1068BAE4" w14:textId="77777777" w:rsidR="00A83192" w:rsidRPr="000B60F7" w:rsidRDefault="00000000">
            <w:pPr>
              <w:spacing w:after="0" w:line="240" w:lineRule="auto"/>
              <w:jc w:val="center"/>
              <w:rPr>
                <w:rFonts w:cs="Times New Roman"/>
              </w:rPr>
            </w:pPr>
            <w:r w:rsidRPr="000B60F7">
              <w:rPr>
                <w:rFonts w:cs="Times New Roman"/>
                <w:sz w:val="18"/>
              </w:rPr>
              <w:t>0.0261</w:t>
            </w:r>
          </w:p>
        </w:tc>
        <w:tc>
          <w:tcPr>
            <w:tcW w:w="936" w:type="dxa"/>
            <w:shd w:val="clear" w:color="auto" w:fill="FFFFFF"/>
            <w:tcMar>
              <w:top w:w="65" w:type="dxa"/>
              <w:left w:w="75" w:type="dxa"/>
              <w:bottom w:w="65" w:type="dxa"/>
              <w:right w:w="75" w:type="dxa"/>
            </w:tcMar>
            <w:vAlign w:val="center"/>
          </w:tcPr>
          <w:p w14:paraId="1CD67A92" w14:textId="77777777" w:rsidR="00A83192" w:rsidRPr="000B60F7" w:rsidRDefault="00000000">
            <w:pPr>
              <w:spacing w:after="0" w:line="240" w:lineRule="auto"/>
              <w:jc w:val="center"/>
              <w:rPr>
                <w:rFonts w:cs="Times New Roman"/>
              </w:rPr>
            </w:pPr>
            <w:r w:rsidRPr="000B60F7">
              <w:rPr>
                <w:rFonts w:cs="Times New Roman"/>
                <w:sz w:val="18"/>
              </w:rPr>
              <w:t>0.1043</w:t>
            </w:r>
          </w:p>
        </w:tc>
      </w:tr>
      <w:tr w:rsidR="00A83192" w:rsidRPr="000B60F7" w14:paraId="05911F7D" w14:textId="77777777">
        <w:trPr>
          <w:cantSplit/>
          <w:jc w:val="center"/>
        </w:trPr>
        <w:tc>
          <w:tcPr>
            <w:tcW w:w="2520" w:type="dxa"/>
            <w:shd w:val="clear" w:color="auto" w:fill="F6F8FA"/>
            <w:tcMar>
              <w:top w:w="65" w:type="dxa"/>
              <w:left w:w="75" w:type="dxa"/>
              <w:bottom w:w="65" w:type="dxa"/>
              <w:right w:w="75" w:type="dxa"/>
            </w:tcMar>
            <w:vAlign w:val="center"/>
          </w:tcPr>
          <w:p w14:paraId="1EFCFB24" w14:textId="77777777" w:rsidR="00A83192" w:rsidRPr="000B60F7" w:rsidRDefault="00000000">
            <w:pPr>
              <w:spacing w:after="0" w:line="240" w:lineRule="auto"/>
              <w:rPr>
                <w:rFonts w:cs="Times New Roman"/>
              </w:rPr>
            </w:pPr>
            <w:r w:rsidRPr="000B60F7">
              <w:rPr>
                <w:rFonts w:cs="Times New Roman"/>
                <w:sz w:val="18"/>
              </w:rPr>
              <w:t>Gamma, venture, θ free</w:t>
            </w:r>
          </w:p>
        </w:tc>
        <w:tc>
          <w:tcPr>
            <w:tcW w:w="1512" w:type="dxa"/>
            <w:shd w:val="clear" w:color="auto" w:fill="F6F8FA"/>
            <w:tcMar>
              <w:top w:w="65" w:type="dxa"/>
              <w:left w:w="75" w:type="dxa"/>
              <w:bottom w:w="65" w:type="dxa"/>
              <w:right w:w="75" w:type="dxa"/>
            </w:tcMar>
            <w:vAlign w:val="center"/>
          </w:tcPr>
          <w:p w14:paraId="6A3B490D"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6F8FA"/>
            <w:tcMar>
              <w:top w:w="65" w:type="dxa"/>
              <w:left w:w="75" w:type="dxa"/>
              <w:bottom w:w="65" w:type="dxa"/>
              <w:right w:w="75" w:type="dxa"/>
            </w:tcMar>
            <w:vAlign w:val="center"/>
          </w:tcPr>
          <w:p w14:paraId="7F6E61AB" w14:textId="77777777" w:rsidR="00A83192" w:rsidRPr="000B60F7" w:rsidRDefault="00000000">
            <w:pPr>
              <w:spacing w:after="0" w:line="240" w:lineRule="auto"/>
              <w:jc w:val="center"/>
              <w:rPr>
                <w:rFonts w:cs="Times New Roman"/>
              </w:rPr>
            </w:pPr>
            <w:r w:rsidRPr="000B60F7">
              <w:rPr>
                <w:rFonts w:cs="Times New Roman"/>
                <w:sz w:val="18"/>
              </w:rPr>
              <w:t>13–24</w:t>
            </w:r>
          </w:p>
        </w:tc>
        <w:tc>
          <w:tcPr>
            <w:tcW w:w="2664" w:type="dxa"/>
            <w:shd w:val="clear" w:color="auto" w:fill="F6F8FA"/>
            <w:tcMar>
              <w:top w:w="65" w:type="dxa"/>
              <w:left w:w="75" w:type="dxa"/>
              <w:bottom w:w="65" w:type="dxa"/>
              <w:right w:w="75" w:type="dxa"/>
            </w:tcMar>
            <w:vAlign w:val="center"/>
          </w:tcPr>
          <w:p w14:paraId="48A5D72E" w14:textId="77777777" w:rsidR="00A83192" w:rsidRPr="000B60F7" w:rsidRDefault="00000000">
            <w:pPr>
              <w:spacing w:after="0" w:line="240" w:lineRule="auto"/>
              <w:jc w:val="center"/>
              <w:rPr>
                <w:rFonts w:cs="Times New Roman"/>
              </w:rPr>
            </w:pPr>
            <w:r w:rsidRPr="000B60F7">
              <w:rPr>
                <w:rFonts w:cs="Times New Roman"/>
                <w:sz w:val="18"/>
              </w:rPr>
              <w:t>1.199 [0.952, 1.510]</w:t>
            </w:r>
          </w:p>
        </w:tc>
        <w:tc>
          <w:tcPr>
            <w:tcW w:w="864" w:type="dxa"/>
            <w:shd w:val="clear" w:color="auto" w:fill="F6F8FA"/>
            <w:tcMar>
              <w:top w:w="65" w:type="dxa"/>
              <w:left w:w="75" w:type="dxa"/>
              <w:bottom w:w="65" w:type="dxa"/>
              <w:right w:w="75" w:type="dxa"/>
            </w:tcMar>
            <w:vAlign w:val="center"/>
          </w:tcPr>
          <w:p w14:paraId="1D3CD582" w14:textId="77777777" w:rsidR="00A83192" w:rsidRPr="000B60F7" w:rsidRDefault="00000000">
            <w:pPr>
              <w:spacing w:after="0" w:line="240" w:lineRule="auto"/>
              <w:jc w:val="center"/>
              <w:rPr>
                <w:rFonts w:cs="Times New Roman"/>
              </w:rPr>
            </w:pPr>
            <w:r w:rsidRPr="000B60F7">
              <w:rPr>
                <w:rFonts w:cs="Times New Roman"/>
                <w:sz w:val="18"/>
              </w:rPr>
              <w:t>0.1229</w:t>
            </w:r>
          </w:p>
        </w:tc>
        <w:tc>
          <w:tcPr>
            <w:tcW w:w="936" w:type="dxa"/>
            <w:shd w:val="clear" w:color="auto" w:fill="F6F8FA"/>
            <w:tcMar>
              <w:top w:w="65" w:type="dxa"/>
              <w:left w:w="75" w:type="dxa"/>
              <w:bottom w:w="65" w:type="dxa"/>
              <w:right w:w="75" w:type="dxa"/>
            </w:tcMar>
            <w:vAlign w:val="center"/>
          </w:tcPr>
          <w:p w14:paraId="41D78EE1" w14:textId="77777777" w:rsidR="00A83192" w:rsidRPr="000B60F7" w:rsidRDefault="00000000">
            <w:pPr>
              <w:spacing w:after="0" w:line="240" w:lineRule="auto"/>
              <w:jc w:val="center"/>
              <w:rPr>
                <w:rFonts w:cs="Times New Roman"/>
              </w:rPr>
            </w:pPr>
            <w:r w:rsidRPr="000B60F7">
              <w:rPr>
                <w:rFonts w:cs="Times New Roman"/>
                <w:sz w:val="18"/>
              </w:rPr>
              <w:t>0.1927</w:t>
            </w:r>
          </w:p>
        </w:tc>
      </w:tr>
      <w:tr w:rsidR="00A83192" w:rsidRPr="000B60F7" w14:paraId="6D7224D9" w14:textId="77777777">
        <w:trPr>
          <w:cantSplit/>
          <w:jc w:val="center"/>
        </w:trPr>
        <w:tc>
          <w:tcPr>
            <w:tcW w:w="2520" w:type="dxa"/>
            <w:shd w:val="clear" w:color="auto" w:fill="FFFFFF"/>
            <w:tcMar>
              <w:top w:w="65" w:type="dxa"/>
              <w:left w:w="75" w:type="dxa"/>
              <w:bottom w:w="65" w:type="dxa"/>
              <w:right w:w="75" w:type="dxa"/>
            </w:tcMar>
            <w:vAlign w:val="center"/>
          </w:tcPr>
          <w:p w14:paraId="2B71B868" w14:textId="77777777" w:rsidR="00A83192" w:rsidRPr="000B60F7" w:rsidRDefault="00000000">
            <w:pPr>
              <w:spacing w:after="0" w:line="240" w:lineRule="auto"/>
              <w:rPr>
                <w:rFonts w:cs="Times New Roman"/>
              </w:rPr>
            </w:pPr>
            <w:r w:rsidRPr="000B60F7">
              <w:rPr>
                <w:rFonts w:cs="Times New Roman"/>
                <w:sz w:val="18"/>
              </w:rPr>
              <w:t>Gamma, venture, θ free</w:t>
            </w:r>
          </w:p>
        </w:tc>
        <w:tc>
          <w:tcPr>
            <w:tcW w:w="1512" w:type="dxa"/>
            <w:shd w:val="clear" w:color="auto" w:fill="FFFFFF"/>
            <w:tcMar>
              <w:top w:w="65" w:type="dxa"/>
              <w:left w:w="75" w:type="dxa"/>
              <w:bottom w:w="65" w:type="dxa"/>
              <w:right w:w="75" w:type="dxa"/>
            </w:tcMar>
            <w:vAlign w:val="center"/>
          </w:tcPr>
          <w:p w14:paraId="44BC37E3"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FFFFF"/>
            <w:tcMar>
              <w:top w:w="65" w:type="dxa"/>
              <w:left w:w="75" w:type="dxa"/>
              <w:bottom w:w="65" w:type="dxa"/>
              <w:right w:w="75" w:type="dxa"/>
            </w:tcMar>
            <w:vAlign w:val="center"/>
          </w:tcPr>
          <w:p w14:paraId="03B8CB99" w14:textId="77777777" w:rsidR="00A83192" w:rsidRPr="000B60F7" w:rsidRDefault="00000000">
            <w:pPr>
              <w:spacing w:after="0" w:line="240" w:lineRule="auto"/>
              <w:jc w:val="center"/>
              <w:rPr>
                <w:rFonts w:cs="Times New Roman"/>
              </w:rPr>
            </w:pPr>
            <w:r w:rsidRPr="000B60F7">
              <w:rPr>
                <w:rFonts w:cs="Times New Roman"/>
                <w:sz w:val="18"/>
              </w:rPr>
              <w:t>25–36</w:t>
            </w:r>
          </w:p>
        </w:tc>
        <w:tc>
          <w:tcPr>
            <w:tcW w:w="2664" w:type="dxa"/>
            <w:shd w:val="clear" w:color="auto" w:fill="FFFFFF"/>
            <w:tcMar>
              <w:top w:w="65" w:type="dxa"/>
              <w:left w:w="75" w:type="dxa"/>
              <w:bottom w:w="65" w:type="dxa"/>
              <w:right w:w="75" w:type="dxa"/>
            </w:tcMar>
            <w:vAlign w:val="center"/>
          </w:tcPr>
          <w:p w14:paraId="63674EAC" w14:textId="77777777" w:rsidR="00A83192" w:rsidRPr="000B60F7" w:rsidRDefault="00000000">
            <w:pPr>
              <w:spacing w:after="0" w:line="240" w:lineRule="auto"/>
              <w:jc w:val="center"/>
              <w:rPr>
                <w:rFonts w:cs="Times New Roman"/>
              </w:rPr>
            </w:pPr>
            <w:r w:rsidRPr="000B60F7">
              <w:rPr>
                <w:rFonts w:cs="Times New Roman"/>
                <w:sz w:val="18"/>
              </w:rPr>
              <w:t>0.867 [0.676, 1.112]</w:t>
            </w:r>
          </w:p>
        </w:tc>
        <w:tc>
          <w:tcPr>
            <w:tcW w:w="864" w:type="dxa"/>
            <w:shd w:val="clear" w:color="auto" w:fill="FFFFFF"/>
            <w:tcMar>
              <w:top w:w="65" w:type="dxa"/>
              <w:left w:w="75" w:type="dxa"/>
              <w:bottom w:w="65" w:type="dxa"/>
              <w:right w:w="75" w:type="dxa"/>
            </w:tcMar>
            <w:vAlign w:val="center"/>
          </w:tcPr>
          <w:p w14:paraId="0D420F21" w14:textId="77777777" w:rsidR="00A83192" w:rsidRPr="000B60F7" w:rsidRDefault="00000000">
            <w:pPr>
              <w:spacing w:after="0" w:line="240" w:lineRule="auto"/>
              <w:jc w:val="center"/>
              <w:rPr>
                <w:rFonts w:cs="Times New Roman"/>
              </w:rPr>
            </w:pPr>
            <w:r w:rsidRPr="000B60F7">
              <w:rPr>
                <w:rFonts w:cs="Times New Roman"/>
                <w:sz w:val="18"/>
              </w:rPr>
              <w:t>0.2619</w:t>
            </w:r>
          </w:p>
        </w:tc>
        <w:tc>
          <w:tcPr>
            <w:tcW w:w="936" w:type="dxa"/>
            <w:shd w:val="clear" w:color="auto" w:fill="FFFFFF"/>
            <w:tcMar>
              <w:top w:w="65" w:type="dxa"/>
              <w:left w:w="75" w:type="dxa"/>
              <w:bottom w:w="65" w:type="dxa"/>
              <w:right w:w="75" w:type="dxa"/>
            </w:tcMar>
            <w:vAlign w:val="center"/>
          </w:tcPr>
          <w:p w14:paraId="3A4B1505" w14:textId="77777777" w:rsidR="00A83192" w:rsidRPr="000B60F7" w:rsidRDefault="00000000">
            <w:pPr>
              <w:spacing w:after="0" w:line="240" w:lineRule="auto"/>
              <w:jc w:val="center"/>
              <w:rPr>
                <w:rFonts w:cs="Times New Roman"/>
              </w:rPr>
            </w:pPr>
            <w:r w:rsidRPr="000B60F7">
              <w:rPr>
                <w:rFonts w:cs="Times New Roman"/>
                <w:sz w:val="18"/>
              </w:rPr>
              <w:t>0.2619</w:t>
            </w:r>
          </w:p>
        </w:tc>
      </w:tr>
      <w:tr w:rsidR="00A83192" w:rsidRPr="000B60F7" w14:paraId="45FD8778" w14:textId="77777777">
        <w:trPr>
          <w:cantSplit/>
          <w:jc w:val="center"/>
        </w:trPr>
        <w:tc>
          <w:tcPr>
            <w:tcW w:w="2520" w:type="dxa"/>
            <w:shd w:val="clear" w:color="auto" w:fill="F6F8FA"/>
            <w:tcMar>
              <w:top w:w="65" w:type="dxa"/>
              <w:left w:w="75" w:type="dxa"/>
              <w:bottom w:w="65" w:type="dxa"/>
              <w:right w:w="75" w:type="dxa"/>
            </w:tcMar>
            <w:vAlign w:val="center"/>
          </w:tcPr>
          <w:p w14:paraId="4EFC9656" w14:textId="77777777" w:rsidR="00A83192" w:rsidRPr="000B60F7" w:rsidRDefault="00000000">
            <w:pPr>
              <w:spacing w:after="0" w:line="240" w:lineRule="auto"/>
              <w:rPr>
                <w:rFonts w:cs="Times New Roman"/>
              </w:rPr>
            </w:pPr>
            <w:r w:rsidRPr="000B60F7">
              <w:rPr>
                <w:rFonts w:cs="Times New Roman"/>
                <w:sz w:val="18"/>
              </w:rPr>
              <w:t>Gamma, venture, θ free</w:t>
            </w:r>
          </w:p>
        </w:tc>
        <w:tc>
          <w:tcPr>
            <w:tcW w:w="1512" w:type="dxa"/>
            <w:shd w:val="clear" w:color="auto" w:fill="F6F8FA"/>
            <w:tcMar>
              <w:top w:w="65" w:type="dxa"/>
              <w:left w:w="75" w:type="dxa"/>
              <w:bottom w:w="65" w:type="dxa"/>
              <w:right w:w="75" w:type="dxa"/>
            </w:tcMar>
            <w:vAlign w:val="center"/>
          </w:tcPr>
          <w:p w14:paraId="4B2044AC"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6F8FA"/>
            <w:tcMar>
              <w:top w:w="65" w:type="dxa"/>
              <w:left w:w="75" w:type="dxa"/>
              <w:bottom w:w="65" w:type="dxa"/>
              <w:right w:w="75" w:type="dxa"/>
            </w:tcMar>
            <w:vAlign w:val="center"/>
          </w:tcPr>
          <w:p w14:paraId="2FF755C0" w14:textId="77777777" w:rsidR="00A83192" w:rsidRPr="000B60F7" w:rsidRDefault="00000000">
            <w:pPr>
              <w:spacing w:after="0" w:line="240" w:lineRule="auto"/>
              <w:jc w:val="center"/>
              <w:rPr>
                <w:rFonts w:cs="Times New Roman"/>
              </w:rPr>
            </w:pPr>
            <w:r w:rsidRPr="000B60F7">
              <w:rPr>
                <w:rFonts w:cs="Times New Roman"/>
                <w:sz w:val="18"/>
              </w:rPr>
              <w:t>37–60</w:t>
            </w:r>
          </w:p>
        </w:tc>
        <w:tc>
          <w:tcPr>
            <w:tcW w:w="2664" w:type="dxa"/>
            <w:shd w:val="clear" w:color="auto" w:fill="F6F8FA"/>
            <w:tcMar>
              <w:top w:w="65" w:type="dxa"/>
              <w:left w:w="75" w:type="dxa"/>
              <w:bottom w:w="65" w:type="dxa"/>
              <w:right w:w="75" w:type="dxa"/>
            </w:tcMar>
            <w:vAlign w:val="center"/>
          </w:tcPr>
          <w:p w14:paraId="3EA1635E" w14:textId="77777777" w:rsidR="00A83192" w:rsidRPr="000B60F7" w:rsidRDefault="00000000">
            <w:pPr>
              <w:spacing w:after="0" w:line="240" w:lineRule="auto"/>
              <w:jc w:val="center"/>
              <w:rPr>
                <w:rFonts w:cs="Times New Roman"/>
              </w:rPr>
            </w:pPr>
            <w:r w:rsidRPr="000B60F7">
              <w:rPr>
                <w:rFonts w:cs="Times New Roman"/>
                <w:sz w:val="18"/>
              </w:rPr>
              <w:t>0.732 [0.481, 1.114]</w:t>
            </w:r>
          </w:p>
        </w:tc>
        <w:tc>
          <w:tcPr>
            <w:tcW w:w="864" w:type="dxa"/>
            <w:shd w:val="clear" w:color="auto" w:fill="F6F8FA"/>
            <w:tcMar>
              <w:top w:w="65" w:type="dxa"/>
              <w:left w:w="75" w:type="dxa"/>
              <w:bottom w:w="65" w:type="dxa"/>
              <w:right w:w="75" w:type="dxa"/>
            </w:tcMar>
            <w:vAlign w:val="center"/>
          </w:tcPr>
          <w:p w14:paraId="506DE4F7" w14:textId="77777777" w:rsidR="00A83192" w:rsidRPr="000B60F7" w:rsidRDefault="00000000">
            <w:pPr>
              <w:spacing w:after="0" w:line="240" w:lineRule="auto"/>
              <w:jc w:val="center"/>
              <w:rPr>
                <w:rFonts w:cs="Times New Roman"/>
              </w:rPr>
            </w:pPr>
            <w:r w:rsidRPr="000B60F7">
              <w:rPr>
                <w:rFonts w:cs="Times New Roman"/>
                <w:sz w:val="18"/>
              </w:rPr>
              <w:t>0.1446</w:t>
            </w:r>
          </w:p>
        </w:tc>
        <w:tc>
          <w:tcPr>
            <w:tcW w:w="936" w:type="dxa"/>
            <w:shd w:val="clear" w:color="auto" w:fill="F6F8FA"/>
            <w:tcMar>
              <w:top w:w="65" w:type="dxa"/>
              <w:left w:w="75" w:type="dxa"/>
              <w:bottom w:w="65" w:type="dxa"/>
              <w:right w:w="75" w:type="dxa"/>
            </w:tcMar>
            <w:vAlign w:val="center"/>
          </w:tcPr>
          <w:p w14:paraId="22F5AD13" w14:textId="77777777" w:rsidR="00A83192" w:rsidRPr="000B60F7" w:rsidRDefault="00000000">
            <w:pPr>
              <w:spacing w:after="0" w:line="240" w:lineRule="auto"/>
              <w:jc w:val="center"/>
              <w:rPr>
                <w:rFonts w:cs="Times New Roman"/>
              </w:rPr>
            </w:pPr>
            <w:r w:rsidRPr="000B60F7">
              <w:rPr>
                <w:rFonts w:cs="Times New Roman"/>
                <w:sz w:val="18"/>
              </w:rPr>
              <w:t>0.1927</w:t>
            </w:r>
          </w:p>
        </w:tc>
      </w:tr>
      <w:tr w:rsidR="00A83192" w:rsidRPr="000B60F7" w14:paraId="6C61A551" w14:textId="77777777">
        <w:trPr>
          <w:cantSplit/>
          <w:jc w:val="center"/>
        </w:trPr>
        <w:tc>
          <w:tcPr>
            <w:tcW w:w="2520" w:type="dxa"/>
            <w:shd w:val="clear" w:color="auto" w:fill="FFFFFF"/>
            <w:tcMar>
              <w:top w:w="65" w:type="dxa"/>
              <w:left w:w="75" w:type="dxa"/>
              <w:bottom w:w="65" w:type="dxa"/>
              <w:right w:w="75" w:type="dxa"/>
            </w:tcMar>
            <w:vAlign w:val="center"/>
          </w:tcPr>
          <w:p w14:paraId="2A42F112" w14:textId="77777777" w:rsidR="00A83192" w:rsidRPr="000B60F7" w:rsidRDefault="00000000">
            <w:pPr>
              <w:spacing w:after="0" w:line="240" w:lineRule="auto"/>
              <w:rPr>
                <w:rFonts w:cs="Times New Roman"/>
              </w:rPr>
            </w:pPr>
            <w:r w:rsidRPr="000B60F7">
              <w:rPr>
                <w:rFonts w:cs="Times New Roman"/>
                <w:sz w:val="18"/>
              </w:rPr>
              <w:t>Gamma, venture, θ free</w:t>
            </w:r>
          </w:p>
        </w:tc>
        <w:tc>
          <w:tcPr>
            <w:tcW w:w="1512" w:type="dxa"/>
            <w:shd w:val="clear" w:color="auto" w:fill="FFFFFF"/>
            <w:tcMar>
              <w:top w:w="65" w:type="dxa"/>
              <w:left w:w="75" w:type="dxa"/>
              <w:bottom w:w="65" w:type="dxa"/>
              <w:right w:w="75" w:type="dxa"/>
            </w:tcMar>
            <w:vAlign w:val="center"/>
          </w:tcPr>
          <w:p w14:paraId="6526F749"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FFFFF"/>
            <w:tcMar>
              <w:top w:w="65" w:type="dxa"/>
              <w:left w:w="75" w:type="dxa"/>
              <w:bottom w:w="65" w:type="dxa"/>
              <w:right w:w="75" w:type="dxa"/>
            </w:tcMar>
            <w:vAlign w:val="center"/>
          </w:tcPr>
          <w:p w14:paraId="22E98AC1" w14:textId="77777777" w:rsidR="00A83192" w:rsidRPr="000B60F7" w:rsidRDefault="00000000">
            <w:pPr>
              <w:spacing w:after="0" w:line="240" w:lineRule="auto"/>
              <w:jc w:val="center"/>
              <w:rPr>
                <w:rFonts w:cs="Times New Roman"/>
              </w:rPr>
            </w:pPr>
            <w:r w:rsidRPr="000B60F7">
              <w:rPr>
                <w:rFonts w:cs="Times New Roman"/>
                <w:sz w:val="18"/>
              </w:rPr>
              <w:t>1–12</w:t>
            </w:r>
          </w:p>
        </w:tc>
        <w:tc>
          <w:tcPr>
            <w:tcW w:w="2664" w:type="dxa"/>
            <w:shd w:val="clear" w:color="auto" w:fill="FFFFFF"/>
            <w:tcMar>
              <w:top w:w="65" w:type="dxa"/>
              <w:left w:w="75" w:type="dxa"/>
              <w:bottom w:w="65" w:type="dxa"/>
              <w:right w:w="75" w:type="dxa"/>
            </w:tcMar>
            <w:vAlign w:val="center"/>
          </w:tcPr>
          <w:p w14:paraId="747CE2C8" w14:textId="77777777" w:rsidR="00A83192" w:rsidRPr="000B60F7" w:rsidRDefault="00000000">
            <w:pPr>
              <w:spacing w:after="0" w:line="240" w:lineRule="auto"/>
              <w:jc w:val="center"/>
              <w:rPr>
                <w:rFonts w:cs="Times New Roman"/>
              </w:rPr>
            </w:pPr>
            <w:r w:rsidRPr="000B60F7">
              <w:rPr>
                <w:rFonts w:cs="Times New Roman"/>
                <w:sz w:val="18"/>
              </w:rPr>
              <w:t>0.609 [0.398, 0.933]</w:t>
            </w:r>
          </w:p>
        </w:tc>
        <w:tc>
          <w:tcPr>
            <w:tcW w:w="864" w:type="dxa"/>
            <w:shd w:val="clear" w:color="auto" w:fill="FFFFFF"/>
            <w:tcMar>
              <w:top w:w="65" w:type="dxa"/>
              <w:left w:w="75" w:type="dxa"/>
              <w:bottom w:w="65" w:type="dxa"/>
              <w:right w:w="75" w:type="dxa"/>
            </w:tcMar>
            <w:vAlign w:val="center"/>
          </w:tcPr>
          <w:p w14:paraId="7614F63C" w14:textId="77777777" w:rsidR="00A83192" w:rsidRPr="000B60F7" w:rsidRDefault="00000000">
            <w:pPr>
              <w:spacing w:after="0" w:line="240" w:lineRule="auto"/>
              <w:jc w:val="center"/>
              <w:rPr>
                <w:rFonts w:cs="Times New Roman"/>
              </w:rPr>
            </w:pPr>
            <w:r w:rsidRPr="000B60F7">
              <w:rPr>
                <w:rFonts w:cs="Times New Roman"/>
                <w:sz w:val="18"/>
              </w:rPr>
              <w:t>0.0228</w:t>
            </w:r>
          </w:p>
        </w:tc>
        <w:tc>
          <w:tcPr>
            <w:tcW w:w="936" w:type="dxa"/>
            <w:shd w:val="clear" w:color="auto" w:fill="FFFFFF"/>
            <w:tcMar>
              <w:top w:w="65" w:type="dxa"/>
              <w:left w:w="75" w:type="dxa"/>
              <w:bottom w:w="65" w:type="dxa"/>
              <w:right w:w="75" w:type="dxa"/>
            </w:tcMar>
            <w:vAlign w:val="center"/>
          </w:tcPr>
          <w:p w14:paraId="1D374513" w14:textId="77777777" w:rsidR="00A83192" w:rsidRPr="000B60F7" w:rsidRDefault="00000000">
            <w:pPr>
              <w:spacing w:after="0" w:line="240" w:lineRule="auto"/>
              <w:jc w:val="center"/>
              <w:rPr>
                <w:rFonts w:cs="Times New Roman"/>
              </w:rPr>
            </w:pPr>
            <w:r w:rsidRPr="000B60F7">
              <w:rPr>
                <w:rFonts w:cs="Times New Roman"/>
                <w:sz w:val="18"/>
              </w:rPr>
              <w:t>0.0304</w:t>
            </w:r>
          </w:p>
        </w:tc>
      </w:tr>
      <w:tr w:rsidR="00A83192" w:rsidRPr="000B60F7" w14:paraId="356DC6C9" w14:textId="77777777">
        <w:trPr>
          <w:cantSplit/>
          <w:jc w:val="center"/>
        </w:trPr>
        <w:tc>
          <w:tcPr>
            <w:tcW w:w="2520" w:type="dxa"/>
            <w:shd w:val="clear" w:color="auto" w:fill="F6F8FA"/>
            <w:tcMar>
              <w:top w:w="65" w:type="dxa"/>
              <w:left w:w="75" w:type="dxa"/>
              <w:bottom w:w="65" w:type="dxa"/>
              <w:right w:w="75" w:type="dxa"/>
            </w:tcMar>
            <w:vAlign w:val="center"/>
          </w:tcPr>
          <w:p w14:paraId="79101633" w14:textId="77777777" w:rsidR="00A83192" w:rsidRPr="000B60F7" w:rsidRDefault="00000000">
            <w:pPr>
              <w:spacing w:after="0" w:line="240" w:lineRule="auto"/>
              <w:rPr>
                <w:rFonts w:cs="Times New Roman"/>
              </w:rPr>
            </w:pPr>
            <w:r w:rsidRPr="000B60F7">
              <w:rPr>
                <w:rFonts w:cs="Times New Roman"/>
                <w:sz w:val="18"/>
              </w:rPr>
              <w:t>Gamma, venture, θ free</w:t>
            </w:r>
          </w:p>
        </w:tc>
        <w:tc>
          <w:tcPr>
            <w:tcW w:w="1512" w:type="dxa"/>
            <w:shd w:val="clear" w:color="auto" w:fill="F6F8FA"/>
            <w:tcMar>
              <w:top w:w="65" w:type="dxa"/>
              <w:left w:w="75" w:type="dxa"/>
              <w:bottom w:w="65" w:type="dxa"/>
              <w:right w:w="75" w:type="dxa"/>
            </w:tcMar>
            <w:vAlign w:val="center"/>
          </w:tcPr>
          <w:p w14:paraId="79309371"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6F8FA"/>
            <w:tcMar>
              <w:top w:w="65" w:type="dxa"/>
              <w:left w:w="75" w:type="dxa"/>
              <w:bottom w:w="65" w:type="dxa"/>
              <w:right w:w="75" w:type="dxa"/>
            </w:tcMar>
            <w:vAlign w:val="center"/>
          </w:tcPr>
          <w:p w14:paraId="57954C10" w14:textId="77777777" w:rsidR="00A83192" w:rsidRPr="000B60F7" w:rsidRDefault="00000000">
            <w:pPr>
              <w:spacing w:after="0" w:line="240" w:lineRule="auto"/>
              <w:jc w:val="center"/>
              <w:rPr>
                <w:rFonts w:cs="Times New Roman"/>
              </w:rPr>
            </w:pPr>
            <w:r w:rsidRPr="000B60F7">
              <w:rPr>
                <w:rFonts w:cs="Times New Roman"/>
                <w:sz w:val="18"/>
              </w:rPr>
              <w:t>13–24</w:t>
            </w:r>
          </w:p>
        </w:tc>
        <w:tc>
          <w:tcPr>
            <w:tcW w:w="2664" w:type="dxa"/>
            <w:shd w:val="clear" w:color="auto" w:fill="F6F8FA"/>
            <w:tcMar>
              <w:top w:w="65" w:type="dxa"/>
              <w:left w:w="75" w:type="dxa"/>
              <w:bottom w:w="65" w:type="dxa"/>
              <w:right w:w="75" w:type="dxa"/>
            </w:tcMar>
            <w:vAlign w:val="center"/>
          </w:tcPr>
          <w:p w14:paraId="1593DEF4" w14:textId="77777777" w:rsidR="00A83192" w:rsidRPr="000B60F7" w:rsidRDefault="00000000">
            <w:pPr>
              <w:spacing w:after="0" w:line="240" w:lineRule="auto"/>
              <w:jc w:val="center"/>
              <w:rPr>
                <w:rFonts w:cs="Times New Roman"/>
              </w:rPr>
            </w:pPr>
            <w:r w:rsidRPr="000B60F7">
              <w:rPr>
                <w:rFonts w:cs="Times New Roman"/>
                <w:sz w:val="18"/>
              </w:rPr>
              <w:t>0.834 [0.571, 1.220]</w:t>
            </w:r>
          </w:p>
        </w:tc>
        <w:tc>
          <w:tcPr>
            <w:tcW w:w="864" w:type="dxa"/>
            <w:shd w:val="clear" w:color="auto" w:fill="F6F8FA"/>
            <w:tcMar>
              <w:top w:w="65" w:type="dxa"/>
              <w:left w:w="75" w:type="dxa"/>
              <w:bottom w:w="65" w:type="dxa"/>
              <w:right w:w="75" w:type="dxa"/>
            </w:tcMar>
            <w:vAlign w:val="center"/>
          </w:tcPr>
          <w:p w14:paraId="64DCE1A6" w14:textId="77777777" w:rsidR="00A83192" w:rsidRPr="000B60F7" w:rsidRDefault="00000000">
            <w:pPr>
              <w:spacing w:after="0" w:line="240" w:lineRule="auto"/>
              <w:jc w:val="center"/>
              <w:rPr>
                <w:rFonts w:cs="Times New Roman"/>
              </w:rPr>
            </w:pPr>
            <w:r w:rsidRPr="000B60F7">
              <w:rPr>
                <w:rFonts w:cs="Times New Roman"/>
                <w:sz w:val="18"/>
              </w:rPr>
              <w:t>0.3497</w:t>
            </w:r>
          </w:p>
        </w:tc>
        <w:tc>
          <w:tcPr>
            <w:tcW w:w="936" w:type="dxa"/>
            <w:shd w:val="clear" w:color="auto" w:fill="F6F8FA"/>
            <w:tcMar>
              <w:top w:w="65" w:type="dxa"/>
              <w:left w:w="75" w:type="dxa"/>
              <w:bottom w:w="65" w:type="dxa"/>
              <w:right w:w="75" w:type="dxa"/>
            </w:tcMar>
            <w:vAlign w:val="center"/>
          </w:tcPr>
          <w:p w14:paraId="08C98130" w14:textId="77777777" w:rsidR="00A83192" w:rsidRPr="000B60F7" w:rsidRDefault="00000000">
            <w:pPr>
              <w:spacing w:after="0" w:line="240" w:lineRule="auto"/>
              <w:jc w:val="center"/>
              <w:rPr>
                <w:rFonts w:cs="Times New Roman"/>
              </w:rPr>
            </w:pPr>
            <w:r w:rsidRPr="000B60F7">
              <w:rPr>
                <w:rFonts w:cs="Times New Roman"/>
                <w:sz w:val="18"/>
              </w:rPr>
              <w:t>0.3497</w:t>
            </w:r>
          </w:p>
        </w:tc>
      </w:tr>
      <w:tr w:rsidR="00A83192" w:rsidRPr="000B60F7" w14:paraId="18C3339B" w14:textId="77777777">
        <w:trPr>
          <w:cantSplit/>
          <w:jc w:val="center"/>
        </w:trPr>
        <w:tc>
          <w:tcPr>
            <w:tcW w:w="2520" w:type="dxa"/>
            <w:shd w:val="clear" w:color="auto" w:fill="FFFFFF"/>
            <w:tcMar>
              <w:top w:w="65" w:type="dxa"/>
              <w:left w:w="75" w:type="dxa"/>
              <w:bottom w:w="65" w:type="dxa"/>
              <w:right w:w="75" w:type="dxa"/>
            </w:tcMar>
            <w:vAlign w:val="center"/>
          </w:tcPr>
          <w:p w14:paraId="4F6FD746" w14:textId="77777777" w:rsidR="00A83192" w:rsidRPr="000B60F7" w:rsidRDefault="00000000">
            <w:pPr>
              <w:spacing w:after="0" w:line="240" w:lineRule="auto"/>
              <w:rPr>
                <w:rFonts w:cs="Times New Roman"/>
              </w:rPr>
            </w:pPr>
            <w:r w:rsidRPr="000B60F7">
              <w:rPr>
                <w:rFonts w:cs="Times New Roman"/>
                <w:sz w:val="18"/>
              </w:rPr>
              <w:t>Gamma, venture, θ free</w:t>
            </w:r>
          </w:p>
        </w:tc>
        <w:tc>
          <w:tcPr>
            <w:tcW w:w="1512" w:type="dxa"/>
            <w:shd w:val="clear" w:color="auto" w:fill="FFFFFF"/>
            <w:tcMar>
              <w:top w:w="65" w:type="dxa"/>
              <w:left w:w="75" w:type="dxa"/>
              <w:bottom w:w="65" w:type="dxa"/>
              <w:right w:w="75" w:type="dxa"/>
            </w:tcMar>
            <w:vAlign w:val="center"/>
          </w:tcPr>
          <w:p w14:paraId="10A2727F"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FFFFF"/>
            <w:tcMar>
              <w:top w:w="65" w:type="dxa"/>
              <w:left w:w="75" w:type="dxa"/>
              <w:bottom w:w="65" w:type="dxa"/>
              <w:right w:w="75" w:type="dxa"/>
            </w:tcMar>
            <w:vAlign w:val="center"/>
          </w:tcPr>
          <w:p w14:paraId="430F325A" w14:textId="77777777" w:rsidR="00A83192" w:rsidRPr="000B60F7" w:rsidRDefault="00000000">
            <w:pPr>
              <w:spacing w:after="0" w:line="240" w:lineRule="auto"/>
              <w:jc w:val="center"/>
              <w:rPr>
                <w:rFonts w:cs="Times New Roman"/>
              </w:rPr>
            </w:pPr>
            <w:r w:rsidRPr="000B60F7">
              <w:rPr>
                <w:rFonts w:cs="Times New Roman"/>
                <w:sz w:val="18"/>
              </w:rPr>
              <w:t>25–36</w:t>
            </w:r>
          </w:p>
        </w:tc>
        <w:tc>
          <w:tcPr>
            <w:tcW w:w="2664" w:type="dxa"/>
            <w:shd w:val="clear" w:color="auto" w:fill="FFFFFF"/>
            <w:tcMar>
              <w:top w:w="65" w:type="dxa"/>
              <w:left w:w="75" w:type="dxa"/>
              <w:bottom w:w="65" w:type="dxa"/>
              <w:right w:w="75" w:type="dxa"/>
            </w:tcMar>
            <w:vAlign w:val="center"/>
          </w:tcPr>
          <w:p w14:paraId="390B73B9" w14:textId="77777777" w:rsidR="00A83192" w:rsidRPr="000B60F7" w:rsidRDefault="00000000">
            <w:pPr>
              <w:spacing w:after="0" w:line="240" w:lineRule="auto"/>
              <w:jc w:val="center"/>
              <w:rPr>
                <w:rFonts w:cs="Times New Roman"/>
              </w:rPr>
            </w:pPr>
            <w:r w:rsidRPr="000B60F7">
              <w:rPr>
                <w:rFonts w:cs="Times New Roman"/>
                <w:sz w:val="18"/>
              </w:rPr>
              <w:t>1.786 [1.186, 2.689]</w:t>
            </w:r>
          </w:p>
        </w:tc>
        <w:tc>
          <w:tcPr>
            <w:tcW w:w="864" w:type="dxa"/>
            <w:shd w:val="clear" w:color="auto" w:fill="FFFFFF"/>
            <w:tcMar>
              <w:top w:w="65" w:type="dxa"/>
              <w:left w:w="75" w:type="dxa"/>
              <w:bottom w:w="65" w:type="dxa"/>
              <w:right w:w="75" w:type="dxa"/>
            </w:tcMar>
            <w:vAlign w:val="center"/>
          </w:tcPr>
          <w:p w14:paraId="07634F8F" w14:textId="77777777" w:rsidR="00A83192" w:rsidRPr="000B60F7" w:rsidRDefault="00000000">
            <w:pPr>
              <w:spacing w:after="0" w:line="240" w:lineRule="auto"/>
              <w:jc w:val="center"/>
              <w:rPr>
                <w:rFonts w:cs="Times New Roman"/>
              </w:rPr>
            </w:pPr>
            <w:r w:rsidRPr="000B60F7">
              <w:rPr>
                <w:rFonts w:cs="Times New Roman"/>
                <w:sz w:val="18"/>
              </w:rPr>
              <w:t>0.0056</w:t>
            </w:r>
          </w:p>
        </w:tc>
        <w:tc>
          <w:tcPr>
            <w:tcW w:w="936" w:type="dxa"/>
            <w:shd w:val="clear" w:color="auto" w:fill="FFFFFF"/>
            <w:tcMar>
              <w:top w:w="65" w:type="dxa"/>
              <w:left w:w="75" w:type="dxa"/>
              <w:bottom w:w="65" w:type="dxa"/>
              <w:right w:w="75" w:type="dxa"/>
            </w:tcMar>
            <w:vAlign w:val="center"/>
          </w:tcPr>
          <w:p w14:paraId="07EFE224" w14:textId="77777777" w:rsidR="00A83192" w:rsidRPr="000B60F7" w:rsidRDefault="00000000">
            <w:pPr>
              <w:spacing w:after="0" w:line="240" w:lineRule="auto"/>
              <w:jc w:val="center"/>
              <w:rPr>
                <w:rFonts w:cs="Times New Roman"/>
              </w:rPr>
            </w:pPr>
            <w:r w:rsidRPr="000B60F7">
              <w:rPr>
                <w:rFonts w:cs="Times New Roman"/>
                <w:sz w:val="18"/>
              </w:rPr>
              <w:t>0.0144</w:t>
            </w:r>
          </w:p>
        </w:tc>
      </w:tr>
      <w:tr w:rsidR="00A83192" w:rsidRPr="000B60F7" w14:paraId="3E6899FB" w14:textId="77777777">
        <w:trPr>
          <w:cantSplit/>
          <w:jc w:val="center"/>
        </w:trPr>
        <w:tc>
          <w:tcPr>
            <w:tcW w:w="2520" w:type="dxa"/>
            <w:shd w:val="clear" w:color="auto" w:fill="F6F8FA"/>
            <w:tcMar>
              <w:top w:w="65" w:type="dxa"/>
              <w:left w:w="75" w:type="dxa"/>
              <w:bottom w:w="65" w:type="dxa"/>
              <w:right w:w="75" w:type="dxa"/>
            </w:tcMar>
            <w:vAlign w:val="center"/>
          </w:tcPr>
          <w:p w14:paraId="139F8173" w14:textId="77777777" w:rsidR="00A83192" w:rsidRPr="000B60F7" w:rsidRDefault="00000000">
            <w:pPr>
              <w:spacing w:after="0" w:line="240" w:lineRule="auto"/>
              <w:rPr>
                <w:rFonts w:cs="Times New Roman"/>
              </w:rPr>
            </w:pPr>
            <w:r w:rsidRPr="000B60F7">
              <w:rPr>
                <w:rFonts w:cs="Times New Roman"/>
                <w:sz w:val="18"/>
              </w:rPr>
              <w:t>Gamma, venture, θ free</w:t>
            </w:r>
          </w:p>
        </w:tc>
        <w:tc>
          <w:tcPr>
            <w:tcW w:w="1512" w:type="dxa"/>
            <w:shd w:val="clear" w:color="auto" w:fill="F6F8FA"/>
            <w:tcMar>
              <w:top w:w="65" w:type="dxa"/>
              <w:left w:w="75" w:type="dxa"/>
              <w:bottom w:w="65" w:type="dxa"/>
              <w:right w:w="75" w:type="dxa"/>
            </w:tcMar>
            <w:vAlign w:val="center"/>
          </w:tcPr>
          <w:p w14:paraId="6935DED5"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6F8FA"/>
            <w:tcMar>
              <w:top w:w="65" w:type="dxa"/>
              <w:left w:w="75" w:type="dxa"/>
              <w:bottom w:w="65" w:type="dxa"/>
              <w:right w:w="75" w:type="dxa"/>
            </w:tcMar>
            <w:vAlign w:val="center"/>
          </w:tcPr>
          <w:p w14:paraId="52B28B36" w14:textId="77777777" w:rsidR="00A83192" w:rsidRPr="000B60F7" w:rsidRDefault="00000000">
            <w:pPr>
              <w:spacing w:after="0" w:line="240" w:lineRule="auto"/>
              <w:jc w:val="center"/>
              <w:rPr>
                <w:rFonts w:cs="Times New Roman"/>
              </w:rPr>
            </w:pPr>
            <w:r w:rsidRPr="000B60F7">
              <w:rPr>
                <w:rFonts w:cs="Times New Roman"/>
                <w:sz w:val="18"/>
              </w:rPr>
              <w:t>37–60</w:t>
            </w:r>
          </w:p>
        </w:tc>
        <w:tc>
          <w:tcPr>
            <w:tcW w:w="2664" w:type="dxa"/>
            <w:shd w:val="clear" w:color="auto" w:fill="F6F8FA"/>
            <w:tcMar>
              <w:top w:w="65" w:type="dxa"/>
              <w:left w:w="75" w:type="dxa"/>
              <w:bottom w:w="65" w:type="dxa"/>
              <w:right w:w="75" w:type="dxa"/>
            </w:tcMar>
            <w:vAlign w:val="center"/>
          </w:tcPr>
          <w:p w14:paraId="26937DCC" w14:textId="77777777" w:rsidR="00A83192" w:rsidRPr="000B60F7" w:rsidRDefault="00000000">
            <w:pPr>
              <w:spacing w:after="0" w:line="240" w:lineRule="auto"/>
              <w:jc w:val="center"/>
              <w:rPr>
                <w:rFonts w:cs="Times New Roman"/>
              </w:rPr>
            </w:pPr>
            <w:r w:rsidRPr="000B60F7">
              <w:rPr>
                <w:rFonts w:cs="Times New Roman"/>
                <w:sz w:val="18"/>
              </w:rPr>
              <w:t>2.581 [1.294, 5.150]</w:t>
            </w:r>
          </w:p>
        </w:tc>
        <w:tc>
          <w:tcPr>
            <w:tcW w:w="864" w:type="dxa"/>
            <w:shd w:val="clear" w:color="auto" w:fill="F6F8FA"/>
            <w:tcMar>
              <w:top w:w="65" w:type="dxa"/>
              <w:left w:w="75" w:type="dxa"/>
              <w:bottom w:w="65" w:type="dxa"/>
              <w:right w:w="75" w:type="dxa"/>
            </w:tcMar>
            <w:vAlign w:val="center"/>
          </w:tcPr>
          <w:p w14:paraId="034DB329" w14:textId="77777777" w:rsidR="00A83192" w:rsidRPr="000B60F7" w:rsidRDefault="00000000">
            <w:pPr>
              <w:spacing w:after="0" w:line="240" w:lineRule="auto"/>
              <w:jc w:val="center"/>
              <w:rPr>
                <w:rFonts w:cs="Times New Roman"/>
              </w:rPr>
            </w:pPr>
            <w:r w:rsidRPr="000B60F7">
              <w:rPr>
                <w:rFonts w:cs="Times New Roman"/>
                <w:sz w:val="18"/>
              </w:rPr>
              <w:t>0.0072</w:t>
            </w:r>
          </w:p>
        </w:tc>
        <w:tc>
          <w:tcPr>
            <w:tcW w:w="936" w:type="dxa"/>
            <w:shd w:val="clear" w:color="auto" w:fill="F6F8FA"/>
            <w:tcMar>
              <w:top w:w="65" w:type="dxa"/>
              <w:left w:w="75" w:type="dxa"/>
              <w:bottom w:w="65" w:type="dxa"/>
              <w:right w:w="75" w:type="dxa"/>
            </w:tcMar>
            <w:vAlign w:val="center"/>
          </w:tcPr>
          <w:p w14:paraId="56DEDA46" w14:textId="77777777" w:rsidR="00A83192" w:rsidRPr="000B60F7" w:rsidRDefault="00000000">
            <w:pPr>
              <w:spacing w:after="0" w:line="240" w:lineRule="auto"/>
              <w:jc w:val="center"/>
              <w:rPr>
                <w:rFonts w:cs="Times New Roman"/>
              </w:rPr>
            </w:pPr>
            <w:r w:rsidRPr="000B60F7">
              <w:rPr>
                <w:rFonts w:cs="Times New Roman"/>
                <w:sz w:val="18"/>
              </w:rPr>
              <w:t>0.0144</w:t>
            </w:r>
          </w:p>
        </w:tc>
      </w:tr>
      <w:tr w:rsidR="00A83192" w:rsidRPr="000B60F7" w14:paraId="66E9CC56" w14:textId="77777777">
        <w:trPr>
          <w:cantSplit/>
          <w:jc w:val="center"/>
        </w:trPr>
        <w:tc>
          <w:tcPr>
            <w:tcW w:w="2520" w:type="dxa"/>
            <w:shd w:val="clear" w:color="auto" w:fill="FFFFFF"/>
            <w:tcMar>
              <w:top w:w="65" w:type="dxa"/>
              <w:left w:w="75" w:type="dxa"/>
              <w:bottom w:w="65" w:type="dxa"/>
              <w:right w:w="75" w:type="dxa"/>
            </w:tcMar>
            <w:vAlign w:val="center"/>
          </w:tcPr>
          <w:p w14:paraId="4DE807E7" w14:textId="77777777" w:rsidR="00A83192" w:rsidRPr="000B60F7" w:rsidRDefault="00000000">
            <w:pPr>
              <w:spacing w:after="0" w:line="240" w:lineRule="auto"/>
              <w:rPr>
                <w:rFonts w:cs="Times New Roman"/>
              </w:rPr>
            </w:pPr>
            <w:r w:rsidRPr="000B60F7">
              <w:rPr>
                <w:rFonts w:cs="Times New Roman"/>
                <w:sz w:val="18"/>
              </w:rPr>
              <w:t>Gamma, shared by carrier, θ free</w:t>
            </w:r>
          </w:p>
        </w:tc>
        <w:tc>
          <w:tcPr>
            <w:tcW w:w="1512" w:type="dxa"/>
            <w:shd w:val="clear" w:color="auto" w:fill="FFFFFF"/>
            <w:tcMar>
              <w:top w:w="65" w:type="dxa"/>
              <w:left w:w="75" w:type="dxa"/>
              <w:bottom w:w="65" w:type="dxa"/>
              <w:right w:w="75" w:type="dxa"/>
            </w:tcMar>
            <w:vAlign w:val="center"/>
          </w:tcPr>
          <w:p w14:paraId="5983FAF7"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FFFFF"/>
            <w:tcMar>
              <w:top w:w="65" w:type="dxa"/>
              <w:left w:w="75" w:type="dxa"/>
              <w:bottom w:w="65" w:type="dxa"/>
              <w:right w:w="75" w:type="dxa"/>
            </w:tcMar>
            <w:vAlign w:val="center"/>
          </w:tcPr>
          <w:p w14:paraId="373FAB99" w14:textId="77777777" w:rsidR="00A83192" w:rsidRPr="000B60F7" w:rsidRDefault="00000000">
            <w:pPr>
              <w:spacing w:after="0" w:line="240" w:lineRule="auto"/>
              <w:jc w:val="center"/>
              <w:rPr>
                <w:rFonts w:cs="Times New Roman"/>
              </w:rPr>
            </w:pPr>
            <w:r w:rsidRPr="000B60F7">
              <w:rPr>
                <w:rFonts w:cs="Times New Roman"/>
                <w:sz w:val="18"/>
              </w:rPr>
              <w:t>1–12</w:t>
            </w:r>
          </w:p>
        </w:tc>
        <w:tc>
          <w:tcPr>
            <w:tcW w:w="2664" w:type="dxa"/>
            <w:shd w:val="clear" w:color="auto" w:fill="FFFFFF"/>
            <w:tcMar>
              <w:top w:w="65" w:type="dxa"/>
              <w:left w:w="75" w:type="dxa"/>
              <w:bottom w:w="65" w:type="dxa"/>
              <w:right w:w="75" w:type="dxa"/>
            </w:tcMar>
            <w:vAlign w:val="center"/>
          </w:tcPr>
          <w:p w14:paraId="20A6EC91" w14:textId="77777777" w:rsidR="00A83192" w:rsidRPr="000B60F7" w:rsidRDefault="00000000">
            <w:pPr>
              <w:spacing w:after="0" w:line="240" w:lineRule="auto"/>
              <w:jc w:val="center"/>
              <w:rPr>
                <w:rFonts w:cs="Times New Roman"/>
              </w:rPr>
            </w:pPr>
            <w:r w:rsidRPr="000B60F7">
              <w:rPr>
                <w:rFonts w:cs="Times New Roman"/>
                <w:sz w:val="18"/>
              </w:rPr>
              <w:t>0.815 [0.635, 1.046]</w:t>
            </w:r>
          </w:p>
        </w:tc>
        <w:tc>
          <w:tcPr>
            <w:tcW w:w="864" w:type="dxa"/>
            <w:shd w:val="clear" w:color="auto" w:fill="FFFFFF"/>
            <w:tcMar>
              <w:top w:w="65" w:type="dxa"/>
              <w:left w:w="75" w:type="dxa"/>
              <w:bottom w:w="65" w:type="dxa"/>
              <w:right w:w="75" w:type="dxa"/>
            </w:tcMar>
            <w:vAlign w:val="center"/>
          </w:tcPr>
          <w:p w14:paraId="3ECE444D" w14:textId="77777777" w:rsidR="00A83192" w:rsidRPr="000B60F7" w:rsidRDefault="00000000">
            <w:pPr>
              <w:spacing w:after="0" w:line="240" w:lineRule="auto"/>
              <w:jc w:val="center"/>
              <w:rPr>
                <w:rFonts w:cs="Times New Roman"/>
              </w:rPr>
            </w:pPr>
            <w:r w:rsidRPr="000B60F7">
              <w:rPr>
                <w:rFonts w:cs="Times New Roman"/>
                <w:sz w:val="18"/>
              </w:rPr>
              <w:t>0.1078</w:t>
            </w:r>
          </w:p>
        </w:tc>
        <w:tc>
          <w:tcPr>
            <w:tcW w:w="936" w:type="dxa"/>
            <w:shd w:val="clear" w:color="auto" w:fill="FFFFFF"/>
            <w:tcMar>
              <w:top w:w="65" w:type="dxa"/>
              <w:left w:w="75" w:type="dxa"/>
              <w:bottom w:w="65" w:type="dxa"/>
              <w:right w:w="75" w:type="dxa"/>
            </w:tcMar>
            <w:vAlign w:val="center"/>
          </w:tcPr>
          <w:p w14:paraId="0A1F1EB5" w14:textId="77777777" w:rsidR="00A83192" w:rsidRPr="000B60F7" w:rsidRDefault="00000000">
            <w:pPr>
              <w:spacing w:after="0" w:line="240" w:lineRule="auto"/>
              <w:jc w:val="center"/>
              <w:rPr>
                <w:rFonts w:cs="Times New Roman"/>
              </w:rPr>
            </w:pPr>
            <w:r w:rsidRPr="000B60F7">
              <w:rPr>
                <w:rFonts w:cs="Times New Roman"/>
                <w:sz w:val="18"/>
              </w:rPr>
              <w:t>0.1438</w:t>
            </w:r>
          </w:p>
        </w:tc>
      </w:tr>
      <w:tr w:rsidR="00A83192" w:rsidRPr="000B60F7" w14:paraId="4062D3A3" w14:textId="77777777">
        <w:trPr>
          <w:cantSplit/>
          <w:jc w:val="center"/>
        </w:trPr>
        <w:tc>
          <w:tcPr>
            <w:tcW w:w="2520" w:type="dxa"/>
            <w:shd w:val="clear" w:color="auto" w:fill="F6F8FA"/>
            <w:tcMar>
              <w:top w:w="65" w:type="dxa"/>
              <w:left w:w="75" w:type="dxa"/>
              <w:bottom w:w="65" w:type="dxa"/>
              <w:right w:w="75" w:type="dxa"/>
            </w:tcMar>
            <w:vAlign w:val="center"/>
          </w:tcPr>
          <w:p w14:paraId="3250DD21" w14:textId="77777777" w:rsidR="00A83192" w:rsidRPr="000B60F7" w:rsidRDefault="00000000">
            <w:pPr>
              <w:spacing w:after="0" w:line="240" w:lineRule="auto"/>
              <w:rPr>
                <w:rFonts w:cs="Times New Roman"/>
              </w:rPr>
            </w:pPr>
            <w:r w:rsidRPr="000B60F7">
              <w:rPr>
                <w:rFonts w:cs="Times New Roman"/>
                <w:sz w:val="18"/>
              </w:rPr>
              <w:t>Gamma, shared by carrier, θ free</w:t>
            </w:r>
          </w:p>
        </w:tc>
        <w:tc>
          <w:tcPr>
            <w:tcW w:w="1512" w:type="dxa"/>
            <w:shd w:val="clear" w:color="auto" w:fill="F6F8FA"/>
            <w:tcMar>
              <w:top w:w="65" w:type="dxa"/>
              <w:left w:w="75" w:type="dxa"/>
              <w:bottom w:w="65" w:type="dxa"/>
              <w:right w:w="75" w:type="dxa"/>
            </w:tcMar>
            <w:vAlign w:val="center"/>
          </w:tcPr>
          <w:p w14:paraId="63400551"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6F8FA"/>
            <w:tcMar>
              <w:top w:w="65" w:type="dxa"/>
              <w:left w:w="75" w:type="dxa"/>
              <w:bottom w:w="65" w:type="dxa"/>
              <w:right w:w="75" w:type="dxa"/>
            </w:tcMar>
            <w:vAlign w:val="center"/>
          </w:tcPr>
          <w:p w14:paraId="2A18D576" w14:textId="77777777" w:rsidR="00A83192" w:rsidRPr="000B60F7" w:rsidRDefault="00000000">
            <w:pPr>
              <w:spacing w:after="0" w:line="240" w:lineRule="auto"/>
              <w:jc w:val="center"/>
              <w:rPr>
                <w:rFonts w:cs="Times New Roman"/>
              </w:rPr>
            </w:pPr>
            <w:r w:rsidRPr="000B60F7">
              <w:rPr>
                <w:rFonts w:cs="Times New Roman"/>
                <w:sz w:val="18"/>
              </w:rPr>
              <w:t>13–24</w:t>
            </w:r>
          </w:p>
        </w:tc>
        <w:tc>
          <w:tcPr>
            <w:tcW w:w="2664" w:type="dxa"/>
            <w:shd w:val="clear" w:color="auto" w:fill="F6F8FA"/>
            <w:tcMar>
              <w:top w:w="65" w:type="dxa"/>
              <w:left w:w="75" w:type="dxa"/>
              <w:bottom w:w="65" w:type="dxa"/>
              <w:right w:w="75" w:type="dxa"/>
            </w:tcMar>
            <w:vAlign w:val="center"/>
          </w:tcPr>
          <w:p w14:paraId="15C1CBF6" w14:textId="77777777" w:rsidR="00A83192" w:rsidRPr="000B60F7" w:rsidRDefault="00000000">
            <w:pPr>
              <w:spacing w:after="0" w:line="240" w:lineRule="auto"/>
              <w:jc w:val="center"/>
              <w:rPr>
                <w:rFonts w:cs="Times New Roman"/>
              </w:rPr>
            </w:pPr>
            <w:r w:rsidRPr="000B60F7">
              <w:rPr>
                <w:rFonts w:cs="Times New Roman"/>
                <w:sz w:val="18"/>
              </w:rPr>
              <w:t>1.000 [0.807, 1.240]</w:t>
            </w:r>
          </w:p>
        </w:tc>
        <w:tc>
          <w:tcPr>
            <w:tcW w:w="864" w:type="dxa"/>
            <w:shd w:val="clear" w:color="auto" w:fill="F6F8FA"/>
            <w:tcMar>
              <w:top w:w="65" w:type="dxa"/>
              <w:left w:w="75" w:type="dxa"/>
              <w:bottom w:w="65" w:type="dxa"/>
              <w:right w:w="75" w:type="dxa"/>
            </w:tcMar>
            <w:vAlign w:val="center"/>
          </w:tcPr>
          <w:p w14:paraId="46BA69C5" w14:textId="77777777" w:rsidR="00A83192" w:rsidRPr="000B60F7" w:rsidRDefault="00000000">
            <w:pPr>
              <w:spacing w:after="0" w:line="240" w:lineRule="auto"/>
              <w:jc w:val="center"/>
              <w:rPr>
                <w:rFonts w:cs="Times New Roman"/>
              </w:rPr>
            </w:pPr>
            <w:r w:rsidRPr="000B60F7">
              <w:rPr>
                <w:rFonts w:cs="Times New Roman"/>
                <w:sz w:val="18"/>
              </w:rPr>
              <w:t>0.9975</w:t>
            </w:r>
          </w:p>
        </w:tc>
        <w:tc>
          <w:tcPr>
            <w:tcW w:w="936" w:type="dxa"/>
            <w:shd w:val="clear" w:color="auto" w:fill="F6F8FA"/>
            <w:tcMar>
              <w:top w:w="65" w:type="dxa"/>
              <w:left w:w="75" w:type="dxa"/>
              <w:bottom w:w="65" w:type="dxa"/>
              <w:right w:w="75" w:type="dxa"/>
            </w:tcMar>
            <w:vAlign w:val="center"/>
          </w:tcPr>
          <w:p w14:paraId="78787664" w14:textId="77777777" w:rsidR="00A83192" w:rsidRPr="000B60F7" w:rsidRDefault="00000000">
            <w:pPr>
              <w:spacing w:after="0" w:line="240" w:lineRule="auto"/>
              <w:jc w:val="center"/>
              <w:rPr>
                <w:rFonts w:cs="Times New Roman"/>
              </w:rPr>
            </w:pPr>
            <w:r w:rsidRPr="000B60F7">
              <w:rPr>
                <w:rFonts w:cs="Times New Roman"/>
                <w:sz w:val="18"/>
              </w:rPr>
              <w:t>0.9975</w:t>
            </w:r>
          </w:p>
        </w:tc>
      </w:tr>
      <w:tr w:rsidR="00A83192" w:rsidRPr="000B60F7" w14:paraId="343AFDFF" w14:textId="77777777">
        <w:trPr>
          <w:cantSplit/>
          <w:jc w:val="center"/>
        </w:trPr>
        <w:tc>
          <w:tcPr>
            <w:tcW w:w="2520" w:type="dxa"/>
            <w:shd w:val="clear" w:color="auto" w:fill="FFFFFF"/>
            <w:tcMar>
              <w:top w:w="65" w:type="dxa"/>
              <w:left w:w="75" w:type="dxa"/>
              <w:bottom w:w="65" w:type="dxa"/>
              <w:right w:w="75" w:type="dxa"/>
            </w:tcMar>
            <w:vAlign w:val="center"/>
          </w:tcPr>
          <w:p w14:paraId="2A5DF10D" w14:textId="77777777" w:rsidR="00A83192" w:rsidRPr="000B60F7" w:rsidRDefault="00000000">
            <w:pPr>
              <w:spacing w:after="0" w:line="240" w:lineRule="auto"/>
              <w:rPr>
                <w:rFonts w:cs="Times New Roman"/>
              </w:rPr>
            </w:pPr>
            <w:r w:rsidRPr="000B60F7">
              <w:rPr>
                <w:rFonts w:cs="Times New Roman"/>
                <w:sz w:val="18"/>
              </w:rPr>
              <w:t>Gamma, shared by carrier, θ free</w:t>
            </w:r>
          </w:p>
        </w:tc>
        <w:tc>
          <w:tcPr>
            <w:tcW w:w="1512" w:type="dxa"/>
            <w:shd w:val="clear" w:color="auto" w:fill="FFFFFF"/>
            <w:tcMar>
              <w:top w:w="65" w:type="dxa"/>
              <w:left w:w="75" w:type="dxa"/>
              <w:bottom w:w="65" w:type="dxa"/>
              <w:right w:w="75" w:type="dxa"/>
            </w:tcMar>
            <w:vAlign w:val="center"/>
          </w:tcPr>
          <w:p w14:paraId="70F55B95"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FFFFF"/>
            <w:tcMar>
              <w:top w:w="65" w:type="dxa"/>
              <w:left w:w="75" w:type="dxa"/>
              <w:bottom w:w="65" w:type="dxa"/>
              <w:right w:w="75" w:type="dxa"/>
            </w:tcMar>
            <w:vAlign w:val="center"/>
          </w:tcPr>
          <w:p w14:paraId="0FC7577F" w14:textId="77777777" w:rsidR="00A83192" w:rsidRPr="000B60F7" w:rsidRDefault="00000000">
            <w:pPr>
              <w:spacing w:after="0" w:line="240" w:lineRule="auto"/>
              <w:jc w:val="center"/>
              <w:rPr>
                <w:rFonts w:cs="Times New Roman"/>
              </w:rPr>
            </w:pPr>
            <w:r w:rsidRPr="000B60F7">
              <w:rPr>
                <w:rFonts w:cs="Times New Roman"/>
                <w:sz w:val="18"/>
              </w:rPr>
              <w:t>25–36</w:t>
            </w:r>
          </w:p>
        </w:tc>
        <w:tc>
          <w:tcPr>
            <w:tcW w:w="2664" w:type="dxa"/>
            <w:shd w:val="clear" w:color="auto" w:fill="FFFFFF"/>
            <w:tcMar>
              <w:top w:w="65" w:type="dxa"/>
              <w:left w:w="75" w:type="dxa"/>
              <w:bottom w:w="65" w:type="dxa"/>
              <w:right w:w="75" w:type="dxa"/>
            </w:tcMar>
            <w:vAlign w:val="center"/>
          </w:tcPr>
          <w:p w14:paraId="6D745A0F" w14:textId="77777777" w:rsidR="00A83192" w:rsidRPr="000B60F7" w:rsidRDefault="00000000">
            <w:pPr>
              <w:spacing w:after="0" w:line="240" w:lineRule="auto"/>
              <w:jc w:val="center"/>
              <w:rPr>
                <w:rFonts w:cs="Times New Roman"/>
              </w:rPr>
            </w:pPr>
            <w:r w:rsidRPr="000B60F7">
              <w:rPr>
                <w:rFonts w:cs="Times New Roman"/>
                <w:sz w:val="18"/>
              </w:rPr>
              <w:t>1.549 [1.209, 1.985]</w:t>
            </w:r>
          </w:p>
        </w:tc>
        <w:tc>
          <w:tcPr>
            <w:tcW w:w="864" w:type="dxa"/>
            <w:shd w:val="clear" w:color="auto" w:fill="FFFFFF"/>
            <w:tcMar>
              <w:top w:w="65" w:type="dxa"/>
              <w:left w:w="75" w:type="dxa"/>
              <w:bottom w:w="65" w:type="dxa"/>
              <w:right w:w="75" w:type="dxa"/>
            </w:tcMar>
            <w:vAlign w:val="center"/>
          </w:tcPr>
          <w:p w14:paraId="23AFD0C3" w14:textId="77777777" w:rsidR="00A83192" w:rsidRPr="000B60F7" w:rsidRDefault="00000000">
            <w:pPr>
              <w:spacing w:after="0" w:line="240" w:lineRule="auto"/>
              <w:jc w:val="center"/>
              <w:rPr>
                <w:rFonts w:cs="Times New Roman"/>
              </w:rPr>
            </w:pPr>
            <w:r w:rsidRPr="000B60F7">
              <w:rPr>
                <w:rFonts w:cs="Times New Roman"/>
                <w:sz w:val="18"/>
              </w:rPr>
              <w:t>0.0006</w:t>
            </w:r>
          </w:p>
        </w:tc>
        <w:tc>
          <w:tcPr>
            <w:tcW w:w="936" w:type="dxa"/>
            <w:shd w:val="clear" w:color="auto" w:fill="FFFFFF"/>
            <w:tcMar>
              <w:top w:w="65" w:type="dxa"/>
              <w:left w:w="75" w:type="dxa"/>
              <w:bottom w:w="65" w:type="dxa"/>
              <w:right w:w="75" w:type="dxa"/>
            </w:tcMar>
            <w:vAlign w:val="center"/>
          </w:tcPr>
          <w:p w14:paraId="2AE87E1E" w14:textId="77777777" w:rsidR="00A83192" w:rsidRPr="000B60F7" w:rsidRDefault="00000000">
            <w:pPr>
              <w:spacing w:after="0" w:line="240" w:lineRule="auto"/>
              <w:jc w:val="center"/>
              <w:rPr>
                <w:rFonts w:cs="Times New Roman"/>
              </w:rPr>
            </w:pPr>
            <w:r w:rsidRPr="000B60F7">
              <w:rPr>
                <w:rFonts w:cs="Times New Roman"/>
                <w:sz w:val="18"/>
              </w:rPr>
              <w:t>0.0011</w:t>
            </w:r>
          </w:p>
        </w:tc>
      </w:tr>
      <w:tr w:rsidR="00A83192" w:rsidRPr="000B60F7" w14:paraId="6303D683" w14:textId="77777777">
        <w:trPr>
          <w:cantSplit/>
          <w:jc w:val="center"/>
        </w:trPr>
        <w:tc>
          <w:tcPr>
            <w:tcW w:w="2520" w:type="dxa"/>
            <w:shd w:val="clear" w:color="auto" w:fill="F6F8FA"/>
            <w:tcMar>
              <w:top w:w="65" w:type="dxa"/>
              <w:left w:w="75" w:type="dxa"/>
              <w:bottom w:w="65" w:type="dxa"/>
              <w:right w:w="75" w:type="dxa"/>
            </w:tcMar>
            <w:vAlign w:val="center"/>
          </w:tcPr>
          <w:p w14:paraId="562EE2D9" w14:textId="77777777" w:rsidR="00A83192" w:rsidRPr="000B60F7" w:rsidRDefault="00000000">
            <w:pPr>
              <w:spacing w:after="0" w:line="240" w:lineRule="auto"/>
              <w:rPr>
                <w:rFonts w:cs="Times New Roman"/>
              </w:rPr>
            </w:pPr>
            <w:r w:rsidRPr="000B60F7">
              <w:rPr>
                <w:rFonts w:cs="Times New Roman"/>
                <w:sz w:val="18"/>
              </w:rPr>
              <w:t>Gamma, shared by carrier, θ free</w:t>
            </w:r>
          </w:p>
        </w:tc>
        <w:tc>
          <w:tcPr>
            <w:tcW w:w="1512" w:type="dxa"/>
            <w:shd w:val="clear" w:color="auto" w:fill="F6F8FA"/>
            <w:tcMar>
              <w:top w:w="65" w:type="dxa"/>
              <w:left w:w="75" w:type="dxa"/>
              <w:bottom w:w="65" w:type="dxa"/>
              <w:right w:w="75" w:type="dxa"/>
            </w:tcMar>
            <w:vAlign w:val="center"/>
          </w:tcPr>
          <w:p w14:paraId="5FC1760C"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6F8FA"/>
            <w:tcMar>
              <w:top w:w="65" w:type="dxa"/>
              <w:left w:w="75" w:type="dxa"/>
              <w:bottom w:w="65" w:type="dxa"/>
              <w:right w:w="75" w:type="dxa"/>
            </w:tcMar>
            <w:vAlign w:val="center"/>
          </w:tcPr>
          <w:p w14:paraId="1BDA94AF" w14:textId="77777777" w:rsidR="00A83192" w:rsidRPr="000B60F7" w:rsidRDefault="00000000">
            <w:pPr>
              <w:spacing w:after="0" w:line="240" w:lineRule="auto"/>
              <w:jc w:val="center"/>
              <w:rPr>
                <w:rFonts w:cs="Times New Roman"/>
              </w:rPr>
            </w:pPr>
            <w:r w:rsidRPr="000B60F7">
              <w:rPr>
                <w:rFonts w:cs="Times New Roman"/>
                <w:sz w:val="18"/>
              </w:rPr>
              <w:t>37–60</w:t>
            </w:r>
          </w:p>
        </w:tc>
        <w:tc>
          <w:tcPr>
            <w:tcW w:w="2664" w:type="dxa"/>
            <w:shd w:val="clear" w:color="auto" w:fill="F6F8FA"/>
            <w:tcMar>
              <w:top w:w="65" w:type="dxa"/>
              <w:left w:w="75" w:type="dxa"/>
              <w:bottom w:w="65" w:type="dxa"/>
              <w:right w:w="75" w:type="dxa"/>
            </w:tcMar>
            <w:vAlign w:val="center"/>
          </w:tcPr>
          <w:p w14:paraId="2B86CDC0" w14:textId="77777777" w:rsidR="00A83192" w:rsidRPr="000B60F7" w:rsidRDefault="00000000">
            <w:pPr>
              <w:spacing w:after="0" w:line="240" w:lineRule="auto"/>
              <w:jc w:val="center"/>
              <w:rPr>
                <w:rFonts w:cs="Times New Roman"/>
              </w:rPr>
            </w:pPr>
            <w:r w:rsidRPr="000B60F7">
              <w:rPr>
                <w:rFonts w:cs="Times New Roman"/>
                <w:sz w:val="18"/>
              </w:rPr>
              <w:t>1.888 [1.337, 2.666]</w:t>
            </w:r>
          </w:p>
        </w:tc>
        <w:tc>
          <w:tcPr>
            <w:tcW w:w="864" w:type="dxa"/>
            <w:shd w:val="clear" w:color="auto" w:fill="F6F8FA"/>
            <w:tcMar>
              <w:top w:w="65" w:type="dxa"/>
              <w:left w:w="75" w:type="dxa"/>
              <w:bottom w:w="65" w:type="dxa"/>
              <w:right w:w="75" w:type="dxa"/>
            </w:tcMar>
            <w:vAlign w:val="center"/>
          </w:tcPr>
          <w:p w14:paraId="6D8FFFDC" w14:textId="77777777" w:rsidR="00A83192" w:rsidRPr="000B60F7" w:rsidRDefault="00000000">
            <w:pPr>
              <w:spacing w:after="0" w:line="240" w:lineRule="auto"/>
              <w:jc w:val="center"/>
              <w:rPr>
                <w:rFonts w:cs="Times New Roman"/>
              </w:rPr>
            </w:pPr>
            <w:r w:rsidRPr="000B60F7">
              <w:rPr>
                <w:rFonts w:cs="Times New Roman"/>
                <w:sz w:val="18"/>
              </w:rPr>
              <w:t>0.0003</w:t>
            </w:r>
          </w:p>
        </w:tc>
        <w:tc>
          <w:tcPr>
            <w:tcW w:w="936" w:type="dxa"/>
            <w:shd w:val="clear" w:color="auto" w:fill="F6F8FA"/>
            <w:tcMar>
              <w:top w:w="65" w:type="dxa"/>
              <w:left w:w="75" w:type="dxa"/>
              <w:bottom w:w="65" w:type="dxa"/>
              <w:right w:w="75" w:type="dxa"/>
            </w:tcMar>
            <w:vAlign w:val="center"/>
          </w:tcPr>
          <w:p w14:paraId="48579534" w14:textId="77777777" w:rsidR="00A83192" w:rsidRPr="000B60F7" w:rsidRDefault="00000000">
            <w:pPr>
              <w:spacing w:after="0" w:line="240" w:lineRule="auto"/>
              <w:jc w:val="center"/>
              <w:rPr>
                <w:rFonts w:cs="Times New Roman"/>
              </w:rPr>
            </w:pPr>
            <w:r w:rsidRPr="000B60F7">
              <w:rPr>
                <w:rFonts w:cs="Times New Roman"/>
                <w:sz w:val="18"/>
              </w:rPr>
              <w:t>0.0011</w:t>
            </w:r>
          </w:p>
        </w:tc>
      </w:tr>
      <w:tr w:rsidR="00A83192" w:rsidRPr="000B60F7" w14:paraId="217B6986" w14:textId="77777777">
        <w:trPr>
          <w:cantSplit/>
          <w:jc w:val="center"/>
        </w:trPr>
        <w:tc>
          <w:tcPr>
            <w:tcW w:w="2520" w:type="dxa"/>
            <w:shd w:val="clear" w:color="auto" w:fill="FFFFFF"/>
            <w:tcMar>
              <w:top w:w="65" w:type="dxa"/>
              <w:left w:w="75" w:type="dxa"/>
              <w:bottom w:w="65" w:type="dxa"/>
              <w:right w:w="75" w:type="dxa"/>
            </w:tcMar>
            <w:vAlign w:val="center"/>
          </w:tcPr>
          <w:p w14:paraId="25494BA3" w14:textId="77777777" w:rsidR="00A83192" w:rsidRPr="000B60F7" w:rsidRDefault="00000000">
            <w:pPr>
              <w:spacing w:after="0" w:line="240" w:lineRule="auto"/>
              <w:rPr>
                <w:rFonts w:cs="Times New Roman"/>
              </w:rPr>
            </w:pPr>
            <w:r w:rsidRPr="000B60F7">
              <w:rPr>
                <w:rFonts w:cs="Times New Roman"/>
                <w:sz w:val="18"/>
              </w:rPr>
              <w:t>Gamma, shared by carrier, θ free</w:t>
            </w:r>
          </w:p>
        </w:tc>
        <w:tc>
          <w:tcPr>
            <w:tcW w:w="1512" w:type="dxa"/>
            <w:shd w:val="clear" w:color="auto" w:fill="FFFFFF"/>
            <w:tcMar>
              <w:top w:w="65" w:type="dxa"/>
              <w:left w:w="75" w:type="dxa"/>
              <w:bottom w:w="65" w:type="dxa"/>
              <w:right w:w="75" w:type="dxa"/>
            </w:tcMar>
            <w:vAlign w:val="center"/>
          </w:tcPr>
          <w:p w14:paraId="07E78336"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FFFFF"/>
            <w:tcMar>
              <w:top w:w="65" w:type="dxa"/>
              <w:left w:w="75" w:type="dxa"/>
              <w:bottom w:w="65" w:type="dxa"/>
              <w:right w:w="75" w:type="dxa"/>
            </w:tcMar>
            <w:vAlign w:val="center"/>
          </w:tcPr>
          <w:p w14:paraId="57A15DAC" w14:textId="77777777" w:rsidR="00A83192" w:rsidRPr="000B60F7" w:rsidRDefault="00000000">
            <w:pPr>
              <w:spacing w:after="0" w:line="240" w:lineRule="auto"/>
              <w:jc w:val="center"/>
              <w:rPr>
                <w:rFonts w:cs="Times New Roman"/>
              </w:rPr>
            </w:pPr>
            <w:r w:rsidRPr="000B60F7">
              <w:rPr>
                <w:rFonts w:cs="Times New Roman"/>
                <w:sz w:val="18"/>
              </w:rPr>
              <w:t>1–12</w:t>
            </w:r>
          </w:p>
        </w:tc>
        <w:tc>
          <w:tcPr>
            <w:tcW w:w="2664" w:type="dxa"/>
            <w:shd w:val="clear" w:color="auto" w:fill="FFFFFF"/>
            <w:tcMar>
              <w:top w:w="65" w:type="dxa"/>
              <w:left w:w="75" w:type="dxa"/>
              <w:bottom w:w="65" w:type="dxa"/>
              <w:right w:w="75" w:type="dxa"/>
            </w:tcMar>
            <w:vAlign w:val="center"/>
          </w:tcPr>
          <w:p w14:paraId="64936C05" w14:textId="77777777" w:rsidR="00A83192" w:rsidRPr="000B60F7" w:rsidRDefault="00000000">
            <w:pPr>
              <w:spacing w:after="0" w:line="240" w:lineRule="auto"/>
              <w:jc w:val="center"/>
              <w:rPr>
                <w:rFonts w:cs="Times New Roman"/>
              </w:rPr>
            </w:pPr>
            <w:r w:rsidRPr="000B60F7">
              <w:rPr>
                <w:rFonts w:cs="Times New Roman"/>
                <w:sz w:val="18"/>
              </w:rPr>
              <w:t>1.338 [1.035, 1.730]</w:t>
            </w:r>
          </w:p>
        </w:tc>
        <w:tc>
          <w:tcPr>
            <w:tcW w:w="864" w:type="dxa"/>
            <w:shd w:val="clear" w:color="auto" w:fill="FFFFFF"/>
            <w:tcMar>
              <w:top w:w="65" w:type="dxa"/>
              <w:left w:w="75" w:type="dxa"/>
              <w:bottom w:w="65" w:type="dxa"/>
              <w:right w:w="75" w:type="dxa"/>
            </w:tcMar>
            <w:vAlign w:val="center"/>
          </w:tcPr>
          <w:p w14:paraId="06A3E22C" w14:textId="77777777" w:rsidR="00A83192" w:rsidRPr="000B60F7" w:rsidRDefault="00000000">
            <w:pPr>
              <w:spacing w:after="0" w:line="240" w:lineRule="auto"/>
              <w:jc w:val="center"/>
              <w:rPr>
                <w:rFonts w:cs="Times New Roman"/>
              </w:rPr>
            </w:pPr>
            <w:r w:rsidRPr="000B60F7">
              <w:rPr>
                <w:rFonts w:cs="Times New Roman"/>
                <w:sz w:val="18"/>
              </w:rPr>
              <w:t>0.0261</w:t>
            </w:r>
          </w:p>
        </w:tc>
        <w:tc>
          <w:tcPr>
            <w:tcW w:w="936" w:type="dxa"/>
            <w:shd w:val="clear" w:color="auto" w:fill="FFFFFF"/>
            <w:tcMar>
              <w:top w:w="65" w:type="dxa"/>
              <w:left w:w="75" w:type="dxa"/>
              <w:bottom w:w="65" w:type="dxa"/>
              <w:right w:w="75" w:type="dxa"/>
            </w:tcMar>
            <w:vAlign w:val="center"/>
          </w:tcPr>
          <w:p w14:paraId="58286A1B" w14:textId="77777777" w:rsidR="00A83192" w:rsidRPr="000B60F7" w:rsidRDefault="00000000">
            <w:pPr>
              <w:spacing w:after="0" w:line="240" w:lineRule="auto"/>
              <w:jc w:val="center"/>
              <w:rPr>
                <w:rFonts w:cs="Times New Roman"/>
              </w:rPr>
            </w:pPr>
            <w:r w:rsidRPr="000B60F7">
              <w:rPr>
                <w:rFonts w:cs="Times New Roman"/>
                <w:sz w:val="18"/>
              </w:rPr>
              <w:t>0.1044</w:t>
            </w:r>
          </w:p>
        </w:tc>
      </w:tr>
      <w:tr w:rsidR="00A83192" w:rsidRPr="000B60F7" w14:paraId="6B93CB19" w14:textId="77777777">
        <w:trPr>
          <w:cantSplit/>
          <w:jc w:val="center"/>
        </w:trPr>
        <w:tc>
          <w:tcPr>
            <w:tcW w:w="2520" w:type="dxa"/>
            <w:shd w:val="clear" w:color="auto" w:fill="F6F8FA"/>
            <w:tcMar>
              <w:top w:w="65" w:type="dxa"/>
              <w:left w:w="75" w:type="dxa"/>
              <w:bottom w:w="65" w:type="dxa"/>
              <w:right w:w="75" w:type="dxa"/>
            </w:tcMar>
            <w:vAlign w:val="center"/>
          </w:tcPr>
          <w:p w14:paraId="168BF9BF" w14:textId="77777777" w:rsidR="00A83192" w:rsidRPr="000B60F7" w:rsidRDefault="00000000">
            <w:pPr>
              <w:spacing w:after="0" w:line="240" w:lineRule="auto"/>
              <w:rPr>
                <w:rFonts w:cs="Times New Roman"/>
              </w:rPr>
            </w:pPr>
            <w:r w:rsidRPr="000B60F7">
              <w:rPr>
                <w:rFonts w:cs="Times New Roman"/>
                <w:sz w:val="18"/>
              </w:rPr>
              <w:t>Gamma, shared by carrier, θ free</w:t>
            </w:r>
          </w:p>
        </w:tc>
        <w:tc>
          <w:tcPr>
            <w:tcW w:w="1512" w:type="dxa"/>
            <w:shd w:val="clear" w:color="auto" w:fill="F6F8FA"/>
            <w:tcMar>
              <w:top w:w="65" w:type="dxa"/>
              <w:left w:w="75" w:type="dxa"/>
              <w:bottom w:w="65" w:type="dxa"/>
              <w:right w:w="75" w:type="dxa"/>
            </w:tcMar>
            <w:vAlign w:val="center"/>
          </w:tcPr>
          <w:p w14:paraId="12F8D37B"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6F8FA"/>
            <w:tcMar>
              <w:top w:w="65" w:type="dxa"/>
              <w:left w:w="75" w:type="dxa"/>
              <w:bottom w:w="65" w:type="dxa"/>
              <w:right w:w="75" w:type="dxa"/>
            </w:tcMar>
            <w:vAlign w:val="center"/>
          </w:tcPr>
          <w:p w14:paraId="6ED5C6E9" w14:textId="77777777" w:rsidR="00A83192" w:rsidRPr="000B60F7" w:rsidRDefault="00000000">
            <w:pPr>
              <w:spacing w:after="0" w:line="240" w:lineRule="auto"/>
              <w:jc w:val="center"/>
              <w:rPr>
                <w:rFonts w:cs="Times New Roman"/>
              </w:rPr>
            </w:pPr>
            <w:r w:rsidRPr="000B60F7">
              <w:rPr>
                <w:rFonts w:cs="Times New Roman"/>
                <w:sz w:val="18"/>
              </w:rPr>
              <w:t>13–24</w:t>
            </w:r>
          </w:p>
        </w:tc>
        <w:tc>
          <w:tcPr>
            <w:tcW w:w="2664" w:type="dxa"/>
            <w:shd w:val="clear" w:color="auto" w:fill="F6F8FA"/>
            <w:tcMar>
              <w:top w:w="65" w:type="dxa"/>
              <w:left w:w="75" w:type="dxa"/>
              <w:bottom w:w="65" w:type="dxa"/>
              <w:right w:w="75" w:type="dxa"/>
            </w:tcMar>
            <w:vAlign w:val="center"/>
          </w:tcPr>
          <w:p w14:paraId="1A3CBF73" w14:textId="77777777" w:rsidR="00A83192" w:rsidRPr="000B60F7" w:rsidRDefault="00000000">
            <w:pPr>
              <w:spacing w:after="0" w:line="240" w:lineRule="auto"/>
              <w:jc w:val="center"/>
              <w:rPr>
                <w:rFonts w:cs="Times New Roman"/>
              </w:rPr>
            </w:pPr>
            <w:r w:rsidRPr="000B60F7">
              <w:rPr>
                <w:rFonts w:cs="Times New Roman"/>
                <w:sz w:val="18"/>
              </w:rPr>
              <w:t>1.199 [0.952, 1.510]</w:t>
            </w:r>
          </w:p>
        </w:tc>
        <w:tc>
          <w:tcPr>
            <w:tcW w:w="864" w:type="dxa"/>
            <w:shd w:val="clear" w:color="auto" w:fill="F6F8FA"/>
            <w:tcMar>
              <w:top w:w="65" w:type="dxa"/>
              <w:left w:w="75" w:type="dxa"/>
              <w:bottom w:w="65" w:type="dxa"/>
              <w:right w:w="75" w:type="dxa"/>
            </w:tcMar>
            <w:vAlign w:val="center"/>
          </w:tcPr>
          <w:p w14:paraId="27895A59" w14:textId="77777777" w:rsidR="00A83192" w:rsidRPr="000B60F7" w:rsidRDefault="00000000">
            <w:pPr>
              <w:spacing w:after="0" w:line="240" w:lineRule="auto"/>
              <w:jc w:val="center"/>
              <w:rPr>
                <w:rFonts w:cs="Times New Roman"/>
              </w:rPr>
            </w:pPr>
            <w:r w:rsidRPr="000B60F7">
              <w:rPr>
                <w:rFonts w:cs="Times New Roman"/>
                <w:sz w:val="18"/>
              </w:rPr>
              <w:t>0.1229</w:t>
            </w:r>
          </w:p>
        </w:tc>
        <w:tc>
          <w:tcPr>
            <w:tcW w:w="936" w:type="dxa"/>
            <w:shd w:val="clear" w:color="auto" w:fill="F6F8FA"/>
            <w:tcMar>
              <w:top w:w="65" w:type="dxa"/>
              <w:left w:w="75" w:type="dxa"/>
              <w:bottom w:w="65" w:type="dxa"/>
              <w:right w:w="75" w:type="dxa"/>
            </w:tcMar>
            <w:vAlign w:val="center"/>
          </w:tcPr>
          <w:p w14:paraId="5B5BCB51" w14:textId="77777777" w:rsidR="00A83192" w:rsidRPr="000B60F7" w:rsidRDefault="00000000">
            <w:pPr>
              <w:spacing w:after="0" w:line="240" w:lineRule="auto"/>
              <w:jc w:val="center"/>
              <w:rPr>
                <w:rFonts w:cs="Times New Roman"/>
              </w:rPr>
            </w:pPr>
            <w:r w:rsidRPr="000B60F7">
              <w:rPr>
                <w:rFonts w:cs="Times New Roman"/>
                <w:sz w:val="18"/>
              </w:rPr>
              <w:t>0.1927</w:t>
            </w:r>
          </w:p>
        </w:tc>
      </w:tr>
      <w:tr w:rsidR="00A83192" w:rsidRPr="000B60F7" w14:paraId="5EDFFA2A" w14:textId="77777777">
        <w:trPr>
          <w:cantSplit/>
          <w:jc w:val="center"/>
        </w:trPr>
        <w:tc>
          <w:tcPr>
            <w:tcW w:w="2520" w:type="dxa"/>
            <w:shd w:val="clear" w:color="auto" w:fill="FFFFFF"/>
            <w:tcMar>
              <w:top w:w="65" w:type="dxa"/>
              <w:left w:w="75" w:type="dxa"/>
              <w:bottom w:w="65" w:type="dxa"/>
              <w:right w:w="75" w:type="dxa"/>
            </w:tcMar>
            <w:vAlign w:val="center"/>
          </w:tcPr>
          <w:p w14:paraId="1FE374C5" w14:textId="77777777" w:rsidR="00A83192" w:rsidRPr="000B60F7" w:rsidRDefault="00000000">
            <w:pPr>
              <w:spacing w:after="0" w:line="240" w:lineRule="auto"/>
              <w:rPr>
                <w:rFonts w:cs="Times New Roman"/>
              </w:rPr>
            </w:pPr>
            <w:r w:rsidRPr="000B60F7">
              <w:rPr>
                <w:rFonts w:cs="Times New Roman"/>
                <w:sz w:val="18"/>
              </w:rPr>
              <w:t>Gamma, shared by carrier, θ free</w:t>
            </w:r>
          </w:p>
        </w:tc>
        <w:tc>
          <w:tcPr>
            <w:tcW w:w="1512" w:type="dxa"/>
            <w:shd w:val="clear" w:color="auto" w:fill="FFFFFF"/>
            <w:tcMar>
              <w:top w:w="65" w:type="dxa"/>
              <w:left w:w="75" w:type="dxa"/>
              <w:bottom w:w="65" w:type="dxa"/>
              <w:right w:w="75" w:type="dxa"/>
            </w:tcMar>
            <w:vAlign w:val="center"/>
          </w:tcPr>
          <w:p w14:paraId="7403789D"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FFFFF"/>
            <w:tcMar>
              <w:top w:w="65" w:type="dxa"/>
              <w:left w:w="75" w:type="dxa"/>
              <w:bottom w:w="65" w:type="dxa"/>
              <w:right w:w="75" w:type="dxa"/>
            </w:tcMar>
            <w:vAlign w:val="center"/>
          </w:tcPr>
          <w:p w14:paraId="44371113" w14:textId="77777777" w:rsidR="00A83192" w:rsidRPr="000B60F7" w:rsidRDefault="00000000">
            <w:pPr>
              <w:spacing w:after="0" w:line="240" w:lineRule="auto"/>
              <w:jc w:val="center"/>
              <w:rPr>
                <w:rFonts w:cs="Times New Roman"/>
              </w:rPr>
            </w:pPr>
            <w:r w:rsidRPr="000B60F7">
              <w:rPr>
                <w:rFonts w:cs="Times New Roman"/>
                <w:sz w:val="18"/>
              </w:rPr>
              <w:t>25–36</w:t>
            </w:r>
          </w:p>
        </w:tc>
        <w:tc>
          <w:tcPr>
            <w:tcW w:w="2664" w:type="dxa"/>
            <w:shd w:val="clear" w:color="auto" w:fill="FFFFFF"/>
            <w:tcMar>
              <w:top w:w="65" w:type="dxa"/>
              <w:left w:w="75" w:type="dxa"/>
              <w:bottom w:w="65" w:type="dxa"/>
              <w:right w:w="75" w:type="dxa"/>
            </w:tcMar>
            <w:vAlign w:val="center"/>
          </w:tcPr>
          <w:p w14:paraId="0F96F16D" w14:textId="77777777" w:rsidR="00A83192" w:rsidRPr="000B60F7" w:rsidRDefault="00000000">
            <w:pPr>
              <w:spacing w:after="0" w:line="240" w:lineRule="auto"/>
              <w:jc w:val="center"/>
              <w:rPr>
                <w:rFonts w:cs="Times New Roman"/>
              </w:rPr>
            </w:pPr>
            <w:r w:rsidRPr="000B60F7">
              <w:rPr>
                <w:rFonts w:cs="Times New Roman"/>
                <w:sz w:val="18"/>
              </w:rPr>
              <w:t>0.867 [0.676, 1.112]</w:t>
            </w:r>
          </w:p>
        </w:tc>
        <w:tc>
          <w:tcPr>
            <w:tcW w:w="864" w:type="dxa"/>
            <w:shd w:val="clear" w:color="auto" w:fill="FFFFFF"/>
            <w:tcMar>
              <w:top w:w="65" w:type="dxa"/>
              <w:left w:w="75" w:type="dxa"/>
              <w:bottom w:w="65" w:type="dxa"/>
              <w:right w:w="75" w:type="dxa"/>
            </w:tcMar>
            <w:vAlign w:val="center"/>
          </w:tcPr>
          <w:p w14:paraId="2CB8AF2D" w14:textId="77777777" w:rsidR="00A83192" w:rsidRPr="000B60F7" w:rsidRDefault="00000000">
            <w:pPr>
              <w:spacing w:after="0" w:line="240" w:lineRule="auto"/>
              <w:jc w:val="center"/>
              <w:rPr>
                <w:rFonts w:cs="Times New Roman"/>
              </w:rPr>
            </w:pPr>
            <w:r w:rsidRPr="000B60F7">
              <w:rPr>
                <w:rFonts w:cs="Times New Roman"/>
                <w:sz w:val="18"/>
              </w:rPr>
              <w:t>0.2619</w:t>
            </w:r>
          </w:p>
        </w:tc>
        <w:tc>
          <w:tcPr>
            <w:tcW w:w="936" w:type="dxa"/>
            <w:shd w:val="clear" w:color="auto" w:fill="FFFFFF"/>
            <w:tcMar>
              <w:top w:w="65" w:type="dxa"/>
              <w:left w:w="75" w:type="dxa"/>
              <w:bottom w:w="65" w:type="dxa"/>
              <w:right w:w="75" w:type="dxa"/>
            </w:tcMar>
            <w:vAlign w:val="center"/>
          </w:tcPr>
          <w:p w14:paraId="44251D40" w14:textId="77777777" w:rsidR="00A83192" w:rsidRPr="000B60F7" w:rsidRDefault="00000000">
            <w:pPr>
              <w:spacing w:after="0" w:line="240" w:lineRule="auto"/>
              <w:jc w:val="center"/>
              <w:rPr>
                <w:rFonts w:cs="Times New Roman"/>
              </w:rPr>
            </w:pPr>
            <w:r w:rsidRPr="000B60F7">
              <w:rPr>
                <w:rFonts w:cs="Times New Roman"/>
                <w:sz w:val="18"/>
              </w:rPr>
              <w:t>0.2619</w:t>
            </w:r>
          </w:p>
        </w:tc>
      </w:tr>
      <w:tr w:rsidR="00A83192" w:rsidRPr="000B60F7" w14:paraId="460C7737" w14:textId="77777777">
        <w:trPr>
          <w:cantSplit/>
          <w:jc w:val="center"/>
        </w:trPr>
        <w:tc>
          <w:tcPr>
            <w:tcW w:w="2520" w:type="dxa"/>
            <w:shd w:val="clear" w:color="auto" w:fill="F6F8FA"/>
            <w:tcMar>
              <w:top w:w="65" w:type="dxa"/>
              <w:left w:w="75" w:type="dxa"/>
              <w:bottom w:w="65" w:type="dxa"/>
              <w:right w:w="75" w:type="dxa"/>
            </w:tcMar>
            <w:vAlign w:val="center"/>
          </w:tcPr>
          <w:p w14:paraId="518CF5E6" w14:textId="77777777" w:rsidR="00A83192" w:rsidRPr="000B60F7" w:rsidRDefault="00000000">
            <w:pPr>
              <w:spacing w:after="0" w:line="240" w:lineRule="auto"/>
              <w:rPr>
                <w:rFonts w:cs="Times New Roman"/>
              </w:rPr>
            </w:pPr>
            <w:r w:rsidRPr="000B60F7">
              <w:rPr>
                <w:rFonts w:cs="Times New Roman"/>
                <w:sz w:val="18"/>
              </w:rPr>
              <w:t>Gamma, shared by carrier, θ free</w:t>
            </w:r>
          </w:p>
        </w:tc>
        <w:tc>
          <w:tcPr>
            <w:tcW w:w="1512" w:type="dxa"/>
            <w:shd w:val="clear" w:color="auto" w:fill="F6F8FA"/>
            <w:tcMar>
              <w:top w:w="65" w:type="dxa"/>
              <w:left w:w="75" w:type="dxa"/>
              <w:bottom w:w="65" w:type="dxa"/>
              <w:right w:w="75" w:type="dxa"/>
            </w:tcMar>
            <w:vAlign w:val="center"/>
          </w:tcPr>
          <w:p w14:paraId="27C24DD3"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6F8FA"/>
            <w:tcMar>
              <w:top w:w="65" w:type="dxa"/>
              <w:left w:w="75" w:type="dxa"/>
              <w:bottom w:w="65" w:type="dxa"/>
              <w:right w:w="75" w:type="dxa"/>
            </w:tcMar>
            <w:vAlign w:val="center"/>
          </w:tcPr>
          <w:p w14:paraId="64306640" w14:textId="77777777" w:rsidR="00A83192" w:rsidRPr="000B60F7" w:rsidRDefault="00000000">
            <w:pPr>
              <w:spacing w:after="0" w:line="240" w:lineRule="auto"/>
              <w:jc w:val="center"/>
              <w:rPr>
                <w:rFonts w:cs="Times New Roman"/>
              </w:rPr>
            </w:pPr>
            <w:r w:rsidRPr="000B60F7">
              <w:rPr>
                <w:rFonts w:cs="Times New Roman"/>
                <w:sz w:val="18"/>
              </w:rPr>
              <w:t>37–60</w:t>
            </w:r>
          </w:p>
        </w:tc>
        <w:tc>
          <w:tcPr>
            <w:tcW w:w="2664" w:type="dxa"/>
            <w:shd w:val="clear" w:color="auto" w:fill="F6F8FA"/>
            <w:tcMar>
              <w:top w:w="65" w:type="dxa"/>
              <w:left w:w="75" w:type="dxa"/>
              <w:bottom w:w="65" w:type="dxa"/>
              <w:right w:w="75" w:type="dxa"/>
            </w:tcMar>
            <w:vAlign w:val="center"/>
          </w:tcPr>
          <w:p w14:paraId="2FCF93D8" w14:textId="77777777" w:rsidR="00A83192" w:rsidRPr="000B60F7" w:rsidRDefault="00000000">
            <w:pPr>
              <w:spacing w:after="0" w:line="240" w:lineRule="auto"/>
              <w:jc w:val="center"/>
              <w:rPr>
                <w:rFonts w:cs="Times New Roman"/>
              </w:rPr>
            </w:pPr>
            <w:r w:rsidRPr="000B60F7">
              <w:rPr>
                <w:rFonts w:cs="Times New Roman"/>
                <w:sz w:val="18"/>
              </w:rPr>
              <w:t>0.732 [0.481, 1.114]</w:t>
            </w:r>
          </w:p>
        </w:tc>
        <w:tc>
          <w:tcPr>
            <w:tcW w:w="864" w:type="dxa"/>
            <w:shd w:val="clear" w:color="auto" w:fill="F6F8FA"/>
            <w:tcMar>
              <w:top w:w="65" w:type="dxa"/>
              <w:left w:w="75" w:type="dxa"/>
              <w:bottom w:w="65" w:type="dxa"/>
              <w:right w:w="75" w:type="dxa"/>
            </w:tcMar>
            <w:vAlign w:val="center"/>
          </w:tcPr>
          <w:p w14:paraId="4967A334" w14:textId="77777777" w:rsidR="00A83192" w:rsidRPr="000B60F7" w:rsidRDefault="00000000">
            <w:pPr>
              <w:spacing w:after="0" w:line="240" w:lineRule="auto"/>
              <w:jc w:val="center"/>
              <w:rPr>
                <w:rFonts w:cs="Times New Roman"/>
              </w:rPr>
            </w:pPr>
            <w:r w:rsidRPr="000B60F7">
              <w:rPr>
                <w:rFonts w:cs="Times New Roman"/>
                <w:sz w:val="18"/>
              </w:rPr>
              <w:t>0.1445</w:t>
            </w:r>
          </w:p>
        </w:tc>
        <w:tc>
          <w:tcPr>
            <w:tcW w:w="936" w:type="dxa"/>
            <w:shd w:val="clear" w:color="auto" w:fill="F6F8FA"/>
            <w:tcMar>
              <w:top w:w="65" w:type="dxa"/>
              <w:left w:w="75" w:type="dxa"/>
              <w:bottom w:w="65" w:type="dxa"/>
              <w:right w:w="75" w:type="dxa"/>
            </w:tcMar>
            <w:vAlign w:val="center"/>
          </w:tcPr>
          <w:p w14:paraId="27ECE4A6" w14:textId="77777777" w:rsidR="00A83192" w:rsidRPr="000B60F7" w:rsidRDefault="00000000">
            <w:pPr>
              <w:spacing w:after="0" w:line="240" w:lineRule="auto"/>
              <w:jc w:val="center"/>
              <w:rPr>
                <w:rFonts w:cs="Times New Roman"/>
              </w:rPr>
            </w:pPr>
            <w:r w:rsidRPr="000B60F7">
              <w:rPr>
                <w:rFonts w:cs="Times New Roman"/>
                <w:sz w:val="18"/>
              </w:rPr>
              <w:t>0.1927</w:t>
            </w:r>
          </w:p>
        </w:tc>
      </w:tr>
      <w:tr w:rsidR="00A83192" w:rsidRPr="000B60F7" w14:paraId="2DDEF8DD" w14:textId="77777777">
        <w:trPr>
          <w:cantSplit/>
          <w:jc w:val="center"/>
        </w:trPr>
        <w:tc>
          <w:tcPr>
            <w:tcW w:w="2520" w:type="dxa"/>
            <w:shd w:val="clear" w:color="auto" w:fill="FFFFFF"/>
            <w:tcMar>
              <w:top w:w="65" w:type="dxa"/>
              <w:left w:w="75" w:type="dxa"/>
              <w:bottom w:w="65" w:type="dxa"/>
              <w:right w:w="75" w:type="dxa"/>
            </w:tcMar>
            <w:vAlign w:val="center"/>
          </w:tcPr>
          <w:p w14:paraId="67465AAF" w14:textId="77777777" w:rsidR="00A83192" w:rsidRPr="000B60F7" w:rsidRDefault="00000000">
            <w:pPr>
              <w:spacing w:after="0" w:line="240" w:lineRule="auto"/>
              <w:rPr>
                <w:rFonts w:cs="Times New Roman"/>
              </w:rPr>
            </w:pPr>
            <w:r w:rsidRPr="000B60F7">
              <w:rPr>
                <w:rFonts w:cs="Times New Roman"/>
                <w:sz w:val="18"/>
              </w:rPr>
              <w:t>Gamma, shared by carrier, θ free</w:t>
            </w:r>
          </w:p>
        </w:tc>
        <w:tc>
          <w:tcPr>
            <w:tcW w:w="1512" w:type="dxa"/>
            <w:shd w:val="clear" w:color="auto" w:fill="FFFFFF"/>
            <w:tcMar>
              <w:top w:w="65" w:type="dxa"/>
              <w:left w:w="75" w:type="dxa"/>
              <w:bottom w:w="65" w:type="dxa"/>
              <w:right w:w="75" w:type="dxa"/>
            </w:tcMar>
            <w:vAlign w:val="center"/>
          </w:tcPr>
          <w:p w14:paraId="1111E663"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FFFFF"/>
            <w:tcMar>
              <w:top w:w="65" w:type="dxa"/>
              <w:left w:w="75" w:type="dxa"/>
              <w:bottom w:w="65" w:type="dxa"/>
              <w:right w:w="75" w:type="dxa"/>
            </w:tcMar>
            <w:vAlign w:val="center"/>
          </w:tcPr>
          <w:p w14:paraId="76C00C46" w14:textId="77777777" w:rsidR="00A83192" w:rsidRPr="000B60F7" w:rsidRDefault="00000000">
            <w:pPr>
              <w:spacing w:after="0" w:line="240" w:lineRule="auto"/>
              <w:jc w:val="center"/>
              <w:rPr>
                <w:rFonts w:cs="Times New Roman"/>
              </w:rPr>
            </w:pPr>
            <w:r w:rsidRPr="000B60F7">
              <w:rPr>
                <w:rFonts w:cs="Times New Roman"/>
                <w:sz w:val="18"/>
              </w:rPr>
              <w:t>1–12</w:t>
            </w:r>
          </w:p>
        </w:tc>
        <w:tc>
          <w:tcPr>
            <w:tcW w:w="2664" w:type="dxa"/>
            <w:shd w:val="clear" w:color="auto" w:fill="FFFFFF"/>
            <w:tcMar>
              <w:top w:w="65" w:type="dxa"/>
              <w:left w:w="75" w:type="dxa"/>
              <w:bottom w:w="65" w:type="dxa"/>
              <w:right w:w="75" w:type="dxa"/>
            </w:tcMar>
            <w:vAlign w:val="center"/>
          </w:tcPr>
          <w:p w14:paraId="40A3CEFE" w14:textId="77777777" w:rsidR="00A83192" w:rsidRPr="000B60F7" w:rsidRDefault="00000000">
            <w:pPr>
              <w:spacing w:after="0" w:line="240" w:lineRule="auto"/>
              <w:jc w:val="center"/>
              <w:rPr>
                <w:rFonts w:cs="Times New Roman"/>
              </w:rPr>
            </w:pPr>
            <w:r w:rsidRPr="000B60F7">
              <w:rPr>
                <w:rFonts w:cs="Times New Roman"/>
                <w:sz w:val="18"/>
              </w:rPr>
              <w:t>0.609 [0.398, 0.933]</w:t>
            </w:r>
          </w:p>
        </w:tc>
        <w:tc>
          <w:tcPr>
            <w:tcW w:w="864" w:type="dxa"/>
            <w:shd w:val="clear" w:color="auto" w:fill="FFFFFF"/>
            <w:tcMar>
              <w:top w:w="65" w:type="dxa"/>
              <w:left w:w="75" w:type="dxa"/>
              <w:bottom w:w="65" w:type="dxa"/>
              <w:right w:w="75" w:type="dxa"/>
            </w:tcMar>
            <w:vAlign w:val="center"/>
          </w:tcPr>
          <w:p w14:paraId="6748BFF6" w14:textId="77777777" w:rsidR="00A83192" w:rsidRPr="000B60F7" w:rsidRDefault="00000000">
            <w:pPr>
              <w:spacing w:after="0" w:line="240" w:lineRule="auto"/>
              <w:jc w:val="center"/>
              <w:rPr>
                <w:rFonts w:cs="Times New Roman"/>
              </w:rPr>
            </w:pPr>
            <w:r w:rsidRPr="000B60F7">
              <w:rPr>
                <w:rFonts w:cs="Times New Roman"/>
                <w:sz w:val="18"/>
              </w:rPr>
              <w:t>0.0228</w:t>
            </w:r>
          </w:p>
        </w:tc>
        <w:tc>
          <w:tcPr>
            <w:tcW w:w="936" w:type="dxa"/>
            <w:shd w:val="clear" w:color="auto" w:fill="FFFFFF"/>
            <w:tcMar>
              <w:top w:w="65" w:type="dxa"/>
              <w:left w:w="75" w:type="dxa"/>
              <w:bottom w:w="65" w:type="dxa"/>
              <w:right w:w="75" w:type="dxa"/>
            </w:tcMar>
            <w:vAlign w:val="center"/>
          </w:tcPr>
          <w:p w14:paraId="6CF92A77" w14:textId="77777777" w:rsidR="00A83192" w:rsidRPr="000B60F7" w:rsidRDefault="00000000">
            <w:pPr>
              <w:spacing w:after="0" w:line="240" w:lineRule="auto"/>
              <w:jc w:val="center"/>
              <w:rPr>
                <w:rFonts w:cs="Times New Roman"/>
              </w:rPr>
            </w:pPr>
            <w:r w:rsidRPr="000B60F7">
              <w:rPr>
                <w:rFonts w:cs="Times New Roman"/>
                <w:sz w:val="18"/>
              </w:rPr>
              <w:t>0.0304</w:t>
            </w:r>
          </w:p>
        </w:tc>
      </w:tr>
      <w:tr w:rsidR="00A83192" w:rsidRPr="000B60F7" w14:paraId="515DD23E" w14:textId="77777777">
        <w:trPr>
          <w:cantSplit/>
          <w:jc w:val="center"/>
        </w:trPr>
        <w:tc>
          <w:tcPr>
            <w:tcW w:w="2520" w:type="dxa"/>
            <w:shd w:val="clear" w:color="auto" w:fill="F6F8FA"/>
            <w:tcMar>
              <w:top w:w="65" w:type="dxa"/>
              <w:left w:w="75" w:type="dxa"/>
              <w:bottom w:w="65" w:type="dxa"/>
              <w:right w:w="75" w:type="dxa"/>
            </w:tcMar>
            <w:vAlign w:val="center"/>
          </w:tcPr>
          <w:p w14:paraId="5DFE03D6" w14:textId="77777777" w:rsidR="00A83192" w:rsidRPr="000B60F7" w:rsidRDefault="00000000">
            <w:pPr>
              <w:spacing w:after="0" w:line="240" w:lineRule="auto"/>
              <w:rPr>
                <w:rFonts w:cs="Times New Roman"/>
              </w:rPr>
            </w:pPr>
            <w:r w:rsidRPr="000B60F7">
              <w:rPr>
                <w:rFonts w:cs="Times New Roman"/>
                <w:sz w:val="18"/>
              </w:rPr>
              <w:t>Gamma, shared by carrier, θ free</w:t>
            </w:r>
          </w:p>
        </w:tc>
        <w:tc>
          <w:tcPr>
            <w:tcW w:w="1512" w:type="dxa"/>
            <w:shd w:val="clear" w:color="auto" w:fill="F6F8FA"/>
            <w:tcMar>
              <w:top w:w="65" w:type="dxa"/>
              <w:left w:w="75" w:type="dxa"/>
              <w:bottom w:w="65" w:type="dxa"/>
              <w:right w:w="75" w:type="dxa"/>
            </w:tcMar>
            <w:vAlign w:val="center"/>
          </w:tcPr>
          <w:p w14:paraId="74E60281"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6F8FA"/>
            <w:tcMar>
              <w:top w:w="65" w:type="dxa"/>
              <w:left w:w="75" w:type="dxa"/>
              <w:bottom w:w="65" w:type="dxa"/>
              <w:right w:w="75" w:type="dxa"/>
            </w:tcMar>
            <w:vAlign w:val="center"/>
          </w:tcPr>
          <w:p w14:paraId="36FAFFEE" w14:textId="77777777" w:rsidR="00A83192" w:rsidRPr="000B60F7" w:rsidRDefault="00000000">
            <w:pPr>
              <w:spacing w:after="0" w:line="240" w:lineRule="auto"/>
              <w:jc w:val="center"/>
              <w:rPr>
                <w:rFonts w:cs="Times New Roman"/>
              </w:rPr>
            </w:pPr>
            <w:r w:rsidRPr="000B60F7">
              <w:rPr>
                <w:rFonts w:cs="Times New Roman"/>
                <w:sz w:val="18"/>
              </w:rPr>
              <w:t>13–24</w:t>
            </w:r>
          </w:p>
        </w:tc>
        <w:tc>
          <w:tcPr>
            <w:tcW w:w="2664" w:type="dxa"/>
            <w:shd w:val="clear" w:color="auto" w:fill="F6F8FA"/>
            <w:tcMar>
              <w:top w:w="65" w:type="dxa"/>
              <w:left w:w="75" w:type="dxa"/>
              <w:bottom w:w="65" w:type="dxa"/>
              <w:right w:w="75" w:type="dxa"/>
            </w:tcMar>
            <w:vAlign w:val="center"/>
          </w:tcPr>
          <w:p w14:paraId="56392B0C" w14:textId="77777777" w:rsidR="00A83192" w:rsidRPr="000B60F7" w:rsidRDefault="00000000">
            <w:pPr>
              <w:spacing w:after="0" w:line="240" w:lineRule="auto"/>
              <w:jc w:val="center"/>
              <w:rPr>
                <w:rFonts w:cs="Times New Roman"/>
              </w:rPr>
            </w:pPr>
            <w:r w:rsidRPr="000B60F7">
              <w:rPr>
                <w:rFonts w:cs="Times New Roman"/>
                <w:sz w:val="18"/>
              </w:rPr>
              <w:t>0.834 [0.571, 1.220]</w:t>
            </w:r>
          </w:p>
        </w:tc>
        <w:tc>
          <w:tcPr>
            <w:tcW w:w="864" w:type="dxa"/>
            <w:shd w:val="clear" w:color="auto" w:fill="F6F8FA"/>
            <w:tcMar>
              <w:top w:w="65" w:type="dxa"/>
              <w:left w:w="75" w:type="dxa"/>
              <w:bottom w:w="65" w:type="dxa"/>
              <w:right w:w="75" w:type="dxa"/>
            </w:tcMar>
            <w:vAlign w:val="center"/>
          </w:tcPr>
          <w:p w14:paraId="6A35402D" w14:textId="77777777" w:rsidR="00A83192" w:rsidRPr="000B60F7" w:rsidRDefault="00000000">
            <w:pPr>
              <w:spacing w:after="0" w:line="240" w:lineRule="auto"/>
              <w:jc w:val="center"/>
              <w:rPr>
                <w:rFonts w:cs="Times New Roman"/>
              </w:rPr>
            </w:pPr>
            <w:r w:rsidRPr="000B60F7">
              <w:rPr>
                <w:rFonts w:cs="Times New Roman"/>
                <w:sz w:val="18"/>
              </w:rPr>
              <w:t>0.3497</w:t>
            </w:r>
          </w:p>
        </w:tc>
        <w:tc>
          <w:tcPr>
            <w:tcW w:w="936" w:type="dxa"/>
            <w:shd w:val="clear" w:color="auto" w:fill="F6F8FA"/>
            <w:tcMar>
              <w:top w:w="65" w:type="dxa"/>
              <w:left w:w="75" w:type="dxa"/>
              <w:bottom w:w="65" w:type="dxa"/>
              <w:right w:w="75" w:type="dxa"/>
            </w:tcMar>
            <w:vAlign w:val="center"/>
          </w:tcPr>
          <w:p w14:paraId="17EBEFDE" w14:textId="77777777" w:rsidR="00A83192" w:rsidRPr="000B60F7" w:rsidRDefault="00000000">
            <w:pPr>
              <w:spacing w:after="0" w:line="240" w:lineRule="auto"/>
              <w:jc w:val="center"/>
              <w:rPr>
                <w:rFonts w:cs="Times New Roman"/>
              </w:rPr>
            </w:pPr>
            <w:r w:rsidRPr="000B60F7">
              <w:rPr>
                <w:rFonts w:cs="Times New Roman"/>
                <w:sz w:val="18"/>
              </w:rPr>
              <w:t>0.3497</w:t>
            </w:r>
          </w:p>
        </w:tc>
      </w:tr>
      <w:tr w:rsidR="00A83192" w:rsidRPr="000B60F7" w14:paraId="0321E2BB" w14:textId="77777777">
        <w:trPr>
          <w:cantSplit/>
          <w:jc w:val="center"/>
        </w:trPr>
        <w:tc>
          <w:tcPr>
            <w:tcW w:w="2520" w:type="dxa"/>
            <w:shd w:val="clear" w:color="auto" w:fill="FFFFFF"/>
            <w:tcMar>
              <w:top w:w="65" w:type="dxa"/>
              <w:left w:w="75" w:type="dxa"/>
              <w:bottom w:w="65" w:type="dxa"/>
              <w:right w:w="75" w:type="dxa"/>
            </w:tcMar>
            <w:vAlign w:val="center"/>
          </w:tcPr>
          <w:p w14:paraId="17577004" w14:textId="77777777" w:rsidR="00A83192" w:rsidRPr="000B60F7" w:rsidRDefault="00000000">
            <w:pPr>
              <w:spacing w:after="0" w:line="240" w:lineRule="auto"/>
              <w:rPr>
                <w:rFonts w:cs="Times New Roman"/>
              </w:rPr>
            </w:pPr>
            <w:r w:rsidRPr="000B60F7">
              <w:rPr>
                <w:rFonts w:cs="Times New Roman"/>
                <w:sz w:val="18"/>
              </w:rPr>
              <w:t>Gamma, shared by carrier, θ free</w:t>
            </w:r>
          </w:p>
        </w:tc>
        <w:tc>
          <w:tcPr>
            <w:tcW w:w="1512" w:type="dxa"/>
            <w:shd w:val="clear" w:color="auto" w:fill="FFFFFF"/>
            <w:tcMar>
              <w:top w:w="65" w:type="dxa"/>
              <w:left w:w="75" w:type="dxa"/>
              <w:bottom w:w="65" w:type="dxa"/>
              <w:right w:w="75" w:type="dxa"/>
            </w:tcMar>
            <w:vAlign w:val="center"/>
          </w:tcPr>
          <w:p w14:paraId="1070F49D"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FFFFF"/>
            <w:tcMar>
              <w:top w:w="65" w:type="dxa"/>
              <w:left w:w="75" w:type="dxa"/>
              <w:bottom w:w="65" w:type="dxa"/>
              <w:right w:w="75" w:type="dxa"/>
            </w:tcMar>
            <w:vAlign w:val="center"/>
          </w:tcPr>
          <w:p w14:paraId="5864F67D" w14:textId="77777777" w:rsidR="00A83192" w:rsidRPr="000B60F7" w:rsidRDefault="00000000">
            <w:pPr>
              <w:spacing w:after="0" w:line="240" w:lineRule="auto"/>
              <w:jc w:val="center"/>
              <w:rPr>
                <w:rFonts w:cs="Times New Roman"/>
              </w:rPr>
            </w:pPr>
            <w:r w:rsidRPr="000B60F7">
              <w:rPr>
                <w:rFonts w:cs="Times New Roman"/>
                <w:sz w:val="18"/>
              </w:rPr>
              <w:t>25–36</w:t>
            </w:r>
          </w:p>
        </w:tc>
        <w:tc>
          <w:tcPr>
            <w:tcW w:w="2664" w:type="dxa"/>
            <w:shd w:val="clear" w:color="auto" w:fill="FFFFFF"/>
            <w:tcMar>
              <w:top w:w="65" w:type="dxa"/>
              <w:left w:w="75" w:type="dxa"/>
              <w:bottom w:w="65" w:type="dxa"/>
              <w:right w:w="75" w:type="dxa"/>
            </w:tcMar>
            <w:vAlign w:val="center"/>
          </w:tcPr>
          <w:p w14:paraId="3450EFE1" w14:textId="77777777" w:rsidR="00A83192" w:rsidRPr="000B60F7" w:rsidRDefault="00000000">
            <w:pPr>
              <w:spacing w:after="0" w:line="240" w:lineRule="auto"/>
              <w:jc w:val="center"/>
              <w:rPr>
                <w:rFonts w:cs="Times New Roman"/>
              </w:rPr>
            </w:pPr>
            <w:r w:rsidRPr="000B60F7">
              <w:rPr>
                <w:rFonts w:cs="Times New Roman"/>
                <w:sz w:val="18"/>
              </w:rPr>
              <w:t>1.786 [1.186, 2.689]</w:t>
            </w:r>
          </w:p>
        </w:tc>
        <w:tc>
          <w:tcPr>
            <w:tcW w:w="864" w:type="dxa"/>
            <w:shd w:val="clear" w:color="auto" w:fill="FFFFFF"/>
            <w:tcMar>
              <w:top w:w="65" w:type="dxa"/>
              <w:left w:w="75" w:type="dxa"/>
              <w:bottom w:w="65" w:type="dxa"/>
              <w:right w:w="75" w:type="dxa"/>
            </w:tcMar>
            <w:vAlign w:val="center"/>
          </w:tcPr>
          <w:p w14:paraId="200F55BE" w14:textId="77777777" w:rsidR="00A83192" w:rsidRPr="000B60F7" w:rsidRDefault="00000000">
            <w:pPr>
              <w:spacing w:after="0" w:line="240" w:lineRule="auto"/>
              <w:jc w:val="center"/>
              <w:rPr>
                <w:rFonts w:cs="Times New Roman"/>
              </w:rPr>
            </w:pPr>
            <w:r w:rsidRPr="000B60F7">
              <w:rPr>
                <w:rFonts w:cs="Times New Roman"/>
                <w:sz w:val="18"/>
              </w:rPr>
              <w:t>0.0056</w:t>
            </w:r>
          </w:p>
        </w:tc>
        <w:tc>
          <w:tcPr>
            <w:tcW w:w="936" w:type="dxa"/>
            <w:shd w:val="clear" w:color="auto" w:fill="FFFFFF"/>
            <w:tcMar>
              <w:top w:w="65" w:type="dxa"/>
              <w:left w:w="75" w:type="dxa"/>
              <w:bottom w:w="65" w:type="dxa"/>
              <w:right w:w="75" w:type="dxa"/>
            </w:tcMar>
            <w:vAlign w:val="center"/>
          </w:tcPr>
          <w:p w14:paraId="07592D0C" w14:textId="77777777" w:rsidR="00A83192" w:rsidRPr="000B60F7" w:rsidRDefault="00000000">
            <w:pPr>
              <w:spacing w:after="0" w:line="240" w:lineRule="auto"/>
              <w:jc w:val="center"/>
              <w:rPr>
                <w:rFonts w:cs="Times New Roman"/>
              </w:rPr>
            </w:pPr>
            <w:r w:rsidRPr="000B60F7">
              <w:rPr>
                <w:rFonts w:cs="Times New Roman"/>
                <w:sz w:val="18"/>
              </w:rPr>
              <w:t>0.0144</w:t>
            </w:r>
          </w:p>
        </w:tc>
      </w:tr>
      <w:tr w:rsidR="00A83192" w:rsidRPr="000B60F7" w14:paraId="65987117" w14:textId="77777777">
        <w:trPr>
          <w:cantSplit/>
          <w:jc w:val="center"/>
        </w:trPr>
        <w:tc>
          <w:tcPr>
            <w:tcW w:w="2520" w:type="dxa"/>
            <w:shd w:val="clear" w:color="auto" w:fill="F6F8FA"/>
            <w:tcMar>
              <w:top w:w="65" w:type="dxa"/>
              <w:left w:w="75" w:type="dxa"/>
              <w:bottom w:w="65" w:type="dxa"/>
              <w:right w:w="75" w:type="dxa"/>
            </w:tcMar>
            <w:vAlign w:val="center"/>
          </w:tcPr>
          <w:p w14:paraId="4603CA58" w14:textId="77777777" w:rsidR="00A83192" w:rsidRPr="000B60F7" w:rsidRDefault="00000000">
            <w:pPr>
              <w:spacing w:after="0" w:line="240" w:lineRule="auto"/>
              <w:rPr>
                <w:rFonts w:cs="Times New Roman"/>
              </w:rPr>
            </w:pPr>
            <w:r w:rsidRPr="000B60F7">
              <w:rPr>
                <w:rFonts w:cs="Times New Roman"/>
                <w:sz w:val="18"/>
              </w:rPr>
              <w:lastRenderedPageBreak/>
              <w:t>Gamma, shared by carrier, θ free</w:t>
            </w:r>
          </w:p>
        </w:tc>
        <w:tc>
          <w:tcPr>
            <w:tcW w:w="1512" w:type="dxa"/>
            <w:shd w:val="clear" w:color="auto" w:fill="F6F8FA"/>
            <w:tcMar>
              <w:top w:w="65" w:type="dxa"/>
              <w:left w:w="75" w:type="dxa"/>
              <w:bottom w:w="65" w:type="dxa"/>
              <w:right w:w="75" w:type="dxa"/>
            </w:tcMar>
            <w:vAlign w:val="center"/>
          </w:tcPr>
          <w:p w14:paraId="1A766478"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6F8FA"/>
            <w:tcMar>
              <w:top w:w="65" w:type="dxa"/>
              <w:left w:w="75" w:type="dxa"/>
              <w:bottom w:w="65" w:type="dxa"/>
              <w:right w:w="75" w:type="dxa"/>
            </w:tcMar>
            <w:vAlign w:val="center"/>
          </w:tcPr>
          <w:p w14:paraId="4AF9198C" w14:textId="77777777" w:rsidR="00A83192" w:rsidRPr="000B60F7" w:rsidRDefault="00000000">
            <w:pPr>
              <w:spacing w:after="0" w:line="240" w:lineRule="auto"/>
              <w:jc w:val="center"/>
              <w:rPr>
                <w:rFonts w:cs="Times New Roman"/>
              </w:rPr>
            </w:pPr>
            <w:r w:rsidRPr="000B60F7">
              <w:rPr>
                <w:rFonts w:cs="Times New Roman"/>
                <w:sz w:val="18"/>
              </w:rPr>
              <w:t>37–60</w:t>
            </w:r>
          </w:p>
        </w:tc>
        <w:tc>
          <w:tcPr>
            <w:tcW w:w="2664" w:type="dxa"/>
            <w:shd w:val="clear" w:color="auto" w:fill="F6F8FA"/>
            <w:tcMar>
              <w:top w:w="65" w:type="dxa"/>
              <w:left w:w="75" w:type="dxa"/>
              <w:bottom w:w="65" w:type="dxa"/>
              <w:right w:w="75" w:type="dxa"/>
            </w:tcMar>
            <w:vAlign w:val="center"/>
          </w:tcPr>
          <w:p w14:paraId="5155F46A" w14:textId="77777777" w:rsidR="00A83192" w:rsidRPr="000B60F7" w:rsidRDefault="00000000">
            <w:pPr>
              <w:spacing w:after="0" w:line="240" w:lineRule="auto"/>
              <w:jc w:val="center"/>
              <w:rPr>
                <w:rFonts w:cs="Times New Roman"/>
              </w:rPr>
            </w:pPr>
            <w:r w:rsidRPr="000B60F7">
              <w:rPr>
                <w:rFonts w:cs="Times New Roman"/>
                <w:sz w:val="18"/>
              </w:rPr>
              <w:t>2.581 [1.294, 5.150]</w:t>
            </w:r>
          </w:p>
        </w:tc>
        <w:tc>
          <w:tcPr>
            <w:tcW w:w="864" w:type="dxa"/>
            <w:shd w:val="clear" w:color="auto" w:fill="F6F8FA"/>
            <w:tcMar>
              <w:top w:w="65" w:type="dxa"/>
              <w:left w:w="75" w:type="dxa"/>
              <w:bottom w:w="65" w:type="dxa"/>
              <w:right w:w="75" w:type="dxa"/>
            </w:tcMar>
            <w:vAlign w:val="center"/>
          </w:tcPr>
          <w:p w14:paraId="698E5734" w14:textId="77777777" w:rsidR="00A83192" w:rsidRPr="000B60F7" w:rsidRDefault="00000000">
            <w:pPr>
              <w:spacing w:after="0" w:line="240" w:lineRule="auto"/>
              <w:jc w:val="center"/>
              <w:rPr>
                <w:rFonts w:cs="Times New Roman"/>
              </w:rPr>
            </w:pPr>
            <w:r w:rsidRPr="000B60F7">
              <w:rPr>
                <w:rFonts w:cs="Times New Roman"/>
                <w:sz w:val="18"/>
              </w:rPr>
              <w:t>0.0072</w:t>
            </w:r>
          </w:p>
        </w:tc>
        <w:tc>
          <w:tcPr>
            <w:tcW w:w="936" w:type="dxa"/>
            <w:shd w:val="clear" w:color="auto" w:fill="F6F8FA"/>
            <w:tcMar>
              <w:top w:w="65" w:type="dxa"/>
              <w:left w:w="75" w:type="dxa"/>
              <w:bottom w:w="65" w:type="dxa"/>
              <w:right w:w="75" w:type="dxa"/>
            </w:tcMar>
            <w:vAlign w:val="center"/>
          </w:tcPr>
          <w:p w14:paraId="14B457C9" w14:textId="77777777" w:rsidR="00A83192" w:rsidRPr="000B60F7" w:rsidRDefault="00000000">
            <w:pPr>
              <w:spacing w:after="0" w:line="240" w:lineRule="auto"/>
              <w:jc w:val="center"/>
              <w:rPr>
                <w:rFonts w:cs="Times New Roman"/>
              </w:rPr>
            </w:pPr>
            <w:r w:rsidRPr="000B60F7">
              <w:rPr>
                <w:rFonts w:cs="Times New Roman"/>
                <w:sz w:val="18"/>
              </w:rPr>
              <w:t>0.0144</w:t>
            </w:r>
          </w:p>
        </w:tc>
      </w:tr>
      <w:tr w:rsidR="00A83192" w:rsidRPr="000B60F7" w14:paraId="62B185DF" w14:textId="77777777">
        <w:trPr>
          <w:cantSplit/>
          <w:jc w:val="center"/>
        </w:trPr>
        <w:tc>
          <w:tcPr>
            <w:tcW w:w="2520" w:type="dxa"/>
            <w:shd w:val="clear" w:color="auto" w:fill="FFFFFF"/>
            <w:tcMar>
              <w:top w:w="65" w:type="dxa"/>
              <w:left w:w="75" w:type="dxa"/>
              <w:bottom w:w="65" w:type="dxa"/>
              <w:right w:w="75" w:type="dxa"/>
            </w:tcMar>
            <w:vAlign w:val="center"/>
          </w:tcPr>
          <w:p w14:paraId="24376C9A" w14:textId="77777777" w:rsidR="00A83192" w:rsidRPr="000B60F7" w:rsidRDefault="00000000">
            <w:pPr>
              <w:spacing w:after="0" w:line="240" w:lineRule="auto"/>
              <w:rPr>
                <w:rFonts w:cs="Times New Roman"/>
              </w:rPr>
            </w:pPr>
            <w:r w:rsidRPr="000B60F7">
              <w:rPr>
                <w:rFonts w:cs="Times New Roman"/>
                <w:sz w:val="18"/>
              </w:rPr>
              <w:t>Gamma, θ = 0.25</w:t>
            </w:r>
          </w:p>
        </w:tc>
        <w:tc>
          <w:tcPr>
            <w:tcW w:w="1512" w:type="dxa"/>
            <w:shd w:val="clear" w:color="auto" w:fill="FFFFFF"/>
            <w:tcMar>
              <w:top w:w="65" w:type="dxa"/>
              <w:left w:w="75" w:type="dxa"/>
              <w:bottom w:w="65" w:type="dxa"/>
              <w:right w:w="75" w:type="dxa"/>
            </w:tcMar>
            <w:vAlign w:val="center"/>
          </w:tcPr>
          <w:p w14:paraId="7D4E2356"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FFFFF"/>
            <w:tcMar>
              <w:top w:w="65" w:type="dxa"/>
              <w:left w:w="75" w:type="dxa"/>
              <w:bottom w:w="65" w:type="dxa"/>
              <w:right w:w="75" w:type="dxa"/>
            </w:tcMar>
            <w:vAlign w:val="center"/>
          </w:tcPr>
          <w:p w14:paraId="39AEA0D0" w14:textId="77777777" w:rsidR="00A83192" w:rsidRPr="000B60F7" w:rsidRDefault="00000000">
            <w:pPr>
              <w:spacing w:after="0" w:line="240" w:lineRule="auto"/>
              <w:jc w:val="center"/>
              <w:rPr>
                <w:rFonts w:cs="Times New Roman"/>
              </w:rPr>
            </w:pPr>
            <w:r w:rsidRPr="000B60F7">
              <w:rPr>
                <w:rFonts w:cs="Times New Roman"/>
                <w:sz w:val="18"/>
              </w:rPr>
              <w:t>1–12</w:t>
            </w:r>
          </w:p>
        </w:tc>
        <w:tc>
          <w:tcPr>
            <w:tcW w:w="2664" w:type="dxa"/>
            <w:shd w:val="clear" w:color="auto" w:fill="FFFFFF"/>
            <w:tcMar>
              <w:top w:w="65" w:type="dxa"/>
              <w:left w:w="75" w:type="dxa"/>
              <w:bottom w:w="65" w:type="dxa"/>
              <w:right w:w="75" w:type="dxa"/>
            </w:tcMar>
            <w:vAlign w:val="center"/>
          </w:tcPr>
          <w:p w14:paraId="7B5C2E17" w14:textId="77777777" w:rsidR="00A83192" w:rsidRPr="000B60F7" w:rsidRDefault="00000000">
            <w:pPr>
              <w:spacing w:after="0" w:line="240" w:lineRule="auto"/>
              <w:jc w:val="center"/>
              <w:rPr>
                <w:rFonts w:cs="Times New Roman"/>
              </w:rPr>
            </w:pPr>
            <w:r w:rsidRPr="000B60F7">
              <w:rPr>
                <w:rFonts w:cs="Times New Roman"/>
                <w:sz w:val="18"/>
              </w:rPr>
              <w:t>0.798 [0.610, 1.045]</w:t>
            </w:r>
          </w:p>
        </w:tc>
        <w:tc>
          <w:tcPr>
            <w:tcW w:w="864" w:type="dxa"/>
            <w:shd w:val="clear" w:color="auto" w:fill="FFFFFF"/>
            <w:tcMar>
              <w:top w:w="65" w:type="dxa"/>
              <w:left w:w="75" w:type="dxa"/>
              <w:bottom w:w="65" w:type="dxa"/>
              <w:right w:w="75" w:type="dxa"/>
            </w:tcMar>
            <w:vAlign w:val="center"/>
          </w:tcPr>
          <w:p w14:paraId="1A612317" w14:textId="77777777" w:rsidR="00A83192" w:rsidRPr="000B60F7" w:rsidRDefault="00000000">
            <w:pPr>
              <w:spacing w:after="0" w:line="240" w:lineRule="auto"/>
              <w:jc w:val="center"/>
              <w:rPr>
                <w:rFonts w:cs="Times New Roman"/>
              </w:rPr>
            </w:pPr>
            <w:r w:rsidRPr="000B60F7">
              <w:rPr>
                <w:rFonts w:cs="Times New Roman"/>
                <w:sz w:val="18"/>
              </w:rPr>
              <w:t>0.1004</w:t>
            </w:r>
          </w:p>
        </w:tc>
        <w:tc>
          <w:tcPr>
            <w:tcW w:w="936" w:type="dxa"/>
            <w:shd w:val="clear" w:color="auto" w:fill="FFFFFF"/>
            <w:tcMar>
              <w:top w:w="65" w:type="dxa"/>
              <w:left w:w="75" w:type="dxa"/>
              <w:bottom w:w="65" w:type="dxa"/>
              <w:right w:w="75" w:type="dxa"/>
            </w:tcMar>
            <w:vAlign w:val="center"/>
          </w:tcPr>
          <w:p w14:paraId="1B8BF137" w14:textId="77777777" w:rsidR="00A83192" w:rsidRPr="000B60F7" w:rsidRDefault="00000000">
            <w:pPr>
              <w:spacing w:after="0" w:line="240" w:lineRule="auto"/>
              <w:jc w:val="center"/>
              <w:rPr>
                <w:rFonts w:cs="Times New Roman"/>
              </w:rPr>
            </w:pPr>
            <w:r w:rsidRPr="000B60F7">
              <w:rPr>
                <w:rFonts w:cs="Times New Roman"/>
                <w:sz w:val="18"/>
              </w:rPr>
              <w:t>0.1339</w:t>
            </w:r>
          </w:p>
        </w:tc>
      </w:tr>
      <w:tr w:rsidR="00A83192" w:rsidRPr="000B60F7" w14:paraId="13A25B2D" w14:textId="77777777">
        <w:trPr>
          <w:cantSplit/>
          <w:jc w:val="center"/>
        </w:trPr>
        <w:tc>
          <w:tcPr>
            <w:tcW w:w="2520" w:type="dxa"/>
            <w:shd w:val="clear" w:color="auto" w:fill="F6F8FA"/>
            <w:tcMar>
              <w:top w:w="65" w:type="dxa"/>
              <w:left w:w="75" w:type="dxa"/>
              <w:bottom w:w="65" w:type="dxa"/>
              <w:right w:w="75" w:type="dxa"/>
            </w:tcMar>
            <w:vAlign w:val="center"/>
          </w:tcPr>
          <w:p w14:paraId="4F69B35F" w14:textId="77777777" w:rsidR="00A83192" w:rsidRPr="000B60F7" w:rsidRDefault="00000000">
            <w:pPr>
              <w:spacing w:after="0" w:line="240" w:lineRule="auto"/>
              <w:rPr>
                <w:rFonts w:cs="Times New Roman"/>
              </w:rPr>
            </w:pPr>
            <w:r w:rsidRPr="000B60F7">
              <w:rPr>
                <w:rFonts w:cs="Times New Roman"/>
                <w:sz w:val="18"/>
              </w:rPr>
              <w:t>Gamma, θ = 0.25</w:t>
            </w:r>
          </w:p>
        </w:tc>
        <w:tc>
          <w:tcPr>
            <w:tcW w:w="1512" w:type="dxa"/>
            <w:shd w:val="clear" w:color="auto" w:fill="F6F8FA"/>
            <w:tcMar>
              <w:top w:w="65" w:type="dxa"/>
              <w:left w:w="75" w:type="dxa"/>
              <w:bottom w:w="65" w:type="dxa"/>
              <w:right w:w="75" w:type="dxa"/>
            </w:tcMar>
            <w:vAlign w:val="center"/>
          </w:tcPr>
          <w:p w14:paraId="25132AEA"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6F8FA"/>
            <w:tcMar>
              <w:top w:w="65" w:type="dxa"/>
              <w:left w:w="75" w:type="dxa"/>
              <w:bottom w:w="65" w:type="dxa"/>
              <w:right w:w="75" w:type="dxa"/>
            </w:tcMar>
            <w:vAlign w:val="center"/>
          </w:tcPr>
          <w:p w14:paraId="6B621FF5" w14:textId="77777777" w:rsidR="00A83192" w:rsidRPr="000B60F7" w:rsidRDefault="00000000">
            <w:pPr>
              <w:spacing w:after="0" w:line="240" w:lineRule="auto"/>
              <w:jc w:val="center"/>
              <w:rPr>
                <w:rFonts w:cs="Times New Roman"/>
              </w:rPr>
            </w:pPr>
            <w:r w:rsidRPr="000B60F7">
              <w:rPr>
                <w:rFonts w:cs="Times New Roman"/>
                <w:sz w:val="18"/>
              </w:rPr>
              <w:t>13–24</w:t>
            </w:r>
          </w:p>
        </w:tc>
        <w:tc>
          <w:tcPr>
            <w:tcW w:w="2664" w:type="dxa"/>
            <w:shd w:val="clear" w:color="auto" w:fill="F6F8FA"/>
            <w:tcMar>
              <w:top w:w="65" w:type="dxa"/>
              <w:left w:w="75" w:type="dxa"/>
              <w:bottom w:w="65" w:type="dxa"/>
              <w:right w:w="75" w:type="dxa"/>
            </w:tcMar>
            <w:vAlign w:val="center"/>
          </w:tcPr>
          <w:p w14:paraId="2E70E8C0" w14:textId="77777777" w:rsidR="00A83192" w:rsidRPr="000B60F7" w:rsidRDefault="00000000">
            <w:pPr>
              <w:spacing w:after="0" w:line="240" w:lineRule="auto"/>
              <w:jc w:val="center"/>
              <w:rPr>
                <w:rFonts w:cs="Times New Roman"/>
              </w:rPr>
            </w:pPr>
            <w:r w:rsidRPr="000B60F7">
              <w:rPr>
                <w:rFonts w:cs="Times New Roman"/>
                <w:sz w:val="18"/>
              </w:rPr>
              <w:t>0.988 [0.782, 1.249]</w:t>
            </w:r>
          </w:p>
        </w:tc>
        <w:tc>
          <w:tcPr>
            <w:tcW w:w="864" w:type="dxa"/>
            <w:shd w:val="clear" w:color="auto" w:fill="F6F8FA"/>
            <w:tcMar>
              <w:top w:w="65" w:type="dxa"/>
              <w:left w:w="75" w:type="dxa"/>
              <w:bottom w:w="65" w:type="dxa"/>
              <w:right w:w="75" w:type="dxa"/>
            </w:tcMar>
            <w:vAlign w:val="center"/>
          </w:tcPr>
          <w:p w14:paraId="3C9DD336" w14:textId="77777777" w:rsidR="00A83192" w:rsidRPr="000B60F7" w:rsidRDefault="00000000">
            <w:pPr>
              <w:spacing w:after="0" w:line="240" w:lineRule="auto"/>
              <w:jc w:val="center"/>
              <w:rPr>
                <w:rFonts w:cs="Times New Roman"/>
              </w:rPr>
            </w:pPr>
            <w:r w:rsidRPr="000B60F7">
              <w:rPr>
                <w:rFonts w:cs="Times New Roman"/>
                <w:sz w:val="18"/>
              </w:rPr>
              <w:t>0.9225</w:t>
            </w:r>
          </w:p>
        </w:tc>
        <w:tc>
          <w:tcPr>
            <w:tcW w:w="936" w:type="dxa"/>
            <w:shd w:val="clear" w:color="auto" w:fill="F6F8FA"/>
            <w:tcMar>
              <w:top w:w="65" w:type="dxa"/>
              <w:left w:w="75" w:type="dxa"/>
              <w:bottom w:w="65" w:type="dxa"/>
              <w:right w:w="75" w:type="dxa"/>
            </w:tcMar>
            <w:vAlign w:val="center"/>
          </w:tcPr>
          <w:p w14:paraId="0DBC80B5" w14:textId="77777777" w:rsidR="00A83192" w:rsidRPr="000B60F7" w:rsidRDefault="00000000">
            <w:pPr>
              <w:spacing w:after="0" w:line="240" w:lineRule="auto"/>
              <w:jc w:val="center"/>
              <w:rPr>
                <w:rFonts w:cs="Times New Roman"/>
              </w:rPr>
            </w:pPr>
            <w:r w:rsidRPr="000B60F7">
              <w:rPr>
                <w:rFonts w:cs="Times New Roman"/>
                <w:sz w:val="18"/>
              </w:rPr>
              <w:t>0.9225</w:t>
            </w:r>
          </w:p>
        </w:tc>
      </w:tr>
      <w:tr w:rsidR="00A83192" w:rsidRPr="000B60F7" w14:paraId="1B03195E" w14:textId="77777777">
        <w:trPr>
          <w:cantSplit/>
          <w:jc w:val="center"/>
        </w:trPr>
        <w:tc>
          <w:tcPr>
            <w:tcW w:w="2520" w:type="dxa"/>
            <w:shd w:val="clear" w:color="auto" w:fill="FFFFFF"/>
            <w:tcMar>
              <w:top w:w="65" w:type="dxa"/>
              <w:left w:w="75" w:type="dxa"/>
              <w:bottom w:w="65" w:type="dxa"/>
              <w:right w:w="75" w:type="dxa"/>
            </w:tcMar>
            <w:vAlign w:val="center"/>
          </w:tcPr>
          <w:p w14:paraId="56908265" w14:textId="77777777" w:rsidR="00A83192" w:rsidRPr="000B60F7" w:rsidRDefault="00000000">
            <w:pPr>
              <w:spacing w:after="0" w:line="240" w:lineRule="auto"/>
              <w:rPr>
                <w:rFonts w:cs="Times New Roman"/>
              </w:rPr>
            </w:pPr>
            <w:r w:rsidRPr="000B60F7">
              <w:rPr>
                <w:rFonts w:cs="Times New Roman"/>
                <w:sz w:val="18"/>
              </w:rPr>
              <w:t>Gamma, θ = 0.25</w:t>
            </w:r>
          </w:p>
        </w:tc>
        <w:tc>
          <w:tcPr>
            <w:tcW w:w="1512" w:type="dxa"/>
            <w:shd w:val="clear" w:color="auto" w:fill="FFFFFF"/>
            <w:tcMar>
              <w:top w:w="65" w:type="dxa"/>
              <w:left w:w="75" w:type="dxa"/>
              <w:bottom w:w="65" w:type="dxa"/>
              <w:right w:w="75" w:type="dxa"/>
            </w:tcMar>
            <w:vAlign w:val="center"/>
          </w:tcPr>
          <w:p w14:paraId="00E74D9D"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FFFFF"/>
            <w:tcMar>
              <w:top w:w="65" w:type="dxa"/>
              <w:left w:w="75" w:type="dxa"/>
              <w:bottom w:w="65" w:type="dxa"/>
              <w:right w:w="75" w:type="dxa"/>
            </w:tcMar>
            <w:vAlign w:val="center"/>
          </w:tcPr>
          <w:p w14:paraId="4499293F" w14:textId="77777777" w:rsidR="00A83192" w:rsidRPr="000B60F7" w:rsidRDefault="00000000">
            <w:pPr>
              <w:spacing w:after="0" w:line="240" w:lineRule="auto"/>
              <w:jc w:val="center"/>
              <w:rPr>
                <w:rFonts w:cs="Times New Roman"/>
              </w:rPr>
            </w:pPr>
            <w:r w:rsidRPr="000B60F7">
              <w:rPr>
                <w:rFonts w:cs="Times New Roman"/>
                <w:sz w:val="18"/>
              </w:rPr>
              <w:t>25–36</w:t>
            </w:r>
          </w:p>
        </w:tc>
        <w:tc>
          <w:tcPr>
            <w:tcW w:w="2664" w:type="dxa"/>
            <w:shd w:val="clear" w:color="auto" w:fill="FFFFFF"/>
            <w:tcMar>
              <w:top w:w="65" w:type="dxa"/>
              <w:left w:w="75" w:type="dxa"/>
              <w:bottom w:w="65" w:type="dxa"/>
              <w:right w:w="75" w:type="dxa"/>
            </w:tcMar>
            <w:vAlign w:val="center"/>
          </w:tcPr>
          <w:p w14:paraId="42D02BFB" w14:textId="77777777" w:rsidR="00A83192" w:rsidRPr="000B60F7" w:rsidRDefault="00000000">
            <w:pPr>
              <w:spacing w:after="0" w:line="240" w:lineRule="auto"/>
              <w:jc w:val="center"/>
              <w:rPr>
                <w:rFonts w:cs="Times New Roman"/>
              </w:rPr>
            </w:pPr>
            <w:r w:rsidRPr="000B60F7">
              <w:rPr>
                <w:rFonts w:cs="Times New Roman"/>
                <w:sz w:val="18"/>
              </w:rPr>
              <w:t>1.590 [1.210, 2.091]</w:t>
            </w:r>
          </w:p>
        </w:tc>
        <w:tc>
          <w:tcPr>
            <w:tcW w:w="864" w:type="dxa"/>
            <w:shd w:val="clear" w:color="auto" w:fill="FFFFFF"/>
            <w:tcMar>
              <w:top w:w="65" w:type="dxa"/>
              <w:left w:w="75" w:type="dxa"/>
              <w:bottom w:w="65" w:type="dxa"/>
              <w:right w:w="75" w:type="dxa"/>
            </w:tcMar>
            <w:vAlign w:val="center"/>
          </w:tcPr>
          <w:p w14:paraId="4734162C" w14:textId="77777777" w:rsidR="00A83192" w:rsidRPr="000B60F7" w:rsidRDefault="00000000">
            <w:pPr>
              <w:spacing w:after="0" w:line="240" w:lineRule="auto"/>
              <w:jc w:val="center"/>
              <w:rPr>
                <w:rFonts w:cs="Times New Roman"/>
              </w:rPr>
            </w:pPr>
            <w:r w:rsidRPr="000B60F7">
              <w:rPr>
                <w:rFonts w:cs="Times New Roman"/>
                <w:sz w:val="18"/>
              </w:rPr>
              <w:t>0.0009</w:t>
            </w:r>
          </w:p>
        </w:tc>
        <w:tc>
          <w:tcPr>
            <w:tcW w:w="936" w:type="dxa"/>
            <w:shd w:val="clear" w:color="auto" w:fill="FFFFFF"/>
            <w:tcMar>
              <w:top w:w="65" w:type="dxa"/>
              <w:left w:w="75" w:type="dxa"/>
              <w:bottom w:w="65" w:type="dxa"/>
              <w:right w:w="75" w:type="dxa"/>
            </w:tcMar>
            <w:vAlign w:val="center"/>
          </w:tcPr>
          <w:p w14:paraId="34437598" w14:textId="77777777" w:rsidR="00A83192" w:rsidRPr="000B60F7" w:rsidRDefault="00000000">
            <w:pPr>
              <w:spacing w:after="0" w:line="240" w:lineRule="auto"/>
              <w:jc w:val="center"/>
              <w:rPr>
                <w:rFonts w:cs="Times New Roman"/>
              </w:rPr>
            </w:pPr>
            <w:r w:rsidRPr="000B60F7">
              <w:rPr>
                <w:rFonts w:cs="Times New Roman"/>
                <w:sz w:val="18"/>
              </w:rPr>
              <w:t>0.0019</w:t>
            </w:r>
          </w:p>
        </w:tc>
      </w:tr>
      <w:tr w:rsidR="00A83192" w:rsidRPr="000B60F7" w14:paraId="741A3E8E" w14:textId="77777777">
        <w:trPr>
          <w:cantSplit/>
          <w:jc w:val="center"/>
        </w:trPr>
        <w:tc>
          <w:tcPr>
            <w:tcW w:w="2520" w:type="dxa"/>
            <w:shd w:val="clear" w:color="auto" w:fill="F6F8FA"/>
            <w:tcMar>
              <w:top w:w="65" w:type="dxa"/>
              <w:left w:w="75" w:type="dxa"/>
              <w:bottom w:w="65" w:type="dxa"/>
              <w:right w:w="75" w:type="dxa"/>
            </w:tcMar>
            <w:vAlign w:val="center"/>
          </w:tcPr>
          <w:p w14:paraId="60F0FA1F" w14:textId="77777777" w:rsidR="00A83192" w:rsidRPr="000B60F7" w:rsidRDefault="00000000">
            <w:pPr>
              <w:spacing w:after="0" w:line="240" w:lineRule="auto"/>
              <w:rPr>
                <w:rFonts w:cs="Times New Roman"/>
              </w:rPr>
            </w:pPr>
            <w:r w:rsidRPr="000B60F7">
              <w:rPr>
                <w:rFonts w:cs="Times New Roman"/>
                <w:sz w:val="18"/>
              </w:rPr>
              <w:t>Gamma, θ = 0.25</w:t>
            </w:r>
          </w:p>
        </w:tc>
        <w:tc>
          <w:tcPr>
            <w:tcW w:w="1512" w:type="dxa"/>
            <w:shd w:val="clear" w:color="auto" w:fill="F6F8FA"/>
            <w:tcMar>
              <w:top w:w="65" w:type="dxa"/>
              <w:left w:w="75" w:type="dxa"/>
              <w:bottom w:w="65" w:type="dxa"/>
              <w:right w:w="75" w:type="dxa"/>
            </w:tcMar>
            <w:vAlign w:val="center"/>
          </w:tcPr>
          <w:p w14:paraId="17B86256"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6F8FA"/>
            <w:tcMar>
              <w:top w:w="65" w:type="dxa"/>
              <w:left w:w="75" w:type="dxa"/>
              <w:bottom w:w="65" w:type="dxa"/>
              <w:right w:w="75" w:type="dxa"/>
            </w:tcMar>
            <w:vAlign w:val="center"/>
          </w:tcPr>
          <w:p w14:paraId="17A14660" w14:textId="77777777" w:rsidR="00A83192" w:rsidRPr="000B60F7" w:rsidRDefault="00000000">
            <w:pPr>
              <w:spacing w:after="0" w:line="240" w:lineRule="auto"/>
              <w:jc w:val="center"/>
              <w:rPr>
                <w:rFonts w:cs="Times New Roman"/>
              </w:rPr>
            </w:pPr>
            <w:r w:rsidRPr="000B60F7">
              <w:rPr>
                <w:rFonts w:cs="Times New Roman"/>
                <w:sz w:val="18"/>
              </w:rPr>
              <w:t>37–60</w:t>
            </w:r>
          </w:p>
        </w:tc>
        <w:tc>
          <w:tcPr>
            <w:tcW w:w="2664" w:type="dxa"/>
            <w:shd w:val="clear" w:color="auto" w:fill="F6F8FA"/>
            <w:tcMar>
              <w:top w:w="65" w:type="dxa"/>
              <w:left w:w="75" w:type="dxa"/>
              <w:bottom w:w="65" w:type="dxa"/>
              <w:right w:w="75" w:type="dxa"/>
            </w:tcMar>
            <w:vAlign w:val="center"/>
          </w:tcPr>
          <w:p w14:paraId="21158F25" w14:textId="77777777" w:rsidR="00A83192" w:rsidRPr="000B60F7" w:rsidRDefault="00000000">
            <w:pPr>
              <w:spacing w:after="0" w:line="240" w:lineRule="auto"/>
              <w:jc w:val="center"/>
              <w:rPr>
                <w:rFonts w:cs="Times New Roman"/>
              </w:rPr>
            </w:pPr>
            <w:r w:rsidRPr="000B60F7">
              <w:rPr>
                <w:rFonts w:cs="Times New Roman"/>
                <w:sz w:val="18"/>
              </w:rPr>
              <w:t>2.043 [1.368, 3.050]</w:t>
            </w:r>
          </w:p>
        </w:tc>
        <w:tc>
          <w:tcPr>
            <w:tcW w:w="864" w:type="dxa"/>
            <w:shd w:val="clear" w:color="auto" w:fill="F6F8FA"/>
            <w:tcMar>
              <w:top w:w="65" w:type="dxa"/>
              <w:left w:w="75" w:type="dxa"/>
              <w:bottom w:w="65" w:type="dxa"/>
              <w:right w:w="75" w:type="dxa"/>
            </w:tcMar>
            <w:vAlign w:val="center"/>
          </w:tcPr>
          <w:p w14:paraId="53212FBE" w14:textId="77777777" w:rsidR="00A83192" w:rsidRPr="000B60F7" w:rsidRDefault="00000000">
            <w:pPr>
              <w:spacing w:after="0" w:line="240" w:lineRule="auto"/>
              <w:jc w:val="center"/>
              <w:rPr>
                <w:rFonts w:cs="Times New Roman"/>
              </w:rPr>
            </w:pPr>
            <w:r w:rsidRPr="000B60F7">
              <w:rPr>
                <w:rFonts w:cs="Times New Roman"/>
                <w:sz w:val="18"/>
              </w:rPr>
              <w:t>0.0005</w:t>
            </w:r>
          </w:p>
        </w:tc>
        <w:tc>
          <w:tcPr>
            <w:tcW w:w="936" w:type="dxa"/>
            <w:shd w:val="clear" w:color="auto" w:fill="F6F8FA"/>
            <w:tcMar>
              <w:top w:w="65" w:type="dxa"/>
              <w:left w:w="75" w:type="dxa"/>
              <w:bottom w:w="65" w:type="dxa"/>
              <w:right w:w="75" w:type="dxa"/>
            </w:tcMar>
            <w:vAlign w:val="center"/>
          </w:tcPr>
          <w:p w14:paraId="3B3179CB" w14:textId="77777777" w:rsidR="00A83192" w:rsidRPr="000B60F7" w:rsidRDefault="00000000">
            <w:pPr>
              <w:spacing w:after="0" w:line="240" w:lineRule="auto"/>
              <w:jc w:val="center"/>
              <w:rPr>
                <w:rFonts w:cs="Times New Roman"/>
              </w:rPr>
            </w:pPr>
            <w:r w:rsidRPr="000B60F7">
              <w:rPr>
                <w:rFonts w:cs="Times New Roman"/>
                <w:sz w:val="18"/>
              </w:rPr>
              <w:t>0.0019</w:t>
            </w:r>
          </w:p>
        </w:tc>
      </w:tr>
      <w:tr w:rsidR="00A83192" w:rsidRPr="000B60F7" w14:paraId="1BD0558B" w14:textId="77777777">
        <w:trPr>
          <w:cantSplit/>
          <w:jc w:val="center"/>
        </w:trPr>
        <w:tc>
          <w:tcPr>
            <w:tcW w:w="2520" w:type="dxa"/>
            <w:shd w:val="clear" w:color="auto" w:fill="FFFFFF"/>
            <w:tcMar>
              <w:top w:w="65" w:type="dxa"/>
              <w:left w:w="75" w:type="dxa"/>
              <w:bottom w:w="65" w:type="dxa"/>
              <w:right w:w="75" w:type="dxa"/>
            </w:tcMar>
            <w:vAlign w:val="center"/>
          </w:tcPr>
          <w:p w14:paraId="2DDEB750" w14:textId="77777777" w:rsidR="00A83192" w:rsidRPr="000B60F7" w:rsidRDefault="00000000">
            <w:pPr>
              <w:spacing w:after="0" w:line="240" w:lineRule="auto"/>
              <w:rPr>
                <w:rFonts w:cs="Times New Roman"/>
              </w:rPr>
            </w:pPr>
            <w:r w:rsidRPr="000B60F7">
              <w:rPr>
                <w:rFonts w:cs="Times New Roman"/>
                <w:sz w:val="18"/>
              </w:rPr>
              <w:t>Gamma, θ = 0.25</w:t>
            </w:r>
          </w:p>
        </w:tc>
        <w:tc>
          <w:tcPr>
            <w:tcW w:w="1512" w:type="dxa"/>
            <w:shd w:val="clear" w:color="auto" w:fill="FFFFFF"/>
            <w:tcMar>
              <w:top w:w="65" w:type="dxa"/>
              <w:left w:w="75" w:type="dxa"/>
              <w:bottom w:w="65" w:type="dxa"/>
              <w:right w:w="75" w:type="dxa"/>
            </w:tcMar>
            <w:vAlign w:val="center"/>
          </w:tcPr>
          <w:p w14:paraId="542B36ED"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FFFFF"/>
            <w:tcMar>
              <w:top w:w="65" w:type="dxa"/>
              <w:left w:w="75" w:type="dxa"/>
              <w:bottom w:w="65" w:type="dxa"/>
              <w:right w:w="75" w:type="dxa"/>
            </w:tcMar>
            <w:vAlign w:val="center"/>
          </w:tcPr>
          <w:p w14:paraId="18E70B26" w14:textId="77777777" w:rsidR="00A83192" w:rsidRPr="000B60F7" w:rsidRDefault="00000000">
            <w:pPr>
              <w:spacing w:after="0" w:line="240" w:lineRule="auto"/>
              <w:jc w:val="center"/>
              <w:rPr>
                <w:rFonts w:cs="Times New Roman"/>
              </w:rPr>
            </w:pPr>
            <w:r w:rsidRPr="000B60F7">
              <w:rPr>
                <w:rFonts w:cs="Times New Roman"/>
                <w:sz w:val="18"/>
              </w:rPr>
              <w:t>1–12</w:t>
            </w:r>
          </w:p>
        </w:tc>
        <w:tc>
          <w:tcPr>
            <w:tcW w:w="2664" w:type="dxa"/>
            <w:shd w:val="clear" w:color="auto" w:fill="FFFFFF"/>
            <w:tcMar>
              <w:top w:w="65" w:type="dxa"/>
              <w:left w:w="75" w:type="dxa"/>
              <w:bottom w:w="65" w:type="dxa"/>
              <w:right w:w="75" w:type="dxa"/>
            </w:tcMar>
            <w:vAlign w:val="center"/>
          </w:tcPr>
          <w:p w14:paraId="72A37D9A" w14:textId="77777777" w:rsidR="00A83192" w:rsidRPr="000B60F7" w:rsidRDefault="00000000">
            <w:pPr>
              <w:spacing w:after="0" w:line="240" w:lineRule="auto"/>
              <w:jc w:val="center"/>
              <w:rPr>
                <w:rFonts w:cs="Times New Roman"/>
              </w:rPr>
            </w:pPr>
            <w:r w:rsidRPr="000B60F7">
              <w:rPr>
                <w:rFonts w:cs="Times New Roman"/>
                <w:sz w:val="18"/>
              </w:rPr>
              <w:t>1.357 [1.030, 1.788]</w:t>
            </w:r>
          </w:p>
        </w:tc>
        <w:tc>
          <w:tcPr>
            <w:tcW w:w="864" w:type="dxa"/>
            <w:shd w:val="clear" w:color="auto" w:fill="FFFFFF"/>
            <w:tcMar>
              <w:top w:w="65" w:type="dxa"/>
              <w:left w:w="75" w:type="dxa"/>
              <w:bottom w:w="65" w:type="dxa"/>
              <w:right w:w="75" w:type="dxa"/>
            </w:tcMar>
            <w:vAlign w:val="center"/>
          </w:tcPr>
          <w:p w14:paraId="0516841F" w14:textId="77777777" w:rsidR="00A83192" w:rsidRPr="000B60F7" w:rsidRDefault="00000000">
            <w:pPr>
              <w:spacing w:after="0" w:line="240" w:lineRule="auto"/>
              <w:jc w:val="center"/>
              <w:rPr>
                <w:rFonts w:cs="Times New Roman"/>
              </w:rPr>
            </w:pPr>
            <w:r w:rsidRPr="000B60F7">
              <w:rPr>
                <w:rFonts w:cs="Times New Roman"/>
                <w:sz w:val="18"/>
              </w:rPr>
              <w:t>0.0299</w:t>
            </w:r>
          </w:p>
        </w:tc>
        <w:tc>
          <w:tcPr>
            <w:tcW w:w="936" w:type="dxa"/>
            <w:shd w:val="clear" w:color="auto" w:fill="FFFFFF"/>
            <w:tcMar>
              <w:top w:w="65" w:type="dxa"/>
              <w:left w:w="75" w:type="dxa"/>
              <w:bottom w:w="65" w:type="dxa"/>
              <w:right w:w="75" w:type="dxa"/>
            </w:tcMar>
            <w:vAlign w:val="center"/>
          </w:tcPr>
          <w:p w14:paraId="4BD74073" w14:textId="77777777" w:rsidR="00A83192" w:rsidRPr="000B60F7" w:rsidRDefault="00000000">
            <w:pPr>
              <w:spacing w:after="0" w:line="240" w:lineRule="auto"/>
              <w:jc w:val="center"/>
              <w:rPr>
                <w:rFonts w:cs="Times New Roman"/>
              </w:rPr>
            </w:pPr>
            <w:r w:rsidRPr="000B60F7">
              <w:rPr>
                <w:rFonts w:cs="Times New Roman"/>
                <w:sz w:val="18"/>
              </w:rPr>
              <w:t>0.1194</w:t>
            </w:r>
          </w:p>
        </w:tc>
      </w:tr>
      <w:tr w:rsidR="00A83192" w:rsidRPr="000B60F7" w14:paraId="3E662851" w14:textId="77777777">
        <w:trPr>
          <w:cantSplit/>
          <w:jc w:val="center"/>
        </w:trPr>
        <w:tc>
          <w:tcPr>
            <w:tcW w:w="2520" w:type="dxa"/>
            <w:shd w:val="clear" w:color="auto" w:fill="F6F8FA"/>
            <w:tcMar>
              <w:top w:w="65" w:type="dxa"/>
              <w:left w:w="75" w:type="dxa"/>
              <w:bottom w:w="65" w:type="dxa"/>
              <w:right w:w="75" w:type="dxa"/>
            </w:tcMar>
            <w:vAlign w:val="center"/>
          </w:tcPr>
          <w:p w14:paraId="226E8034" w14:textId="77777777" w:rsidR="00A83192" w:rsidRPr="000B60F7" w:rsidRDefault="00000000">
            <w:pPr>
              <w:spacing w:after="0" w:line="240" w:lineRule="auto"/>
              <w:rPr>
                <w:rFonts w:cs="Times New Roman"/>
              </w:rPr>
            </w:pPr>
            <w:r w:rsidRPr="000B60F7">
              <w:rPr>
                <w:rFonts w:cs="Times New Roman"/>
                <w:sz w:val="18"/>
              </w:rPr>
              <w:t>Gamma, θ = 0.25</w:t>
            </w:r>
          </w:p>
        </w:tc>
        <w:tc>
          <w:tcPr>
            <w:tcW w:w="1512" w:type="dxa"/>
            <w:shd w:val="clear" w:color="auto" w:fill="F6F8FA"/>
            <w:tcMar>
              <w:top w:w="65" w:type="dxa"/>
              <w:left w:w="75" w:type="dxa"/>
              <w:bottom w:w="65" w:type="dxa"/>
              <w:right w:w="75" w:type="dxa"/>
            </w:tcMar>
            <w:vAlign w:val="center"/>
          </w:tcPr>
          <w:p w14:paraId="0439020B"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6F8FA"/>
            <w:tcMar>
              <w:top w:w="65" w:type="dxa"/>
              <w:left w:w="75" w:type="dxa"/>
              <w:bottom w:w="65" w:type="dxa"/>
              <w:right w:w="75" w:type="dxa"/>
            </w:tcMar>
            <w:vAlign w:val="center"/>
          </w:tcPr>
          <w:p w14:paraId="1A10077C" w14:textId="77777777" w:rsidR="00A83192" w:rsidRPr="000B60F7" w:rsidRDefault="00000000">
            <w:pPr>
              <w:spacing w:after="0" w:line="240" w:lineRule="auto"/>
              <w:jc w:val="center"/>
              <w:rPr>
                <w:rFonts w:cs="Times New Roman"/>
              </w:rPr>
            </w:pPr>
            <w:r w:rsidRPr="000B60F7">
              <w:rPr>
                <w:rFonts w:cs="Times New Roman"/>
                <w:sz w:val="18"/>
              </w:rPr>
              <w:t>13–24</w:t>
            </w:r>
          </w:p>
        </w:tc>
        <w:tc>
          <w:tcPr>
            <w:tcW w:w="2664" w:type="dxa"/>
            <w:shd w:val="clear" w:color="auto" w:fill="F6F8FA"/>
            <w:tcMar>
              <w:top w:w="65" w:type="dxa"/>
              <w:left w:w="75" w:type="dxa"/>
              <w:bottom w:w="65" w:type="dxa"/>
              <w:right w:w="75" w:type="dxa"/>
            </w:tcMar>
            <w:vAlign w:val="center"/>
          </w:tcPr>
          <w:p w14:paraId="73FBEF51" w14:textId="77777777" w:rsidR="00A83192" w:rsidRPr="000B60F7" w:rsidRDefault="00000000">
            <w:pPr>
              <w:spacing w:after="0" w:line="240" w:lineRule="auto"/>
              <w:jc w:val="center"/>
              <w:rPr>
                <w:rFonts w:cs="Times New Roman"/>
              </w:rPr>
            </w:pPr>
            <w:r w:rsidRPr="000B60F7">
              <w:rPr>
                <w:rFonts w:cs="Times New Roman"/>
                <w:sz w:val="18"/>
              </w:rPr>
              <w:t>1.230 [0.953, 1.587]</w:t>
            </w:r>
          </w:p>
        </w:tc>
        <w:tc>
          <w:tcPr>
            <w:tcW w:w="864" w:type="dxa"/>
            <w:shd w:val="clear" w:color="auto" w:fill="F6F8FA"/>
            <w:tcMar>
              <w:top w:w="65" w:type="dxa"/>
              <w:left w:w="75" w:type="dxa"/>
              <w:bottom w:w="65" w:type="dxa"/>
              <w:right w:w="75" w:type="dxa"/>
            </w:tcMar>
            <w:vAlign w:val="center"/>
          </w:tcPr>
          <w:p w14:paraId="2318FD60" w14:textId="77777777" w:rsidR="00A83192" w:rsidRPr="000B60F7" w:rsidRDefault="00000000">
            <w:pPr>
              <w:spacing w:after="0" w:line="240" w:lineRule="auto"/>
              <w:jc w:val="center"/>
              <w:rPr>
                <w:rFonts w:cs="Times New Roman"/>
              </w:rPr>
            </w:pPr>
            <w:r w:rsidRPr="000B60F7">
              <w:rPr>
                <w:rFonts w:cs="Times New Roman"/>
                <w:sz w:val="18"/>
              </w:rPr>
              <w:t>0.1110</w:t>
            </w:r>
          </w:p>
        </w:tc>
        <w:tc>
          <w:tcPr>
            <w:tcW w:w="936" w:type="dxa"/>
            <w:shd w:val="clear" w:color="auto" w:fill="F6F8FA"/>
            <w:tcMar>
              <w:top w:w="65" w:type="dxa"/>
              <w:left w:w="75" w:type="dxa"/>
              <w:bottom w:w="65" w:type="dxa"/>
              <w:right w:w="75" w:type="dxa"/>
            </w:tcMar>
            <w:vAlign w:val="center"/>
          </w:tcPr>
          <w:p w14:paraId="10BD0499" w14:textId="77777777" w:rsidR="00A83192" w:rsidRPr="000B60F7" w:rsidRDefault="00000000">
            <w:pPr>
              <w:spacing w:after="0" w:line="240" w:lineRule="auto"/>
              <w:jc w:val="center"/>
              <w:rPr>
                <w:rFonts w:cs="Times New Roman"/>
              </w:rPr>
            </w:pPr>
            <w:r w:rsidRPr="000B60F7">
              <w:rPr>
                <w:rFonts w:cs="Times New Roman"/>
                <w:sz w:val="18"/>
              </w:rPr>
              <w:t>0.2221</w:t>
            </w:r>
          </w:p>
        </w:tc>
      </w:tr>
      <w:tr w:rsidR="00A83192" w:rsidRPr="000B60F7" w14:paraId="4F4DD09C" w14:textId="77777777">
        <w:trPr>
          <w:cantSplit/>
          <w:jc w:val="center"/>
        </w:trPr>
        <w:tc>
          <w:tcPr>
            <w:tcW w:w="2520" w:type="dxa"/>
            <w:shd w:val="clear" w:color="auto" w:fill="FFFFFF"/>
            <w:tcMar>
              <w:top w:w="65" w:type="dxa"/>
              <w:left w:w="75" w:type="dxa"/>
              <w:bottom w:w="65" w:type="dxa"/>
              <w:right w:w="75" w:type="dxa"/>
            </w:tcMar>
            <w:vAlign w:val="center"/>
          </w:tcPr>
          <w:p w14:paraId="702570E2" w14:textId="77777777" w:rsidR="00A83192" w:rsidRPr="000B60F7" w:rsidRDefault="00000000">
            <w:pPr>
              <w:spacing w:after="0" w:line="240" w:lineRule="auto"/>
              <w:rPr>
                <w:rFonts w:cs="Times New Roman"/>
              </w:rPr>
            </w:pPr>
            <w:r w:rsidRPr="000B60F7">
              <w:rPr>
                <w:rFonts w:cs="Times New Roman"/>
                <w:sz w:val="18"/>
              </w:rPr>
              <w:t>Gamma, θ = 0.25</w:t>
            </w:r>
          </w:p>
        </w:tc>
        <w:tc>
          <w:tcPr>
            <w:tcW w:w="1512" w:type="dxa"/>
            <w:shd w:val="clear" w:color="auto" w:fill="FFFFFF"/>
            <w:tcMar>
              <w:top w:w="65" w:type="dxa"/>
              <w:left w:w="75" w:type="dxa"/>
              <w:bottom w:w="65" w:type="dxa"/>
              <w:right w:w="75" w:type="dxa"/>
            </w:tcMar>
            <w:vAlign w:val="center"/>
          </w:tcPr>
          <w:p w14:paraId="6768768D"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FFFFF"/>
            <w:tcMar>
              <w:top w:w="65" w:type="dxa"/>
              <w:left w:w="75" w:type="dxa"/>
              <w:bottom w:w="65" w:type="dxa"/>
              <w:right w:w="75" w:type="dxa"/>
            </w:tcMar>
            <w:vAlign w:val="center"/>
          </w:tcPr>
          <w:p w14:paraId="2D98E128" w14:textId="77777777" w:rsidR="00A83192" w:rsidRPr="000B60F7" w:rsidRDefault="00000000">
            <w:pPr>
              <w:spacing w:after="0" w:line="240" w:lineRule="auto"/>
              <w:jc w:val="center"/>
              <w:rPr>
                <w:rFonts w:cs="Times New Roman"/>
              </w:rPr>
            </w:pPr>
            <w:r w:rsidRPr="000B60F7">
              <w:rPr>
                <w:rFonts w:cs="Times New Roman"/>
                <w:sz w:val="18"/>
              </w:rPr>
              <w:t>25–36</w:t>
            </w:r>
          </w:p>
        </w:tc>
        <w:tc>
          <w:tcPr>
            <w:tcW w:w="2664" w:type="dxa"/>
            <w:shd w:val="clear" w:color="auto" w:fill="FFFFFF"/>
            <w:tcMar>
              <w:top w:w="65" w:type="dxa"/>
              <w:left w:w="75" w:type="dxa"/>
              <w:bottom w:w="65" w:type="dxa"/>
              <w:right w:w="75" w:type="dxa"/>
            </w:tcMar>
            <w:vAlign w:val="center"/>
          </w:tcPr>
          <w:p w14:paraId="5D027E84" w14:textId="77777777" w:rsidR="00A83192" w:rsidRPr="000B60F7" w:rsidRDefault="00000000">
            <w:pPr>
              <w:spacing w:after="0" w:line="240" w:lineRule="auto"/>
              <w:jc w:val="center"/>
              <w:rPr>
                <w:rFonts w:cs="Times New Roman"/>
              </w:rPr>
            </w:pPr>
            <w:r w:rsidRPr="000B60F7">
              <w:rPr>
                <w:rFonts w:cs="Times New Roman"/>
                <w:sz w:val="18"/>
              </w:rPr>
              <w:t>0.880 [0.661, 1.171]</w:t>
            </w:r>
          </w:p>
        </w:tc>
        <w:tc>
          <w:tcPr>
            <w:tcW w:w="864" w:type="dxa"/>
            <w:shd w:val="clear" w:color="auto" w:fill="FFFFFF"/>
            <w:tcMar>
              <w:top w:w="65" w:type="dxa"/>
              <w:left w:w="75" w:type="dxa"/>
              <w:bottom w:w="65" w:type="dxa"/>
              <w:right w:w="75" w:type="dxa"/>
            </w:tcMar>
            <w:vAlign w:val="center"/>
          </w:tcPr>
          <w:p w14:paraId="43BC76A1" w14:textId="77777777" w:rsidR="00A83192" w:rsidRPr="000B60F7" w:rsidRDefault="00000000">
            <w:pPr>
              <w:spacing w:after="0" w:line="240" w:lineRule="auto"/>
              <w:jc w:val="center"/>
              <w:rPr>
                <w:rFonts w:cs="Times New Roman"/>
              </w:rPr>
            </w:pPr>
            <w:r w:rsidRPr="000B60F7">
              <w:rPr>
                <w:rFonts w:cs="Times New Roman"/>
                <w:sz w:val="18"/>
              </w:rPr>
              <w:t>0.3807</w:t>
            </w:r>
          </w:p>
        </w:tc>
        <w:tc>
          <w:tcPr>
            <w:tcW w:w="936" w:type="dxa"/>
            <w:shd w:val="clear" w:color="auto" w:fill="FFFFFF"/>
            <w:tcMar>
              <w:top w:w="65" w:type="dxa"/>
              <w:left w:w="75" w:type="dxa"/>
              <w:bottom w:w="65" w:type="dxa"/>
              <w:right w:w="75" w:type="dxa"/>
            </w:tcMar>
            <w:vAlign w:val="center"/>
          </w:tcPr>
          <w:p w14:paraId="301FCED0" w14:textId="77777777" w:rsidR="00A83192" w:rsidRPr="000B60F7" w:rsidRDefault="00000000">
            <w:pPr>
              <w:spacing w:after="0" w:line="240" w:lineRule="auto"/>
              <w:jc w:val="center"/>
              <w:rPr>
                <w:rFonts w:cs="Times New Roman"/>
              </w:rPr>
            </w:pPr>
            <w:r w:rsidRPr="000B60F7">
              <w:rPr>
                <w:rFonts w:cs="Times New Roman"/>
                <w:sz w:val="18"/>
              </w:rPr>
              <w:t>0.3807</w:t>
            </w:r>
          </w:p>
        </w:tc>
      </w:tr>
      <w:tr w:rsidR="00A83192" w:rsidRPr="000B60F7" w14:paraId="62578872" w14:textId="77777777">
        <w:trPr>
          <w:cantSplit/>
          <w:jc w:val="center"/>
        </w:trPr>
        <w:tc>
          <w:tcPr>
            <w:tcW w:w="2520" w:type="dxa"/>
            <w:shd w:val="clear" w:color="auto" w:fill="F6F8FA"/>
            <w:tcMar>
              <w:top w:w="65" w:type="dxa"/>
              <w:left w:w="75" w:type="dxa"/>
              <w:bottom w:w="65" w:type="dxa"/>
              <w:right w:w="75" w:type="dxa"/>
            </w:tcMar>
            <w:vAlign w:val="center"/>
          </w:tcPr>
          <w:p w14:paraId="7748E2B6" w14:textId="77777777" w:rsidR="00A83192" w:rsidRPr="000B60F7" w:rsidRDefault="00000000">
            <w:pPr>
              <w:spacing w:after="0" w:line="240" w:lineRule="auto"/>
              <w:rPr>
                <w:rFonts w:cs="Times New Roman"/>
              </w:rPr>
            </w:pPr>
            <w:r w:rsidRPr="000B60F7">
              <w:rPr>
                <w:rFonts w:cs="Times New Roman"/>
                <w:sz w:val="18"/>
              </w:rPr>
              <w:t>Gamma, θ = 0.25</w:t>
            </w:r>
          </w:p>
        </w:tc>
        <w:tc>
          <w:tcPr>
            <w:tcW w:w="1512" w:type="dxa"/>
            <w:shd w:val="clear" w:color="auto" w:fill="F6F8FA"/>
            <w:tcMar>
              <w:top w:w="65" w:type="dxa"/>
              <w:left w:w="75" w:type="dxa"/>
              <w:bottom w:w="65" w:type="dxa"/>
              <w:right w:w="75" w:type="dxa"/>
            </w:tcMar>
            <w:vAlign w:val="center"/>
          </w:tcPr>
          <w:p w14:paraId="422E4B7D"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6F8FA"/>
            <w:tcMar>
              <w:top w:w="65" w:type="dxa"/>
              <w:left w:w="75" w:type="dxa"/>
              <w:bottom w:w="65" w:type="dxa"/>
              <w:right w:w="75" w:type="dxa"/>
            </w:tcMar>
            <w:vAlign w:val="center"/>
          </w:tcPr>
          <w:p w14:paraId="0512DF7E" w14:textId="77777777" w:rsidR="00A83192" w:rsidRPr="000B60F7" w:rsidRDefault="00000000">
            <w:pPr>
              <w:spacing w:after="0" w:line="240" w:lineRule="auto"/>
              <w:jc w:val="center"/>
              <w:rPr>
                <w:rFonts w:cs="Times New Roman"/>
              </w:rPr>
            </w:pPr>
            <w:r w:rsidRPr="000B60F7">
              <w:rPr>
                <w:rFonts w:cs="Times New Roman"/>
                <w:sz w:val="18"/>
              </w:rPr>
              <w:t>37–60</w:t>
            </w:r>
          </w:p>
        </w:tc>
        <w:tc>
          <w:tcPr>
            <w:tcW w:w="2664" w:type="dxa"/>
            <w:shd w:val="clear" w:color="auto" w:fill="F6F8FA"/>
            <w:tcMar>
              <w:top w:w="65" w:type="dxa"/>
              <w:left w:w="75" w:type="dxa"/>
              <w:bottom w:w="65" w:type="dxa"/>
              <w:right w:w="75" w:type="dxa"/>
            </w:tcMar>
            <w:vAlign w:val="center"/>
          </w:tcPr>
          <w:p w14:paraId="40149986" w14:textId="77777777" w:rsidR="00A83192" w:rsidRPr="000B60F7" w:rsidRDefault="00000000">
            <w:pPr>
              <w:spacing w:after="0" w:line="240" w:lineRule="auto"/>
              <w:jc w:val="center"/>
              <w:rPr>
                <w:rFonts w:cs="Times New Roman"/>
              </w:rPr>
            </w:pPr>
            <w:r w:rsidRPr="000B60F7">
              <w:rPr>
                <w:rFonts w:cs="Times New Roman"/>
                <w:sz w:val="18"/>
              </w:rPr>
              <w:t>0.724 [0.451, 1.163]</w:t>
            </w:r>
          </w:p>
        </w:tc>
        <w:tc>
          <w:tcPr>
            <w:tcW w:w="864" w:type="dxa"/>
            <w:shd w:val="clear" w:color="auto" w:fill="F6F8FA"/>
            <w:tcMar>
              <w:top w:w="65" w:type="dxa"/>
              <w:left w:w="75" w:type="dxa"/>
              <w:bottom w:w="65" w:type="dxa"/>
              <w:right w:w="75" w:type="dxa"/>
            </w:tcMar>
            <w:vAlign w:val="center"/>
          </w:tcPr>
          <w:p w14:paraId="71527EB8" w14:textId="77777777" w:rsidR="00A83192" w:rsidRPr="000B60F7" w:rsidRDefault="00000000">
            <w:pPr>
              <w:spacing w:after="0" w:line="240" w:lineRule="auto"/>
              <w:jc w:val="center"/>
              <w:rPr>
                <w:rFonts w:cs="Times New Roman"/>
              </w:rPr>
            </w:pPr>
            <w:r w:rsidRPr="000B60F7">
              <w:rPr>
                <w:rFonts w:cs="Times New Roman"/>
                <w:sz w:val="18"/>
              </w:rPr>
              <w:t>0.1816</w:t>
            </w:r>
          </w:p>
        </w:tc>
        <w:tc>
          <w:tcPr>
            <w:tcW w:w="936" w:type="dxa"/>
            <w:shd w:val="clear" w:color="auto" w:fill="F6F8FA"/>
            <w:tcMar>
              <w:top w:w="65" w:type="dxa"/>
              <w:left w:w="75" w:type="dxa"/>
              <w:bottom w:w="65" w:type="dxa"/>
              <w:right w:w="75" w:type="dxa"/>
            </w:tcMar>
            <w:vAlign w:val="center"/>
          </w:tcPr>
          <w:p w14:paraId="04D45F45" w14:textId="77777777" w:rsidR="00A83192" w:rsidRPr="000B60F7" w:rsidRDefault="00000000">
            <w:pPr>
              <w:spacing w:after="0" w:line="240" w:lineRule="auto"/>
              <w:jc w:val="center"/>
              <w:rPr>
                <w:rFonts w:cs="Times New Roman"/>
              </w:rPr>
            </w:pPr>
            <w:r w:rsidRPr="000B60F7">
              <w:rPr>
                <w:rFonts w:cs="Times New Roman"/>
                <w:sz w:val="18"/>
              </w:rPr>
              <w:t>0.2421</w:t>
            </w:r>
          </w:p>
        </w:tc>
      </w:tr>
      <w:tr w:rsidR="00A83192" w:rsidRPr="000B60F7" w14:paraId="76692A13" w14:textId="77777777">
        <w:trPr>
          <w:cantSplit/>
          <w:jc w:val="center"/>
        </w:trPr>
        <w:tc>
          <w:tcPr>
            <w:tcW w:w="2520" w:type="dxa"/>
            <w:shd w:val="clear" w:color="auto" w:fill="FFFFFF"/>
            <w:tcMar>
              <w:top w:w="65" w:type="dxa"/>
              <w:left w:w="75" w:type="dxa"/>
              <w:bottom w:w="65" w:type="dxa"/>
              <w:right w:w="75" w:type="dxa"/>
            </w:tcMar>
            <w:vAlign w:val="center"/>
          </w:tcPr>
          <w:p w14:paraId="531A67F6" w14:textId="77777777" w:rsidR="00A83192" w:rsidRPr="000B60F7" w:rsidRDefault="00000000">
            <w:pPr>
              <w:spacing w:after="0" w:line="240" w:lineRule="auto"/>
              <w:rPr>
                <w:rFonts w:cs="Times New Roman"/>
              </w:rPr>
            </w:pPr>
            <w:r w:rsidRPr="000B60F7">
              <w:rPr>
                <w:rFonts w:cs="Times New Roman"/>
                <w:sz w:val="18"/>
              </w:rPr>
              <w:t>Gamma, θ = 0.25</w:t>
            </w:r>
          </w:p>
        </w:tc>
        <w:tc>
          <w:tcPr>
            <w:tcW w:w="1512" w:type="dxa"/>
            <w:shd w:val="clear" w:color="auto" w:fill="FFFFFF"/>
            <w:tcMar>
              <w:top w:w="65" w:type="dxa"/>
              <w:left w:w="75" w:type="dxa"/>
              <w:bottom w:w="65" w:type="dxa"/>
              <w:right w:w="75" w:type="dxa"/>
            </w:tcMar>
            <w:vAlign w:val="center"/>
          </w:tcPr>
          <w:p w14:paraId="37132D72"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FFFFF"/>
            <w:tcMar>
              <w:top w:w="65" w:type="dxa"/>
              <w:left w:w="75" w:type="dxa"/>
              <w:bottom w:w="65" w:type="dxa"/>
              <w:right w:w="75" w:type="dxa"/>
            </w:tcMar>
            <w:vAlign w:val="center"/>
          </w:tcPr>
          <w:p w14:paraId="75C34986" w14:textId="77777777" w:rsidR="00A83192" w:rsidRPr="000B60F7" w:rsidRDefault="00000000">
            <w:pPr>
              <w:spacing w:after="0" w:line="240" w:lineRule="auto"/>
              <w:jc w:val="center"/>
              <w:rPr>
                <w:rFonts w:cs="Times New Roman"/>
              </w:rPr>
            </w:pPr>
            <w:r w:rsidRPr="000B60F7">
              <w:rPr>
                <w:rFonts w:cs="Times New Roman"/>
                <w:sz w:val="18"/>
              </w:rPr>
              <w:t>1–12</w:t>
            </w:r>
          </w:p>
        </w:tc>
        <w:tc>
          <w:tcPr>
            <w:tcW w:w="2664" w:type="dxa"/>
            <w:shd w:val="clear" w:color="auto" w:fill="FFFFFF"/>
            <w:tcMar>
              <w:top w:w="65" w:type="dxa"/>
              <w:left w:w="75" w:type="dxa"/>
              <w:bottom w:w="65" w:type="dxa"/>
              <w:right w:w="75" w:type="dxa"/>
            </w:tcMar>
            <w:vAlign w:val="center"/>
          </w:tcPr>
          <w:p w14:paraId="5FE89516" w14:textId="77777777" w:rsidR="00A83192" w:rsidRPr="000B60F7" w:rsidRDefault="00000000">
            <w:pPr>
              <w:spacing w:after="0" w:line="240" w:lineRule="auto"/>
              <w:jc w:val="center"/>
              <w:rPr>
                <w:rFonts w:cs="Times New Roman"/>
              </w:rPr>
            </w:pPr>
            <w:r w:rsidRPr="000B60F7">
              <w:rPr>
                <w:rFonts w:cs="Times New Roman"/>
                <w:sz w:val="18"/>
              </w:rPr>
              <w:t>0.588 [0.374, 0.925]</w:t>
            </w:r>
          </w:p>
        </w:tc>
        <w:tc>
          <w:tcPr>
            <w:tcW w:w="864" w:type="dxa"/>
            <w:shd w:val="clear" w:color="auto" w:fill="FFFFFF"/>
            <w:tcMar>
              <w:top w:w="65" w:type="dxa"/>
              <w:left w:w="75" w:type="dxa"/>
              <w:bottom w:w="65" w:type="dxa"/>
              <w:right w:w="75" w:type="dxa"/>
            </w:tcMar>
            <w:vAlign w:val="center"/>
          </w:tcPr>
          <w:p w14:paraId="78AC4D1F" w14:textId="77777777" w:rsidR="00A83192" w:rsidRPr="000B60F7" w:rsidRDefault="00000000">
            <w:pPr>
              <w:spacing w:after="0" w:line="240" w:lineRule="auto"/>
              <w:jc w:val="center"/>
              <w:rPr>
                <w:rFonts w:cs="Times New Roman"/>
              </w:rPr>
            </w:pPr>
            <w:r w:rsidRPr="000B60F7">
              <w:rPr>
                <w:rFonts w:cs="Times New Roman"/>
                <w:sz w:val="18"/>
              </w:rPr>
              <w:t>0.0217</w:t>
            </w:r>
          </w:p>
        </w:tc>
        <w:tc>
          <w:tcPr>
            <w:tcW w:w="936" w:type="dxa"/>
            <w:shd w:val="clear" w:color="auto" w:fill="FFFFFF"/>
            <w:tcMar>
              <w:top w:w="65" w:type="dxa"/>
              <w:left w:w="75" w:type="dxa"/>
              <w:bottom w:w="65" w:type="dxa"/>
              <w:right w:w="75" w:type="dxa"/>
            </w:tcMar>
            <w:vAlign w:val="center"/>
          </w:tcPr>
          <w:p w14:paraId="0517A031" w14:textId="77777777" w:rsidR="00A83192" w:rsidRPr="000B60F7" w:rsidRDefault="00000000">
            <w:pPr>
              <w:spacing w:after="0" w:line="240" w:lineRule="auto"/>
              <w:jc w:val="center"/>
              <w:rPr>
                <w:rFonts w:cs="Times New Roman"/>
              </w:rPr>
            </w:pPr>
            <w:r w:rsidRPr="000B60F7">
              <w:rPr>
                <w:rFonts w:cs="Times New Roman"/>
                <w:sz w:val="18"/>
              </w:rPr>
              <w:t>0.0290</w:t>
            </w:r>
          </w:p>
        </w:tc>
      </w:tr>
      <w:tr w:rsidR="00A83192" w:rsidRPr="000B60F7" w14:paraId="673D5A45" w14:textId="77777777">
        <w:trPr>
          <w:cantSplit/>
          <w:jc w:val="center"/>
        </w:trPr>
        <w:tc>
          <w:tcPr>
            <w:tcW w:w="2520" w:type="dxa"/>
            <w:shd w:val="clear" w:color="auto" w:fill="F6F8FA"/>
            <w:tcMar>
              <w:top w:w="65" w:type="dxa"/>
              <w:left w:w="75" w:type="dxa"/>
              <w:bottom w:w="65" w:type="dxa"/>
              <w:right w:w="75" w:type="dxa"/>
            </w:tcMar>
            <w:vAlign w:val="center"/>
          </w:tcPr>
          <w:p w14:paraId="3B801689" w14:textId="77777777" w:rsidR="00A83192" w:rsidRPr="000B60F7" w:rsidRDefault="00000000">
            <w:pPr>
              <w:spacing w:after="0" w:line="240" w:lineRule="auto"/>
              <w:rPr>
                <w:rFonts w:cs="Times New Roman"/>
              </w:rPr>
            </w:pPr>
            <w:r w:rsidRPr="000B60F7">
              <w:rPr>
                <w:rFonts w:cs="Times New Roman"/>
                <w:sz w:val="18"/>
              </w:rPr>
              <w:t>Gamma, θ = 0.25</w:t>
            </w:r>
          </w:p>
        </w:tc>
        <w:tc>
          <w:tcPr>
            <w:tcW w:w="1512" w:type="dxa"/>
            <w:shd w:val="clear" w:color="auto" w:fill="F6F8FA"/>
            <w:tcMar>
              <w:top w:w="65" w:type="dxa"/>
              <w:left w:w="75" w:type="dxa"/>
              <w:bottom w:w="65" w:type="dxa"/>
              <w:right w:w="75" w:type="dxa"/>
            </w:tcMar>
            <w:vAlign w:val="center"/>
          </w:tcPr>
          <w:p w14:paraId="3BED5485"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6F8FA"/>
            <w:tcMar>
              <w:top w:w="65" w:type="dxa"/>
              <w:left w:w="75" w:type="dxa"/>
              <w:bottom w:w="65" w:type="dxa"/>
              <w:right w:w="75" w:type="dxa"/>
            </w:tcMar>
            <w:vAlign w:val="center"/>
          </w:tcPr>
          <w:p w14:paraId="1AD0487D" w14:textId="77777777" w:rsidR="00A83192" w:rsidRPr="000B60F7" w:rsidRDefault="00000000">
            <w:pPr>
              <w:spacing w:after="0" w:line="240" w:lineRule="auto"/>
              <w:jc w:val="center"/>
              <w:rPr>
                <w:rFonts w:cs="Times New Roman"/>
              </w:rPr>
            </w:pPr>
            <w:r w:rsidRPr="000B60F7">
              <w:rPr>
                <w:rFonts w:cs="Times New Roman"/>
                <w:sz w:val="18"/>
              </w:rPr>
              <w:t>13–24</w:t>
            </w:r>
          </w:p>
        </w:tc>
        <w:tc>
          <w:tcPr>
            <w:tcW w:w="2664" w:type="dxa"/>
            <w:shd w:val="clear" w:color="auto" w:fill="F6F8FA"/>
            <w:tcMar>
              <w:top w:w="65" w:type="dxa"/>
              <w:left w:w="75" w:type="dxa"/>
              <w:bottom w:w="65" w:type="dxa"/>
              <w:right w:w="75" w:type="dxa"/>
            </w:tcMar>
            <w:vAlign w:val="center"/>
          </w:tcPr>
          <w:p w14:paraId="4379928A" w14:textId="77777777" w:rsidR="00A83192" w:rsidRPr="000B60F7" w:rsidRDefault="00000000">
            <w:pPr>
              <w:spacing w:after="0" w:line="240" w:lineRule="auto"/>
              <w:jc w:val="center"/>
              <w:rPr>
                <w:rFonts w:cs="Times New Roman"/>
              </w:rPr>
            </w:pPr>
            <w:r w:rsidRPr="000B60F7">
              <w:rPr>
                <w:rFonts w:cs="Times New Roman"/>
                <w:sz w:val="18"/>
              </w:rPr>
              <w:t>0.804 [0.535, 1.208]</w:t>
            </w:r>
          </w:p>
        </w:tc>
        <w:tc>
          <w:tcPr>
            <w:tcW w:w="864" w:type="dxa"/>
            <w:shd w:val="clear" w:color="auto" w:fill="F6F8FA"/>
            <w:tcMar>
              <w:top w:w="65" w:type="dxa"/>
              <w:left w:w="75" w:type="dxa"/>
              <w:bottom w:w="65" w:type="dxa"/>
              <w:right w:w="75" w:type="dxa"/>
            </w:tcMar>
            <w:vAlign w:val="center"/>
          </w:tcPr>
          <w:p w14:paraId="29F79BA4" w14:textId="77777777" w:rsidR="00A83192" w:rsidRPr="000B60F7" w:rsidRDefault="00000000">
            <w:pPr>
              <w:spacing w:after="0" w:line="240" w:lineRule="auto"/>
              <w:jc w:val="center"/>
              <w:rPr>
                <w:rFonts w:cs="Times New Roman"/>
              </w:rPr>
            </w:pPr>
            <w:r w:rsidRPr="000B60F7">
              <w:rPr>
                <w:rFonts w:cs="Times New Roman"/>
                <w:sz w:val="18"/>
              </w:rPr>
              <w:t>0.2924</w:t>
            </w:r>
          </w:p>
        </w:tc>
        <w:tc>
          <w:tcPr>
            <w:tcW w:w="936" w:type="dxa"/>
            <w:shd w:val="clear" w:color="auto" w:fill="F6F8FA"/>
            <w:tcMar>
              <w:top w:w="65" w:type="dxa"/>
              <w:left w:w="75" w:type="dxa"/>
              <w:bottom w:w="65" w:type="dxa"/>
              <w:right w:w="75" w:type="dxa"/>
            </w:tcMar>
            <w:vAlign w:val="center"/>
          </w:tcPr>
          <w:p w14:paraId="1B1A9E73" w14:textId="77777777" w:rsidR="00A83192" w:rsidRPr="000B60F7" w:rsidRDefault="00000000">
            <w:pPr>
              <w:spacing w:after="0" w:line="240" w:lineRule="auto"/>
              <w:jc w:val="center"/>
              <w:rPr>
                <w:rFonts w:cs="Times New Roman"/>
              </w:rPr>
            </w:pPr>
            <w:r w:rsidRPr="000B60F7">
              <w:rPr>
                <w:rFonts w:cs="Times New Roman"/>
                <w:sz w:val="18"/>
              </w:rPr>
              <w:t>0.2924</w:t>
            </w:r>
          </w:p>
        </w:tc>
      </w:tr>
      <w:tr w:rsidR="00A83192" w:rsidRPr="000B60F7" w14:paraId="4A6E505E" w14:textId="77777777">
        <w:trPr>
          <w:cantSplit/>
          <w:jc w:val="center"/>
        </w:trPr>
        <w:tc>
          <w:tcPr>
            <w:tcW w:w="2520" w:type="dxa"/>
            <w:shd w:val="clear" w:color="auto" w:fill="FFFFFF"/>
            <w:tcMar>
              <w:top w:w="65" w:type="dxa"/>
              <w:left w:w="75" w:type="dxa"/>
              <w:bottom w:w="65" w:type="dxa"/>
              <w:right w:w="75" w:type="dxa"/>
            </w:tcMar>
            <w:vAlign w:val="center"/>
          </w:tcPr>
          <w:p w14:paraId="37BD079F" w14:textId="77777777" w:rsidR="00A83192" w:rsidRPr="000B60F7" w:rsidRDefault="00000000">
            <w:pPr>
              <w:spacing w:after="0" w:line="240" w:lineRule="auto"/>
              <w:rPr>
                <w:rFonts w:cs="Times New Roman"/>
              </w:rPr>
            </w:pPr>
            <w:r w:rsidRPr="000B60F7">
              <w:rPr>
                <w:rFonts w:cs="Times New Roman"/>
                <w:sz w:val="18"/>
              </w:rPr>
              <w:t>Gamma, θ = 0.25</w:t>
            </w:r>
          </w:p>
        </w:tc>
        <w:tc>
          <w:tcPr>
            <w:tcW w:w="1512" w:type="dxa"/>
            <w:shd w:val="clear" w:color="auto" w:fill="FFFFFF"/>
            <w:tcMar>
              <w:top w:w="65" w:type="dxa"/>
              <w:left w:w="75" w:type="dxa"/>
              <w:bottom w:w="65" w:type="dxa"/>
              <w:right w:w="75" w:type="dxa"/>
            </w:tcMar>
            <w:vAlign w:val="center"/>
          </w:tcPr>
          <w:p w14:paraId="69DA3095"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FFFFF"/>
            <w:tcMar>
              <w:top w:w="65" w:type="dxa"/>
              <w:left w:w="75" w:type="dxa"/>
              <w:bottom w:w="65" w:type="dxa"/>
              <w:right w:w="75" w:type="dxa"/>
            </w:tcMar>
            <w:vAlign w:val="center"/>
          </w:tcPr>
          <w:p w14:paraId="7286AB74" w14:textId="77777777" w:rsidR="00A83192" w:rsidRPr="000B60F7" w:rsidRDefault="00000000">
            <w:pPr>
              <w:spacing w:after="0" w:line="240" w:lineRule="auto"/>
              <w:jc w:val="center"/>
              <w:rPr>
                <w:rFonts w:cs="Times New Roman"/>
              </w:rPr>
            </w:pPr>
            <w:r w:rsidRPr="000B60F7">
              <w:rPr>
                <w:rFonts w:cs="Times New Roman"/>
                <w:sz w:val="18"/>
              </w:rPr>
              <w:t>25–36</w:t>
            </w:r>
          </w:p>
        </w:tc>
        <w:tc>
          <w:tcPr>
            <w:tcW w:w="2664" w:type="dxa"/>
            <w:shd w:val="clear" w:color="auto" w:fill="FFFFFF"/>
            <w:tcMar>
              <w:top w:w="65" w:type="dxa"/>
              <w:left w:w="75" w:type="dxa"/>
              <w:bottom w:w="65" w:type="dxa"/>
              <w:right w:w="75" w:type="dxa"/>
            </w:tcMar>
            <w:vAlign w:val="center"/>
          </w:tcPr>
          <w:p w14:paraId="336C6D7D" w14:textId="77777777" w:rsidR="00A83192" w:rsidRPr="000B60F7" w:rsidRDefault="00000000">
            <w:pPr>
              <w:spacing w:after="0" w:line="240" w:lineRule="auto"/>
              <w:jc w:val="center"/>
              <w:rPr>
                <w:rFonts w:cs="Times New Roman"/>
              </w:rPr>
            </w:pPr>
            <w:r w:rsidRPr="000B60F7">
              <w:rPr>
                <w:rFonts w:cs="Times New Roman"/>
                <w:sz w:val="18"/>
              </w:rPr>
              <w:t>1.807 [1.148, 2.844]</w:t>
            </w:r>
          </w:p>
        </w:tc>
        <w:tc>
          <w:tcPr>
            <w:tcW w:w="864" w:type="dxa"/>
            <w:shd w:val="clear" w:color="auto" w:fill="FFFFFF"/>
            <w:tcMar>
              <w:top w:w="65" w:type="dxa"/>
              <w:left w:w="75" w:type="dxa"/>
              <w:bottom w:w="65" w:type="dxa"/>
              <w:right w:w="75" w:type="dxa"/>
            </w:tcMar>
            <w:vAlign w:val="center"/>
          </w:tcPr>
          <w:p w14:paraId="61B1210F" w14:textId="77777777" w:rsidR="00A83192" w:rsidRPr="000B60F7" w:rsidRDefault="00000000">
            <w:pPr>
              <w:spacing w:after="0" w:line="240" w:lineRule="auto"/>
              <w:jc w:val="center"/>
              <w:rPr>
                <w:rFonts w:cs="Times New Roman"/>
              </w:rPr>
            </w:pPr>
            <w:r w:rsidRPr="000B60F7">
              <w:rPr>
                <w:rFonts w:cs="Times New Roman"/>
                <w:sz w:val="18"/>
              </w:rPr>
              <w:t>0.0107</w:t>
            </w:r>
          </w:p>
        </w:tc>
        <w:tc>
          <w:tcPr>
            <w:tcW w:w="936" w:type="dxa"/>
            <w:shd w:val="clear" w:color="auto" w:fill="FFFFFF"/>
            <w:tcMar>
              <w:top w:w="65" w:type="dxa"/>
              <w:left w:w="75" w:type="dxa"/>
              <w:bottom w:w="65" w:type="dxa"/>
              <w:right w:w="75" w:type="dxa"/>
            </w:tcMar>
            <w:vAlign w:val="center"/>
          </w:tcPr>
          <w:p w14:paraId="634E35AE" w14:textId="77777777" w:rsidR="00A83192" w:rsidRPr="000B60F7" w:rsidRDefault="00000000">
            <w:pPr>
              <w:spacing w:after="0" w:line="240" w:lineRule="auto"/>
              <w:jc w:val="center"/>
              <w:rPr>
                <w:rFonts w:cs="Times New Roman"/>
              </w:rPr>
            </w:pPr>
            <w:r w:rsidRPr="000B60F7">
              <w:rPr>
                <w:rFonts w:cs="Times New Roman"/>
                <w:sz w:val="18"/>
              </w:rPr>
              <w:t>0.0215</w:t>
            </w:r>
          </w:p>
        </w:tc>
      </w:tr>
      <w:tr w:rsidR="00A83192" w:rsidRPr="000B60F7" w14:paraId="5ABB5641" w14:textId="77777777">
        <w:trPr>
          <w:cantSplit/>
          <w:jc w:val="center"/>
        </w:trPr>
        <w:tc>
          <w:tcPr>
            <w:tcW w:w="2520" w:type="dxa"/>
            <w:shd w:val="clear" w:color="auto" w:fill="F6F8FA"/>
            <w:tcMar>
              <w:top w:w="65" w:type="dxa"/>
              <w:left w:w="75" w:type="dxa"/>
              <w:bottom w:w="65" w:type="dxa"/>
              <w:right w:w="75" w:type="dxa"/>
            </w:tcMar>
            <w:vAlign w:val="center"/>
          </w:tcPr>
          <w:p w14:paraId="050DFF2B" w14:textId="77777777" w:rsidR="00A83192" w:rsidRPr="000B60F7" w:rsidRDefault="00000000">
            <w:pPr>
              <w:spacing w:after="0" w:line="240" w:lineRule="auto"/>
              <w:rPr>
                <w:rFonts w:cs="Times New Roman"/>
              </w:rPr>
            </w:pPr>
            <w:r w:rsidRPr="000B60F7">
              <w:rPr>
                <w:rFonts w:cs="Times New Roman"/>
                <w:sz w:val="18"/>
              </w:rPr>
              <w:t>Gamma, θ = 0.25</w:t>
            </w:r>
          </w:p>
        </w:tc>
        <w:tc>
          <w:tcPr>
            <w:tcW w:w="1512" w:type="dxa"/>
            <w:shd w:val="clear" w:color="auto" w:fill="F6F8FA"/>
            <w:tcMar>
              <w:top w:w="65" w:type="dxa"/>
              <w:left w:w="75" w:type="dxa"/>
              <w:bottom w:w="65" w:type="dxa"/>
              <w:right w:w="75" w:type="dxa"/>
            </w:tcMar>
            <w:vAlign w:val="center"/>
          </w:tcPr>
          <w:p w14:paraId="0502C002"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6F8FA"/>
            <w:tcMar>
              <w:top w:w="65" w:type="dxa"/>
              <w:left w:w="75" w:type="dxa"/>
              <w:bottom w:w="65" w:type="dxa"/>
              <w:right w:w="75" w:type="dxa"/>
            </w:tcMar>
            <w:vAlign w:val="center"/>
          </w:tcPr>
          <w:p w14:paraId="558CC6B8" w14:textId="77777777" w:rsidR="00A83192" w:rsidRPr="000B60F7" w:rsidRDefault="00000000">
            <w:pPr>
              <w:spacing w:after="0" w:line="240" w:lineRule="auto"/>
              <w:jc w:val="center"/>
              <w:rPr>
                <w:rFonts w:cs="Times New Roman"/>
              </w:rPr>
            </w:pPr>
            <w:r w:rsidRPr="000B60F7">
              <w:rPr>
                <w:rFonts w:cs="Times New Roman"/>
                <w:sz w:val="18"/>
              </w:rPr>
              <w:t>37–60</w:t>
            </w:r>
          </w:p>
        </w:tc>
        <w:tc>
          <w:tcPr>
            <w:tcW w:w="2664" w:type="dxa"/>
            <w:shd w:val="clear" w:color="auto" w:fill="F6F8FA"/>
            <w:tcMar>
              <w:top w:w="65" w:type="dxa"/>
              <w:left w:w="75" w:type="dxa"/>
              <w:bottom w:w="65" w:type="dxa"/>
              <w:right w:w="75" w:type="dxa"/>
            </w:tcMar>
            <w:vAlign w:val="center"/>
          </w:tcPr>
          <w:p w14:paraId="14B07150" w14:textId="77777777" w:rsidR="00A83192" w:rsidRPr="000B60F7" w:rsidRDefault="00000000">
            <w:pPr>
              <w:spacing w:after="0" w:line="240" w:lineRule="auto"/>
              <w:jc w:val="center"/>
              <w:rPr>
                <w:rFonts w:cs="Times New Roman"/>
              </w:rPr>
            </w:pPr>
            <w:r w:rsidRPr="000B60F7">
              <w:rPr>
                <w:rFonts w:cs="Times New Roman"/>
                <w:sz w:val="18"/>
              </w:rPr>
              <w:t>2.820 [1.285, 6.188]</w:t>
            </w:r>
          </w:p>
        </w:tc>
        <w:tc>
          <w:tcPr>
            <w:tcW w:w="864" w:type="dxa"/>
            <w:shd w:val="clear" w:color="auto" w:fill="F6F8FA"/>
            <w:tcMar>
              <w:top w:w="65" w:type="dxa"/>
              <w:left w:w="75" w:type="dxa"/>
              <w:bottom w:w="65" w:type="dxa"/>
              <w:right w:w="75" w:type="dxa"/>
            </w:tcMar>
            <w:vAlign w:val="center"/>
          </w:tcPr>
          <w:p w14:paraId="4FF7D630" w14:textId="77777777" w:rsidR="00A83192" w:rsidRPr="000B60F7" w:rsidRDefault="00000000">
            <w:pPr>
              <w:spacing w:after="0" w:line="240" w:lineRule="auto"/>
              <w:jc w:val="center"/>
              <w:rPr>
                <w:rFonts w:cs="Times New Roman"/>
              </w:rPr>
            </w:pPr>
            <w:r w:rsidRPr="000B60F7">
              <w:rPr>
                <w:rFonts w:cs="Times New Roman"/>
                <w:sz w:val="18"/>
              </w:rPr>
              <w:t>0.0098</w:t>
            </w:r>
          </w:p>
        </w:tc>
        <w:tc>
          <w:tcPr>
            <w:tcW w:w="936" w:type="dxa"/>
            <w:shd w:val="clear" w:color="auto" w:fill="F6F8FA"/>
            <w:tcMar>
              <w:top w:w="65" w:type="dxa"/>
              <w:left w:w="75" w:type="dxa"/>
              <w:bottom w:w="65" w:type="dxa"/>
              <w:right w:w="75" w:type="dxa"/>
            </w:tcMar>
            <w:vAlign w:val="center"/>
          </w:tcPr>
          <w:p w14:paraId="71E0DE41" w14:textId="77777777" w:rsidR="00A83192" w:rsidRPr="000B60F7" w:rsidRDefault="00000000">
            <w:pPr>
              <w:spacing w:after="0" w:line="240" w:lineRule="auto"/>
              <w:jc w:val="center"/>
              <w:rPr>
                <w:rFonts w:cs="Times New Roman"/>
              </w:rPr>
            </w:pPr>
            <w:r w:rsidRPr="000B60F7">
              <w:rPr>
                <w:rFonts w:cs="Times New Roman"/>
                <w:sz w:val="18"/>
              </w:rPr>
              <w:t>0.0215</w:t>
            </w:r>
          </w:p>
        </w:tc>
      </w:tr>
      <w:tr w:rsidR="00A83192" w:rsidRPr="000B60F7" w14:paraId="23221637" w14:textId="77777777">
        <w:trPr>
          <w:cantSplit/>
          <w:jc w:val="center"/>
        </w:trPr>
        <w:tc>
          <w:tcPr>
            <w:tcW w:w="2520" w:type="dxa"/>
            <w:shd w:val="clear" w:color="auto" w:fill="FFFFFF"/>
            <w:tcMar>
              <w:top w:w="65" w:type="dxa"/>
              <w:left w:w="75" w:type="dxa"/>
              <w:bottom w:w="65" w:type="dxa"/>
              <w:right w:w="75" w:type="dxa"/>
            </w:tcMar>
            <w:vAlign w:val="center"/>
          </w:tcPr>
          <w:p w14:paraId="5FE8D227" w14:textId="77777777" w:rsidR="00A83192" w:rsidRPr="000B60F7" w:rsidRDefault="00000000">
            <w:pPr>
              <w:spacing w:after="0" w:line="240" w:lineRule="auto"/>
              <w:rPr>
                <w:rFonts w:cs="Times New Roman"/>
              </w:rPr>
            </w:pPr>
            <w:r w:rsidRPr="000B60F7">
              <w:rPr>
                <w:rFonts w:cs="Times New Roman"/>
                <w:sz w:val="18"/>
              </w:rPr>
              <w:t>Gamma, θ = 0.5</w:t>
            </w:r>
          </w:p>
        </w:tc>
        <w:tc>
          <w:tcPr>
            <w:tcW w:w="1512" w:type="dxa"/>
            <w:shd w:val="clear" w:color="auto" w:fill="FFFFFF"/>
            <w:tcMar>
              <w:top w:w="65" w:type="dxa"/>
              <w:left w:w="75" w:type="dxa"/>
              <w:bottom w:w="65" w:type="dxa"/>
              <w:right w:w="75" w:type="dxa"/>
            </w:tcMar>
            <w:vAlign w:val="center"/>
          </w:tcPr>
          <w:p w14:paraId="01D31A82"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FFFFF"/>
            <w:tcMar>
              <w:top w:w="65" w:type="dxa"/>
              <w:left w:w="75" w:type="dxa"/>
              <w:bottom w:w="65" w:type="dxa"/>
              <w:right w:w="75" w:type="dxa"/>
            </w:tcMar>
            <w:vAlign w:val="center"/>
          </w:tcPr>
          <w:p w14:paraId="1AAC95C4" w14:textId="77777777" w:rsidR="00A83192" w:rsidRPr="000B60F7" w:rsidRDefault="00000000">
            <w:pPr>
              <w:spacing w:after="0" w:line="240" w:lineRule="auto"/>
              <w:jc w:val="center"/>
              <w:rPr>
                <w:rFonts w:cs="Times New Roman"/>
              </w:rPr>
            </w:pPr>
            <w:r w:rsidRPr="000B60F7">
              <w:rPr>
                <w:rFonts w:cs="Times New Roman"/>
                <w:sz w:val="18"/>
              </w:rPr>
              <w:t>1–12</w:t>
            </w:r>
          </w:p>
        </w:tc>
        <w:tc>
          <w:tcPr>
            <w:tcW w:w="2664" w:type="dxa"/>
            <w:shd w:val="clear" w:color="auto" w:fill="FFFFFF"/>
            <w:tcMar>
              <w:top w:w="65" w:type="dxa"/>
              <w:left w:w="75" w:type="dxa"/>
              <w:bottom w:w="65" w:type="dxa"/>
              <w:right w:w="75" w:type="dxa"/>
            </w:tcMar>
            <w:vAlign w:val="center"/>
          </w:tcPr>
          <w:p w14:paraId="69FA3DF2" w14:textId="77777777" w:rsidR="00A83192" w:rsidRPr="000B60F7" w:rsidRDefault="00000000">
            <w:pPr>
              <w:spacing w:after="0" w:line="240" w:lineRule="auto"/>
              <w:jc w:val="center"/>
              <w:rPr>
                <w:rFonts w:cs="Times New Roman"/>
              </w:rPr>
            </w:pPr>
            <w:r w:rsidRPr="000B60F7">
              <w:rPr>
                <w:rFonts w:cs="Times New Roman"/>
                <w:sz w:val="18"/>
              </w:rPr>
              <w:t>0.783 [0.588, 1.042]</w:t>
            </w:r>
          </w:p>
        </w:tc>
        <w:tc>
          <w:tcPr>
            <w:tcW w:w="864" w:type="dxa"/>
            <w:shd w:val="clear" w:color="auto" w:fill="FFFFFF"/>
            <w:tcMar>
              <w:top w:w="65" w:type="dxa"/>
              <w:left w:w="75" w:type="dxa"/>
              <w:bottom w:w="65" w:type="dxa"/>
              <w:right w:w="75" w:type="dxa"/>
            </w:tcMar>
            <w:vAlign w:val="center"/>
          </w:tcPr>
          <w:p w14:paraId="4027512B" w14:textId="77777777" w:rsidR="00A83192" w:rsidRPr="000B60F7" w:rsidRDefault="00000000">
            <w:pPr>
              <w:spacing w:after="0" w:line="240" w:lineRule="auto"/>
              <w:jc w:val="center"/>
              <w:rPr>
                <w:rFonts w:cs="Times New Roman"/>
              </w:rPr>
            </w:pPr>
            <w:r w:rsidRPr="000B60F7">
              <w:rPr>
                <w:rFonts w:cs="Times New Roman"/>
                <w:sz w:val="18"/>
              </w:rPr>
              <w:t>0.0934</w:t>
            </w:r>
          </w:p>
        </w:tc>
        <w:tc>
          <w:tcPr>
            <w:tcW w:w="936" w:type="dxa"/>
            <w:shd w:val="clear" w:color="auto" w:fill="FFFFFF"/>
            <w:tcMar>
              <w:top w:w="65" w:type="dxa"/>
              <w:left w:w="75" w:type="dxa"/>
              <w:bottom w:w="65" w:type="dxa"/>
              <w:right w:w="75" w:type="dxa"/>
            </w:tcMar>
            <w:vAlign w:val="center"/>
          </w:tcPr>
          <w:p w14:paraId="3F61B9CF" w14:textId="77777777" w:rsidR="00A83192" w:rsidRPr="000B60F7" w:rsidRDefault="00000000">
            <w:pPr>
              <w:spacing w:after="0" w:line="240" w:lineRule="auto"/>
              <w:jc w:val="center"/>
              <w:rPr>
                <w:rFonts w:cs="Times New Roman"/>
              </w:rPr>
            </w:pPr>
            <w:r w:rsidRPr="000B60F7">
              <w:rPr>
                <w:rFonts w:cs="Times New Roman"/>
                <w:sz w:val="18"/>
              </w:rPr>
              <w:t>0.1245</w:t>
            </w:r>
          </w:p>
        </w:tc>
      </w:tr>
      <w:tr w:rsidR="00A83192" w:rsidRPr="000B60F7" w14:paraId="6EAAF9F2" w14:textId="77777777">
        <w:trPr>
          <w:cantSplit/>
          <w:jc w:val="center"/>
        </w:trPr>
        <w:tc>
          <w:tcPr>
            <w:tcW w:w="2520" w:type="dxa"/>
            <w:shd w:val="clear" w:color="auto" w:fill="F6F8FA"/>
            <w:tcMar>
              <w:top w:w="65" w:type="dxa"/>
              <w:left w:w="75" w:type="dxa"/>
              <w:bottom w:w="65" w:type="dxa"/>
              <w:right w:w="75" w:type="dxa"/>
            </w:tcMar>
            <w:vAlign w:val="center"/>
          </w:tcPr>
          <w:p w14:paraId="6DBAF18D" w14:textId="77777777" w:rsidR="00A83192" w:rsidRPr="000B60F7" w:rsidRDefault="00000000">
            <w:pPr>
              <w:spacing w:after="0" w:line="240" w:lineRule="auto"/>
              <w:rPr>
                <w:rFonts w:cs="Times New Roman"/>
              </w:rPr>
            </w:pPr>
            <w:r w:rsidRPr="000B60F7">
              <w:rPr>
                <w:rFonts w:cs="Times New Roman"/>
                <w:sz w:val="18"/>
              </w:rPr>
              <w:t>Gamma, θ = 0.5</w:t>
            </w:r>
          </w:p>
        </w:tc>
        <w:tc>
          <w:tcPr>
            <w:tcW w:w="1512" w:type="dxa"/>
            <w:shd w:val="clear" w:color="auto" w:fill="F6F8FA"/>
            <w:tcMar>
              <w:top w:w="65" w:type="dxa"/>
              <w:left w:w="75" w:type="dxa"/>
              <w:bottom w:w="65" w:type="dxa"/>
              <w:right w:w="75" w:type="dxa"/>
            </w:tcMar>
            <w:vAlign w:val="center"/>
          </w:tcPr>
          <w:p w14:paraId="37D1A98E"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6F8FA"/>
            <w:tcMar>
              <w:top w:w="65" w:type="dxa"/>
              <w:left w:w="75" w:type="dxa"/>
              <w:bottom w:w="65" w:type="dxa"/>
              <w:right w:w="75" w:type="dxa"/>
            </w:tcMar>
            <w:vAlign w:val="center"/>
          </w:tcPr>
          <w:p w14:paraId="016285D4" w14:textId="77777777" w:rsidR="00A83192" w:rsidRPr="000B60F7" w:rsidRDefault="00000000">
            <w:pPr>
              <w:spacing w:after="0" w:line="240" w:lineRule="auto"/>
              <w:jc w:val="center"/>
              <w:rPr>
                <w:rFonts w:cs="Times New Roman"/>
              </w:rPr>
            </w:pPr>
            <w:r w:rsidRPr="000B60F7">
              <w:rPr>
                <w:rFonts w:cs="Times New Roman"/>
                <w:sz w:val="18"/>
              </w:rPr>
              <w:t>13–24</w:t>
            </w:r>
          </w:p>
        </w:tc>
        <w:tc>
          <w:tcPr>
            <w:tcW w:w="2664" w:type="dxa"/>
            <w:shd w:val="clear" w:color="auto" w:fill="F6F8FA"/>
            <w:tcMar>
              <w:top w:w="65" w:type="dxa"/>
              <w:left w:w="75" w:type="dxa"/>
              <w:bottom w:w="65" w:type="dxa"/>
              <w:right w:w="75" w:type="dxa"/>
            </w:tcMar>
            <w:vAlign w:val="center"/>
          </w:tcPr>
          <w:p w14:paraId="3BB4D64E" w14:textId="77777777" w:rsidR="00A83192" w:rsidRPr="000B60F7" w:rsidRDefault="00000000">
            <w:pPr>
              <w:spacing w:after="0" w:line="240" w:lineRule="auto"/>
              <w:jc w:val="center"/>
              <w:rPr>
                <w:rFonts w:cs="Times New Roman"/>
              </w:rPr>
            </w:pPr>
            <w:r w:rsidRPr="000B60F7">
              <w:rPr>
                <w:rFonts w:cs="Times New Roman"/>
                <w:sz w:val="18"/>
              </w:rPr>
              <w:t>0.978 [0.760, 1.258]</w:t>
            </w:r>
          </w:p>
        </w:tc>
        <w:tc>
          <w:tcPr>
            <w:tcW w:w="864" w:type="dxa"/>
            <w:shd w:val="clear" w:color="auto" w:fill="F6F8FA"/>
            <w:tcMar>
              <w:top w:w="65" w:type="dxa"/>
              <w:left w:w="75" w:type="dxa"/>
              <w:bottom w:w="65" w:type="dxa"/>
              <w:right w:w="75" w:type="dxa"/>
            </w:tcMar>
            <w:vAlign w:val="center"/>
          </w:tcPr>
          <w:p w14:paraId="238E4255" w14:textId="77777777" w:rsidR="00A83192" w:rsidRPr="000B60F7" w:rsidRDefault="00000000">
            <w:pPr>
              <w:spacing w:after="0" w:line="240" w:lineRule="auto"/>
              <w:jc w:val="center"/>
              <w:rPr>
                <w:rFonts w:cs="Times New Roman"/>
              </w:rPr>
            </w:pPr>
            <w:r w:rsidRPr="000B60F7">
              <w:rPr>
                <w:rFonts w:cs="Times New Roman"/>
                <w:sz w:val="18"/>
              </w:rPr>
              <w:t>0.8625</w:t>
            </w:r>
          </w:p>
        </w:tc>
        <w:tc>
          <w:tcPr>
            <w:tcW w:w="936" w:type="dxa"/>
            <w:shd w:val="clear" w:color="auto" w:fill="F6F8FA"/>
            <w:tcMar>
              <w:top w:w="65" w:type="dxa"/>
              <w:left w:w="75" w:type="dxa"/>
              <w:bottom w:w="65" w:type="dxa"/>
              <w:right w:w="75" w:type="dxa"/>
            </w:tcMar>
            <w:vAlign w:val="center"/>
          </w:tcPr>
          <w:p w14:paraId="23938D93" w14:textId="77777777" w:rsidR="00A83192" w:rsidRPr="000B60F7" w:rsidRDefault="00000000">
            <w:pPr>
              <w:spacing w:after="0" w:line="240" w:lineRule="auto"/>
              <w:jc w:val="center"/>
              <w:rPr>
                <w:rFonts w:cs="Times New Roman"/>
              </w:rPr>
            </w:pPr>
            <w:r w:rsidRPr="000B60F7">
              <w:rPr>
                <w:rFonts w:cs="Times New Roman"/>
                <w:sz w:val="18"/>
              </w:rPr>
              <w:t>0.8625</w:t>
            </w:r>
          </w:p>
        </w:tc>
      </w:tr>
      <w:tr w:rsidR="00A83192" w:rsidRPr="000B60F7" w14:paraId="3114978B" w14:textId="77777777">
        <w:trPr>
          <w:cantSplit/>
          <w:jc w:val="center"/>
        </w:trPr>
        <w:tc>
          <w:tcPr>
            <w:tcW w:w="2520" w:type="dxa"/>
            <w:shd w:val="clear" w:color="auto" w:fill="FFFFFF"/>
            <w:tcMar>
              <w:top w:w="65" w:type="dxa"/>
              <w:left w:w="75" w:type="dxa"/>
              <w:bottom w:w="65" w:type="dxa"/>
              <w:right w:w="75" w:type="dxa"/>
            </w:tcMar>
            <w:vAlign w:val="center"/>
          </w:tcPr>
          <w:p w14:paraId="3043A5F0" w14:textId="77777777" w:rsidR="00A83192" w:rsidRPr="000B60F7" w:rsidRDefault="00000000">
            <w:pPr>
              <w:spacing w:after="0" w:line="240" w:lineRule="auto"/>
              <w:rPr>
                <w:rFonts w:cs="Times New Roman"/>
              </w:rPr>
            </w:pPr>
            <w:r w:rsidRPr="000B60F7">
              <w:rPr>
                <w:rFonts w:cs="Times New Roman"/>
                <w:sz w:val="18"/>
              </w:rPr>
              <w:t>Gamma, θ = 0.5</w:t>
            </w:r>
          </w:p>
        </w:tc>
        <w:tc>
          <w:tcPr>
            <w:tcW w:w="1512" w:type="dxa"/>
            <w:shd w:val="clear" w:color="auto" w:fill="FFFFFF"/>
            <w:tcMar>
              <w:top w:w="65" w:type="dxa"/>
              <w:left w:w="75" w:type="dxa"/>
              <w:bottom w:w="65" w:type="dxa"/>
              <w:right w:w="75" w:type="dxa"/>
            </w:tcMar>
            <w:vAlign w:val="center"/>
          </w:tcPr>
          <w:p w14:paraId="2E41A6C1"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FFFFF"/>
            <w:tcMar>
              <w:top w:w="65" w:type="dxa"/>
              <w:left w:w="75" w:type="dxa"/>
              <w:bottom w:w="65" w:type="dxa"/>
              <w:right w:w="75" w:type="dxa"/>
            </w:tcMar>
            <w:vAlign w:val="center"/>
          </w:tcPr>
          <w:p w14:paraId="27A7074B" w14:textId="77777777" w:rsidR="00A83192" w:rsidRPr="000B60F7" w:rsidRDefault="00000000">
            <w:pPr>
              <w:spacing w:after="0" w:line="240" w:lineRule="auto"/>
              <w:jc w:val="center"/>
              <w:rPr>
                <w:rFonts w:cs="Times New Roman"/>
              </w:rPr>
            </w:pPr>
            <w:r w:rsidRPr="000B60F7">
              <w:rPr>
                <w:rFonts w:cs="Times New Roman"/>
                <w:sz w:val="18"/>
              </w:rPr>
              <w:t>25–36</w:t>
            </w:r>
          </w:p>
        </w:tc>
        <w:tc>
          <w:tcPr>
            <w:tcW w:w="2664" w:type="dxa"/>
            <w:shd w:val="clear" w:color="auto" w:fill="FFFFFF"/>
            <w:tcMar>
              <w:top w:w="65" w:type="dxa"/>
              <w:left w:w="75" w:type="dxa"/>
              <w:bottom w:w="65" w:type="dxa"/>
              <w:right w:w="75" w:type="dxa"/>
            </w:tcMar>
            <w:vAlign w:val="center"/>
          </w:tcPr>
          <w:p w14:paraId="4DCF7F2B" w14:textId="77777777" w:rsidR="00A83192" w:rsidRPr="000B60F7" w:rsidRDefault="00000000">
            <w:pPr>
              <w:spacing w:after="0" w:line="240" w:lineRule="auto"/>
              <w:jc w:val="center"/>
              <w:rPr>
                <w:rFonts w:cs="Times New Roman"/>
              </w:rPr>
            </w:pPr>
            <w:r w:rsidRPr="000B60F7">
              <w:rPr>
                <w:rFonts w:cs="Times New Roman"/>
                <w:sz w:val="18"/>
              </w:rPr>
              <w:t>1.628 [1.211, 2.188]</w:t>
            </w:r>
          </w:p>
        </w:tc>
        <w:tc>
          <w:tcPr>
            <w:tcW w:w="864" w:type="dxa"/>
            <w:shd w:val="clear" w:color="auto" w:fill="FFFFFF"/>
            <w:tcMar>
              <w:top w:w="65" w:type="dxa"/>
              <w:left w:w="75" w:type="dxa"/>
              <w:bottom w:w="65" w:type="dxa"/>
              <w:right w:w="75" w:type="dxa"/>
            </w:tcMar>
            <w:vAlign w:val="center"/>
          </w:tcPr>
          <w:p w14:paraId="2C4E73EE" w14:textId="77777777" w:rsidR="00A83192" w:rsidRPr="000B60F7" w:rsidRDefault="00000000">
            <w:pPr>
              <w:spacing w:after="0" w:line="240" w:lineRule="auto"/>
              <w:jc w:val="center"/>
              <w:rPr>
                <w:rFonts w:cs="Times New Roman"/>
              </w:rPr>
            </w:pPr>
            <w:r w:rsidRPr="000B60F7">
              <w:rPr>
                <w:rFonts w:cs="Times New Roman"/>
                <w:sz w:val="18"/>
              </w:rPr>
              <w:t>0.0013</w:t>
            </w:r>
          </w:p>
        </w:tc>
        <w:tc>
          <w:tcPr>
            <w:tcW w:w="936" w:type="dxa"/>
            <w:shd w:val="clear" w:color="auto" w:fill="FFFFFF"/>
            <w:tcMar>
              <w:top w:w="65" w:type="dxa"/>
              <w:left w:w="75" w:type="dxa"/>
              <w:bottom w:w="65" w:type="dxa"/>
              <w:right w:w="75" w:type="dxa"/>
            </w:tcMar>
            <w:vAlign w:val="center"/>
          </w:tcPr>
          <w:p w14:paraId="58C24D19" w14:textId="77777777" w:rsidR="00A83192" w:rsidRPr="000B60F7" w:rsidRDefault="00000000">
            <w:pPr>
              <w:spacing w:after="0" w:line="240" w:lineRule="auto"/>
              <w:jc w:val="center"/>
              <w:rPr>
                <w:rFonts w:cs="Times New Roman"/>
              </w:rPr>
            </w:pPr>
            <w:r w:rsidRPr="000B60F7">
              <w:rPr>
                <w:rFonts w:cs="Times New Roman"/>
                <w:sz w:val="18"/>
              </w:rPr>
              <w:t>0.0026</w:t>
            </w:r>
          </w:p>
        </w:tc>
      </w:tr>
      <w:tr w:rsidR="00A83192" w:rsidRPr="000B60F7" w14:paraId="793FA2FF" w14:textId="77777777">
        <w:trPr>
          <w:cantSplit/>
          <w:jc w:val="center"/>
        </w:trPr>
        <w:tc>
          <w:tcPr>
            <w:tcW w:w="2520" w:type="dxa"/>
            <w:shd w:val="clear" w:color="auto" w:fill="F6F8FA"/>
            <w:tcMar>
              <w:top w:w="65" w:type="dxa"/>
              <w:left w:w="75" w:type="dxa"/>
              <w:bottom w:w="65" w:type="dxa"/>
              <w:right w:w="75" w:type="dxa"/>
            </w:tcMar>
            <w:vAlign w:val="center"/>
          </w:tcPr>
          <w:p w14:paraId="7E0672B4" w14:textId="77777777" w:rsidR="00A83192" w:rsidRPr="000B60F7" w:rsidRDefault="00000000">
            <w:pPr>
              <w:spacing w:after="0" w:line="240" w:lineRule="auto"/>
              <w:rPr>
                <w:rFonts w:cs="Times New Roman"/>
              </w:rPr>
            </w:pPr>
            <w:r w:rsidRPr="000B60F7">
              <w:rPr>
                <w:rFonts w:cs="Times New Roman"/>
                <w:sz w:val="18"/>
              </w:rPr>
              <w:t>Gamma, θ = 0.5</w:t>
            </w:r>
          </w:p>
        </w:tc>
        <w:tc>
          <w:tcPr>
            <w:tcW w:w="1512" w:type="dxa"/>
            <w:shd w:val="clear" w:color="auto" w:fill="F6F8FA"/>
            <w:tcMar>
              <w:top w:w="65" w:type="dxa"/>
              <w:left w:w="75" w:type="dxa"/>
              <w:bottom w:w="65" w:type="dxa"/>
              <w:right w:w="75" w:type="dxa"/>
            </w:tcMar>
            <w:vAlign w:val="center"/>
          </w:tcPr>
          <w:p w14:paraId="586B60F8"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6F8FA"/>
            <w:tcMar>
              <w:top w:w="65" w:type="dxa"/>
              <w:left w:w="75" w:type="dxa"/>
              <w:bottom w:w="65" w:type="dxa"/>
              <w:right w:w="75" w:type="dxa"/>
            </w:tcMar>
            <w:vAlign w:val="center"/>
          </w:tcPr>
          <w:p w14:paraId="2A73F46B" w14:textId="77777777" w:rsidR="00A83192" w:rsidRPr="000B60F7" w:rsidRDefault="00000000">
            <w:pPr>
              <w:spacing w:after="0" w:line="240" w:lineRule="auto"/>
              <w:jc w:val="center"/>
              <w:rPr>
                <w:rFonts w:cs="Times New Roman"/>
              </w:rPr>
            </w:pPr>
            <w:r w:rsidRPr="000B60F7">
              <w:rPr>
                <w:rFonts w:cs="Times New Roman"/>
                <w:sz w:val="18"/>
              </w:rPr>
              <w:t>37–60</w:t>
            </w:r>
          </w:p>
        </w:tc>
        <w:tc>
          <w:tcPr>
            <w:tcW w:w="2664" w:type="dxa"/>
            <w:shd w:val="clear" w:color="auto" w:fill="F6F8FA"/>
            <w:tcMar>
              <w:top w:w="65" w:type="dxa"/>
              <w:left w:w="75" w:type="dxa"/>
              <w:bottom w:w="65" w:type="dxa"/>
              <w:right w:w="75" w:type="dxa"/>
            </w:tcMar>
            <w:vAlign w:val="center"/>
          </w:tcPr>
          <w:p w14:paraId="3D747D0B" w14:textId="77777777" w:rsidR="00A83192" w:rsidRPr="000B60F7" w:rsidRDefault="00000000">
            <w:pPr>
              <w:spacing w:after="0" w:line="240" w:lineRule="auto"/>
              <w:jc w:val="center"/>
              <w:rPr>
                <w:rFonts w:cs="Times New Roman"/>
              </w:rPr>
            </w:pPr>
            <w:r w:rsidRPr="000B60F7">
              <w:rPr>
                <w:rFonts w:cs="Times New Roman"/>
                <w:sz w:val="18"/>
              </w:rPr>
              <w:t>2.192 [1.398, 3.437]</w:t>
            </w:r>
          </w:p>
        </w:tc>
        <w:tc>
          <w:tcPr>
            <w:tcW w:w="864" w:type="dxa"/>
            <w:shd w:val="clear" w:color="auto" w:fill="F6F8FA"/>
            <w:tcMar>
              <w:top w:w="65" w:type="dxa"/>
              <w:left w:w="75" w:type="dxa"/>
              <w:bottom w:w="65" w:type="dxa"/>
              <w:right w:w="75" w:type="dxa"/>
            </w:tcMar>
            <w:vAlign w:val="center"/>
          </w:tcPr>
          <w:p w14:paraId="38EDF679" w14:textId="77777777" w:rsidR="00A83192" w:rsidRPr="000B60F7" w:rsidRDefault="00000000">
            <w:pPr>
              <w:spacing w:after="0" w:line="240" w:lineRule="auto"/>
              <w:jc w:val="center"/>
              <w:rPr>
                <w:rFonts w:cs="Times New Roman"/>
              </w:rPr>
            </w:pPr>
            <w:r w:rsidRPr="000B60F7">
              <w:rPr>
                <w:rFonts w:cs="Times New Roman"/>
                <w:sz w:val="18"/>
              </w:rPr>
              <w:t>0.0007</w:t>
            </w:r>
          </w:p>
        </w:tc>
        <w:tc>
          <w:tcPr>
            <w:tcW w:w="936" w:type="dxa"/>
            <w:shd w:val="clear" w:color="auto" w:fill="F6F8FA"/>
            <w:tcMar>
              <w:top w:w="65" w:type="dxa"/>
              <w:left w:w="75" w:type="dxa"/>
              <w:bottom w:w="65" w:type="dxa"/>
              <w:right w:w="75" w:type="dxa"/>
            </w:tcMar>
            <w:vAlign w:val="center"/>
          </w:tcPr>
          <w:p w14:paraId="1C1553E1" w14:textId="77777777" w:rsidR="00A83192" w:rsidRPr="000B60F7" w:rsidRDefault="00000000">
            <w:pPr>
              <w:spacing w:after="0" w:line="240" w:lineRule="auto"/>
              <w:jc w:val="center"/>
              <w:rPr>
                <w:rFonts w:cs="Times New Roman"/>
              </w:rPr>
            </w:pPr>
            <w:r w:rsidRPr="000B60F7">
              <w:rPr>
                <w:rFonts w:cs="Times New Roman"/>
                <w:sz w:val="18"/>
              </w:rPr>
              <w:t>0.0026</w:t>
            </w:r>
          </w:p>
        </w:tc>
      </w:tr>
      <w:tr w:rsidR="00A83192" w:rsidRPr="000B60F7" w14:paraId="1349F982" w14:textId="77777777">
        <w:trPr>
          <w:cantSplit/>
          <w:jc w:val="center"/>
        </w:trPr>
        <w:tc>
          <w:tcPr>
            <w:tcW w:w="2520" w:type="dxa"/>
            <w:shd w:val="clear" w:color="auto" w:fill="FFFFFF"/>
            <w:tcMar>
              <w:top w:w="65" w:type="dxa"/>
              <w:left w:w="75" w:type="dxa"/>
              <w:bottom w:w="65" w:type="dxa"/>
              <w:right w:w="75" w:type="dxa"/>
            </w:tcMar>
            <w:vAlign w:val="center"/>
          </w:tcPr>
          <w:p w14:paraId="195CFCB0" w14:textId="77777777" w:rsidR="00A83192" w:rsidRPr="000B60F7" w:rsidRDefault="00000000">
            <w:pPr>
              <w:spacing w:after="0" w:line="240" w:lineRule="auto"/>
              <w:rPr>
                <w:rFonts w:cs="Times New Roman"/>
              </w:rPr>
            </w:pPr>
            <w:r w:rsidRPr="000B60F7">
              <w:rPr>
                <w:rFonts w:cs="Times New Roman"/>
                <w:sz w:val="18"/>
              </w:rPr>
              <w:t>Gamma, θ = 0.5</w:t>
            </w:r>
          </w:p>
        </w:tc>
        <w:tc>
          <w:tcPr>
            <w:tcW w:w="1512" w:type="dxa"/>
            <w:shd w:val="clear" w:color="auto" w:fill="FFFFFF"/>
            <w:tcMar>
              <w:top w:w="65" w:type="dxa"/>
              <w:left w:w="75" w:type="dxa"/>
              <w:bottom w:w="65" w:type="dxa"/>
              <w:right w:w="75" w:type="dxa"/>
            </w:tcMar>
            <w:vAlign w:val="center"/>
          </w:tcPr>
          <w:p w14:paraId="1F569CB8"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FFFFF"/>
            <w:tcMar>
              <w:top w:w="65" w:type="dxa"/>
              <w:left w:w="75" w:type="dxa"/>
              <w:bottom w:w="65" w:type="dxa"/>
              <w:right w:w="75" w:type="dxa"/>
            </w:tcMar>
            <w:vAlign w:val="center"/>
          </w:tcPr>
          <w:p w14:paraId="58C6FBD6" w14:textId="77777777" w:rsidR="00A83192" w:rsidRPr="000B60F7" w:rsidRDefault="00000000">
            <w:pPr>
              <w:spacing w:after="0" w:line="240" w:lineRule="auto"/>
              <w:jc w:val="center"/>
              <w:rPr>
                <w:rFonts w:cs="Times New Roman"/>
              </w:rPr>
            </w:pPr>
            <w:r w:rsidRPr="000B60F7">
              <w:rPr>
                <w:rFonts w:cs="Times New Roman"/>
                <w:sz w:val="18"/>
              </w:rPr>
              <w:t>1–12</w:t>
            </w:r>
          </w:p>
        </w:tc>
        <w:tc>
          <w:tcPr>
            <w:tcW w:w="2664" w:type="dxa"/>
            <w:shd w:val="clear" w:color="auto" w:fill="FFFFFF"/>
            <w:tcMar>
              <w:top w:w="65" w:type="dxa"/>
              <w:left w:w="75" w:type="dxa"/>
              <w:bottom w:w="65" w:type="dxa"/>
              <w:right w:w="75" w:type="dxa"/>
            </w:tcMar>
            <w:vAlign w:val="center"/>
          </w:tcPr>
          <w:p w14:paraId="64B81509" w14:textId="77777777" w:rsidR="00A83192" w:rsidRPr="000B60F7" w:rsidRDefault="00000000">
            <w:pPr>
              <w:spacing w:after="0" w:line="240" w:lineRule="auto"/>
              <w:jc w:val="center"/>
              <w:rPr>
                <w:rFonts w:cs="Times New Roman"/>
              </w:rPr>
            </w:pPr>
            <w:r w:rsidRPr="000B60F7">
              <w:rPr>
                <w:rFonts w:cs="Times New Roman"/>
                <w:sz w:val="18"/>
              </w:rPr>
              <w:t>1.377 [1.026, 1.847]</w:t>
            </w:r>
          </w:p>
        </w:tc>
        <w:tc>
          <w:tcPr>
            <w:tcW w:w="864" w:type="dxa"/>
            <w:shd w:val="clear" w:color="auto" w:fill="FFFFFF"/>
            <w:tcMar>
              <w:top w:w="65" w:type="dxa"/>
              <w:left w:w="75" w:type="dxa"/>
              <w:bottom w:w="65" w:type="dxa"/>
              <w:right w:w="75" w:type="dxa"/>
            </w:tcMar>
            <w:vAlign w:val="center"/>
          </w:tcPr>
          <w:p w14:paraId="050BE160" w14:textId="77777777" w:rsidR="00A83192" w:rsidRPr="000B60F7" w:rsidRDefault="00000000">
            <w:pPr>
              <w:spacing w:after="0" w:line="240" w:lineRule="auto"/>
              <w:jc w:val="center"/>
              <w:rPr>
                <w:rFonts w:cs="Times New Roman"/>
              </w:rPr>
            </w:pPr>
            <w:r w:rsidRPr="000B60F7">
              <w:rPr>
                <w:rFonts w:cs="Times New Roman"/>
                <w:sz w:val="18"/>
              </w:rPr>
              <w:t>0.0329</w:t>
            </w:r>
          </w:p>
        </w:tc>
        <w:tc>
          <w:tcPr>
            <w:tcW w:w="936" w:type="dxa"/>
            <w:shd w:val="clear" w:color="auto" w:fill="FFFFFF"/>
            <w:tcMar>
              <w:top w:w="65" w:type="dxa"/>
              <w:left w:w="75" w:type="dxa"/>
              <w:bottom w:w="65" w:type="dxa"/>
              <w:right w:w="75" w:type="dxa"/>
            </w:tcMar>
            <w:vAlign w:val="center"/>
          </w:tcPr>
          <w:p w14:paraId="33D1D0F4" w14:textId="77777777" w:rsidR="00A83192" w:rsidRPr="000B60F7" w:rsidRDefault="00000000">
            <w:pPr>
              <w:spacing w:after="0" w:line="240" w:lineRule="auto"/>
              <w:jc w:val="center"/>
              <w:rPr>
                <w:rFonts w:cs="Times New Roman"/>
              </w:rPr>
            </w:pPr>
            <w:r w:rsidRPr="000B60F7">
              <w:rPr>
                <w:rFonts w:cs="Times New Roman"/>
                <w:sz w:val="18"/>
              </w:rPr>
              <w:t>0.1316</w:t>
            </w:r>
          </w:p>
        </w:tc>
      </w:tr>
      <w:tr w:rsidR="00A83192" w:rsidRPr="000B60F7" w14:paraId="6401E67E" w14:textId="77777777">
        <w:trPr>
          <w:cantSplit/>
          <w:jc w:val="center"/>
        </w:trPr>
        <w:tc>
          <w:tcPr>
            <w:tcW w:w="2520" w:type="dxa"/>
            <w:shd w:val="clear" w:color="auto" w:fill="F6F8FA"/>
            <w:tcMar>
              <w:top w:w="65" w:type="dxa"/>
              <w:left w:w="75" w:type="dxa"/>
              <w:bottom w:w="65" w:type="dxa"/>
              <w:right w:w="75" w:type="dxa"/>
            </w:tcMar>
            <w:vAlign w:val="center"/>
          </w:tcPr>
          <w:p w14:paraId="17F5B40A" w14:textId="77777777" w:rsidR="00A83192" w:rsidRPr="000B60F7" w:rsidRDefault="00000000">
            <w:pPr>
              <w:spacing w:after="0" w:line="240" w:lineRule="auto"/>
              <w:rPr>
                <w:rFonts w:cs="Times New Roman"/>
              </w:rPr>
            </w:pPr>
            <w:r w:rsidRPr="000B60F7">
              <w:rPr>
                <w:rFonts w:cs="Times New Roman"/>
                <w:sz w:val="18"/>
              </w:rPr>
              <w:t>Gamma, θ = 0.5</w:t>
            </w:r>
          </w:p>
        </w:tc>
        <w:tc>
          <w:tcPr>
            <w:tcW w:w="1512" w:type="dxa"/>
            <w:shd w:val="clear" w:color="auto" w:fill="F6F8FA"/>
            <w:tcMar>
              <w:top w:w="65" w:type="dxa"/>
              <w:left w:w="75" w:type="dxa"/>
              <w:bottom w:w="65" w:type="dxa"/>
              <w:right w:w="75" w:type="dxa"/>
            </w:tcMar>
            <w:vAlign w:val="center"/>
          </w:tcPr>
          <w:p w14:paraId="4808A5DF"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6F8FA"/>
            <w:tcMar>
              <w:top w:w="65" w:type="dxa"/>
              <w:left w:w="75" w:type="dxa"/>
              <w:bottom w:w="65" w:type="dxa"/>
              <w:right w:w="75" w:type="dxa"/>
            </w:tcMar>
            <w:vAlign w:val="center"/>
          </w:tcPr>
          <w:p w14:paraId="0ED0255F" w14:textId="77777777" w:rsidR="00A83192" w:rsidRPr="000B60F7" w:rsidRDefault="00000000">
            <w:pPr>
              <w:spacing w:after="0" w:line="240" w:lineRule="auto"/>
              <w:jc w:val="center"/>
              <w:rPr>
                <w:rFonts w:cs="Times New Roman"/>
              </w:rPr>
            </w:pPr>
            <w:r w:rsidRPr="000B60F7">
              <w:rPr>
                <w:rFonts w:cs="Times New Roman"/>
                <w:sz w:val="18"/>
              </w:rPr>
              <w:t>13–24</w:t>
            </w:r>
          </w:p>
        </w:tc>
        <w:tc>
          <w:tcPr>
            <w:tcW w:w="2664" w:type="dxa"/>
            <w:shd w:val="clear" w:color="auto" w:fill="F6F8FA"/>
            <w:tcMar>
              <w:top w:w="65" w:type="dxa"/>
              <w:left w:w="75" w:type="dxa"/>
              <w:bottom w:w="65" w:type="dxa"/>
              <w:right w:w="75" w:type="dxa"/>
            </w:tcMar>
            <w:vAlign w:val="center"/>
          </w:tcPr>
          <w:p w14:paraId="62365A51" w14:textId="77777777" w:rsidR="00A83192" w:rsidRPr="000B60F7" w:rsidRDefault="00000000">
            <w:pPr>
              <w:spacing w:after="0" w:line="240" w:lineRule="auto"/>
              <w:jc w:val="center"/>
              <w:rPr>
                <w:rFonts w:cs="Times New Roman"/>
              </w:rPr>
            </w:pPr>
            <w:r w:rsidRPr="000B60F7">
              <w:rPr>
                <w:rFonts w:cs="Times New Roman"/>
                <w:sz w:val="18"/>
              </w:rPr>
              <w:t>1.261 [0.954, 1.668]</w:t>
            </w:r>
          </w:p>
        </w:tc>
        <w:tc>
          <w:tcPr>
            <w:tcW w:w="864" w:type="dxa"/>
            <w:shd w:val="clear" w:color="auto" w:fill="F6F8FA"/>
            <w:tcMar>
              <w:top w:w="65" w:type="dxa"/>
              <w:left w:w="75" w:type="dxa"/>
              <w:bottom w:w="65" w:type="dxa"/>
              <w:right w:w="75" w:type="dxa"/>
            </w:tcMar>
            <w:vAlign w:val="center"/>
          </w:tcPr>
          <w:p w14:paraId="5A33C717" w14:textId="77777777" w:rsidR="00A83192" w:rsidRPr="000B60F7" w:rsidRDefault="00000000">
            <w:pPr>
              <w:spacing w:after="0" w:line="240" w:lineRule="auto"/>
              <w:jc w:val="center"/>
              <w:rPr>
                <w:rFonts w:cs="Times New Roman"/>
              </w:rPr>
            </w:pPr>
            <w:r w:rsidRPr="000B60F7">
              <w:rPr>
                <w:rFonts w:cs="Times New Roman"/>
                <w:sz w:val="18"/>
              </w:rPr>
              <w:t>0.1033</w:t>
            </w:r>
          </w:p>
        </w:tc>
        <w:tc>
          <w:tcPr>
            <w:tcW w:w="936" w:type="dxa"/>
            <w:shd w:val="clear" w:color="auto" w:fill="F6F8FA"/>
            <w:tcMar>
              <w:top w:w="65" w:type="dxa"/>
              <w:left w:w="75" w:type="dxa"/>
              <w:bottom w:w="65" w:type="dxa"/>
              <w:right w:w="75" w:type="dxa"/>
            </w:tcMar>
            <w:vAlign w:val="center"/>
          </w:tcPr>
          <w:p w14:paraId="0F69AC41" w14:textId="77777777" w:rsidR="00A83192" w:rsidRPr="000B60F7" w:rsidRDefault="00000000">
            <w:pPr>
              <w:spacing w:after="0" w:line="240" w:lineRule="auto"/>
              <w:jc w:val="center"/>
              <w:rPr>
                <w:rFonts w:cs="Times New Roman"/>
              </w:rPr>
            </w:pPr>
            <w:r w:rsidRPr="000B60F7">
              <w:rPr>
                <w:rFonts w:cs="Times New Roman"/>
                <w:sz w:val="18"/>
              </w:rPr>
              <w:t>0.2066</w:t>
            </w:r>
          </w:p>
        </w:tc>
      </w:tr>
      <w:tr w:rsidR="00A83192" w:rsidRPr="000B60F7" w14:paraId="135F4823" w14:textId="77777777">
        <w:trPr>
          <w:cantSplit/>
          <w:jc w:val="center"/>
        </w:trPr>
        <w:tc>
          <w:tcPr>
            <w:tcW w:w="2520" w:type="dxa"/>
            <w:shd w:val="clear" w:color="auto" w:fill="FFFFFF"/>
            <w:tcMar>
              <w:top w:w="65" w:type="dxa"/>
              <w:left w:w="75" w:type="dxa"/>
              <w:bottom w:w="65" w:type="dxa"/>
              <w:right w:w="75" w:type="dxa"/>
            </w:tcMar>
            <w:vAlign w:val="center"/>
          </w:tcPr>
          <w:p w14:paraId="37F46869" w14:textId="77777777" w:rsidR="00A83192" w:rsidRPr="000B60F7" w:rsidRDefault="00000000">
            <w:pPr>
              <w:spacing w:after="0" w:line="240" w:lineRule="auto"/>
              <w:rPr>
                <w:rFonts w:cs="Times New Roman"/>
              </w:rPr>
            </w:pPr>
            <w:r w:rsidRPr="000B60F7">
              <w:rPr>
                <w:rFonts w:cs="Times New Roman"/>
                <w:sz w:val="18"/>
              </w:rPr>
              <w:t>Gamma, θ = 0.5</w:t>
            </w:r>
          </w:p>
        </w:tc>
        <w:tc>
          <w:tcPr>
            <w:tcW w:w="1512" w:type="dxa"/>
            <w:shd w:val="clear" w:color="auto" w:fill="FFFFFF"/>
            <w:tcMar>
              <w:top w:w="65" w:type="dxa"/>
              <w:left w:w="75" w:type="dxa"/>
              <w:bottom w:w="65" w:type="dxa"/>
              <w:right w:w="75" w:type="dxa"/>
            </w:tcMar>
            <w:vAlign w:val="center"/>
          </w:tcPr>
          <w:p w14:paraId="3656488E"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FFFFF"/>
            <w:tcMar>
              <w:top w:w="65" w:type="dxa"/>
              <w:left w:w="75" w:type="dxa"/>
              <w:bottom w:w="65" w:type="dxa"/>
              <w:right w:w="75" w:type="dxa"/>
            </w:tcMar>
            <w:vAlign w:val="center"/>
          </w:tcPr>
          <w:p w14:paraId="272A4335" w14:textId="77777777" w:rsidR="00A83192" w:rsidRPr="000B60F7" w:rsidRDefault="00000000">
            <w:pPr>
              <w:spacing w:after="0" w:line="240" w:lineRule="auto"/>
              <w:jc w:val="center"/>
              <w:rPr>
                <w:rFonts w:cs="Times New Roman"/>
              </w:rPr>
            </w:pPr>
            <w:r w:rsidRPr="000B60F7">
              <w:rPr>
                <w:rFonts w:cs="Times New Roman"/>
                <w:sz w:val="18"/>
              </w:rPr>
              <w:t>25–36</w:t>
            </w:r>
          </w:p>
        </w:tc>
        <w:tc>
          <w:tcPr>
            <w:tcW w:w="2664" w:type="dxa"/>
            <w:shd w:val="clear" w:color="auto" w:fill="FFFFFF"/>
            <w:tcMar>
              <w:top w:w="65" w:type="dxa"/>
              <w:left w:w="75" w:type="dxa"/>
              <w:bottom w:w="65" w:type="dxa"/>
              <w:right w:w="75" w:type="dxa"/>
            </w:tcMar>
            <w:vAlign w:val="center"/>
          </w:tcPr>
          <w:p w14:paraId="1B611702" w14:textId="77777777" w:rsidR="00A83192" w:rsidRPr="000B60F7" w:rsidRDefault="00000000">
            <w:pPr>
              <w:spacing w:after="0" w:line="240" w:lineRule="auto"/>
              <w:jc w:val="center"/>
              <w:rPr>
                <w:rFonts w:cs="Times New Roman"/>
              </w:rPr>
            </w:pPr>
            <w:r w:rsidRPr="000B60F7">
              <w:rPr>
                <w:rFonts w:cs="Times New Roman"/>
                <w:sz w:val="18"/>
              </w:rPr>
              <w:t>0.896 [0.649, 1.237]</w:t>
            </w:r>
          </w:p>
        </w:tc>
        <w:tc>
          <w:tcPr>
            <w:tcW w:w="864" w:type="dxa"/>
            <w:shd w:val="clear" w:color="auto" w:fill="FFFFFF"/>
            <w:tcMar>
              <w:top w:w="65" w:type="dxa"/>
              <w:left w:w="75" w:type="dxa"/>
              <w:bottom w:w="65" w:type="dxa"/>
              <w:right w:w="75" w:type="dxa"/>
            </w:tcMar>
            <w:vAlign w:val="center"/>
          </w:tcPr>
          <w:p w14:paraId="76BC5787" w14:textId="77777777" w:rsidR="00A83192" w:rsidRPr="000B60F7" w:rsidRDefault="00000000">
            <w:pPr>
              <w:spacing w:after="0" w:line="240" w:lineRule="auto"/>
              <w:jc w:val="center"/>
              <w:rPr>
                <w:rFonts w:cs="Times New Roman"/>
              </w:rPr>
            </w:pPr>
            <w:r w:rsidRPr="000B60F7">
              <w:rPr>
                <w:rFonts w:cs="Times New Roman"/>
                <w:sz w:val="18"/>
              </w:rPr>
              <w:t>0.5041</w:t>
            </w:r>
          </w:p>
        </w:tc>
        <w:tc>
          <w:tcPr>
            <w:tcW w:w="936" w:type="dxa"/>
            <w:shd w:val="clear" w:color="auto" w:fill="FFFFFF"/>
            <w:tcMar>
              <w:top w:w="65" w:type="dxa"/>
              <w:left w:w="75" w:type="dxa"/>
              <w:bottom w:w="65" w:type="dxa"/>
              <w:right w:w="75" w:type="dxa"/>
            </w:tcMar>
            <w:vAlign w:val="center"/>
          </w:tcPr>
          <w:p w14:paraId="3276D1E7" w14:textId="77777777" w:rsidR="00A83192" w:rsidRPr="000B60F7" w:rsidRDefault="00000000">
            <w:pPr>
              <w:spacing w:after="0" w:line="240" w:lineRule="auto"/>
              <w:jc w:val="center"/>
              <w:rPr>
                <w:rFonts w:cs="Times New Roman"/>
              </w:rPr>
            </w:pPr>
            <w:r w:rsidRPr="000B60F7">
              <w:rPr>
                <w:rFonts w:cs="Times New Roman"/>
                <w:sz w:val="18"/>
              </w:rPr>
              <w:t>0.5041</w:t>
            </w:r>
          </w:p>
        </w:tc>
      </w:tr>
      <w:tr w:rsidR="00A83192" w:rsidRPr="000B60F7" w14:paraId="40BDB096" w14:textId="77777777">
        <w:trPr>
          <w:cantSplit/>
          <w:jc w:val="center"/>
        </w:trPr>
        <w:tc>
          <w:tcPr>
            <w:tcW w:w="2520" w:type="dxa"/>
            <w:shd w:val="clear" w:color="auto" w:fill="F6F8FA"/>
            <w:tcMar>
              <w:top w:w="65" w:type="dxa"/>
              <w:left w:w="75" w:type="dxa"/>
              <w:bottom w:w="65" w:type="dxa"/>
              <w:right w:w="75" w:type="dxa"/>
            </w:tcMar>
            <w:vAlign w:val="center"/>
          </w:tcPr>
          <w:p w14:paraId="495F298D" w14:textId="77777777" w:rsidR="00A83192" w:rsidRPr="000B60F7" w:rsidRDefault="00000000">
            <w:pPr>
              <w:spacing w:after="0" w:line="240" w:lineRule="auto"/>
              <w:rPr>
                <w:rFonts w:cs="Times New Roman"/>
              </w:rPr>
            </w:pPr>
            <w:r w:rsidRPr="000B60F7">
              <w:rPr>
                <w:rFonts w:cs="Times New Roman"/>
                <w:sz w:val="18"/>
              </w:rPr>
              <w:t>Gamma, θ = 0.5</w:t>
            </w:r>
          </w:p>
        </w:tc>
        <w:tc>
          <w:tcPr>
            <w:tcW w:w="1512" w:type="dxa"/>
            <w:shd w:val="clear" w:color="auto" w:fill="F6F8FA"/>
            <w:tcMar>
              <w:top w:w="65" w:type="dxa"/>
              <w:left w:w="75" w:type="dxa"/>
              <w:bottom w:w="65" w:type="dxa"/>
              <w:right w:w="75" w:type="dxa"/>
            </w:tcMar>
            <w:vAlign w:val="center"/>
          </w:tcPr>
          <w:p w14:paraId="62C9E0F6"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6F8FA"/>
            <w:tcMar>
              <w:top w:w="65" w:type="dxa"/>
              <w:left w:w="75" w:type="dxa"/>
              <w:bottom w:w="65" w:type="dxa"/>
              <w:right w:w="75" w:type="dxa"/>
            </w:tcMar>
            <w:vAlign w:val="center"/>
          </w:tcPr>
          <w:p w14:paraId="75C815EE" w14:textId="77777777" w:rsidR="00A83192" w:rsidRPr="000B60F7" w:rsidRDefault="00000000">
            <w:pPr>
              <w:spacing w:after="0" w:line="240" w:lineRule="auto"/>
              <w:jc w:val="center"/>
              <w:rPr>
                <w:rFonts w:cs="Times New Roman"/>
              </w:rPr>
            </w:pPr>
            <w:r w:rsidRPr="000B60F7">
              <w:rPr>
                <w:rFonts w:cs="Times New Roman"/>
                <w:sz w:val="18"/>
              </w:rPr>
              <w:t>37–60</w:t>
            </w:r>
          </w:p>
        </w:tc>
        <w:tc>
          <w:tcPr>
            <w:tcW w:w="2664" w:type="dxa"/>
            <w:shd w:val="clear" w:color="auto" w:fill="F6F8FA"/>
            <w:tcMar>
              <w:top w:w="65" w:type="dxa"/>
              <w:left w:w="75" w:type="dxa"/>
              <w:bottom w:w="65" w:type="dxa"/>
              <w:right w:w="75" w:type="dxa"/>
            </w:tcMar>
            <w:vAlign w:val="center"/>
          </w:tcPr>
          <w:p w14:paraId="17FE4021" w14:textId="77777777" w:rsidR="00A83192" w:rsidRPr="000B60F7" w:rsidRDefault="00000000">
            <w:pPr>
              <w:spacing w:after="0" w:line="240" w:lineRule="auto"/>
              <w:jc w:val="center"/>
              <w:rPr>
                <w:rFonts w:cs="Times New Roman"/>
              </w:rPr>
            </w:pPr>
            <w:r w:rsidRPr="000B60F7">
              <w:rPr>
                <w:rFonts w:cs="Times New Roman"/>
                <w:sz w:val="18"/>
              </w:rPr>
              <w:t>0.725 [0.430, 1.222]</w:t>
            </w:r>
          </w:p>
        </w:tc>
        <w:tc>
          <w:tcPr>
            <w:tcW w:w="864" w:type="dxa"/>
            <w:shd w:val="clear" w:color="auto" w:fill="F6F8FA"/>
            <w:tcMar>
              <w:top w:w="65" w:type="dxa"/>
              <w:left w:w="75" w:type="dxa"/>
              <w:bottom w:w="65" w:type="dxa"/>
              <w:right w:w="75" w:type="dxa"/>
            </w:tcMar>
            <w:vAlign w:val="center"/>
          </w:tcPr>
          <w:p w14:paraId="0FEEDE6D" w14:textId="77777777" w:rsidR="00A83192" w:rsidRPr="000B60F7" w:rsidRDefault="00000000">
            <w:pPr>
              <w:spacing w:after="0" w:line="240" w:lineRule="auto"/>
              <w:jc w:val="center"/>
              <w:rPr>
                <w:rFonts w:cs="Times New Roman"/>
              </w:rPr>
            </w:pPr>
            <w:r w:rsidRPr="000B60F7">
              <w:rPr>
                <w:rFonts w:cs="Times New Roman"/>
                <w:sz w:val="18"/>
              </w:rPr>
              <w:t>0.2266</w:t>
            </w:r>
          </w:p>
        </w:tc>
        <w:tc>
          <w:tcPr>
            <w:tcW w:w="936" w:type="dxa"/>
            <w:shd w:val="clear" w:color="auto" w:fill="F6F8FA"/>
            <w:tcMar>
              <w:top w:w="65" w:type="dxa"/>
              <w:left w:w="75" w:type="dxa"/>
              <w:bottom w:w="65" w:type="dxa"/>
              <w:right w:w="75" w:type="dxa"/>
            </w:tcMar>
            <w:vAlign w:val="center"/>
          </w:tcPr>
          <w:p w14:paraId="59D7A40F" w14:textId="77777777" w:rsidR="00A83192" w:rsidRPr="000B60F7" w:rsidRDefault="00000000">
            <w:pPr>
              <w:spacing w:after="0" w:line="240" w:lineRule="auto"/>
              <w:jc w:val="center"/>
              <w:rPr>
                <w:rFonts w:cs="Times New Roman"/>
              </w:rPr>
            </w:pPr>
            <w:r w:rsidRPr="000B60F7">
              <w:rPr>
                <w:rFonts w:cs="Times New Roman"/>
                <w:sz w:val="18"/>
              </w:rPr>
              <w:t>0.3022</w:t>
            </w:r>
          </w:p>
        </w:tc>
      </w:tr>
      <w:tr w:rsidR="00A83192" w:rsidRPr="000B60F7" w14:paraId="17AAF318" w14:textId="77777777">
        <w:trPr>
          <w:cantSplit/>
          <w:jc w:val="center"/>
        </w:trPr>
        <w:tc>
          <w:tcPr>
            <w:tcW w:w="2520" w:type="dxa"/>
            <w:shd w:val="clear" w:color="auto" w:fill="FFFFFF"/>
            <w:tcMar>
              <w:top w:w="65" w:type="dxa"/>
              <w:left w:w="75" w:type="dxa"/>
              <w:bottom w:w="65" w:type="dxa"/>
              <w:right w:w="75" w:type="dxa"/>
            </w:tcMar>
            <w:vAlign w:val="center"/>
          </w:tcPr>
          <w:p w14:paraId="482C3BDD" w14:textId="77777777" w:rsidR="00A83192" w:rsidRPr="000B60F7" w:rsidRDefault="00000000">
            <w:pPr>
              <w:spacing w:after="0" w:line="240" w:lineRule="auto"/>
              <w:rPr>
                <w:rFonts w:cs="Times New Roman"/>
              </w:rPr>
            </w:pPr>
            <w:r w:rsidRPr="000B60F7">
              <w:rPr>
                <w:rFonts w:cs="Times New Roman"/>
                <w:sz w:val="18"/>
              </w:rPr>
              <w:t>Gamma, θ = 0.5</w:t>
            </w:r>
          </w:p>
        </w:tc>
        <w:tc>
          <w:tcPr>
            <w:tcW w:w="1512" w:type="dxa"/>
            <w:shd w:val="clear" w:color="auto" w:fill="FFFFFF"/>
            <w:tcMar>
              <w:top w:w="65" w:type="dxa"/>
              <w:left w:w="75" w:type="dxa"/>
              <w:bottom w:w="65" w:type="dxa"/>
              <w:right w:w="75" w:type="dxa"/>
            </w:tcMar>
            <w:vAlign w:val="center"/>
          </w:tcPr>
          <w:p w14:paraId="6401712A"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FFFFF"/>
            <w:tcMar>
              <w:top w:w="65" w:type="dxa"/>
              <w:left w:w="75" w:type="dxa"/>
              <w:bottom w:w="65" w:type="dxa"/>
              <w:right w:w="75" w:type="dxa"/>
            </w:tcMar>
            <w:vAlign w:val="center"/>
          </w:tcPr>
          <w:p w14:paraId="265F36F8" w14:textId="77777777" w:rsidR="00A83192" w:rsidRPr="000B60F7" w:rsidRDefault="00000000">
            <w:pPr>
              <w:spacing w:after="0" w:line="240" w:lineRule="auto"/>
              <w:jc w:val="center"/>
              <w:rPr>
                <w:rFonts w:cs="Times New Roman"/>
              </w:rPr>
            </w:pPr>
            <w:r w:rsidRPr="000B60F7">
              <w:rPr>
                <w:rFonts w:cs="Times New Roman"/>
                <w:sz w:val="18"/>
              </w:rPr>
              <w:t>1–12</w:t>
            </w:r>
          </w:p>
        </w:tc>
        <w:tc>
          <w:tcPr>
            <w:tcW w:w="2664" w:type="dxa"/>
            <w:shd w:val="clear" w:color="auto" w:fill="FFFFFF"/>
            <w:tcMar>
              <w:top w:w="65" w:type="dxa"/>
              <w:left w:w="75" w:type="dxa"/>
              <w:bottom w:w="65" w:type="dxa"/>
              <w:right w:w="75" w:type="dxa"/>
            </w:tcMar>
            <w:vAlign w:val="center"/>
          </w:tcPr>
          <w:p w14:paraId="2DCC9259" w14:textId="77777777" w:rsidR="00A83192" w:rsidRPr="000B60F7" w:rsidRDefault="00000000">
            <w:pPr>
              <w:spacing w:after="0" w:line="240" w:lineRule="auto"/>
              <w:jc w:val="center"/>
              <w:rPr>
                <w:rFonts w:cs="Times New Roman"/>
              </w:rPr>
            </w:pPr>
            <w:r w:rsidRPr="000B60F7">
              <w:rPr>
                <w:rFonts w:cs="Times New Roman"/>
                <w:sz w:val="18"/>
              </w:rPr>
              <w:t>0.569 [0.353, 0.917]</w:t>
            </w:r>
          </w:p>
        </w:tc>
        <w:tc>
          <w:tcPr>
            <w:tcW w:w="864" w:type="dxa"/>
            <w:shd w:val="clear" w:color="auto" w:fill="FFFFFF"/>
            <w:tcMar>
              <w:top w:w="65" w:type="dxa"/>
              <w:left w:w="75" w:type="dxa"/>
              <w:bottom w:w="65" w:type="dxa"/>
              <w:right w:w="75" w:type="dxa"/>
            </w:tcMar>
            <w:vAlign w:val="center"/>
          </w:tcPr>
          <w:p w14:paraId="1C173A66" w14:textId="77777777" w:rsidR="00A83192" w:rsidRPr="000B60F7" w:rsidRDefault="00000000">
            <w:pPr>
              <w:spacing w:after="0" w:line="240" w:lineRule="auto"/>
              <w:jc w:val="center"/>
              <w:rPr>
                <w:rFonts w:cs="Times New Roman"/>
              </w:rPr>
            </w:pPr>
            <w:r w:rsidRPr="000B60F7">
              <w:rPr>
                <w:rFonts w:cs="Times New Roman"/>
                <w:sz w:val="18"/>
              </w:rPr>
              <w:t>0.0206</w:t>
            </w:r>
          </w:p>
        </w:tc>
        <w:tc>
          <w:tcPr>
            <w:tcW w:w="936" w:type="dxa"/>
            <w:shd w:val="clear" w:color="auto" w:fill="FFFFFF"/>
            <w:tcMar>
              <w:top w:w="65" w:type="dxa"/>
              <w:left w:w="75" w:type="dxa"/>
              <w:bottom w:w="65" w:type="dxa"/>
              <w:right w:w="75" w:type="dxa"/>
            </w:tcMar>
            <w:vAlign w:val="center"/>
          </w:tcPr>
          <w:p w14:paraId="42281B45" w14:textId="77777777" w:rsidR="00A83192" w:rsidRPr="000B60F7" w:rsidRDefault="00000000">
            <w:pPr>
              <w:spacing w:after="0" w:line="240" w:lineRule="auto"/>
              <w:jc w:val="center"/>
              <w:rPr>
                <w:rFonts w:cs="Times New Roman"/>
              </w:rPr>
            </w:pPr>
            <w:r w:rsidRPr="000B60F7">
              <w:rPr>
                <w:rFonts w:cs="Times New Roman"/>
                <w:sz w:val="18"/>
              </w:rPr>
              <w:t>0.0275</w:t>
            </w:r>
          </w:p>
        </w:tc>
      </w:tr>
      <w:tr w:rsidR="00A83192" w:rsidRPr="000B60F7" w14:paraId="7A09FBAD" w14:textId="77777777">
        <w:trPr>
          <w:cantSplit/>
          <w:jc w:val="center"/>
        </w:trPr>
        <w:tc>
          <w:tcPr>
            <w:tcW w:w="2520" w:type="dxa"/>
            <w:shd w:val="clear" w:color="auto" w:fill="F6F8FA"/>
            <w:tcMar>
              <w:top w:w="65" w:type="dxa"/>
              <w:left w:w="75" w:type="dxa"/>
              <w:bottom w:w="65" w:type="dxa"/>
              <w:right w:w="75" w:type="dxa"/>
            </w:tcMar>
            <w:vAlign w:val="center"/>
          </w:tcPr>
          <w:p w14:paraId="143CAF12" w14:textId="77777777" w:rsidR="00A83192" w:rsidRPr="000B60F7" w:rsidRDefault="00000000">
            <w:pPr>
              <w:spacing w:after="0" w:line="240" w:lineRule="auto"/>
              <w:rPr>
                <w:rFonts w:cs="Times New Roman"/>
              </w:rPr>
            </w:pPr>
            <w:r w:rsidRPr="000B60F7">
              <w:rPr>
                <w:rFonts w:cs="Times New Roman"/>
                <w:sz w:val="18"/>
              </w:rPr>
              <w:t>Gamma, θ = 0.5</w:t>
            </w:r>
          </w:p>
        </w:tc>
        <w:tc>
          <w:tcPr>
            <w:tcW w:w="1512" w:type="dxa"/>
            <w:shd w:val="clear" w:color="auto" w:fill="F6F8FA"/>
            <w:tcMar>
              <w:top w:w="65" w:type="dxa"/>
              <w:left w:w="75" w:type="dxa"/>
              <w:bottom w:w="65" w:type="dxa"/>
              <w:right w:w="75" w:type="dxa"/>
            </w:tcMar>
            <w:vAlign w:val="center"/>
          </w:tcPr>
          <w:p w14:paraId="771506B9"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6F8FA"/>
            <w:tcMar>
              <w:top w:w="65" w:type="dxa"/>
              <w:left w:w="75" w:type="dxa"/>
              <w:bottom w:w="65" w:type="dxa"/>
              <w:right w:w="75" w:type="dxa"/>
            </w:tcMar>
            <w:vAlign w:val="center"/>
          </w:tcPr>
          <w:p w14:paraId="7CAFE874" w14:textId="77777777" w:rsidR="00A83192" w:rsidRPr="000B60F7" w:rsidRDefault="00000000">
            <w:pPr>
              <w:spacing w:after="0" w:line="240" w:lineRule="auto"/>
              <w:jc w:val="center"/>
              <w:rPr>
                <w:rFonts w:cs="Times New Roman"/>
              </w:rPr>
            </w:pPr>
            <w:r w:rsidRPr="000B60F7">
              <w:rPr>
                <w:rFonts w:cs="Times New Roman"/>
                <w:sz w:val="18"/>
              </w:rPr>
              <w:t>13–24</w:t>
            </w:r>
          </w:p>
        </w:tc>
        <w:tc>
          <w:tcPr>
            <w:tcW w:w="2664" w:type="dxa"/>
            <w:shd w:val="clear" w:color="auto" w:fill="F6F8FA"/>
            <w:tcMar>
              <w:top w:w="65" w:type="dxa"/>
              <w:left w:w="75" w:type="dxa"/>
              <w:bottom w:w="65" w:type="dxa"/>
              <w:right w:w="75" w:type="dxa"/>
            </w:tcMar>
            <w:vAlign w:val="center"/>
          </w:tcPr>
          <w:p w14:paraId="0375B716" w14:textId="77777777" w:rsidR="00A83192" w:rsidRPr="000B60F7" w:rsidRDefault="00000000">
            <w:pPr>
              <w:spacing w:after="0" w:line="240" w:lineRule="auto"/>
              <w:jc w:val="center"/>
              <w:rPr>
                <w:rFonts w:cs="Times New Roman"/>
              </w:rPr>
            </w:pPr>
            <w:r w:rsidRPr="000B60F7">
              <w:rPr>
                <w:rFonts w:cs="Times New Roman"/>
                <w:sz w:val="18"/>
              </w:rPr>
              <w:t>0.775 [0.502, 1.199]</w:t>
            </w:r>
          </w:p>
        </w:tc>
        <w:tc>
          <w:tcPr>
            <w:tcW w:w="864" w:type="dxa"/>
            <w:shd w:val="clear" w:color="auto" w:fill="F6F8FA"/>
            <w:tcMar>
              <w:top w:w="65" w:type="dxa"/>
              <w:left w:w="75" w:type="dxa"/>
              <w:bottom w:w="65" w:type="dxa"/>
              <w:right w:w="75" w:type="dxa"/>
            </w:tcMar>
            <w:vAlign w:val="center"/>
          </w:tcPr>
          <w:p w14:paraId="55FD6DBB" w14:textId="77777777" w:rsidR="00A83192" w:rsidRPr="000B60F7" w:rsidRDefault="00000000">
            <w:pPr>
              <w:spacing w:after="0" w:line="240" w:lineRule="auto"/>
              <w:jc w:val="center"/>
              <w:rPr>
                <w:rFonts w:cs="Times New Roman"/>
              </w:rPr>
            </w:pPr>
            <w:r w:rsidRPr="000B60F7">
              <w:rPr>
                <w:rFonts w:cs="Times New Roman"/>
                <w:sz w:val="18"/>
              </w:rPr>
              <w:t>0.2518</w:t>
            </w:r>
          </w:p>
        </w:tc>
        <w:tc>
          <w:tcPr>
            <w:tcW w:w="936" w:type="dxa"/>
            <w:shd w:val="clear" w:color="auto" w:fill="F6F8FA"/>
            <w:tcMar>
              <w:top w:w="65" w:type="dxa"/>
              <w:left w:w="75" w:type="dxa"/>
              <w:bottom w:w="65" w:type="dxa"/>
              <w:right w:w="75" w:type="dxa"/>
            </w:tcMar>
            <w:vAlign w:val="center"/>
          </w:tcPr>
          <w:p w14:paraId="7667753F" w14:textId="77777777" w:rsidR="00A83192" w:rsidRPr="000B60F7" w:rsidRDefault="00000000">
            <w:pPr>
              <w:spacing w:after="0" w:line="240" w:lineRule="auto"/>
              <w:jc w:val="center"/>
              <w:rPr>
                <w:rFonts w:cs="Times New Roman"/>
              </w:rPr>
            </w:pPr>
            <w:r w:rsidRPr="000B60F7">
              <w:rPr>
                <w:rFonts w:cs="Times New Roman"/>
                <w:sz w:val="18"/>
              </w:rPr>
              <w:t>0.2518</w:t>
            </w:r>
          </w:p>
        </w:tc>
      </w:tr>
      <w:tr w:rsidR="00A83192" w:rsidRPr="000B60F7" w14:paraId="7AEB52BF" w14:textId="77777777">
        <w:trPr>
          <w:cantSplit/>
          <w:jc w:val="center"/>
        </w:trPr>
        <w:tc>
          <w:tcPr>
            <w:tcW w:w="2520" w:type="dxa"/>
            <w:shd w:val="clear" w:color="auto" w:fill="FFFFFF"/>
            <w:tcMar>
              <w:top w:w="65" w:type="dxa"/>
              <w:left w:w="75" w:type="dxa"/>
              <w:bottom w:w="65" w:type="dxa"/>
              <w:right w:w="75" w:type="dxa"/>
            </w:tcMar>
            <w:vAlign w:val="center"/>
          </w:tcPr>
          <w:p w14:paraId="6C091D8C" w14:textId="77777777" w:rsidR="00A83192" w:rsidRPr="000B60F7" w:rsidRDefault="00000000">
            <w:pPr>
              <w:spacing w:after="0" w:line="240" w:lineRule="auto"/>
              <w:rPr>
                <w:rFonts w:cs="Times New Roman"/>
              </w:rPr>
            </w:pPr>
            <w:r w:rsidRPr="000B60F7">
              <w:rPr>
                <w:rFonts w:cs="Times New Roman"/>
                <w:sz w:val="18"/>
              </w:rPr>
              <w:t>Gamma, θ = 0.5</w:t>
            </w:r>
          </w:p>
        </w:tc>
        <w:tc>
          <w:tcPr>
            <w:tcW w:w="1512" w:type="dxa"/>
            <w:shd w:val="clear" w:color="auto" w:fill="FFFFFF"/>
            <w:tcMar>
              <w:top w:w="65" w:type="dxa"/>
              <w:left w:w="75" w:type="dxa"/>
              <w:bottom w:w="65" w:type="dxa"/>
              <w:right w:w="75" w:type="dxa"/>
            </w:tcMar>
            <w:vAlign w:val="center"/>
          </w:tcPr>
          <w:p w14:paraId="34BF6DE2"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FFFFF"/>
            <w:tcMar>
              <w:top w:w="65" w:type="dxa"/>
              <w:left w:w="75" w:type="dxa"/>
              <w:bottom w:w="65" w:type="dxa"/>
              <w:right w:w="75" w:type="dxa"/>
            </w:tcMar>
            <w:vAlign w:val="center"/>
          </w:tcPr>
          <w:p w14:paraId="2EE751D7" w14:textId="77777777" w:rsidR="00A83192" w:rsidRPr="000B60F7" w:rsidRDefault="00000000">
            <w:pPr>
              <w:spacing w:after="0" w:line="240" w:lineRule="auto"/>
              <w:jc w:val="center"/>
              <w:rPr>
                <w:rFonts w:cs="Times New Roman"/>
              </w:rPr>
            </w:pPr>
            <w:r w:rsidRPr="000B60F7">
              <w:rPr>
                <w:rFonts w:cs="Times New Roman"/>
                <w:sz w:val="18"/>
              </w:rPr>
              <w:t>25–36</w:t>
            </w:r>
          </w:p>
        </w:tc>
        <w:tc>
          <w:tcPr>
            <w:tcW w:w="2664" w:type="dxa"/>
            <w:shd w:val="clear" w:color="auto" w:fill="FFFFFF"/>
            <w:tcMar>
              <w:top w:w="65" w:type="dxa"/>
              <w:left w:w="75" w:type="dxa"/>
              <w:bottom w:w="65" w:type="dxa"/>
              <w:right w:w="75" w:type="dxa"/>
            </w:tcMar>
            <w:vAlign w:val="center"/>
          </w:tcPr>
          <w:p w14:paraId="7B3B7DAB" w14:textId="77777777" w:rsidR="00A83192" w:rsidRPr="000B60F7" w:rsidRDefault="00000000">
            <w:pPr>
              <w:spacing w:after="0" w:line="240" w:lineRule="auto"/>
              <w:jc w:val="center"/>
              <w:rPr>
                <w:rFonts w:cs="Times New Roman"/>
              </w:rPr>
            </w:pPr>
            <w:r w:rsidRPr="000B60F7">
              <w:rPr>
                <w:rFonts w:cs="Times New Roman"/>
                <w:sz w:val="18"/>
              </w:rPr>
              <w:t>1.817 [1.106, 2.983]</w:t>
            </w:r>
          </w:p>
        </w:tc>
        <w:tc>
          <w:tcPr>
            <w:tcW w:w="864" w:type="dxa"/>
            <w:shd w:val="clear" w:color="auto" w:fill="FFFFFF"/>
            <w:tcMar>
              <w:top w:w="65" w:type="dxa"/>
              <w:left w:w="75" w:type="dxa"/>
              <w:bottom w:w="65" w:type="dxa"/>
              <w:right w:w="75" w:type="dxa"/>
            </w:tcMar>
            <w:vAlign w:val="center"/>
          </w:tcPr>
          <w:p w14:paraId="3450FDC9" w14:textId="77777777" w:rsidR="00A83192" w:rsidRPr="000B60F7" w:rsidRDefault="00000000">
            <w:pPr>
              <w:spacing w:after="0" w:line="240" w:lineRule="auto"/>
              <w:jc w:val="center"/>
              <w:rPr>
                <w:rFonts w:cs="Times New Roman"/>
              </w:rPr>
            </w:pPr>
            <w:r w:rsidRPr="000B60F7">
              <w:rPr>
                <w:rFonts w:cs="Times New Roman"/>
                <w:sz w:val="18"/>
              </w:rPr>
              <w:t>0.0184</w:t>
            </w:r>
          </w:p>
        </w:tc>
        <w:tc>
          <w:tcPr>
            <w:tcW w:w="936" w:type="dxa"/>
            <w:shd w:val="clear" w:color="auto" w:fill="FFFFFF"/>
            <w:tcMar>
              <w:top w:w="65" w:type="dxa"/>
              <w:left w:w="75" w:type="dxa"/>
              <w:bottom w:w="65" w:type="dxa"/>
              <w:right w:w="75" w:type="dxa"/>
            </w:tcMar>
            <w:vAlign w:val="center"/>
          </w:tcPr>
          <w:p w14:paraId="2224DAD1" w14:textId="77777777" w:rsidR="00A83192" w:rsidRPr="000B60F7" w:rsidRDefault="00000000">
            <w:pPr>
              <w:spacing w:after="0" w:line="240" w:lineRule="auto"/>
              <w:jc w:val="center"/>
              <w:rPr>
                <w:rFonts w:cs="Times New Roman"/>
              </w:rPr>
            </w:pPr>
            <w:r w:rsidRPr="000B60F7">
              <w:rPr>
                <w:rFonts w:cs="Times New Roman"/>
                <w:sz w:val="18"/>
              </w:rPr>
              <w:t>0.0275</w:t>
            </w:r>
          </w:p>
        </w:tc>
      </w:tr>
      <w:tr w:rsidR="00A83192" w:rsidRPr="000B60F7" w14:paraId="059451C6" w14:textId="77777777">
        <w:trPr>
          <w:cantSplit/>
          <w:jc w:val="center"/>
        </w:trPr>
        <w:tc>
          <w:tcPr>
            <w:tcW w:w="2520" w:type="dxa"/>
            <w:shd w:val="clear" w:color="auto" w:fill="F6F8FA"/>
            <w:tcMar>
              <w:top w:w="65" w:type="dxa"/>
              <w:left w:w="75" w:type="dxa"/>
              <w:bottom w:w="65" w:type="dxa"/>
              <w:right w:w="75" w:type="dxa"/>
            </w:tcMar>
            <w:vAlign w:val="center"/>
          </w:tcPr>
          <w:p w14:paraId="30D26CE3" w14:textId="77777777" w:rsidR="00A83192" w:rsidRPr="000B60F7" w:rsidRDefault="00000000">
            <w:pPr>
              <w:spacing w:after="0" w:line="240" w:lineRule="auto"/>
              <w:rPr>
                <w:rFonts w:cs="Times New Roman"/>
              </w:rPr>
            </w:pPr>
            <w:r w:rsidRPr="000B60F7">
              <w:rPr>
                <w:rFonts w:cs="Times New Roman"/>
                <w:sz w:val="18"/>
              </w:rPr>
              <w:t>Gamma, θ = 0.5</w:t>
            </w:r>
          </w:p>
        </w:tc>
        <w:tc>
          <w:tcPr>
            <w:tcW w:w="1512" w:type="dxa"/>
            <w:shd w:val="clear" w:color="auto" w:fill="F6F8FA"/>
            <w:tcMar>
              <w:top w:w="65" w:type="dxa"/>
              <w:left w:w="75" w:type="dxa"/>
              <w:bottom w:w="65" w:type="dxa"/>
              <w:right w:w="75" w:type="dxa"/>
            </w:tcMar>
            <w:vAlign w:val="center"/>
          </w:tcPr>
          <w:p w14:paraId="13A811EA"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6F8FA"/>
            <w:tcMar>
              <w:top w:w="65" w:type="dxa"/>
              <w:left w:w="75" w:type="dxa"/>
              <w:bottom w:w="65" w:type="dxa"/>
              <w:right w:w="75" w:type="dxa"/>
            </w:tcMar>
            <w:vAlign w:val="center"/>
          </w:tcPr>
          <w:p w14:paraId="31C4027E" w14:textId="77777777" w:rsidR="00A83192" w:rsidRPr="000B60F7" w:rsidRDefault="00000000">
            <w:pPr>
              <w:spacing w:after="0" w:line="240" w:lineRule="auto"/>
              <w:jc w:val="center"/>
              <w:rPr>
                <w:rFonts w:cs="Times New Roman"/>
              </w:rPr>
            </w:pPr>
            <w:r w:rsidRPr="000B60F7">
              <w:rPr>
                <w:rFonts w:cs="Times New Roman"/>
                <w:sz w:val="18"/>
              </w:rPr>
              <w:t>37–60</w:t>
            </w:r>
          </w:p>
        </w:tc>
        <w:tc>
          <w:tcPr>
            <w:tcW w:w="2664" w:type="dxa"/>
            <w:shd w:val="clear" w:color="auto" w:fill="F6F8FA"/>
            <w:tcMar>
              <w:top w:w="65" w:type="dxa"/>
              <w:left w:w="75" w:type="dxa"/>
              <w:bottom w:w="65" w:type="dxa"/>
              <w:right w:w="75" w:type="dxa"/>
            </w:tcMar>
            <w:vAlign w:val="center"/>
          </w:tcPr>
          <w:p w14:paraId="47A0765D" w14:textId="77777777" w:rsidR="00A83192" w:rsidRPr="000B60F7" w:rsidRDefault="00000000">
            <w:pPr>
              <w:spacing w:after="0" w:line="240" w:lineRule="auto"/>
              <w:jc w:val="center"/>
              <w:rPr>
                <w:rFonts w:cs="Times New Roman"/>
              </w:rPr>
            </w:pPr>
            <w:r w:rsidRPr="000B60F7">
              <w:rPr>
                <w:rFonts w:cs="Times New Roman"/>
                <w:sz w:val="18"/>
              </w:rPr>
              <w:t>3.024 [1.273, 7.183]</w:t>
            </w:r>
          </w:p>
        </w:tc>
        <w:tc>
          <w:tcPr>
            <w:tcW w:w="864" w:type="dxa"/>
            <w:shd w:val="clear" w:color="auto" w:fill="F6F8FA"/>
            <w:tcMar>
              <w:top w:w="65" w:type="dxa"/>
              <w:left w:w="75" w:type="dxa"/>
              <w:bottom w:w="65" w:type="dxa"/>
              <w:right w:w="75" w:type="dxa"/>
            </w:tcMar>
            <w:vAlign w:val="center"/>
          </w:tcPr>
          <w:p w14:paraId="71E99869" w14:textId="77777777" w:rsidR="00A83192" w:rsidRPr="000B60F7" w:rsidRDefault="00000000">
            <w:pPr>
              <w:spacing w:after="0" w:line="240" w:lineRule="auto"/>
              <w:jc w:val="center"/>
              <w:rPr>
                <w:rFonts w:cs="Times New Roman"/>
              </w:rPr>
            </w:pPr>
            <w:r w:rsidRPr="000B60F7">
              <w:rPr>
                <w:rFonts w:cs="Times New Roman"/>
                <w:sz w:val="18"/>
              </w:rPr>
              <w:t>0.0123</w:t>
            </w:r>
          </w:p>
        </w:tc>
        <w:tc>
          <w:tcPr>
            <w:tcW w:w="936" w:type="dxa"/>
            <w:shd w:val="clear" w:color="auto" w:fill="F6F8FA"/>
            <w:tcMar>
              <w:top w:w="65" w:type="dxa"/>
              <w:left w:w="75" w:type="dxa"/>
              <w:bottom w:w="65" w:type="dxa"/>
              <w:right w:w="75" w:type="dxa"/>
            </w:tcMar>
            <w:vAlign w:val="center"/>
          </w:tcPr>
          <w:p w14:paraId="2988F10D" w14:textId="77777777" w:rsidR="00A83192" w:rsidRPr="000B60F7" w:rsidRDefault="00000000">
            <w:pPr>
              <w:spacing w:after="0" w:line="240" w:lineRule="auto"/>
              <w:jc w:val="center"/>
              <w:rPr>
                <w:rFonts w:cs="Times New Roman"/>
              </w:rPr>
            </w:pPr>
            <w:r w:rsidRPr="000B60F7">
              <w:rPr>
                <w:rFonts w:cs="Times New Roman"/>
                <w:sz w:val="18"/>
              </w:rPr>
              <w:t>0.0275</w:t>
            </w:r>
          </w:p>
        </w:tc>
      </w:tr>
      <w:tr w:rsidR="00A83192" w:rsidRPr="000B60F7" w14:paraId="7060B64A" w14:textId="77777777">
        <w:trPr>
          <w:cantSplit/>
          <w:jc w:val="center"/>
        </w:trPr>
        <w:tc>
          <w:tcPr>
            <w:tcW w:w="2520" w:type="dxa"/>
            <w:shd w:val="clear" w:color="auto" w:fill="FFFFFF"/>
            <w:tcMar>
              <w:top w:w="65" w:type="dxa"/>
              <w:left w:w="75" w:type="dxa"/>
              <w:bottom w:w="65" w:type="dxa"/>
              <w:right w:w="75" w:type="dxa"/>
            </w:tcMar>
            <w:vAlign w:val="center"/>
          </w:tcPr>
          <w:p w14:paraId="2611C870" w14:textId="77777777" w:rsidR="00A83192" w:rsidRPr="000B60F7" w:rsidRDefault="00000000">
            <w:pPr>
              <w:spacing w:after="0" w:line="240" w:lineRule="auto"/>
              <w:rPr>
                <w:rFonts w:cs="Times New Roman"/>
              </w:rPr>
            </w:pPr>
            <w:r w:rsidRPr="000B60F7">
              <w:rPr>
                <w:rFonts w:cs="Times New Roman"/>
                <w:sz w:val="18"/>
              </w:rPr>
              <w:t>Gamma, θ = 1</w:t>
            </w:r>
          </w:p>
        </w:tc>
        <w:tc>
          <w:tcPr>
            <w:tcW w:w="1512" w:type="dxa"/>
            <w:shd w:val="clear" w:color="auto" w:fill="FFFFFF"/>
            <w:tcMar>
              <w:top w:w="65" w:type="dxa"/>
              <w:left w:w="75" w:type="dxa"/>
              <w:bottom w:w="65" w:type="dxa"/>
              <w:right w:w="75" w:type="dxa"/>
            </w:tcMar>
            <w:vAlign w:val="center"/>
          </w:tcPr>
          <w:p w14:paraId="13432A4F"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FFFFF"/>
            <w:tcMar>
              <w:top w:w="65" w:type="dxa"/>
              <w:left w:w="75" w:type="dxa"/>
              <w:bottom w:w="65" w:type="dxa"/>
              <w:right w:w="75" w:type="dxa"/>
            </w:tcMar>
            <w:vAlign w:val="center"/>
          </w:tcPr>
          <w:p w14:paraId="12BAE654" w14:textId="77777777" w:rsidR="00A83192" w:rsidRPr="000B60F7" w:rsidRDefault="00000000">
            <w:pPr>
              <w:spacing w:after="0" w:line="240" w:lineRule="auto"/>
              <w:jc w:val="center"/>
              <w:rPr>
                <w:rFonts w:cs="Times New Roman"/>
              </w:rPr>
            </w:pPr>
            <w:r w:rsidRPr="000B60F7">
              <w:rPr>
                <w:rFonts w:cs="Times New Roman"/>
                <w:sz w:val="18"/>
              </w:rPr>
              <w:t>1–12</w:t>
            </w:r>
          </w:p>
        </w:tc>
        <w:tc>
          <w:tcPr>
            <w:tcW w:w="2664" w:type="dxa"/>
            <w:shd w:val="clear" w:color="auto" w:fill="FFFFFF"/>
            <w:tcMar>
              <w:top w:w="65" w:type="dxa"/>
              <w:left w:w="75" w:type="dxa"/>
              <w:bottom w:w="65" w:type="dxa"/>
              <w:right w:w="75" w:type="dxa"/>
            </w:tcMar>
            <w:vAlign w:val="center"/>
          </w:tcPr>
          <w:p w14:paraId="2722DEE3" w14:textId="77777777" w:rsidR="00A83192" w:rsidRPr="000B60F7" w:rsidRDefault="00000000">
            <w:pPr>
              <w:spacing w:after="0" w:line="240" w:lineRule="auto"/>
              <w:jc w:val="center"/>
              <w:rPr>
                <w:rFonts w:cs="Times New Roman"/>
              </w:rPr>
            </w:pPr>
            <w:r w:rsidRPr="000B60F7">
              <w:rPr>
                <w:rFonts w:cs="Times New Roman"/>
                <w:sz w:val="18"/>
              </w:rPr>
              <w:t>0.756 [0.551, 1.035]</w:t>
            </w:r>
          </w:p>
        </w:tc>
        <w:tc>
          <w:tcPr>
            <w:tcW w:w="864" w:type="dxa"/>
            <w:shd w:val="clear" w:color="auto" w:fill="FFFFFF"/>
            <w:tcMar>
              <w:top w:w="65" w:type="dxa"/>
              <w:left w:w="75" w:type="dxa"/>
              <w:bottom w:w="65" w:type="dxa"/>
              <w:right w:w="75" w:type="dxa"/>
            </w:tcMar>
            <w:vAlign w:val="center"/>
          </w:tcPr>
          <w:p w14:paraId="7FCD710B" w14:textId="77777777" w:rsidR="00A83192" w:rsidRPr="000B60F7" w:rsidRDefault="00000000">
            <w:pPr>
              <w:spacing w:after="0" w:line="240" w:lineRule="auto"/>
              <w:jc w:val="center"/>
              <w:rPr>
                <w:rFonts w:cs="Times New Roman"/>
              </w:rPr>
            </w:pPr>
            <w:r w:rsidRPr="000B60F7">
              <w:rPr>
                <w:rFonts w:cs="Times New Roman"/>
                <w:sz w:val="18"/>
              </w:rPr>
              <w:t>0.0811</w:t>
            </w:r>
          </w:p>
        </w:tc>
        <w:tc>
          <w:tcPr>
            <w:tcW w:w="936" w:type="dxa"/>
            <w:shd w:val="clear" w:color="auto" w:fill="FFFFFF"/>
            <w:tcMar>
              <w:top w:w="65" w:type="dxa"/>
              <w:left w:w="75" w:type="dxa"/>
              <w:bottom w:w="65" w:type="dxa"/>
              <w:right w:w="75" w:type="dxa"/>
            </w:tcMar>
            <w:vAlign w:val="center"/>
          </w:tcPr>
          <w:p w14:paraId="0776B740" w14:textId="77777777" w:rsidR="00A83192" w:rsidRPr="000B60F7" w:rsidRDefault="00000000">
            <w:pPr>
              <w:spacing w:after="0" w:line="240" w:lineRule="auto"/>
              <w:jc w:val="center"/>
              <w:rPr>
                <w:rFonts w:cs="Times New Roman"/>
              </w:rPr>
            </w:pPr>
            <w:r w:rsidRPr="000B60F7">
              <w:rPr>
                <w:rFonts w:cs="Times New Roman"/>
                <w:sz w:val="18"/>
              </w:rPr>
              <w:t>0.1081</w:t>
            </w:r>
          </w:p>
        </w:tc>
      </w:tr>
      <w:tr w:rsidR="00A83192" w:rsidRPr="000B60F7" w14:paraId="35E605A7" w14:textId="77777777">
        <w:trPr>
          <w:cantSplit/>
          <w:jc w:val="center"/>
        </w:trPr>
        <w:tc>
          <w:tcPr>
            <w:tcW w:w="2520" w:type="dxa"/>
            <w:shd w:val="clear" w:color="auto" w:fill="F6F8FA"/>
            <w:tcMar>
              <w:top w:w="65" w:type="dxa"/>
              <w:left w:w="75" w:type="dxa"/>
              <w:bottom w:w="65" w:type="dxa"/>
              <w:right w:w="75" w:type="dxa"/>
            </w:tcMar>
            <w:vAlign w:val="center"/>
          </w:tcPr>
          <w:p w14:paraId="493E1CE2" w14:textId="77777777" w:rsidR="00A83192" w:rsidRPr="000B60F7" w:rsidRDefault="00000000">
            <w:pPr>
              <w:spacing w:after="0" w:line="240" w:lineRule="auto"/>
              <w:rPr>
                <w:rFonts w:cs="Times New Roman"/>
              </w:rPr>
            </w:pPr>
            <w:r w:rsidRPr="000B60F7">
              <w:rPr>
                <w:rFonts w:cs="Times New Roman"/>
                <w:sz w:val="18"/>
              </w:rPr>
              <w:t>Gamma, θ = 1</w:t>
            </w:r>
          </w:p>
        </w:tc>
        <w:tc>
          <w:tcPr>
            <w:tcW w:w="1512" w:type="dxa"/>
            <w:shd w:val="clear" w:color="auto" w:fill="F6F8FA"/>
            <w:tcMar>
              <w:top w:w="65" w:type="dxa"/>
              <w:left w:w="75" w:type="dxa"/>
              <w:bottom w:w="65" w:type="dxa"/>
              <w:right w:w="75" w:type="dxa"/>
            </w:tcMar>
            <w:vAlign w:val="center"/>
          </w:tcPr>
          <w:p w14:paraId="6EE6E86F"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6F8FA"/>
            <w:tcMar>
              <w:top w:w="65" w:type="dxa"/>
              <w:left w:w="75" w:type="dxa"/>
              <w:bottom w:w="65" w:type="dxa"/>
              <w:right w:w="75" w:type="dxa"/>
            </w:tcMar>
            <w:vAlign w:val="center"/>
          </w:tcPr>
          <w:p w14:paraId="2B6FDE77" w14:textId="77777777" w:rsidR="00A83192" w:rsidRPr="000B60F7" w:rsidRDefault="00000000">
            <w:pPr>
              <w:spacing w:after="0" w:line="240" w:lineRule="auto"/>
              <w:jc w:val="center"/>
              <w:rPr>
                <w:rFonts w:cs="Times New Roman"/>
              </w:rPr>
            </w:pPr>
            <w:r w:rsidRPr="000B60F7">
              <w:rPr>
                <w:rFonts w:cs="Times New Roman"/>
                <w:sz w:val="18"/>
              </w:rPr>
              <w:t>13–24</w:t>
            </w:r>
          </w:p>
        </w:tc>
        <w:tc>
          <w:tcPr>
            <w:tcW w:w="2664" w:type="dxa"/>
            <w:shd w:val="clear" w:color="auto" w:fill="F6F8FA"/>
            <w:tcMar>
              <w:top w:w="65" w:type="dxa"/>
              <w:left w:w="75" w:type="dxa"/>
              <w:bottom w:w="65" w:type="dxa"/>
              <w:right w:w="75" w:type="dxa"/>
            </w:tcMar>
            <w:vAlign w:val="center"/>
          </w:tcPr>
          <w:p w14:paraId="7DB643AF" w14:textId="77777777" w:rsidR="00A83192" w:rsidRPr="000B60F7" w:rsidRDefault="00000000">
            <w:pPr>
              <w:spacing w:after="0" w:line="240" w:lineRule="auto"/>
              <w:jc w:val="center"/>
              <w:rPr>
                <w:rFonts w:cs="Times New Roman"/>
              </w:rPr>
            </w:pPr>
            <w:r w:rsidRPr="000B60F7">
              <w:rPr>
                <w:rFonts w:cs="Times New Roman"/>
                <w:sz w:val="18"/>
              </w:rPr>
              <w:t>0.959 [0.721, 1.277]</w:t>
            </w:r>
          </w:p>
        </w:tc>
        <w:tc>
          <w:tcPr>
            <w:tcW w:w="864" w:type="dxa"/>
            <w:shd w:val="clear" w:color="auto" w:fill="F6F8FA"/>
            <w:tcMar>
              <w:top w:w="65" w:type="dxa"/>
              <w:left w:w="75" w:type="dxa"/>
              <w:bottom w:w="65" w:type="dxa"/>
              <w:right w:w="75" w:type="dxa"/>
            </w:tcMar>
            <w:vAlign w:val="center"/>
          </w:tcPr>
          <w:p w14:paraId="544F8337" w14:textId="77777777" w:rsidR="00A83192" w:rsidRPr="000B60F7" w:rsidRDefault="00000000">
            <w:pPr>
              <w:spacing w:after="0" w:line="240" w:lineRule="auto"/>
              <w:jc w:val="center"/>
              <w:rPr>
                <w:rFonts w:cs="Times New Roman"/>
              </w:rPr>
            </w:pPr>
            <w:r w:rsidRPr="000B60F7">
              <w:rPr>
                <w:rFonts w:cs="Times New Roman"/>
                <w:sz w:val="18"/>
              </w:rPr>
              <w:t>0.7765</w:t>
            </w:r>
          </w:p>
        </w:tc>
        <w:tc>
          <w:tcPr>
            <w:tcW w:w="936" w:type="dxa"/>
            <w:shd w:val="clear" w:color="auto" w:fill="F6F8FA"/>
            <w:tcMar>
              <w:top w:w="65" w:type="dxa"/>
              <w:left w:w="75" w:type="dxa"/>
              <w:bottom w:w="65" w:type="dxa"/>
              <w:right w:w="75" w:type="dxa"/>
            </w:tcMar>
            <w:vAlign w:val="center"/>
          </w:tcPr>
          <w:p w14:paraId="0969AB87" w14:textId="77777777" w:rsidR="00A83192" w:rsidRPr="000B60F7" w:rsidRDefault="00000000">
            <w:pPr>
              <w:spacing w:after="0" w:line="240" w:lineRule="auto"/>
              <w:jc w:val="center"/>
              <w:rPr>
                <w:rFonts w:cs="Times New Roman"/>
              </w:rPr>
            </w:pPr>
            <w:r w:rsidRPr="000B60F7">
              <w:rPr>
                <w:rFonts w:cs="Times New Roman"/>
                <w:sz w:val="18"/>
              </w:rPr>
              <w:t>0.7765</w:t>
            </w:r>
          </w:p>
        </w:tc>
      </w:tr>
      <w:tr w:rsidR="00A83192" w:rsidRPr="000B60F7" w14:paraId="0D59B7AC" w14:textId="77777777">
        <w:trPr>
          <w:cantSplit/>
          <w:jc w:val="center"/>
        </w:trPr>
        <w:tc>
          <w:tcPr>
            <w:tcW w:w="2520" w:type="dxa"/>
            <w:shd w:val="clear" w:color="auto" w:fill="FFFFFF"/>
            <w:tcMar>
              <w:top w:w="65" w:type="dxa"/>
              <w:left w:w="75" w:type="dxa"/>
              <w:bottom w:w="65" w:type="dxa"/>
              <w:right w:w="75" w:type="dxa"/>
            </w:tcMar>
            <w:vAlign w:val="center"/>
          </w:tcPr>
          <w:p w14:paraId="5473A691" w14:textId="77777777" w:rsidR="00A83192" w:rsidRPr="000B60F7" w:rsidRDefault="00000000">
            <w:pPr>
              <w:spacing w:after="0" w:line="240" w:lineRule="auto"/>
              <w:rPr>
                <w:rFonts w:cs="Times New Roman"/>
              </w:rPr>
            </w:pPr>
            <w:r w:rsidRPr="000B60F7">
              <w:rPr>
                <w:rFonts w:cs="Times New Roman"/>
                <w:sz w:val="18"/>
              </w:rPr>
              <w:t>Gamma, θ = 1</w:t>
            </w:r>
          </w:p>
        </w:tc>
        <w:tc>
          <w:tcPr>
            <w:tcW w:w="1512" w:type="dxa"/>
            <w:shd w:val="clear" w:color="auto" w:fill="FFFFFF"/>
            <w:tcMar>
              <w:top w:w="65" w:type="dxa"/>
              <w:left w:w="75" w:type="dxa"/>
              <w:bottom w:w="65" w:type="dxa"/>
              <w:right w:w="75" w:type="dxa"/>
            </w:tcMar>
            <w:vAlign w:val="center"/>
          </w:tcPr>
          <w:p w14:paraId="73C9ECC7"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FFFFF"/>
            <w:tcMar>
              <w:top w:w="65" w:type="dxa"/>
              <w:left w:w="75" w:type="dxa"/>
              <w:bottom w:w="65" w:type="dxa"/>
              <w:right w:w="75" w:type="dxa"/>
            </w:tcMar>
            <w:vAlign w:val="center"/>
          </w:tcPr>
          <w:p w14:paraId="248D81E9" w14:textId="77777777" w:rsidR="00A83192" w:rsidRPr="000B60F7" w:rsidRDefault="00000000">
            <w:pPr>
              <w:spacing w:after="0" w:line="240" w:lineRule="auto"/>
              <w:jc w:val="center"/>
              <w:rPr>
                <w:rFonts w:cs="Times New Roman"/>
              </w:rPr>
            </w:pPr>
            <w:r w:rsidRPr="000B60F7">
              <w:rPr>
                <w:rFonts w:cs="Times New Roman"/>
                <w:sz w:val="18"/>
              </w:rPr>
              <w:t>25–36</w:t>
            </w:r>
          </w:p>
        </w:tc>
        <w:tc>
          <w:tcPr>
            <w:tcW w:w="2664" w:type="dxa"/>
            <w:shd w:val="clear" w:color="auto" w:fill="FFFFFF"/>
            <w:tcMar>
              <w:top w:w="65" w:type="dxa"/>
              <w:left w:w="75" w:type="dxa"/>
              <w:bottom w:w="65" w:type="dxa"/>
              <w:right w:w="75" w:type="dxa"/>
            </w:tcMar>
            <w:vAlign w:val="center"/>
          </w:tcPr>
          <w:p w14:paraId="63BD859C" w14:textId="77777777" w:rsidR="00A83192" w:rsidRPr="000B60F7" w:rsidRDefault="00000000">
            <w:pPr>
              <w:spacing w:after="0" w:line="240" w:lineRule="auto"/>
              <w:jc w:val="center"/>
              <w:rPr>
                <w:rFonts w:cs="Times New Roman"/>
              </w:rPr>
            </w:pPr>
            <w:r w:rsidRPr="000B60F7">
              <w:rPr>
                <w:rFonts w:cs="Times New Roman"/>
                <w:sz w:val="18"/>
              </w:rPr>
              <w:t>1.694 [1.214, 2.362]</w:t>
            </w:r>
          </w:p>
        </w:tc>
        <w:tc>
          <w:tcPr>
            <w:tcW w:w="864" w:type="dxa"/>
            <w:shd w:val="clear" w:color="auto" w:fill="FFFFFF"/>
            <w:tcMar>
              <w:top w:w="65" w:type="dxa"/>
              <w:left w:w="75" w:type="dxa"/>
              <w:bottom w:w="65" w:type="dxa"/>
              <w:right w:w="75" w:type="dxa"/>
            </w:tcMar>
            <w:vAlign w:val="center"/>
          </w:tcPr>
          <w:p w14:paraId="78BB93D3" w14:textId="77777777" w:rsidR="00A83192" w:rsidRPr="000B60F7" w:rsidRDefault="00000000">
            <w:pPr>
              <w:spacing w:after="0" w:line="240" w:lineRule="auto"/>
              <w:jc w:val="center"/>
              <w:rPr>
                <w:rFonts w:cs="Times New Roman"/>
              </w:rPr>
            </w:pPr>
            <w:r w:rsidRPr="000B60F7">
              <w:rPr>
                <w:rFonts w:cs="Times New Roman"/>
                <w:sz w:val="18"/>
              </w:rPr>
              <w:t>0.0020</w:t>
            </w:r>
          </w:p>
        </w:tc>
        <w:tc>
          <w:tcPr>
            <w:tcW w:w="936" w:type="dxa"/>
            <w:shd w:val="clear" w:color="auto" w:fill="FFFFFF"/>
            <w:tcMar>
              <w:top w:w="65" w:type="dxa"/>
              <w:left w:w="75" w:type="dxa"/>
              <w:bottom w:w="65" w:type="dxa"/>
              <w:right w:w="75" w:type="dxa"/>
            </w:tcMar>
            <w:vAlign w:val="center"/>
          </w:tcPr>
          <w:p w14:paraId="4F2303E8" w14:textId="77777777" w:rsidR="00A83192" w:rsidRPr="000B60F7" w:rsidRDefault="00000000">
            <w:pPr>
              <w:spacing w:after="0" w:line="240" w:lineRule="auto"/>
              <w:jc w:val="center"/>
              <w:rPr>
                <w:rFonts w:cs="Times New Roman"/>
              </w:rPr>
            </w:pPr>
            <w:r w:rsidRPr="000B60F7">
              <w:rPr>
                <w:rFonts w:cs="Times New Roman"/>
                <w:sz w:val="18"/>
              </w:rPr>
              <w:t>0.0039</w:t>
            </w:r>
          </w:p>
        </w:tc>
      </w:tr>
      <w:tr w:rsidR="00A83192" w:rsidRPr="000B60F7" w14:paraId="265E31BE" w14:textId="77777777">
        <w:trPr>
          <w:cantSplit/>
          <w:jc w:val="center"/>
        </w:trPr>
        <w:tc>
          <w:tcPr>
            <w:tcW w:w="2520" w:type="dxa"/>
            <w:shd w:val="clear" w:color="auto" w:fill="F6F8FA"/>
            <w:tcMar>
              <w:top w:w="65" w:type="dxa"/>
              <w:left w:w="75" w:type="dxa"/>
              <w:bottom w:w="65" w:type="dxa"/>
              <w:right w:w="75" w:type="dxa"/>
            </w:tcMar>
            <w:vAlign w:val="center"/>
          </w:tcPr>
          <w:p w14:paraId="45E7F389" w14:textId="77777777" w:rsidR="00A83192" w:rsidRPr="000B60F7" w:rsidRDefault="00000000">
            <w:pPr>
              <w:spacing w:after="0" w:line="240" w:lineRule="auto"/>
              <w:rPr>
                <w:rFonts w:cs="Times New Roman"/>
              </w:rPr>
            </w:pPr>
            <w:r w:rsidRPr="000B60F7">
              <w:rPr>
                <w:rFonts w:cs="Times New Roman"/>
                <w:sz w:val="18"/>
              </w:rPr>
              <w:t>Gamma, θ = 1</w:t>
            </w:r>
          </w:p>
        </w:tc>
        <w:tc>
          <w:tcPr>
            <w:tcW w:w="1512" w:type="dxa"/>
            <w:shd w:val="clear" w:color="auto" w:fill="F6F8FA"/>
            <w:tcMar>
              <w:top w:w="65" w:type="dxa"/>
              <w:left w:w="75" w:type="dxa"/>
              <w:bottom w:w="65" w:type="dxa"/>
              <w:right w:w="75" w:type="dxa"/>
            </w:tcMar>
            <w:vAlign w:val="center"/>
          </w:tcPr>
          <w:p w14:paraId="6E76B57E"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6F8FA"/>
            <w:tcMar>
              <w:top w:w="65" w:type="dxa"/>
              <w:left w:w="75" w:type="dxa"/>
              <w:bottom w:w="65" w:type="dxa"/>
              <w:right w:w="75" w:type="dxa"/>
            </w:tcMar>
            <w:vAlign w:val="center"/>
          </w:tcPr>
          <w:p w14:paraId="5B1DA419" w14:textId="77777777" w:rsidR="00A83192" w:rsidRPr="000B60F7" w:rsidRDefault="00000000">
            <w:pPr>
              <w:spacing w:after="0" w:line="240" w:lineRule="auto"/>
              <w:jc w:val="center"/>
              <w:rPr>
                <w:rFonts w:cs="Times New Roman"/>
              </w:rPr>
            </w:pPr>
            <w:r w:rsidRPr="000B60F7">
              <w:rPr>
                <w:rFonts w:cs="Times New Roman"/>
                <w:sz w:val="18"/>
              </w:rPr>
              <w:t>37–60</w:t>
            </w:r>
          </w:p>
        </w:tc>
        <w:tc>
          <w:tcPr>
            <w:tcW w:w="2664" w:type="dxa"/>
            <w:shd w:val="clear" w:color="auto" w:fill="F6F8FA"/>
            <w:tcMar>
              <w:top w:w="65" w:type="dxa"/>
              <w:left w:w="75" w:type="dxa"/>
              <w:bottom w:w="65" w:type="dxa"/>
              <w:right w:w="75" w:type="dxa"/>
            </w:tcMar>
            <w:vAlign w:val="center"/>
          </w:tcPr>
          <w:p w14:paraId="1B2D40B4" w14:textId="77777777" w:rsidR="00A83192" w:rsidRPr="000B60F7" w:rsidRDefault="00000000">
            <w:pPr>
              <w:spacing w:after="0" w:line="240" w:lineRule="auto"/>
              <w:jc w:val="center"/>
              <w:rPr>
                <w:rFonts w:cs="Times New Roman"/>
              </w:rPr>
            </w:pPr>
            <w:r w:rsidRPr="000B60F7">
              <w:rPr>
                <w:rFonts w:cs="Times New Roman"/>
                <w:sz w:val="18"/>
              </w:rPr>
              <w:t>2.484 [1.468, 4.202]</w:t>
            </w:r>
          </w:p>
        </w:tc>
        <w:tc>
          <w:tcPr>
            <w:tcW w:w="864" w:type="dxa"/>
            <w:shd w:val="clear" w:color="auto" w:fill="F6F8FA"/>
            <w:tcMar>
              <w:top w:w="65" w:type="dxa"/>
              <w:left w:w="75" w:type="dxa"/>
              <w:bottom w:w="65" w:type="dxa"/>
              <w:right w:w="75" w:type="dxa"/>
            </w:tcMar>
            <w:vAlign w:val="center"/>
          </w:tcPr>
          <w:p w14:paraId="32180944" w14:textId="77777777" w:rsidR="00A83192" w:rsidRPr="000B60F7" w:rsidRDefault="00000000">
            <w:pPr>
              <w:spacing w:after="0" w:line="240" w:lineRule="auto"/>
              <w:jc w:val="center"/>
              <w:rPr>
                <w:rFonts w:cs="Times New Roman"/>
              </w:rPr>
            </w:pPr>
            <w:r w:rsidRPr="000B60F7">
              <w:rPr>
                <w:rFonts w:cs="Times New Roman"/>
                <w:sz w:val="18"/>
              </w:rPr>
              <w:t>0.0007</w:t>
            </w:r>
          </w:p>
        </w:tc>
        <w:tc>
          <w:tcPr>
            <w:tcW w:w="936" w:type="dxa"/>
            <w:shd w:val="clear" w:color="auto" w:fill="F6F8FA"/>
            <w:tcMar>
              <w:top w:w="65" w:type="dxa"/>
              <w:left w:w="75" w:type="dxa"/>
              <w:bottom w:w="65" w:type="dxa"/>
              <w:right w:w="75" w:type="dxa"/>
            </w:tcMar>
            <w:vAlign w:val="center"/>
          </w:tcPr>
          <w:p w14:paraId="5F28414E" w14:textId="77777777" w:rsidR="00A83192" w:rsidRPr="000B60F7" w:rsidRDefault="00000000">
            <w:pPr>
              <w:spacing w:after="0" w:line="240" w:lineRule="auto"/>
              <w:jc w:val="center"/>
              <w:rPr>
                <w:rFonts w:cs="Times New Roman"/>
              </w:rPr>
            </w:pPr>
            <w:r w:rsidRPr="000B60F7">
              <w:rPr>
                <w:rFonts w:cs="Times New Roman"/>
                <w:sz w:val="18"/>
              </w:rPr>
              <w:t>0.0029</w:t>
            </w:r>
          </w:p>
        </w:tc>
      </w:tr>
      <w:tr w:rsidR="00A83192" w:rsidRPr="000B60F7" w14:paraId="30E28568" w14:textId="77777777">
        <w:trPr>
          <w:cantSplit/>
          <w:jc w:val="center"/>
        </w:trPr>
        <w:tc>
          <w:tcPr>
            <w:tcW w:w="2520" w:type="dxa"/>
            <w:shd w:val="clear" w:color="auto" w:fill="FFFFFF"/>
            <w:tcMar>
              <w:top w:w="65" w:type="dxa"/>
              <w:left w:w="75" w:type="dxa"/>
              <w:bottom w:w="65" w:type="dxa"/>
              <w:right w:w="75" w:type="dxa"/>
            </w:tcMar>
            <w:vAlign w:val="center"/>
          </w:tcPr>
          <w:p w14:paraId="06A708CA" w14:textId="77777777" w:rsidR="00A83192" w:rsidRPr="000B60F7" w:rsidRDefault="00000000">
            <w:pPr>
              <w:spacing w:after="0" w:line="240" w:lineRule="auto"/>
              <w:rPr>
                <w:rFonts w:cs="Times New Roman"/>
              </w:rPr>
            </w:pPr>
            <w:r w:rsidRPr="000B60F7">
              <w:rPr>
                <w:rFonts w:cs="Times New Roman"/>
                <w:sz w:val="18"/>
              </w:rPr>
              <w:t>Gamma, θ = 1</w:t>
            </w:r>
          </w:p>
        </w:tc>
        <w:tc>
          <w:tcPr>
            <w:tcW w:w="1512" w:type="dxa"/>
            <w:shd w:val="clear" w:color="auto" w:fill="FFFFFF"/>
            <w:tcMar>
              <w:top w:w="65" w:type="dxa"/>
              <w:left w:w="75" w:type="dxa"/>
              <w:bottom w:w="65" w:type="dxa"/>
              <w:right w:w="75" w:type="dxa"/>
            </w:tcMar>
            <w:vAlign w:val="center"/>
          </w:tcPr>
          <w:p w14:paraId="5108DACA"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FFFFF"/>
            <w:tcMar>
              <w:top w:w="65" w:type="dxa"/>
              <w:left w:w="75" w:type="dxa"/>
              <w:bottom w:w="65" w:type="dxa"/>
              <w:right w:w="75" w:type="dxa"/>
            </w:tcMar>
            <w:vAlign w:val="center"/>
          </w:tcPr>
          <w:p w14:paraId="5BBE5411" w14:textId="77777777" w:rsidR="00A83192" w:rsidRPr="000B60F7" w:rsidRDefault="00000000">
            <w:pPr>
              <w:spacing w:after="0" w:line="240" w:lineRule="auto"/>
              <w:jc w:val="center"/>
              <w:rPr>
                <w:rFonts w:cs="Times New Roman"/>
              </w:rPr>
            </w:pPr>
            <w:r w:rsidRPr="000B60F7">
              <w:rPr>
                <w:rFonts w:cs="Times New Roman"/>
                <w:sz w:val="18"/>
              </w:rPr>
              <w:t>1–12</w:t>
            </w:r>
          </w:p>
        </w:tc>
        <w:tc>
          <w:tcPr>
            <w:tcW w:w="2664" w:type="dxa"/>
            <w:shd w:val="clear" w:color="auto" w:fill="FFFFFF"/>
            <w:tcMar>
              <w:top w:w="65" w:type="dxa"/>
              <w:left w:w="75" w:type="dxa"/>
              <w:bottom w:w="65" w:type="dxa"/>
              <w:right w:w="75" w:type="dxa"/>
            </w:tcMar>
            <w:vAlign w:val="center"/>
          </w:tcPr>
          <w:p w14:paraId="2FAC0477" w14:textId="77777777" w:rsidR="00A83192" w:rsidRPr="000B60F7" w:rsidRDefault="00000000">
            <w:pPr>
              <w:spacing w:after="0" w:line="240" w:lineRule="auto"/>
              <w:jc w:val="center"/>
              <w:rPr>
                <w:rFonts w:cs="Times New Roman"/>
              </w:rPr>
            </w:pPr>
            <w:r w:rsidRPr="000B60F7">
              <w:rPr>
                <w:rFonts w:cs="Times New Roman"/>
                <w:sz w:val="18"/>
              </w:rPr>
              <w:t>1.418 [1.022, 1.968]</w:t>
            </w:r>
          </w:p>
        </w:tc>
        <w:tc>
          <w:tcPr>
            <w:tcW w:w="864" w:type="dxa"/>
            <w:shd w:val="clear" w:color="auto" w:fill="FFFFFF"/>
            <w:tcMar>
              <w:top w:w="65" w:type="dxa"/>
              <w:left w:w="75" w:type="dxa"/>
              <w:bottom w:w="65" w:type="dxa"/>
              <w:right w:w="75" w:type="dxa"/>
            </w:tcMar>
            <w:vAlign w:val="center"/>
          </w:tcPr>
          <w:p w14:paraId="75341F78" w14:textId="77777777" w:rsidR="00A83192" w:rsidRPr="000B60F7" w:rsidRDefault="00000000">
            <w:pPr>
              <w:spacing w:after="0" w:line="240" w:lineRule="auto"/>
              <w:jc w:val="center"/>
              <w:rPr>
                <w:rFonts w:cs="Times New Roman"/>
              </w:rPr>
            </w:pPr>
            <w:r w:rsidRPr="000B60F7">
              <w:rPr>
                <w:rFonts w:cs="Times New Roman"/>
                <w:sz w:val="18"/>
              </w:rPr>
              <w:t>0.0369</w:t>
            </w:r>
          </w:p>
        </w:tc>
        <w:tc>
          <w:tcPr>
            <w:tcW w:w="936" w:type="dxa"/>
            <w:shd w:val="clear" w:color="auto" w:fill="FFFFFF"/>
            <w:tcMar>
              <w:top w:w="65" w:type="dxa"/>
              <w:left w:w="75" w:type="dxa"/>
              <w:bottom w:w="65" w:type="dxa"/>
              <w:right w:w="75" w:type="dxa"/>
            </w:tcMar>
            <w:vAlign w:val="center"/>
          </w:tcPr>
          <w:p w14:paraId="6BA8416B" w14:textId="77777777" w:rsidR="00A83192" w:rsidRPr="000B60F7" w:rsidRDefault="00000000">
            <w:pPr>
              <w:spacing w:after="0" w:line="240" w:lineRule="auto"/>
              <w:jc w:val="center"/>
              <w:rPr>
                <w:rFonts w:cs="Times New Roman"/>
              </w:rPr>
            </w:pPr>
            <w:r w:rsidRPr="000B60F7">
              <w:rPr>
                <w:rFonts w:cs="Times New Roman"/>
                <w:sz w:val="18"/>
              </w:rPr>
              <w:t>0.1476</w:t>
            </w:r>
          </w:p>
        </w:tc>
      </w:tr>
      <w:tr w:rsidR="00A83192" w:rsidRPr="000B60F7" w14:paraId="70786A2A" w14:textId="77777777">
        <w:trPr>
          <w:cantSplit/>
          <w:jc w:val="center"/>
        </w:trPr>
        <w:tc>
          <w:tcPr>
            <w:tcW w:w="2520" w:type="dxa"/>
            <w:shd w:val="clear" w:color="auto" w:fill="F6F8FA"/>
            <w:tcMar>
              <w:top w:w="65" w:type="dxa"/>
              <w:left w:w="75" w:type="dxa"/>
              <w:bottom w:w="65" w:type="dxa"/>
              <w:right w:w="75" w:type="dxa"/>
            </w:tcMar>
            <w:vAlign w:val="center"/>
          </w:tcPr>
          <w:p w14:paraId="7D24B108" w14:textId="77777777" w:rsidR="00A83192" w:rsidRPr="000B60F7" w:rsidRDefault="00000000">
            <w:pPr>
              <w:spacing w:after="0" w:line="240" w:lineRule="auto"/>
              <w:rPr>
                <w:rFonts w:cs="Times New Roman"/>
              </w:rPr>
            </w:pPr>
            <w:r w:rsidRPr="000B60F7">
              <w:rPr>
                <w:rFonts w:cs="Times New Roman"/>
                <w:sz w:val="18"/>
              </w:rPr>
              <w:t>Gamma, θ = 1</w:t>
            </w:r>
          </w:p>
        </w:tc>
        <w:tc>
          <w:tcPr>
            <w:tcW w:w="1512" w:type="dxa"/>
            <w:shd w:val="clear" w:color="auto" w:fill="F6F8FA"/>
            <w:tcMar>
              <w:top w:w="65" w:type="dxa"/>
              <w:left w:w="75" w:type="dxa"/>
              <w:bottom w:w="65" w:type="dxa"/>
              <w:right w:w="75" w:type="dxa"/>
            </w:tcMar>
            <w:vAlign w:val="center"/>
          </w:tcPr>
          <w:p w14:paraId="03A88056"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6F8FA"/>
            <w:tcMar>
              <w:top w:w="65" w:type="dxa"/>
              <w:left w:w="75" w:type="dxa"/>
              <w:bottom w:w="65" w:type="dxa"/>
              <w:right w:w="75" w:type="dxa"/>
            </w:tcMar>
            <w:vAlign w:val="center"/>
          </w:tcPr>
          <w:p w14:paraId="7250239A" w14:textId="77777777" w:rsidR="00A83192" w:rsidRPr="000B60F7" w:rsidRDefault="00000000">
            <w:pPr>
              <w:spacing w:after="0" w:line="240" w:lineRule="auto"/>
              <w:jc w:val="center"/>
              <w:rPr>
                <w:rFonts w:cs="Times New Roman"/>
              </w:rPr>
            </w:pPr>
            <w:r w:rsidRPr="000B60F7">
              <w:rPr>
                <w:rFonts w:cs="Times New Roman"/>
                <w:sz w:val="18"/>
              </w:rPr>
              <w:t>13–24</w:t>
            </w:r>
          </w:p>
        </w:tc>
        <w:tc>
          <w:tcPr>
            <w:tcW w:w="2664" w:type="dxa"/>
            <w:shd w:val="clear" w:color="auto" w:fill="F6F8FA"/>
            <w:tcMar>
              <w:top w:w="65" w:type="dxa"/>
              <w:left w:w="75" w:type="dxa"/>
              <w:bottom w:w="65" w:type="dxa"/>
              <w:right w:w="75" w:type="dxa"/>
            </w:tcMar>
            <w:vAlign w:val="center"/>
          </w:tcPr>
          <w:p w14:paraId="0772CC46" w14:textId="77777777" w:rsidR="00A83192" w:rsidRPr="000B60F7" w:rsidRDefault="00000000">
            <w:pPr>
              <w:spacing w:after="0" w:line="240" w:lineRule="auto"/>
              <w:jc w:val="center"/>
              <w:rPr>
                <w:rFonts w:cs="Times New Roman"/>
              </w:rPr>
            </w:pPr>
            <w:r w:rsidRPr="000B60F7">
              <w:rPr>
                <w:rFonts w:cs="Times New Roman"/>
                <w:sz w:val="18"/>
              </w:rPr>
              <w:t>1.325 [0.954, 1.840]</w:t>
            </w:r>
          </w:p>
        </w:tc>
        <w:tc>
          <w:tcPr>
            <w:tcW w:w="864" w:type="dxa"/>
            <w:shd w:val="clear" w:color="auto" w:fill="F6F8FA"/>
            <w:tcMar>
              <w:top w:w="65" w:type="dxa"/>
              <w:left w:w="75" w:type="dxa"/>
              <w:bottom w:w="65" w:type="dxa"/>
              <w:right w:w="75" w:type="dxa"/>
            </w:tcMar>
            <w:vAlign w:val="center"/>
          </w:tcPr>
          <w:p w14:paraId="5A1360AF" w14:textId="77777777" w:rsidR="00A83192" w:rsidRPr="000B60F7" w:rsidRDefault="00000000">
            <w:pPr>
              <w:spacing w:after="0" w:line="240" w:lineRule="auto"/>
              <w:jc w:val="center"/>
              <w:rPr>
                <w:rFonts w:cs="Times New Roman"/>
              </w:rPr>
            </w:pPr>
            <w:r w:rsidRPr="000B60F7">
              <w:rPr>
                <w:rFonts w:cs="Times New Roman"/>
                <w:sz w:val="18"/>
              </w:rPr>
              <w:t>0.0932</w:t>
            </w:r>
          </w:p>
        </w:tc>
        <w:tc>
          <w:tcPr>
            <w:tcW w:w="936" w:type="dxa"/>
            <w:shd w:val="clear" w:color="auto" w:fill="F6F8FA"/>
            <w:tcMar>
              <w:top w:w="65" w:type="dxa"/>
              <w:left w:w="75" w:type="dxa"/>
              <w:bottom w:w="65" w:type="dxa"/>
              <w:right w:w="75" w:type="dxa"/>
            </w:tcMar>
            <w:vAlign w:val="center"/>
          </w:tcPr>
          <w:p w14:paraId="34710FD0" w14:textId="77777777" w:rsidR="00A83192" w:rsidRPr="000B60F7" w:rsidRDefault="00000000">
            <w:pPr>
              <w:spacing w:after="0" w:line="240" w:lineRule="auto"/>
              <w:jc w:val="center"/>
              <w:rPr>
                <w:rFonts w:cs="Times New Roman"/>
              </w:rPr>
            </w:pPr>
            <w:r w:rsidRPr="000B60F7">
              <w:rPr>
                <w:rFonts w:cs="Times New Roman"/>
                <w:sz w:val="18"/>
              </w:rPr>
              <w:t>0.1864</w:t>
            </w:r>
          </w:p>
        </w:tc>
      </w:tr>
      <w:tr w:rsidR="00A83192" w:rsidRPr="000B60F7" w14:paraId="3DD77F77" w14:textId="77777777">
        <w:trPr>
          <w:cantSplit/>
          <w:jc w:val="center"/>
        </w:trPr>
        <w:tc>
          <w:tcPr>
            <w:tcW w:w="2520" w:type="dxa"/>
            <w:shd w:val="clear" w:color="auto" w:fill="FFFFFF"/>
            <w:tcMar>
              <w:top w:w="65" w:type="dxa"/>
              <w:left w:w="75" w:type="dxa"/>
              <w:bottom w:w="65" w:type="dxa"/>
              <w:right w:w="75" w:type="dxa"/>
            </w:tcMar>
            <w:vAlign w:val="center"/>
          </w:tcPr>
          <w:p w14:paraId="568DB1A9" w14:textId="77777777" w:rsidR="00A83192" w:rsidRPr="000B60F7" w:rsidRDefault="00000000">
            <w:pPr>
              <w:spacing w:after="0" w:line="240" w:lineRule="auto"/>
              <w:rPr>
                <w:rFonts w:cs="Times New Roman"/>
              </w:rPr>
            </w:pPr>
            <w:r w:rsidRPr="000B60F7">
              <w:rPr>
                <w:rFonts w:cs="Times New Roman"/>
                <w:sz w:val="18"/>
              </w:rPr>
              <w:t>Gamma, θ = 1</w:t>
            </w:r>
          </w:p>
        </w:tc>
        <w:tc>
          <w:tcPr>
            <w:tcW w:w="1512" w:type="dxa"/>
            <w:shd w:val="clear" w:color="auto" w:fill="FFFFFF"/>
            <w:tcMar>
              <w:top w:w="65" w:type="dxa"/>
              <w:left w:w="75" w:type="dxa"/>
              <w:bottom w:w="65" w:type="dxa"/>
              <w:right w:w="75" w:type="dxa"/>
            </w:tcMar>
            <w:vAlign w:val="center"/>
          </w:tcPr>
          <w:p w14:paraId="14E58986"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FFFFF"/>
            <w:tcMar>
              <w:top w:w="65" w:type="dxa"/>
              <w:left w:w="75" w:type="dxa"/>
              <w:bottom w:w="65" w:type="dxa"/>
              <w:right w:w="75" w:type="dxa"/>
            </w:tcMar>
            <w:vAlign w:val="center"/>
          </w:tcPr>
          <w:p w14:paraId="44D98716" w14:textId="77777777" w:rsidR="00A83192" w:rsidRPr="000B60F7" w:rsidRDefault="00000000">
            <w:pPr>
              <w:spacing w:after="0" w:line="240" w:lineRule="auto"/>
              <w:jc w:val="center"/>
              <w:rPr>
                <w:rFonts w:cs="Times New Roman"/>
              </w:rPr>
            </w:pPr>
            <w:r w:rsidRPr="000B60F7">
              <w:rPr>
                <w:rFonts w:cs="Times New Roman"/>
                <w:sz w:val="18"/>
              </w:rPr>
              <w:t>25–36</w:t>
            </w:r>
          </w:p>
        </w:tc>
        <w:tc>
          <w:tcPr>
            <w:tcW w:w="2664" w:type="dxa"/>
            <w:shd w:val="clear" w:color="auto" w:fill="FFFFFF"/>
            <w:tcMar>
              <w:top w:w="65" w:type="dxa"/>
              <w:left w:w="75" w:type="dxa"/>
              <w:bottom w:w="65" w:type="dxa"/>
              <w:right w:w="75" w:type="dxa"/>
            </w:tcMar>
            <w:vAlign w:val="center"/>
          </w:tcPr>
          <w:p w14:paraId="682033AD" w14:textId="77777777" w:rsidR="00A83192" w:rsidRPr="000B60F7" w:rsidRDefault="00000000">
            <w:pPr>
              <w:spacing w:after="0" w:line="240" w:lineRule="auto"/>
              <w:jc w:val="center"/>
              <w:rPr>
                <w:rFonts w:cs="Times New Roman"/>
              </w:rPr>
            </w:pPr>
            <w:r w:rsidRPr="000B60F7">
              <w:rPr>
                <w:rFonts w:cs="Times New Roman"/>
                <w:sz w:val="18"/>
              </w:rPr>
              <w:t>0.932 [0.625, 1.389]</w:t>
            </w:r>
          </w:p>
        </w:tc>
        <w:tc>
          <w:tcPr>
            <w:tcW w:w="864" w:type="dxa"/>
            <w:shd w:val="clear" w:color="auto" w:fill="FFFFFF"/>
            <w:tcMar>
              <w:top w:w="65" w:type="dxa"/>
              <w:left w:w="75" w:type="dxa"/>
              <w:bottom w:w="65" w:type="dxa"/>
              <w:right w:w="75" w:type="dxa"/>
            </w:tcMar>
            <w:vAlign w:val="center"/>
          </w:tcPr>
          <w:p w14:paraId="366B6823" w14:textId="77777777" w:rsidR="00A83192" w:rsidRPr="000B60F7" w:rsidRDefault="00000000">
            <w:pPr>
              <w:spacing w:after="0" w:line="240" w:lineRule="auto"/>
              <w:jc w:val="center"/>
              <w:rPr>
                <w:rFonts w:cs="Times New Roman"/>
              </w:rPr>
            </w:pPr>
            <w:r w:rsidRPr="000B60F7">
              <w:rPr>
                <w:rFonts w:cs="Times New Roman"/>
                <w:sz w:val="18"/>
              </w:rPr>
              <w:t>0.7287</w:t>
            </w:r>
          </w:p>
        </w:tc>
        <w:tc>
          <w:tcPr>
            <w:tcW w:w="936" w:type="dxa"/>
            <w:shd w:val="clear" w:color="auto" w:fill="FFFFFF"/>
            <w:tcMar>
              <w:top w:w="65" w:type="dxa"/>
              <w:left w:w="75" w:type="dxa"/>
              <w:bottom w:w="65" w:type="dxa"/>
              <w:right w:w="75" w:type="dxa"/>
            </w:tcMar>
            <w:vAlign w:val="center"/>
          </w:tcPr>
          <w:p w14:paraId="5186DCF5" w14:textId="77777777" w:rsidR="00A83192" w:rsidRPr="000B60F7" w:rsidRDefault="00000000">
            <w:pPr>
              <w:spacing w:after="0" w:line="240" w:lineRule="auto"/>
              <w:jc w:val="center"/>
              <w:rPr>
                <w:rFonts w:cs="Times New Roman"/>
              </w:rPr>
            </w:pPr>
            <w:r w:rsidRPr="000B60F7">
              <w:rPr>
                <w:rFonts w:cs="Times New Roman"/>
                <w:sz w:val="18"/>
              </w:rPr>
              <w:t>0.7287</w:t>
            </w:r>
          </w:p>
        </w:tc>
      </w:tr>
      <w:tr w:rsidR="00A83192" w:rsidRPr="000B60F7" w14:paraId="369AC774" w14:textId="77777777">
        <w:trPr>
          <w:cantSplit/>
          <w:jc w:val="center"/>
        </w:trPr>
        <w:tc>
          <w:tcPr>
            <w:tcW w:w="2520" w:type="dxa"/>
            <w:shd w:val="clear" w:color="auto" w:fill="F6F8FA"/>
            <w:tcMar>
              <w:top w:w="65" w:type="dxa"/>
              <w:left w:w="75" w:type="dxa"/>
              <w:bottom w:w="65" w:type="dxa"/>
              <w:right w:w="75" w:type="dxa"/>
            </w:tcMar>
            <w:vAlign w:val="center"/>
          </w:tcPr>
          <w:p w14:paraId="0F41D79E" w14:textId="77777777" w:rsidR="00A83192" w:rsidRPr="000B60F7" w:rsidRDefault="00000000">
            <w:pPr>
              <w:spacing w:after="0" w:line="240" w:lineRule="auto"/>
              <w:rPr>
                <w:rFonts w:cs="Times New Roman"/>
              </w:rPr>
            </w:pPr>
            <w:r w:rsidRPr="000B60F7">
              <w:rPr>
                <w:rFonts w:cs="Times New Roman"/>
                <w:sz w:val="18"/>
              </w:rPr>
              <w:t>Gamma, θ = 1</w:t>
            </w:r>
          </w:p>
        </w:tc>
        <w:tc>
          <w:tcPr>
            <w:tcW w:w="1512" w:type="dxa"/>
            <w:shd w:val="clear" w:color="auto" w:fill="F6F8FA"/>
            <w:tcMar>
              <w:top w:w="65" w:type="dxa"/>
              <w:left w:w="75" w:type="dxa"/>
              <w:bottom w:w="65" w:type="dxa"/>
              <w:right w:w="75" w:type="dxa"/>
            </w:tcMar>
            <w:vAlign w:val="center"/>
          </w:tcPr>
          <w:p w14:paraId="6BF984A3"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6F8FA"/>
            <w:tcMar>
              <w:top w:w="65" w:type="dxa"/>
              <w:left w:w="75" w:type="dxa"/>
              <w:bottom w:w="65" w:type="dxa"/>
              <w:right w:w="75" w:type="dxa"/>
            </w:tcMar>
            <w:vAlign w:val="center"/>
          </w:tcPr>
          <w:p w14:paraId="5E6262EA" w14:textId="77777777" w:rsidR="00A83192" w:rsidRPr="000B60F7" w:rsidRDefault="00000000">
            <w:pPr>
              <w:spacing w:after="0" w:line="240" w:lineRule="auto"/>
              <w:jc w:val="center"/>
              <w:rPr>
                <w:rFonts w:cs="Times New Roman"/>
              </w:rPr>
            </w:pPr>
            <w:r w:rsidRPr="000B60F7">
              <w:rPr>
                <w:rFonts w:cs="Times New Roman"/>
                <w:sz w:val="18"/>
              </w:rPr>
              <w:t>37–60</w:t>
            </w:r>
          </w:p>
        </w:tc>
        <w:tc>
          <w:tcPr>
            <w:tcW w:w="2664" w:type="dxa"/>
            <w:shd w:val="clear" w:color="auto" w:fill="F6F8FA"/>
            <w:tcMar>
              <w:top w:w="65" w:type="dxa"/>
              <w:left w:w="75" w:type="dxa"/>
              <w:bottom w:w="65" w:type="dxa"/>
              <w:right w:w="75" w:type="dxa"/>
            </w:tcMar>
            <w:vAlign w:val="center"/>
          </w:tcPr>
          <w:p w14:paraId="7F799507" w14:textId="77777777" w:rsidR="00A83192" w:rsidRPr="000B60F7" w:rsidRDefault="00000000">
            <w:pPr>
              <w:spacing w:after="0" w:line="240" w:lineRule="auto"/>
              <w:jc w:val="center"/>
              <w:rPr>
                <w:rFonts w:cs="Times New Roman"/>
              </w:rPr>
            </w:pPr>
            <w:r w:rsidRPr="000B60F7">
              <w:rPr>
                <w:rFonts w:cs="Times New Roman"/>
                <w:sz w:val="18"/>
              </w:rPr>
              <w:t>0.740 [0.401, 1.364]</w:t>
            </w:r>
          </w:p>
        </w:tc>
        <w:tc>
          <w:tcPr>
            <w:tcW w:w="864" w:type="dxa"/>
            <w:shd w:val="clear" w:color="auto" w:fill="F6F8FA"/>
            <w:tcMar>
              <w:top w:w="65" w:type="dxa"/>
              <w:left w:w="75" w:type="dxa"/>
              <w:bottom w:w="65" w:type="dxa"/>
              <w:right w:w="75" w:type="dxa"/>
            </w:tcMar>
            <w:vAlign w:val="center"/>
          </w:tcPr>
          <w:p w14:paraId="76572E91" w14:textId="77777777" w:rsidR="00A83192" w:rsidRPr="000B60F7" w:rsidRDefault="00000000">
            <w:pPr>
              <w:spacing w:after="0" w:line="240" w:lineRule="auto"/>
              <w:jc w:val="center"/>
              <w:rPr>
                <w:rFonts w:cs="Times New Roman"/>
              </w:rPr>
            </w:pPr>
            <w:r w:rsidRPr="000B60F7">
              <w:rPr>
                <w:rFonts w:cs="Times New Roman"/>
                <w:sz w:val="18"/>
              </w:rPr>
              <w:t>0.3335</w:t>
            </w:r>
          </w:p>
        </w:tc>
        <w:tc>
          <w:tcPr>
            <w:tcW w:w="936" w:type="dxa"/>
            <w:shd w:val="clear" w:color="auto" w:fill="F6F8FA"/>
            <w:tcMar>
              <w:top w:w="65" w:type="dxa"/>
              <w:left w:w="75" w:type="dxa"/>
              <w:bottom w:w="65" w:type="dxa"/>
              <w:right w:w="75" w:type="dxa"/>
            </w:tcMar>
            <w:vAlign w:val="center"/>
          </w:tcPr>
          <w:p w14:paraId="09A268CA" w14:textId="77777777" w:rsidR="00A83192" w:rsidRPr="000B60F7" w:rsidRDefault="00000000">
            <w:pPr>
              <w:spacing w:after="0" w:line="240" w:lineRule="auto"/>
              <w:jc w:val="center"/>
              <w:rPr>
                <w:rFonts w:cs="Times New Roman"/>
              </w:rPr>
            </w:pPr>
            <w:r w:rsidRPr="000B60F7">
              <w:rPr>
                <w:rFonts w:cs="Times New Roman"/>
                <w:sz w:val="18"/>
              </w:rPr>
              <w:t>0.4447</w:t>
            </w:r>
          </w:p>
        </w:tc>
      </w:tr>
      <w:tr w:rsidR="00A83192" w:rsidRPr="000B60F7" w14:paraId="142A2C0F" w14:textId="77777777">
        <w:trPr>
          <w:cantSplit/>
          <w:jc w:val="center"/>
        </w:trPr>
        <w:tc>
          <w:tcPr>
            <w:tcW w:w="2520" w:type="dxa"/>
            <w:shd w:val="clear" w:color="auto" w:fill="FFFFFF"/>
            <w:tcMar>
              <w:top w:w="65" w:type="dxa"/>
              <w:left w:w="75" w:type="dxa"/>
              <w:bottom w:w="65" w:type="dxa"/>
              <w:right w:w="75" w:type="dxa"/>
            </w:tcMar>
            <w:vAlign w:val="center"/>
          </w:tcPr>
          <w:p w14:paraId="6AE27E36" w14:textId="77777777" w:rsidR="00A83192" w:rsidRPr="000B60F7" w:rsidRDefault="00000000">
            <w:pPr>
              <w:spacing w:after="0" w:line="240" w:lineRule="auto"/>
              <w:rPr>
                <w:rFonts w:cs="Times New Roman"/>
              </w:rPr>
            </w:pPr>
            <w:r w:rsidRPr="000B60F7">
              <w:rPr>
                <w:rFonts w:cs="Times New Roman"/>
                <w:sz w:val="18"/>
              </w:rPr>
              <w:t>Gamma, θ = 1</w:t>
            </w:r>
          </w:p>
        </w:tc>
        <w:tc>
          <w:tcPr>
            <w:tcW w:w="1512" w:type="dxa"/>
            <w:shd w:val="clear" w:color="auto" w:fill="FFFFFF"/>
            <w:tcMar>
              <w:top w:w="65" w:type="dxa"/>
              <w:left w:w="75" w:type="dxa"/>
              <w:bottom w:w="65" w:type="dxa"/>
              <w:right w:w="75" w:type="dxa"/>
            </w:tcMar>
            <w:vAlign w:val="center"/>
          </w:tcPr>
          <w:p w14:paraId="0E10CBFD"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FFFFF"/>
            <w:tcMar>
              <w:top w:w="65" w:type="dxa"/>
              <w:left w:w="75" w:type="dxa"/>
              <w:bottom w:w="65" w:type="dxa"/>
              <w:right w:w="75" w:type="dxa"/>
            </w:tcMar>
            <w:vAlign w:val="center"/>
          </w:tcPr>
          <w:p w14:paraId="356E71D1" w14:textId="77777777" w:rsidR="00A83192" w:rsidRPr="000B60F7" w:rsidRDefault="00000000">
            <w:pPr>
              <w:spacing w:after="0" w:line="240" w:lineRule="auto"/>
              <w:jc w:val="center"/>
              <w:rPr>
                <w:rFonts w:cs="Times New Roman"/>
              </w:rPr>
            </w:pPr>
            <w:r w:rsidRPr="000B60F7">
              <w:rPr>
                <w:rFonts w:cs="Times New Roman"/>
                <w:sz w:val="18"/>
              </w:rPr>
              <w:t>1–12</w:t>
            </w:r>
          </w:p>
        </w:tc>
        <w:tc>
          <w:tcPr>
            <w:tcW w:w="2664" w:type="dxa"/>
            <w:shd w:val="clear" w:color="auto" w:fill="FFFFFF"/>
            <w:tcMar>
              <w:top w:w="65" w:type="dxa"/>
              <w:left w:w="75" w:type="dxa"/>
              <w:bottom w:w="65" w:type="dxa"/>
              <w:right w:w="75" w:type="dxa"/>
            </w:tcMar>
            <w:vAlign w:val="center"/>
          </w:tcPr>
          <w:p w14:paraId="69112EA6" w14:textId="77777777" w:rsidR="00A83192" w:rsidRPr="000B60F7" w:rsidRDefault="00000000">
            <w:pPr>
              <w:spacing w:after="0" w:line="240" w:lineRule="auto"/>
              <w:jc w:val="center"/>
              <w:rPr>
                <w:rFonts w:cs="Times New Roman"/>
              </w:rPr>
            </w:pPr>
            <w:r w:rsidRPr="000B60F7">
              <w:rPr>
                <w:rFonts w:cs="Times New Roman"/>
                <w:sz w:val="18"/>
              </w:rPr>
              <w:t>0.533 [0.316, 0.899]</w:t>
            </w:r>
          </w:p>
        </w:tc>
        <w:tc>
          <w:tcPr>
            <w:tcW w:w="864" w:type="dxa"/>
            <w:shd w:val="clear" w:color="auto" w:fill="FFFFFF"/>
            <w:tcMar>
              <w:top w:w="65" w:type="dxa"/>
              <w:left w:w="75" w:type="dxa"/>
              <w:bottom w:w="65" w:type="dxa"/>
              <w:right w:w="75" w:type="dxa"/>
            </w:tcMar>
            <w:vAlign w:val="center"/>
          </w:tcPr>
          <w:p w14:paraId="53377A55" w14:textId="77777777" w:rsidR="00A83192" w:rsidRPr="000B60F7" w:rsidRDefault="00000000">
            <w:pPr>
              <w:spacing w:after="0" w:line="240" w:lineRule="auto"/>
              <w:jc w:val="center"/>
              <w:rPr>
                <w:rFonts w:cs="Times New Roman"/>
              </w:rPr>
            </w:pPr>
            <w:r w:rsidRPr="000B60F7">
              <w:rPr>
                <w:rFonts w:cs="Times New Roman"/>
                <w:sz w:val="18"/>
              </w:rPr>
              <w:t>0.0184</w:t>
            </w:r>
          </w:p>
        </w:tc>
        <w:tc>
          <w:tcPr>
            <w:tcW w:w="936" w:type="dxa"/>
            <w:shd w:val="clear" w:color="auto" w:fill="FFFFFF"/>
            <w:tcMar>
              <w:top w:w="65" w:type="dxa"/>
              <w:left w:w="75" w:type="dxa"/>
              <w:bottom w:w="65" w:type="dxa"/>
              <w:right w:w="75" w:type="dxa"/>
            </w:tcMar>
            <w:vAlign w:val="center"/>
          </w:tcPr>
          <w:p w14:paraId="125CFB87" w14:textId="77777777" w:rsidR="00A83192" w:rsidRPr="000B60F7" w:rsidRDefault="00000000">
            <w:pPr>
              <w:spacing w:after="0" w:line="240" w:lineRule="auto"/>
              <w:jc w:val="center"/>
              <w:rPr>
                <w:rFonts w:cs="Times New Roman"/>
              </w:rPr>
            </w:pPr>
            <w:r w:rsidRPr="000B60F7">
              <w:rPr>
                <w:rFonts w:cs="Times New Roman"/>
                <w:sz w:val="18"/>
              </w:rPr>
              <w:t>0.0367</w:t>
            </w:r>
          </w:p>
        </w:tc>
      </w:tr>
      <w:tr w:rsidR="00A83192" w:rsidRPr="000B60F7" w14:paraId="78800F8B" w14:textId="77777777">
        <w:trPr>
          <w:cantSplit/>
          <w:jc w:val="center"/>
        </w:trPr>
        <w:tc>
          <w:tcPr>
            <w:tcW w:w="2520" w:type="dxa"/>
            <w:shd w:val="clear" w:color="auto" w:fill="F6F8FA"/>
            <w:tcMar>
              <w:top w:w="65" w:type="dxa"/>
              <w:left w:w="75" w:type="dxa"/>
              <w:bottom w:w="65" w:type="dxa"/>
              <w:right w:w="75" w:type="dxa"/>
            </w:tcMar>
            <w:vAlign w:val="center"/>
          </w:tcPr>
          <w:p w14:paraId="30E8EFE6" w14:textId="77777777" w:rsidR="00A83192" w:rsidRPr="000B60F7" w:rsidRDefault="00000000">
            <w:pPr>
              <w:spacing w:after="0" w:line="240" w:lineRule="auto"/>
              <w:rPr>
                <w:rFonts w:cs="Times New Roman"/>
              </w:rPr>
            </w:pPr>
            <w:r w:rsidRPr="000B60F7">
              <w:rPr>
                <w:rFonts w:cs="Times New Roman"/>
                <w:sz w:val="18"/>
              </w:rPr>
              <w:t>Gamma, θ = 1</w:t>
            </w:r>
          </w:p>
        </w:tc>
        <w:tc>
          <w:tcPr>
            <w:tcW w:w="1512" w:type="dxa"/>
            <w:shd w:val="clear" w:color="auto" w:fill="F6F8FA"/>
            <w:tcMar>
              <w:top w:w="65" w:type="dxa"/>
              <w:left w:w="75" w:type="dxa"/>
              <w:bottom w:w="65" w:type="dxa"/>
              <w:right w:w="75" w:type="dxa"/>
            </w:tcMar>
            <w:vAlign w:val="center"/>
          </w:tcPr>
          <w:p w14:paraId="73482A16"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6F8FA"/>
            <w:tcMar>
              <w:top w:w="65" w:type="dxa"/>
              <w:left w:w="75" w:type="dxa"/>
              <w:bottom w:w="65" w:type="dxa"/>
              <w:right w:w="75" w:type="dxa"/>
            </w:tcMar>
            <w:vAlign w:val="center"/>
          </w:tcPr>
          <w:p w14:paraId="32837E89" w14:textId="77777777" w:rsidR="00A83192" w:rsidRPr="000B60F7" w:rsidRDefault="00000000">
            <w:pPr>
              <w:spacing w:after="0" w:line="240" w:lineRule="auto"/>
              <w:jc w:val="center"/>
              <w:rPr>
                <w:rFonts w:cs="Times New Roman"/>
              </w:rPr>
            </w:pPr>
            <w:r w:rsidRPr="000B60F7">
              <w:rPr>
                <w:rFonts w:cs="Times New Roman"/>
                <w:sz w:val="18"/>
              </w:rPr>
              <w:t>13–24</w:t>
            </w:r>
          </w:p>
        </w:tc>
        <w:tc>
          <w:tcPr>
            <w:tcW w:w="2664" w:type="dxa"/>
            <w:shd w:val="clear" w:color="auto" w:fill="F6F8FA"/>
            <w:tcMar>
              <w:top w:w="65" w:type="dxa"/>
              <w:left w:w="75" w:type="dxa"/>
              <w:bottom w:w="65" w:type="dxa"/>
              <w:right w:w="75" w:type="dxa"/>
            </w:tcMar>
            <w:vAlign w:val="center"/>
          </w:tcPr>
          <w:p w14:paraId="799A2103" w14:textId="77777777" w:rsidR="00A83192" w:rsidRPr="000B60F7" w:rsidRDefault="00000000">
            <w:pPr>
              <w:spacing w:after="0" w:line="240" w:lineRule="auto"/>
              <w:jc w:val="center"/>
              <w:rPr>
                <w:rFonts w:cs="Times New Roman"/>
              </w:rPr>
            </w:pPr>
            <w:r w:rsidRPr="000B60F7">
              <w:rPr>
                <w:rFonts w:cs="Times New Roman"/>
                <w:sz w:val="18"/>
              </w:rPr>
              <w:t>0.724 [0.443, 1.184]</w:t>
            </w:r>
          </w:p>
        </w:tc>
        <w:tc>
          <w:tcPr>
            <w:tcW w:w="864" w:type="dxa"/>
            <w:shd w:val="clear" w:color="auto" w:fill="F6F8FA"/>
            <w:tcMar>
              <w:top w:w="65" w:type="dxa"/>
              <w:left w:w="75" w:type="dxa"/>
              <w:bottom w:w="65" w:type="dxa"/>
              <w:right w:w="75" w:type="dxa"/>
            </w:tcMar>
            <w:vAlign w:val="center"/>
          </w:tcPr>
          <w:p w14:paraId="28F168BA" w14:textId="77777777" w:rsidR="00A83192" w:rsidRPr="000B60F7" w:rsidRDefault="00000000">
            <w:pPr>
              <w:spacing w:after="0" w:line="240" w:lineRule="auto"/>
              <w:jc w:val="center"/>
              <w:rPr>
                <w:rFonts w:cs="Times New Roman"/>
              </w:rPr>
            </w:pPr>
            <w:r w:rsidRPr="000B60F7">
              <w:rPr>
                <w:rFonts w:cs="Times New Roman"/>
                <w:sz w:val="18"/>
              </w:rPr>
              <w:t>0.1978</w:t>
            </w:r>
          </w:p>
        </w:tc>
        <w:tc>
          <w:tcPr>
            <w:tcW w:w="936" w:type="dxa"/>
            <w:shd w:val="clear" w:color="auto" w:fill="F6F8FA"/>
            <w:tcMar>
              <w:top w:w="65" w:type="dxa"/>
              <w:left w:w="75" w:type="dxa"/>
              <w:bottom w:w="65" w:type="dxa"/>
              <w:right w:w="75" w:type="dxa"/>
            </w:tcMar>
            <w:vAlign w:val="center"/>
          </w:tcPr>
          <w:p w14:paraId="504B6C21" w14:textId="77777777" w:rsidR="00A83192" w:rsidRPr="000B60F7" w:rsidRDefault="00000000">
            <w:pPr>
              <w:spacing w:after="0" w:line="240" w:lineRule="auto"/>
              <w:jc w:val="center"/>
              <w:rPr>
                <w:rFonts w:cs="Times New Roman"/>
              </w:rPr>
            </w:pPr>
            <w:r w:rsidRPr="000B60F7">
              <w:rPr>
                <w:rFonts w:cs="Times New Roman"/>
                <w:sz w:val="18"/>
              </w:rPr>
              <w:t>0.1978</w:t>
            </w:r>
          </w:p>
        </w:tc>
      </w:tr>
      <w:tr w:rsidR="00A83192" w:rsidRPr="000B60F7" w14:paraId="06D67DAD" w14:textId="77777777">
        <w:trPr>
          <w:cantSplit/>
          <w:jc w:val="center"/>
        </w:trPr>
        <w:tc>
          <w:tcPr>
            <w:tcW w:w="2520" w:type="dxa"/>
            <w:shd w:val="clear" w:color="auto" w:fill="FFFFFF"/>
            <w:tcMar>
              <w:top w:w="65" w:type="dxa"/>
              <w:left w:w="75" w:type="dxa"/>
              <w:bottom w:w="65" w:type="dxa"/>
              <w:right w:w="75" w:type="dxa"/>
            </w:tcMar>
            <w:vAlign w:val="center"/>
          </w:tcPr>
          <w:p w14:paraId="63E1345D" w14:textId="77777777" w:rsidR="00A83192" w:rsidRPr="000B60F7" w:rsidRDefault="00000000">
            <w:pPr>
              <w:spacing w:after="0" w:line="240" w:lineRule="auto"/>
              <w:rPr>
                <w:rFonts w:cs="Times New Roman"/>
              </w:rPr>
            </w:pPr>
            <w:r w:rsidRPr="000B60F7">
              <w:rPr>
                <w:rFonts w:cs="Times New Roman"/>
                <w:sz w:val="18"/>
              </w:rPr>
              <w:t>Gamma, θ = 1</w:t>
            </w:r>
          </w:p>
        </w:tc>
        <w:tc>
          <w:tcPr>
            <w:tcW w:w="1512" w:type="dxa"/>
            <w:shd w:val="clear" w:color="auto" w:fill="FFFFFF"/>
            <w:tcMar>
              <w:top w:w="65" w:type="dxa"/>
              <w:left w:w="75" w:type="dxa"/>
              <w:bottom w:w="65" w:type="dxa"/>
              <w:right w:w="75" w:type="dxa"/>
            </w:tcMar>
            <w:vAlign w:val="center"/>
          </w:tcPr>
          <w:p w14:paraId="51A2D124"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FFFFF"/>
            <w:tcMar>
              <w:top w:w="65" w:type="dxa"/>
              <w:left w:w="75" w:type="dxa"/>
              <w:bottom w:w="65" w:type="dxa"/>
              <w:right w:w="75" w:type="dxa"/>
            </w:tcMar>
            <w:vAlign w:val="center"/>
          </w:tcPr>
          <w:p w14:paraId="6E3E277E" w14:textId="77777777" w:rsidR="00A83192" w:rsidRPr="000B60F7" w:rsidRDefault="00000000">
            <w:pPr>
              <w:spacing w:after="0" w:line="240" w:lineRule="auto"/>
              <w:jc w:val="center"/>
              <w:rPr>
                <w:rFonts w:cs="Times New Roman"/>
              </w:rPr>
            </w:pPr>
            <w:r w:rsidRPr="000B60F7">
              <w:rPr>
                <w:rFonts w:cs="Times New Roman"/>
                <w:sz w:val="18"/>
              </w:rPr>
              <w:t>25–36</w:t>
            </w:r>
          </w:p>
        </w:tc>
        <w:tc>
          <w:tcPr>
            <w:tcW w:w="2664" w:type="dxa"/>
            <w:shd w:val="clear" w:color="auto" w:fill="FFFFFF"/>
            <w:tcMar>
              <w:top w:w="65" w:type="dxa"/>
              <w:left w:w="75" w:type="dxa"/>
              <w:bottom w:w="65" w:type="dxa"/>
              <w:right w:w="75" w:type="dxa"/>
            </w:tcMar>
            <w:vAlign w:val="center"/>
          </w:tcPr>
          <w:p w14:paraId="617E0FAC" w14:textId="77777777" w:rsidR="00A83192" w:rsidRPr="000B60F7" w:rsidRDefault="00000000">
            <w:pPr>
              <w:spacing w:after="0" w:line="240" w:lineRule="auto"/>
              <w:jc w:val="center"/>
              <w:rPr>
                <w:rFonts w:cs="Times New Roman"/>
              </w:rPr>
            </w:pPr>
            <w:r w:rsidRPr="000B60F7">
              <w:rPr>
                <w:rFonts w:cs="Times New Roman"/>
                <w:sz w:val="18"/>
              </w:rPr>
              <w:t>1.817 [1.019, 3.241]</w:t>
            </w:r>
          </w:p>
        </w:tc>
        <w:tc>
          <w:tcPr>
            <w:tcW w:w="864" w:type="dxa"/>
            <w:shd w:val="clear" w:color="auto" w:fill="FFFFFF"/>
            <w:tcMar>
              <w:top w:w="65" w:type="dxa"/>
              <w:left w:w="75" w:type="dxa"/>
              <w:bottom w:w="65" w:type="dxa"/>
              <w:right w:w="75" w:type="dxa"/>
            </w:tcMar>
            <w:vAlign w:val="center"/>
          </w:tcPr>
          <w:p w14:paraId="3C2C1FE9" w14:textId="77777777" w:rsidR="00A83192" w:rsidRPr="000B60F7" w:rsidRDefault="00000000">
            <w:pPr>
              <w:spacing w:after="0" w:line="240" w:lineRule="auto"/>
              <w:jc w:val="center"/>
              <w:rPr>
                <w:rFonts w:cs="Times New Roman"/>
              </w:rPr>
            </w:pPr>
            <w:r w:rsidRPr="000B60F7">
              <w:rPr>
                <w:rFonts w:cs="Times New Roman"/>
                <w:sz w:val="18"/>
              </w:rPr>
              <w:t>0.0430</w:t>
            </w:r>
          </w:p>
        </w:tc>
        <w:tc>
          <w:tcPr>
            <w:tcW w:w="936" w:type="dxa"/>
            <w:shd w:val="clear" w:color="auto" w:fill="FFFFFF"/>
            <w:tcMar>
              <w:top w:w="65" w:type="dxa"/>
              <w:left w:w="75" w:type="dxa"/>
              <w:bottom w:w="65" w:type="dxa"/>
              <w:right w:w="75" w:type="dxa"/>
            </w:tcMar>
            <w:vAlign w:val="center"/>
          </w:tcPr>
          <w:p w14:paraId="03D1131A" w14:textId="77777777" w:rsidR="00A83192" w:rsidRPr="000B60F7" w:rsidRDefault="00000000">
            <w:pPr>
              <w:spacing w:after="0" w:line="240" w:lineRule="auto"/>
              <w:jc w:val="center"/>
              <w:rPr>
                <w:rFonts w:cs="Times New Roman"/>
              </w:rPr>
            </w:pPr>
            <w:r w:rsidRPr="000B60F7">
              <w:rPr>
                <w:rFonts w:cs="Times New Roman"/>
                <w:sz w:val="18"/>
              </w:rPr>
              <w:t>0.0574</w:t>
            </w:r>
          </w:p>
        </w:tc>
      </w:tr>
      <w:tr w:rsidR="00A83192" w:rsidRPr="000B60F7" w14:paraId="17CD1372" w14:textId="77777777">
        <w:trPr>
          <w:cantSplit/>
          <w:jc w:val="center"/>
        </w:trPr>
        <w:tc>
          <w:tcPr>
            <w:tcW w:w="2520" w:type="dxa"/>
            <w:shd w:val="clear" w:color="auto" w:fill="F6F8FA"/>
            <w:tcMar>
              <w:top w:w="65" w:type="dxa"/>
              <w:left w:w="75" w:type="dxa"/>
              <w:bottom w:w="65" w:type="dxa"/>
              <w:right w:w="75" w:type="dxa"/>
            </w:tcMar>
            <w:vAlign w:val="center"/>
          </w:tcPr>
          <w:p w14:paraId="6DA01649" w14:textId="77777777" w:rsidR="00A83192" w:rsidRPr="000B60F7" w:rsidRDefault="00000000">
            <w:pPr>
              <w:spacing w:after="0" w:line="240" w:lineRule="auto"/>
              <w:rPr>
                <w:rFonts w:cs="Times New Roman"/>
              </w:rPr>
            </w:pPr>
            <w:r w:rsidRPr="000B60F7">
              <w:rPr>
                <w:rFonts w:cs="Times New Roman"/>
                <w:sz w:val="18"/>
              </w:rPr>
              <w:lastRenderedPageBreak/>
              <w:t>Gamma, θ = 1</w:t>
            </w:r>
          </w:p>
        </w:tc>
        <w:tc>
          <w:tcPr>
            <w:tcW w:w="1512" w:type="dxa"/>
            <w:shd w:val="clear" w:color="auto" w:fill="F6F8FA"/>
            <w:tcMar>
              <w:top w:w="65" w:type="dxa"/>
              <w:left w:w="75" w:type="dxa"/>
              <w:bottom w:w="65" w:type="dxa"/>
              <w:right w:w="75" w:type="dxa"/>
            </w:tcMar>
            <w:vAlign w:val="center"/>
          </w:tcPr>
          <w:p w14:paraId="3183D074"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6F8FA"/>
            <w:tcMar>
              <w:top w:w="65" w:type="dxa"/>
              <w:left w:w="75" w:type="dxa"/>
              <w:bottom w:w="65" w:type="dxa"/>
              <w:right w:w="75" w:type="dxa"/>
            </w:tcMar>
            <w:vAlign w:val="center"/>
          </w:tcPr>
          <w:p w14:paraId="28E0B534" w14:textId="77777777" w:rsidR="00A83192" w:rsidRPr="000B60F7" w:rsidRDefault="00000000">
            <w:pPr>
              <w:spacing w:after="0" w:line="240" w:lineRule="auto"/>
              <w:jc w:val="center"/>
              <w:rPr>
                <w:rFonts w:cs="Times New Roman"/>
              </w:rPr>
            </w:pPr>
            <w:r w:rsidRPr="000B60F7">
              <w:rPr>
                <w:rFonts w:cs="Times New Roman"/>
                <w:sz w:val="18"/>
              </w:rPr>
              <w:t>37–60</w:t>
            </w:r>
          </w:p>
        </w:tc>
        <w:tc>
          <w:tcPr>
            <w:tcW w:w="2664" w:type="dxa"/>
            <w:shd w:val="clear" w:color="auto" w:fill="F6F8FA"/>
            <w:tcMar>
              <w:top w:w="65" w:type="dxa"/>
              <w:left w:w="75" w:type="dxa"/>
              <w:bottom w:w="65" w:type="dxa"/>
              <w:right w:w="75" w:type="dxa"/>
            </w:tcMar>
            <w:vAlign w:val="center"/>
          </w:tcPr>
          <w:p w14:paraId="4F94552B" w14:textId="77777777" w:rsidR="00A83192" w:rsidRPr="000B60F7" w:rsidRDefault="00000000">
            <w:pPr>
              <w:spacing w:after="0" w:line="240" w:lineRule="auto"/>
              <w:jc w:val="center"/>
              <w:rPr>
                <w:rFonts w:cs="Times New Roman"/>
              </w:rPr>
            </w:pPr>
            <w:r w:rsidRPr="000B60F7">
              <w:rPr>
                <w:rFonts w:cs="Times New Roman"/>
                <w:sz w:val="18"/>
              </w:rPr>
              <w:t>3.357 [1.246, 9.043]</w:t>
            </w:r>
          </w:p>
        </w:tc>
        <w:tc>
          <w:tcPr>
            <w:tcW w:w="864" w:type="dxa"/>
            <w:shd w:val="clear" w:color="auto" w:fill="F6F8FA"/>
            <w:tcMar>
              <w:top w:w="65" w:type="dxa"/>
              <w:left w:w="75" w:type="dxa"/>
              <w:bottom w:w="65" w:type="dxa"/>
              <w:right w:w="75" w:type="dxa"/>
            </w:tcMar>
            <w:vAlign w:val="center"/>
          </w:tcPr>
          <w:p w14:paraId="08944531" w14:textId="77777777" w:rsidR="00A83192" w:rsidRPr="000B60F7" w:rsidRDefault="00000000">
            <w:pPr>
              <w:spacing w:after="0" w:line="240" w:lineRule="auto"/>
              <w:jc w:val="center"/>
              <w:rPr>
                <w:rFonts w:cs="Times New Roman"/>
              </w:rPr>
            </w:pPr>
            <w:r w:rsidRPr="000B60F7">
              <w:rPr>
                <w:rFonts w:cs="Times New Roman"/>
                <w:sz w:val="18"/>
              </w:rPr>
              <w:t>0.0167</w:t>
            </w:r>
          </w:p>
        </w:tc>
        <w:tc>
          <w:tcPr>
            <w:tcW w:w="936" w:type="dxa"/>
            <w:shd w:val="clear" w:color="auto" w:fill="F6F8FA"/>
            <w:tcMar>
              <w:top w:w="65" w:type="dxa"/>
              <w:left w:w="75" w:type="dxa"/>
              <w:bottom w:w="65" w:type="dxa"/>
              <w:right w:w="75" w:type="dxa"/>
            </w:tcMar>
            <w:vAlign w:val="center"/>
          </w:tcPr>
          <w:p w14:paraId="3B2F11DD" w14:textId="77777777" w:rsidR="00A83192" w:rsidRPr="000B60F7" w:rsidRDefault="00000000">
            <w:pPr>
              <w:spacing w:after="0" w:line="240" w:lineRule="auto"/>
              <w:jc w:val="center"/>
              <w:rPr>
                <w:rFonts w:cs="Times New Roman"/>
              </w:rPr>
            </w:pPr>
            <w:r w:rsidRPr="000B60F7">
              <w:rPr>
                <w:rFonts w:cs="Times New Roman"/>
                <w:sz w:val="18"/>
              </w:rPr>
              <w:t>0.0367</w:t>
            </w:r>
          </w:p>
        </w:tc>
      </w:tr>
      <w:tr w:rsidR="00A83192" w:rsidRPr="000B60F7" w14:paraId="19C5AF2E" w14:textId="77777777">
        <w:trPr>
          <w:cantSplit/>
          <w:jc w:val="center"/>
        </w:trPr>
        <w:tc>
          <w:tcPr>
            <w:tcW w:w="2520" w:type="dxa"/>
            <w:shd w:val="clear" w:color="auto" w:fill="FFFFFF"/>
            <w:tcMar>
              <w:top w:w="65" w:type="dxa"/>
              <w:left w:w="75" w:type="dxa"/>
              <w:bottom w:w="65" w:type="dxa"/>
              <w:right w:w="75" w:type="dxa"/>
            </w:tcMar>
            <w:vAlign w:val="center"/>
          </w:tcPr>
          <w:p w14:paraId="316FACD2" w14:textId="77777777" w:rsidR="00A83192" w:rsidRPr="000B60F7" w:rsidRDefault="00000000">
            <w:pPr>
              <w:spacing w:after="0" w:line="240" w:lineRule="auto"/>
              <w:rPr>
                <w:rFonts w:cs="Times New Roman"/>
              </w:rPr>
            </w:pPr>
            <w:r w:rsidRPr="000B60F7">
              <w:rPr>
                <w:rFonts w:cs="Times New Roman"/>
                <w:sz w:val="18"/>
              </w:rPr>
              <w:t>Gamma, θ = 2</w:t>
            </w:r>
          </w:p>
        </w:tc>
        <w:tc>
          <w:tcPr>
            <w:tcW w:w="1512" w:type="dxa"/>
            <w:shd w:val="clear" w:color="auto" w:fill="FFFFFF"/>
            <w:tcMar>
              <w:top w:w="65" w:type="dxa"/>
              <w:left w:w="75" w:type="dxa"/>
              <w:bottom w:w="65" w:type="dxa"/>
              <w:right w:w="75" w:type="dxa"/>
            </w:tcMar>
            <w:vAlign w:val="center"/>
          </w:tcPr>
          <w:p w14:paraId="2445B4CE"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FFFFF"/>
            <w:tcMar>
              <w:top w:w="65" w:type="dxa"/>
              <w:left w:w="75" w:type="dxa"/>
              <w:bottom w:w="65" w:type="dxa"/>
              <w:right w:w="75" w:type="dxa"/>
            </w:tcMar>
            <w:vAlign w:val="center"/>
          </w:tcPr>
          <w:p w14:paraId="21360560" w14:textId="77777777" w:rsidR="00A83192" w:rsidRPr="000B60F7" w:rsidRDefault="00000000">
            <w:pPr>
              <w:spacing w:after="0" w:line="240" w:lineRule="auto"/>
              <w:jc w:val="center"/>
              <w:rPr>
                <w:rFonts w:cs="Times New Roman"/>
              </w:rPr>
            </w:pPr>
            <w:r w:rsidRPr="000B60F7">
              <w:rPr>
                <w:rFonts w:cs="Times New Roman"/>
                <w:sz w:val="18"/>
              </w:rPr>
              <w:t>1–12</w:t>
            </w:r>
          </w:p>
        </w:tc>
        <w:tc>
          <w:tcPr>
            <w:tcW w:w="2664" w:type="dxa"/>
            <w:shd w:val="clear" w:color="auto" w:fill="FFFFFF"/>
            <w:tcMar>
              <w:top w:w="65" w:type="dxa"/>
              <w:left w:w="75" w:type="dxa"/>
              <w:bottom w:w="65" w:type="dxa"/>
              <w:right w:w="75" w:type="dxa"/>
            </w:tcMar>
            <w:vAlign w:val="center"/>
          </w:tcPr>
          <w:p w14:paraId="3078F2BE" w14:textId="77777777" w:rsidR="00A83192" w:rsidRPr="000B60F7" w:rsidRDefault="00000000">
            <w:pPr>
              <w:spacing w:after="0" w:line="240" w:lineRule="auto"/>
              <w:jc w:val="center"/>
              <w:rPr>
                <w:rFonts w:cs="Times New Roman"/>
              </w:rPr>
            </w:pPr>
            <w:r w:rsidRPr="000B60F7">
              <w:rPr>
                <w:rFonts w:cs="Times New Roman"/>
                <w:sz w:val="18"/>
              </w:rPr>
              <w:t>0.709 [0.494, 1.017]</w:t>
            </w:r>
          </w:p>
        </w:tc>
        <w:tc>
          <w:tcPr>
            <w:tcW w:w="864" w:type="dxa"/>
            <w:shd w:val="clear" w:color="auto" w:fill="FFFFFF"/>
            <w:tcMar>
              <w:top w:w="65" w:type="dxa"/>
              <w:left w:w="75" w:type="dxa"/>
              <w:bottom w:w="65" w:type="dxa"/>
              <w:right w:w="75" w:type="dxa"/>
            </w:tcMar>
            <w:vAlign w:val="center"/>
          </w:tcPr>
          <w:p w14:paraId="2B0525B6" w14:textId="77777777" w:rsidR="00A83192" w:rsidRPr="000B60F7" w:rsidRDefault="00000000">
            <w:pPr>
              <w:spacing w:after="0" w:line="240" w:lineRule="auto"/>
              <w:jc w:val="center"/>
              <w:rPr>
                <w:rFonts w:cs="Times New Roman"/>
              </w:rPr>
            </w:pPr>
            <w:r w:rsidRPr="000B60F7">
              <w:rPr>
                <w:rFonts w:cs="Times New Roman"/>
                <w:sz w:val="18"/>
              </w:rPr>
              <w:t>0.0618</w:t>
            </w:r>
          </w:p>
        </w:tc>
        <w:tc>
          <w:tcPr>
            <w:tcW w:w="936" w:type="dxa"/>
            <w:shd w:val="clear" w:color="auto" w:fill="FFFFFF"/>
            <w:tcMar>
              <w:top w:w="65" w:type="dxa"/>
              <w:left w:w="75" w:type="dxa"/>
              <w:bottom w:w="65" w:type="dxa"/>
              <w:right w:w="75" w:type="dxa"/>
            </w:tcMar>
            <w:vAlign w:val="center"/>
          </w:tcPr>
          <w:p w14:paraId="7F8483EA" w14:textId="77777777" w:rsidR="00A83192" w:rsidRPr="000B60F7" w:rsidRDefault="00000000">
            <w:pPr>
              <w:spacing w:after="0" w:line="240" w:lineRule="auto"/>
              <w:jc w:val="center"/>
              <w:rPr>
                <w:rFonts w:cs="Times New Roman"/>
              </w:rPr>
            </w:pPr>
            <w:r w:rsidRPr="000B60F7">
              <w:rPr>
                <w:rFonts w:cs="Times New Roman"/>
                <w:sz w:val="18"/>
              </w:rPr>
              <w:t>0.0824</w:t>
            </w:r>
          </w:p>
        </w:tc>
      </w:tr>
      <w:tr w:rsidR="00A83192" w:rsidRPr="000B60F7" w14:paraId="7BC175AE" w14:textId="77777777">
        <w:trPr>
          <w:cantSplit/>
          <w:jc w:val="center"/>
        </w:trPr>
        <w:tc>
          <w:tcPr>
            <w:tcW w:w="2520" w:type="dxa"/>
            <w:shd w:val="clear" w:color="auto" w:fill="F6F8FA"/>
            <w:tcMar>
              <w:top w:w="65" w:type="dxa"/>
              <w:left w:w="75" w:type="dxa"/>
              <w:bottom w:w="65" w:type="dxa"/>
              <w:right w:w="75" w:type="dxa"/>
            </w:tcMar>
            <w:vAlign w:val="center"/>
          </w:tcPr>
          <w:p w14:paraId="4FDE4543" w14:textId="77777777" w:rsidR="00A83192" w:rsidRPr="000B60F7" w:rsidRDefault="00000000">
            <w:pPr>
              <w:spacing w:after="0" w:line="240" w:lineRule="auto"/>
              <w:rPr>
                <w:rFonts w:cs="Times New Roman"/>
              </w:rPr>
            </w:pPr>
            <w:r w:rsidRPr="000B60F7">
              <w:rPr>
                <w:rFonts w:cs="Times New Roman"/>
                <w:sz w:val="18"/>
              </w:rPr>
              <w:t>Gamma, θ = 2</w:t>
            </w:r>
          </w:p>
        </w:tc>
        <w:tc>
          <w:tcPr>
            <w:tcW w:w="1512" w:type="dxa"/>
            <w:shd w:val="clear" w:color="auto" w:fill="F6F8FA"/>
            <w:tcMar>
              <w:top w:w="65" w:type="dxa"/>
              <w:left w:w="75" w:type="dxa"/>
              <w:bottom w:w="65" w:type="dxa"/>
              <w:right w:w="75" w:type="dxa"/>
            </w:tcMar>
            <w:vAlign w:val="center"/>
          </w:tcPr>
          <w:p w14:paraId="1D13F51B"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6F8FA"/>
            <w:tcMar>
              <w:top w:w="65" w:type="dxa"/>
              <w:left w:w="75" w:type="dxa"/>
              <w:bottom w:w="65" w:type="dxa"/>
              <w:right w:w="75" w:type="dxa"/>
            </w:tcMar>
            <w:vAlign w:val="center"/>
          </w:tcPr>
          <w:p w14:paraId="21AED784" w14:textId="77777777" w:rsidR="00A83192" w:rsidRPr="000B60F7" w:rsidRDefault="00000000">
            <w:pPr>
              <w:spacing w:after="0" w:line="240" w:lineRule="auto"/>
              <w:jc w:val="center"/>
              <w:rPr>
                <w:rFonts w:cs="Times New Roman"/>
              </w:rPr>
            </w:pPr>
            <w:r w:rsidRPr="000B60F7">
              <w:rPr>
                <w:rFonts w:cs="Times New Roman"/>
                <w:sz w:val="18"/>
              </w:rPr>
              <w:t>13–24</w:t>
            </w:r>
          </w:p>
        </w:tc>
        <w:tc>
          <w:tcPr>
            <w:tcW w:w="2664" w:type="dxa"/>
            <w:shd w:val="clear" w:color="auto" w:fill="F6F8FA"/>
            <w:tcMar>
              <w:top w:w="65" w:type="dxa"/>
              <w:left w:w="75" w:type="dxa"/>
              <w:bottom w:w="65" w:type="dxa"/>
              <w:right w:w="75" w:type="dxa"/>
            </w:tcMar>
            <w:vAlign w:val="center"/>
          </w:tcPr>
          <w:p w14:paraId="4B8E9A1A" w14:textId="77777777" w:rsidR="00A83192" w:rsidRPr="000B60F7" w:rsidRDefault="00000000">
            <w:pPr>
              <w:spacing w:after="0" w:line="240" w:lineRule="auto"/>
              <w:jc w:val="center"/>
              <w:rPr>
                <w:rFonts w:cs="Times New Roman"/>
              </w:rPr>
            </w:pPr>
            <w:r w:rsidRPr="000B60F7">
              <w:rPr>
                <w:rFonts w:cs="Times New Roman"/>
                <w:sz w:val="18"/>
              </w:rPr>
              <w:t>0.923 [0.653, 1.305]</w:t>
            </w:r>
          </w:p>
        </w:tc>
        <w:tc>
          <w:tcPr>
            <w:tcW w:w="864" w:type="dxa"/>
            <w:shd w:val="clear" w:color="auto" w:fill="F6F8FA"/>
            <w:tcMar>
              <w:top w:w="65" w:type="dxa"/>
              <w:left w:w="75" w:type="dxa"/>
              <w:bottom w:w="65" w:type="dxa"/>
              <w:right w:w="75" w:type="dxa"/>
            </w:tcMar>
            <w:vAlign w:val="center"/>
          </w:tcPr>
          <w:p w14:paraId="38BAA54C" w14:textId="77777777" w:rsidR="00A83192" w:rsidRPr="000B60F7" w:rsidRDefault="00000000">
            <w:pPr>
              <w:spacing w:after="0" w:line="240" w:lineRule="auto"/>
              <w:jc w:val="center"/>
              <w:rPr>
                <w:rFonts w:cs="Times New Roman"/>
              </w:rPr>
            </w:pPr>
            <w:r w:rsidRPr="000B60F7">
              <w:rPr>
                <w:rFonts w:cs="Times New Roman"/>
                <w:sz w:val="18"/>
              </w:rPr>
              <w:t>0.6507</w:t>
            </w:r>
          </w:p>
        </w:tc>
        <w:tc>
          <w:tcPr>
            <w:tcW w:w="936" w:type="dxa"/>
            <w:shd w:val="clear" w:color="auto" w:fill="F6F8FA"/>
            <w:tcMar>
              <w:top w:w="65" w:type="dxa"/>
              <w:left w:w="75" w:type="dxa"/>
              <w:bottom w:w="65" w:type="dxa"/>
              <w:right w:w="75" w:type="dxa"/>
            </w:tcMar>
            <w:vAlign w:val="center"/>
          </w:tcPr>
          <w:p w14:paraId="6B6423E2" w14:textId="77777777" w:rsidR="00A83192" w:rsidRPr="000B60F7" w:rsidRDefault="00000000">
            <w:pPr>
              <w:spacing w:after="0" w:line="240" w:lineRule="auto"/>
              <w:jc w:val="center"/>
              <w:rPr>
                <w:rFonts w:cs="Times New Roman"/>
              </w:rPr>
            </w:pPr>
            <w:r w:rsidRPr="000B60F7">
              <w:rPr>
                <w:rFonts w:cs="Times New Roman"/>
                <w:sz w:val="18"/>
              </w:rPr>
              <w:t>0.6507</w:t>
            </w:r>
          </w:p>
        </w:tc>
      </w:tr>
      <w:tr w:rsidR="00A83192" w:rsidRPr="000B60F7" w14:paraId="6A887450" w14:textId="77777777">
        <w:trPr>
          <w:cantSplit/>
          <w:jc w:val="center"/>
        </w:trPr>
        <w:tc>
          <w:tcPr>
            <w:tcW w:w="2520" w:type="dxa"/>
            <w:shd w:val="clear" w:color="auto" w:fill="FFFFFF"/>
            <w:tcMar>
              <w:top w:w="65" w:type="dxa"/>
              <w:left w:w="75" w:type="dxa"/>
              <w:bottom w:w="65" w:type="dxa"/>
              <w:right w:w="75" w:type="dxa"/>
            </w:tcMar>
            <w:vAlign w:val="center"/>
          </w:tcPr>
          <w:p w14:paraId="47CC99A8" w14:textId="77777777" w:rsidR="00A83192" w:rsidRPr="000B60F7" w:rsidRDefault="00000000">
            <w:pPr>
              <w:spacing w:after="0" w:line="240" w:lineRule="auto"/>
              <w:rPr>
                <w:rFonts w:cs="Times New Roman"/>
              </w:rPr>
            </w:pPr>
            <w:r w:rsidRPr="000B60F7">
              <w:rPr>
                <w:rFonts w:cs="Times New Roman"/>
                <w:sz w:val="18"/>
              </w:rPr>
              <w:t>Gamma, θ = 2</w:t>
            </w:r>
          </w:p>
        </w:tc>
        <w:tc>
          <w:tcPr>
            <w:tcW w:w="1512" w:type="dxa"/>
            <w:shd w:val="clear" w:color="auto" w:fill="FFFFFF"/>
            <w:tcMar>
              <w:top w:w="65" w:type="dxa"/>
              <w:left w:w="75" w:type="dxa"/>
              <w:bottom w:w="65" w:type="dxa"/>
              <w:right w:w="75" w:type="dxa"/>
            </w:tcMar>
            <w:vAlign w:val="center"/>
          </w:tcPr>
          <w:p w14:paraId="0F2FAF34"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FFFFF"/>
            <w:tcMar>
              <w:top w:w="65" w:type="dxa"/>
              <w:left w:w="75" w:type="dxa"/>
              <w:bottom w:w="65" w:type="dxa"/>
              <w:right w:w="75" w:type="dxa"/>
            </w:tcMar>
            <w:vAlign w:val="center"/>
          </w:tcPr>
          <w:p w14:paraId="33612A52" w14:textId="77777777" w:rsidR="00A83192" w:rsidRPr="000B60F7" w:rsidRDefault="00000000">
            <w:pPr>
              <w:spacing w:after="0" w:line="240" w:lineRule="auto"/>
              <w:jc w:val="center"/>
              <w:rPr>
                <w:rFonts w:cs="Times New Roman"/>
              </w:rPr>
            </w:pPr>
            <w:r w:rsidRPr="000B60F7">
              <w:rPr>
                <w:rFonts w:cs="Times New Roman"/>
                <w:sz w:val="18"/>
              </w:rPr>
              <w:t>25–36</w:t>
            </w:r>
          </w:p>
        </w:tc>
        <w:tc>
          <w:tcPr>
            <w:tcW w:w="2664" w:type="dxa"/>
            <w:shd w:val="clear" w:color="auto" w:fill="FFFFFF"/>
            <w:tcMar>
              <w:top w:w="65" w:type="dxa"/>
              <w:left w:w="75" w:type="dxa"/>
              <w:bottom w:w="65" w:type="dxa"/>
              <w:right w:w="75" w:type="dxa"/>
            </w:tcMar>
            <w:vAlign w:val="center"/>
          </w:tcPr>
          <w:p w14:paraId="31A149C2" w14:textId="77777777" w:rsidR="00A83192" w:rsidRPr="000B60F7" w:rsidRDefault="00000000">
            <w:pPr>
              <w:spacing w:after="0" w:line="240" w:lineRule="auto"/>
              <w:jc w:val="center"/>
              <w:rPr>
                <w:rFonts w:cs="Times New Roman"/>
              </w:rPr>
            </w:pPr>
            <w:r w:rsidRPr="000B60F7">
              <w:rPr>
                <w:rFonts w:cs="Times New Roman"/>
                <w:sz w:val="18"/>
              </w:rPr>
              <w:t>1.796 [1.211, 2.662]</w:t>
            </w:r>
          </w:p>
        </w:tc>
        <w:tc>
          <w:tcPr>
            <w:tcW w:w="864" w:type="dxa"/>
            <w:shd w:val="clear" w:color="auto" w:fill="FFFFFF"/>
            <w:tcMar>
              <w:top w:w="65" w:type="dxa"/>
              <w:left w:w="75" w:type="dxa"/>
              <w:bottom w:w="65" w:type="dxa"/>
              <w:right w:w="75" w:type="dxa"/>
            </w:tcMar>
            <w:vAlign w:val="center"/>
          </w:tcPr>
          <w:p w14:paraId="13975346" w14:textId="77777777" w:rsidR="00A83192" w:rsidRPr="000B60F7" w:rsidRDefault="00000000">
            <w:pPr>
              <w:spacing w:after="0" w:line="240" w:lineRule="auto"/>
              <w:jc w:val="center"/>
              <w:rPr>
                <w:rFonts w:cs="Times New Roman"/>
              </w:rPr>
            </w:pPr>
            <w:r w:rsidRPr="000B60F7">
              <w:rPr>
                <w:rFonts w:cs="Times New Roman"/>
                <w:sz w:val="18"/>
              </w:rPr>
              <w:t>0.0037</w:t>
            </w:r>
          </w:p>
        </w:tc>
        <w:tc>
          <w:tcPr>
            <w:tcW w:w="936" w:type="dxa"/>
            <w:shd w:val="clear" w:color="auto" w:fill="FFFFFF"/>
            <w:tcMar>
              <w:top w:w="65" w:type="dxa"/>
              <w:left w:w="75" w:type="dxa"/>
              <w:bottom w:w="65" w:type="dxa"/>
              <w:right w:w="75" w:type="dxa"/>
            </w:tcMar>
            <w:vAlign w:val="center"/>
          </w:tcPr>
          <w:p w14:paraId="2F6255F5" w14:textId="77777777" w:rsidR="00A83192" w:rsidRPr="000B60F7" w:rsidRDefault="00000000">
            <w:pPr>
              <w:spacing w:after="0" w:line="240" w:lineRule="auto"/>
              <w:jc w:val="center"/>
              <w:rPr>
                <w:rFonts w:cs="Times New Roman"/>
              </w:rPr>
            </w:pPr>
            <w:r w:rsidRPr="000B60F7">
              <w:rPr>
                <w:rFonts w:cs="Times New Roman"/>
                <w:sz w:val="18"/>
              </w:rPr>
              <w:t>0.0073</w:t>
            </w:r>
          </w:p>
        </w:tc>
      </w:tr>
      <w:tr w:rsidR="00A83192" w:rsidRPr="000B60F7" w14:paraId="63487696" w14:textId="77777777">
        <w:trPr>
          <w:cantSplit/>
          <w:jc w:val="center"/>
        </w:trPr>
        <w:tc>
          <w:tcPr>
            <w:tcW w:w="2520" w:type="dxa"/>
            <w:shd w:val="clear" w:color="auto" w:fill="F6F8FA"/>
            <w:tcMar>
              <w:top w:w="65" w:type="dxa"/>
              <w:left w:w="75" w:type="dxa"/>
              <w:bottom w:w="65" w:type="dxa"/>
              <w:right w:w="75" w:type="dxa"/>
            </w:tcMar>
            <w:vAlign w:val="center"/>
          </w:tcPr>
          <w:p w14:paraId="0FE318E0" w14:textId="77777777" w:rsidR="00A83192" w:rsidRPr="000B60F7" w:rsidRDefault="00000000">
            <w:pPr>
              <w:spacing w:after="0" w:line="240" w:lineRule="auto"/>
              <w:rPr>
                <w:rFonts w:cs="Times New Roman"/>
              </w:rPr>
            </w:pPr>
            <w:r w:rsidRPr="000B60F7">
              <w:rPr>
                <w:rFonts w:cs="Times New Roman"/>
                <w:sz w:val="18"/>
              </w:rPr>
              <w:t>Gamma, θ = 2</w:t>
            </w:r>
          </w:p>
        </w:tc>
        <w:tc>
          <w:tcPr>
            <w:tcW w:w="1512" w:type="dxa"/>
            <w:shd w:val="clear" w:color="auto" w:fill="F6F8FA"/>
            <w:tcMar>
              <w:top w:w="65" w:type="dxa"/>
              <w:left w:w="75" w:type="dxa"/>
              <w:bottom w:w="65" w:type="dxa"/>
              <w:right w:w="75" w:type="dxa"/>
            </w:tcMar>
            <w:vAlign w:val="center"/>
          </w:tcPr>
          <w:p w14:paraId="163E0DDD"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6F8FA"/>
            <w:tcMar>
              <w:top w:w="65" w:type="dxa"/>
              <w:left w:w="75" w:type="dxa"/>
              <w:bottom w:w="65" w:type="dxa"/>
              <w:right w:w="75" w:type="dxa"/>
            </w:tcMar>
            <w:vAlign w:val="center"/>
          </w:tcPr>
          <w:p w14:paraId="65A68B82" w14:textId="77777777" w:rsidR="00A83192" w:rsidRPr="000B60F7" w:rsidRDefault="00000000">
            <w:pPr>
              <w:spacing w:after="0" w:line="240" w:lineRule="auto"/>
              <w:jc w:val="center"/>
              <w:rPr>
                <w:rFonts w:cs="Times New Roman"/>
              </w:rPr>
            </w:pPr>
            <w:r w:rsidRPr="000B60F7">
              <w:rPr>
                <w:rFonts w:cs="Times New Roman"/>
                <w:sz w:val="18"/>
              </w:rPr>
              <w:t>37–60</w:t>
            </w:r>
          </w:p>
        </w:tc>
        <w:tc>
          <w:tcPr>
            <w:tcW w:w="2664" w:type="dxa"/>
            <w:shd w:val="clear" w:color="auto" w:fill="F6F8FA"/>
            <w:tcMar>
              <w:top w:w="65" w:type="dxa"/>
              <w:left w:w="75" w:type="dxa"/>
              <w:bottom w:w="65" w:type="dxa"/>
              <w:right w:w="75" w:type="dxa"/>
            </w:tcMar>
            <w:vAlign w:val="center"/>
          </w:tcPr>
          <w:p w14:paraId="4142EB38" w14:textId="77777777" w:rsidR="00A83192" w:rsidRPr="000B60F7" w:rsidRDefault="00000000">
            <w:pPr>
              <w:spacing w:after="0" w:line="240" w:lineRule="auto"/>
              <w:jc w:val="center"/>
              <w:rPr>
                <w:rFonts w:cs="Times New Roman"/>
              </w:rPr>
            </w:pPr>
            <w:r w:rsidRPr="000B60F7">
              <w:rPr>
                <w:rFonts w:cs="Times New Roman"/>
                <w:sz w:val="18"/>
              </w:rPr>
              <w:t>3.043 [1.610, 5.752]</w:t>
            </w:r>
          </w:p>
        </w:tc>
        <w:tc>
          <w:tcPr>
            <w:tcW w:w="864" w:type="dxa"/>
            <w:shd w:val="clear" w:color="auto" w:fill="F6F8FA"/>
            <w:tcMar>
              <w:top w:w="65" w:type="dxa"/>
              <w:left w:w="75" w:type="dxa"/>
              <w:bottom w:w="65" w:type="dxa"/>
              <w:right w:w="75" w:type="dxa"/>
            </w:tcMar>
            <w:vAlign w:val="center"/>
          </w:tcPr>
          <w:p w14:paraId="3F4699E3" w14:textId="77777777" w:rsidR="00A83192" w:rsidRPr="000B60F7" w:rsidRDefault="00000000">
            <w:pPr>
              <w:spacing w:after="0" w:line="240" w:lineRule="auto"/>
              <w:jc w:val="center"/>
              <w:rPr>
                <w:rFonts w:cs="Times New Roman"/>
              </w:rPr>
            </w:pPr>
            <w:r w:rsidRPr="000B60F7">
              <w:rPr>
                <w:rFonts w:cs="Times New Roman"/>
                <w:sz w:val="18"/>
              </w:rPr>
              <w:t>0.0006</w:t>
            </w:r>
          </w:p>
        </w:tc>
        <w:tc>
          <w:tcPr>
            <w:tcW w:w="936" w:type="dxa"/>
            <w:shd w:val="clear" w:color="auto" w:fill="F6F8FA"/>
            <w:tcMar>
              <w:top w:w="65" w:type="dxa"/>
              <w:left w:w="75" w:type="dxa"/>
              <w:bottom w:w="65" w:type="dxa"/>
              <w:right w:w="75" w:type="dxa"/>
            </w:tcMar>
            <w:vAlign w:val="center"/>
          </w:tcPr>
          <w:p w14:paraId="128A6B71" w14:textId="77777777" w:rsidR="00A83192" w:rsidRPr="000B60F7" w:rsidRDefault="00000000">
            <w:pPr>
              <w:spacing w:after="0" w:line="240" w:lineRule="auto"/>
              <w:jc w:val="center"/>
              <w:rPr>
                <w:rFonts w:cs="Times New Roman"/>
              </w:rPr>
            </w:pPr>
            <w:r w:rsidRPr="000B60F7">
              <w:rPr>
                <w:rFonts w:cs="Times New Roman"/>
                <w:sz w:val="18"/>
              </w:rPr>
              <w:t>0.0026</w:t>
            </w:r>
          </w:p>
        </w:tc>
      </w:tr>
      <w:tr w:rsidR="00A83192" w:rsidRPr="000B60F7" w14:paraId="790BAF13" w14:textId="77777777">
        <w:trPr>
          <w:cantSplit/>
          <w:jc w:val="center"/>
        </w:trPr>
        <w:tc>
          <w:tcPr>
            <w:tcW w:w="2520" w:type="dxa"/>
            <w:shd w:val="clear" w:color="auto" w:fill="FFFFFF"/>
            <w:tcMar>
              <w:top w:w="65" w:type="dxa"/>
              <w:left w:w="75" w:type="dxa"/>
              <w:bottom w:w="65" w:type="dxa"/>
              <w:right w:w="75" w:type="dxa"/>
            </w:tcMar>
            <w:vAlign w:val="center"/>
          </w:tcPr>
          <w:p w14:paraId="6DFA3C98" w14:textId="77777777" w:rsidR="00A83192" w:rsidRPr="000B60F7" w:rsidRDefault="00000000">
            <w:pPr>
              <w:spacing w:after="0" w:line="240" w:lineRule="auto"/>
              <w:rPr>
                <w:rFonts w:cs="Times New Roman"/>
              </w:rPr>
            </w:pPr>
            <w:r w:rsidRPr="000B60F7">
              <w:rPr>
                <w:rFonts w:cs="Times New Roman"/>
                <w:sz w:val="18"/>
              </w:rPr>
              <w:t>Gamma, θ = 2</w:t>
            </w:r>
          </w:p>
        </w:tc>
        <w:tc>
          <w:tcPr>
            <w:tcW w:w="1512" w:type="dxa"/>
            <w:shd w:val="clear" w:color="auto" w:fill="FFFFFF"/>
            <w:tcMar>
              <w:top w:w="65" w:type="dxa"/>
              <w:left w:w="75" w:type="dxa"/>
              <w:bottom w:w="65" w:type="dxa"/>
              <w:right w:w="75" w:type="dxa"/>
            </w:tcMar>
            <w:vAlign w:val="center"/>
          </w:tcPr>
          <w:p w14:paraId="33F386D6"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FFFFF"/>
            <w:tcMar>
              <w:top w:w="65" w:type="dxa"/>
              <w:left w:w="75" w:type="dxa"/>
              <w:bottom w:w="65" w:type="dxa"/>
              <w:right w:w="75" w:type="dxa"/>
            </w:tcMar>
            <w:vAlign w:val="center"/>
          </w:tcPr>
          <w:p w14:paraId="20887DB6" w14:textId="77777777" w:rsidR="00A83192" w:rsidRPr="000B60F7" w:rsidRDefault="00000000">
            <w:pPr>
              <w:spacing w:after="0" w:line="240" w:lineRule="auto"/>
              <w:jc w:val="center"/>
              <w:rPr>
                <w:rFonts w:cs="Times New Roman"/>
              </w:rPr>
            </w:pPr>
            <w:r w:rsidRPr="000B60F7">
              <w:rPr>
                <w:rFonts w:cs="Times New Roman"/>
                <w:sz w:val="18"/>
              </w:rPr>
              <w:t>1–12</w:t>
            </w:r>
          </w:p>
        </w:tc>
        <w:tc>
          <w:tcPr>
            <w:tcW w:w="2664" w:type="dxa"/>
            <w:shd w:val="clear" w:color="auto" w:fill="FFFFFF"/>
            <w:tcMar>
              <w:top w:w="65" w:type="dxa"/>
              <w:left w:w="75" w:type="dxa"/>
              <w:bottom w:w="65" w:type="dxa"/>
              <w:right w:w="75" w:type="dxa"/>
            </w:tcMar>
            <w:vAlign w:val="center"/>
          </w:tcPr>
          <w:p w14:paraId="2F4B6AE9" w14:textId="77777777" w:rsidR="00A83192" w:rsidRPr="000B60F7" w:rsidRDefault="00000000">
            <w:pPr>
              <w:spacing w:after="0" w:line="240" w:lineRule="auto"/>
              <w:jc w:val="center"/>
              <w:rPr>
                <w:rFonts w:cs="Times New Roman"/>
              </w:rPr>
            </w:pPr>
            <w:r w:rsidRPr="000B60F7">
              <w:rPr>
                <w:rFonts w:cs="Times New Roman"/>
                <w:sz w:val="18"/>
              </w:rPr>
              <w:t>1.507 [1.025, 2.217]</w:t>
            </w:r>
          </w:p>
        </w:tc>
        <w:tc>
          <w:tcPr>
            <w:tcW w:w="864" w:type="dxa"/>
            <w:shd w:val="clear" w:color="auto" w:fill="FFFFFF"/>
            <w:tcMar>
              <w:top w:w="65" w:type="dxa"/>
              <w:left w:w="75" w:type="dxa"/>
              <w:bottom w:w="65" w:type="dxa"/>
              <w:right w:w="75" w:type="dxa"/>
            </w:tcMar>
            <w:vAlign w:val="center"/>
          </w:tcPr>
          <w:p w14:paraId="7B514488" w14:textId="77777777" w:rsidR="00A83192" w:rsidRPr="000B60F7" w:rsidRDefault="00000000">
            <w:pPr>
              <w:spacing w:after="0" w:line="240" w:lineRule="auto"/>
              <w:jc w:val="center"/>
              <w:rPr>
                <w:rFonts w:cs="Times New Roman"/>
              </w:rPr>
            </w:pPr>
            <w:r w:rsidRPr="000B60F7">
              <w:rPr>
                <w:rFonts w:cs="Times New Roman"/>
                <w:sz w:val="18"/>
              </w:rPr>
              <w:t>0.0373</w:t>
            </w:r>
          </w:p>
        </w:tc>
        <w:tc>
          <w:tcPr>
            <w:tcW w:w="936" w:type="dxa"/>
            <w:shd w:val="clear" w:color="auto" w:fill="FFFFFF"/>
            <w:tcMar>
              <w:top w:w="65" w:type="dxa"/>
              <w:left w:w="75" w:type="dxa"/>
              <w:bottom w:w="65" w:type="dxa"/>
              <w:right w:w="75" w:type="dxa"/>
            </w:tcMar>
            <w:vAlign w:val="center"/>
          </w:tcPr>
          <w:p w14:paraId="77BF1814" w14:textId="77777777" w:rsidR="00A83192" w:rsidRPr="000B60F7" w:rsidRDefault="00000000">
            <w:pPr>
              <w:spacing w:after="0" w:line="240" w:lineRule="auto"/>
              <w:jc w:val="center"/>
              <w:rPr>
                <w:rFonts w:cs="Times New Roman"/>
              </w:rPr>
            </w:pPr>
            <w:r w:rsidRPr="000B60F7">
              <w:rPr>
                <w:rFonts w:cs="Times New Roman"/>
                <w:sz w:val="18"/>
              </w:rPr>
              <w:t>0.1492</w:t>
            </w:r>
          </w:p>
        </w:tc>
      </w:tr>
      <w:tr w:rsidR="00A83192" w:rsidRPr="000B60F7" w14:paraId="04949A5C" w14:textId="77777777">
        <w:trPr>
          <w:cantSplit/>
          <w:jc w:val="center"/>
        </w:trPr>
        <w:tc>
          <w:tcPr>
            <w:tcW w:w="2520" w:type="dxa"/>
            <w:shd w:val="clear" w:color="auto" w:fill="F6F8FA"/>
            <w:tcMar>
              <w:top w:w="65" w:type="dxa"/>
              <w:left w:w="75" w:type="dxa"/>
              <w:bottom w:w="65" w:type="dxa"/>
              <w:right w:w="75" w:type="dxa"/>
            </w:tcMar>
            <w:vAlign w:val="center"/>
          </w:tcPr>
          <w:p w14:paraId="504856D3" w14:textId="77777777" w:rsidR="00A83192" w:rsidRPr="000B60F7" w:rsidRDefault="00000000">
            <w:pPr>
              <w:spacing w:after="0" w:line="240" w:lineRule="auto"/>
              <w:rPr>
                <w:rFonts w:cs="Times New Roman"/>
              </w:rPr>
            </w:pPr>
            <w:r w:rsidRPr="000B60F7">
              <w:rPr>
                <w:rFonts w:cs="Times New Roman"/>
                <w:sz w:val="18"/>
              </w:rPr>
              <w:t>Gamma, θ = 2</w:t>
            </w:r>
          </w:p>
        </w:tc>
        <w:tc>
          <w:tcPr>
            <w:tcW w:w="1512" w:type="dxa"/>
            <w:shd w:val="clear" w:color="auto" w:fill="F6F8FA"/>
            <w:tcMar>
              <w:top w:w="65" w:type="dxa"/>
              <w:left w:w="75" w:type="dxa"/>
              <w:bottom w:w="65" w:type="dxa"/>
              <w:right w:w="75" w:type="dxa"/>
            </w:tcMar>
            <w:vAlign w:val="center"/>
          </w:tcPr>
          <w:p w14:paraId="0237BE4A"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6F8FA"/>
            <w:tcMar>
              <w:top w:w="65" w:type="dxa"/>
              <w:left w:w="75" w:type="dxa"/>
              <w:bottom w:w="65" w:type="dxa"/>
              <w:right w:w="75" w:type="dxa"/>
            </w:tcMar>
            <w:vAlign w:val="center"/>
          </w:tcPr>
          <w:p w14:paraId="2F8BC3FF" w14:textId="77777777" w:rsidR="00A83192" w:rsidRPr="000B60F7" w:rsidRDefault="00000000">
            <w:pPr>
              <w:spacing w:after="0" w:line="240" w:lineRule="auto"/>
              <w:jc w:val="center"/>
              <w:rPr>
                <w:rFonts w:cs="Times New Roman"/>
              </w:rPr>
            </w:pPr>
            <w:r w:rsidRPr="000B60F7">
              <w:rPr>
                <w:rFonts w:cs="Times New Roman"/>
                <w:sz w:val="18"/>
              </w:rPr>
              <w:t>13–24</w:t>
            </w:r>
          </w:p>
        </w:tc>
        <w:tc>
          <w:tcPr>
            <w:tcW w:w="2664" w:type="dxa"/>
            <w:shd w:val="clear" w:color="auto" w:fill="F6F8FA"/>
            <w:tcMar>
              <w:top w:w="65" w:type="dxa"/>
              <w:left w:w="75" w:type="dxa"/>
              <w:bottom w:w="65" w:type="dxa"/>
              <w:right w:w="75" w:type="dxa"/>
            </w:tcMar>
            <w:vAlign w:val="center"/>
          </w:tcPr>
          <w:p w14:paraId="1FEAE070" w14:textId="77777777" w:rsidR="00A83192" w:rsidRPr="000B60F7" w:rsidRDefault="00000000">
            <w:pPr>
              <w:spacing w:after="0" w:line="240" w:lineRule="auto"/>
              <w:jc w:val="center"/>
              <w:rPr>
                <w:rFonts w:cs="Times New Roman"/>
              </w:rPr>
            </w:pPr>
            <w:r w:rsidRPr="000B60F7">
              <w:rPr>
                <w:rFonts w:cs="Times New Roman"/>
                <w:sz w:val="18"/>
              </w:rPr>
              <w:t>1.464 [0.962, 2.229]</w:t>
            </w:r>
          </w:p>
        </w:tc>
        <w:tc>
          <w:tcPr>
            <w:tcW w:w="864" w:type="dxa"/>
            <w:shd w:val="clear" w:color="auto" w:fill="F6F8FA"/>
            <w:tcMar>
              <w:top w:w="65" w:type="dxa"/>
              <w:left w:w="75" w:type="dxa"/>
              <w:bottom w:w="65" w:type="dxa"/>
              <w:right w:w="75" w:type="dxa"/>
            </w:tcMar>
            <w:vAlign w:val="center"/>
          </w:tcPr>
          <w:p w14:paraId="10B0E828" w14:textId="77777777" w:rsidR="00A83192" w:rsidRPr="000B60F7" w:rsidRDefault="00000000">
            <w:pPr>
              <w:spacing w:after="0" w:line="240" w:lineRule="auto"/>
              <w:jc w:val="center"/>
              <w:rPr>
                <w:rFonts w:cs="Times New Roman"/>
              </w:rPr>
            </w:pPr>
            <w:r w:rsidRPr="000B60F7">
              <w:rPr>
                <w:rFonts w:cs="Times New Roman"/>
                <w:sz w:val="18"/>
              </w:rPr>
              <w:t>0.0755</w:t>
            </w:r>
          </w:p>
        </w:tc>
        <w:tc>
          <w:tcPr>
            <w:tcW w:w="936" w:type="dxa"/>
            <w:shd w:val="clear" w:color="auto" w:fill="F6F8FA"/>
            <w:tcMar>
              <w:top w:w="65" w:type="dxa"/>
              <w:left w:w="75" w:type="dxa"/>
              <w:bottom w:w="65" w:type="dxa"/>
              <w:right w:w="75" w:type="dxa"/>
            </w:tcMar>
            <w:vAlign w:val="center"/>
          </w:tcPr>
          <w:p w14:paraId="6DC6F43C" w14:textId="77777777" w:rsidR="00A83192" w:rsidRPr="000B60F7" w:rsidRDefault="00000000">
            <w:pPr>
              <w:spacing w:after="0" w:line="240" w:lineRule="auto"/>
              <w:jc w:val="center"/>
              <w:rPr>
                <w:rFonts w:cs="Times New Roman"/>
              </w:rPr>
            </w:pPr>
            <w:r w:rsidRPr="000B60F7">
              <w:rPr>
                <w:rFonts w:cs="Times New Roman"/>
                <w:sz w:val="18"/>
              </w:rPr>
              <w:t>0.1510</w:t>
            </w:r>
          </w:p>
        </w:tc>
      </w:tr>
      <w:tr w:rsidR="00A83192" w:rsidRPr="000B60F7" w14:paraId="2AF55168" w14:textId="77777777">
        <w:trPr>
          <w:cantSplit/>
          <w:jc w:val="center"/>
        </w:trPr>
        <w:tc>
          <w:tcPr>
            <w:tcW w:w="2520" w:type="dxa"/>
            <w:shd w:val="clear" w:color="auto" w:fill="FFFFFF"/>
            <w:tcMar>
              <w:top w:w="65" w:type="dxa"/>
              <w:left w:w="75" w:type="dxa"/>
              <w:bottom w:w="65" w:type="dxa"/>
              <w:right w:w="75" w:type="dxa"/>
            </w:tcMar>
            <w:vAlign w:val="center"/>
          </w:tcPr>
          <w:p w14:paraId="53F278F0" w14:textId="77777777" w:rsidR="00A83192" w:rsidRPr="000B60F7" w:rsidRDefault="00000000">
            <w:pPr>
              <w:spacing w:after="0" w:line="240" w:lineRule="auto"/>
              <w:rPr>
                <w:rFonts w:cs="Times New Roman"/>
              </w:rPr>
            </w:pPr>
            <w:r w:rsidRPr="000B60F7">
              <w:rPr>
                <w:rFonts w:cs="Times New Roman"/>
                <w:sz w:val="18"/>
              </w:rPr>
              <w:t>Gamma, θ = 2</w:t>
            </w:r>
          </w:p>
        </w:tc>
        <w:tc>
          <w:tcPr>
            <w:tcW w:w="1512" w:type="dxa"/>
            <w:shd w:val="clear" w:color="auto" w:fill="FFFFFF"/>
            <w:tcMar>
              <w:top w:w="65" w:type="dxa"/>
              <w:left w:w="75" w:type="dxa"/>
              <w:bottom w:w="65" w:type="dxa"/>
              <w:right w:w="75" w:type="dxa"/>
            </w:tcMar>
            <w:vAlign w:val="center"/>
          </w:tcPr>
          <w:p w14:paraId="18166DE6"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FFFFF"/>
            <w:tcMar>
              <w:top w:w="65" w:type="dxa"/>
              <w:left w:w="75" w:type="dxa"/>
              <w:bottom w:w="65" w:type="dxa"/>
              <w:right w:w="75" w:type="dxa"/>
            </w:tcMar>
            <w:vAlign w:val="center"/>
          </w:tcPr>
          <w:p w14:paraId="2F82DACF" w14:textId="77777777" w:rsidR="00A83192" w:rsidRPr="000B60F7" w:rsidRDefault="00000000">
            <w:pPr>
              <w:spacing w:after="0" w:line="240" w:lineRule="auto"/>
              <w:jc w:val="center"/>
              <w:rPr>
                <w:rFonts w:cs="Times New Roman"/>
              </w:rPr>
            </w:pPr>
            <w:r w:rsidRPr="000B60F7">
              <w:rPr>
                <w:rFonts w:cs="Times New Roman"/>
                <w:sz w:val="18"/>
              </w:rPr>
              <w:t>25–36</w:t>
            </w:r>
          </w:p>
        </w:tc>
        <w:tc>
          <w:tcPr>
            <w:tcW w:w="2664" w:type="dxa"/>
            <w:shd w:val="clear" w:color="auto" w:fill="FFFFFF"/>
            <w:tcMar>
              <w:top w:w="65" w:type="dxa"/>
              <w:left w:w="75" w:type="dxa"/>
              <w:bottom w:w="65" w:type="dxa"/>
              <w:right w:w="75" w:type="dxa"/>
            </w:tcMar>
            <w:vAlign w:val="center"/>
          </w:tcPr>
          <w:p w14:paraId="4A111143" w14:textId="77777777" w:rsidR="00A83192" w:rsidRPr="000B60F7" w:rsidRDefault="00000000">
            <w:pPr>
              <w:spacing w:after="0" w:line="240" w:lineRule="auto"/>
              <w:jc w:val="center"/>
              <w:rPr>
                <w:rFonts w:cs="Times New Roman"/>
              </w:rPr>
            </w:pPr>
            <w:r w:rsidRPr="000B60F7">
              <w:rPr>
                <w:rFonts w:cs="Times New Roman"/>
                <w:sz w:val="18"/>
              </w:rPr>
              <w:t>1.019 [0.582, 1.784]</w:t>
            </w:r>
          </w:p>
        </w:tc>
        <w:tc>
          <w:tcPr>
            <w:tcW w:w="864" w:type="dxa"/>
            <w:shd w:val="clear" w:color="auto" w:fill="FFFFFF"/>
            <w:tcMar>
              <w:top w:w="65" w:type="dxa"/>
              <w:left w:w="75" w:type="dxa"/>
              <w:bottom w:w="65" w:type="dxa"/>
              <w:right w:w="75" w:type="dxa"/>
            </w:tcMar>
            <w:vAlign w:val="center"/>
          </w:tcPr>
          <w:p w14:paraId="0BD01DEC" w14:textId="77777777" w:rsidR="00A83192" w:rsidRPr="000B60F7" w:rsidRDefault="00000000">
            <w:pPr>
              <w:spacing w:after="0" w:line="240" w:lineRule="auto"/>
              <w:jc w:val="center"/>
              <w:rPr>
                <w:rFonts w:cs="Times New Roman"/>
              </w:rPr>
            </w:pPr>
            <w:r w:rsidRPr="000B60F7">
              <w:rPr>
                <w:rFonts w:cs="Times New Roman"/>
                <w:sz w:val="18"/>
              </w:rPr>
              <w:t>0.9465</w:t>
            </w:r>
          </w:p>
        </w:tc>
        <w:tc>
          <w:tcPr>
            <w:tcW w:w="936" w:type="dxa"/>
            <w:shd w:val="clear" w:color="auto" w:fill="FFFFFF"/>
            <w:tcMar>
              <w:top w:w="65" w:type="dxa"/>
              <w:left w:w="75" w:type="dxa"/>
              <w:bottom w:w="65" w:type="dxa"/>
              <w:right w:w="75" w:type="dxa"/>
            </w:tcMar>
            <w:vAlign w:val="center"/>
          </w:tcPr>
          <w:p w14:paraId="4A188D66" w14:textId="77777777" w:rsidR="00A83192" w:rsidRPr="000B60F7" w:rsidRDefault="00000000">
            <w:pPr>
              <w:spacing w:after="0" w:line="240" w:lineRule="auto"/>
              <w:jc w:val="center"/>
              <w:rPr>
                <w:rFonts w:cs="Times New Roman"/>
              </w:rPr>
            </w:pPr>
            <w:r w:rsidRPr="000B60F7">
              <w:rPr>
                <w:rFonts w:cs="Times New Roman"/>
                <w:sz w:val="18"/>
              </w:rPr>
              <w:t>0.9465</w:t>
            </w:r>
          </w:p>
        </w:tc>
      </w:tr>
      <w:tr w:rsidR="00A83192" w:rsidRPr="000B60F7" w14:paraId="2A59D0F5" w14:textId="77777777">
        <w:trPr>
          <w:cantSplit/>
          <w:jc w:val="center"/>
        </w:trPr>
        <w:tc>
          <w:tcPr>
            <w:tcW w:w="2520" w:type="dxa"/>
            <w:shd w:val="clear" w:color="auto" w:fill="F6F8FA"/>
            <w:tcMar>
              <w:top w:w="65" w:type="dxa"/>
              <w:left w:w="75" w:type="dxa"/>
              <w:bottom w:w="65" w:type="dxa"/>
              <w:right w:w="75" w:type="dxa"/>
            </w:tcMar>
            <w:vAlign w:val="center"/>
          </w:tcPr>
          <w:p w14:paraId="2040C3F9" w14:textId="77777777" w:rsidR="00A83192" w:rsidRPr="000B60F7" w:rsidRDefault="00000000">
            <w:pPr>
              <w:spacing w:after="0" w:line="240" w:lineRule="auto"/>
              <w:rPr>
                <w:rFonts w:cs="Times New Roman"/>
              </w:rPr>
            </w:pPr>
            <w:r w:rsidRPr="000B60F7">
              <w:rPr>
                <w:rFonts w:cs="Times New Roman"/>
                <w:sz w:val="18"/>
              </w:rPr>
              <w:t>Gamma, θ = 2</w:t>
            </w:r>
          </w:p>
        </w:tc>
        <w:tc>
          <w:tcPr>
            <w:tcW w:w="1512" w:type="dxa"/>
            <w:shd w:val="clear" w:color="auto" w:fill="F6F8FA"/>
            <w:tcMar>
              <w:top w:w="65" w:type="dxa"/>
              <w:left w:w="75" w:type="dxa"/>
              <w:bottom w:w="65" w:type="dxa"/>
              <w:right w:w="75" w:type="dxa"/>
            </w:tcMar>
            <w:vAlign w:val="center"/>
          </w:tcPr>
          <w:p w14:paraId="6FAADBFB"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6F8FA"/>
            <w:tcMar>
              <w:top w:w="65" w:type="dxa"/>
              <w:left w:w="75" w:type="dxa"/>
              <w:bottom w:w="65" w:type="dxa"/>
              <w:right w:w="75" w:type="dxa"/>
            </w:tcMar>
            <w:vAlign w:val="center"/>
          </w:tcPr>
          <w:p w14:paraId="08C612B0" w14:textId="77777777" w:rsidR="00A83192" w:rsidRPr="000B60F7" w:rsidRDefault="00000000">
            <w:pPr>
              <w:spacing w:after="0" w:line="240" w:lineRule="auto"/>
              <w:jc w:val="center"/>
              <w:rPr>
                <w:rFonts w:cs="Times New Roman"/>
              </w:rPr>
            </w:pPr>
            <w:r w:rsidRPr="000B60F7">
              <w:rPr>
                <w:rFonts w:cs="Times New Roman"/>
                <w:sz w:val="18"/>
              </w:rPr>
              <w:t>37–60</w:t>
            </w:r>
          </w:p>
        </w:tc>
        <w:tc>
          <w:tcPr>
            <w:tcW w:w="2664" w:type="dxa"/>
            <w:shd w:val="clear" w:color="auto" w:fill="F6F8FA"/>
            <w:tcMar>
              <w:top w:w="65" w:type="dxa"/>
              <w:left w:w="75" w:type="dxa"/>
              <w:bottom w:w="65" w:type="dxa"/>
              <w:right w:w="75" w:type="dxa"/>
            </w:tcMar>
            <w:vAlign w:val="center"/>
          </w:tcPr>
          <w:p w14:paraId="31C7AFFF" w14:textId="77777777" w:rsidR="00A83192" w:rsidRPr="000B60F7" w:rsidRDefault="00000000">
            <w:pPr>
              <w:spacing w:after="0" w:line="240" w:lineRule="auto"/>
              <w:jc w:val="center"/>
              <w:rPr>
                <w:rFonts w:cs="Times New Roman"/>
              </w:rPr>
            </w:pPr>
            <w:r w:rsidRPr="000B60F7">
              <w:rPr>
                <w:rFonts w:cs="Times New Roman"/>
                <w:sz w:val="18"/>
              </w:rPr>
              <w:t>0.798 [0.356, 1.790]</w:t>
            </w:r>
          </w:p>
        </w:tc>
        <w:tc>
          <w:tcPr>
            <w:tcW w:w="864" w:type="dxa"/>
            <w:shd w:val="clear" w:color="auto" w:fill="F6F8FA"/>
            <w:tcMar>
              <w:top w:w="65" w:type="dxa"/>
              <w:left w:w="75" w:type="dxa"/>
              <w:bottom w:w="65" w:type="dxa"/>
              <w:right w:w="75" w:type="dxa"/>
            </w:tcMar>
            <w:vAlign w:val="center"/>
          </w:tcPr>
          <w:p w14:paraId="54B79D1B" w14:textId="77777777" w:rsidR="00A83192" w:rsidRPr="000B60F7" w:rsidRDefault="00000000">
            <w:pPr>
              <w:spacing w:after="0" w:line="240" w:lineRule="auto"/>
              <w:jc w:val="center"/>
              <w:rPr>
                <w:rFonts w:cs="Times New Roman"/>
              </w:rPr>
            </w:pPr>
            <w:r w:rsidRPr="000B60F7">
              <w:rPr>
                <w:rFonts w:cs="Times New Roman"/>
                <w:sz w:val="18"/>
              </w:rPr>
              <w:t>0.5831</w:t>
            </w:r>
          </w:p>
        </w:tc>
        <w:tc>
          <w:tcPr>
            <w:tcW w:w="936" w:type="dxa"/>
            <w:shd w:val="clear" w:color="auto" w:fill="F6F8FA"/>
            <w:tcMar>
              <w:top w:w="65" w:type="dxa"/>
              <w:left w:w="75" w:type="dxa"/>
              <w:bottom w:w="65" w:type="dxa"/>
              <w:right w:w="75" w:type="dxa"/>
            </w:tcMar>
            <w:vAlign w:val="center"/>
          </w:tcPr>
          <w:p w14:paraId="2312FBFD" w14:textId="77777777" w:rsidR="00A83192" w:rsidRPr="000B60F7" w:rsidRDefault="00000000">
            <w:pPr>
              <w:spacing w:after="0" w:line="240" w:lineRule="auto"/>
              <w:jc w:val="center"/>
              <w:rPr>
                <w:rFonts w:cs="Times New Roman"/>
              </w:rPr>
            </w:pPr>
            <w:r w:rsidRPr="000B60F7">
              <w:rPr>
                <w:rFonts w:cs="Times New Roman"/>
                <w:sz w:val="18"/>
              </w:rPr>
              <w:t>0.7774</w:t>
            </w:r>
          </w:p>
        </w:tc>
      </w:tr>
      <w:tr w:rsidR="00A83192" w:rsidRPr="000B60F7" w14:paraId="789F92B4" w14:textId="77777777">
        <w:trPr>
          <w:cantSplit/>
          <w:jc w:val="center"/>
        </w:trPr>
        <w:tc>
          <w:tcPr>
            <w:tcW w:w="2520" w:type="dxa"/>
            <w:shd w:val="clear" w:color="auto" w:fill="FFFFFF"/>
            <w:tcMar>
              <w:top w:w="65" w:type="dxa"/>
              <w:left w:w="75" w:type="dxa"/>
              <w:bottom w:w="65" w:type="dxa"/>
              <w:right w:w="75" w:type="dxa"/>
            </w:tcMar>
            <w:vAlign w:val="center"/>
          </w:tcPr>
          <w:p w14:paraId="52B21BBF" w14:textId="77777777" w:rsidR="00A83192" w:rsidRPr="000B60F7" w:rsidRDefault="00000000">
            <w:pPr>
              <w:spacing w:after="0" w:line="240" w:lineRule="auto"/>
              <w:rPr>
                <w:rFonts w:cs="Times New Roman"/>
              </w:rPr>
            </w:pPr>
            <w:r w:rsidRPr="000B60F7">
              <w:rPr>
                <w:rFonts w:cs="Times New Roman"/>
                <w:sz w:val="18"/>
              </w:rPr>
              <w:t>Gamma, θ = 2</w:t>
            </w:r>
          </w:p>
        </w:tc>
        <w:tc>
          <w:tcPr>
            <w:tcW w:w="1512" w:type="dxa"/>
            <w:shd w:val="clear" w:color="auto" w:fill="FFFFFF"/>
            <w:tcMar>
              <w:top w:w="65" w:type="dxa"/>
              <w:left w:w="75" w:type="dxa"/>
              <w:bottom w:w="65" w:type="dxa"/>
              <w:right w:w="75" w:type="dxa"/>
            </w:tcMar>
            <w:vAlign w:val="center"/>
          </w:tcPr>
          <w:p w14:paraId="15DF58F0"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FFFFF"/>
            <w:tcMar>
              <w:top w:w="65" w:type="dxa"/>
              <w:left w:w="75" w:type="dxa"/>
              <w:bottom w:w="65" w:type="dxa"/>
              <w:right w:w="75" w:type="dxa"/>
            </w:tcMar>
            <w:vAlign w:val="center"/>
          </w:tcPr>
          <w:p w14:paraId="3463ADE7" w14:textId="77777777" w:rsidR="00A83192" w:rsidRPr="000B60F7" w:rsidRDefault="00000000">
            <w:pPr>
              <w:spacing w:after="0" w:line="240" w:lineRule="auto"/>
              <w:jc w:val="center"/>
              <w:rPr>
                <w:rFonts w:cs="Times New Roman"/>
              </w:rPr>
            </w:pPr>
            <w:r w:rsidRPr="000B60F7">
              <w:rPr>
                <w:rFonts w:cs="Times New Roman"/>
                <w:sz w:val="18"/>
              </w:rPr>
              <w:t>1–12</w:t>
            </w:r>
          </w:p>
        </w:tc>
        <w:tc>
          <w:tcPr>
            <w:tcW w:w="2664" w:type="dxa"/>
            <w:shd w:val="clear" w:color="auto" w:fill="FFFFFF"/>
            <w:tcMar>
              <w:top w:w="65" w:type="dxa"/>
              <w:left w:w="75" w:type="dxa"/>
              <w:bottom w:w="65" w:type="dxa"/>
              <w:right w:w="75" w:type="dxa"/>
            </w:tcMar>
            <w:vAlign w:val="center"/>
          </w:tcPr>
          <w:p w14:paraId="6F135207" w14:textId="77777777" w:rsidR="00A83192" w:rsidRPr="000B60F7" w:rsidRDefault="00000000">
            <w:pPr>
              <w:spacing w:after="0" w:line="240" w:lineRule="auto"/>
              <w:jc w:val="center"/>
              <w:rPr>
                <w:rFonts w:cs="Times New Roman"/>
              </w:rPr>
            </w:pPr>
            <w:r w:rsidRPr="000B60F7">
              <w:rPr>
                <w:rFonts w:cs="Times New Roman"/>
                <w:sz w:val="18"/>
              </w:rPr>
              <w:t>0.470 [0.259, 0.855]</w:t>
            </w:r>
          </w:p>
        </w:tc>
        <w:tc>
          <w:tcPr>
            <w:tcW w:w="864" w:type="dxa"/>
            <w:shd w:val="clear" w:color="auto" w:fill="FFFFFF"/>
            <w:tcMar>
              <w:top w:w="65" w:type="dxa"/>
              <w:left w:w="75" w:type="dxa"/>
              <w:bottom w:w="65" w:type="dxa"/>
              <w:right w:w="75" w:type="dxa"/>
            </w:tcMar>
            <w:vAlign w:val="center"/>
          </w:tcPr>
          <w:p w14:paraId="533ED1F3" w14:textId="77777777" w:rsidR="00A83192" w:rsidRPr="000B60F7" w:rsidRDefault="00000000">
            <w:pPr>
              <w:spacing w:after="0" w:line="240" w:lineRule="auto"/>
              <w:jc w:val="center"/>
              <w:rPr>
                <w:rFonts w:cs="Times New Roman"/>
              </w:rPr>
            </w:pPr>
            <w:r w:rsidRPr="000B60F7">
              <w:rPr>
                <w:rFonts w:cs="Times New Roman"/>
                <w:sz w:val="18"/>
              </w:rPr>
              <w:t>0.0134</w:t>
            </w:r>
          </w:p>
        </w:tc>
        <w:tc>
          <w:tcPr>
            <w:tcW w:w="936" w:type="dxa"/>
            <w:shd w:val="clear" w:color="auto" w:fill="FFFFFF"/>
            <w:tcMar>
              <w:top w:w="65" w:type="dxa"/>
              <w:left w:w="75" w:type="dxa"/>
              <w:bottom w:w="65" w:type="dxa"/>
              <w:right w:w="75" w:type="dxa"/>
            </w:tcMar>
            <w:vAlign w:val="center"/>
          </w:tcPr>
          <w:p w14:paraId="2C093769" w14:textId="77777777" w:rsidR="00A83192" w:rsidRPr="000B60F7" w:rsidRDefault="00000000">
            <w:pPr>
              <w:spacing w:after="0" w:line="240" w:lineRule="auto"/>
              <w:jc w:val="center"/>
              <w:rPr>
                <w:rFonts w:cs="Times New Roman"/>
              </w:rPr>
            </w:pPr>
            <w:r w:rsidRPr="000B60F7">
              <w:rPr>
                <w:rFonts w:cs="Times New Roman"/>
                <w:sz w:val="18"/>
              </w:rPr>
              <w:t>0.0537</w:t>
            </w:r>
          </w:p>
        </w:tc>
      </w:tr>
      <w:tr w:rsidR="00A83192" w:rsidRPr="000B60F7" w14:paraId="4BDA0C1B" w14:textId="77777777">
        <w:trPr>
          <w:cantSplit/>
          <w:jc w:val="center"/>
        </w:trPr>
        <w:tc>
          <w:tcPr>
            <w:tcW w:w="2520" w:type="dxa"/>
            <w:shd w:val="clear" w:color="auto" w:fill="F6F8FA"/>
            <w:tcMar>
              <w:top w:w="65" w:type="dxa"/>
              <w:left w:w="75" w:type="dxa"/>
              <w:bottom w:w="65" w:type="dxa"/>
              <w:right w:w="75" w:type="dxa"/>
            </w:tcMar>
            <w:vAlign w:val="center"/>
          </w:tcPr>
          <w:p w14:paraId="1CCC023F" w14:textId="77777777" w:rsidR="00A83192" w:rsidRPr="000B60F7" w:rsidRDefault="00000000">
            <w:pPr>
              <w:spacing w:after="0" w:line="240" w:lineRule="auto"/>
              <w:rPr>
                <w:rFonts w:cs="Times New Roman"/>
              </w:rPr>
            </w:pPr>
            <w:r w:rsidRPr="000B60F7">
              <w:rPr>
                <w:rFonts w:cs="Times New Roman"/>
                <w:sz w:val="18"/>
              </w:rPr>
              <w:t>Gamma, θ = 2</w:t>
            </w:r>
          </w:p>
        </w:tc>
        <w:tc>
          <w:tcPr>
            <w:tcW w:w="1512" w:type="dxa"/>
            <w:shd w:val="clear" w:color="auto" w:fill="F6F8FA"/>
            <w:tcMar>
              <w:top w:w="65" w:type="dxa"/>
              <w:left w:w="75" w:type="dxa"/>
              <w:bottom w:w="65" w:type="dxa"/>
              <w:right w:w="75" w:type="dxa"/>
            </w:tcMar>
            <w:vAlign w:val="center"/>
          </w:tcPr>
          <w:p w14:paraId="597EF24B"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6F8FA"/>
            <w:tcMar>
              <w:top w:w="65" w:type="dxa"/>
              <w:left w:w="75" w:type="dxa"/>
              <w:bottom w:w="65" w:type="dxa"/>
              <w:right w:w="75" w:type="dxa"/>
            </w:tcMar>
            <w:vAlign w:val="center"/>
          </w:tcPr>
          <w:p w14:paraId="7622050E" w14:textId="77777777" w:rsidR="00A83192" w:rsidRPr="000B60F7" w:rsidRDefault="00000000">
            <w:pPr>
              <w:spacing w:after="0" w:line="240" w:lineRule="auto"/>
              <w:jc w:val="center"/>
              <w:rPr>
                <w:rFonts w:cs="Times New Roman"/>
              </w:rPr>
            </w:pPr>
            <w:r w:rsidRPr="000B60F7">
              <w:rPr>
                <w:rFonts w:cs="Times New Roman"/>
                <w:sz w:val="18"/>
              </w:rPr>
              <w:t>13–24</w:t>
            </w:r>
          </w:p>
        </w:tc>
        <w:tc>
          <w:tcPr>
            <w:tcW w:w="2664" w:type="dxa"/>
            <w:shd w:val="clear" w:color="auto" w:fill="F6F8FA"/>
            <w:tcMar>
              <w:top w:w="65" w:type="dxa"/>
              <w:left w:w="75" w:type="dxa"/>
              <w:bottom w:w="65" w:type="dxa"/>
              <w:right w:w="75" w:type="dxa"/>
            </w:tcMar>
            <w:vAlign w:val="center"/>
          </w:tcPr>
          <w:p w14:paraId="1228D3D0" w14:textId="77777777" w:rsidR="00A83192" w:rsidRPr="000B60F7" w:rsidRDefault="00000000">
            <w:pPr>
              <w:spacing w:after="0" w:line="240" w:lineRule="auto"/>
              <w:jc w:val="center"/>
              <w:rPr>
                <w:rFonts w:cs="Times New Roman"/>
              </w:rPr>
            </w:pPr>
            <w:r w:rsidRPr="000B60F7">
              <w:rPr>
                <w:rFonts w:cs="Times New Roman"/>
                <w:sz w:val="18"/>
              </w:rPr>
              <w:t>0.631 [0.348, 1.142]</w:t>
            </w:r>
          </w:p>
        </w:tc>
        <w:tc>
          <w:tcPr>
            <w:tcW w:w="864" w:type="dxa"/>
            <w:shd w:val="clear" w:color="auto" w:fill="F6F8FA"/>
            <w:tcMar>
              <w:top w:w="65" w:type="dxa"/>
              <w:left w:w="75" w:type="dxa"/>
              <w:bottom w:w="65" w:type="dxa"/>
              <w:right w:w="75" w:type="dxa"/>
            </w:tcMar>
            <w:vAlign w:val="center"/>
          </w:tcPr>
          <w:p w14:paraId="4352916D" w14:textId="77777777" w:rsidR="00A83192" w:rsidRPr="000B60F7" w:rsidRDefault="00000000">
            <w:pPr>
              <w:spacing w:after="0" w:line="240" w:lineRule="auto"/>
              <w:jc w:val="center"/>
              <w:rPr>
                <w:rFonts w:cs="Times New Roman"/>
              </w:rPr>
            </w:pPr>
            <w:r w:rsidRPr="000B60F7">
              <w:rPr>
                <w:rFonts w:cs="Times New Roman"/>
                <w:sz w:val="18"/>
              </w:rPr>
              <w:t>0.1280</w:t>
            </w:r>
          </w:p>
        </w:tc>
        <w:tc>
          <w:tcPr>
            <w:tcW w:w="936" w:type="dxa"/>
            <w:shd w:val="clear" w:color="auto" w:fill="F6F8FA"/>
            <w:tcMar>
              <w:top w:w="65" w:type="dxa"/>
              <w:left w:w="75" w:type="dxa"/>
              <w:bottom w:w="65" w:type="dxa"/>
              <w:right w:w="75" w:type="dxa"/>
            </w:tcMar>
            <w:vAlign w:val="center"/>
          </w:tcPr>
          <w:p w14:paraId="51A1EBA5" w14:textId="77777777" w:rsidR="00A83192" w:rsidRPr="000B60F7" w:rsidRDefault="00000000">
            <w:pPr>
              <w:spacing w:after="0" w:line="240" w:lineRule="auto"/>
              <w:jc w:val="center"/>
              <w:rPr>
                <w:rFonts w:cs="Times New Roman"/>
              </w:rPr>
            </w:pPr>
            <w:r w:rsidRPr="000B60F7">
              <w:rPr>
                <w:rFonts w:cs="Times New Roman"/>
                <w:sz w:val="18"/>
              </w:rPr>
              <w:t>0.1365</w:t>
            </w:r>
          </w:p>
        </w:tc>
      </w:tr>
      <w:tr w:rsidR="00A83192" w:rsidRPr="000B60F7" w14:paraId="505109FD" w14:textId="77777777">
        <w:trPr>
          <w:cantSplit/>
          <w:jc w:val="center"/>
        </w:trPr>
        <w:tc>
          <w:tcPr>
            <w:tcW w:w="2520" w:type="dxa"/>
            <w:shd w:val="clear" w:color="auto" w:fill="FFFFFF"/>
            <w:tcMar>
              <w:top w:w="65" w:type="dxa"/>
              <w:left w:w="75" w:type="dxa"/>
              <w:bottom w:w="65" w:type="dxa"/>
              <w:right w:w="75" w:type="dxa"/>
            </w:tcMar>
            <w:vAlign w:val="center"/>
          </w:tcPr>
          <w:p w14:paraId="070F489F" w14:textId="77777777" w:rsidR="00A83192" w:rsidRPr="000B60F7" w:rsidRDefault="00000000">
            <w:pPr>
              <w:spacing w:after="0" w:line="240" w:lineRule="auto"/>
              <w:rPr>
                <w:rFonts w:cs="Times New Roman"/>
              </w:rPr>
            </w:pPr>
            <w:r w:rsidRPr="000B60F7">
              <w:rPr>
                <w:rFonts w:cs="Times New Roman"/>
                <w:sz w:val="18"/>
              </w:rPr>
              <w:t>Gamma, θ = 2</w:t>
            </w:r>
          </w:p>
        </w:tc>
        <w:tc>
          <w:tcPr>
            <w:tcW w:w="1512" w:type="dxa"/>
            <w:shd w:val="clear" w:color="auto" w:fill="FFFFFF"/>
            <w:tcMar>
              <w:top w:w="65" w:type="dxa"/>
              <w:left w:w="75" w:type="dxa"/>
              <w:bottom w:w="65" w:type="dxa"/>
              <w:right w:w="75" w:type="dxa"/>
            </w:tcMar>
            <w:vAlign w:val="center"/>
          </w:tcPr>
          <w:p w14:paraId="7061A2F2"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FFFFF"/>
            <w:tcMar>
              <w:top w:w="65" w:type="dxa"/>
              <w:left w:w="75" w:type="dxa"/>
              <w:bottom w:w="65" w:type="dxa"/>
              <w:right w:w="75" w:type="dxa"/>
            </w:tcMar>
            <w:vAlign w:val="center"/>
          </w:tcPr>
          <w:p w14:paraId="6CB51E0A" w14:textId="77777777" w:rsidR="00A83192" w:rsidRPr="000B60F7" w:rsidRDefault="00000000">
            <w:pPr>
              <w:spacing w:after="0" w:line="240" w:lineRule="auto"/>
              <w:jc w:val="center"/>
              <w:rPr>
                <w:rFonts w:cs="Times New Roman"/>
              </w:rPr>
            </w:pPr>
            <w:r w:rsidRPr="000B60F7">
              <w:rPr>
                <w:rFonts w:cs="Times New Roman"/>
                <w:sz w:val="18"/>
              </w:rPr>
              <w:t>25–36</w:t>
            </w:r>
          </w:p>
        </w:tc>
        <w:tc>
          <w:tcPr>
            <w:tcW w:w="2664" w:type="dxa"/>
            <w:shd w:val="clear" w:color="auto" w:fill="FFFFFF"/>
            <w:tcMar>
              <w:top w:w="65" w:type="dxa"/>
              <w:left w:w="75" w:type="dxa"/>
              <w:bottom w:w="65" w:type="dxa"/>
              <w:right w:w="75" w:type="dxa"/>
            </w:tcMar>
            <w:vAlign w:val="center"/>
          </w:tcPr>
          <w:p w14:paraId="7B4E56D9" w14:textId="77777777" w:rsidR="00A83192" w:rsidRPr="000B60F7" w:rsidRDefault="00000000">
            <w:pPr>
              <w:spacing w:after="0" w:line="240" w:lineRule="auto"/>
              <w:jc w:val="center"/>
              <w:rPr>
                <w:rFonts w:cs="Times New Roman"/>
              </w:rPr>
            </w:pPr>
            <w:r w:rsidRPr="000B60F7">
              <w:rPr>
                <w:rFonts w:cs="Times New Roman"/>
                <w:sz w:val="18"/>
              </w:rPr>
              <w:t>1.761 [0.835, 3.714]</w:t>
            </w:r>
          </w:p>
        </w:tc>
        <w:tc>
          <w:tcPr>
            <w:tcW w:w="864" w:type="dxa"/>
            <w:shd w:val="clear" w:color="auto" w:fill="FFFFFF"/>
            <w:tcMar>
              <w:top w:w="65" w:type="dxa"/>
              <w:left w:w="75" w:type="dxa"/>
              <w:bottom w:w="65" w:type="dxa"/>
              <w:right w:w="75" w:type="dxa"/>
            </w:tcMar>
            <w:vAlign w:val="center"/>
          </w:tcPr>
          <w:p w14:paraId="0766AE5C" w14:textId="77777777" w:rsidR="00A83192" w:rsidRPr="000B60F7" w:rsidRDefault="00000000">
            <w:pPr>
              <w:spacing w:after="0" w:line="240" w:lineRule="auto"/>
              <w:jc w:val="center"/>
              <w:rPr>
                <w:rFonts w:cs="Times New Roman"/>
              </w:rPr>
            </w:pPr>
            <w:r w:rsidRPr="000B60F7">
              <w:rPr>
                <w:rFonts w:cs="Times New Roman"/>
                <w:sz w:val="18"/>
              </w:rPr>
              <w:t>0.1365</w:t>
            </w:r>
          </w:p>
        </w:tc>
        <w:tc>
          <w:tcPr>
            <w:tcW w:w="936" w:type="dxa"/>
            <w:shd w:val="clear" w:color="auto" w:fill="FFFFFF"/>
            <w:tcMar>
              <w:top w:w="65" w:type="dxa"/>
              <w:left w:w="75" w:type="dxa"/>
              <w:bottom w:w="65" w:type="dxa"/>
              <w:right w:w="75" w:type="dxa"/>
            </w:tcMar>
            <w:vAlign w:val="center"/>
          </w:tcPr>
          <w:p w14:paraId="093BA5B7" w14:textId="77777777" w:rsidR="00A83192" w:rsidRPr="000B60F7" w:rsidRDefault="00000000">
            <w:pPr>
              <w:spacing w:after="0" w:line="240" w:lineRule="auto"/>
              <w:jc w:val="center"/>
              <w:rPr>
                <w:rFonts w:cs="Times New Roman"/>
              </w:rPr>
            </w:pPr>
            <w:r w:rsidRPr="000B60F7">
              <w:rPr>
                <w:rFonts w:cs="Times New Roman"/>
                <w:sz w:val="18"/>
              </w:rPr>
              <w:t>0.1365</w:t>
            </w:r>
          </w:p>
        </w:tc>
      </w:tr>
      <w:tr w:rsidR="00A83192" w:rsidRPr="000B60F7" w14:paraId="69CB21B1" w14:textId="77777777">
        <w:trPr>
          <w:cantSplit/>
          <w:jc w:val="center"/>
        </w:trPr>
        <w:tc>
          <w:tcPr>
            <w:tcW w:w="2520" w:type="dxa"/>
            <w:shd w:val="clear" w:color="auto" w:fill="F6F8FA"/>
            <w:tcMar>
              <w:top w:w="65" w:type="dxa"/>
              <w:left w:w="75" w:type="dxa"/>
              <w:bottom w:w="65" w:type="dxa"/>
              <w:right w:w="75" w:type="dxa"/>
            </w:tcMar>
            <w:vAlign w:val="center"/>
          </w:tcPr>
          <w:p w14:paraId="4FF904B4" w14:textId="77777777" w:rsidR="00A83192" w:rsidRPr="000B60F7" w:rsidRDefault="00000000">
            <w:pPr>
              <w:spacing w:after="0" w:line="240" w:lineRule="auto"/>
              <w:rPr>
                <w:rFonts w:cs="Times New Roman"/>
              </w:rPr>
            </w:pPr>
            <w:r w:rsidRPr="000B60F7">
              <w:rPr>
                <w:rFonts w:cs="Times New Roman"/>
                <w:sz w:val="18"/>
              </w:rPr>
              <w:t>Gamma, θ = 2</w:t>
            </w:r>
          </w:p>
        </w:tc>
        <w:tc>
          <w:tcPr>
            <w:tcW w:w="1512" w:type="dxa"/>
            <w:shd w:val="clear" w:color="auto" w:fill="F6F8FA"/>
            <w:tcMar>
              <w:top w:w="65" w:type="dxa"/>
              <w:left w:w="75" w:type="dxa"/>
              <w:bottom w:w="65" w:type="dxa"/>
              <w:right w:w="75" w:type="dxa"/>
            </w:tcMar>
            <w:vAlign w:val="center"/>
          </w:tcPr>
          <w:p w14:paraId="1F364668"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6F8FA"/>
            <w:tcMar>
              <w:top w:w="65" w:type="dxa"/>
              <w:left w:w="75" w:type="dxa"/>
              <w:bottom w:w="65" w:type="dxa"/>
              <w:right w:w="75" w:type="dxa"/>
            </w:tcMar>
            <w:vAlign w:val="center"/>
          </w:tcPr>
          <w:p w14:paraId="0037D588" w14:textId="77777777" w:rsidR="00A83192" w:rsidRPr="000B60F7" w:rsidRDefault="00000000">
            <w:pPr>
              <w:spacing w:after="0" w:line="240" w:lineRule="auto"/>
              <w:jc w:val="center"/>
              <w:rPr>
                <w:rFonts w:cs="Times New Roman"/>
              </w:rPr>
            </w:pPr>
            <w:r w:rsidRPr="000B60F7">
              <w:rPr>
                <w:rFonts w:cs="Times New Roman"/>
                <w:sz w:val="18"/>
              </w:rPr>
              <w:t>37–60</w:t>
            </w:r>
          </w:p>
        </w:tc>
        <w:tc>
          <w:tcPr>
            <w:tcW w:w="2664" w:type="dxa"/>
            <w:shd w:val="clear" w:color="auto" w:fill="F6F8FA"/>
            <w:tcMar>
              <w:top w:w="65" w:type="dxa"/>
              <w:left w:w="75" w:type="dxa"/>
              <w:bottom w:w="65" w:type="dxa"/>
              <w:right w:w="75" w:type="dxa"/>
            </w:tcMar>
            <w:vAlign w:val="center"/>
          </w:tcPr>
          <w:p w14:paraId="79077C66" w14:textId="77777777" w:rsidR="00A83192" w:rsidRPr="000B60F7" w:rsidRDefault="00000000">
            <w:pPr>
              <w:spacing w:after="0" w:line="240" w:lineRule="auto"/>
              <w:jc w:val="center"/>
              <w:rPr>
                <w:rFonts w:cs="Times New Roman"/>
              </w:rPr>
            </w:pPr>
            <w:r w:rsidRPr="000B60F7">
              <w:rPr>
                <w:rFonts w:cs="Times New Roman"/>
                <w:sz w:val="18"/>
              </w:rPr>
              <w:t>3.815 [1.133, 12.838]</w:t>
            </w:r>
          </w:p>
        </w:tc>
        <w:tc>
          <w:tcPr>
            <w:tcW w:w="864" w:type="dxa"/>
            <w:shd w:val="clear" w:color="auto" w:fill="F6F8FA"/>
            <w:tcMar>
              <w:top w:w="65" w:type="dxa"/>
              <w:left w:w="75" w:type="dxa"/>
              <w:bottom w:w="65" w:type="dxa"/>
              <w:right w:w="75" w:type="dxa"/>
            </w:tcMar>
            <w:vAlign w:val="center"/>
          </w:tcPr>
          <w:p w14:paraId="2F3C4586" w14:textId="77777777" w:rsidR="00A83192" w:rsidRPr="000B60F7" w:rsidRDefault="00000000">
            <w:pPr>
              <w:spacing w:after="0" w:line="240" w:lineRule="auto"/>
              <w:jc w:val="center"/>
              <w:rPr>
                <w:rFonts w:cs="Times New Roman"/>
              </w:rPr>
            </w:pPr>
            <w:r w:rsidRPr="000B60F7">
              <w:rPr>
                <w:rFonts w:cs="Times New Roman"/>
                <w:sz w:val="18"/>
              </w:rPr>
              <w:t>0.0307</w:t>
            </w:r>
          </w:p>
        </w:tc>
        <w:tc>
          <w:tcPr>
            <w:tcW w:w="936" w:type="dxa"/>
            <w:shd w:val="clear" w:color="auto" w:fill="F6F8FA"/>
            <w:tcMar>
              <w:top w:w="65" w:type="dxa"/>
              <w:left w:w="75" w:type="dxa"/>
              <w:bottom w:w="65" w:type="dxa"/>
              <w:right w:w="75" w:type="dxa"/>
            </w:tcMar>
            <w:vAlign w:val="center"/>
          </w:tcPr>
          <w:p w14:paraId="36440045" w14:textId="77777777" w:rsidR="00A83192" w:rsidRPr="000B60F7" w:rsidRDefault="00000000">
            <w:pPr>
              <w:spacing w:after="0" w:line="240" w:lineRule="auto"/>
              <w:jc w:val="center"/>
              <w:rPr>
                <w:rFonts w:cs="Times New Roman"/>
              </w:rPr>
            </w:pPr>
            <w:r w:rsidRPr="000B60F7">
              <w:rPr>
                <w:rFonts w:cs="Times New Roman"/>
                <w:sz w:val="18"/>
              </w:rPr>
              <w:t>0.0613</w:t>
            </w:r>
          </w:p>
        </w:tc>
      </w:tr>
      <w:tr w:rsidR="00A83192" w:rsidRPr="000B60F7" w14:paraId="5590F940" w14:textId="77777777">
        <w:trPr>
          <w:cantSplit/>
          <w:jc w:val="center"/>
        </w:trPr>
        <w:tc>
          <w:tcPr>
            <w:tcW w:w="2520" w:type="dxa"/>
            <w:shd w:val="clear" w:color="auto" w:fill="FFFFFF"/>
            <w:tcMar>
              <w:top w:w="65" w:type="dxa"/>
              <w:left w:w="75" w:type="dxa"/>
              <w:bottom w:w="65" w:type="dxa"/>
              <w:right w:w="75" w:type="dxa"/>
            </w:tcMar>
            <w:vAlign w:val="center"/>
          </w:tcPr>
          <w:p w14:paraId="30D88035" w14:textId="77777777" w:rsidR="00A83192" w:rsidRPr="000B60F7" w:rsidRDefault="00000000">
            <w:pPr>
              <w:spacing w:after="0" w:line="240" w:lineRule="auto"/>
              <w:rPr>
                <w:rFonts w:cs="Times New Roman"/>
              </w:rPr>
            </w:pPr>
            <w:r w:rsidRPr="000B60F7">
              <w:rPr>
                <w:rFonts w:cs="Times New Roman"/>
                <w:sz w:val="18"/>
              </w:rPr>
              <w:t>Gamma, θ = 4</w:t>
            </w:r>
          </w:p>
        </w:tc>
        <w:tc>
          <w:tcPr>
            <w:tcW w:w="1512" w:type="dxa"/>
            <w:shd w:val="clear" w:color="auto" w:fill="FFFFFF"/>
            <w:tcMar>
              <w:top w:w="65" w:type="dxa"/>
              <w:left w:w="75" w:type="dxa"/>
              <w:bottom w:w="65" w:type="dxa"/>
              <w:right w:w="75" w:type="dxa"/>
            </w:tcMar>
            <w:vAlign w:val="center"/>
          </w:tcPr>
          <w:p w14:paraId="7CBB4339"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FFFFF"/>
            <w:tcMar>
              <w:top w:w="65" w:type="dxa"/>
              <w:left w:w="75" w:type="dxa"/>
              <w:bottom w:w="65" w:type="dxa"/>
              <w:right w:w="75" w:type="dxa"/>
            </w:tcMar>
            <w:vAlign w:val="center"/>
          </w:tcPr>
          <w:p w14:paraId="370ED6F8" w14:textId="77777777" w:rsidR="00A83192" w:rsidRPr="000B60F7" w:rsidRDefault="00000000">
            <w:pPr>
              <w:spacing w:after="0" w:line="240" w:lineRule="auto"/>
              <w:jc w:val="center"/>
              <w:rPr>
                <w:rFonts w:cs="Times New Roman"/>
              </w:rPr>
            </w:pPr>
            <w:r w:rsidRPr="000B60F7">
              <w:rPr>
                <w:rFonts w:cs="Times New Roman"/>
                <w:sz w:val="18"/>
              </w:rPr>
              <w:t>1–12</w:t>
            </w:r>
          </w:p>
        </w:tc>
        <w:tc>
          <w:tcPr>
            <w:tcW w:w="2664" w:type="dxa"/>
            <w:shd w:val="clear" w:color="auto" w:fill="FFFFFF"/>
            <w:tcMar>
              <w:top w:w="65" w:type="dxa"/>
              <w:left w:w="75" w:type="dxa"/>
              <w:bottom w:w="65" w:type="dxa"/>
              <w:right w:w="75" w:type="dxa"/>
            </w:tcMar>
            <w:vAlign w:val="center"/>
          </w:tcPr>
          <w:p w14:paraId="4F59CC46" w14:textId="77777777" w:rsidR="00A83192" w:rsidRPr="000B60F7" w:rsidRDefault="00000000">
            <w:pPr>
              <w:spacing w:after="0" w:line="240" w:lineRule="auto"/>
              <w:jc w:val="center"/>
              <w:rPr>
                <w:rFonts w:cs="Times New Roman"/>
              </w:rPr>
            </w:pPr>
            <w:r w:rsidRPr="000B60F7">
              <w:rPr>
                <w:rFonts w:cs="Times New Roman"/>
                <w:sz w:val="18"/>
              </w:rPr>
              <w:t>0.635 [0.411, 0.980]</w:t>
            </w:r>
          </w:p>
        </w:tc>
        <w:tc>
          <w:tcPr>
            <w:tcW w:w="864" w:type="dxa"/>
            <w:shd w:val="clear" w:color="auto" w:fill="FFFFFF"/>
            <w:tcMar>
              <w:top w:w="65" w:type="dxa"/>
              <w:left w:w="75" w:type="dxa"/>
              <w:bottom w:w="65" w:type="dxa"/>
              <w:right w:w="75" w:type="dxa"/>
            </w:tcMar>
            <w:vAlign w:val="center"/>
          </w:tcPr>
          <w:p w14:paraId="42FE6DA6" w14:textId="77777777" w:rsidR="00A83192" w:rsidRPr="000B60F7" w:rsidRDefault="00000000">
            <w:pPr>
              <w:spacing w:after="0" w:line="240" w:lineRule="auto"/>
              <w:jc w:val="center"/>
              <w:rPr>
                <w:rFonts w:cs="Times New Roman"/>
              </w:rPr>
            </w:pPr>
            <w:r w:rsidRPr="000B60F7">
              <w:rPr>
                <w:rFonts w:cs="Times New Roman"/>
                <w:sz w:val="18"/>
              </w:rPr>
              <w:t>0.0404</w:t>
            </w:r>
          </w:p>
        </w:tc>
        <w:tc>
          <w:tcPr>
            <w:tcW w:w="936" w:type="dxa"/>
            <w:shd w:val="clear" w:color="auto" w:fill="FFFFFF"/>
            <w:tcMar>
              <w:top w:w="65" w:type="dxa"/>
              <w:left w:w="75" w:type="dxa"/>
              <w:bottom w:w="65" w:type="dxa"/>
              <w:right w:w="75" w:type="dxa"/>
            </w:tcMar>
            <w:vAlign w:val="center"/>
          </w:tcPr>
          <w:p w14:paraId="35C15970" w14:textId="77777777" w:rsidR="00A83192" w:rsidRPr="000B60F7" w:rsidRDefault="00000000">
            <w:pPr>
              <w:spacing w:after="0" w:line="240" w:lineRule="auto"/>
              <w:jc w:val="center"/>
              <w:rPr>
                <w:rFonts w:cs="Times New Roman"/>
              </w:rPr>
            </w:pPr>
            <w:r w:rsidRPr="000B60F7">
              <w:rPr>
                <w:rFonts w:cs="Times New Roman"/>
                <w:sz w:val="18"/>
              </w:rPr>
              <w:t>0.0538</w:t>
            </w:r>
          </w:p>
        </w:tc>
      </w:tr>
      <w:tr w:rsidR="00A83192" w:rsidRPr="000B60F7" w14:paraId="3C1FADB6" w14:textId="77777777">
        <w:trPr>
          <w:cantSplit/>
          <w:jc w:val="center"/>
        </w:trPr>
        <w:tc>
          <w:tcPr>
            <w:tcW w:w="2520" w:type="dxa"/>
            <w:shd w:val="clear" w:color="auto" w:fill="F6F8FA"/>
            <w:tcMar>
              <w:top w:w="65" w:type="dxa"/>
              <w:left w:w="75" w:type="dxa"/>
              <w:bottom w:w="65" w:type="dxa"/>
              <w:right w:w="75" w:type="dxa"/>
            </w:tcMar>
            <w:vAlign w:val="center"/>
          </w:tcPr>
          <w:p w14:paraId="35B6E4BE" w14:textId="77777777" w:rsidR="00A83192" w:rsidRPr="000B60F7" w:rsidRDefault="00000000">
            <w:pPr>
              <w:spacing w:after="0" w:line="240" w:lineRule="auto"/>
              <w:rPr>
                <w:rFonts w:cs="Times New Roman"/>
              </w:rPr>
            </w:pPr>
            <w:r w:rsidRPr="000B60F7">
              <w:rPr>
                <w:rFonts w:cs="Times New Roman"/>
                <w:sz w:val="18"/>
              </w:rPr>
              <w:t>Gamma, θ = 4</w:t>
            </w:r>
          </w:p>
        </w:tc>
        <w:tc>
          <w:tcPr>
            <w:tcW w:w="1512" w:type="dxa"/>
            <w:shd w:val="clear" w:color="auto" w:fill="F6F8FA"/>
            <w:tcMar>
              <w:top w:w="65" w:type="dxa"/>
              <w:left w:w="75" w:type="dxa"/>
              <w:bottom w:w="65" w:type="dxa"/>
              <w:right w:w="75" w:type="dxa"/>
            </w:tcMar>
            <w:vAlign w:val="center"/>
          </w:tcPr>
          <w:p w14:paraId="4472145B"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6F8FA"/>
            <w:tcMar>
              <w:top w:w="65" w:type="dxa"/>
              <w:left w:w="75" w:type="dxa"/>
              <w:bottom w:w="65" w:type="dxa"/>
              <w:right w:w="75" w:type="dxa"/>
            </w:tcMar>
            <w:vAlign w:val="center"/>
          </w:tcPr>
          <w:p w14:paraId="6783BDE6" w14:textId="77777777" w:rsidR="00A83192" w:rsidRPr="000B60F7" w:rsidRDefault="00000000">
            <w:pPr>
              <w:spacing w:after="0" w:line="240" w:lineRule="auto"/>
              <w:jc w:val="center"/>
              <w:rPr>
                <w:rFonts w:cs="Times New Roman"/>
              </w:rPr>
            </w:pPr>
            <w:r w:rsidRPr="000B60F7">
              <w:rPr>
                <w:rFonts w:cs="Times New Roman"/>
                <w:sz w:val="18"/>
              </w:rPr>
              <w:t>13–24</w:t>
            </w:r>
          </w:p>
        </w:tc>
        <w:tc>
          <w:tcPr>
            <w:tcW w:w="2664" w:type="dxa"/>
            <w:shd w:val="clear" w:color="auto" w:fill="F6F8FA"/>
            <w:tcMar>
              <w:top w:w="65" w:type="dxa"/>
              <w:left w:w="75" w:type="dxa"/>
              <w:bottom w:w="65" w:type="dxa"/>
              <w:right w:w="75" w:type="dxa"/>
            </w:tcMar>
            <w:vAlign w:val="center"/>
          </w:tcPr>
          <w:p w14:paraId="44190E66" w14:textId="77777777" w:rsidR="00A83192" w:rsidRPr="000B60F7" w:rsidRDefault="00000000">
            <w:pPr>
              <w:spacing w:after="0" w:line="240" w:lineRule="auto"/>
              <w:jc w:val="center"/>
              <w:rPr>
                <w:rFonts w:cs="Times New Roman"/>
              </w:rPr>
            </w:pPr>
            <w:r w:rsidRPr="000B60F7">
              <w:rPr>
                <w:rFonts w:cs="Times New Roman"/>
                <w:sz w:val="18"/>
              </w:rPr>
              <w:t>0.849 [0.547, 1.316]</w:t>
            </w:r>
          </w:p>
        </w:tc>
        <w:tc>
          <w:tcPr>
            <w:tcW w:w="864" w:type="dxa"/>
            <w:shd w:val="clear" w:color="auto" w:fill="F6F8FA"/>
            <w:tcMar>
              <w:top w:w="65" w:type="dxa"/>
              <w:left w:w="75" w:type="dxa"/>
              <w:bottom w:w="65" w:type="dxa"/>
              <w:right w:w="75" w:type="dxa"/>
            </w:tcMar>
            <w:vAlign w:val="center"/>
          </w:tcPr>
          <w:p w14:paraId="104A43D6" w14:textId="77777777" w:rsidR="00A83192" w:rsidRPr="000B60F7" w:rsidRDefault="00000000">
            <w:pPr>
              <w:spacing w:after="0" w:line="240" w:lineRule="auto"/>
              <w:jc w:val="center"/>
              <w:rPr>
                <w:rFonts w:cs="Times New Roman"/>
              </w:rPr>
            </w:pPr>
            <w:r w:rsidRPr="000B60F7">
              <w:rPr>
                <w:rFonts w:cs="Times New Roman"/>
                <w:sz w:val="18"/>
              </w:rPr>
              <w:t>0.4626</w:t>
            </w:r>
          </w:p>
        </w:tc>
        <w:tc>
          <w:tcPr>
            <w:tcW w:w="936" w:type="dxa"/>
            <w:shd w:val="clear" w:color="auto" w:fill="F6F8FA"/>
            <w:tcMar>
              <w:top w:w="65" w:type="dxa"/>
              <w:left w:w="75" w:type="dxa"/>
              <w:bottom w:w="65" w:type="dxa"/>
              <w:right w:w="75" w:type="dxa"/>
            </w:tcMar>
            <w:vAlign w:val="center"/>
          </w:tcPr>
          <w:p w14:paraId="0C1927FC" w14:textId="77777777" w:rsidR="00A83192" w:rsidRPr="000B60F7" w:rsidRDefault="00000000">
            <w:pPr>
              <w:spacing w:after="0" w:line="240" w:lineRule="auto"/>
              <w:jc w:val="center"/>
              <w:rPr>
                <w:rFonts w:cs="Times New Roman"/>
              </w:rPr>
            </w:pPr>
            <w:r w:rsidRPr="000B60F7">
              <w:rPr>
                <w:rFonts w:cs="Times New Roman"/>
                <w:sz w:val="18"/>
              </w:rPr>
              <w:t>0.4626</w:t>
            </w:r>
          </w:p>
        </w:tc>
      </w:tr>
      <w:tr w:rsidR="00A83192" w:rsidRPr="000B60F7" w14:paraId="4215B1E7" w14:textId="77777777">
        <w:trPr>
          <w:cantSplit/>
          <w:jc w:val="center"/>
        </w:trPr>
        <w:tc>
          <w:tcPr>
            <w:tcW w:w="2520" w:type="dxa"/>
            <w:shd w:val="clear" w:color="auto" w:fill="FFFFFF"/>
            <w:tcMar>
              <w:top w:w="65" w:type="dxa"/>
              <w:left w:w="75" w:type="dxa"/>
              <w:bottom w:w="65" w:type="dxa"/>
              <w:right w:w="75" w:type="dxa"/>
            </w:tcMar>
            <w:vAlign w:val="center"/>
          </w:tcPr>
          <w:p w14:paraId="2657FDAE" w14:textId="77777777" w:rsidR="00A83192" w:rsidRPr="000B60F7" w:rsidRDefault="00000000">
            <w:pPr>
              <w:spacing w:after="0" w:line="240" w:lineRule="auto"/>
              <w:rPr>
                <w:rFonts w:cs="Times New Roman"/>
              </w:rPr>
            </w:pPr>
            <w:r w:rsidRPr="000B60F7">
              <w:rPr>
                <w:rFonts w:cs="Times New Roman"/>
                <w:sz w:val="18"/>
              </w:rPr>
              <w:t>Gamma, θ = 4</w:t>
            </w:r>
          </w:p>
        </w:tc>
        <w:tc>
          <w:tcPr>
            <w:tcW w:w="1512" w:type="dxa"/>
            <w:shd w:val="clear" w:color="auto" w:fill="FFFFFF"/>
            <w:tcMar>
              <w:top w:w="65" w:type="dxa"/>
              <w:left w:w="75" w:type="dxa"/>
              <w:bottom w:w="65" w:type="dxa"/>
              <w:right w:w="75" w:type="dxa"/>
            </w:tcMar>
            <w:vAlign w:val="center"/>
          </w:tcPr>
          <w:p w14:paraId="18ABB888"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FFFFF"/>
            <w:tcMar>
              <w:top w:w="65" w:type="dxa"/>
              <w:left w:w="75" w:type="dxa"/>
              <w:bottom w:w="65" w:type="dxa"/>
              <w:right w:w="75" w:type="dxa"/>
            </w:tcMar>
            <w:vAlign w:val="center"/>
          </w:tcPr>
          <w:p w14:paraId="0ED2F55A" w14:textId="77777777" w:rsidR="00A83192" w:rsidRPr="000B60F7" w:rsidRDefault="00000000">
            <w:pPr>
              <w:spacing w:after="0" w:line="240" w:lineRule="auto"/>
              <w:jc w:val="center"/>
              <w:rPr>
                <w:rFonts w:cs="Times New Roman"/>
              </w:rPr>
            </w:pPr>
            <w:r w:rsidRPr="000B60F7">
              <w:rPr>
                <w:rFonts w:cs="Times New Roman"/>
                <w:sz w:val="18"/>
              </w:rPr>
              <w:t>25–36</w:t>
            </w:r>
          </w:p>
        </w:tc>
        <w:tc>
          <w:tcPr>
            <w:tcW w:w="2664" w:type="dxa"/>
            <w:shd w:val="clear" w:color="auto" w:fill="FFFFFF"/>
            <w:tcMar>
              <w:top w:w="65" w:type="dxa"/>
              <w:left w:w="75" w:type="dxa"/>
              <w:bottom w:w="65" w:type="dxa"/>
              <w:right w:w="75" w:type="dxa"/>
            </w:tcMar>
            <w:vAlign w:val="center"/>
          </w:tcPr>
          <w:p w14:paraId="4E1B3D29" w14:textId="77777777" w:rsidR="00A83192" w:rsidRPr="000B60F7" w:rsidRDefault="00000000">
            <w:pPr>
              <w:spacing w:after="0" w:line="240" w:lineRule="auto"/>
              <w:jc w:val="center"/>
              <w:rPr>
                <w:rFonts w:cs="Times New Roman"/>
              </w:rPr>
            </w:pPr>
            <w:r w:rsidRPr="000B60F7">
              <w:rPr>
                <w:rFonts w:cs="Times New Roman"/>
                <w:sz w:val="18"/>
              </w:rPr>
              <w:t>1.900 [1.137, 3.174]</w:t>
            </w:r>
          </w:p>
        </w:tc>
        <w:tc>
          <w:tcPr>
            <w:tcW w:w="864" w:type="dxa"/>
            <w:shd w:val="clear" w:color="auto" w:fill="FFFFFF"/>
            <w:tcMar>
              <w:top w:w="65" w:type="dxa"/>
              <w:left w:w="75" w:type="dxa"/>
              <w:bottom w:w="65" w:type="dxa"/>
              <w:right w:w="75" w:type="dxa"/>
            </w:tcMar>
            <w:vAlign w:val="center"/>
          </w:tcPr>
          <w:p w14:paraId="060621F8" w14:textId="77777777" w:rsidR="00A83192" w:rsidRPr="000B60F7" w:rsidRDefault="00000000">
            <w:pPr>
              <w:spacing w:after="0" w:line="240" w:lineRule="auto"/>
              <w:jc w:val="center"/>
              <w:rPr>
                <w:rFonts w:cs="Times New Roman"/>
              </w:rPr>
            </w:pPr>
            <w:r w:rsidRPr="000B60F7">
              <w:rPr>
                <w:rFonts w:cs="Times New Roman"/>
                <w:sz w:val="18"/>
              </w:rPr>
              <w:t>0.0143</w:t>
            </w:r>
          </w:p>
        </w:tc>
        <w:tc>
          <w:tcPr>
            <w:tcW w:w="936" w:type="dxa"/>
            <w:shd w:val="clear" w:color="auto" w:fill="FFFFFF"/>
            <w:tcMar>
              <w:top w:w="65" w:type="dxa"/>
              <w:left w:w="75" w:type="dxa"/>
              <w:bottom w:w="65" w:type="dxa"/>
              <w:right w:w="75" w:type="dxa"/>
            </w:tcMar>
            <w:vAlign w:val="center"/>
          </w:tcPr>
          <w:p w14:paraId="3451D2EE" w14:textId="77777777" w:rsidR="00A83192" w:rsidRPr="000B60F7" w:rsidRDefault="00000000">
            <w:pPr>
              <w:spacing w:after="0" w:line="240" w:lineRule="auto"/>
              <w:jc w:val="center"/>
              <w:rPr>
                <w:rFonts w:cs="Times New Roman"/>
              </w:rPr>
            </w:pPr>
            <w:r w:rsidRPr="000B60F7">
              <w:rPr>
                <w:rFonts w:cs="Times New Roman"/>
                <w:sz w:val="18"/>
              </w:rPr>
              <w:t>0.0286</w:t>
            </w:r>
          </w:p>
        </w:tc>
      </w:tr>
      <w:tr w:rsidR="00A83192" w:rsidRPr="000B60F7" w14:paraId="4D4194F6" w14:textId="77777777">
        <w:trPr>
          <w:cantSplit/>
          <w:jc w:val="center"/>
        </w:trPr>
        <w:tc>
          <w:tcPr>
            <w:tcW w:w="2520" w:type="dxa"/>
            <w:shd w:val="clear" w:color="auto" w:fill="F6F8FA"/>
            <w:tcMar>
              <w:top w:w="65" w:type="dxa"/>
              <w:left w:w="75" w:type="dxa"/>
              <w:bottom w:w="65" w:type="dxa"/>
              <w:right w:w="75" w:type="dxa"/>
            </w:tcMar>
            <w:vAlign w:val="center"/>
          </w:tcPr>
          <w:p w14:paraId="5556C2A8" w14:textId="77777777" w:rsidR="00A83192" w:rsidRPr="000B60F7" w:rsidRDefault="00000000">
            <w:pPr>
              <w:spacing w:after="0" w:line="240" w:lineRule="auto"/>
              <w:rPr>
                <w:rFonts w:cs="Times New Roman"/>
              </w:rPr>
            </w:pPr>
            <w:r w:rsidRPr="000B60F7">
              <w:rPr>
                <w:rFonts w:cs="Times New Roman"/>
                <w:sz w:val="18"/>
              </w:rPr>
              <w:t>Gamma, θ = 4</w:t>
            </w:r>
          </w:p>
        </w:tc>
        <w:tc>
          <w:tcPr>
            <w:tcW w:w="1512" w:type="dxa"/>
            <w:shd w:val="clear" w:color="auto" w:fill="F6F8FA"/>
            <w:tcMar>
              <w:top w:w="65" w:type="dxa"/>
              <w:left w:w="75" w:type="dxa"/>
              <w:bottom w:w="65" w:type="dxa"/>
              <w:right w:w="75" w:type="dxa"/>
            </w:tcMar>
            <w:vAlign w:val="center"/>
          </w:tcPr>
          <w:p w14:paraId="7C769BC4"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6F8FA"/>
            <w:tcMar>
              <w:top w:w="65" w:type="dxa"/>
              <w:left w:w="75" w:type="dxa"/>
              <w:bottom w:w="65" w:type="dxa"/>
              <w:right w:w="75" w:type="dxa"/>
            </w:tcMar>
            <w:vAlign w:val="center"/>
          </w:tcPr>
          <w:p w14:paraId="6D42AE41" w14:textId="77777777" w:rsidR="00A83192" w:rsidRPr="000B60F7" w:rsidRDefault="00000000">
            <w:pPr>
              <w:spacing w:after="0" w:line="240" w:lineRule="auto"/>
              <w:jc w:val="center"/>
              <w:rPr>
                <w:rFonts w:cs="Times New Roman"/>
              </w:rPr>
            </w:pPr>
            <w:r w:rsidRPr="000B60F7">
              <w:rPr>
                <w:rFonts w:cs="Times New Roman"/>
                <w:sz w:val="18"/>
              </w:rPr>
              <w:t>37–60</w:t>
            </w:r>
          </w:p>
        </w:tc>
        <w:tc>
          <w:tcPr>
            <w:tcW w:w="2664" w:type="dxa"/>
            <w:shd w:val="clear" w:color="auto" w:fill="F6F8FA"/>
            <w:tcMar>
              <w:top w:w="65" w:type="dxa"/>
              <w:left w:w="75" w:type="dxa"/>
              <w:bottom w:w="65" w:type="dxa"/>
              <w:right w:w="75" w:type="dxa"/>
            </w:tcMar>
            <w:vAlign w:val="center"/>
          </w:tcPr>
          <w:p w14:paraId="3223DDCA" w14:textId="77777777" w:rsidR="00A83192" w:rsidRPr="000B60F7" w:rsidRDefault="00000000">
            <w:pPr>
              <w:spacing w:after="0" w:line="240" w:lineRule="auto"/>
              <w:jc w:val="center"/>
              <w:rPr>
                <w:rFonts w:cs="Times New Roman"/>
              </w:rPr>
            </w:pPr>
            <w:r w:rsidRPr="000B60F7">
              <w:rPr>
                <w:rFonts w:cs="Times New Roman"/>
                <w:sz w:val="18"/>
              </w:rPr>
              <w:t>3.963 [1.791, 8.769]</w:t>
            </w:r>
          </w:p>
        </w:tc>
        <w:tc>
          <w:tcPr>
            <w:tcW w:w="864" w:type="dxa"/>
            <w:shd w:val="clear" w:color="auto" w:fill="F6F8FA"/>
            <w:tcMar>
              <w:top w:w="65" w:type="dxa"/>
              <w:left w:w="75" w:type="dxa"/>
              <w:bottom w:w="65" w:type="dxa"/>
              <w:right w:w="75" w:type="dxa"/>
            </w:tcMar>
            <w:vAlign w:val="center"/>
          </w:tcPr>
          <w:p w14:paraId="250050B2" w14:textId="77777777" w:rsidR="00A83192" w:rsidRPr="000B60F7" w:rsidRDefault="00000000">
            <w:pPr>
              <w:spacing w:after="0" w:line="240" w:lineRule="auto"/>
              <w:jc w:val="center"/>
              <w:rPr>
                <w:rFonts w:cs="Times New Roman"/>
              </w:rPr>
            </w:pPr>
            <w:r w:rsidRPr="000B60F7">
              <w:rPr>
                <w:rFonts w:cs="Times New Roman"/>
                <w:sz w:val="18"/>
              </w:rPr>
              <w:t>0.0007</w:t>
            </w:r>
          </w:p>
        </w:tc>
        <w:tc>
          <w:tcPr>
            <w:tcW w:w="936" w:type="dxa"/>
            <w:shd w:val="clear" w:color="auto" w:fill="F6F8FA"/>
            <w:tcMar>
              <w:top w:w="65" w:type="dxa"/>
              <w:left w:w="75" w:type="dxa"/>
              <w:bottom w:w="65" w:type="dxa"/>
              <w:right w:w="75" w:type="dxa"/>
            </w:tcMar>
            <w:vAlign w:val="center"/>
          </w:tcPr>
          <w:p w14:paraId="18248CFD" w14:textId="77777777" w:rsidR="00A83192" w:rsidRPr="000B60F7" w:rsidRDefault="00000000">
            <w:pPr>
              <w:spacing w:after="0" w:line="240" w:lineRule="auto"/>
              <w:jc w:val="center"/>
              <w:rPr>
                <w:rFonts w:cs="Times New Roman"/>
              </w:rPr>
            </w:pPr>
            <w:r w:rsidRPr="000B60F7">
              <w:rPr>
                <w:rFonts w:cs="Times New Roman"/>
                <w:sz w:val="18"/>
              </w:rPr>
              <w:t>0.0028</w:t>
            </w:r>
          </w:p>
        </w:tc>
      </w:tr>
      <w:tr w:rsidR="00A83192" w:rsidRPr="000B60F7" w14:paraId="4613AD1F" w14:textId="77777777">
        <w:trPr>
          <w:cantSplit/>
          <w:jc w:val="center"/>
        </w:trPr>
        <w:tc>
          <w:tcPr>
            <w:tcW w:w="2520" w:type="dxa"/>
            <w:shd w:val="clear" w:color="auto" w:fill="FFFFFF"/>
            <w:tcMar>
              <w:top w:w="65" w:type="dxa"/>
              <w:left w:w="75" w:type="dxa"/>
              <w:bottom w:w="65" w:type="dxa"/>
              <w:right w:w="75" w:type="dxa"/>
            </w:tcMar>
            <w:vAlign w:val="center"/>
          </w:tcPr>
          <w:p w14:paraId="67FC6D0B" w14:textId="77777777" w:rsidR="00A83192" w:rsidRPr="000B60F7" w:rsidRDefault="00000000">
            <w:pPr>
              <w:spacing w:after="0" w:line="240" w:lineRule="auto"/>
              <w:rPr>
                <w:rFonts w:cs="Times New Roman"/>
              </w:rPr>
            </w:pPr>
            <w:r w:rsidRPr="000B60F7">
              <w:rPr>
                <w:rFonts w:cs="Times New Roman"/>
                <w:sz w:val="18"/>
              </w:rPr>
              <w:t>Gamma, θ = 4</w:t>
            </w:r>
          </w:p>
        </w:tc>
        <w:tc>
          <w:tcPr>
            <w:tcW w:w="1512" w:type="dxa"/>
            <w:shd w:val="clear" w:color="auto" w:fill="FFFFFF"/>
            <w:tcMar>
              <w:top w:w="65" w:type="dxa"/>
              <w:left w:w="75" w:type="dxa"/>
              <w:bottom w:w="65" w:type="dxa"/>
              <w:right w:w="75" w:type="dxa"/>
            </w:tcMar>
            <w:vAlign w:val="center"/>
          </w:tcPr>
          <w:p w14:paraId="59F02A5E"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FFFFF"/>
            <w:tcMar>
              <w:top w:w="65" w:type="dxa"/>
              <w:left w:w="75" w:type="dxa"/>
              <w:bottom w:w="65" w:type="dxa"/>
              <w:right w:w="75" w:type="dxa"/>
            </w:tcMar>
            <w:vAlign w:val="center"/>
          </w:tcPr>
          <w:p w14:paraId="6D963D26" w14:textId="77777777" w:rsidR="00A83192" w:rsidRPr="000B60F7" w:rsidRDefault="00000000">
            <w:pPr>
              <w:spacing w:after="0" w:line="240" w:lineRule="auto"/>
              <w:jc w:val="center"/>
              <w:rPr>
                <w:rFonts w:cs="Times New Roman"/>
              </w:rPr>
            </w:pPr>
            <w:r w:rsidRPr="000B60F7">
              <w:rPr>
                <w:rFonts w:cs="Times New Roman"/>
                <w:sz w:val="18"/>
              </w:rPr>
              <w:t>1–12</w:t>
            </w:r>
          </w:p>
        </w:tc>
        <w:tc>
          <w:tcPr>
            <w:tcW w:w="2664" w:type="dxa"/>
            <w:shd w:val="clear" w:color="auto" w:fill="FFFFFF"/>
            <w:tcMar>
              <w:top w:w="65" w:type="dxa"/>
              <w:left w:w="75" w:type="dxa"/>
              <w:bottom w:w="65" w:type="dxa"/>
              <w:right w:w="75" w:type="dxa"/>
            </w:tcMar>
            <w:vAlign w:val="center"/>
          </w:tcPr>
          <w:p w14:paraId="37B4D550" w14:textId="77777777" w:rsidR="00A83192" w:rsidRPr="000B60F7" w:rsidRDefault="00000000">
            <w:pPr>
              <w:spacing w:after="0" w:line="240" w:lineRule="auto"/>
              <w:jc w:val="center"/>
              <w:rPr>
                <w:rFonts w:cs="Times New Roman"/>
              </w:rPr>
            </w:pPr>
            <w:r w:rsidRPr="000B60F7">
              <w:rPr>
                <w:rFonts w:cs="Times New Roman"/>
                <w:sz w:val="18"/>
              </w:rPr>
              <w:t>1.681 [1.055, 2.678]</w:t>
            </w:r>
          </w:p>
        </w:tc>
        <w:tc>
          <w:tcPr>
            <w:tcW w:w="864" w:type="dxa"/>
            <w:shd w:val="clear" w:color="auto" w:fill="FFFFFF"/>
            <w:tcMar>
              <w:top w:w="65" w:type="dxa"/>
              <w:left w:w="75" w:type="dxa"/>
              <w:bottom w:w="65" w:type="dxa"/>
              <w:right w:w="75" w:type="dxa"/>
            </w:tcMar>
            <w:vAlign w:val="center"/>
          </w:tcPr>
          <w:p w14:paraId="2F68374E" w14:textId="77777777" w:rsidR="00A83192" w:rsidRPr="000B60F7" w:rsidRDefault="00000000">
            <w:pPr>
              <w:spacing w:after="0" w:line="240" w:lineRule="auto"/>
              <w:jc w:val="center"/>
              <w:rPr>
                <w:rFonts w:cs="Times New Roman"/>
              </w:rPr>
            </w:pPr>
            <w:r w:rsidRPr="000B60F7">
              <w:rPr>
                <w:rFonts w:cs="Times New Roman"/>
                <w:sz w:val="18"/>
              </w:rPr>
              <w:t>0.0291</w:t>
            </w:r>
          </w:p>
        </w:tc>
        <w:tc>
          <w:tcPr>
            <w:tcW w:w="936" w:type="dxa"/>
            <w:shd w:val="clear" w:color="auto" w:fill="FFFFFF"/>
            <w:tcMar>
              <w:top w:w="65" w:type="dxa"/>
              <w:left w:w="75" w:type="dxa"/>
              <w:bottom w:w="65" w:type="dxa"/>
              <w:right w:w="75" w:type="dxa"/>
            </w:tcMar>
            <w:vAlign w:val="center"/>
          </w:tcPr>
          <w:p w14:paraId="4C1E6BA0" w14:textId="77777777" w:rsidR="00A83192" w:rsidRPr="000B60F7" w:rsidRDefault="00000000">
            <w:pPr>
              <w:spacing w:after="0" w:line="240" w:lineRule="auto"/>
              <w:jc w:val="center"/>
              <w:rPr>
                <w:rFonts w:cs="Times New Roman"/>
              </w:rPr>
            </w:pPr>
            <w:r w:rsidRPr="000B60F7">
              <w:rPr>
                <w:rFonts w:cs="Times New Roman"/>
                <w:sz w:val="18"/>
              </w:rPr>
              <w:t>0.0807</w:t>
            </w:r>
          </w:p>
        </w:tc>
      </w:tr>
      <w:tr w:rsidR="00A83192" w:rsidRPr="000B60F7" w14:paraId="60223C08" w14:textId="77777777">
        <w:trPr>
          <w:cantSplit/>
          <w:jc w:val="center"/>
        </w:trPr>
        <w:tc>
          <w:tcPr>
            <w:tcW w:w="2520" w:type="dxa"/>
            <w:shd w:val="clear" w:color="auto" w:fill="F6F8FA"/>
            <w:tcMar>
              <w:top w:w="65" w:type="dxa"/>
              <w:left w:w="75" w:type="dxa"/>
              <w:bottom w:w="65" w:type="dxa"/>
              <w:right w:w="75" w:type="dxa"/>
            </w:tcMar>
            <w:vAlign w:val="center"/>
          </w:tcPr>
          <w:p w14:paraId="7BE5497D" w14:textId="77777777" w:rsidR="00A83192" w:rsidRPr="000B60F7" w:rsidRDefault="00000000">
            <w:pPr>
              <w:spacing w:after="0" w:line="240" w:lineRule="auto"/>
              <w:rPr>
                <w:rFonts w:cs="Times New Roman"/>
              </w:rPr>
            </w:pPr>
            <w:r w:rsidRPr="000B60F7">
              <w:rPr>
                <w:rFonts w:cs="Times New Roman"/>
                <w:sz w:val="18"/>
              </w:rPr>
              <w:t>Gamma, θ = 4</w:t>
            </w:r>
          </w:p>
        </w:tc>
        <w:tc>
          <w:tcPr>
            <w:tcW w:w="1512" w:type="dxa"/>
            <w:shd w:val="clear" w:color="auto" w:fill="F6F8FA"/>
            <w:tcMar>
              <w:top w:w="65" w:type="dxa"/>
              <w:left w:w="75" w:type="dxa"/>
              <w:bottom w:w="65" w:type="dxa"/>
              <w:right w:w="75" w:type="dxa"/>
            </w:tcMar>
            <w:vAlign w:val="center"/>
          </w:tcPr>
          <w:p w14:paraId="26412856"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6F8FA"/>
            <w:tcMar>
              <w:top w:w="65" w:type="dxa"/>
              <w:left w:w="75" w:type="dxa"/>
              <w:bottom w:w="65" w:type="dxa"/>
              <w:right w:w="75" w:type="dxa"/>
            </w:tcMar>
            <w:vAlign w:val="center"/>
          </w:tcPr>
          <w:p w14:paraId="2CB542AF" w14:textId="77777777" w:rsidR="00A83192" w:rsidRPr="000B60F7" w:rsidRDefault="00000000">
            <w:pPr>
              <w:spacing w:after="0" w:line="240" w:lineRule="auto"/>
              <w:jc w:val="center"/>
              <w:rPr>
                <w:rFonts w:cs="Times New Roman"/>
              </w:rPr>
            </w:pPr>
            <w:r w:rsidRPr="000B60F7">
              <w:rPr>
                <w:rFonts w:cs="Times New Roman"/>
                <w:sz w:val="18"/>
              </w:rPr>
              <w:t>13–24</w:t>
            </w:r>
          </w:p>
        </w:tc>
        <w:tc>
          <w:tcPr>
            <w:tcW w:w="2664" w:type="dxa"/>
            <w:shd w:val="clear" w:color="auto" w:fill="F6F8FA"/>
            <w:tcMar>
              <w:top w:w="65" w:type="dxa"/>
              <w:left w:w="75" w:type="dxa"/>
              <w:bottom w:w="65" w:type="dxa"/>
              <w:right w:w="75" w:type="dxa"/>
            </w:tcMar>
            <w:vAlign w:val="center"/>
          </w:tcPr>
          <w:p w14:paraId="40CC0C70" w14:textId="77777777" w:rsidR="00A83192" w:rsidRPr="000B60F7" w:rsidRDefault="00000000">
            <w:pPr>
              <w:spacing w:after="0" w:line="240" w:lineRule="auto"/>
              <w:jc w:val="center"/>
              <w:rPr>
                <w:rFonts w:cs="Times New Roman"/>
              </w:rPr>
            </w:pPr>
            <w:r w:rsidRPr="000B60F7">
              <w:rPr>
                <w:rFonts w:cs="Times New Roman"/>
                <w:sz w:val="18"/>
              </w:rPr>
              <w:t>1.770 [1.025, 3.054]</w:t>
            </w:r>
          </w:p>
        </w:tc>
        <w:tc>
          <w:tcPr>
            <w:tcW w:w="864" w:type="dxa"/>
            <w:shd w:val="clear" w:color="auto" w:fill="F6F8FA"/>
            <w:tcMar>
              <w:top w:w="65" w:type="dxa"/>
              <w:left w:w="75" w:type="dxa"/>
              <w:bottom w:w="65" w:type="dxa"/>
              <w:right w:w="75" w:type="dxa"/>
            </w:tcMar>
            <w:vAlign w:val="center"/>
          </w:tcPr>
          <w:p w14:paraId="6F060EDC" w14:textId="77777777" w:rsidR="00A83192" w:rsidRPr="000B60F7" w:rsidRDefault="00000000">
            <w:pPr>
              <w:spacing w:after="0" w:line="240" w:lineRule="auto"/>
              <w:jc w:val="center"/>
              <w:rPr>
                <w:rFonts w:cs="Times New Roman"/>
              </w:rPr>
            </w:pPr>
            <w:r w:rsidRPr="000B60F7">
              <w:rPr>
                <w:rFonts w:cs="Times New Roman"/>
                <w:sz w:val="18"/>
              </w:rPr>
              <w:t>0.0404</w:t>
            </w:r>
          </w:p>
        </w:tc>
        <w:tc>
          <w:tcPr>
            <w:tcW w:w="936" w:type="dxa"/>
            <w:shd w:val="clear" w:color="auto" w:fill="F6F8FA"/>
            <w:tcMar>
              <w:top w:w="65" w:type="dxa"/>
              <w:left w:w="75" w:type="dxa"/>
              <w:bottom w:w="65" w:type="dxa"/>
              <w:right w:w="75" w:type="dxa"/>
            </w:tcMar>
            <w:vAlign w:val="center"/>
          </w:tcPr>
          <w:p w14:paraId="5674F685" w14:textId="77777777" w:rsidR="00A83192" w:rsidRPr="000B60F7" w:rsidRDefault="00000000">
            <w:pPr>
              <w:spacing w:after="0" w:line="240" w:lineRule="auto"/>
              <w:jc w:val="center"/>
              <w:rPr>
                <w:rFonts w:cs="Times New Roman"/>
              </w:rPr>
            </w:pPr>
            <w:r w:rsidRPr="000B60F7">
              <w:rPr>
                <w:rFonts w:cs="Times New Roman"/>
                <w:sz w:val="18"/>
              </w:rPr>
              <w:t>0.0807</w:t>
            </w:r>
          </w:p>
        </w:tc>
      </w:tr>
      <w:tr w:rsidR="00A83192" w:rsidRPr="000B60F7" w14:paraId="4EAB6520" w14:textId="77777777">
        <w:trPr>
          <w:cantSplit/>
          <w:jc w:val="center"/>
        </w:trPr>
        <w:tc>
          <w:tcPr>
            <w:tcW w:w="2520" w:type="dxa"/>
            <w:shd w:val="clear" w:color="auto" w:fill="FFFFFF"/>
            <w:tcMar>
              <w:top w:w="65" w:type="dxa"/>
              <w:left w:w="75" w:type="dxa"/>
              <w:bottom w:w="65" w:type="dxa"/>
              <w:right w:w="75" w:type="dxa"/>
            </w:tcMar>
            <w:vAlign w:val="center"/>
          </w:tcPr>
          <w:p w14:paraId="1C65F871" w14:textId="77777777" w:rsidR="00A83192" w:rsidRPr="000B60F7" w:rsidRDefault="00000000">
            <w:pPr>
              <w:spacing w:after="0" w:line="240" w:lineRule="auto"/>
              <w:rPr>
                <w:rFonts w:cs="Times New Roman"/>
              </w:rPr>
            </w:pPr>
            <w:r w:rsidRPr="000B60F7">
              <w:rPr>
                <w:rFonts w:cs="Times New Roman"/>
                <w:sz w:val="18"/>
              </w:rPr>
              <w:t>Gamma, θ = 4</w:t>
            </w:r>
          </w:p>
        </w:tc>
        <w:tc>
          <w:tcPr>
            <w:tcW w:w="1512" w:type="dxa"/>
            <w:shd w:val="clear" w:color="auto" w:fill="FFFFFF"/>
            <w:tcMar>
              <w:top w:w="65" w:type="dxa"/>
              <w:left w:w="75" w:type="dxa"/>
              <w:bottom w:w="65" w:type="dxa"/>
              <w:right w:w="75" w:type="dxa"/>
            </w:tcMar>
            <w:vAlign w:val="center"/>
          </w:tcPr>
          <w:p w14:paraId="0EF8D25B"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FFFFF"/>
            <w:tcMar>
              <w:top w:w="65" w:type="dxa"/>
              <w:left w:w="75" w:type="dxa"/>
              <w:bottom w:w="65" w:type="dxa"/>
              <w:right w:w="75" w:type="dxa"/>
            </w:tcMar>
            <w:vAlign w:val="center"/>
          </w:tcPr>
          <w:p w14:paraId="7AAAB596" w14:textId="77777777" w:rsidR="00A83192" w:rsidRPr="000B60F7" w:rsidRDefault="00000000">
            <w:pPr>
              <w:spacing w:after="0" w:line="240" w:lineRule="auto"/>
              <w:jc w:val="center"/>
              <w:rPr>
                <w:rFonts w:cs="Times New Roman"/>
              </w:rPr>
            </w:pPr>
            <w:r w:rsidRPr="000B60F7">
              <w:rPr>
                <w:rFonts w:cs="Times New Roman"/>
                <w:sz w:val="18"/>
              </w:rPr>
              <w:t>25–36</w:t>
            </w:r>
          </w:p>
        </w:tc>
        <w:tc>
          <w:tcPr>
            <w:tcW w:w="2664" w:type="dxa"/>
            <w:shd w:val="clear" w:color="auto" w:fill="FFFFFF"/>
            <w:tcMar>
              <w:top w:w="65" w:type="dxa"/>
              <w:left w:w="75" w:type="dxa"/>
              <w:bottom w:w="65" w:type="dxa"/>
              <w:right w:w="75" w:type="dxa"/>
            </w:tcMar>
            <w:vAlign w:val="center"/>
          </w:tcPr>
          <w:p w14:paraId="0205351B" w14:textId="77777777" w:rsidR="00A83192" w:rsidRPr="000B60F7" w:rsidRDefault="00000000">
            <w:pPr>
              <w:spacing w:after="0" w:line="240" w:lineRule="auto"/>
              <w:jc w:val="center"/>
              <w:rPr>
                <w:rFonts w:cs="Times New Roman"/>
              </w:rPr>
            </w:pPr>
            <w:r w:rsidRPr="000B60F7">
              <w:rPr>
                <w:rFonts w:cs="Times New Roman"/>
                <w:sz w:val="18"/>
              </w:rPr>
              <w:t>1.267 [0.545, 2.945]</w:t>
            </w:r>
          </w:p>
        </w:tc>
        <w:tc>
          <w:tcPr>
            <w:tcW w:w="864" w:type="dxa"/>
            <w:shd w:val="clear" w:color="auto" w:fill="FFFFFF"/>
            <w:tcMar>
              <w:top w:w="65" w:type="dxa"/>
              <w:left w:w="75" w:type="dxa"/>
              <w:bottom w:w="65" w:type="dxa"/>
              <w:right w:w="75" w:type="dxa"/>
            </w:tcMar>
            <w:vAlign w:val="center"/>
          </w:tcPr>
          <w:p w14:paraId="1CD2F8CB" w14:textId="77777777" w:rsidR="00A83192" w:rsidRPr="000B60F7" w:rsidRDefault="00000000">
            <w:pPr>
              <w:spacing w:after="0" w:line="240" w:lineRule="auto"/>
              <w:jc w:val="center"/>
              <w:rPr>
                <w:rFonts w:cs="Times New Roman"/>
              </w:rPr>
            </w:pPr>
            <w:r w:rsidRPr="000B60F7">
              <w:rPr>
                <w:rFonts w:cs="Times New Roman"/>
                <w:sz w:val="18"/>
              </w:rPr>
              <w:t>0.5817</w:t>
            </w:r>
          </w:p>
        </w:tc>
        <w:tc>
          <w:tcPr>
            <w:tcW w:w="936" w:type="dxa"/>
            <w:shd w:val="clear" w:color="auto" w:fill="FFFFFF"/>
            <w:tcMar>
              <w:top w:w="65" w:type="dxa"/>
              <w:left w:w="75" w:type="dxa"/>
              <w:bottom w:w="65" w:type="dxa"/>
              <w:right w:w="75" w:type="dxa"/>
            </w:tcMar>
            <w:vAlign w:val="center"/>
          </w:tcPr>
          <w:p w14:paraId="649F4F20" w14:textId="77777777" w:rsidR="00A83192" w:rsidRPr="000B60F7" w:rsidRDefault="00000000">
            <w:pPr>
              <w:spacing w:after="0" w:line="240" w:lineRule="auto"/>
              <w:jc w:val="center"/>
              <w:rPr>
                <w:rFonts w:cs="Times New Roman"/>
              </w:rPr>
            </w:pPr>
            <w:r w:rsidRPr="000B60F7">
              <w:rPr>
                <w:rFonts w:cs="Times New Roman"/>
                <w:sz w:val="18"/>
              </w:rPr>
              <w:t>0.7757</w:t>
            </w:r>
          </w:p>
        </w:tc>
      </w:tr>
      <w:tr w:rsidR="00A83192" w:rsidRPr="000B60F7" w14:paraId="0624502D" w14:textId="77777777">
        <w:trPr>
          <w:cantSplit/>
          <w:jc w:val="center"/>
        </w:trPr>
        <w:tc>
          <w:tcPr>
            <w:tcW w:w="2520" w:type="dxa"/>
            <w:shd w:val="clear" w:color="auto" w:fill="F6F8FA"/>
            <w:tcMar>
              <w:top w:w="65" w:type="dxa"/>
              <w:left w:w="75" w:type="dxa"/>
              <w:bottom w:w="65" w:type="dxa"/>
              <w:right w:w="75" w:type="dxa"/>
            </w:tcMar>
            <w:vAlign w:val="center"/>
          </w:tcPr>
          <w:p w14:paraId="2053690C" w14:textId="77777777" w:rsidR="00A83192" w:rsidRPr="000B60F7" w:rsidRDefault="00000000">
            <w:pPr>
              <w:spacing w:after="0" w:line="240" w:lineRule="auto"/>
              <w:rPr>
                <w:rFonts w:cs="Times New Roman"/>
              </w:rPr>
            </w:pPr>
            <w:r w:rsidRPr="000B60F7">
              <w:rPr>
                <w:rFonts w:cs="Times New Roman"/>
                <w:sz w:val="18"/>
              </w:rPr>
              <w:t>Gamma, θ = 4</w:t>
            </w:r>
          </w:p>
        </w:tc>
        <w:tc>
          <w:tcPr>
            <w:tcW w:w="1512" w:type="dxa"/>
            <w:shd w:val="clear" w:color="auto" w:fill="F6F8FA"/>
            <w:tcMar>
              <w:top w:w="65" w:type="dxa"/>
              <w:left w:w="75" w:type="dxa"/>
              <w:bottom w:w="65" w:type="dxa"/>
              <w:right w:w="75" w:type="dxa"/>
            </w:tcMar>
            <w:vAlign w:val="center"/>
          </w:tcPr>
          <w:p w14:paraId="3AF1C4D5"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6F8FA"/>
            <w:tcMar>
              <w:top w:w="65" w:type="dxa"/>
              <w:left w:w="75" w:type="dxa"/>
              <w:bottom w:w="65" w:type="dxa"/>
              <w:right w:w="75" w:type="dxa"/>
            </w:tcMar>
            <w:vAlign w:val="center"/>
          </w:tcPr>
          <w:p w14:paraId="6818E031" w14:textId="77777777" w:rsidR="00A83192" w:rsidRPr="000B60F7" w:rsidRDefault="00000000">
            <w:pPr>
              <w:spacing w:after="0" w:line="240" w:lineRule="auto"/>
              <w:jc w:val="center"/>
              <w:rPr>
                <w:rFonts w:cs="Times New Roman"/>
              </w:rPr>
            </w:pPr>
            <w:r w:rsidRPr="000B60F7">
              <w:rPr>
                <w:rFonts w:cs="Times New Roman"/>
                <w:sz w:val="18"/>
              </w:rPr>
              <w:t>37–60</w:t>
            </w:r>
          </w:p>
        </w:tc>
        <w:tc>
          <w:tcPr>
            <w:tcW w:w="2664" w:type="dxa"/>
            <w:shd w:val="clear" w:color="auto" w:fill="F6F8FA"/>
            <w:tcMar>
              <w:top w:w="65" w:type="dxa"/>
              <w:left w:w="75" w:type="dxa"/>
              <w:bottom w:w="65" w:type="dxa"/>
              <w:right w:w="75" w:type="dxa"/>
            </w:tcMar>
            <w:vAlign w:val="center"/>
          </w:tcPr>
          <w:p w14:paraId="1D5D9636" w14:textId="77777777" w:rsidR="00A83192" w:rsidRPr="000B60F7" w:rsidRDefault="00000000">
            <w:pPr>
              <w:spacing w:after="0" w:line="240" w:lineRule="auto"/>
              <w:jc w:val="center"/>
              <w:rPr>
                <w:rFonts w:cs="Times New Roman"/>
              </w:rPr>
            </w:pPr>
            <w:r w:rsidRPr="000B60F7">
              <w:rPr>
                <w:rFonts w:cs="Times New Roman"/>
                <w:sz w:val="18"/>
              </w:rPr>
              <w:t>1.007 [0.299, 3.390]</w:t>
            </w:r>
          </w:p>
        </w:tc>
        <w:tc>
          <w:tcPr>
            <w:tcW w:w="864" w:type="dxa"/>
            <w:shd w:val="clear" w:color="auto" w:fill="F6F8FA"/>
            <w:tcMar>
              <w:top w:w="65" w:type="dxa"/>
              <w:left w:w="75" w:type="dxa"/>
              <w:bottom w:w="65" w:type="dxa"/>
              <w:right w:w="75" w:type="dxa"/>
            </w:tcMar>
            <w:vAlign w:val="center"/>
          </w:tcPr>
          <w:p w14:paraId="2A586A5D" w14:textId="77777777" w:rsidR="00A83192" w:rsidRPr="000B60F7" w:rsidRDefault="00000000">
            <w:pPr>
              <w:spacing w:after="0" w:line="240" w:lineRule="auto"/>
              <w:jc w:val="center"/>
              <w:rPr>
                <w:rFonts w:cs="Times New Roman"/>
              </w:rPr>
            </w:pPr>
            <w:r w:rsidRPr="000B60F7">
              <w:rPr>
                <w:rFonts w:cs="Times New Roman"/>
                <w:sz w:val="18"/>
              </w:rPr>
              <w:t>0.9904</w:t>
            </w:r>
          </w:p>
        </w:tc>
        <w:tc>
          <w:tcPr>
            <w:tcW w:w="936" w:type="dxa"/>
            <w:shd w:val="clear" w:color="auto" w:fill="F6F8FA"/>
            <w:tcMar>
              <w:top w:w="65" w:type="dxa"/>
              <w:left w:w="75" w:type="dxa"/>
              <w:bottom w:w="65" w:type="dxa"/>
              <w:right w:w="75" w:type="dxa"/>
            </w:tcMar>
            <w:vAlign w:val="center"/>
          </w:tcPr>
          <w:p w14:paraId="1CF535F9" w14:textId="77777777" w:rsidR="00A83192" w:rsidRPr="000B60F7" w:rsidRDefault="00000000">
            <w:pPr>
              <w:spacing w:after="0" w:line="240" w:lineRule="auto"/>
              <w:jc w:val="center"/>
              <w:rPr>
                <w:rFonts w:cs="Times New Roman"/>
              </w:rPr>
            </w:pPr>
            <w:r w:rsidRPr="000B60F7">
              <w:rPr>
                <w:rFonts w:cs="Times New Roman"/>
                <w:sz w:val="18"/>
              </w:rPr>
              <w:t>0.9904</w:t>
            </w:r>
          </w:p>
        </w:tc>
      </w:tr>
      <w:tr w:rsidR="00A83192" w:rsidRPr="000B60F7" w14:paraId="45DEE87A" w14:textId="77777777">
        <w:trPr>
          <w:cantSplit/>
          <w:jc w:val="center"/>
        </w:trPr>
        <w:tc>
          <w:tcPr>
            <w:tcW w:w="2520" w:type="dxa"/>
            <w:shd w:val="clear" w:color="auto" w:fill="FFFFFF"/>
            <w:tcMar>
              <w:top w:w="65" w:type="dxa"/>
              <w:left w:w="75" w:type="dxa"/>
              <w:bottom w:w="65" w:type="dxa"/>
              <w:right w:w="75" w:type="dxa"/>
            </w:tcMar>
            <w:vAlign w:val="center"/>
          </w:tcPr>
          <w:p w14:paraId="3A248319" w14:textId="77777777" w:rsidR="00A83192" w:rsidRPr="000B60F7" w:rsidRDefault="00000000">
            <w:pPr>
              <w:spacing w:after="0" w:line="240" w:lineRule="auto"/>
              <w:rPr>
                <w:rFonts w:cs="Times New Roman"/>
              </w:rPr>
            </w:pPr>
            <w:r w:rsidRPr="000B60F7">
              <w:rPr>
                <w:rFonts w:cs="Times New Roman"/>
                <w:sz w:val="18"/>
              </w:rPr>
              <w:t>Gamma, θ = 4</w:t>
            </w:r>
          </w:p>
        </w:tc>
        <w:tc>
          <w:tcPr>
            <w:tcW w:w="1512" w:type="dxa"/>
            <w:shd w:val="clear" w:color="auto" w:fill="FFFFFF"/>
            <w:tcMar>
              <w:top w:w="65" w:type="dxa"/>
              <w:left w:w="75" w:type="dxa"/>
              <w:bottom w:w="65" w:type="dxa"/>
              <w:right w:w="75" w:type="dxa"/>
            </w:tcMar>
            <w:vAlign w:val="center"/>
          </w:tcPr>
          <w:p w14:paraId="25C62B21"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FFFFF"/>
            <w:tcMar>
              <w:top w:w="65" w:type="dxa"/>
              <w:left w:w="75" w:type="dxa"/>
              <w:bottom w:w="65" w:type="dxa"/>
              <w:right w:w="75" w:type="dxa"/>
            </w:tcMar>
            <w:vAlign w:val="center"/>
          </w:tcPr>
          <w:p w14:paraId="3E714AAF" w14:textId="77777777" w:rsidR="00A83192" w:rsidRPr="000B60F7" w:rsidRDefault="00000000">
            <w:pPr>
              <w:spacing w:after="0" w:line="240" w:lineRule="auto"/>
              <w:jc w:val="center"/>
              <w:rPr>
                <w:rFonts w:cs="Times New Roman"/>
              </w:rPr>
            </w:pPr>
            <w:r w:rsidRPr="000B60F7">
              <w:rPr>
                <w:rFonts w:cs="Times New Roman"/>
                <w:sz w:val="18"/>
              </w:rPr>
              <w:t>1–12</w:t>
            </w:r>
          </w:p>
        </w:tc>
        <w:tc>
          <w:tcPr>
            <w:tcW w:w="2664" w:type="dxa"/>
            <w:shd w:val="clear" w:color="auto" w:fill="FFFFFF"/>
            <w:tcMar>
              <w:top w:w="65" w:type="dxa"/>
              <w:left w:w="75" w:type="dxa"/>
              <w:bottom w:w="65" w:type="dxa"/>
              <w:right w:w="75" w:type="dxa"/>
            </w:tcMar>
            <w:vAlign w:val="center"/>
          </w:tcPr>
          <w:p w14:paraId="1B4AF02C" w14:textId="77777777" w:rsidR="00A83192" w:rsidRPr="000B60F7" w:rsidRDefault="00000000">
            <w:pPr>
              <w:spacing w:after="0" w:line="240" w:lineRule="auto"/>
              <w:jc w:val="center"/>
              <w:rPr>
                <w:rFonts w:cs="Times New Roman"/>
              </w:rPr>
            </w:pPr>
            <w:r w:rsidRPr="000B60F7">
              <w:rPr>
                <w:rFonts w:cs="Times New Roman"/>
                <w:sz w:val="18"/>
              </w:rPr>
              <w:t>0.378 [0.184, 0.775]</w:t>
            </w:r>
          </w:p>
        </w:tc>
        <w:tc>
          <w:tcPr>
            <w:tcW w:w="864" w:type="dxa"/>
            <w:shd w:val="clear" w:color="auto" w:fill="FFFFFF"/>
            <w:tcMar>
              <w:top w:w="65" w:type="dxa"/>
              <w:left w:w="75" w:type="dxa"/>
              <w:bottom w:w="65" w:type="dxa"/>
              <w:right w:w="75" w:type="dxa"/>
            </w:tcMar>
            <w:vAlign w:val="center"/>
          </w:tcPr>
          <w:p w14:paraId="24EC7E3C" w14:textId="77777777" w:rsidR="00A83192" w:rsidRPr="000B60F7" w:rsidRDefault="00000000">
            <w:pPr>
              <w:spacing w:after="0" w:line="240" w:lineRule="auto"/>
              <w:jc w:val="center"/>
              <w:rPr>
                <w:rFonts w:cs="Times New Roman"/>
              </w:rPr>
            </w:pPr>
            <w:r w:rsidRPr="000B60F7">
              <w:rPr>
                <w:rFonts w:cs="Times New Roman"/>
                <w:sz w:val="18"/>
              </w:rPr>
              <w:t>0.0081</w:t>
            </w:r>
          </w:p>
        </w:tc>
        <w:tc>
          <w:tcPr>
            <w:tcW w:w="936" w:type="dxa"/>
            <w:shd w:val="clear" w:color="auto" w:fill="FFFFFF"/>
            <w:tcMar>
              <w:top w:w="65" w:type="dxa"/>
              <w:left w:w="75" w:type="dxa"/>
              <w:bottom w:w="65" w:type="dxa"/>
              <w:right w:w="75" w:type="dxa"/>
            </w:tcMar>
            <w:vAlign w:val="center"/>
          </w:tcPr>
          <w:p w14:paraId="1FB38AC2" w14:textId="77777777" w:rsidR="00A83192" w:rsidRPr="000B60F7" w:rsidRDefault="00000000">
            <w:pPr>
              <w:spacing w:after="0" w:line="240" w:lineRule="auto"/>
              <w:jc w:val="center"/>
              <w:rPr>
                <w:rFonts w:cs="Times New Roman"/>
              </w:rPr>
            </w:pPr>
            <w:r w:rsidRPr="000B60F7">
              <w:rPr>
                <w:rFonts w:cs="Times New Roman"/>
                <w:sz w:val="18"/>
              </w:rPr>
              <w:t>0.0323</w:t>
            </w:r>
          </w:p>
        </w:tc>
      </w:tr>
      <w:tr w:rsidR="00A83192" w:rsidRPr="000B60F7" w14:paraId="7A3B3AE1" w14:textId="77777777">
        <w:trPr>
          <w:cantSplit/>
          <w:jc w:val="center"/>
        </w:trPr>
        <w:tc>
          <w:tcPr>
            <w:tcW w:w="2520" w:type="dxa"/>
            <w:shd w:val="clear" w:color="auto" w:fill="F6F8FA"/>
            <w:tcMar>
              <w:top w:w="65" w:type="dxa"/>
              <w:left w:w="75" w:type="dxa"/>
              <w:bottom w:w="65" w:type="dxa"/>
              <w:right w:w="75" w:type="dxa"/>
            </w:tcMar>
            <w:vAlign w:val="center"/>
          </w:tcPr>
          <w:p w14:paraId="13896C69" w14:textId="77777777" w:rsidR="00A83192" w:rsidRPr="000B60F7" w:rsidRDefault="00000000">
            <w:pPr>
              <w:spacing w:after="0" w:line="240" w:lineRule="auto"/>
              <w:rPr>
                <w:rFonts w:cs="Times New Roman"/>
              </w:rPr>
            </w:pPr>
            <w:r w:rsidRPr="000B60F7">
              <w:rPr>
                <w:rFonts w:cs="Times New Roman"/>
                <w:sz w:val="18"/>
              </w:rPr>
              <w:t>Gamma, θ = 4</w:t>
            </w:r>
          </w:p>
        </w:tc>
        <w:tc>
          <w:tcPr>
            <w:tcW w:w="1512" w:type="dxa"/>
            <w:shd w:val="clear" w:color="auto" w:fill="F6F8FA"/>
            <w:tcMar>
              <w:top w:w="65" w:type="dxa"/>
              <w:left w:w="75" w:type="dxa"/>
              <w:bottom w:w="65" w:type="dxa"/>
              <w:right w:w="75" w:type="dxa"/>
            </w:tcMar>
            <w:vAlign w:val="center"/>
          </w:tcPr>
          <w:p w14:paraId="1A10B4B0"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6F8FA"/>
            <w:tcMar>
              <w:top w:w="65" w:type="dxa"/>
              <w:left w:w="75" w:type="dxa"/>
              <w:bottom w:w="65" w:type="dxa"/>
              <w:right w:w="75" w:type="dxa"/>
            </w:tcMar>
            <w:vAlign w:val="center"/>
          </w:tcPr>
          <w:p w14:paraId="0DF094CA" w14:textId="77777777" w:rsidR="00A83192" w:rsidRPr="000B60F7" w:rsidRDefault="00000000">
            <w:pPr>
              <w:spacing w:after="0" w:line="240" w:lineRule="auto"/>
              <w:jc w:val="center"/>
              <w:rPr>
                <w:rFonts w:cs="Times New Roman"/>
              </w:rPr>
            </w:pPr>
            <w:r w:rsidRPr="000B60F7">
              <w:rPr>
                <w:rFonts w:cs="Times New Roman"/>
                <w:sz w:val="18"/>
              </w:rPr>
              <w:t>13–24</w:t>
            </w:r>
          </w:p>
        </w:tc>
        <w:tc>
          <w:tcPr>
            <w:tcW w:w="2664" w:type="dxa"/>
            <w:shd w:val="clear" w:color="auto" w:fill="F6F8FA"/>
            <w:tcMar>
              <w:top w:w="65" w:type="dxa"/>
              <w:left w:w="75" w:type="dxa"/>
              <w:bottom w:w="65" w:type="dxa"/>
              <w:right w:w="75" w:type="dxa"/>
            </w:tcMar>
            <w:vAlign w:val="center"/>
          </w:tcPr>
          <w:p w14:paraId="6188BC7B" w14:textId="77777777" w:rsidR="00A83192" w:rsidRPr="000B60F7" w:rsidRDefault="00000000">
            <w:pPr>
              <w:spacing w:after="0" w:line="240" w:lineRule="auto"/>
              <w:jc w:val="center"/>
              <w:rPr>
                <w:rFonts w:cs="Times New Roman"/>
              </w:rPr>
            </w:pPr>
            <w:r w:rsidRPr="000B60F7">
              <w:rPr>
                <w:rFonts w:cs="Times New Roman"/>
                <w:sz w:val="18"/>
              </w:rPr>
              <w:t>0.480 [0.226, 1.016]</w:t>
            </w:r>
          </w:p>
        </w:tc>
        <w:tc>
          <w:tcPr>
            <w:tcW w:w="864" w:type="dxa"/>
            <w:shd w:val="clear" w:color="auto" w:fill="F6F8FA"/>
            <w:tcMar>
              <w:top w:w="65" w:type="dxa"/>
              <w:left w:w="75" w:type="dxa"/>
              <w:bottom w:w="65" w:type="dxa"/>
              <w:right w:w="75" w:type="dxa"/>
            </w:tcMar>
            <w:vAlign w:val="center"/>
          </w:tcPr>
          <w:p w14:paraId="55B3B63D" w14:textId="77777777" w:rsidR="00A83192" w:rsidRPr="000B60F7" w:rsidRDefault="00000000">
            <w:pPr>
              <w:spacing w:after="0" w:line="240" w:lineRule="auto"/>
              <w:jc w:val="center"/>
              <w:rPr>
                <w:rFonts w:cs="Times New Roman"/>
              </w:rPr>
            </w:pPr>
            <w:r w:rsidRPr="000B60F7">
              <w:rPr>
                <w:rFonts w:cs="Times New Roman"/>
                <w:sz w:val="18"/>
              </w:rPr>
              <w:t>0.0549</w:t>
            </w:r>
          </w:p>
        </w:tc>
        <w:tc>
          <w:tcPr>
            <w:tcW w:w="936" w:type="dxa"/>
            <w:shd w:val="clear" w:color="auto" w:fill="F6F8FA"/>
            <w:tcMar>
              <w:top w:w="65" w:type="dxa"/>
              <w:left w:w="75" w:type="dxa"/>
              <w:bottom w:w="65" w:type="dxa"/>
              <w:right w:w="75" w:type="dxa"/>
            </w:tcMar>
            <w:vAlign w:val="center"/>
          </w:tcPr>
          <w:p w14:paraId="6A633027" w14:textId="77777777" w:rsidR="00A83192" w:rsidRPr="000B60F7" w:rsidRDefault="00000000">
            <w:pPr>
              <w:spacing w:after="0" w:line="240" w:lineRule="auto"/>
              <w:jc w:val="center"/>
              <w:rPr>
                <w:rFonts w:cs="Times New Roman"/>
              </w:rPr>
            </w:pPr>
            <w:r w:rsidRPr="000B60F7">
              <w:rPr>
                <w:rFonts w:cs="Times New Roman"/>
                <w:sz w:val="18"/>
              </w:rPr>
              <w:t>0.1098</w:t>
            </w:r>
          </w:p>
        </w:tc>
      </w:tr>
      <w:tr w:rsidR="00A83192" w:rsidRPr="000B60F7" w14:paraId="5C695DED" w14:textId="77777777">
        <w:trPr>
          <w:cantSplit/>
          <w:jc w:val="center"/>
        </w:trPr>
        <w:tc>
          <w:tcPr>
            <w:tcW w:w="2520" w:type="dxa"/>
            <w:shd w:val="clear" w:color="auto" w:fill="FFFFFF"/>
            <w:tcMar>
              <w:top w:w="65" w:type="dxa"/>
              <w:left w:w="75" w:type="dxa"/>
              <w:bottom w:w="65" w:type="dxa"/>
              <w:right w:w="75" w:type="dxa"/>
            </w:tcMar>
            <w:vAlign w:val="center"/>
          </w:tcPr>
          <w:p w14:paraId="4D4ECD76" w14:textId="77777777" w:rsidR="00A83192" w:rsidRPr="000B60F7" w:rsidRDefault="00000000">
            <w:pPr>
              <w:spacing w:after="0" w:line="240" w:lineRule="auto"/>
              <w:rPr>
                <w:rFonts w:cs="Times New Roman"/>
              </w:rPr>
            </w:pPr>
            <w:r w:rsidRPr="000B60F7">
              <w:rPr>
                <w:rFonts w:cs="Times New Roman"/>
                <w:sz w:val="18"/>
              </w:rPr>
              <w:t>Gamma, θ = 4</w:t>
            </w:r>
          </w:p>
        </w:tc>
        <w:tc>
          <w:tcPr>
            <w:tcW w:w="1512" w:type="dxa"/>
            <w:shd w:val="clear" w:color="auto" w:fill="FFFFFF"/>
            <w:tcMar>
              <w:top w:w="65" w:type="dxa"/>
              <w:left w:w="75" w:type="dxa"/>
              <w:bottom w:w="65" w:type="dxa"/>
              <w:right w:w="75" w:type="dxa"/>
            </w:tcMar>
            <w:vAlign w:val="center"/>
          </w:tcPr>
          <w:p w14:paraId="632D0E4B"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FFFFF"/>
            <w:tcMar>
              <w:top w:w="65" w:type="dxa"/>
              <w:left w:w="75" w:type="dxa"/>
              <w:bottom w:w="65" w:type="dxa"/>
              <w:right w:w="75" w:type="dxa"/>
            </w:tcMar>
            <w:vAlign w:val="center"/>
          </w:tcPr>
          <w:p w14:paraId="528A38B3" w14:textId="77777777" w:rsidR="00A83192" w:rsidRPr="000B60F7" w:rsidRDefault="00000000">
            <w:pPr>
              <w:spacing w:after="0" w:line="240" w:lineRule="auto"/>
              <w:jc w:val="center"/>
              <w:rPr>
                <w:rFonts w:cs="Times New Roman"/>
              </w:rPr>
            </w:pPr>
            <w:r w:rsidRPr="000B60F7">
              <w:rPr>
                <w:rFonts w:cs="Times New Roman"/>
                <w:sz w:val="18"/>
              </w:rPr>
              <w:t>25–36</w:t>
            </w:r>
          </w:p>
        </w:tc>
        <w:tc>
          <w:tcPr>
            <w:tcW w:w="2664" w:type="dxa"/>
            <w:shd w:val="clear" w:color="auto" w:fill="FFFFFF"/>
            <w:tcMar>
              <w:top w:w="65" w:type="dxa"/>
              <w:left w:w="75" w:type="dxa"/>
              <w:bottom w:w="65" w:type="dxa"/>
              <w:right w:w="75" w:type="dxa"/>
            </w:tcMar>
            <w:vAlign w:val="center"/>
          </w:tcPr>
          <w:p w14:paraId="1BAE029F" w14:textId="77777777" w:rsidR="00A83192" w:rsidRPr="000B60F7" w:rsidRDefault="00000000">
            <w:pPr>
              <w:spacing w:after="0" w:line="240" w:lineRule="auto"/>
              <w:jc w:val="center"/>
              <w:rPr>
                <w:rFonts w:cs="Times New Roman"/>
              </w:rPr>
            </w:pPr>
            <w:r w:rsidRPr="000B60F7">
              <w:rPr>
                <w:rFonts w:cs="Times New Roman"/>
                <w:sz w:val="18"/>
              </w:rPr>
              <w:t>1.500 [0.514, 4.374]</w:t>
            </w:r>
          </w:p>
        </w:tc>
        <w:tc>
          <w:tcPr>
            <w:tcW w:w="864" w:type="dxa"/>
            <w:shd w:val="clear" w:color="auto" w:fill="FFFFFF"/>
            <w:tcMar>
              <w:top w:w="65" w:type="dxa"/>
              <w:left w:w="75" w:type="dxa"/>
              <w:bottom w:w="65" w:type="dxa"/>
              <w:right w:w="75" w:type="dxa"/>
            </w:tcMar>
            <w:vAlign w:val="center"/>
          </w:tcPr>
          <w:p w14:paraId="7DA74E32" w14:textId="77777777" w:rsidR="00A83192" w:rsidRPr="000B60F7" w:rsidRDefault="00000000">
            <w:pPr>
              <w:spacing w:after="0" w:line="240" w:lineRule="auto"/>
              <w:jc w:val="center"/>
              <w:rPr>
                <w:rFonts w:cs="Times New Roman"/>
              </w:rPr>
            </w:pPr>
            <w:r w:rsidRPr="000B60F7">
              <w:rPr>
                <w:rFonts w:cs="Times New Roman"/>
                <w:sz w:val="18"/>
              </w:rPr>
              <w:t>0.4574</w:t>
            </w:r>
          </w:p>
        </w:tc>
        <w:tc>
          <w:tcPr>
            <w:tcW w:w="936" w:type="dxa"/>
            <w:shd w:val="clear" w:color="auto" w:fill="FFFFFF"/>
            <w:tcMar>
              <w:top w:w="65" w:type="dxa"/>
              <w:left w:w="75" w:type="dxa"/>
              <w:bottom w:w="65" w:type="dxa"/>
              <w:right w:w="75" w:type="dxa"/>
            </w:tcMar>
            <w:vAlign w:val="center"/>
          </w:tcPr>
          <w:p w14:paraId="166FDC76" w14:textId="77777777" w:rsidR="00A83192" w:rsidRPr="000B60F7" w:rsidRDefault="00000000">
            <w:pPr>
              <w:spacing w:after="0" w:line="240" w:lineRule="auto"/>
              <w:jc w:val="center"/>
              <w:rPr>
                <w:rFonts w:cs="Times New Roman"/>
              </w:rPr>
            </w:pPr>
            <w:r w:rsidRPr="000B60F7">
              <w:rPr>
                <w:rFonts w:cs="Times New Roman"/>
                <w:sz w:val="18"/>
              </w:rPr>
              <w:t>0.4574</w:t>
            </w:r>
          </w:p>
        </w:tc>
      </w:tr>
      <w:tr w:rsidR="00A83192" w:rsidRPr="000B60F7" w14:paraId="2E7D42A2" w14:textId="77777777">
        <w:trPr>
          <w:cantSplit/>
          <w:jc w:val="center"/>
        </w:trPr>
        <w:tc>
          <w:tcPr>
            <w:tcW w:w="2520" w:type="dxa"/>
            <w:shd w:val="clear" w:color="auto" w:fill="F6F8FA"/>
            <w:tcMar>
              <w:top w:w="65" w:type="dxa"/>
              <w:left w:w="75" w:type="dxa"/>
              <w:bottom w:w="65" w:type="dxa"/>
              <w:right w:w="75" w:type="dxa"/>
            </w:tcMar>
            <w:vAlign w:val="center"/>
          </w:tcPr>
          <w:p w14:paraId="51453CBD" w14:textId="77777777" w:rsidR="00A83192" w:rsidRPr="000B60F7" w:rsidRDefault="00000000">
            <w:pPr>
              <w:spacing w:after="0" w:line="240" w:lineRule="auto"/>
              <w:rPr>
                <w:rFonts w:cs="Times New Roman"/>
              </w:rPr>
            </w:pPr>
            <w:r w:rsidRPr="000B60F7">
              <w:rPr>
                <w:rFonts w:cs="Times New Roman"/>
                <w:sz w:val="18"/>
              </w:rPr>
              <w:t>Gamma, θ = 4</w:t>
            </w:r>
          </w:p>
        </w:tc>
        <w:tc>
          <w:tcPr>
            <w:tcW w:w="1512" w:type="dxa"/>
            <w:shd w:val="clear" w:color="auto" w:fill="F6F8FA"/>
            <w:tcMar>
              <w:top w:w="65" w:type="dxa"/>
              <w:left w:w="75" w:type="dxa"/>
              <w:bottom w:w="65" w:type="dxa"/>
              <w:right w:w="75" w:type="dxa"/>
            </w:tcMar>
            <w:vAlign w:val="center"/>
          </w:tcPr>
          <w:p w14:paraId="68381139"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6F8FA"/>
            <w:tcMar>
              <w:top w:w="65" w:type="dxa"/>
              <w:left w:w="75" w:type="dxa"/>
              <w:bottom w:w="65" w:type="dxa"/>
              <w:right w:w="75" w:type="dxa"/>
            </w:tcMar>
            <w:vAlign w:val="center"/>
          </w:tcPr>
          <w:p w14:paraId="49F9AD7E" w14:textId="77777777" w:rsidR="00A83192" w:rsidRPr="000B60F7" w:rsidRDefault="00000000">
            <w:pPr>
              <w:spacing w:after="0" w:line="240" w:lineRule="auto"/>
              <w:jc w:val="center"/>
              <w:rPr>
                <w:rFonts w:cs="Times New Roman"/>
              </w:rPr>
            </w:pPr>
            <w:r w:rsidRPr="000B60F7">
              <w:rPr>
                <w:rFonts w:cs="Times New Roman"/>
                <w:sz w:val="18"/>
              </w:rPr>
              <w:t>37–60</w:t>
            </w:r>
          </w:p>
        </w:tc>
        <w:tc>
          <w:tcPr>
            <w:tcW w:w="2664" w:type="dxa"/>
            <w:shd w:val="clear" w:color="auto" w:fill="F6F8FA"/>
            <w:tcMar>
              <w:top w:w="65" w:type="dxa"/>
              <w:left w:w="75" w:type="dxa"/>
              <w:bottom w:w="65" w:type="dxa"/>
              <w:right w:w="75" w:type="dxa"/>
            </w:tcMar>
            <w:vAlign w:val="center"/>
          </w:tcPr>
          <w:p w14:paraId="0A81A94C" w14:textId="77777777" w:rsidR="00A83192" w:rsidRPr="000B60F7" w:rsidRDefault="00000000">
            <w:pPr>
              <w:spacing w:after="0" w:line="240" w:lineRule="auto"/>
              <w:jc w:val="center"/>
              <w:rPr>
                <w:rFonts w:cs="Times New Roman"/>
              </w:rPr>
            </w:pPr>
            <w:r w:rsidRPr="000B60F7">
              <w:rPr>
                <w:rFonts w:cs="Times New Roman"/>
                <w:sz w:val="18"/>
              </w:rPr>
              <w:t>3.934 [0.764, 20.267]</w:t>
            </w:r>
          </w:p>
        </w:tc>
        <w:tc>
          <w:tcPr>
            <w:tcW w:w="864" w:type="dxa"/>
            <w:shd w:val="clear" w:color="auto" w:fill="F6F8FA"/>
            <w:tcMar>
              <w:top w:w="65" w:type="dxa"/>
              <w:left w:w="75" w:type="dxa"/>
              <w:bottom w:w="65" w:type="dxa"/>
              <w:right w:w="75" w:type="dxa"/>
            </w:tcMar>
            <w:vAlign w:val="center"/>
          </w:tcPr>
          <w:p w14:paraId="2B487904" w14:textId="77777777" w:rsidR="00A83192" w:rsidRPr="000B60F7" w:rsidRDefault="00000000">
            <w:pPr>
              <w:spacing w:after="0" w:line="240" w:lineRule="auto"/>
              <w:jc w:val="center"/>
              <w:rPr>
                <w:rFonts w:cs="Times New Roman"/>
              </w:rPr>
            </w:pPr>
            <w:r w:rsidRPr="000B60F7">
              <w:rPr>
                <w:rFonts w:cs="Times New Roman"/>
                <w:sz w:val="18"/>
              </w:rPr>
              <w:t>0.1014</w:t>
            </w:r>
          </w:p>
        </w:tc>
        <w:tc>
          <w:tcPr>
            <w:tcW w:w="936" w:type="dxa"/>
            <w:shd w:val="clear" w:color="auto" w:fill="F6F8FA"/>
            <w:tcMar>
              <w:top w:w="65" w:type="dxa"/>
              <w:left w:w="75" w:type="dxa"/>
              <w:bottom w:w="65" w:type="dxa"/>
              <w:right w:w="75" w:type="dxa"/>
            </w:tcMar>
            <w:vAlign w:val="center"/>
          </w:tcPr>
          <w:p w14:paraId="16574EF8" w14:textId="77777777" w:rsidR="00A83192" w:rsidRPr="000B60F7" w:rsidRDefault="00000000">
            <w:pPr>
              <w:spacing w:after="0" w:line="240" w:lineRule="auto"/>
              <w:jc w:val="center"/>
              <w:rPr>
                <w:rFonts w:cs="Times New Roman"/>
              </w:rPr>
            </w:pPr>
            <w:r w:rsidRPr="000B60F7">
              <w:rPr>
                <w:rFonts w:cs="Times New Roman"/>
                <w:sz w:val="18"/>
              </w:rPr>
              <w:t>0.1351</w:t>
            </w:r>
          </w:p>
        </w:tc>
      </w:tr>
      <w:tr w:rsidR="00A83192" w:rsidRPr="000B60F7" w14:paraId="676E3BED" w14:textId="77777777">
        <w:trPr>
          <w:cantSplit/>
          <w:jc w:val="center"/>
        </w:trPr>
        <w:tc>
          <w:tcPr>
            <w:tcW w:w="2520" w:type="dxa"/>
            <w:shd w:val="clear" w:color="auto" w:fill="FFFFFF"/>
            <w:tcMar>
              <w:top w:w="65" w:type="dxa"/>
              <w:left w:w="75" w:type="dxa"/>
              <w:bottom w:w="65" w:type="dxa"/>
              <w:right w:w="75" w:type="dxa"/>
            </w:tcMar>
            <w:vAlign w:val="center"/>
          </w:tcPr>
          <w:p w14:paraId="1671FFB8" w14:textId="77777777" w:rsidR="00A83192" w:rsidRPr="000B60F7" w:rsidRDefault="00000000">
            <w:pPr>
              <w:spacing w:after="0" w:line="240" w:lineRule="auto"/>
              <w:rPr>
                <w:rFonts w:cs="Times New Roman"/>
              </w:rPr>
            </w:pPr>
            <w:r w:rsidRPr="000B60F7">
              <w:rPr>
                <w:rFonts w:cs="Times New Roman"/>
                <w:sz w:val="18"/>
              </w:rPr>
              <w:t>Mixture model, origin 90%</w:t>
            </w:r>
          </w:p>
        </w:tc>
        <w:tc>
          <w:tcPr>
            <w:tcW w:w="1512" w:type="dxa"/>
            <w:shd w:val="clear" w:color="auto" w:fill="FFFFFF"/>
            <w:tcMar>
              <w:top w:w="65" w:type="dxa"/>
              <w:left w:w="75" w:type="dxa"/>
              <w:bottom w:w="65" w:type="dxa"/>
              <w:right w:w="75" w:type="dxa"/>
            </w:tcMar>
            <w:vAlign w:val="center"/>
          </w:tcPr>
          <w:p w14:paraId="2E6BF888"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FFFFF"/>
            <w:tcMar>
              <w:top w:w="65" w:type="dxa"/>
              <w:left w:w="75" w:type="dxa"/>
              <w:bottom w:w="65" w:type="dxa"/>
              <w:right w:w="75" w:type="dxa"/>
            </w:tcMar>
            <w:vAlign w:val="center"/>
          </w:tcPr>
          <w:p w14:paraId="7F2A4634" w14:textId="77777777" w:rsidR="00A83192" w:rsidRPr="000B60F7" w:rsidRDefault="00000000">
            <w:pPr>
              <w:spacing w:after="0" w:line="240" w:lineRule="auto"/>
              <w:jc w:val="center"/>
              <w:rPr>
                <w:rFonts w:cs="Times New Roman"/>
              </w:rPr>
            </w:pPr>
            <w:r w:rsidRPr="000B60F7">
              <w:rPr>
                <w:rFonts w:cs="Times New Roman"/>
                <w:sz w:val="18"/>
              </w:rPr>
              <w:t>1–12</w:t>
            </w:r>
          </w:p>
        </w:tc>
        <w:tc>
          <w:tcPr>
            <w:tcW w:w="2664" w:type="dxa"/>
            <w:shd w:val="clear" w:color="auto" w:fill="FFFFFF"/>
            <w:tcMar>
              <w:top w:w="65" w:type="dxa"/>
              <w:left w:w="75" w:type="dxa"/>
              <w:bottom w:w="65" w:type="dxa"/>
              <w:right w:w="75" w:type="dxa"/>
            </w:tcMar>
            <w:vAlign w:val="center"/>
          </w:tcPr>
          <w:p w14:paraId="13D44010" w14:textId="77777777" w:rsidR="00A83192" w:rsidRPr="000B60F7" w:rsidRDefault="00000000">
            <w:pPr>
              <w:spacing w:after="0" w:line="240" w:lineRule="auto"/>
              <w:jc w:val="center"/>
              <w:rPr>
                <w:rFonts w:cs="Times New Roman"/>
              </w:rPr>
            </w:pPr>
            <w:r w:rsidRPr="000B60F7">
              <w:rPr>
                <w:rFonts w:cs="Times New Roman"/>
                <w:sz w:val="18"/>
              </w:rPr>
              <w:t>0.797 [0.623, 1.020]</w:t>
            </w:r>
          </w:p>
        </w:tc>
        <w:tc>
          <w:tcPr>
            <w:tcW w:w="864" w:type="dxa"/>
            <w:shd w:val="clear" w:color="auto" w:fill="FFFFFF"/>
            <w:tcMar>
              <w:top w:w="65" w:type="dxa"/>
              <w:left w:w="75" w:type="dxa"/>
              <w:bottom w:w="65" w:type="dxa"/>
              <w:right w:w="75" w:type="dxa"/>
            </w:tcMar>
            <w:vAlign w:val="center"/>
          </w:tcPr>
          <w:p w14:paraId="50AA735D" w14:textId="77777777" w:rsidR="00A83192" w:rsidRPr="000B60F7" w:rsidRDefault="00000000">
            <w:pPr>
              <w:spacing w:after="0" w:line="240" w:lineRule="auto"/>
              <w:jc w:val="center"/>
              <w:rPr>
                <w:rFonts w:cs="Times New Roman"/>
              </w:rPr>
            </w:pPr>
            <w:r w:rsidRPr="000B60F7">
              <w:rPr>
                <w:rFonts w:cs="Times New Roman"/>
                <w:sz w:val="18"/>
              </w:rPr>
              <w:t>0.0718</w:t>
            </w:r>
          </w:p>
        </w:tc>
        <w:tc>
          <w:tcPr>
            <w:tcW w:w="936" w:type="dxa"/>
            <w:shd w:val="clear" w:color="auto" w:fill="FFFFFF"/>
            <w:tcMar>
              <w:top w:w="65" w:type="dxa"/>
              <w:left w:w="75" w:type="dxa"/>
              <w:bottom w:w="65" w:type="dxa"/>
              <w:right w:w="75" w:type="dxa"/>
            </w:tcMar>
            <w:vAlign w:val="center"/>
          </w:tcPr>
          <w:p w14:paraId="3618908D" w14:textId="77777777" w:rsidR="00A83192" w:rsidRPr="000B60F7" w:rsidRDefault="00000000">
            <w:pPr>
              <w:spacing w:after="0" w:line="240" w:lineRule="auto"/>
              <w:jc w:val="center"/>
              <w:rPr>
                <w:rFonts w:cs="Times New Roman"/>
              </w:rPr>
            </w:pPr>
            <w:r w:rsidRPr="000B60F7">
              <w:rPr>
                <w:rFonts w:cs="Times New Roman"/>
                <w:sz w:val="18"/>
              </w:rPr>
              <w:t>0.0958</w:t>
            </w:r>
          </w:p>
        </w:tc>
      </w:tr>
      <w:tr w:rsidR="00A83192" w:rsidRPr="000B60F7" w14:paraId="3CC7D341" w14:textId="77777777">
        <w:trPr>
          <w:cantSplit/>
          <w:jc w:val="center"/>
        </w:trPr>
        <w:tc>
          <w:tcPr>
            <w:tcW w:w="2520" w:type="dxa"/>
            <w:shd w:val="clear" w:color="auto" w:fill="F6F8FA"/>
            <w:tcMar>
              <w:top w:w="65" w:type="dxa"/>
              <w:left w:w="75" w:type="dxa"/>
              <w:bottom w:w="65" w:type="dxa"/>
              <w:right w:w="75" w:type="dxa"/>
            </w:tcMar>
            <w:vAlign w:val="center"/>
          </w:tcPr>
          <w:p w14:paraId="0AFDD09D" w14:textId="77777777" w:rsidR="00A83192" w:rsidRPr="000B60F7" w:rsidRDefault="00000000">
            <w:pPr>
              <w:spacing w:after="0" w:line="240" w:lineRule="auto"/>
              <w:rPr>
                <w:rFonts w:cs="Times New Roman"/>
              </w:rPr>
            </w:pPr>
            <w:r w:rsidRPr="000B60F7">
              <w:rPr>
                <w:rFonts w:cs="Times New Roman"/>
                <w:sz w:val="18"/>
              </w:rPr>
              <w:t>Mixture model, origin 90%</w:t>
            </w:r>
          </w:p>
        </w:tc>
        <w:tc>
          <w:tcPr>
            <w:tcW w:w="1512" w:type="dxa"/>
            <w:shd w:val="clear" w:color="auto" w:fill="F6F8FA"/>
            <w:tcMar>
              <w:top w:w="65" w:type="dxa"/>
              <w:left w:w="75" w:type="dxa"/>
              <w:bottom w:w="65" w:type="dxa"/>
              <w:right w:w="75" w:type="dxa"/>
            </w:tcMar>
            <w:vAlign w:val="center"/>
          </w:tcPr>
          <w:p w14:paraId="4638BE86"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6F8FA"/>
            <w:tcMar>
              <w:top w:w="65" w:type="dxa"/>
              <w:left w:w="75" w:type="dxa"/>
              <w:bottom w:w="65" w:type="dxa"/>
              <w:right w:w="75" w:type="dxa"/>
            </w:tcMar>
            <w:vAlign w:val="center"/>
          </w:tcPr>
          <w:p w14:paraId="09F1E9F5" w14:textId="77777777" w:rsidR="00A83192" w:rsidRPr="000B60F7" w:rsidRDefault="00000000">
            <w:pPr>
              <w:spacing w:after="0" w:line="240" w:lineRule="auto"/>
              <w:jc w:val="center"/>
              <w:rPr>
                <w:rFonts w:cs="Times New Roman"/>
              </w:rPr>
            </w:pPr>
            <w:r w:rsidRPr="000B60F7">
              <w:rPr>
                <w:rFonts w:cs="Times New Roman"/>
                <w:sz w:val="18"/>
              </w:rPr>
              <w:t>13–24</w:t>
            </w:r>
          </w:p>
        </w:tc>
        <w:tc>
          <w:tcPr>
            <w:tcW w:w="2664" w:type="dxa"/>
            <w:shd w:val="clear" w:color="auto" w:fill="F6F8FA"/>
            <w:tcMar>
              <w:top w:w="65" w:type="dxa"/>
              <w:left w:w="75" w:type="dxa"/>
              <w:bottom w:w="65" w:type="dxa"/>
              <w:right w:w="75" w:type="dxa"/>
            </w:tcMar>
            <w:vAlign w:val="center"/>
          </w:tcPr>
          <w:p w14:paraId="20A9163A" w14:textId="77777777" w:rsidR="00A83192" w:rsidRPr="000B60F7" w:rsidRDefault="00000000">
            <w:pPr>
              <w:spacing w:after="0" w:line="240" w:lineRule="auto"/>
              <w:jc w:val="center"/>
              <w:rPr>
                <w:rFonts w:cs="Times New Roman"/>
              </w:rPr>
            </w:pPr>
            <w:r w:rsidRPr="000B60F7">
              <w:rPr>
                <w:rFonts w:cs="Times New Roman"/>
                <w:sz w:val="18"/>
              </w:rPr>
              <w:t>0.972 [0.782, 1.207]</w:t>
            </w:r>
          </w:p>
        </w:tc>
        <w:tc>
          <w:tcPr>
            <w:tcW w:w="864" w:type="dxa"/>
            <w:shd w:val="clear" w:color="auto" w:fill="F6F8FA"/>
            <w:tcMar>
              <w:top w:w="65" w:type="dxa"/>
              <w:left w:w="75" w:type="dxa"/>
              <w:bottom w:w="65" w:type="dxa"/>
              <w:right w:w="75" w:type="dxa"/>
            </w:tcMar>
            <w:vAlign w:val="center"/>
          </w:tcPr>
          <w:p w14:paraId="11C667B8" w14:textId="77777777" w:rsidR="00A83192" w:rsidRPr="000B60F7" w:rsidRDefault="00000000">
            <w:pPr>
              <w:spacing w:after="0" w:line="240" w:lineRule="auto"/>
              <w:jc w:val="center"/>
              <w:rPr>
                <w:rFonts w:cs="Times New Roman"/>
              </w:rPr>
            </w:pPr>
            <w:r w:rsidRPr="000B60F7">
              <w:rPr>
                <w:rFonts w:cs="Times New Roman"/>
                <w:sz w:val="18"/>
              </w:rPr>
              <w:t>0.7972</w:t>
            </w:r>
          </w:p>
        </w:tc>
        <w:tc>
          <w:tcPr>
            <w:tcW w:w="936" w:type="dxa"/>
            <w:shd w:val="clear" w:color="auto" w:fill="F6F8FA"/>
            <w:tcMar>
              <w:top w:w="65" w:type="dxa"/>
              <w:left w:w="75" w:type="dxa"/>
              <w:bottom w:w="65" w:type="dxa"/>
              <w:right w:w="75" w:type="dxa"/>
            </w:tcMar>
            <w:vAlign w:val="center"/>
          </w:tcPr>
          <w:p w14:paraId="0385BD9D" w14:textId="77777777" w:rsidR="00A83192" w:rsidRPr="000B60F7" w:rsidRDefault="00000000">
            <w:pPr>
              <w:spacing w:after="0" w:line="240" w:lineRule="auto"/>
              <w:jc w:val="center"/>
              <w:rPr>
                <w:rFonts w:cs="Times New Roman"/>
              </w:rPr>
            </w:pPr>
            <w:r w:rsidRPr="000B60F7">
              <w:rPr>
                <w:rFonts w:cs="Times New Roman"/>
                <w:sz w:val="18"/>
              </w:rPr>
              <w:t>0.7972</w:t>
            </w:r>
          </w:p>
        </w:tc>
      </w:tr>
      <w:tr w:rsidR="00A83192" w:rsidRPr="000B60F7" w14:paraId="250E001E" w14:textId="77777777">
        <w:trPr>
          <w:cantSplit/>
          <w:jc w:val="center"/>
        </w:trPr>
        <w:tc>
          <w:tcPr>
            <w:tcW w:w="2520" w:type="dxa"/>
            <w:shd w:val="clear" w:color="auto" w:fill="FFFFFF"/>
            <w:tcMar>
              <w:top w:w="65" w:type="dxa"/>
              <w:left w:w="75" w:type="dxa"/>
              <w:bottom w:w="65" w:type="dxa"/>
              <w:right w:w="75" w:type="dxa"/>
            </w:tcMar>
            <w:vAlign w:val="center"/>
          </w:tcPr>
          <w:p w14:paraId="59002653" w14:textId="77777777" w:rsidR="00A83192" w:rsidRPr="000B60F7" w:rsidRDefault="00000000">
            <w:pPr>
              <w:spacing w:after="0" w:line="240" w:lineRule="auto"/>
              <w:rPr>
                <w:rFonts w:cs="Times New Roman"/>
              </w:rPr>
            </w:pPr>
            <w:r w:rsidRPr="000B60F7">
              <w:rPr>
                <w:rFonts w:cs="Times New Roman"/>
                <w:sz w:val="18"/>
              </w:rPr>
              <w:t>Mixture model, origin 90%</w:t>
            </w:r>
          </w:p>
        </w:tc>
        <w:tc>
          <w:tcPr>
            <w:tcW w:w="1512" w:type="dxa"/>
            <w:shd w:val="clear" w:color="auto" w:fill="FFFFFF"/>
            <w:tcMar>
              <w:top w:w="65" w:type="dxa"/>
              <w:left w:w="75" w:type="dxa"/>
              <w:bottom w:w="65" w:type="dxa"/>
              <w:right w:w="75" w:type="dxa"/>
            </w:tcMar>
            <w:vAlign w:val="center"/>
          </w:tcPr>
          <w:p w14:paraId="75CB2374"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FFFFF"/>
            <w:tcMar>
              <w:top w:w="65" w:type="dxa"/>
              <w:left w:w="75" w:type="dxa"/>
              <w:bottom w:w="65" w:type="dxa"/>
              <w:right w:w="75" w:type="dxa"/>
            </w:tcMar>
            <w:vAlign w:val="center"/>
          </w:tcPr>
          <w:p w14:paraId="0D1C0929" w14:textId="77777777" w:rsidR="00A83192" w:rsidRPr="000B60F7" w:rsidRDefault="00000000">
            <w:pPr>
              <w:spacing w:after="0" w:line="240" w:lineRule="auto"/>
              <w:jc w:val="center"/>
              <w:rPr>
                <w:rFonts w:cs="Times New Roman"/>
              </w:rPr>
            </w:pPr>
            <w:r w:rsidRPr="000B60F7">
              <w:rPr>
                <w:rFonts w:cs="Times New Roman"/>
                <w:sz w:val="18"/>
              </w:rPr>
              <w:t>25–36</w:t>
            </w:r>
          </w:p>
        </w:tc>
        <w:tc>
          <w:tcPr>
            <w:tcW w:w="2664" w:type="dxa"/>
            <w:shd w:val="clear" w:color="auto" w:fill="FFFFFF"/>
            <w:tcMar>
              <w:top w:w="65" w:type="dxa"/>
              <w:left w:w="75" w:type="dxa"/>
              <w:bottom w:w="65" w:type="dxa"/>
              <w:right w:w="75" w:type="dxa"/>
            </w:tcMar>
            <w:vAlign w:val="center"/>
          </w:tcPr>
          <w:p w14:paraId="079832A7" w14:textId="77777777" w:rsidR="00A83192" w:rsidRPr="000B60F7" w:rsidRDefault="00000000">
            <w:pPr>
              <w:spacing w:after="0" w:line="240" w:lineRule="auto"/>
              <w:jc w:val="center"/>
              <w:rPr>
                <w:rFonts w:cs="Times New Roman"/>
              </w:rPr>
            </w:pPr>
            <w:r w:rsidRPr="000B60F7">
              <w:rPr>
                <w:rFonts w:cs="Times New Roman"/>
                <w:sz w:val="18"/>
              </w:rPr>
              <w:t>1.498 [1.172, 1.916]</w:t>
            </w:r>
          </w:p>
        </w:tc>
        <w:tc>
          <w:tcPr>
            <w:tcW w:w="864" w:type="dxa"/>
            <w:shd w:val="clear" w:color="auto" w:fill="FFFFFF"/>
            <w:tcMar>
              <w:top w:w="65" w:type="dxa"/>
              <w:left w:w="75" w:type="dxa"/>
              <w:bottom w:w="65" w:type="dxa"/>
              <w:right w:w="75" w:type="dxa"/>
            </w:tcMar>
            <w:vAlign w:val="center"/>
          </w:tcPr>
          <w:p w14:paraId="74DBF274" w14:textId="77777777" w:rsidR="00A83192" w:rsidRPr="000B60F7" w:rsidRDefault="00000000">
            <w:pPr>
              <w:spacing w:after="0" w:line="240" w:lineRule="auto"/>
              <w:jc w:val="center"/>
              <w:rPr>
                <w:rFonts w:cs="Times New Roman"/>
              </w:rPr>
            </w:pPr>
            <w:r w:rsidRPr="000B60F7">
              <w:rPr>
                <w:rFonts w:cs="Times New Roman"/>
                <w:sz w:val="18"/>
              </w:rPr>
              <w:t>0.0013</w:t>
            </w:r>
          </w:p>
        </w:tc>
        <w:tc>
          <w:tcPr>
            <w:tcW w:w="936" w:type="dxa"/>
            <w:shd w:val="clear" w:color="auto" w:fill="FFFFFF"/>
            <w:tcMar>
              <w:top w:w="65" w:type="dxa"/>
              <w:left w:w="75" w:type="dxa"/>
              <w:bottom w:w="65" w:type="dxa"/>
              <w:right w:w="75" w:type="dxa"/>
            </w:tcMar>
            <w:vAlign w:val="center"/>
          </w:tcPr>
          <w:p w14:paraId="34F1386A" w14:textId="77777777" w:rsidR="00A83192" w:rsidRPr="000B60F7" w:rsidRDefault="00000000">
            <w:pPr>
              <w:spacing w:after="0" w:line="240" w:lineRule="auto"/>
              <w:jc w:val="center"/>
              <w:rPr>
                <w:rFonts w:cs="Times New Roman"/>
              </w:rPr>
            </w:pPr>
            <w:r w:rsidRPr="000B60F7">
              <w:rPr>
                <w:rFonts w:cs="Times New Roman"/>
                <w:sz w:val="18"/>
              </w:rPr>
              <w:t>0.0026</w:t>
            </w:r>
          </w:p>
        </w:tc>
      </w:tr>
      <w:tr w:rsidR="00A83192" w:rsidRPr="000B60F7" w14:paraId="05EF8EE1" w14:textId="77777777">
        <w:trPr>
          <w:cantSplit/>
          <w:jc w:val="center"/>
        </w:trPr>
        <w:tc>
          <w:tcPr>
            <w:tcW w:w="2520" w:type="dxa"/>
            <w:shd w:val="clear" w:color="auto" w:fill="F6F8FA"/>
            <w:tcMar>
              <w:top w:w="65" w:type="dxa"/>
              <w:left w:w="75" w:type="dxa"/>
              <w:bottom w:w="65" w:type="dxa"/>
              <w:right w:w="75" w:type="dxa"/>
            </w:tcMar>
            <w:vAlign w:val="center"/>
          </w:tcPr>
          <w:p w14:paraId="25274EEC" w14:textId="77777777" w:rsidR="00A83192" w:rsidRPr="000B60F7" w:rsidRDefault="00000000">
            <w:pPr>
              <w:spacing w:after="0" w:line="240" w:lineRule="auto"/>
              <w:rPr>
                <w:rFonts w:cs="Times New Roman"/>
              </w:rPr>
            </w:pPr>
            <w:r w:rsidRPr="000B60F7">
              <w:rPr>
                <w:rFonts w:cs="Times New Roman"/>
                <w:sz w:val="18"/>
              </w:rPr>
              <w:t>Mixture model, origin 90%</w:t>
            </w:r>
          </w:p>
        </w:tc>
        <w:tc>
          <w:tcPr>
            <w:tcW w:w="1512" w:type="dxa"/>
            <w:shd w:val="clear" w:color="auto" w:fill="F6F8FA"/>
            <w:tcMar>
              <w:top w:w="65" w:type="dxa"/>
              <w:left w:w="75" w:type="dxa"/>
              <w:bottom w:w="65" w:type="dxa"/>
              <w:right w:w="75" w:type="dxa"/>
            </w:tcMar>
            <w:vAlign w:val="center"/>
          </w:tcPr>
          <w:p w14:paraId="700B8D45"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6F8FA"/>
            <w:tcMar>
              <w:top w:w="65" w:type="dxa"/>
              <w:left w:w="75" w:type="dxa"/>
              <w:bottom w:w="65" w:type="dxa"/>
              <w:right w:w="75" w:type="dxa"/>
            </w:tcMar>
            <w:vAlign w:val="center"/>
          </w:tcPr>
          <w:p w14:paraId="06379298" w14:textId="77777777" w:rsidR="00A83192" w:rsidRPr="000B60F7" w:rsidRDefault="00000000">
            <w:pPr>
              <w:spacing w:after="0" w:line="240" w:lineRule="auto"/>
              <w:jc w:val="center"/>
              <w:rPr>
                <w:rFonts w:cs="Times New Roman"/>
              </w:rPr>
            </w:pPr>
            <w:r w:rsidRPr="000B60F7">
              <w:rPr>
                <w:rFonts w:cs="Times New Roman"/>
                <w:sz w:val="18"/>
              </w:rPr>
              <w:t>37–60</w:t>
            </w:r>
          </w:p>
        </w:tc>
        <w:tc>
          <w:tcPr>
            <w:tcW w:w="2664" w:type="dxa"/>
            <w:shd w:val="clear" w:color="auto" w:fill="F6F8FA"/>
            <w:tcMar>
              <w:top w:w="65" w:type="dxa"/>
              <w:left w:w="75" w:type="dxa"/>
              <w:bottom w:w="65" w:type="dxa"/>
              <w:right w:w="75" w:type="dxa"/>
            </w:tcMar>
            <w:vAlign w:val="center"/>
          </w:tcPr>
          <w:p w14:paraId="1CFF94E2" w14:textId="77777777" w:rsidR="00A83192" w:rsidRPr="000B60F7" w:rsidRDefault="00000000">
            <w:pPr>
              <w:spacing w:after="0" w:line="240" w:lineRule="auto"/>
              <w:jc w:val="center"/>
              <w:rPr>
                <w:rFonts w:cs="Times New Roman"/>
              </w:rPr>
            </w:pPr>
            <w:r w:rsidRPr="000B60F7">
              <w:rPr>
                <w:rFonts w:cs="Times New Roman"/>
                <w:sz w:val="18"/>
              </w:rPr>
              <w:t>1.977 [1.398, 2.796]</w:t>
            </w:r>
          </w:p>
        </w:tc>
        <w:tc>
          <w:tcPr>
            <w:tcW w:w="864" w:type="dxa"/>
            <w:shd w:val="clear" w:color="auto" w:fill="F6F8FA"/>
            <w:tcMar>
              <w:top w:w="65" w:type="dxa"/>
              <w:left w:w="75" w:type="dxa"/>
              <w:bottom w:w="65" w:type="dxa"/>
              <w:right w:w="75" w:type="dxa"/>
            </w:tcMar>
            <w:vAlign w:val="center"/>
          </w:tcPr>
          <w:p w14:paraId="13FF5668" w14:textId="77777777" w:rsidR="00A83192" w:rsidRPr="000B60F7" w:rsidRDefault="00000000">
            <w:pPr>
              <w:spacing w:after="0" w:line="240" w:lineRule="auto"/>
              <w:jc w:val="center"/>
              <w:rPr>
                <w:rFonts w:cs="Times New Roman"/>
              </w:rPr>
            </w:pPr>
            <w:r w:rsidRPr="000B60F7">
              <w:rPr>
                <w:rFonts w:cs="Times New Roman"/>
                <w:sz w:val="18"/>
              </w:rPr>
              <w:t>0.0001</w:t>
            </w:r>
          </w:p>
        </w:tc>
        <w:tc>
          <w:tcPr>
            <w:tcW w:w="936" w:type="dxa"/>
            <w:shd w:val="clear" w:color="auto" w:fill="F6F8FA"/>
            <w:tcMar>
              <w:top w:w="65" w:type="dxa"/>
              <w:left w:w="75" w:type="dxa"/>
              <w:bottom w:w="65" w:type="dxa"/>
              <w:right w:w="75" w:type="dxa"/>
            </w:tcMar>
            <w:vAlign w:val="center"/>
          </w:tcPr>
          <w:p w14:paraId="45A27F04" w14:textId="77777777" w:rsidR="00A83192" w:rsidRPr="000B60F7" w:rsidRDefault="00000000">
            <w:pPr>
              <w:spacing w:after="0" w:line="240" w:lineRule="auto"/>
              <w:jc w:val="center"/>
              <w:rPr>
                <w:rFonts w:cs="Times New Roman"/>
              </w:rPr>
            </w:pPr>
            <w:r w:rsidRPr="000B60F7">
              <w:rPr>
                <w:rFonts w:cs="Times New Roman"/>
                <w:sz w:val="18"/>
              </w:rPr>
              <w:t>0.0005</w:t>
            </w:r>
          </w:p>
        </w:tc>
      </w:tr>
      <w:tr w:rsidR="00A83192" w:rsidRPr="000B60F7" w14:paraId="6768C72C" w14:textId="77777777">
        <w:trPr>
          <w:cantSplit/>
          <w:jc w:val="center"/>
        </w:trPr>
        <w:tc>
          <w:tcPr>
            <w:tcW w:w="2520" w:type="dxa"/>
            <w:shd w:val="clear" w:color="auto" w:fill="FFFFFF"/>
            <w:tcMar>
              <w:top w:w="65" w:type="dxa"/>
              <w:left w:w="75" w:type="dxa"/>
              <w:bottom w:w="65" w:type="dxa"/>
              <w:right w:w="75" w:type="dxa"/>
            </w:tcMar>
            <w:vAlign w:val="center"/>
          </w:tcPr>
          <w:p w14:paraId="5248F9B8" w14:textId="77777777" w:rsidR="00A83192" w:rsidRPr="000B60F7" w:rsidRDefault="00000000">
            <w:pPr>
              <w:spacing w:after="0" w:line="240" w:lineRule="auto"/>
              <w:rPr>
                <w:rFonts w:cs="Times New Roman"/>
              </w:rPr>
            </w:pPr>
            <w:r w:rsidRPr="000B60F7">
              <w:rPr>
                <w:rFonts w:cs="Times New Roman"/>
                <w:sz w:val="18"/>
              </w:rPr>
              <w:t>Mixture model, origin 90%</w:t>
            </w:r>
          </w:p>
        </w:tc>
        <w:tc>
          <w:tcPr>
            <w:tcW w:w="1512" w:type="dxa"/>
            <w:shd w:val="clear" w:color="auto" w:fill="FFFFFF"/>
            <w:tcMar>
              <w:top w:w="65" w:type="dxa"/>
              <w:left w:w="75" w:type="dxa"/>
              <w:bottom w:w="65" w:type="dxa"/>
              <w:right w:w="75" w:type="dxa"/>
            </w:tcMar>
            <w:vAlign w:val="center"/>
          </w:tcPr>
          <w:p w14:paraId="54A0F995"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FFFFF"/>
            <w:tcMar>
              <w:top w:w="65" w:type="dxa"/>
              <w:left w:w="75" w:type="dxa"/>
              <w:bottom w:w="65" w:type="dxa"/>
              <w:right w:w="75" w:type="dxa"/>
            </w:tcMar>
            <w:vAlign w:val="center"/>
          </w:tcPr>
          <w:p w14:paraId="3E93BEFE" w14:textId="77777777" w:rsidR="00A83192" w:rsidRPr="000B60F7" w:rsidRDefault="00000000">
            <w:pPr>
              <w:spacing w:after="0" w:line="240" w:lineRule="auto"/>
              <w:jc w:val="center"/>
              <w:rPr>
                <w:rFonts w:cs="Times New Roman"/>
              </w:rPr>
            </w:pPr>
            <w:r w:rsidRPr="000B60F7">
              <w:rPr>
                <w:rFonts w:cs="Times New Roman"/>
                <w:sz w:val="18"/>
              </w:rPr>
              <w:t>1–12</w:t>
            </w:r>
          </w:p>
        </w:tc>
        <w:tc>
          <w:tcPr>
            <w:tcW w:w="2664" w:type="dxa"/>
            <w:shd w:val="clear" w:color="auto" w:fill="FFFFFF"/>
            <w:tcMar>
              <w:top w:w="65" w:type="dxa"/>
              <w:left w:w="75" w:type="dxa"/>
              <w:bottom w:w="65" w:type="dxa"/>
              <w:right w:w="75" w:type="dxa"/>
            </w:tcMar>
            <w:vAlign w:val="center"/>
          </w:tcPr>
          <w:p w14:paraId="4512E566" w14:textId="77777777" w:rsidR="00A83192" w:rsidRPr="000B60F7" w:rsidRDefault="00000000">
            <w:pPr>
              <w:spacing w:after="0" w:line="240" w:lineRule="auto"/>
              <w:jc w:val="center"/>
              <w:rPr>
                <w:rFonts w:cs="Times New Roman"/>
              </w:rPr>
            </w:pPr>
            <w:r w:rsidRPr="000B60F7">
              <w:rPr>
                <w:rFonts w:cs="Times New Roman"/>
                <w:sz w:val="18"/>
              </w:rPr>
              <w:t>1.339 [1.032, 1.736]</w:t>
            </w:r>
          </w:p>
        </w:tc>
        <w:tc>
          <w:tcPr>
            <w:tcW w:w="864" w:type="dxa"/>
            <w:shd w:val="clear" w:color="auto" w:fill="FFFFFF"/>
            <w:tcMar>
              <w:top w:w="65" w:type="dxa"/>
              <w:left w:w="75" w:type="dxa"/>
              <w:bottom w:w="65" w:type="dxa"/>
              <w:right w:w="75" w:type="dxa"/>
            </w:tcMar>
            <w:vAlign w:val="center"/>
          </w:tcPr>
          <w:p w14:paraId="00F74CB4" w14:textId="77777777" w:rsidR="00A83192" w:rsidRPr="000B60F7" w:rsidRDefault="00000000">
            <w:pPr>
              <w:spacing w:after="0" w:line="240" w:lineRule="auto"/>
              <w:jc w:val="center"/>
              <w:rPr>
                <w:rFonts w:cs="Times New Roman"/>
              </w:rPr>
            </w:pPr>
            <w:r w:rsidRPr="000B60F7">
              <w:rPr>
                <w:rFonts w:cs="Times New Roman"/>
                <w:sz w:val="18"/>
              </w:rPr>
              <w:t>0.0280</w:t>
            </w:r>
          </w:p>
        </w:tc>
        <w:tc>
          <w:tcPr>
            <w:tcW w:w="936" w:type="dxa"/>
            <w:shd w:val="clear" w:color="auto" w:fill="FFFFFF"/>
            <w:tcMar>
              <w:top w:w="65" w:type="dxa"/>
              <w:left w:w="75" w:type="dxa"/>
              <w:bottom w:w="65" w:type="dxa"/>
              <w:right w:w="75" w:type="dxa"/>
            </w:tcMar>
            <w:vAlign w:val="center"/>
          </w:tcPr>
          <w:p w14:paraId="2A465648" w14:textId="77777777" w:rsidR="00A83192" w:rsidRPr="000B60F7" w:rsidRDefault="00000000">
            <w:pPr>
              <w:spacing w:after="0" w:line="240" w:lineRule="auto"/>
              <w:jc w:val="center"/>
              <w:rPr>
                <w:rFonts w:cs="Times New Roman"/>
              </w:rPr>
            </w:pPr>
            <w:r w:rsidRPr="000B60F7">
              <w:rPr>
                <w:rFonts w:cs="Times New Roman"/>
                <w:sz w:val="18"/>
              </w:rPr>
              <w:t>0.1122</w:t>
            </w:r>
          </w:p>
        </w:tc>
      </w:tr>
      <w:tr w:rsidR="00A83192" w:rsidRPr="000B60F7" w14:paraId="3A9AAC42" w14:textId="77777777">
        <w:trPr>
          <w:cantSplit/>
          <w:jc w:val="center"/>
        </w:trPr>
        <w:tc>
          <w:tcPr>
            <w:tcW w:w="2520" w:type="dxa"/>
            <w:shd w:val="clear" w:color="auto" w:fill="F6F8FA"/>
            <w:tcMar>
              <w:top w:w="65" w:type="dxa"/>
              <w:left w:w="75" w:type="dxa"/>
              <w:bottom w:w="65" w:type="dxa"/>
              <w:right w:w="75" w:type="dxa"/>
            </w:tcMar>
            <w:vAlign w:val="center"/>
          </w:tcPr>
          <w:p w14:paraId="39ADBF1C" w14:textId="77777777" w:rsidR="00A83192" w:rsidRPr="000B60F7" w:rsidRDefault="00000000">
            <w:pPr>
              <w:spacing w:after="0" w:line="240" w:lineRule="auto"/>
              <w:rPr>
                <w:rFonts w:cs="Times New Roman"/>
              </w:rPr>
            </w:pPr>
            <w:r w:rsidRPr="000B60F7">
              <w:rPr>
                <w:rFonts w:cs="Times New Roman"/>
                <w:sz w:val="18"/>
              </w:rPr>
              <w:t>Mixture model, origin 90%</w:t>
            </w:r>
          </w:p>
        </w:tc>
        <w:tc>
          <w:tcPr>
            <w:tcW w:w="1512" w:type="dxa"/>
            <w:shd w:val="clear" w:color="auto" w:fill="F6F8FA"/>
            <w:tcMar>
              <w:top w:w="65" w:type="dxa"/>
              <w:left w:w="75" w:type="dxa"/>
              <w:bottom w:w="65" w:type="dxa"/>
              <w:right w:w="75" w:type="dxa"/>
            </w:tcMar>
            <w:vAlign w:val="center"/>
          </w:tcPr>
          <w:p w14:paraId="59896857"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6F8FA"/>
            <w:tcMar>
              <w:top w:w="65" w:type="dxa"/>
              <w:left w:w="75" w:type="dxa"/>
              <w:bottom w:w="65" w:type="dxa"/>
              <w:right w:w="75" w:type="dxa"/>
            </w:tcMar>
            <w:vAlign w:val="center"/>
          </w:tcPr>
          <w:p w14:paraId="0774C347" w14:textId="77777777" w:rsidR="00A83192" w:rsidRPr="000B60F7" w:rsidRDefault="00000000">
            <w:pPr>
              <w:spacing w:after="0" w:line="240" w:lineRule="auto"/>
              <w:jc w:val="center"/>
              <w:rPr>
                <w:rFonts w:cs="Times New Roman"/>
              </w:rPr>
            </w:pPr>
            <w:r w:rsidRPr="000B60F7">
              <w:rPr>
                <w:rFonts w:cs="Times New Roman"/>
                <w:sz w:val="18"/>
              </w:rPr>
              <w:t>13–24</w:t>
            </w:r>
          </w:p>
        </w:tc>
        <w:tc>
          <w:tcPr>
            <w:tcW w:w="2664" w:type="dxa"/>
            <w:shd w:val="clear" w:color="auto" w:fill="F6F8FA"/>
            <w:tcMar>
              <w:top w:w="65" w:type="dxa"/>
              <w:left w:w="75" w:type="dxa"/>
              <w:bottom w:w="65" w:type="dxa"/>
              <w:right w:w="75" w:type="dxa"/>
            </w:tcMar>
            <w:vAlign w:val="center"/>
          </w:tcPr>
          <w:p w14:paraId="25741CF6" w14:textId="77777777" w:rsidR="00A83192" w:rsidRPr="000B60F7" w:rsidRDefault="00000000">
            <w:pPr>
              <w:spacing w:after="0" w:line="240" w:lineRule="auto"/>
              <w:jc w:val="center"/>
              <w:rPr>
                <w:rFonts w:cs="Times New Roman"/>
              </w:rPr>
            </w:pPr>
            <w:r w:rsidRPr="000B60F7">
              <w:rPr>
                <w:rFonts w:cs="Times New Roman"/>
                <w:sz w:val="18"/>
              </w:rPr>
              <w:t>1.223 [0.956, 1.563]</w:t>
            </w:r>
          </w:p>
        </w:tc>
        <w:tc>
          <w:tcPr>
            <w:tcW w:w="864" w:type="dxa"/>
            <w:shd w:val="clear" w:color="auto" w:fill="F6F8FA"/>
            <w:tcMar>
              <w:top w:w="65" w:type="dxa"/>
              <w:left w:w="75" w:type="dxa"/>
              <w:bottom w:w="65" w:type="dxa"/>
              <w:right w:w="75" w:type="dxa"/>
            </w:tcMar>
            <w:vAlign w:val="center"/>
          </w:tcPr>
          <w:p w14:paraId="7287DC9C" w14:textId="77777777" w:rsidR="00A83192" w:rsidRPr="000B60F7" w:rsidRDefault="00000000">
            <w:pPr>
              <w:spacing w:after="0" w:line="240" w:lineRule="auto"/>
              <w:jc w:val="center"/>
              <w:rPr>
                <w:rFonts w:cs="Times New Roman"/>
              </w:rPr>
            </w:pPr>
            <w:r w:rsidRPr="000B60F7">
              <w:rPr>
                <w:rFonts w:cs="Times New Roman"/>
                <w:sz w:val="18"/>
              </w:rPr>
              <w:t>0.1084</w:t>
            </w:r>
          </w:p>
        </w:tc>
        <w:tc>
          <w:tcPr>
            <w:tcW w:w="936" w:type="dxa"/>
            <w:shd w:val="clear" w:color="auto" w:fill="F6F8FA"/>
            <w:tcMar>
              <w:top w:w="65" w:type="dxa"/>
              <w:left w:w="75" w:type="dxa"/>
              <w:bottom w:w="65" w:type="dxa"/>
              <w:right w:w="75" w:type="dxa"/>
            </w:tcMar>
            <w:vAlign w:val="center"/>
          </w:tcPr>
          <w:p w14:paraId="6127454E" w14:textId="77777777" w:rsidR="00A83192" w:rsidRPr="000B60F7" w:rsidRDefault="00000000">
            <w:pPr>
              <w:spacing w:after="0" w:line="240" w:lineRule="auto"/>
              <w:jc w:val="center"/>
              <w:rPr>
                <w:rFonts w:cs="Times New Roman"/>
              </w:rPr>
            </w:pPr>
            <w:r w:rsidRPr="000B60F7">
              <w:rPr>
                <w:rFonts w:cs="Times New Roman"/>
                <w:sz w:val="18"/>
              </w:rPr>
              <w:t>0.2169</w:t>
            </w:r>
          </w:p>
        </w:tc>
      </w:tr>
      <w:tr w:rsidR="00A83192" w:rsidRPr="000B60F7" w14:paraId="03F7CD92" w14:textId="77777777">
        <w:trPr>
          <w:cantSplit/>
          <w:jc w:val="center"/>
        </w:trPr>
        <w:tc>
          <w:tcPr>
            <w:tcW w:w="2520" w:type="dxa"/>
            <w:shd w:val="clear" w:color="auto" w:fill="FFFFFF"/>
            <w:tcMar>
              <w:top w:w="65" w:type="dxa"/>
              <w:left w:w="75" w:type="dxa"/>
              <w:bottom w:w="65" w:type="dxa"/>
              <w:right w:w="75" w:type="dxa"/>
            </w:tcMar>
            <w:vAlign w:val="center"/>
          </w:tcPr>
          <w:p w14:paraId="5ACF4188" w14:textId="77777777" w:rsidR="00A83192" w:rsidRPr="000B60F7" w:rsidRDefault="00000000">
            <w:pPr>
              <w:spacing w:after="0" w:line="240" w:lineRule="auto"/>
              <w:rPr>
                <w:rFonts w:cs="Times New Roman"/>
              </w:rPr>
            </w:pPr>
            <w:r w:rsidRPr="000B60F7">
              <w:rPr>
                <w:rFonts w:cs="Times New Roman"/>
                <w:sz w:val="18"/>
              </w:rPr>
              <w:t>Mixture model, origin 90%</w:t>
            </w:r>
          </w:p>
        </w:tc>
        <w:tc>
          <w:tcPr>
            <w:tcW w:w="1512" w:type="dxa"/>
            <w:shd w:val="clear" w:color="auto" w:fill="FFFFFF"/>
            <w:tcMar>
              <w:top w:w="65" w:type="dxa"/>
              <w:left w:w="75" w:type="dxa"/>
              <w:bottom w:w="65" w:type="dxa"/>
              <w:right w:w="75" w:type="dxa"/>
            </w:tcMar>
            <w:vAlign w:val="center"/>
          </w:tcPr>
          <w:p w14:paraId="5C11EB47"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FFFFF"/>
            <w:tcMar>
              <w:top w:w="65" w:type="dxa"/>
              <w:left w:w="75" w:type="dxa"/>
              <w:bottom w:w="65" w:type="dxa"/>
              <w:right w:w="75" w:type="dxa"/>
            </w:tcMar>
            <w:vAlign w:val="center"/>
          </w:tcPr>
          <w:p w14:paraId="367BD9B6" w14:textId="77777777" w:rsidR="00A83192" w:rsidRPr="000B60F7" w:rsidRDefault="00000000">
            <w:pPr>
              <w:spacing w:after="0" w:line="240" w:lineRule="auto"/>
              <w:jc w:val="center"/>
              <w:rPr>
                <w:rFonts w:cs="Times New Roman"/>
              </w:rPr>
            </w:pPr>
            <w:r w:rsidRPr="000B60F7">
              <w:rPr>
                <w:rFonts w:cs="Times New Roman"/>
                <w:sz w:val="18"/>
              </w:rPr>
              <w:t>25–36</w:t>
            </w:r>
          </w:p>
        </w:tc>
        <w:tc>
          <w:tcPr>
            <w:tcW w:w="2664" w:type="dxa"/>
            <w:shd w:val="clear" w:color="auto" w:fill="FFFFFF"/>
            <w:tcMar>
              <w:top w:w="65" w:type="dxa"/>
              <w:left w:w="75" w:type="dxa"/>
              <w:bottom w:w="65" w:type="dxa"/>
              <w:right w:w="75" w:type="dxa"/>
            </w:tcMar>
            <w:vAlign w:val="center"/>
          </w:tcPr>
          <w:p w14:paraId="485BE991" w14:textId="77777777" w:rsidR="00A83192" w:rsidRPr="000B60F7" w:rsidRDefault="00000000">
            <w:pPr>
              <w:spacing w:after="0" w:line="240" w:lineRule="auto"/>
              <w:jc w:val="center"/>
              <w:rPr>
                <w:rFonts w:cs="Times New Roman"/>
              </w:rPr>
            </w:pPr>
            <w:r w:rsidRPr="000B60F7">
              <w:rPr>
                <w:rFonts w:cs="Times New Roman"/>
                <w:sz w:val="18"/>
              </w:rPr>
              <w:t>0.938 [0.707, 1.245]</w:t>
            </w:r>
          </w:p>
        </w:tc>
        <w:tc>
          <w:tcPr>
            <w:tcW w:w="864" w:type="dxa"/>
            <w:shd w:val="clear" w:color="auto" w:fill="FFFFFF"/>
            <w:tcMar>
              <w:top w:w="65" w:type="dxa"/>
              <w:left w:w="75" w:type="dxa"/>
              <w:bottom w:w="65" w:type="dxa"/>
              <w:right w:w="75" w:type="dxa"/>
            </w:tcMar>
            <w:vAlign w:val="center"/>
          </w:tcPr>
          <w:p w14:paraId="091C4056" w14:textId="77777777" w:rsidR="00A83192" w:rsidRPr="000B60F7" w:rsidRDefault="00000000">
            <w:pPr>
              <w:spacing w:after="0" w:line="240" w:lineRule="auto"/>
              <w:jc w:val="center"/>
              <w:rPr>
                <w:rFonts w:cs="Times New Roman"/>
              </w:rPr>
            </w:pPr>
            <w:r w:rsidRPr="000B60F7">
              <w:rPr>
                <w:rFonts w:cs="Times New Roman"/>
                <w:sz w:val="18"/>
              </w:rPr>
              <w:t>0.6566</w:t>
            </w:r>
          </w:p>
        </w:tc>
        <w:tc>
          <w:tcPr>
            <w:tcW w:w="936" w:type="dxa"/>
            <w:shd w:val="clear" w:color="auto" w:fill="FFFFFF"/>
            <w:tcMar>
              <w:top w:w="65" w:type="dxa"/>
              <w:left w:w="75" w:type="dxa"/>
              <w:bottom w:w="65" w:type="dxa"/>
              <w:right w:w="75" w:type="dxa"/>
            </w:tcMar>
            <w:vAlign w:val="center"/>
          </w:tcPr>
          <w:p w14:paraId="1BDCE2DC" w14:textId="77777777" w:rsidR="00A83192" w:rsidRPr="000B60F7" w:rsidRDefault="00000000">
            <w:pPr>
              <w:spacing w:after="0" w:line="240" w:lineRule="auto"/>
              <w:jc w:val="center"/>
              <w:rPr>
                <w:rFonts w:cs="Times New Roman"/>
              </w:rPr>
            </w:pPr>
            <w:r w:rsidRPr="000B60F7">
              <w:rPr>
                <w:rFonts w:cs="Times New Roman"/>
                <w:sz w:val="18"/>
              </w:rPr>
              <w:t>0.6566</w:t>
            </w:r>
          </w:p>
        </w:tc>
      </w:tr>
      <w:tr w:rsidR="00A83192" w:rsidRPr="000B60F7" w14:paraId="21DA7965" w14:textId="77777777">
        <w:trPr>
          <w:cantSplit/>
          <w:jc w:val="center"/>
        </w:trPr>
        <w:tc>
          <w:tcPr>
            <w:tcW w:w="2520" w:type="dxa"/>
            <w:shd w:val="clear" w:color="auto" w:fill="F6F8FA"/>
            <w:tcMar>
              <w:top w:w="65" w:type="dxa"/>
              <w:left w:w="75" w:type="dxa"/>
              <w:bottom w:w="65" w:type="dxa"/>
              <w:right w:w="75" w:type="dxa"/>
            </w:tcMar>
            <w:vAlign w:val="center"/>
          </w:tcPr>
          <w:p w14:paraId="5495FDA1" w14:textId="77777777" w:rsidR="00A83192" w:rsidRPr="000B60F7" w:rsidRDefault="00000000">
            <w:pPr>
              <w:spacing w:after="0" w:line="240" w:lineRule="auto"/>
              <w:rPr>
                <w:rFonts w:cs="Times New Roman"/>
              </w:rPr>
            </w:pPr>
            <w:r w:rsidRPr="000B60F7">
              <w:rPr>
                <w:rFonts w:cs="Times New Roman"/>
                <w:sz w:val="18"/>
              </w:rPr>
              <w:t>Mixture model, origin 90%</w:t>
            </w:r>
          </w:p>
        </w:tc>
        <w:tc>
          <w:tcPr>
            <w:tcW w:w="1512" w:type="dxa"/>
            <w:shd w:val="clear" w:color="auto" w:fill="F6F8FA"/>
            <w:tcMar>
              <w:top w:w="65" w:type="dxa"/>
              <w:left w:w="75" w:type="dxa"/>
              <w:bottom w:w="65" w:type="dxa"/>
              <w:right w:w="75" w:type="dxa"/>
            </w:tcMar>
            <w:vAlign w:val="center"/>
          </w:tcPr>
          <w:p w14:paraId="192FEE0B"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6F8FA"/>
            <w:tcMar>
              <w:top w:w="65" w:type="dxa"/>
              <w:left w:w="75" w:type="dxa"/>
              <w:bottom w:w="65" w:type="dxa"/>
              <w:right w:w="75" w:type="dxa"/>
            </w:tcMar>
            <w:vAlign w:val="center"/>
          </w:tcPr>
          <w:p w14:paraId="5ECBECB1" w14:textId="77777777" w:rsidR="00A83192" w:rsidRPr="000B60F7" w:rsidRDefault="00000000">
            <w:pPr>
              <w:spacing w:after="0" w:line="240" w:lineRule="auto"/>
              <w:jc w:val="center"/>
              <w:rPr>
                <w:rFonts w:cs="Times New Roman"/>
              </w:rPr>
            </w:pPr>
            <w:r w:rsidRPr="000B60F7">
              <w:rPr>
                <w:rFonts w:cs="Times New Roman"/>
                <w:sz w:val="18"/>
              </w:rPr>
              <w:t>37–60</w:t>
            </w:r>
          </w:p>
        </w:tc>
        <w:tc>
          <w:tcPr>
            <w:tcW w:w="2664" w:type="dxa"/>
            <w:shd w:val="clear" w:color="auto" w:fill="F6F8FA"/>
            <w:tcMar>
              <w:top w:w="65" w:type="dxa"/>
              <w:left w:w="75" w:type="dxa"/>
              <w:bottom w:w="65" w:type="dxa"/>
              <w:right w:w="75" w:type="dxa"/>
            </w:tcMar>
            <w:vAlign w:val="center"/>
          </w:tcPr>
          <w:p w14:paraId="50443431" w14:textId="77777777" w:rsidR="00A83192" w:rsidRPr="000B60F7" w:rsidRDefault="00000000">
            <w:pPr>
              <w:spacing w:after="0" w:line="240" w:lineRule="auto"/>
              <w:jc w:val="center"/>
              <w:rPr>
                <w:rFonts w:cs="Times New Roman"/>
              </w:rPr>
            </w:pPr>
            <w:r w:rsidRPr="000B60F7">
              <w:rPr>
                <w:rFonts w:cs="Times New Roman"/>
                <w:sz w:val="18"/>
              </w:rPr>
              <w:t>0.859 [0.527, 1.400]</w:t>
            </w:r>
          </w:p>
        </w:tc>
        <w:tc>
          <w:tcPr>
            <w:tcW w:w="864" w:type="dxa"/>
            <w:shd w:val="clear" w:color="auto" w:fill="F6F8FA"/>
            <w:tcMar>
              <w:top w:w="65" w:type="dxa"/>
              <w:left w:w="75" w:type="dxa"/>
              <w:bottom w:w="65" w:type="dxa"/>
              <w:right w:w="75" w:type="dxa"/>
            </w:tcMar>
            <w:vAlign w:val="center"/>
          </w:tcPr>
          <w:p w14:paraId="6393193C" w14:textId="77777777" w:rsidR="00A83192" w:rsidRPr="000B60F7" w:rsidRDefault="00000000">
            <w:pPr>
              <w:spacing w:after="0" w:line="240" w:lineRule="auto"/>
              <w:jc w:val="center"/>
              <w:rPr>
                <w:rFonts w:cs="Times New Roman"/>
              </w:rPr>
            </w:pPr>
            <w:r w:rsidRPr="000B60F7">
              <w:rPr>
                <w:rFonts w:cs="Times New Roman"/>
                <w:sz w:val="18"/>
              </w:rPr>
              <w:t>0.5412</w:t>
            </w:r>
          </w:p>
        </w:tc>
        <w:tc>
          <w:tcPr>
            <w:tcW w:w="936" w:type="dxa"/>
            <w:shd w:val="clear" w:color="auto" w:fill="F6F8FA"/>
            <w:tcMar>
              <w:top w:w="65" w:type="dxa"/>
              <w:left w:w="75" w:type="dxa"/>
              <w:bottom w:w="65" w:type="dxa"/>
              <w:right w:w="75" w:type="dxa"/>
            </w:tcMar>
            <w:vAlign w:val="center"/>
          </w:tcPr>
          <w:p w14:paraId="1D3C000B" w14:textId="77777777" w:rsidR="00A83192" w:rsidRPr="000B60F7" w:rsidRDefault="00000000">
            <w:pPr>
              <w:spacing w:after="0" w:line="240" w:lineRule="auto"/>
              <w:jc w:val="center"/>
              <w:rPr>
                <w:rFonts w:cs="Times New Roman"/>
              </w:rPr>
            </w:pPr>
            <w:r w:rsidRPr="000B60F7">
              <w:rPr>
                <w:rFonts w:cs="Times New Roman"/>
                <w:sz w:val="18"/>
              </w:rPr>
              <w:t>0.6566</w:t>
            </w:r>
          </w:p>
        </w:tc>
      </w:tr>
      <w:tr w:rsidR="00A83192" w:rsidRPr="000B60F7" w14:paraId="76520676" w14:textId="77777777">
        <w:trPr>
          <w:cantSplit/>
          <w:jc w:val="center"/>
        </w:trPr>
        <w:tc>
          <w:tcPr>
            <w:tcW w:w="2520" w:type="dxa"/>
            <w:shd w:val="clear" w:color="auto" w:fill="FFFFFF"/>
            <w:tcMar>
              <w:top w:w="65" w:type="dxa"/>
              <w:left w:w="75" w:type="dxa"/>
              <w:bottom w:w="65" w:type="dxa"/>
              <w:right w:w="75" w:type="dxa"/>
            </w:tcMar>
            <w:vAlign w:val="center"/>
          </w:tcPr>
          <w:p w14:paraId="556FD189" w14:textId="77777777" w:rsidR="00A83192" w:rsidRPr="000B60F7" w:rsidRDefault="00000000">
            <w:pPr>
              <w:spacing w:after="0" w:line="240" w:lineRule="auto"/>
              <w:rPr>
                <w:rFonts w:cs="Times New Roman"/>
              </w:rPr>
            </w:pPr>
            <w:r w:rsidRPr="000B60F7">
              <w:rPr>
                <w:rFonts w:cs="Times New Roman"/>
                <w:sz w:val="18"/>
              </w:rPr>
              <w:t>Mixture model, origin 90%</w:t>
            </w:r>
          </w:p>
        </w:tc>
        <w:tc>
          <w:tcPr>
            <w:tcW w:w="1512" w:type="dxa"/>
            <w:shd w:val="clear" w:color="auto" w:fill="FFFFFF"/>
            <w:tcMar>
              <w:top w:w="65" w:type="dxa"/>
              <w:left w:w="75" w:type="dxa"/>
              <w:bottom w:w="65" w:type="dxa"/>
              <w:right w:w="75" w:type="dxa"/>
            </w:tcMar>
            <w:vAlign w:val="center"/>
          </w:tcPr>
          <w:p w14:paraId="3DC6574D"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FFFFF"/>
            <w:tcMar>
              <w:top w:w="65" w:type="dxa"/>
              <w:left w:w="75" w:type="dxa"/>
              <w:bottom w:w="65" w:type="dxa"/>
              <w:right w:w="75" w:type="dxa"/>
            </w:tcMar>
            <w:vAlign w:val="center"/>
          </w:tcPr>
          <w:p w14:paraId="7D0FF957" w14:textId="77777777" w:rsidR="00A83192" w:rsidRPr="000B60F7" w:rsidRDefault="00000000">
            <w:pPr>
              <w:spacing w:after="0" w:line="240" w:lineRule="auto"/>
              <w:jc w:val="center"/>
              <w:rPr>
                <w:rFonts w:cs="Times New Roman"/>
              </w:rPr>
            </w:pPr>
            <w:r w:rsidRPr="000B60F7">
              <w:rPr>
                <w:rFonts w:cs="Times New Roman"/>
                <w:sz w:val="18"/>
              </w:rPr>
              <w:t>1–12</w:t>
            </w:r>
          </w:p>
        </w:tc>
        <w:tc>
          <w:tcPr>
            <w:tcW w:w="2664" w:type="dxa"/>
            <w:shd w:val="clear" w:color="auto" w:fill="FFFFFF"/>
            <w:tcMar>
              <w:top w:w="65" w:type="dxa"/>
              <w:left w:w="75" w:type="dxa"/>
              <w:bottom w:w="65" w:type="dxa"/>
              <w:right w:w="75" w:type="dxa"/>
            </w:tcMar>
            <w:vAlign w:val="center"/>
          </w:tcPr>
          <w:p w14:paraId="68DD6CAC" w14:textId="77777777" w:rsidR="00A83192" w:rsidRPr="000B60F7" w:rsidRDefault="00000000">
            <w:pPr>
              <w:spacing w:after="0" w:line="240" w:lineRule="auto"/>
              <w:jc w:val="center"/>
              <w:rPr>
                <w:rFonts w:cs="Times New Roman"/>
              </w:rPr>
            </w:pPr>
            <w:r w:rsidRPr="000B60F7">
              <w:rPr>
                <w:rFonts w:cs="Times New Roman"/>
                <w:sz w:val="18"/>
              </w:rPr>
              <w:t>0.596 [0.390, 0.909]</w:t>
            </w:r>
          </w:p>
        </w:tc>
        <w:tc>
          <w:tcPr>
            <w:tcW w:w="864" w:type="dxa"/>
            <w:shd w:val="clear" w:color="auto" w:fill="FFFFFF"/>
            <w:tcMar>
              <w:top w:w="65" w:type="dxa"/>
              <w:left w:w="75" w:type="dxa"/>
              <w:bottom w:w="65" w:type="dxa"/>
              <w:right w:w="75" w:type="dxa"/>
            </w:tcMar>
            <w:vAlign w:val="center"/>
          </w:tcPr>
          <w:p w14:paraId="119EFC3F" w14:textId="77777777" w:rsidR="00A83192" w:rsidRPr="000B60F7" w:rsidRDefault="00000000">
            <w:pPr>
              <w:spacing w:after="0" w:line="240" w:lineRule="auto"/>
              <w:jc w:val="center"/>
              <w:rPr>
                <w:rFonts w:cs="Times New Roman"/>
              </w:rPr>
            </w:pPr>
            <w:r w:rsidRPr="000B60F7">
              <w:rPr>
                <w:rFonts w:cs="Times New Roman"/>
                <w:sz w:val="18"/>
              </w:rPr>
              <w:t>0.0164</w:t>
            </w:r>
          </w:p>
        </w:tc>
        <w:tc>
          <w:tcPr>
            <w:tcW w:w="936" w:type="dxa"/>
            <w:shd w:val="clear" w:color="auto" w:fill="FFFFFF"/>
            <w:tcMar>
              <w:top w:w="65" w:type="dxa"/>
              <w:left w:w="75" w:type="dxa"/>
              <w:bottom w:w="65" w:type="dxa"/>
              <w:right w:w="75" w:type="dxa"/>
            </w:tcMar>
            <w:vAlign w:val="center"/>
          </w:tcPr>
          <w:p w14:paraId="1B3FB6BC" w14:textId="77777777" w:rsidR="00A83192" w:rsidRPr="000B60F7" w:rsidRDefault="00000000">
            <w:pPr>
              <w:spacing w:after="0" w:line="240" w:lineRule="auto"/>
              <w:jc w:val="center"/>
              <w:rPr>
                <w:rFonts w:cs="Times New Roman"/>
              </w:rPr>
            </w:pPr>
            <w:r w:rsidRPr="000B60F7">
              <w:rPr>
                <w:rFonts w:cs="Times New Roman"/>
                <w:sz w:val="18"/>
              </w:rPr>
              <w:t>0.0348</w:t>
            </w:r>
          </w:p>
        </w:tc>
      </w:tr>
      <w:tr w:rsidR="00A83192" w:rsidRPr="000B60F7" w14:paraId="0F7999F3" w14:textId="77777777">
        <w:trPr>
          <w:cantSplit/>
          <w:jc w:val="center"/>
        </w:trPr>
        <w:tc>
          <w:tcPr>
            <w:tcW w:w="2520" w:type="dxa"/>
            <w:shd w:val="clear" w:color="auto" w:fill="F6F8FA"/>
            <w:tcMar>
              <w:top w:w="65" w:type="dxa"/>
              <w:left w:w="75" w:type="dxa"/>
              <w:bottom w:w="65" w:type="dxa"/>
              <w:right w:w="75" w:type="dxa"/>
            </w:tcMar>
            <w:vAlign w:val="center"/>
          </w:tcPr>
          <w:p w14:paraId="43CED79A" w14:textId="77777777" w:rsidR="00A83192" w:rsidRPr="000B60F7" w:rsidRDefault="00000000">
            <w:pPr>
              <w:spacing w:after="0" w:line="240" w:lineRule="auto"/>
              <w:rPr>
                <w:rFonts w:cs="Times New Roman"/>
              </w:rPr>
            </w:pPr>
            <w:r w:rsidRPr="000B60F7">
              <w:rPr>
                <w:rFonts w:cs="Times New Roman"/>
                <w:sz w:val="18"/>
              </w:rPr>
              <w:t>Mixture model, origin 90%</w:t>
            </w:r>
          </w:p>
        </w:tc>
        <w:tc>
          <w:tcPr>
            <w:tcW w:w="1512" w:type="dxa"/>
            <w:shd w:val="clear" w:color="auto" w:fill="F6F8FA"/>
            <w:tcMar>
              <w:top w:w="65" w:type="dxa"/>
              <w:left w:w="75" w:type="dxa"/>
              <w:bottom w:w="65" w:type="dxa"/>
              <w:right w:w="75" w:type="dxa"/>
            </w:tcMar>
            <w:vAlign w:val="center"/>
          </w:tcPr>
          <w:p w14:paraId="7131F6CD"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6F8FA"/>
            <w:tcMar>
              <w:top w:w="65" w:type="dxa"/>
              <w:left w:w="75" w:type="dxa"/>
              <w:bottom w:w="65" w:type="dxa"/>
              <w:right w:w="75" w:type="dxa"/>
            </w:tcMar>
            <w:vAlign w:val="center"/>
          </w:tcPr>
          <w:p w14:paraId="24D5F7BB" w14:textId="77777777" w:rsidR="00A83192" w:rsidRPr="000B60F7" w:rsidRDefault="00000000">
            <w:pPr>
              <w:spacing w:after="0" w:line="240" w:lineRule="auto"/>
              <w:jc w:val="center"/>
              <w:rPr>
                <w:rFonts w:cs="Times New Roman"/>
              </w:rPr>
            </w:pPr>
            <w:r w:rsidRPr="000B60F7">
              <w:rPr>
                <w:rFonts w:cs="Times New Roman"/>
                <w:sz w:val="18"/>
              </w:rPr>
              <w:t>13–24</w:t>
            </w:r>
          </w:p>
        </w:tc>
        <w:tc>
          <w:tcPr>
            <w:tcW w:w="2664" w:type="dxa"/>
            <w:shd w:val="clear" w:color="auto" w:fill="F6F8FA"/>
            <w:tcMar>
              <w:top w:w="65" w:type="dxa"/>
              <w:left w:w="75" w:type="dxa"/>
              <w:bottom w:w="65" w:type="dxa"/>
              <w:right w:w="75" w:type="dxa"/>
            </w:tcMar>
            <w:vAlign w:val="center"/>
          </w:tcPr>
          <w:p w14:paraId="3F8D9215" w14:textId="77777777" w:rsidR="00A83192" w:rsidRPr="000B60F7" w:rsidRDefault="00000000">
            <w:pPr>
              <w:spacing w:after="0" w:line="240" w:lineRule="auto"/>
              <w:jc w:val="center"/>
              <w:rPr>
                <w:rFonts w:cs="Times New Roman"/>
              </w:rPr>
            </w:pPr>
            <w:r w:rsidRPr="000B60F7">
              <w:rPr>
                <w:rFonts w:cs="Times New Roman"/>
                <w:sz w:val="18"/>
              </w:rPr>
              <w:t>0.795 [0.537, 1.177]</w:t>
            </w:r>
          </w:p>
        </w:tc>
        <w:tc>
          <w:tcPr>
            <w:tcW w:w="864" w:type="dxa"/>
            <w:shd w:val="clear" w:color="auto" w:fill="F6F8FA"/>
            <w:tcMar>
              <w:top w:w="65" w:type="dxa"/>
              <w:left w:w="75" w:type="dxa"/>
              <w:bottom w:w="65" w:type="dxa"/>
              <w:right w:w="75" w:type="dxa"/>
            </w:tcMar>
            <w:vAlign w:val="center"/>
          </w:tcPr>
          <w:p w14:paraId="3529FE9B" w14:textId="77777777" w:rsidR="00A83192" w:rsidRPr="000B60F7" w:rsidRDefault="00000000">
            <w:pPr>
              <w:spacing w:after="0" w:line="240" w:lineRule="auto"/>
              <w:jc w:val="center"/>
              <w:rPr>
                <w:rFonts w:cs="Times New Roman"/>
              </w:rPr>
            </w:pPr>
            <w:r w:rsidRPr="000B60F7">
              <w:rPr>
                <w:rFonts w:cs="Times New Roman"/>
                <w:sz w:val="18"/>
              </w:rPr>
              <w:t>0.2512</w:t>
            </w:r>
          </w:p>
        </w:tc>
        <w:tc>
          <w:tcPr>
            <w:tcW w:w="936" w:type="dxa"/>
            <w:shd w:val="clear" w:color="auto" w:fill="F6F8FA"/>
            <w:tcMar>
              <w:top w:w="65" w:type="dxa"/>
              <w:left w:w="75" w:type="dxa"/>
              <w:bottom w:w="65" w:type="dxa"/>
              <w:right w:w="75" w:type="dxa"/>
            </w:tcMar>
            <w:vAlign w:val="center"/>
          </w:tcPr>
          <w:p w14:paraId="27194505" w14:textId="77777777" w:rsidR="00A83192" w:rsidRPr="000B60F7" w:rsidRDefault="00000000">
            <w:pPr>
              <w:spacing w:after="0" w:line="240" w:lineRule="auto"/>
              <w:jc w:val="center"/>
              <w:rPr>
                <w:rFonts w:cs="Times New Roman"/>
              </w:rPr>
            </w:pPr>
            <w:r w:rsidRPr="000B60F7">
              <w:rPr>
                <w:rFonts w:cs="Times New Roman"/>
                <w:sz w:val="18"/>
              </w:rPr>
              <w:t>0.2512</w:t>
            </w:r>
          </w:p>
        </w:tc>
      </w:tr>
      <w:tr w:rsidR="00A83192" w:rsidRPr="000B60F7" w14:paraId="03ED6357" w14:textId="77777777">
        <w:trPr>
          <w:cantSplit/>
          <w:jc w:val="center"/>
        </w:trPr>
        <w:tc>
          <w:tcPr>
            <w:tcW w:w="2520" w:type="dxa"/>
            <w:shd w:val="clear" w:color="auto" w:fill="FFFFFF"/>
            <w:tcMar>
              <w:top w:w="65" w:type="dxa"/>
              <w:left w:w="75" w:type="dxa"/>
              <w:bottom w:w="65" w:type="dxa"/>
              <w:right w:w="75" w:type="dxa"/>
            </w:tcMar>
            <w:vAlign w:val="center"/>
          </w:tcPr>
          <w:p w14:paraId="4713BD8B" w14:textId="77777777" w:rsidR="00A83192" w:rsidRPr="000B60F7" w:rsidRDefault="00000000">
            <w:pPr>
              <w:spacing w:after="0" w:line="240" w:lineRule="auto"/>
              <w:rPr>
                <w:rFonts w:cs="Times New Roman"/>
              </w:rPr>
            </w:pPr>
            <w:r w:rsidRPr="000B60F7">
              <w:rPr>
                <w:rFonts w:cs="Times New Roman"/>
                <w:sz w:val="18"/>
              </w:rPr>
              <w:t>Mixture model, origin 90%</w:t>
            </w:r>
          </w:p>
        </w:tc>
        <w:tc>
          <w:tcPr>
            <w:tcW w:w="1512" w:type="dxa"/>
            <w:shd w:val="clear" w:color="auto" w:fill="FFFFFF"/>
            <w:tcMar>
              <w:top w:w="65" w:type="dxa"/>
              <w:left w:w="75" w:type="dxa"/>
              <w:bottom w:w="65" w:type="dxa"/>
              <w:right w:w="75" w:type="dxa"/>
            </w:tcMar>
            <w:vAlign w:val="center"/>
          </w:tcPr>
          <w:p w14:paraId="5B5B5529"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FFFFF"/>
            <w:tcMar>
              <w:top w:w="65" w:type="dxa"/>
              <w:left w:w="75" w:type="dxa"/>
              <w:bottom w:w="65" w:type="dxa"/>
              <w:right w:w="75" w:type="dxa"/>
            </w:tcMar>
            <w:vAlign w:val="center"/>
          </w:tcPr>
          <w:p w14:paraId="59DEF3AA" w14:textId="77777777" w:rsidR="00A83192" w:rsidRPr="000B60F7" w:rsidRDefault="00000000">
            <w:pPr>
              <w:spacing w:after="0" w:line="240" w:lineRule="auto"/>
              <w:jc w:val="center"/>
              <w:rPr>
                <w:rFonts w:cs="Times New Roman"/>
              </w:rPr>
            </w:pPr>
            <w:r w:rsidRPr="000B60F7">
              <w:rPr>
                <w:rFonts w:cs="Times New Roman"/>
                <w:sz w:val="18"/>
              </w:rPr>
              <w:t>25–36</w:t>
            </w:r>
          </w:p>
        </w:tc>
        <w:tc>
          <w:tcPr>
            <w:tcW w:w="2664" w:type="dxa"/>
            <w:shd w:val="clear" w:color="auto" w:fill="FFFFFF"/>
            <w:tcMar>
              <w:top w:w="65" w:type="dxa"/>
              <w:left w:w="75" w:type="dxa"/>
              <w:bottom w:w="65" w:type="dxa"/>
              <w:right w:w="75" w:type="dxa"/>
            </w:tcMar>
            <w:vAlign w:val="center"/>
          </w:tcPr>
          <w:p w14:paraId="59369E91" w14:textId="77777777" w:rsidR="00A83192" w:rsidRPr="000B60F7" w:rsidRDefault="00000000">
            <w:pPr>
              <w:spacing w:after="0" w:line="240" w:lineRule="auto"/>
              <w:jc w:val="center"/>
              <w:rPr>
                <w:rFonts w:cs="Times New Roman"/>
              </w:rPr>
            </w:pPr>
            <w:r w:rsidRPr="000B60F7">
              <w:rPr>
                <w:rFonts w:cs="Times New Roman"/>
                <w:sz w:val="18"/>
              </w:rPr>
              <w:t>1.597 [1.035, 2.465]</w:t>
            </w:r>
          </w:p>
        </w:tc>
        <w:tc>
          <w:tcPr>
            <w:tcW w:w="864" w:type="dxa"/>
            <w:shd w:val="clear" w:color="auto" w:fill="FFFFFF"/>
            <w:tcMar>
              <w:top w:w="65" w:type="dxa"/>
              <w:left w:w="75" w:type="dxa"/>
              <w:bottom w:w="65" w:type="dxa"/>
              <w:right w:w="75" w:type="dxa"/>
            </w:tcMar>
            <w:vAlign w:val="center"/>
          </w:tcPr>
          <w:p w14:paraId="1F6E0A67" w14:textId="77777777" w:rsidR="00A83192" w:rsidRPr="000B60F7" w:rsidRDefault="00000000">
            <w:pPr>
              <w:spacing w:after="0" w:line="240" w:lineRule="auto"/>
              <w:jc w:val="center"/>
              <w:rPr>
                <w:rFonts w:cs="Times New Roman"/>
              </w:rPr>
            </w:pPr>
            <w:r w:rsidRPr="000B60F7">
              <w:rPr>
                <w:rFonts w:cs="Times New Roman"/>
                <w:sz w:val="18"/>
              </w:rPr>
              <w:t>0.0345</w:t>
            </w:r>
          </w:p>
        </w:tc>
        <w:tc>
          <w:tcPr>
            <w:tcW w:w="936" w:type="dxa"/>
            <w:shd w:val="clear" w:color="auto" w:fill="FFFFFF"/>
            <w:tcMar>
              <w:top w:w="65" w:type="dxa"/>
              <w:left w:w="75" w:type="dxa"/>
              <w:bottom w:w="65" w:type="dxa"/>
              <w:right w:w="75" w:type="dxa"/>
            </w:tcMar>
            <w:vAlign w:val="center"/>
          </w:tcPr>
          <w:p w14:paraId="5B91D035" w14:textId="77777777" w:rsidR="00A83192" w:rsidRPr="000B60F7" w:rsidRDefault="00000000">
            <w:pPr>
              <w:spacing w:after="0" w:line="240" w:lineRule="auto"/>
              <w:jc w:val="center"/>
              <w:rPr>
                <w:rFonts w:cs="Times New Roman"/>
              </w:rPr>
            </w:pPr>
            <w:r w:rsidRPr="000B60F7">
              <w:rPr>
                <w:rFonts w:cs="Times New Roman"/>
                <w:sz w:val="18"/>
              </w:rPr>
              <w:t>0.0460</w:t>
            </w:r>
          </w:p>
        </w:tc>
      </w:tr>
      <w:tr w:rsidR="00A83192" w:rsidRPr="000B60F7" w14:paraId="0520665E" w14:textId="77777777">
        <w:trPr>
          <w:cantSplit/>
          <w:jc w:val="center"/>
        </w:trPr>
        <w:tc>
          <w:tcPr>
            <w:tcW w:w="2520" w:type="dxa"/>
            <w:shd w:val="clear" w:color="auto" w:fill="F6F8FA"/>
            <w:tcMar>
              <w:top w:w="65" w:type="dxa"/>
              <w:left w:w="75" w:type="dxa"/>
              <w:bottom w:w="65" w:type="dxa"/>
              <w:right w:w="75" w:type="dxa"/>
            </w:tcMar>
            <w:vAlign w:val="center"/>
          </w:tcPr>
          <w:p w14:paraId="4508AB2A" w14:textId="77777777" w:rsidR="00A83192" w:rsidRPr="000B60F7" w:rsidRDefault="00000000">
            <w:pPr>
              <w:spacing w:after="0" w:line="240" w:lineRule="auto"/>
              <w:rPr>
                <w:rFonts w:cs="Times New Roman"/>
              </w:rPr>
            </w:pPr>
            <w:r w:rsidRPr="000B60F7">
              <w:rPr>
                <w:rFonts w:cs="Times New Roman"/>
                <w:sz w:val="18"/>
              </w:rPr>
              <w:lastRenderedPageBreak/>
              <w:t>Mixture model, origin 90%</w:t>
            </w:r>
          </w:p>
        </w:tc>
        <w:tc>
          <w:tcPr>
            <w:tcW w:w="1512" w:type="dxa"/>
            <w:shd w:val="clear" w:color="auto" w:fill="F6F8FA"/>
            <w:tcMar>
              <w:top w:w="65" w:type="dxa"/>
              <w:left w:w="75" w:type="dxa"/>
              <w:bottom w:w="65" w:type="dxa"/>
              <w:right w:w="75" w:type="dxa"/>
            </w:tcMar>
            <w:vAlign w:val="center"/>
          </w:tcPr>
          <w:p w14:paraId="789B4AB0"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6F8FA"/>
            <w:tcMar>
              <w:top w:w="65" w:type="dxa"/>
              <w:left w:w="75" w:type="dxa"/>
              <w:bottom w:w="65" w:type="dxa"/>
              <w:right w:w="75" w:type="dxa"/>
            </w:tcMar>
            <w:vAlign w:val="center"/>
          </w:tcPr>
          <w:p w14:paraId="788D395F" w14:textId="77777777" w:rsidR="00A83192" w:rsidRPr="000B60F7" w:rsidRDefault="00000000">
            <w:pPr>
              <w:spacing w:after="0" w:line="240" w:lineRule="auto"/>
              <w:jc w:val="center"/>
              <w:rPr>
                <w:rFonts w:cs="Times New Roman"/>
              </w:rPr>
            </w:pPr>
            <w:r w:rsidRPr="000B60F7">
              <w:rPr>
                <w:rFonts w:cs="Times New Roman"/>
                <w:sz w:val="18"/>
              </w:rPr>
              <w:t>37–60</w:t>
            </w:r>
          </w:p>
        </w:tc>
        <w:tc>
          <w:tcPr>
            <w:tcW w:w="2664" w:type="dxa"/>
            <w:shd w:val="clear" w:color="auto" w:fill="F6F8FA"/>
            <w:tcMar>
              <w:top w:w="65" w:type="dxa"/>
              <w:left w:w="75" w:type="dxa"/>
              <w:bottom w:w="65" w:type="dxa"/>
              <w:right w:w="75" w:type="dxa"/>
            </w:tcMar>
            <w:vAlign w:val="center"/>
          </w:tcPr>
          <w:p w14:paraId="5CDEE008" w14:textId="77777777" w:rsidR="00A83192" w:rsidRPr="000B60F7" w:rsidRDefault="00000000">
            <w:pPr>
              <w:spacing w:after="0" w:line="240" w:lineRule="auto"/>
              <w:jc w:val="center"/>
              <w:rPr>
                <w:rFonts w:cs="Times New Roman"/>
              </w:rPr>
            </w:pPr>
            <w:r w:rsidRPr="000B60F7">
              <w:rPr>
                <w:rFonts w:cs="Times New Roman"/>
                <w:sz w:val="18"/>
              </w:rPr>
              <w:t>2.302 [1.158, 4.574]</w:t>
            </w:r>
          </w:p>
        </w:tc>
        <w:tc>
          <w:tcPr>
            <w:tcW w:w="864" w:type="dxa"/>
            <w:shd w:val="clear" w:color="auto" w:fill="F6F8FA"/>
            <w:tcMar>
              <w:top w:w="65" w:type="dxa"/>
              <w:left w:w="75" w:type="dxa"/>
              <w:bottom w:w="65" w:type="dxa"/>
              <w:right w:w="75" w:type="dxa"/>
            </w:tcMar>
            <w:vAlign w:val="center"/>
          </w:tcPr>
          <w:p w14:paraId="6D4569BF" w14:textId="77777777" w:rsidR="00A83192" w:rsidRPr="000B60F7" w:rsidRDefault="00000000">
            <w:pPr>
              <w:spacing w:after="0" w:line="240" w:lineRule="auto"/>
              <w:jc w:val="center"/>
              <w:rPr>
                <w:rFonts w:cs="Times New Roman"/>
              </w:rPr>
            </w:pPr>
            <w:r w:rsidRPr="000B60F7">
              <w:rPr>
                <w:rFonts w:cs="Times New Roman"/>
                <w:sz w:val="18"/>
              </w:rPr>
              <w:t>0.0174</w:t>
            </w:r>
          </w:p>
        </w:tc>
        <w:tc>
          <w:tcPr>
            <w:tcW w:w="936" w:type="dxa"/>
            <w:shd w:val="clear" w:color="auto" w:fill="F6F8FA"/>
            <w:tcMar>
              <w:top w:w="65" w:type="dxa"/>
              <w:left w:w="75" w:type="dxa"/>
              <w:bottom w:w="65" w:type="dxa"/>
              <w:right w:w="75" w:type="dxa"/>
            </w:tcMar>
            <w:vAlign w:val="center"/>
          </w:tcPr>
          <w:p w14:paraId="1AF6B23C" w14:textId="77777777" w:rsidR="00A83192" w:rsidRPr="000B60F7" w:rsidRDefault="00000000">
            <w:pPr>
              <w:spacing w:after="0" w:line="240" w:lineRule="auto"/>
              <w:jc w:val="center"/>
              <w:rPr>
                <w:rFonts w:cs="Times New Roman"/>
              </w:rPr>
            </w:pPr>
            <w:r w:rsidRPr="000B60F7">
              <w:rPr>
                <w:rFonts w:cs="Times New Roman"/>
                <w:sz w:val="18"/>
              </w:rPr>
              <w:t>0.0348</w:t>
            </w:r>
          </w:p>
        </w:tc>
      </w:tr>
      <w:tr w:rsidR="00A83192" w:rsidRPr="000B60F7" w14:paraId="7FD23CC4" w14:textId="77777777">
        <w:trPr>
          <w:cantSplit/>
          <w:jc w:val="center"/>
        </w:trPr>
        <w:tc>
          <w:tcPr>
            <w:tcW w:w="2520" w:type="dxa"/>
            <w:shd w:val="clear" w:color="auto" w:fill="FFFFFF"/>
            <w:tcMar>
              <w:top w:w="65" w:type="dxa"/>
              <w:left w:w="75" w:type="dxa"/>
              <w:bottom w:w="65" w:type="dxa"/>
              <w:right w:w="75" w:type="dxa"/>
            </w:tcMar>
            <w:vAlign w:val="center"/>
          </w:tcPr>
          <w:p w14:paraId="4703CAF6" w14:textId="77777777" w:rsidR="00A83192" w:rsidRPr="000B60F7" w:rsidRDefault="00000000">
            <w:pPr>
              <w:spacing w:after="0" w:line="240" w:lineRule="auto"/>
              <w:rPr>
                <w:rFonts w:cs="Times New Roman"/>
              </w:rPr>
            </w:pPr>
            <w:r w:rsidRPr="000B60F7">
              <w:rPr>
                <w:rFonts w:cs="Times New Roman"/>
                <w:sz w:val="18"/>
              </w:rPr>
              <w:t>Mixture model, origin 80%</w:t>
            </w:r>
          </w:p>
        </w:tc>
        <w:tc>
          <w:tcPr>
            <w:tcW w:w="1512" w:type="dxa"/>
            <w:shd w:val="clear" w:color="auto" w:fill="FFFFFF"/>
            <w:tcMar>
              <w:top w:w="65" w:type="dxa"/>
              <w:left w:w="75" w:type="dxa"/>
              <w:bottom w:w="65" w:type="dxa"/>
              <w:right w:w="75" w:type="dxa"/>
            </w:tcMar>
            <w:vAlign w:val="center"/>
          </w:tcPr>
          <w:p w14:paraId="778E1CA6"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FFFFF"/>
            <w:tcMar>
              <w:top w:w="65" w:type="dxa"/>
              <w:left w:w="75" w:type="dxa"/>
              <w:bottom w:w="65" w:type="dxa"/>
              <w:right w:w="75" w:type="dxa"/>
            </w:tcMar>
            <w:vAlign w:val="center"/>
          </w:tcPr>
          <w:p w14:paraId="21EE11FB" w14:textId="77777777" w:rsidR="00A83192" w:rsidRPr="000B60F7" w:rsidRDefault="00000000">
            <w:pPr>
              <w:spacing w:after="0" w:line="240" w:lineRule="auto"/>
              <w:jc w:val="center"/>
              <w:rPr>
                <w:rFonts w:cs="Times New Roman"/>
              </w:rPr>
            </w:pPr>
            <w:r w:rsidRPr="000B60F7">
              <w:rPr>
                <w:rFonts w:cs="Times New Roman"/>
                <w:sz w:val="18"/>
              </w:rPr>
              <w:t>1–12</w:t>
            </w:r>
          </w:p>
        </w:tc>
        <w:tc>
          <w:tcPr>
            <w:tcW w:w="2664" w:type="dxa"/>
            <w:shd w:val="clear" w:color="auto" w:fill="FFFFFF"/>
            <w:tcMar>
              <w:top w:w="65" w:type="dxa"/>
              <w:left w:w="75" w:type="dxa"/>
              <w:bottom w:w="65" w:type="dxa"/>
              <w:right w:w="75" w:type="dxa"/>
            </w:tcMar>
            <w:vAlign w:val="center"/>
          </w:tcPr>
          <w:p w14:paraId="45347F75" w14:textId="77777777" w:rsidR="00A83192" w:rsidRPr="000B60F7" w:rsidRDefault="00000000">
            <w:pPr>
              <w:spacing w:after="0" w:line="240" w:lineRule="auto"/>
              <w:jc w:val="center"/>
              <w:rPr>
                <w:rFonts w:cs="Times New Roman"/>
              </w:rPr>
            </w:pPr>
            <w:r w:rsidRPr="000B60F7">
              <w:rPr>
                <w:rFonts w:cs="Times New Roman"/>
                <w:sz w:val="18"/>
              </w:rPr>
              <w:t>0.784 [0.613, 1.002]</w:t>
            </w:r>
          </w:p>
        </w:tc>
        <w:tc>
          <w:tcPr>
            <w:tcW w:w="864" w:type="dxa"/>
            <w:shd w:val="clear" w:color="auto" w:fill="FFFFFF"/>
            <w:tcMar>
              <w:top w:w="65" w:type="dxa"/>
              <w:left w:w="75" w:type="dxa"/>
              <w:bottom w:w="65" w:type="dxa"/>
              <w:right w:w="75" w:type="dxa"/>
            </w:tcMar>
            <w:vAlign w:val="center"/>
          </w:tcPr>
          <w:p w14:paraId="0A0A8AF7" w14:textId="77777777" w:rsidR="00A83192" w:rsidRPr="000B60F7" w:rsidRDefault="00000000">
            <w:pPr>
              <w:spacing w:after="0" w:line="240" w:lineRule="auto"/>
              <w:jc w:val="center"/>
              <w:rPr>
                <w:rFonts w:cs="Times New Roman"/>
              </w:rPr>
            </w:pPr>
            <w:r w:rsidRPr="000B60F7">
              <w:rPr>
                <w:rFonts w:cs="Times New Roman"/>
                <w:sz w:val="18"/>
              </w:rPr>
              <w:t>0.0521</w:t>
            </w:r>
          </w:p>
        </w:tc>
        <w:tc>
          <w:tcPr>
            <w:tcW w:w="936" w:type="dxa"/>
            <w:shd w:val="clear" w:color="auto" w:fill="FFFFFF"/>
            <w:tcMar>
              <w:top w:w="65" w:type="dxa"/>
              <w:left w:w="75" w:type="dxa"/>
              <w:bottom w:w="65" w:type="dxa"/>
              <w:right w:w="75" w:type="dxa"/>
            </w:tcMar>
            <w:vAlign w:val="center"/>
          </w:tcPr>
          <w:p w14:paraId="5181E8F1" w14:textId="77777777" w:rsidR="00A83192" w:rsidRPr="000B60F7" w:rsidRDefault="00000000">
            <w:pPr>
              <w:spacing w:after="0" w:line="240" w:lineRule="auto"/>
              <w:jc w:val="center"/>
              <w:rPr>
                <w:rFonts w:cs="Times New Roman"/>
              </w:rPr>
            </w:pPr>
            <w:r w:rsidRPr="000B60F7">
              <w:rPr>
                <w:rFonts w:cs="Times New Roman"/>
                <w:sz w:val="18"/>
              </w:rPr>
              <w:t>0.0695</w:t>
            </w:r>
          </w:p>
        </w:tc>
      </w:tr>
      <w:tr w:rsidR="00A83192" w:rsidRPr="000B60F7" w14:paraId="7300DB34" w14:textId="77777777">
        <w:trPr>
          <w:cantSplit/>
          <w:jc w:val="center"/>
        </w:trPr>
        <w:tc>
          <w:tcPr>
            <w:tcW w:w="2520" w:type="dxa"/>
            <w:shd w:val="clear" w:color="auto" w:fill="F6F8FA"/>
            <w:tcMar>
              <w:top w:w="65" w:type="dxa"/>
              <w:left w:w="75" w:type="dxa"/>
              <w:bottom w:w="65" w:type="dxa"/>
              <w:right w:w="75" w:type="dxa"/>
            </w:tcMar>
            <w:vAlign w:val="center"/>
          </w:tcPr>
          <w:p w14:paraId="3F721587" w14:textId="77777777" w:rsidR="00A83192" w:rsidRPr="000B60F7" w:rsidRDefault="00000000">
            <w:pPr>
              <w:spacing w:after="0" w:line="240" w:lineRule="auto"/>
              <w:rPr>
                <w:rFonts w:cs="Times New Roman"/>
              </w:rPr>
            </w:pPr>
            <w:r w:rsidRPr="000B60F7">
              <w:rPr>
                <w:rFonts w:cs="Times New Roman"/>
                <w:sz w:val="18"/>
              </w:rPr>
              <w:t>Mixture model, origin 80%</w:t>
            </w:r>
          </w:p>
        </w:tc>
        <w:tc>
          <w:tcPr>
            <w:tcW w:w="1512" w:type="dxa"/>
            <w:shd w:val="clear" w:color="auto" w:fill="F6F8FA"/>
            <w:tcMar>
              <w:top w:w="65" w:type="dxa"/>
              <w:left w:w="75" w:type="dxa"/>
              <w:bottom w:w="65" w:type="dxa"/>
              <w:right w:w="75" w:type="dxa"/>
            </w:tcMar>
            <w:vAlign w:val="center"/>
          </w:tcPr>
          <w:p w14:paraId="16B0AC4B"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6F8FA"/>
            <w:tcMar>
              <w:top w:w="65" w:type="dxa"/>
              <w:left w:w="75" w:type="dxa"/>
              <w:bottom w:w="65" w:type="dxa"/>
              <w:right w:w="75" w:type="dxa"/>
            </w:tcMar>
            <w:vAlign w:val="center"/>
          </w:tcPr>
          <w:p w14:paraId="12CE8155" w14:textId="77777777" w:rsidR="00A83192" w:rsidRPr="000B60F7" w:rsidRDefault="00000000">
            <w:pPr>
              <w:spacing w:after="0" w:line="240" w:lineRule="auto"/>
              <w:jc w:val="center"/>
              <w:rPr>
                <w:rFonts w:cs="Times New Roman"/>
              </w:rPr>
            </w:pPr>
            <w:r w:rsidRPr="000B60F7">
              <w:rPr>
                <w:rFonts w:cs="Times New Roman"/>
                <w:sz w:val="18"/>
              </w:rPr>
              <w:t>13–24</w:t>
            </w:r>
          </w:p>
        </w:tc>
        <w:tc>
          <w:tcPr>
            <w:tcW w:w="2664" w:type="dxa"/>
            <w:shd w:val="clear" w:color="auto" w:fill="F6F8FA"/>
            <w:tcMar>
              <w:top w:w="65" w:type="dxa"/>
              <w:left w:w="75" w:type="dxa"/>
              <w:bottom w:w="65" w:type="dxa"/>
              <w:right w:w="75" w:type="dxa"/>
            </w:tcMar>
            <w:vAlign w:val="center"/>
          </w:tcPr>
          <w:p w14:paraId="17444351" w14:textId="77777777" w:rsidR="00A83192" w:rsidRPr="000B60F7" w:rsidRDefault="00000000">
            <w:pPr>
              <w:spacing w:after="0" w:line="240" w:lineRule="auto"/>
              <w:jc w:val="center"/>
              <w:rPr>
                <w:rFonts w:cs="Times New Roman"/>
              </w:rPr>
            </w:pPr>
            <w:r w:rsidRPr="000B60F7">
              <w:rPr>
                <w:rFonts w:cs="Times New Roman"/>
                <w:sz w:val="18"/>
              </w:rPr>
              <w:t>0.946 [0.758, 1.182]</w:t>
            </w:r>
          </w:p>
        </w:tc>
        <w:tc>
          <w:tcPr>
            <w:tcW w:w="864" w:type="dxa"/>
            <w:shd w:val="clear" w:color="auto" w:fill="F6F8FA"/>
            <w:tcMar>
              <w:top w:w="65" w:type="dxa"/>
              <w:left w:w="75" w:type="dxa"/>
              <w:bottom w:w="65" w:type="dxa"/>
              <w:right w:w="75" w:type="dxa"/>
            </w:tcMar>
            <w:vAlign w:val="center"/>
          </w:tcPr>
          <w:p w14:paraId="30D73F10" w14:textId="77777777" w:rsidR="00A83192" w:rsidRPr="000B60F7" w:rsidRDefault="00000000">
            <w:pPr>
              <w:spacing w:after="0" w:line="240" w:lineRule="auto"/>
              <w:jc w:val="center"/>
              <w:rPr>
                <w:rFonts w:cs="Times New Roman"/>
              </w:rPr>
            </w:pPr>
            <w:r w:rsidRPr="000B60F7">
              <w:rPr>
                <w:rFonts w:cs="Times New Roman"/>
                <w:sz w:val="18"/>
              </w:rPr>
              <w:t>0.6264</w:t>
            </w:r>
          </w:p>
        </w:tc>
        <w:tc>
          <w:tcPr>
            <w:tcW w:w="936" w:type="dxa"/>
            <w:shd w:val="clear" w:color="auto" w:fill="F6F8FA"/>
            <w:tcMar>
              <w:top w:w="65" w:type="dxa"/>
              <w:left w:w="75" w:type="dxa"/>
              <w:bottom w:w="65" w:type="dxa"/>
              <w:right w:w="75" w:type="dxa"/>
            </w:tcMar>
            <w:vAlign w:val="center"/>
          </w:tcPr>
          <w:p w14:paraId="4C9B0AF9" w14:textId="77777777" w:rsidR="00A83192" w:rsidRPr="000B60F7" w:rsidRDefault="00000000">
            <w:pPr>
              <w:spacing w:after="0" w:line="240" w:lineRule="auto"/>
              <w:jc w:val="center"/>
              <w:rPr>
                <w:rFonts w:cs="Times New Roman"/>
              </w:rPr>
            </w:pPr>
            <w:r w:rsidRPr="000B60F7">
              <w:rPr>
                <w:rFonts w:cs="Times New Roman"/>
                <w:sz w:val="18"/>
              </w:rPr>
              <w:t>0.6264</w:t>
            </w:r>
          </w:p>
        </w:tc>
      </w:tr>
      <w:tr w:rsidR="00A83192" w:rsidRPr="000B60F7" w14:paraId="7026407E" w14:textId="77777777">
        <w:trPr>
          <w:cantSplit/>
          <w:jc w:val="center"/>
        </w:trPr>
        <w:tc>
          <w:tcPr>
            <w:tcW w:w="2520" w:type="dxa"/>
            <w:shd w:val="clear" w:color="auto" w:fill="FFFFFF"/>
            <w:tcMar>
              <w:top w:w="65" w:type="dxa"/>
              <w:left w:w="75" w:type="dxa"/>
              <w:bottom w:w="65" w:type="dxa"/>
              <w:right w:w="75" w:type="dxa"/>
            </w:tcMar>
            <w:vAlign w:val="center"/>
          </w:tcPr>
          <w:p w14:paraId="02E6578D" w14:textId="77777777" w:rsidR="00A83192" w:rsidRPr="000B60F7" w:rsidRDefault="00000000">
            <w:pPr>
              <w:spacing w:after="0" w:line="240" w:lineRule="auto"/>
              <w:rPr>
                <w:rFonts w:cs="Times New Roman"/>
              </w:rPr>
            </w:pPr>
            <w:r w:rsidRPr="000B60F7">
              <w:rPr>
                <w:rFonts w:cs="Times New Roman"/>
                <w:sz w:val="18"/>
              </w:rPr>
              <w:t>Mixture model, origin 80%</w:t>
            </w:r>
          </w:p>
        </w:tc>
        <w:tc>
          <w:tcPr>
            <w:tcW w:w="1512" w:type="dxa"/>
            <w:shd w:val="clear" w:color="auto" w:fill="FFFFFF"/>
            <w:tcMar>
              <w:top w:w="65" w:type="dxa"/>
              <w:left w:w="75" w:type="dxa"/>
              <w:bottom w:w="65" w:type="dxa"/>
              <w:right w:w="75" w:type="dxa"/>
            </w:tcMar>
            <w:vAlign w:val="center"/>
          </w:tcPr>
          <w:p w14:paraId="59B960DD"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FFFFF"/>
            <w:tcMar>
              <w:top w:w="65" w:type="dxa"/>
              <w:left w:w="75" w:type="dxa"/>
              <w:bottom w:w="65" w:type="dxa"/>
              <w:right w:w="75" w:type="dxa"/>
            </w:tcMar>
            <w:vAlign w:val="center"/>
          </w:tcPr>
          <w:p w14:paraId="37C5D14F" w14:textId="77777777" w:rsidR="00A83192" w:rsidRPr="000B60F7" w:rsidRDefault="00000000">
            <w:pPr>
              <w:spacing w:after="0" w:line="240" w:lineRule="auto"/>
              <w:jc w:val="center"/>
              <w:rPr>
                <w:rFonts w:cs="Times New Roman"/>
              </w:rPr>
            </w:pPr>
            <w:r w:rsidRPr="000B60F7">
              <w:rPr>
                <w:rFonts w:cs="Times New Roman"/>
                <w:sz w:val="18"/>
              </w:rPr>
              <w:t>25–36</w:t>
            </w:r>
          </w:p>
        </w:tc>
        <w:tc>
          <w:tcPr>
            <w:tcW w:w="2664" w:type="dxa"/>
            <w:shd w:val="clear" w:color="auto" w:fill="FFFFFF"/>
            <w:tcMar>
              <w:top w:w="65" w:type="dxa"/>
              <w:left w:w="75" w:type="dxa"/>
              <w:bottom w:w="65" w:type="dxa"/>
              <w:right w:w="75" w:type="dxa"/>
            </w:tcMar>
            <w:vAlign w:val="center"/>
          </w:tcPr>
          <w:p w14:paraId="3AFB9812" w14:textId="77777777" w:rsidR="00A83192" w:rsidRPr="000B60F7" w:rsidRDefault="00000000">
            <w:pPr>
              <w:spacing w:after="0" w:line="240" w:lineRule="auto"/>
              <w:jc w:val="center"/>
              <w:rPr>
                <w:rFonts w:cs="Times New Roman"/>
              </w:rPr>
            </w:pPr>
            <w:r w:rsidRPr="000B60F7">
              <w:rPr>
                <w:rFonts w:cs="Times New Roman"/>
                <w:sz w:val="18"/>
              </w:rPr>
              <w:t>1.438 [1.119, 1.848]</w:t>
            </w:r>
          </w:p>
        </w:tc>
        <w:tc>
          <w:tcPr>
            <w:tcW w:w="864" w:type="dxa"/>
            <w:shd w:val="clear" w:color="auto" w:fill="FFFFFF"/>
            <w:tcMar>
              <w:top w:w="65" w:type="dxa"/>
              <w:left w:w="75" w:type="dxa"/>
              <w:bottom w:w="65" w:type="dxa"/>
              <w:right w:w="75" w:type="dxa"/>
            </w:tcMar>
            <w:vAlign w:val="center"/>
          </w:tcPr>
          <w:p w14:paraId="6105B23E" w14:textId="77777777" w:rsidR="00A83192" w:rsidRPr="000B60F7" w:rsidRDefault="00000000">
            <w:pPr>
              <w:spacing w:after="0" w:line="240" w:lineRule="auto"/>
              <w:jc w:val="center"/>
              <w:rPr>
                <w:rFonts w:cs="Times New Roman"/>
              </w:rPr>
            </w:pPr>
            <w:r w:rsidRPr="000B60F7">
              <w:rPr>
                <w:rFonts w:cs="Times New Roman"/>
                <w:sz w:val="18"/>
              </w:rPr>
              <w:t>0.0046</w:t>
            </w:r>
          </w:p>
        </w:tc>
        <w:tc>
          <w:tcPr>
            <w:tcW w:w="936" w:type="dxa"/>
            <w:shd w:val="clear" w:color="auto" w:fill="FFFFFF"/>
            <w:tcMar>
              <w:top w:w="65" w:type="dxa"/>
              <w:left w:w="75" w:type="dxa"/>
              <w:bottom w:w="65" w:type="dxa"/>
              <w:right w:w="75" w:type="dxa"/>
            </w:tcMar>
            <w:vAlign w:val="center"/>
          </w:tcPr>
          <w:p w14:paraId="3293EE35" w14:textId="77777777" w:rsidR="00A83192" w:rsidRPr="000B60F7" w:rsidRDefault="00000000">
            <w:pPr>
              <w:spacing w:after="0" w:line="240" w:lineRule="auto"/>
              <w:jc w:val="center"/>
              <w:rPr>
                <w:rFonts w:cs="Times New Roman"/>
              </w:rPr>
            </w:pPr>
            <w:r w:rsidRPr="000B60F7">
              <w:rPr>
                <w:rFonts w:cs="Times New Roman"/>
                <w:sz w:val="18"/>
              </w:rPr>
              <w:t>0.0092</w:t>
            </w:r>
          </w:p>
        </w:tc>
      </w:tr>
      <w:tr w:rsidR="00A83192" w:rsidRPr="000B60F7" w14:paraId="77790ACD" w14:textId="77777777">
        <w:trPr>
          <w:cantSplit/>
          <w:jc w:val="center"/>
        </w:trPr>
        <w:tc>
          <w:tcPr>
            <w:tcW w:w="2520" w:type="dxa"/>
            <w:shd w:val="clear" w:color="auto" w:fill="F6F8FA"/>
            <w:tcMar>
              <w:top w:w="65" w:type="dxa"/>
              <w:left w:w="75" w:type="dxa"/>
              <w:bottom w:w="65" w:type="dxa"/>
              <w:right w:w="75" w:type="dxa"/>
            </w:tcMar>
            <w:vAlign w:val="center"/>
          </w:tcPr>
          <w:p w14:paraId="0685086E" w14:textId="77777777" w:rsidR="00A83192" w:rsidRPr="000B60F7" w:rsidRDefault="00000000">
            <w:pPr>
              <w:spacing w:after="0" w:line="240" w:lineRule="auto"/>
              <w:rPr>
                <w:rFonts w:cs="Times New Roman"/>
              </w:rPr>
            </w:pPr>
            <w:r w:rsidRPr="000B60F7">
              <w:rPr>
                <w:rFonts w:cs="Times New Roman"/>
                <w:sz w:val="18"/>
              </w:rPr>
              <w:t>Mixture model, origin 80%</w:t>
            </w:r>
          </w:p>
        </w:tc>
        <w:tc>
          <w:tcPr>
            <w:tcW w:w="1512" w:type="dxa"/>
            <w:shd w:val="clear" w:color="auto" w:fill="F6F8FA"/>
            <w:tcMar>
              <w:top w:w="65" w:type="dxa"/>
              <w:left w:w="75" w:type="dxa"/>
              <w:bottom w:w="65" w:type="dxa"/>
              <w:right w:w="75" w:type="dxa"/>
            </w:tcMar>
            <w:vAlign w:val="center"/>
          </w:tcPr>
          <w:p w14:paraId="38A111BE"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6F8FA"/>
            <w:tcMar>
              <w:top w:w="65" w:type="dxa"/>
              <w:left w:w="75" w:type="dxa"/>
              <w:bottom w:w="65" w:type="dxa"/>
              <w:right w:w="75" w:type="dxa"/>
            </w:tcMar>
            <w:vAlign w:val="center"/>
          </w:tcPr>
          <w:p w14:paraId="16327F31" w14:textId="77777777" w:rsidR="00A83192" w:rsidRPr="000B60F7" w:rsidRDefault="00000000">
            <w:pPr>
              <w:spacing w:after="0" w:line="240" w:lineRule="auto"/>
              <w:jc w:val="center"/>
              <w:rPr>
                <w:rFonts w:cs="Times New Roman"/>
              </w:rPr>
            </w:pPr>
            <w:r w:rsidRPr="000B60F7">
              <w:rPr>
                <w:rFonts w:cs="Times New Roman"/>
                <w:sz w:val="18"/>
              </w:rPr>
              <w:t>37–60</w:t>
            </w:r>
          </w:p>
        </w:tc>
        <w:tc>
          <w:tcPr>
            <w:tcW w:w="2664" w:type="dxa"/>
            <w:shd w:val="clear" w:color="auto" w:fill="F6F8FA"/>
            <w:tcMar>
              <w:top w:w="65" w:type="dxa"/>
              <w:left w:w="75" w:type="dxa"/>
              <w:bottom w:w="65" w:type="dxa"/>
              <w:right w:w="75" w:type="dxa"/>
            </w:tcMar>
            <w:vAlign w:val="center"/>
          </w:tcPr>
          <w:p w14:paraId="2A46341F" w14:textId="77777777" w:rsidR="00A83192" w:rsidRPr="000B60F7" w:rsidRDefault="00000000">
            <w:pPr>
              <w:spacing w:after="0" w:line="240" w:lineRule="auto"/>
              <w:jc w:val="center"/>
              <w:rPr>
                <w:rFonts w:cs="Times New Roman"/>
              </w:rPr>
            </w:pPr>
            <w:r w:rsidRPr="000B60F7">
              <w:rPr>
                <w:rFonts w:cs="Times New Roman"/>
                <w:sz w:val="18"/>
              </w:rPr>
              <w:t>1.943 [1.372, 2.751]</w:t>
            </w:r>
          </w:p>
        </w:tc>
        <w:tc>
          <w:tcPr>
            <w:tcW w:w="864" w:type="dxa"/>
            <w:shd w:val="clear" w:color="auto" w:fill="F6F8FA"/>
            <w:tcMar>
              <w:top w:w="65" w:type="dxa"/>
              <w:left w:w="75" w:type="dxa"/>
              <w:bottom w:w="65" w:type="dxa"/>
              <w:right w:w="75" w:type="dxa"/>
            </w:tcMar>
            <w:vAlign w:val="center"/>
          </w:tcPr>
          <w:p w14:paraId="624A6160" w14:textId="77777777" w:rsidR="00A83192" w:rsidRPr="000B60F7" w:rsidRDefault="00000000">
            <w:pPr>
              <w:spacing w:after="0" w:line="240" w:lineRule="auto"/>
              <w:jc w:val="center"/>
              <w:rPr>
                <w:rFonts w:cs="Times New Roman"/>
              </w:rPr>
            </w:pPr>
            <w:r w:rsidRPr="000B60F7">
              <w:rPr>
                <w:rFonts w:cs="Times New Roman"/>
                <w:sz w:val="18"/>
              </w:rPr>
              <w:t>0.0002</w:t>
            </w:r>
          </w:p>
        </w:tc>
        <w:tc>
          <w:tcPr>
            <w:tcW w:w="936" w:type="dxa"/>
            <w:shd w:val="clear" w:color="auto" w:fill="F6F8FA"/>
            <w:tcMar>
              <w:top w:w="65" w:type="dxa"/>
              <w:left w:w="75" w:type="dxa"/>
              <w:bottom w:w="65" w:type="dxa"/>
              <w:right w:w="75" w:type="dxa"/>
            </w:tcMar>
            <w:vAlign w:val="center"/>
          </w:tcPr>
          <w:p w14:paraId="5A869117" w14:textId="77777777" w:rsidR="00A83192" w:rsidRPr="000B60F7" w:rsidRDefault="00000000">
            <w:pPr>
              <w:spacing w:after="0" w:line="240" w:lineRule="auto"/>
              <w:jc w:val="center"/>
              <w:rPr>
                <w:rFonts w:cs="Times New Roman"/>
              </w:rPr>
            </w:pPr>
            <w:r w:rsidRPr="000B60F7">
              <w:rPr>
                <w:rFonts w:cs="Times New Roman"/>
                <w:sz w:val="18"/>
              </w:rPr>
              <w:t>0.0008</w:t>
            </w:r>
          </w:p>
        </w:tc>
      </w:tr>
      <w:tr w:rsidR="00A83192" w:rsidRPr="000B60F7" w14:paraId="4D2DE3B6" w14:textId="77777777">
        <w:trPr>
          <w:cantSplit/>
          <w:jc w:val="center"/>
        </w:trPr>
        <w:tc>
          <w:tcPr>
            <w:tcW w:w="2520" w:type="dxa"/>
            <w:shd w:val="clear" w:color="auto" w:fill="FFFFFF"/>
            <w:tcMar>
              <w:top w:w="65" w:type="dxa"/>
              <w:left w:w="75" w:type="dxa"/>
              <w:bottom w:w="65" w:type="dxa"/>
              <w:right w:w="75" w:type="dxa"/>
            </w:tcMar>
            <w:vAlign w:val="center"/>
          </w:tcPr>
          <w:p w14:paraId="79A04671" w14:textId="77777777" w:rsidR="00A83192" w:rsidRPr="000B60F7" w:rsidRDefault="00000000">
            <w:pPr>
              <w:spacing w:after="0" w:line="240" w:lineRule="auto"/>
              <w:rPr>
                <w:rFonts w:cs="Times New Roman"/>
              </w:rPr>
            </w:pPr>
            <w:r w:rsidRPr="000B60F7">
              <w:rPr>
                <w:rFonts w:cs="Times New Roman"/>
                <w:sz w:val="18"/>
              </w:rPr>
              <w:t>Mixture model, origin 80%</w:t>
            </w:r>
          </w:p>
        </w:tc>
        <w:tc>
          <w:tcPr>
            <w:tcW w:w="1512" w:type="dxa"/>
            <w:shd w:val="clear" w:color="auto" w:fill="FFFFFF"/>
            <w:tcMar>
              <w:top w:w="65" w:type="dxa"/>
              <w:left w:w="75" w:type="dxa"/>
              <w:bottom w:w="65" w:type="dxa"/>
              <w:right w:w="75" w:type="dxa"/>
            </w:tcMar>
            <w:vAlign w:val="center"/>
          </w:tcPr>
          <w:p w14:paraId="14BB5384"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FFFFF"/>
            <w:tcMar>
              <w:top w:w="65" w:type="dxa"/>
              <w:left w:w="75" w:type="dxa"/>
              <w:bottom w:w="65" w:type="dxa"/>
              <w:right w:w="75" w:type="dxa"/>
            </w:tcMar>
            <w:vAlign w:val="center"/>
          </w:tcPr>
          <w:p w14:paraId="717FA92B" w14:textId="77777777" w:rsidR="00A83192" w:rsidRPr="000B60F7" w:rsidRDefault="00000000">
            <w:pPr>
              <w:spacing w:after="0" w:line="240" w:lineRule="auto"/>
              <w:jc w:val="center"/>
              <w:rPr>
                <w:rFonts w:cs="Times New Roman"/>
              </w:rPr>
            </w:pPr>
            <w:r w:rsidRPr="000B60F7">
              <w:rPr>
                <w:rFonts w:cs="Times New Roman"/>
                <w:sz w:val="18"/>
              </w:rPr>
              <w:t>1–12</w:t>
            </w:r>
          </w:p>
        </w:tc>
        <w:tc>
          <w:tcPr>
            <w:tcW w:w="2664" w:type="dxa"/>
            <w:shd w:val="clear" w:color="auto" w:fill="FFFFFF"/>
            <w:tcMar>
              <w:top w:w="65" w:type="dxa"/>
              <w:left w:w="75" w:type="dxa"/>
              <w:bottom w:w="65" w:type="dxa"/>
              <w:right w:w="75" w:type="dxa"/>
            </w:tcMar>
            <w:vAlign w:val="center"/>
          </w:tcPr>
          <w:p w14:paraId="4989DBFE" w14:textId="77777777" w:rsidR="00A83192" w:rsidRPr="000B60F7" w:rsidRDefault="00000000">
            <w:pPr>
              <w:spacing w:after="0" w:line="240" w:lineRule="auto"/>
              <w:jc w:val="center"/>
              <w:rPr>
                <w:rFonts w:cs="Times New Roman"/>
              </w:rPr>
            </w:pPr>
            <w:r w:rsidRPr="000B60F7">
              <w:rPr>
                <w:rFonts w:cs="Times New Roman"/>
                <w:sz w:val="18"/>
              </w:rPr>
              <w:t>1.330 [1.022, 1.730]</w:t>
            </w:r>
          </w:p>
        </w:tc>
        <w:tc>
          <w:tcPr>
            <w:tcW w:w="864" w:type="dxa"/>
            <w:shd w:val="clear" w:color="auto" w:fill="FFFFFF"/>
            <w:tcMar>
              <w:top w:w="65" w:type="dxa"/>
              <w:left w:w="75" w:type="dxa"/>
              <w:bottom w:w="65" w:type="dxa"/>
              <w:right w:w="75" w:type="dxa"/>
            </w:tcMar>
            <w:vAlign w:val="center"/>
          </w:tcPr>
          <w:p w14:paraId="48C98567" w14:textId="77777777" w:rsidR="00A83192" w:rsidRPr="000B60F7" w:rsidRDefault="00000000">
            <w:pPr>
              <w:spacing w:after="0" w:line="240" w:lineRule="auto"/>
              <w:jc w:val="center"/>
              <w:rPr>
                <w:rFonts w:cs="Times New Roman"/>
              </w:rPr>
            </w:pPr>
            <w:r w:rsidRPr="000B60F7">
              <w:rPr>
                <w:rFonts w:cs="Times New Roman"/>
                <w:sz w:val="18"/>
              </w:rPr>
              <w:t>0.0338</w:t>
            </w:r>
          </w:p>
        </w:tc>
        <w:tc>
          <w:tcPr>
            <w:tcW w:w="936" w:type="dxa"/>
            <w:shd w:val="clear" w:color="auto" w:fill="FFFFFF"/>
            <w:tcMar>
              <w:top w:w="65" w:type="dxa"/>
              <w:left w:w="75" w:type="dxa"/>
              <w:bottom w:w="65" w:type="dxa"/>
              <w:right w:w="75" w:type="dxa"/>
            </w:tcMar>
            <w:vAlign w:val="center"/>
          </w:tcPr>
          <w:p w14:paraId="760F89FF" w14:textId="77777777" w:rsidR="00A83192" w:rsidRPr="000B60F7" w:rsidRDefault="00000000">
            <w:pPr>
              <w:spacing w:after="0" w:line="240" w:lineRule="auto"/>
              <w:jc w:val="center"/>
              <w:rPr>
                <w:rFonts w:cs="Times New Roman"/>
              </w:rPr>
            </w:pPr>
            <w:r w:rsidRPr="000B60F7">
              <w:rPr>
                <w:rFonts w:cs="Times New Roman"/>
                <w:sz w:val="18"/>
              </w:rPr>
              <w:t>0.1353</w:t>
            </w:r>
          </w:p>
        </w:tc>
      </w:tr>
      <w:tr w:rsidR="00A83192" w:rsidRPr="000B60F7" w14:paraId="4B4A6DF5" w14:textId="77777777">
        <w:trPr>
          <w:cantSplit/>
          <w:jc w:val="center"/>
        </w:trPr>
        <w:tc>
          <w:tcPr>
            <w:tcW w:w="2520" w:type="dxa"/>
            <w:shd w:val="clear" w:color="auto" w:fill="F6F8FA"/>
            <w:tcMar>
              <w:top w:w="65" w:type="dxa"/>
              <w:left w:w="75" w:type="dxa"/>
              <w:bottom w:w="65" w:type="dxa"/>
              <w:right w:w="75" w:type="dxa"/>
            </w:tcMar>
            <w:vAlign w:val="center"/>
          </w:tcPr>
          <w:p w14:paraId="7485A27E" w14:textId="77777777" w:rsidR="00A83192" w:rsidRPr="000B60F7" w:rsidRDefault="00000000">
            <w:pPr>
              <w:spacing w:after="0" w:line="240" w:lineRule="auto"/>
              <w:rPr>
                <w:rFonts w:cs="Times New Roman"/>
              </w:rPr>
            </w:pPr>
            <w:r w:rsidRPr="000B60F7">
              <w:rPr>
                <w:rFonts w:cs="Times New Roman"/>
                <w:sz w:val="18"/>
              </w:rPr>
              <w:t>Mixture model, origin 80%</w:t>
            </w:r>
          </w:p>
        </w:tc>
        <w:tc>
          <w:tcPr>
            <w:tcW w:w="1512" w:type="dxa"/>
            <w:shd w:val="clear" w:color="auto" w:fill="F6F8FA"/>
            <w:tcMar>
              <w:top w:w="65" w:type="dxa"/>
              <w:left w:w="75" w:type="dxa"/>
              <w:bottom w:w="65" w:type="dxa"/>
              <w:right w:w="75" w:type="dxa"/>
            </w:tcMar>
            <w:vAlign w:val="center"/>
          </w:tcPr>
          <w:p w14:paraId="45B7B2C2"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6F8FA"/>
            <w:tcMar>
              <w:top w:w="65" w:type="dxa"/>
              <w:left w:w="75" w:type="dxa"/>
              <w:bottom w:w="65" w:type="dxa"/>
              <w:right w:w="75" w:type="dxa"/>
            </w:tcMar>
            <w:vAlign w:val="center"/>
          </w:tcPr>
          <w:p w14:paraId="3351A766" w14:textId="77777777" w:rsidR="00A83192" w:rsidRPr="000B60F7" w:rsidRDefault="00000000">
            <w:pPr>
              <w:spacing w:after="0" w:line="240" w:lineRule="auto"/>
              <w:jc w:val="center"/>
              <w:rPr>
                <w:rFonts w:cs="Times New Roman"/>
              </w:rPr>
            </w:pPr>
            <w:r w:rsidRPr="000B60F7">
              <w:rPr>
                <w:rFonts w:cs="Times New Roman"/>
                <w:sz w:val="18"/>
              </w:rPr>
              <w:t>13–24</w:t>
            </w:r>
          </w:p>
        </w:tc>
        <w:tc>
          <w:tcPr>
            <w:tcW w:w="2664" w:type="dxa"/>
            <w:shd w:val="clear" w:color="auto" w:fill="F6F8FA"/>
            <w:tcMar>
              <w:top w:w="65" w:type="dxa"/>
              <w:left w:w="75" w:type="dxa"/>
              <w:bottom w:w="65" w:type="dxa"/>
              <w:right w:w="75" w:type="dxa"/>
            </w:tcMar>
            <w:vAlign w:val="center"/>
          </w:tcPr>
          <w:p w14:paraId="5E8FD59C" w14:textId="77777777" w:rsidR="00A83192" w:rsidRPr="000B60F7" w:rsidRDefault="00000000">
            <w:pPr>
              <w:spacing w:after="0" w:line="240" w:lineRule="auto"/>
              <w:jc w:val="center"/>
              <w:rPr>
                <w:rFonts w:cs="Times New Roman"/>
              </w:rPr>
            </w:pPr>
            <w:r w:rsidRPr="000B60F7">
              <w:rPr>
                <w:rFonts w:cs="Times New Roman"/>
                <w:sz w:val="18"/>
              </w:rPr>
              <w:t>1.225 [0.950, 1.580]</w:t>
            </w:r>
          </w:p>
        </w:tc>
        <w:tc>
          <w:tcPr>
            <w:tcW w:w="864" w:type="dxa"/>
            <w:shd w:val="clear" w:color="auto" w:fill="F6F8FA"/>
            <w:tcMar>
              <w:top w:w="65" w:type="dxa"/>
              <w:left w:w="75" w:type="dxa"/>
              <w:bottom w:w="65" w:type="dxa"/>
              <w:right w:w="75" w:type="dxa"/>
            </w:tcMar>
            <w:vAlign w:val="center"/>
          </w:tcPr>
          <w:p w14:paraId="4F02AE8B" w14:textId="77777777" w:rsidR="00A83192" w:rsidRPr="000B60F7" w:rsidRDefault="00000000">
            <w:pPr>
              <w:spacing w:after="0" w:line="240" w:lineRule="auto"/>
              <w:jc w:val="center"/>
              <w:rPr>
                <w:rFonts w:cs="Times New Roman"/>
              </w:rPr>
            </w:pPr>
            <w:r w:rsidRPr="000B60F7">
              <w:rPr>
                <w:rFonts w:cs="Times New Roman"/>
                <w:sz w:val="18"/>
              </w:rPr>
              <w:t>0.1173</w:t>
            </w:r>
          </w:p>
        </w:tc>
        <w:tc>
          <w:tcPr>
            <w:tcW w:w="936" w:type="dxa"/>
            <w:shd w:val="clear" w:color="auto" w:fill="F6F8FA"/>
            <w:tcMar>
              <w:top w:w="65" w:type="dxa"/>
              <w:left w:w="75" w:type="dxa"/>
              <w:bottom w:w="65" w:type="dxa"/>
              <w:right w:w="75" w:type="dxa"/>
            </w:tcMar>
            <w:vAlign w:val="center"/>
          </w:tcPr>
          <w:p w14:paraId="34EEE16A" w14:textId="77777777" w:rsidR="00A83192" w:rsidRPr="000B60F7" w:rsidRDefault="00000000">
            <w:pPr>
              <w:spacing w:after="0" w:line="240" w:lineRule="auto"/>
              <w:jc w:val="center"/>
              <w:rPr>
                <w:rFonts w:cs="Times New Roman"/>
              </w:rPr>
            </w:pPr>
            <w:r w:rsidRPr="000B60F7">
              <w:rPr>
                <w:rFonts w:cs="Times New Roman"/>
                <w:sz w:val="18"/>
              </w:rPr>
              <w:t>0.2347</w:t>
            </w:r>
          </w:p>
        </w:tc>
      </w:tr>
      <w:tr w:rsidR="00A83192" w:rsidRPr="000B60F7" w14:paraId="574BDB6B" w14:textId="77777777">
        <w:trPr>
          <w:cantSplit/>
          <w:jc w:val="center"/>
        </w:trPr>
        <w:tc>
          <w:tcPr>
            <w:tcW w:w="2520" w:type="dxa"/>
            <w:shd w:val="clear" w:color="auto" w:fill="FFFFFF"/>
            <w:tcMar>
              <w:top w:w="65" w:type="dxa"/>
              <w:left w:w="75" w:type="dxa"/>
              <w:bottom w:w="65" w:type="dxa"/>
              <w:right w:w="75" w:type="dxa"/>
            </w:tcMar>
            <w:vAlign w:val="center"/>
          </w:tcPr>
          <w:p w14:paraId="016930AA" w14:textId="77777777" w:rsidR="00A83192" w:rsidRPr="000B60F7" w:rsidRDefault="00000000">
            <w:pPr>
              <w:spacing w:after="0" w:line="240" w:lineRule="auto"/>
              <w:rPr>
                <w:rFonts w:cs="Times New Roman"/>
              </w:rPr>
            </w:pPr>
            <w:r w:rsidRPr="000B60F7">
              <w:rPr>
                <w:rFonts w:cs="Times New Roman"/>
                <w:sz w:val="18"/>
              </w:rPr>
              <w:t>Mixture model, origin 80%</w:t>
            </w:r>
          </w:p>
        </w:tc>
        <w:tc>
          <w:tcPr>
            <w:tcW w:w="1512" w:type="dxa"/>
            <w:shd w:val="clear" w:color="auto" w:fill="FFFFFF"/>
            <w:tcMar>
              <w:top w:w="65" w:type="dxa"/>
              <w:left w:w="75" w:type="dxa"/>
              <w:bottom w:w="65" w:type="dxa"/>
              <w:right w:w="75" w:type="dxa"/>
            </w:tcMar>
            <w:vAlign w:val="center"/>
          </w:tcPr>
          <w:p w14:paraId="3B7CA95F"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FFFFF"/>
            <w:tcMar>
              <w:top w:w="65" w:type="dxa"/>
              <w:left w:w="75" w:type="dxa"/>
              <w:bottom w:w="65" w:type="dxa"/>
              <w:right w:w="75" w:type="dxa"/>
            </w:tcMar>
            <w:vAlign w:val="center"/>
          </w:tcPr>
          <w:p w14:paraId="387A8385" w14:textId="77777777" w:rsidR="00A83192" w:rsidRPr="000B60F7" w:rsidRDefault="00000000">
            <w:pPr>
              <w:spacing w:after="0" w:line="240" w:lineRule="auto"/>
              <w:jc w:val="center"/>
              <w:rPr>
                <w:rFonts w:cs="Times New Roman"/>
              </w:rPr>
            </w:pPr>
            <w:r w:rsidRPr="000B60F7">
              <w:rPr>
                <w:rFonts w:cs="Times New Roman"/>
                <w:sz w:val="18"/>
              </w:rPr>
              <w:t>25–36</w:t>
            </w:r>
          </w:p>
        </w:tc>
        <w:tc>
          <w:tcPr>
            <w:tcW w:w="2664" w:type="dxa"/>
            <w:shd w:val="clear" w:color="auto" w:fill="FFFFFF"/>
            <w:tcMar>
              <w:top w:w="65" w:type="dxa"/>
              <w:left w:w="75" w:type="dxa"/>
              <w:bottom w:w="65" w:type="dxa"/>
              <w:right w:w="75" w:type="dxa"/>
            </w:tcMar>
            <w:vAlign w:val="center"/>
          </w:tcPr>
          <w:p w14:paraId="4F145ABC" w14:textId="77777777" w:rsidR="00A83192" w:rsidRPr="000B60F7" w:rsidRDefault="00000000">
            <w:pPr>
              <w:spacing w:after="0" w:line="240" w:lineRule="auto"/>
              <w:jc w:val="center"/>
              <w:rPr>
                <w:rFonts w:cs="Times New Roman"/>
              </w:rPr>
            </w:pPr>
            <w:r w:rsidRPr="000B60F7">
              <w:rPr>
                <w:rFonts w:cs="Times New Roman"/>
                <w:sz w:val="18"/>
              </w:rPr>
              <w:t>0.966 [0.710, 1.313]</w:t>
            </w:r>
          </w:p>
        </w:tc>
        <w:tc>
          <w:tcPr>
            <w:tcW w:w="864" w:type="dxa"/>
            <w:shd w:val="clear" w:color="auto" w:fill="FFFFFF"/>
            <w:tcMar>
              <w:top w:w="65" w:type="dxa"/>
              <w:left w:w="75" w:type="dxa"/>
              <w:bottom w:w="65" w:type="dxa"/>
              <w:right w:w="75" w:type="dxa"/>
            </w:tcMar>
            <w:vAlign w:val="center"/>
          </w:tcPr>
          <w:p w14:paraId="5AE9BAD5" w14:textId="77777777" w:rsidR="00A83192" w:rsidRPr="000B60F7" w:rsidRDefault="00000000">
            <w:pPr>
              <w:spacing w:after="0" w:line="240" w:lineRule="auto"/>
              <w:jc w:val="center"/>
              <w:rPr>
                <w:rFonts w:cs="Times New Roman"/>
              </w:rPr>
            </w:pPr>
            <w:r w:rsidRPr="000B60F7">
              <w:rPr>
                <w:rFonts w:cs="Times New Roman"/>
                <w:sz w:val="18"/>
              </w:rPr>
              <w:t>0.8230</w:t>
            </w:r>
          </w:p>
        </w:tc>
        <w:tc>
          <w:tcPr>
            <w:tcW w:w="936" w:type="dxa"/>
            <w:shd w:val="clear" w:color="auto" w:fill="FFFFFF"/>
            <w:tcMar>
              <w:top w:w="65" w:type="dxa"/>
              <w:left w:w="75" w:type="dxa"/>
              <w:bottom w:w="65" w:type="dxa"/>
              <w:right w:w="75" w:type="dxa"/>
            </w:tcMar>
            <w:vAlign w:val="center"/>
          </w:tcPr>
          <w:p w14:paraId="53B163BB" w14:textId="77777777" w:rsidR="00A83192" w:rsidRPr="000B60F7" w:rsidRDefault="00000000">
            <w:pPr>
              <w:spacing w:after="0" w:line="240" w:lineRule="auto"/>
              <w:jc w:val="center"/>
              <w:rPr>
                <w:rFonts w:cs="Times New Roman"/>
              </w:rPr>
            </w:pPr>
            <w:r w:rsidRPr="000B60F7">
              <w:rPr>
                <w:rFonts w:cs="Times New Roman"/>
                <w:sz w:val="18"/>
              </w:rPr>
              <w:t>0.8507</w:t>
            </w:r>
          </w:p>
        </w:tc>
      </w:tr>
      <w:tr w:rsidR="00A83192" w:rsidRPr="000B60F7" w14:paraId="313BC6E2" w14:textId="77777777">
        <w:trPr>
          <w:cantSplit/>
          <w:jc w:val="center"/>
        </w:trPr>
        <w:tc>
          <w:tcPr>
            <w:tcW w:w="2520" w:type="dxa"/>
            <w:shd w:val="clear" w:color="auto" w:fill="F6F8FA"/>
            <w:tcMar>
              <w:top w:w="65" w:type="dxa"/>
              <w:left w:w="75" w:type="dxa"/>
              <w:bottom w:w="65" w:type="dxa"/>
              <w:right w:w="75" w:type="dxa"/>
            </w:tcMar>
            <w:vAlign w:val="center"/>
          </w:tcPr>
          <w:p w14:paraId="142D7396" w14:textId="77777777" w:rsidR="00A83192" w:rsidRPr="000B60F7" w:rsidRDefault="00000000">
            <w:pPr>
              <w:spacing w:after="0" w:line="240" w:lineRule="auto"/>
              <w:rPr>
                <w:rFonts w:cs="Times New Roman"/>
              </w:rPr>
            </w:pPr>
            <w:r w:rsidRPr="000B60F7">
              <w:rPr>
                <w:rFonts w:cs="Times New Roman"/>
                <w:sz w:val="18"/>
              </w:rPr>
              <w:t>Mixture model, origin 80%</w:t>
            </w:r>
          </w:p>
        </w:tc>
        <w:tc>
          <w:tcPr>
            <w:tcW w:w="1512" w:type="dxa"/>
            <w:shd w:val="clear" w:color="auto" w:fill="F6F8FA"/>
            <w:tcMar>
              <w:top w:w="65" w:type="dxa"/>
              <w:left w:w="75" w:type="dxa"/>
              <w:bottom w:w="65" w:type="dxa"/>
              <w:right w:w="75" w:type="dxa"/>
            </w:tcMar>
            <w:vAlign w:val="center"/>
          </w:tcPr>
          <w:p w14:paraId="2EB8018F"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6F8FA"/>
            <w:tcMar>
              <w:top w:w="65" w:type="dxa"/>
              <w:left w:w="75" w:type="dxa"/>
              <w:bottom w:w="65" w:type="dxa"/>
              <w:right w:w="75" w:type="dxa"/>
            </w:tcMar>
            <w:vAlign w:val="center"/>
          </w:tcPr>
          <w:p w14:paraId="64208A09" w14:textId="77777777" w:rsidR="00A83192" w:rsidRPr="000B60F7" w:rsidRDefault="00000000">
            <w:pPr>
              <w:spacing w:after="0" w:line="240" w:lineRule="auto"/>
              <w:jc w:val="center"/>
              <w:rPr>
                <w:rFonts w:cs="Times New Roman"/>
              </w:rPr>
            </w:pPr>
            <w:r w:rsidRPr="000B60F7">
              <w:rPr>
                <w:rFonts w:cs="Times New Roman"/>
                <w:sz w:val="18"/>
              </w:rPr>
              <w:t>37–60</w:t>
            </w:r>
          </w:p>
        </w:tc>
        <w:tc>
          <w:tcPr>
            <w:tcW w:w="2664" w:type="dxa"/>
            <w:shd w:val="clear" w:color="auto" w:fill="F6F8FA"/>
            <w:tcMar>
              <w:top w:w="65" w:type="dxa"/>
              <w:left w:w="75" w:type="dxa"/>
              <w:bottom w:w="65" w:type="dxa"/>
              <w:right w:w="75" w:type="dxa"/>
            </w:tcMar>
            <w:vAlign w:val="center"/>
          </w:tcPr>
          <w:p w14:paraId="4F5C7939" w14:textId="77777777" w:rsidR="00A83192" w:rsidRPr="000B60F7" w:rsidRDefault="00000000">
            <w:pPr>
              <w:spacing w:after="0" w:line="240" w:lineRule="auto"/>
              <w:jc w:val="center"/>
              <w:rPr>
                <w:rFonts w:cs="Times New Roman"/>
              </w:rPr>
            </w:pPr>
            <w:r w:rsidRPr="000B60F7">
              <w:rPr>
                <w:rFonts w:cs="Times New Roman"/>
                <w:sz w:val="18"/>
              </w:rPr>
              <w:t>0.946 [0.531, 1.685]</w:t>
            </w:r>
          </w:p>
        </w:tc>
        <w:tc>
          <w:tcPr>
            <w:tcW w:w="864" w:type="dxa"/>
            <w:shd w:val="clear" w:color="auto" w:fill="F6F8FA"/>
            <w:tcMar>
              <w:top w:w="65" w:type="dxa"/>
              <w:left w:w="75" w:type="dxa"/>
              <w:bottom w:w="65" w:type="dxa"/>
              <w:right w:w="75" w:type="dxa"/>
            </w:tcMar>
            <w:vAlign w:val="center"/>
          </w:tcPr>
          <w:p w14:paraId="29A36683" w14:textId="77777777" w:rsidR="00A83192" w:rsidRPr="000B60F7" w:rsidRDefault="00000000">
            <w:pPr>
              <w:spacing w:after="0" w:line="240" w:lineRule="auto"/>
              <w:jc w:val="center"/>
              <w:rPr>
                <w:rFonts w:cs="Times New Roman"/>
              </w:rPr>
            </w:pPr>
            <w:r w:rsidRPr="000B60F7">
              <w:rPr>
                <w:rFonts w:cs="Times New Roman"/>
                <w:sz w:val="18"/>
              </w:rPr>
              <w:t>0.8507</w:t>
            </w:r>
          </w:p>
        </w:tc>
        <w:tc>
          <w:tcPr>
            <w:tcW w:w="936" w:type="dxa"/>
            <w:shd w:val="clear" w:color="auto" w:fill="F6F8FA"/>
            <w:tcMar>
              <w:top w:w="65" w:type="dxa"/>
              <w:left w:w="75" w:type="dxa"/>
              <w:bottom w:w="65" w:type="dxa"/>
              <w:right w:w="75" w:type="dxa"/>
            </w:tcMar>
            <w:vAlign w:val="center"/>
          </w:tcPr>
          <w:p w14:paraId="7CA06B28" w14:textId="77777777" w:rsidR="00A83192" w:rsidRPr="000B60F7" w:rsidRDefault="00000000">
            <w:pPr>
              <w:spacing w:after="0" w:line="240" w:lineRule="auto"/>
              <w:jc w:val="center"/>
              <w:rPr>
                <w:rFonts w:cs="Times New Roman"/>
              </w:rPr>
            </w:pPr>
            <w:r w:rsidRPr="000B60F7">
              <w:rPr>
                <w:rFonts w:cs="Times New Roman"/>
                <w:sz w:val="18"/>
              </w:rPr>
              <w:t>0.8507</w:t>
            </w:r>
          </w:p>
        </w:tc>
      </w:tr>
      <w:tr w:rsidR="00A83192" w:rsidRPr="000B60F7" w14:paraId="5FC2DC97" w14:textId="77777777">
        <w:trPr>
          <w:cantSplit/>
          <w:jc w:val="center"/>
        </w:trPr>
        <w:tc>
          <w:tcPr>
            <w:tcW w:w="2520" w:type="dxa"/>
            <w:shd w:val="clear" w:color="auto" w:fill="FFFFFF"/>
            <w:tcMar>
              <w:top w:w="65" w:type="dxa"/>
              <w:left w:w="75" w:type="dxa"/>
              <w:bottom w:w="65" w:type="dxa"/>
              <w:right w:w="75" w:type="dxa"/>
            </w:tcMar>
            <w:vAlign w:val="center"/>
          </w:tcPr>
          <w:p w14:paraId="5D498E90" w14:textId="77777777" w:rsidR="00A83192" w:rsidRPr="000B60F7" w:rsidRDefault="00000000">
            <w:pPr>
              <w:spacing w:after="0" w:line="240" w:lineRule="auto"/>
              <w:rPr>
                <w:rFonts w:cs="Times New Roman"/>
              </w:rPr>
            </w:pPr>
            <w:r w:rsidRPr="000B60F7">
              <w:rPr>
                <w:rFonts w:cs="Times New Roman"/>
                <w:sz w:val="18"/>
              </w:rPr>
              <w:t>Mixture model, origin 80%</w:t>
            </w:r>
          </w:p>
        </w:tc>
        <w:tc>
          <w:tcPr>
            <w:tcW w:w="1512" w:type="dxa"/>
            <w:shd w:val="clear" w:color="auto" w:fill="FFFFFF"/>
            <w:tcMar>
              <w:top w:w="65" w:type="dxa"/>
              <w:left w:w="75" w:type="dxa"/>
              <w:bottom w:w="65" w:type="dxa"/>
              <w:right w:w="75" w:type="dxa"/>
            </w:tcMar>
            <w:vAlign w:val="center"/>
          </w:tcPr>
          <w:p w14:paraId="69EF0892"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FFFFF"/>
            <w:tcMar>
              <w:top w:w="65" w:type="dxa"/>
              <w:left w:w="75" w:type="dxa"/>
              <w:bottom w:w="65" w:type="dxa"/>
              <w:right w:w="75" w:type="dxa"/>
            </w:tcMar>
            <w:vAlign w:val="center"/>
          </w:tcPr>
          <w:p w14:paraId="1228B636" w14:textId="77777777" w:rsidR="00A83192" w:rsidRPr="000B60F7" w:rsidRDefault="00000000">
            <w:pPr>
              <w:spacing w:after="0" w:line="240" w:lineRule="auto"/>
              <w:jc w:val="center"/>
              <w:rPr>
                <w:rFonts w:cs="Times New Roman"/>
              </w:rPr>
            </w:pPr>
            <w:r w:rsidRPr="000B60F7">
              <w:rPr>
                <w:rFonts w:cs="Times New Roman"/>
                <w:sz w:val="18"/>
              </w:rPr>
              <w:t>1–12</w:t>
            </w:r>
          </w:p>
        </w:tc>
        <w:tc>
          <w:tcPr>
            <w:tcW w:w="2664" w:type="dxa"/>
            <w:shd w:val="clear" w:color="auto" w:fill="FFFFFF"/>
            <w:tcMar>
              <w:top w:w="65" w:type="dxa"/>
              <w:left w:w="75" w:type="dxa"/>
              <w:bottom w:w="65" w:type="dxa"/>
              <w:right w:w="75" w:type="dxa"/>
            </w:tcMar>
            <w:vAlign w:val="center"/>
          </w:tcPr>
          <w:p w14:paraId="3EE3020B" w14:textId="77777777" w:rsidR="00A83192" w:rsidRPr="000B60F7" w:rsidRDefault="00000000">
            <w:pPr>
              <w:spacing w:after="0" w:line="240" w:lineRule="auto"/>
              <w:jc w:val="center"/>
              <w:rPr>
                <w:rFonts w:cs="Times New Roman"/>
              </w:rPr>
            </w:pPr>
            <w:r w:rsidRPr="000B60F7">
              <w:rPr>
                <w:rFonts w:cs="Times New Roman"/>
                <w:sz w:val="18"/>
              </w:rPr>
              <w:t>0.589 [0.386, 0.901]</w:t>
            </w:r>
          </w:p>
        </w:tc>
        <w:tc>
          <w:tcPr>
            <w:tcW w:w="864" w:type="dxa"/>
            <w:shd w:val="clear" w:color="auto" w:fill="FFFFFF"/>
            <w:tcMar>
              <w:top w:w="65" w:type="dxa"/>
              <w:left w:w="75" w:type="dxa"/>
              <w:bottom w:w="65" w:type="dxa"/>
              <w:right w:w="75" w:type="dxa"/>
            </w:tcMar>
            <w:vAlign w:val="center"/>
          </w:tcPr>
          <w:p w14:paraId="25D24454" w14:textId="77777777" w:rsidR="00A83192" w:rsidRPr="000B60F7" w:rsidRDefault="00000000">
            <w:pPr>
              <w:spacing w:after="0" w:line="240" w:lineRule="auto"/>
              <w:jc w:val="center"/>
              <w:rPr>
                <w:rFonts w:cs="Times New Roman"/>
              </w:rPr>
            </w:pPr>
            <w:r w:rsidRPr="000B60F7">
              <w:rPr>
                <w:rFonts w:cs="Times New Roman"/>
                <w:sz w:val="18"/>
              </w:rPr>
              <w:t>0.0146</w:t>
            </w:r>
          </w:p>
        </w:tc>
        <w:tc>
          <w:tcPr>
            <w:tcW w:w="936" w:type="dxa"/>
            <w:shd w:val="clear" w:color="auto" w:fill="FFFFFF"/>
            <w:tcMar>
              <w:top w:w="65" w:type="dxa"/>
              <w:left w:w="75" w:type="dxa"/>
              <w:bottom w:w="65" w:type="dxa"/>
              <w:right w:w="75" w:type="dxa"/>
            </w:tcMar>
            <w:vAlign w:val="center"/>
          </w:tcPr>
          <w:p w14:paraId="0E940650" w14:textId="77777777" w:rsidR="00A83192" w:rsidRPr="000B60F7" w:rsidRDefault="00000000">
            <w:pPr>
              <w:spacing w:after="0" w:line="240" w:lineRule="auto"/>
              <w:jc w:val="center"/>
              <w:rPr>
                <w:rFonts w:cs="Times New Roman"/>
              </w:rPr>
            </w:pPr>
            <w:r w:rsidRPr="000B60F7">
              <w:rPr>
                <w:rFonts w:cs="Times New Roman"/>
                <w:sz w:val="18"/>
              </w:rPr>
              <w:t>0.0585</w:t>
            </w:r>
          </w:p>
        </w:tc>
      </w:tr>
      <w:tr w:rsidR="00A83192" w:rsidRPr="000B60F7" w14:paraId="1F535148" w14:textId="77777777">
        <w:trPr>
          <w:cantSplit/>
          <w:jc w:val="center"/>
        </w:trPr>
        <w:tc>
          <w:tcPr>
            <w:tcW w:w="2520" w:type="dxa"/>
            <w:shd w:val="clear" w:color="auto" w:fill="F6F8FA"/>
            <w:tcMar>
              <w:top w:w="65" w:type="dxa"/>
              <w:left w:w="75" w:type="dxa"/>
              <w:bottom w:w="65" w:type="dxa"/>
              <w:right w:w="75" w:type="dxa"/>
            </w:tcMar>
            <w:vAlign w:val="center"/>
          </w:tcPr>
          <w:p w14:paraId="5195692B" w14:textId="77777777" w:rsidR="00A83192" w:rsidRPr="000B60F7" w:rsidRDefault="00000000">
            <w:pPr>
              <w:spacing w:after="0" w:line="240" w:lineRule="auto"/>
              <w:rPr>
                <w:rFonts w:cs="Times New Roman"/>
              </w:rPr>
            </w:pPr>
            <w:r w:rsidRPr="000B60F7">
              <w:rPr>
                <w:rFonts w:cs="Times New Roman"/>
                <w:sz w:val="18"/>
              </w:rPr>
              <w:t>Mixture model, origin 80%</w:t>
            </w:r>
          </w:p>
        </w:tc>
        <w:tc>
          <w:tcPr>
            <w:tcW w:w="1512" w:type="dxa"/>
            <w:shd w:val="clear" w:color="auto" w:fill="F6F8FA"/>
            <w:tcMar>
              <w:top w:w="65" w:type="dxa"/>
              <w:left w:w="75" w:type="dxa"/>
              <w:bottom w:w="65" w:type="dxa"/>
              <w:right w:w="75" w:type="dxa"/>
            </w:tcMar>
            <w:vAlign w:val="center"/>
          </w:tcPr>
          <w:p w14:paraId="6BF06811"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6F8FA"/>
            <w:tcMar>
              <w:top w:w="65" w:type="dxa"/>
              <w:left w:w="75" w:type="dxa"/>
              <w:bottom w:w="65" w:type="dxa"/>
              <w:right w:w="75" w:type="dxa"/>
            </w:tcMar>
            <w:vAlign w:val="center"/>
          </w:tcPr>
          <w:p w14:paraId="00D53F07" w14:textId="77777777" w:rsidR="00A83192" w:rsidRPr="000B60F7" w:rsidRDefault="00000000">
            <w:pPr>
              <w:spacing w:after="0" w:line="240" w:lineRule="auto"/>
              <w:jc w:val="center"/>
              <w:rPr>
                <w:rFonts w:cs="Times New Roman"/>
              </w:rPr>
            </w:pPr>
            <w:r w:rsidRPr="000B60F7">
              <w:rPr>
                <w:rFonts w:cs="Times New Roman"/>
                <w:sz w:val="18"/>
              </w:rPr>
              <w:t>13–24</w:t>
            </w:r>
          </w:p>
        </w:tc>
        <w:tc>
          <w:tcPr>
            <w:tcW w:w="2664" w:type="dxa"/>
            <w:shd w:val="clear" w:color="auto" w:fill="F6F8FA"/>
            <w:tcMar>
              <w:top w:w="65" w:type="dxa"/>
              <w:left w:w="75" w:type="dxa"/>
              <w:bottom w:w="65" w:type="dxa"/>
              <w:right w:w="75" w:type="dxa"/>
            </w:tcMar>
            <w:vAlign w:val="center"/>
          </w:tcPr>
          <w:p w14:paraId="0FDFA3EC" w14:textId="77777777" w:rsidR="00A83192" w:rsidRPr="000B60F7" w:rsidRDefault="00000000">
            <w:pPr>
              <w:spacing w:after="0" w:line="240" w:lineRule="auto"/>
              <w:jc w:val="center"/>
              <w:rPr>
                <w:rFonts w:cs="Times New Roman"/>
              </w:rPr>
            </w:pPr>
            <w:r w:rsidRPr="000B60F7">
              <w:rPr>
                <w:rFonts w:cs="Times New Roman"/>
                <w:sz w:val="18"/>
              </w:rPr>
              <w:t>0.772 [0.514, 1.159]</w:t>
            </w:r>
          </w:p>
        </w:tc>
        <w:tc>
          <w:tcPr>
            <w:tcW w:w="864" w:type="dxa"/>
            <w:shd w:val="clear" w:color="auto" w:fill="F6F8FA"/>
            <w:tcMar>
              <w:top w:w="65" w:type="dxa"/>
              <w:left w:w="75" w:type="dxa"/>
              <w:bottom w:w="65" w:type="dxa"/>
              <w:right w:w="75" w:type="dxa"/>
            </w:tcMar>
            <w:vAlign w:val="center"/>
          </w:tcPr>
          <w:p w14:paraId="11A046F1" w14:textId="77777777" w:rsidR="00A83192" w:rsidRPr="000B60F7" w:rsidRDefault="00000000">
            <w:pPr>
              <w:spacing w:after="0" w:line="240" w:lineRule="auto"/>
              <w:jc w:val="center"/>
              <w:rPr>
                <w:rFonts w:cs="Times New Roman"/>
              </w:rPr>
            </w:pPr>
            <w:r w:rsidRPr="000B60F7">
              <w:rPr>
                <w:rFonts w:cs="Times New Roman"/>
                <w:sz w:val="18"/>
              </w:rPr>
              <w:t>0.2121</w:t>
            </w:r>
          </w:p>
        </w:tc>
        <w:tc>
          <w:tcPr>
            <w:tcW w:w="936" w:type="dxa"/>
            <w:shd w:val="clear" w:color="auto" w:fill="F6F8FA"/>
            <w:tcMar>
              <w:top w:w="65" w:type="dxa"/>
              <w:left w:w="75" w:type="dxa"/>
              <w:bottom w:w="65" w:type="dxa"/>
              <w:right w:w="75" w:type="dxa"/>
            </w:tcMar>
            <w:vAlign w:val="center"/>
          </w:tcPr>
          <w:p w14:paraId="4CCE3EFD" w14:textId="77777777" w:rsidR="00A83192" w:rsidRPr="000B60F7" w:rsidRDefault="00000000">
            <w:pPr>
              <w:spacing w:after="0" w:line="240" w:lineRule="auto"/>
              <w:jc w:val="center"/>
              <w:rPr>
                <w:rFonts w:cs="Times New Roman"/>
              </w:rPr>
            </w:pPr>
            <w:r w:rsidRPr="000B60F7">
              <w:rPr>
                <w:rFonts w:cs="Times New Roman"/>
                <w:sz w:val="18"/>
              </w:rPr>
              <w:t>0.2121</w:t>
            </w:r>
          </w:p>
        </w:tc>
      </w:tr>
      <w:tr w:rsidR="00A83192" w:rsidRPr="000B60F7" w14:paraId="403D1D42" w14:textId="77777777">
        <w:trPr>
          <w:cantSplit/>
          <w:jc w:val="center"/>
        </w:trPr>
        <w:tc>
          <w:tcPr>
            <w:tcW w:w="2520" w:type="dxa"/>
            <w:shd w:val="clear" w:color="auto" w:fill="FFFFFF"/>
            <w:tcMar>
              <w:top w:w="65" w:type="dxa"/>
              <w:left w:w="75" w:type="dxa"/>
              <w:bottom w:w="65" w:type="dxa"/>
              <w:right w:w="75" w:type="dxa"/>
            </w:tcMar>
            <w:vAlign w:val="center"/>
          </w:tcPr>
          <w:p w14:paraId="5A61FF63" w14:textId="77777777" w:rsidR="00A83192" w:rsidRPr="000B60F7" w:rsidRDefault="00000000">
            <w:pPr>
              <w:spacing w:after="0" w:line="240" w:lineRule="auto"/>
              <w:rPr>
                <w:rFonts w:cs="Times New Roman"/>
              </w:rPr>
            </w:pPr>
            <w:r w:rsidRPr="000B60F7">
              <w:rPr>
                <w:rFonts w:cs="Times New Roman"/>
                <w:sz w:val="18"/>
              </w:rPr>
              <w:t>Mixture model, origin 80%</w:t>
            </w:r>
          </w:p>
        </w:tc>
        <w:tc>
          <w:tcPr>
            <w:tcW w:w="1512" w:type="dxa"/>
            <w:shd w:val="clear" w:color="auto" w:fill="FFFFFF"/>
            <w:tcMar>
              <w:top w:w="65" w:type="dxa"/>
              <w:left w:w="75" w:type="dxa"/>
              <w:bottom w:w="65" w:type="dxa"/>
              <w:right w:w="75" w:type="dxa"/>
            </w:tcMar>
            <w:vAlign w:val="center"/>
          </w:tcPr>
          <w:p w14:paraId="7C8F56B2"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FFFFF"/>
            <w:tcMar>
              <w:top w:w="65" w:type="dxa"/>
              <w:left w:w="75" w:type="dxa"/>
              <w:bottom w:w="65" w:type="dxa"/>
              <w:right w:w="75" w:type="dxa"/>
            </w:tcMar>
            <w:vAlign w:val="center"/>
          </w:tcPr>
          <w:p w14:paraId="21FDF3C9" w14:textId="77777777" w:rsidR="00A83192" w:rsidRPr="000B60F7" w:rsidRDefault="00000000">
            <w:pPr>
              <w:spacing w:after="0" w:line="240" w:lineRule="auto"/>
              <w:jc w:val="center"/>
              <w:rPr>
                <w:rFonts w:cs="Times New Roman"/>
              </w:rPr>
            </w:pPr>
            <w:r w:rsidRPr="000B60F7">
              <w:rPr>
                <w:rFonts w:cs="Times New Roman"/>
                <w:sz w:val="18"/>
              </w:rPr>
              <w:t>25–36</w:t>
            </w:r>
          </w:p>
        </w:tc>
        <w:tc>
          <w:tcPr>
            <w:tcW w:w="2664" w:type="dxa"/>
            <w:shd w:val="clear" w:color="auto" w:fill="FFFFFF"/>
            <w:tcMar>
              <w:top w:w="65" w:type="dxa"/>
              <w:left w:w="75" w:type="dxa"/>
              <w:bottom w:w="65" w:type="dxa"/>
              <w:right w:w="75" w:type="dxa"/>
            </w:tcMar>
            <w:vAlign w:val="center"/>
          </w:tcPr>
          <w:p w14:paraId="267E2915" w14:textId="77777777" w:rsidR="00A83192" w:rsidRPr="000B60F7" w:rsidRDefault="00000000">
            <w:pPr>
              <w:spacing w:after="0" w:line="240" w:lineRule="auto"/>
              <w:jc w:val="center"/>
              <w:rPr>
                <w:rFonts w:cs="Times New Roman"/>
              </w:rPr>
            </w:pPr>
            <w:r w:rsidRPr="000B60F7">
              <w:rPr>
                <w:rFonts w:cs="Times New Roman"/>
                <w:sz w:val="18"/>
              </w:rPr>
              <w:t>1.489 [0.939, 2.364]</w:t>
            </w:r>
          </w:p>
        </w:tc>
        <w:tc>
          <w:tcPr>
            <w:tcW w:w="864" w:type="dxa"/>
            <w:shd w:val="clear" w:color="auto" w:fill="FFFFFF"/>
            <w:tcMar>
              <w:top w:w="65" w:type="dxa"/>
              <w:left w:w="75" w:type="dxa"/>
              <w:bottom w:w="65" w:type="dxa"/>
              <w:right w:w="75" w:type="dxa"/>
            </w:tcMar>
            <w:vAlign w:val="center"/>
          </w:tcPr>
          <w:p w14:paraId="50FAD3E8" w14:textId="77777777" w:rsidR="00A83192" w:rsidRPr="000B60F7" w:rsidRDefault="00000000">
            <w:pPr>
              <w:spacing w:after="0" w:line="240" w:lineRule="auto"/>
              <w:jc w:val="center"/>
              <w:rPr>
                <w:rFonts w:cs="Times New Roman"/>
              </w:rPr>
            </w:pPr>
            <w:r w:rsidRPr="000B60F7">
              <w:rPr>
                <w:rFonts w:cs="Times New Roman"/>
                <w:sz w:val="18"/>
              </w:rPr>
              <w:t>0.0907</w:t>
            </w:r>
          </w:p>
        </w:tc>
        <w:tc>
          <w:tcPr>
            <w:tcW w:w="936" w:type="dxa"/>
            <w:shd w:val="clear" w:color="auto" w:fill="FFFFFF"/>
            <w:tcMar>
              <w:top w:w="65" w:type="dxa"/>
              <w:left w:w="75" w:type="dxa"/>
              <w:bottom w:w="65" w:type="dxa"/>
              <w:right w:w="75" w:type="dxa"/>
            </w:tcMar>
            <w:vAlign w:val="center"/>
          </w:tcPr>
          <w:p w14:paraId="41A05DD9" w14:textId="77777777" w:rsidR="00A83192" w:rsidRPr="000B60F7" w:rsidRDefault="00000000">
            <w:pPr>
              <w:spacing w:after="0" w:line="240" w:lineRule="auto"/>
              <w:jc w:val="center"/>
              <w:rPr>
                <w:rFonts w:cs="Times New Roman"/>
              </w:rPr>
            </w:pPr>
            <w:r w:rsidRPr="000B60F7">
              <w:rPr>
                <w:rFonts w:cs="Times New Roman"/>
                <w:sz w:val="18"/>
              </w:rPr>
              <w:t>0.1210</w:t>
            </w:r>
          </w:p>
        </w:tc>
      </w:tr>
      <w:tr w:rsidR="00A83192" w:rsidRPr="000B60F7" w14:paraId="06C4E77B" w14:textId="77777777">
        <w:trPr>
          <w:cantSplit/>
          <w:jc w:val="center"/>
        </w:trPr>
        <w:tc>
          <w:tcPr>
            <w:tcW w:w="2520" w:type="dxa"/>
            <w:shd w:val="clear" w:color="auto" w:fill="F6F8FA"/>
            <w:tcMar>
              <w:top w:w="65" w:type="dxa"/>
              <w:left w:w="75" w:type="dxa"/>
              <w:bottom w:w="65" w:type="dxa"/>
              <w:right w:w="75" w:type="dxa"/>
            </w:tcMar>
            <w:vAlign w:val="center"/>
          </w:tcPr>
          <w:p w14:paraId="03983523" w14:textId="77777777" w:rsidR="00A83192" w:rsidRPr="000B60F7" w:rsidRDefault="00000000">
            <w:pPr>
              <w:spacing w:after="0" w:line="240" w:lineRule="auto"/>
              <w:rPr>
                <w:rFonts w:cs="Times New Roman"/>
              </w:rPr>
            </w:pPr>
            <w:r w:rsidRPr="000B60F7">
              <w:rPr>
                <w:rFonts w:cs="Times New Roman"/>
                <w:sz w:val="18"/>
              </w:rPr>
              <w:t>Mixture model, origin 80%</w:t>
            </w:r>
          </w:p>
        </w:tc>
        <w:tc>
          <w:tcPr>
            <w:tcW w:w="1512" w:type="dxa"/>
            <w:shd w:val="clear" w:color="auto" w:fill="F6F8FA"/>
            <w:tcMar>
              <w:top w:w="65" w:type="dxa"/>
              <w:left w:w="75" w:type="dxa"/>
              <w:bottom w:w="65" w:type="dxa"/>
              <w:right w:w="75" w:type="dxa"/>
            </w:tcMar>
            <w:vAlign w:val="center"/>
          </w:tcPr>
          <w:p w14:paraId="013B301F"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6F8FA"/>
            <w:tcMar>
              <w:top w:w="65" w:type="dxa"/>
              <w:left w:w="75" w:type="dxa"/>
              <w:bottom w:w="65" w:type="dxa"/>
              <w:right w:w="75" w:type="dxa"/>
            </w:tcMar>
            <w:vAlign w:val="center"/>
          </w:tcPr>
          <w:p w14:paraId="56B1D5C6" w14:textId="77777777" w:rsidR="00A83192" w:rsidRPr="000B60F7" w:rsidRDefault="00000000">
            <w:pPr>
              <w:spacing w:after="0" w:line="240" w:lineRule="auto"/>
              <w:jc w:val="center"/>
              <w:rPr>
                <w:rFonts w:cs="Times New Roman"/>
              </w:rPr>
            </w:pPr>
            <w:r w:rsidRPr="000B60F7">
              <w:rPr>
                <w:rFonts w:cs="Times New Roman"/>
                <w:sz w:val="18"/>
              </w:rPr>
              <w:t>37–60</w:t>
            </w:r>
          </w:p>
        </w:tc>
        <w:tc>
          <w:tcPr>
            <w:tcW w:w="2664" w:type="dxa"/>
            <w:shd w:val="clear" w:color="auto" w:fill="F6F8FA"/>
            <w:tcMar>
              <w:top w:w="65" w:type="dxa"/>
              <w:left w:w="75" w:type="dxa"/>
              <w:bottom w:w="65" w:type="dxa"/>
              <w:right w:w="75" w:type="dxa"/>
            </w:tcMar>
            <w:vAlign w:val="center"/>
          </w:tcPr>
          <w:p w14:paraId="7F62F5D4" w14:textId="77777777" w:rsidR="00A83192" w:rsidRPr="000B60F7" w:rsidRDefault="00000000">
            <w:pPr>
              <w:spacing w:after="0" w:line="240" w:lineRule="auto"/>
              <w:jc w:val="center"/>
              <w:rPr>
                <w:rFonts w:cs="Times New Roman"/>
              </w:rPr>
            </w:pPr>
            <w:r w:rsidRPr="000B60F7">
              <w:rPr>
                <w:rFonts w:cs="Times New Roman"/>
                <w:sz w:val="18"/>
              </w:rPr>
              <w:t>2.053 [0.970, 4.343]</w:t>
            </w:r>
          </w:p>
        </w:tc>
        <w:tc>
          <w:tcPr>
            <w:tcW w:w="864" w:type="dxa"/>
            <w:shd w:val="clear" w:color="auto" w:fill="F6F8FA"/>
            <w:tcMar>
              <w:top w:w="65" w:type="dxa"/>
              <w:left w:w="75" w:type="dxa"/>
              <w:bottom w:w="65" w:type="dxa"/>
              <w:right w:w="75" w:type="dxa"/>
            </w:tcMar>
            <w:vAlign w:val="center"/>
          </w:tcPr>
          <w:p w14:paraId="127DB6B6" w14:textId="77777777" w:rsidR="00A83192" w:rsidRPr="000B60F7" w:rsidRDefault="00000000">
            <w:pPr>
              <w:spacing w:after="0" w:line="240" w:lineRule="auto"/>
              <w:jc w:val="center"/>
              <w:rPr>
                <w:rFonts w:cs="Times New Roman"/>
              </w:rPr>
            </w:pPr>
            <w:r w:rsidRPr="000B60F7">
              <w:rPr>
                <w:rFonts w:cs="Times New Roman"/>
                <w:sz w:val="18"/>
              </w:rPr>
              <w:t>0.0599</w:t>
            </w:r>
          </w:p>
        </w:tc>
        <w:tc>
          <w:tcPr>
            <w:tcW w:w="936" w:type="dxa"/>
            <w:shd w:val="clear" w:color="auto" w:fill="F6F8FA"/>
            <w:tcMar>
              <w:top w:w="65" w:type="dxa"/>
              <w:left w:w="75" w:type="dxa"/>
              <w:bottom w:w="65" w:type="dxa"/>
              <w:right w:w="75" w:type="dxa"/>
            </w:tcMar>
            <w:vAlign w:val="center"/>
          </w:tcPr>
          <w:p w14:paraId="7BD71EC8" w14:textId="77777777" w:rsidR="00A83192" w:rsidRPr="000B60F7" w:rsidRDefault="00000000">
            <w:pPr>
              <w:spacing w:after="0" w:line="240" w:lineRule="auto"/>
              <w:jc w:val="center"/>
              <w:rPr>
                <w:rFonts w:cs="Times New Roman"/>
              </w:rPr>
            </w:pPr>
            <w:r w:rsidRPr="000B60F7">
              <w:rPr>
                <w:rFonts w:cs="Times New Roman"/>
                <w:sz w:val="18"/>
              </w:rPr>
              <w:t>0.1198</w:t>
            </w:r>
          </w:p>
        </w:tc>
      </w:tr>
      <w:tr w:rsidR="00A83192" w:rsidRPr="000B60F7" w14:paraId="011087EC" w14:textId="77777777">
        <w:trPr>
          <w:cantSplit/>
          <w:jc w:val="center"/>
        </w:trPr>
        <w:tc>
          <w:tcPr>
            <w:tcW w:w="2520" w:type="dxa"/>
            <w:shd w:val="clear" w:color="auto" w:fill="FFFFFF"/>
            <w:tcMar>
              <w:top w:w="65" w:type="dxa"/>
              <w:left w:w="75" w:type="dxa"/>
              <w:bottom w:w="65" w:type="dxa"/>
              <w:right w:w="75" w:type="dxa"/>
            </w:tcMar>
            <w:vAlign w:val="center"/>
          </w:tcPr>
          <w:p w14:paraId="4AF100DF" w14:textId="77777777" w:rsidR="00A83192" w:rsidRPr="000B60F7" w:rsidRDefault="00000000">
            <w:pPr>
              <w:spacing w:after="0" w:line="240" w:lineRule="auto"/>
              <w:rPr>
                <w:rFonts w:cs="Times New Roman"/>
              </w:rPr>
            </w:pPr>
            <w:r w:rsidRPr="000B60F7">
              <w:rPr>
                <w:rFonts w:cs="Times New Roman"/>
                <w:sz w:val="18"/>
              </w:rPr>
              <w:t>Mixture model, origin 70%</w:t>
            </w:r>
          </w:p>
        </w:tc>
        <w:tc>
          <w:tcPr>
            <w:tcW w:w="1512" w:type="dxa"/>
            <w:shd w:val="clear" w:color="auto" w:fill="FFFFFF"/>
            <w:tcMar>
              <w:top w:w="65" w:type="dxa"/>
              <w:left w:w="75" w:type="dxa"/>
              <w:bottom w:w="65" w:type="dxa"/>
              <w:right w:w="75" w:type="dxa"/>
            </w:tcMar>
            <w:vAlign w:val="center"/>
          </w:tcPr>
          <w:p w14:paraId="1ABB44C7"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FFFFF"/>
            <w:tcMar>
              <w:top w:w="65" w:type="dxa"/>
              <w:left w:w="75" w:type="dxa"/>
              <w:bottom w:w="65" w:type="dxa"/>
              <w:right w:w="75" w:type="dxa"/>
            </w:tcMar>
            <w:vAlign w:val="center"/>
          </w:tcPr>
          <w:p w14:paraId="1D4A5100" w14:textId="77777777" w:rsidR="00A83192" w:rsidRPr="000B60F7" w:rsidRDefault="00000000">
            <w:pPr>
              <w:spacing w:after="0" w:line="240" w:lineRule="auto"/>
              <w:jc w:val="center"/>
              <w:rPr>
                <w:rFonts w:cs="Times New Roman"/>
              </w:rPr>
            </w:pPr>
            <w:r w:rsidRPr="000B60F7">
              <w:rPr>
                <w:rFonts w:cs="Times New Roman"/>
                <w:sz w:val="18"/>
              </w:rPr>
              <w:t>1–12</w:t>
            </w:r>
          </w:p>
        </w:tc>
        <w:tc>
          <w:tcPr>
            <w:tcW w:w="2664" w:type="dxa"/>
            <w:shd w:val="clear" w:color="auto" w:fill="FFFFFF"/>
            <w:tcMar>
              <w:top w:w="65" w:type="dxa"/>
              <w:left w:w="75" w:type="dxa"/>
              <w:bottom w:w="65" w:type="dxa"/>
              <w:right w:w="75" w:type="dxa"/>
            </w:tcMar>
            <w:vAlign w:val="center"/>
          </w:tcPr>
          <w:p w14:paraId="47122426" w14:textId="77777777" w:rsidR="00A83192" w:rsidRPr="000B60F7" w:rsidRDefault="00000000">
            <w:pPr>
              <w:spacing w:after="0" w:line="240" w:lineRule="auto"/>
              <w:jc w:val="center"/>
              <w:rPr>
                <w:rFonts w:cs="Times New Roman"/>
              </w:rPr>
            </w:pPr>
            <w:r w:rsidRPr="000B60F7">
              <w:rPr>
                <w:rFonts w:cs="Times New Roman"/>
                <w:sz w:val="18"/>
              </w:rPr>
              <w:t>0.761 [0.592, 0.978]</w:t>
            </w:r>
          </w:p>
        </w:tc>
        <w:tc>
          <w:tcPr>
            <w:tcW w:w="864" w:type="dxa"/>
            <w:shd w:val="clear" w:color="auto" w:fill="FFFFFF"/>
            <w:tcMar>
              <w:top w:w="65" w:type="dxa"/>
              <w:left w:w="75" w:type="dxa"/>
              <w:bottom w:w="65" w:type="dxa"/>
              <w:right w:w="75" w:type="dxa"/>
            </w:tcMar>
            <w:vAlign w:val="center"/>
          </w:tcPr>
          <w:p w14:paraId="1E0193A8" w14:textId="77777777" w:rsidR="00A83192" w:rsidRPr="000B60F7" w:rsidRDefault="00000000">
            <w:pPr>
              <w:spacing w:after="0" w:line="240" w:lineRule="auto"/>
              <w:jc w:val="center"/>
              <w:rPr>
                <w:rFonts w:cs="Times New Roman"/>
              </w:rPr>
            </w:pPr>
            <w:r w:rsidRPr="000B60F7">
              <w:rPr>
                <w:rFonts w:cs="Times New Roman"/>
                <w:sz w:val="18"/>
              </w:rPr>
              <w:t>0.0326</w:t>
            </w:r>
          </w:p>
        </w:tc>
        <w:tc>
          <w:tcPr>
            <w:tcW w:w="936" w:type="dxa"/>
            <w:shd w:val="clear" w:color="auto" w:fill="FFFFFF"/>
            <w:tcMar>
              <w:top w:w="65" w:type="dxa"/>
              <w:left w:w="75" w:type="dxa"/>
              <w:bottom w:w="65" w:type="dxa"/>
              <w:right w:w="75" w:type="dxa"/>
            </w:tcMar>
            <w:vAlign w:val="center"/>
          </w:tcPr>
          <w:p w14:paraId="3D8A634E" w14:textId="77777777" w:rsidR="00A83192" w:rsidRPr="000B60F7" w:rsidRDefault="00000000">
            <w:pPr>
              <w:spacing w:after="0" w:line="240" w:lineRule="auto"/>
              <w:jc w:val="center"/>
              <w:rPr>
                <w:rFonts w:cs="Times New Roman"/>
              </w:rPr>
            </w:pPr>
            <w:r w:rsidRPr="000B60F7">
              <w:rPr>
                <w:rFonts w:cs="Times New Roman"/>
                <w:sz w:val="18"/>
              </w:rPr>
              <w:t>0.0575</w:t>
            </w:r>
          </w:p>
        </w:tc>
      </w:tr>
      <w:tr w:rsidR="00A83192" w:rsidRPr="000B60F7" w14:paraId="3A8FBA3E" w14:textId="77777777">
        <w:trPr>
          <w:cantSplit/>
          <w:jc w:val="center"/>
        </w:trPr>
        <w:tc>
          <w:tcPr>
            <w:tcW w:w="2520" w:type="dxa"/>
            <w:shd w:val="clear" w:color="auto" w:fill="F6F8FA"/>
            <w:tcMar>
              <w:top w:w="65" w:type="dxa"/>
              <w:left w:w="75" w:type="dxa"/>
              <w:bottom w:w="65" w:type="dxa"/>
              <w:right w:w="75" w:type="dxa"/>
            </w:tcMar>
            <w:vAlign w:val="center"/>
          </w:tcPr>
          <w:p w14:paraId="723B2161" w14:textId="77777777" w:rsidR="00A83192" w:rsidRPr="000B60F7" w:rsidRDefault="00000000">
            <w:pPr>
              <w:spacing w:after="0" w:line="240" w:lineRule="auto"/>
              <w:rPr>
                <w:rFonts w:cs="Times New Roman"/>
              </w:rPr>
            </w:pPr>
            <w:r w:rsidRPr="000B60F7">
              <w:rPr>
                <w:rFonts w:cs="Times New Roman"/>
                <w:sz w:val="18"/>
              </w:rPr>
              <w:t>Mixture model, origin 70%</w:t>
            </w:r>
          </w:p>
        </w:tc>
        <w:tc>
          <w:tcPr>
            <w:tcW w:w="1512" w:type="dxa"/>
            <w:shd w:val="clear" w:color="auto" w:fill="F6F8FA"/>
            <w:tcMar>
              <w:top w:w="65" w:type="dxa"/>
              <w:left w:w="75" w:type="dxa"/>
              <w:bottom w:w="65" w:type="dxa"/>
              <w:right w:w="75" w:type="dxa"/>
            </w:tcMar>
            <w:vAlign w:val="center"/>
          </w:tcPr>
          <w:p w14:paraId="617C6C5D"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6F8FA"/>
            <w:tcMar>
              <w:top w:w="65" w:type="dxa"/>
              <w:left w:w="75" w:type="dxa"/>
              <w:bottom w:w="65" w:type="dxa"/>
              <w:right w:w="75" w:type="dxa"/>
            </w:tcMar>
            <w:vAlign w:val="center"/>
          </w:tcPr>
          <w:p w14:paraId="7D562757" w14:textId="77777777" w:rsidR="00A83192" w:rsidRPr="000B60F7" w:rsidRDefault="00000000">
            <w:pPr>
              <w:spacing w:after="0" w:line="240" w:lineRule="auto"/>
              <w:jc w:val="center"/>
              <w:rPr>
                <w:rFonts w:cs="Times New Roman"/>
              </w:rPr>
            </w:pPr>
            <w:r w:rsidRPr="000B60F7">
              <w:rPr>
                <w:rFonts w:cs="Times New Roman"/>
                <w:sz w:val="18"/>
              </w:rPr>
              <w:t>13–24</w:t>
            </w:r>
          </w:p>
        </w:tc>
        <w:tc>
          <w:tcPr>
            <w:tcW w:w="2664" w:type="dxa"/>
            <w:shd w:val="clear" w:color="auto" w:fill="F6F8FA"/>
            <w:tcMar>
              <w:top w:w="65" w:type="dxa"/>
              <w:left w:w="75" w:type="dxa"/>
              <w:bottom w:w="65" w:type="dxa"/>
              <w:right w:w="75" w:type="dxa"/>
            </w:tcMar>
            <w:vAlign w:val="center"/>
          </w:tcPr>
          <w:p w14:paraId="6D302299" w14:textId="77777777" w:rsidR="00A83192" w:rsidRPr="000B60F7" w:rsidRDefault="00000000">
            <w:pPr>
              <w:spacing w:after="0" w:line="240" w:lineRule="auto"/>
              <w:jc w:val="center"/>
              <w:rPr>
                <w:rFonts w:cs="Times New Roman"/>
              </w:rPr>
            </w:pPr>
            <w:r w:rsidRPr="000B60F7">
              <w:rPr>
                <w:rFonts w:cs="Times New Roman"/>
                <w:sz w:val="18"/>
              </w:rPr>
              <w:t>0.904 [0.708, 1.154]</w:t>
            </w:r>
          </w:p>
        </w:tc>
        <w:tc>
          <w:tcPr>
            <w:tcW w:w="864" w:type="dxa"/>
            <w:shd w:val="clear" w:color="auto" w:fill="F6F8FA"/>
            <w:tcMar>
              <w:top w:w="65" w:type="dxa"/>
              <w:left w:w="75" w:type="dxa"/>
              <w:bottom w:w="65" w:type="dxa"/>
              <w:right w:w="75" w:type="dxa"/>
            </w:tcMar>
            <w:vAlign w:val="center"/>
          </w:tcPr>
          <w:p w14:paraId="6AAC3A4C" w14:textId="77777777" w:rsidR="00A83192" w:rsidRPr="000B60F7" w:rsidRDefault="00000000">
            <w:pPr>
              <w:spacing w:after="0" w:line="240" w:lineRule="auto"/>
              <w:jc w:val="center"/>
              <w:rPr>
                <w:rFonts w:cs="Times New Roman"/>
              </w:rPr>
            </w:pPr>
            <w:r w:rsidRPr="000B60F7">
              <w:rPr>
                <w:rFonts w:cs="Times New Roman"/>
                <w:sz w:val="18"/>
              </w:rPr>
              <w:t>0.4169</w:t>
            </w:r>
          </w:p>
        </w:tc>
        <w:tc>
          <w:tcPr>
            <w:tcW w:w="936" w:type="dxa"/>
            <w:shd w:val="clear" w:color="auto" w:fill="F6F8FA"/>
            <w:tcMar>
              <w:top w:w="65" w:type="dxa"/>
              <w:left w:w="75" w:type="dxa"/>
              <w:bottom w:w="65" w:type="dxa"/>
              <w:right w:w="75" w:type="dxa"/>
            </w:tcMar>
            <w:vAlign w:val="center"/>
          </w:tcPr>
          <w:p w14:paraId="6C45530B" w14:textId="77777777" w:rsidR="00A83192" w:rsidRPr="000B60F7" w:rsidRDefault="00000000">
            <w:pPr>
              <w:spacing w:after="0" w:line="240" w:lineRule="auto"/>
              <w:jc w:val="center"/>
              <w:rPr>
                <w:rFonts w:cs="Times New Roman"/>
              </w:rPr>
            </w:pPr>
            <w:r w:rsidRPr="000B60F7">
              <w:rPr>
                <w:rFonts w:cs="Times New Roman"/>
                <w:sz w:val="18"/>
              </w:rPr>
              <w:t>0.4169</w:t>
            </w:r>
          </w:p>
        </w:tc>
      </w:tr>
      <w:tr w:rsidR="00A83192" w:rsidRPr="000B60F7" w14:paraId="143A5A5B" w14:textId="77777777">
        <w:trPr>
          <w:cantSplit/>
          <w:jc w:val="center"/>
        </w:trPr>
        <w:tc>
          <w:tcPr>
            <w:tcW w:w="2520" w:type="dxa"/>
            <w:shd w:val="clear" w:color="auto" w:fill="FFFFFF"/>
            <w:tcMar>
              <w:top w:w="65" w:type="dxa"/>
              <w:left w:w="75" w:type="dxa"/>
              <w:bottom w:w="65" w:type="dxa"/>
              <w:right w:w="75" w:type="dxa"/>
            </w:tcMar>
            <w:vAlign w:val="center"/>
          </w:tcPr>
          <w:p w14:paraId="36E8B012" w14:textId="77777777" w:rsidR="00A83192" w:rsidRPr="000B60F7" w:rsidRDefault="00000000">
            <w:pPr>
              <w:spacing w:after="0" w:line="240" w:lineRule="auto"/>
              <w:rPr>
                <w:rFonts w:cs="Times New Roman"/>
              </w:rPr>
            </w:pPr>
            <w:r w:rsidRPr="000B60F7">
              <w:rPr>
                <w:rFonts w:cs="Times New Roman"/>
                <w:sz w:val="18"/>
              </w:rPr>
              <w:t>Mixture model, origin 70%</w:t>
            </w:r>
          </w:p>
        </w:tc>
        <w:tc>
          <w:tcPr>
            <w:tcW w:w="1512" w:type="dxa"/>
            <w:shd w:val="clear" w:color="auto" w:fill="FFFFFF"/>
            <w:tcMar>
              <w:top w:w="65" w:type="dxa"/>
              <w:left w:w="75" w:type="dxa"/>
              <w:bottom w:w="65" w:type="dxa"/>
              <w:right w:w="75" w:type="dxa"/>
            </w:tcMar>
            <w:vAlign w:val="center"/>
          </w:tcPr>
          <w:p w14:paraId="17B76A53"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FFFFF"/>
            <w:tcMar>
              <w:top w:w="65" w:type="dxa"/>
              <w:left w:w="75" w:type="dxa"/>
              <w:bottom w:w="65" w:type="dxa"/>
              <w:right w:w="75" w:type="dxa"/>
            </w:tcMar>
            <w:vAlign w:val="center"/>
          </w:tcPr>
          <w:p w14:paraId="7276A613" w14:textId="77777777" w:rsidR="00A83192" w:rsidRPr="000B60F7" w:rsidRDefault="00000000">
            <w:pPr>
              <w:spacing w:after="0" w:line="240" w:lineRule="auto"/>
              <w:jc w:val="center"/>
              <w:rPr>
                <w:rFonts w:cs="Times New Roman"/>
              </w:rPr>
            </w:pPr>
            <w:r w:rsidRPr="000B60F7">
              <w:rPr>
                <w:rFonts w:cs="Times New Roman"/>
                <w:sz w:val="18"/>
              </w:rPr>
              <w:t>25–36</w:t>
            </w:r>
          </w:p>
        </w:tc>
        <w:tc>
          <w:tcPr>
            <w:tcW w:w="2664" w:type="dxa"/>
            <w:shd w:val="clear" w:color="auto" w:fill="FFFFFF"/>
            <w:tcMar>
              <w:top w:w="65" w:type="dxa"/>
              <w:left w:w="75" w:type="dxa"/>
              <w:bottom w:w="65" w:type="dxa"/>
              <w:right w:w="75" w:type="dxa"/>
            </w:tcMar>
            <w:vAlign w:val="center"/>
          </w:tcPr>
          <w:p w14:paraId="4CCE2262" w14:textId="77777777" w:rsidR="00A83192" w:rsidRPr="000B60F7" w:rsidRDefault="00000000">
            <w:pPr>
              <w:spacing w:after="0" w:line="240" w:lineRule="auto"/>
              <w:jc w:val="center"/>
              <w:rPr>
                <w:rFonts w:cs="Times New Roman"/>
              </w:rPr>
            </w:pPr>
            <w:r w:rsidRPr="000B60F7">
              <w:rPr>
                <w:rFonts w:cs="Times New Roman"/>
                <w:sz w:val="18"/>
              </w:rPr>
              <w:t>1.336 [1.009, 1.770]</w:t>
            </w:r>
          </w:p>
        </w:tc>
        <w:tc>
          <w:tcPr>
            <w:tcW w:w="864" w:type="dxa"/>
            <w:shd w:val="clear" w:color="auto" w:fill="FFFFFF"/>
            <w:tcMar>
              <w:top w:w="65" w:type="dxa"/>
              <w:left w:w="75" w:type="dxa"/>
              <w:bottom w:w="65" w:type="dxa"/>
              <w:right w:w="75" w:type="dxa"/>
            </w:tcMar>
            <w:vAlign w:val="center"/>
          </w:tcPr>
          <w:p w14:paraId="1B09F0A1" w14:textId="77777777" w:rsidR="00A83192" w:rsidRPr="000B60F7" w:rsidRDefault="00000000">
            <w:pPr>
              <w:spacing w:after="0" w:line="240" w:lineRule="auto"/>
              <w:jc w:val="center"/>
              <w:rPr>
                <w:rFonts w:cs="Times New Roman"/>
              </w:rPr>
            </w:pPr>
            <w:r w:rsidRPr="000B60F7">
              <w:rPr>
                <w:rFonts w:cs="Times New Roman"/>
                <w:sz w:val="18"/>
              </w:rPr>
              <w:t>0.0431</w:t>
            </w:r>
          </w:p>
        </w:tc>
        <w:tc>
          <w:tcPr>
            <w:tcW w:w="936" w:type="dxa"/>
            <w:shd w:val="clear" w:color="auto" w:fill="FFFFFF"/>
            <w:tcMar>
              <w:top w:w="65" w:type="dxa"/>
              <w:left w:w="75" w:type="dxa"/>
              <w:bottom w:w="65" w:type="dxa"/>
              <w:right w:w="75" w:type="dxa"/>
            </w:tcMar>
            <w:vAlign w:val="center"/>
          </w:tcPr>
          <w:p w14:paraId="676120F6" w14:textId="77777777" w:rsidR="00A83192" w:rsidRPr="000B60F7" w:rsidRDefault="00000000">
            <w:pPr>
              <w:spacing w:after="0" w:line="240" w:lineRule="auto"/>
              <w:jc w:val="center"/>
              <w:rPr>
                <w:rFonts w:cs="Times New Roman"/>
              </w:rPr>
            </w:pPr>
            <w:r w:rsidRPr="000B60F7">
              <w:rPr>
                <w:rFonts w:cs="Times New Roman"/>
                <w:sz w:val="18"/>
              </w:rPr>
              <w:t>0.0575</w:t>
            </w:r>
          </w:p>
        </w:tc>
      </w:tr>
      <w:tr w:rsidR="00A83192" w:rsidRPr="000B60F7" w14:paraId="724DAEED" w14:textId="77777777">
        <w:trPr>
          <w:cantSplit/>
          <w:jc w:val="center"/>
        </w:trPr>
        <w:tc>
          <w:tcPr>
            <w:tcW w:w="2520" w:type="dxa"/>
            <w:shd w:val="clear" w:color="auto" w:fill="F6F8FA"/>
            <w:tcMar>
              <w:top w:w="65" w:type="dxa"/>
              <w:left w:w="75" w:type="dxa"/>
              <w:bottom w:w="65" w:type="dxa"/>
              <w:right w:w="75" w:type="dxa"/>
            </w:tcMar>
            <w:vAlign w:val="center"/>
          </w:tcPr>
          <w:p w14:paraId="1DA9187F" w14:textId="77777777" w:rsidR="00A83192" w:rsidRPr="000B60F7" w:rsidRDefault="00000000">
            <w:pPr>
              <w:spacing w:after="0" w:line="240" w:lineRule="auto"/>
              <w:rPr>
                <w:rFonts w:cs="Times New Roman"/>
              </w:rPr>
            </w:pPr>
            <w:r w:rsidRPr="000B60F7">
              <w:rPr>
                <w:rFonts w:cs="Times New Roman"/>
                <w:sz w:val="18"/>
              </w:rPr>
              <w:t>Mixture model, origin 70%</w:t>
            </w:r>
          </w:p>
        </w:tc>
        <w:tc>
          <w:tcPr>
            <w:tcW w:w="1512" w:type="dxa"/>
            <w:shd w:val="clear" w:color="auto" w:fill="F6F8FA"/>
            <w:tcMar>
              <w:top w:w="65" w:type="dxa"/>
              <w:left w:w="75" w:type="dxa"/>
              <w:bottom w:w="65" w:type="dxa"/>
              <w:right w:w="75" w:type="dxa"/>
            </w:tcMar>
            <w:vAlign w:val="center"/>
          </w:tcPr>
          <w:p w14:paraId="7B1D85E4" w14:textId="77777777" w:rsidR="00A83192" w:rsidRPr="000B60F7" w:rsidRDefault="00000000">
            <w:pPr>
              <w:spacing w:after="0" w:line="240" w:lineRule="auto"/>
              <w:jc w:val="center"/>
              <w:rPr>
                <w:rFonts w:cs="Times New Roman"/>
              </w:rPr>
            </w:pPr>
            <w:r w:rsidRPr="000B60F7">
              <w:rPr>
                <w:rFonts w:cs="Times New Roman"/>
                <w:sz w:val="18"/>
              </w:rPr>
              <w:t>Category</w:t>
            </w:r>
          </w:p>
        </w:tc>
        <w:tc>
          <w:tcPr>
            <w:tcW w:w="864" w:type="dxa"/>
            <w:shd w:val="clear" w:color="auto" w:fill="F6F8FA"/>
            <w:tcMar>
              <w:top w:w="65" w:type="dxa"/>
              <w:left w:w="75" w:type="dxa"/>
              <w:bottom w:w="65" w:type="dxa"/>
              <w:right w:w="75" w:type="dxa"/>
            </w:tcMar>
            <w:vAlign w:val="center"/>
          </w:tcPr>
          <w:p w14:paraId="36A68027" w14:textId="77777777" w:rsidR="00A83192" w:rsidRPr="000B60F7" w:rsidRDefault="00000000">
            <w:pPr>
              <w:spacing w:after="0" w:line="240" w:lineRule="auto"/>
              <w:jc w:val="center"/>
              <w:rPr>
                <w:rFonts w:cs="Times New Roman"/>
              </w:rPr>
            </w:pPr>
            <w:r w:rsidRPr="000B60F7">
              <w:rPr>
                <w:rFonts w:cs="Times New Roman"/>
                <w:sz w:val="18"/>
              </w:rPr>
              <w:t>37–60</w:t>
            </w:r>
          </w:p>
        </w:tc>
        <w:tc>
          <w:tcPr>
            <w:tcW w:w="2664" w:type="dxa"/>
            <w:shd w:val="clear" w:color="auto" w:fill="F6F8FA"/>
            <w:tcMar>
              <w:top w:w="65" w:type="dxa"/>
              <w:left w:w="75" w:type="dxa"/>
              <w:bottom w:w="65" w:type="dxa"/>
              <w:right w:w="75" w:type="dxa"/>
            </w:tcMar>
            <w:vAlign w:val="center"/>
          </w:tcPr>
          <w:p w14:paraId="2C8F299E" w14:textId="77777777" w:rsidR="00A83192" w:rsidRPr="000B60F7" w:rsidRDefault="00000000">
            <w:pPr>
              <w:spacing w:after="0" w:line="240" w:lineRule="auto"/>
              <w:jc w:val="center"/>
              <w:rPr>
                <w:rFonts w:cs="Times New Roman"/>
              </w:rPr>
            </w:pPr>
            <w:r w:rsidRPr="000B60F7">
              <w:rPr>
                <w:rFonts w:cs="Times New Roman"/>
                <w:sz w:val="18"/>
              </w:rPr>
              <w:t>1.795 [1.229, 2.622]</w:t>
            </w:r>
          </w:p>
        </w:tc>
        <w:tc>
          <w:tcPr>
            <w:tcW w:w="864" w:type="dxa"/>
            <w:shd w:val="clear" w:color="auto" w:fill="F6F8FA"/>
            <w:tcMar>
              <w:top w:w="65" w:type="dxa"/>
              <w:left w:w="75" w:type="dxa"/>
              <w:bottom w:w="65" w:type="dxa"/>
              <w:right w:w="75" w:type="dxa"/>
            </w:tcMar>
            <w:vAlign w:val="center"/>
          </w:tcPr>
          <w:p w14:paraId="0B3C56E3" w14:textId="77777777" w:rsidR="00A83192" w:rsidRPr="000B60F7" w:rsidRDefault="00000000">
            <w:pPr>
              <w:spacing w:after="0" w:line="240" w:lineRule="auto"/>
              <w:jc w:val="center"/>
              <w:rPr>
                <w:rFonts w:cs="Times New Roman"/>
              </w:rPr>
            </w:pPr>
            <w:r w:rsidRPr="000B60F7">
              <w:rPr>
                <w:rFonts w:cs="Times New Roman"/>
                <w:sz w:val="18"/>
              </w:rPr>
              <w:t>0.0025</w:t>
            </w:r>
          </w:p>
        </w:tc>
        <w:tc>
          <w:tcPr>
            <w:tcW w:w="936" w:type="dxa"/>
            <w:shd w:val="clear" w:color="auto" w:fill="F6F8FA"/>
            <w:tcMar>
              <w:top w:w="65" w:type="dxa"/>
              <w:left w:w="75" w:type="dxa"/>
              <w:bottom w:w="65" w:type="dxa"/>
              <w:right w:w="75" w:type="dxa"/>
            </w:tcMar>
            <w:vAlign w:val="center"/>
          </w:tcPr>
          <w:p w14:paraId="24DDF6B1" w14:textId="77777777" w:rsidR="00A83192" w:rsidRPr="000B60F7" w:rsidRDefault="00000000">
            <w:pPr>
              <w:spacing w:after="0" w:line="240" w:lineRule="auto"/>
              <w:jc w:val="center"/>
              <w:rPr>
                <w:rFonts w:cs="Times New Roman"/>
              </w:rPr>
            </w:pPr>
            <w:r w:rsidRPr="000B60F7">
              <w:rPr>
                <w:rFonts w:cs="Times New Roman"/>
                <w:sz w:val="18"/>
              </w:rPr>
              <w:t>0.0101</w:t>
            </w:r>
          </w:p>
        </w:tc>
      </w:tr>
      <w:tr w:rsidR="00A83192" w:rsidRPr="000B60F7" w14:paraId="50F605E0" w14:textId="77777777">
        <w:trPr>
          <w:cantSplit/>
          <w:jc w:val="center"/>
        </w:trPr>
        <w:tc>
          <w:tcPr>
            <w:tcW w:w="2520" w:type="dxa"/>
            <w:shd w:val="clear" w:color="auto" w:fill="FFFFFF"/>
            <w:tcMar>
              <w:top w:w="65" w:type="dxa"/>
              <w:left w:w="75" w:type="dxa"/>
              <w:bottom w:w="65" w:type="dxa"/>
              <w:right w:w="75" w:type="dxa"/>
            </w:tcMar>
            <w:vAlign w:val="center"/>
          </w:tcPr>
          <w:p w14:paraId="293CB701" w14:textId="77777777" w:rsidR="00A83192" w:rsidRPr="000B60F7" w:rsidRDefault="00000000">
            <w:pPr>
              <w:spacing w:after="0" w:line="240" w:lineRule="auto"/>
              <w:rPr>
                <w:rFonts w:cs="Times New Roman"/>
              </w:rPr>
            </w:pPr>
            <w:r w:rsidRPr="000B60F7">
              <w:rPr>
                <w:rFonts w:cs="Times New Roman"/>
                <w:sz w:val="18"/>
              </w:rPr>
              <w:t>Mixture model, origin 70%</w:t>
            </w:r>
          </w:p>
        </w:tc>
        <w:tc>
          <w:tcPr>
            <w:tcW w:w="1512" w:type="dxa"/>
            <w:shd w:val="clear" w:color="auto" w:fill="FFFFFF"/>
            <w:tcMar>
              <w:top w:w="65" w:type="dxa"/>
              <w:left w:w="75" w:type="dxa"/>
              <w:bottom w:w="65" w:type="dxa"/>
              <w:right w:w="75" w:type="dxa"/>
            </w:tcMar>
            <w:vAlign w:val="center"/>
          </w:tcPr>
          <w:p w14:paraId="1945736A"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FFFFF"/>
            <w:tcMar>
              <w:top w:w="65" w:type="dxa"/>
              <w:left w:w="75" w:type="dxa"/>
              <w:bottom w:w="65" w:type="dxa"/>
              <w:right w:w="75" w:type="dxa"/>
            </w:tcMar>
            <w:vAlign w:val="center"/>
          </w:tcPr>
          <w:p w14:paraId="18695904" w14:textId="77777777" w:rsidR="00A83192" w:rsidRPr="000B60F7" w:rsidRDefault="00000000">
            <w:pPr>
              <w:spacing w:after="0" w:line="240" w:lineRule="auto"/>
              <w:jc w:val="center"/>
              <w:rPr>
                <w:rFonts w:cs="Times New Roman"/>
              </w:rPr>
            </w:pPr>
            <w:r w:rsidRPr="000B60F7">
              <w:rPr>
                <w:rFonts w:cs="Times New Roman"/>
                <w:sz w:val="18"/>
              </w:rPr>
              <w:t>1–12</w:t>
            </w:r>
          </w:p>
        </w:tc>
        <w:tc>
          <w:tcPr>
            <w:tcW w:w="2664" w:type="dxa"/>
            <w:shd w:val="clear" w:color="auto" w:fill="FFFFFF"/>
            <w:tcMar>
              <w:top w:w="65" w:type="dxa"/>
              <w:left w:w="75" w:type="dxa"/>
              <w:bottom w:w="65" w:type="dxa"/>
              <w:right w:w="75" w:type="dxa"/>
            </w:tcMar>
            <w:vAlign w:val="center"/>
          </w:tcPr>
          <w:p w14:paraId="1C88A813" w14:textId="77777777" w:rsidR="00A83192" w:rsidRPr="000B60F7" w:rsidRDefault="00000000">
            <w:pPr>
              <w:spacing w:after="0" w:line="240" w:lineRule="auto"/>
              <w:jc w:val="center"/>
              <w:rPr>
                <w:rFonts w:cs="Times New Roman"/>
              </w:rPr>
            </w:pPr>
            <w:r w:rsidRPr="000B60F7">
              <w:rPr>
                <w:rFonts w:cs="Times New Roman"/>
                <w:sz w:val="18"/>
              </w:rPr>
              <w:t>1.331 [1.016, 1.742]</w:t>
            </w:r>
          </w:p>
        </w:tc>
        <w:tc>
          <w:tcPr>
            <w:tcW w:w="864" w:type="dxa"/>
            <w:shd w:val="clear" w:color="auto" w:fill="FFFFFF"/>
            <w:tcMar>
              <w:top w:w="65" w:type="dxa"/>
              <w:left w:w="75" w:type="dxa"/>
              <w:bottom w:w="65" w:type="dxa"/>
              <w:right w:w="75" w:type="dxa"/>
            </w:tcMar>
            <w:vAlign w:val="center"/>
          </w:tcPr>
          <w:p w14:paraId="41A4AE87" w14:textId="77777777" w:rsidR="00A83192" w:rsidRPr="000B60F7" w:rsidRDefault="00000000">
            <w:pPr>
              <w:spacing w:after="0" w:line="240" w:lineRule="auto"/>
              <w:jc w:val="center"/>
              <w:rPr>
                <w:rFonts w:cs="Times New Roman"/>
              </w:rPr>
            </w:pPr>
            <w:r w:rsidRPr="000B60F7">
              <w:rPr>
                <w:rFonts w:cs="Times New Roman"/>
                <w:sz w:val="18"/>
              </w:rPr>
              <w:t>0.0379</w:t>
            </w:r>
          </w:p>
        </w:tc>
        <w:tc>
          <w:tcPr>
            <w:tcW w:w="936" w:type="dxa"/>
            <w:shd w:val="clear" w:color="auto" w:fill="FFFFFF"/>
            <w:tcMar>
              <w:top w:w="65" w:type="dxa"/>
              <w:left w:w="75" w:type="dxa"/>
              <w:bottom w:w="65" w:type="dxa"/>
              <w:right w:w="75" w:type="dxa"/>
            </w:tcMar>
            <w:vAlign w:val="center"/>
          </w:tcPr>
          <w:p w14:paraId="65C851C6" w14:textId="77777777" w:rsidR="00A83192" w:rsidRPr="000B60F7" w:rsidRDefault="00000000">
            <w:pPr>
              <w:spacing w:after="0" w:line="240" w:lineRule="auto"/>
              <w:jc w:val="center"/>
              <w:rPr>
                <w:rFonts w:cs="Times New Roman"/>
              </w:rPr>
            </w:pPr>
            <w:r w:rsidRPr="000B60F7">
              <w:rPr>
                <w:rFonts w:cs="Times New Roman"/>
                <w:sz w:val="18"/>
              </w:rPr>
              <w:t>0.1515</w:t>
            </w:r>
          </w:p>
        </w:tc>
      </w:tr>
      <w:tr w:rsidR="00A83192" w:rsidRPr="000B60F7" w14:paraId="182801D5" w14:textId="77777777">
        <w:trPr>
          <w:cantSplit/>
          <w:jc w:val="center"/>
        </w:trPr>
        <w:tc>
          <w:tcPr>
            <w:tcW w:w="2520" w:type="dxa"/>
            <w:shd w:val="clear" w:color="auto" w:fill="F6F8FA"/>
            <w:tcMar>
              <w:top w:w="65" w:type="dxa"/>
              <w:left w:w="75" w:type="dxa"/>
              <w:bottom w:w="65" w:type="dxa"/>
              <w:right w:w="75" w:type="dxa"/>
            </w:tcMar>
            <w:vAlign w:val="center"/>
          </w:tcPr>
          <w:p w14:paraId="094C4044" w14:textId="77777777" w:rsidR="00A83192" w:rsidRPr="000B60F7" w:rsidRDefault="00000000">
            <w:pPr>
              <w:spacing w:after="0" w:line="240" w:lineRule="auto"/>
              <w:rPr>
                <w:rFonts w:cs="Times New Roman"/>
              </w:rPr>
            </w:pPr>
            <w:r w:rsidRPr="000B60F7">
              <w:rPr>
                <w:rFonts w:cs="Times New Roman"/>
                <w:sz w:val="18"/>
              </w:rPr>
              <w:t>Mixture model, origin 70%</w:t>
            </w:r>
          </w:p>
        </w:tc>
        <w:tc>
          <w:tcPr>
            <w:tcW w:w="1512" w:type="dxa"/>
            <w:shd w:val="clear" w:color="auto" w:fill="F6F8FA"/>
            <w:tcMar>
              <w:top w:w="65" w:type="dxa"/>
              <w:left w:w="75" w:type="dxa"/>
              <w:bottom w:w="65" w:type="dxa"/>
              <w:right w:w="75" w:type="dxa"/>
            </w:tcMar>
            <w:vAlign w:val="center"/>
          </w:tcPr>
          <w:p w14:paraId="4D4A14AB"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6F8FA"/>
            <w:tcMar>
              <w:top w:w="65" w:type="dxa"/>
              <w:left w:w="75" w:type="dxa"/>
              <w:bottom w:w="65" w:type="dxa"/>
              <w:right w:w="75" w:type="dxa"/>
            </w:tcMar>
            <w:vAlign w:val="center"/>
          </w:tcPr>
          <w:p w14:paraId="2E07C528" w14:textId="77777777" w:rsidR="00A83192" w:rsidRPr="000B60F7" w:rsidRDefault="00000000">
            <w:pPr>
              <w:spacing w:after="0" w:line="240" w:lineRule="auto"/>
              <w:jc w:val="center"/>
              <w:rPr>
                <w:rFonts w:cs="Times New Roman"/>
              </w:rPr>
            </w:pPr>
            <w:r w:rsidRPr="000B60F7">
              <w:rPr>
                <w:rFonts w:cs="Times New Roman"/>
                <w:sz w:val="18"/>
              </w:rPr>
              <w:t>13–24</w:t>
            </w:r>
          </w:p>
        </w:tc>
        <w:tc>
          <w:tcPr>
            <w:tcW w:w="2664" w:type="dxa"/>
            <w:shd w:val="clear" w:color="auto" w:fill="F6F8FA"/>
            <w:tcMar>
              <w:top w:w="65" w:type="dxa"/>
              <w:left w:w="75" w:type="dxa"/>
              <w:bottom w:w="65" w:type="dxa"/>
              <w:right w:w="75" w:type="dxa"/>
            </w:tcMar>
            <w:vAlign w:val="center"/>
          </w:tcPr>
          <w:p w14:paraId="7B234B9F" w14:textId="77777777" w:rsidR="00A83192" w:rsidRPr="000B60F7" w:rsidRDefault="00000000">
            <w:pPr>
              <w:spacing w:after="0" w:line="240" w:lineRule="auto"/>
              <w:jc w:val="center"/>
              <w:rPr>
                <w:rFonts w:cs="Times New Roman"/>
              </w:rPr>
            </w:pPr>
            <w:r w:rsidRPr="000B60F7">
              <w:rPr>
                <w:rFonts w:cs="Times New Roman"/>
                <w:sz w:val="18"/>
              </w:rPr>
              <w:t>1.243 [0.949, 1.630]</w:t>
            </w:r>
          </w:p>
        </w:tc>
        <w:tc>
          <w:tcPr>
            <w:tcW w:w="864" w:type="dxa"/>
            <w:shd w:val="clear" w:color="auto" w:fill="F6F8FA"/>
            <w:tcMar>
              <w:top w:w="65" w:type="dxa"/>
              <w:left w:w="75" w:type="dxa"/>
              <w:bottom w:w="65" w:type="dxa"/>
              <w:right w:w="75" w:type="dxa"/>
            </w:tcMar>
            <w:vAlign w:val="center"/>
          </w:tcPr>
          <w:p w14:paraId="14190687" w14:textId="77777777" w:rsidR="00A83192" w:rsidRPr="000B60F7" w:rsidRDefault="00000000">
            <w:pPr>
              <w:spacing w:after="0" w:line="240" w:lineRule="auto"/>
              <w:jc w:val="center"/>
              <w:rPr>
                <w:rFonts w:cs="Times New Roman"/>
              </w:rPr>
            </w:pPr>
            <w:r w:rsidRPr="000B60F7">
              <w:rPr>
                <w:rFonts w:cs="Times New Roman"/>
                <w:sz w:val="18"/>
              </w:rPr>
              <w:t>0.1145</w:t>
            </w:r>
          </w:p>
        </w:tc>
        <w:tc>
          <w:tcPr>
            <w:tcW w:w="936" w:type="dxa"/>
            <w:shd w:val="clear" w:color="auto" w:fill="F6F8FA"/>
            <w:tcMar>
              <w:top w:w="65" w:type="dxa"/>
              <w:left w:w="75" w:type="dxa"/>
              <w:bottom w:w="65" w:type="dxa"/>
              <w:right w:w="75" w:type="dxa"/>
            </w:tcMar>
            <w:vAlign w:val="center"/>
          </w:tcPr>
          <w:p w14:paraId="1F1C34F3" w14:textId="77777777" w:rsidR="00A83192" w:rsidRPr="000B60F7" w:rsidRDefault="00000000">
            <w:pPr>
              <w:spacing w:after="0" w:line="240" w:lineRule="auto"/>
              <w:jc w:val="center"/>
              <w:rPr>
                <w:rFonts w:cs="Times New Roman"/>
              </w:rPr>
            </w:pPr>
            <w:r w:rsidRPr="000B60F7">
              <w:rPr>
                <w:rFonts w:cs="Times New Roman"/>
                <w:sz w:val="18"/>
              </w:rPr>
              <w:t>0.2290</w:t>
            </w:r>
          </w:p>
        </w:tc>
      </w:tr>
      <w:tr w:rsidR="00A83192" w:rsidRPr="000B60F7" w14:paraId="42528E29" w14:textId="77777777">
        <w:trPr>
          <w:cantSplit/>
          <w:jc w:val="center"/>
        </w:trPr>
        <w:tc>
          <w:tcPr>
            <w:tcW w:w="2520" w:type="dxa"/>
            <w:shd w:val="clear" w:color="auto" w:fill="FFFFFF"/>
            <w:tcMar>
              <w:top w:w="65" w:type="dxa"/>
              <w:left w:w="75" w:type="dxa"/>
              <w:bottom w:w="65" w:type="dxa"/>
              <w:right w:w="75" w:type="dxa"/>
            </w:tcMar>
            <w:vAlign w:val="center"/>
          </w:tcPr>
          <w:p w14:paraId="51DAFAA8" w14:textId="77777777" w:rsidR="00A83192" w:rsidRPr="000B60F7" w:rsidRDefault="00000000">
            <w:pPr>
              <w:spacing w:after="0" w:line="240" w:lineRule="auto"/>
              <w:rPr>
                <w:rFonts w:cs="Times New Roman"/>
              </w:rPr>
            </w:pPr>
            <w:r w:rsidRPr="000B60F7">
              <w:rPr>
                <w:rFonts w:cs="Times New Roman"/>
                <w:sz w:val="18"/>
              </w:rPr>
              <w:t>Mixture model, origin 70%</w:t>
            </w:r>
          </w:p>
        </w:tc>
        <w:tc>
          <w:tcPr>
            <w:tcW w:w="1512" w:type="dxa"/>
            <w:shd w:val="clear" w:color="auto" w:fill="FFFFFF"/>
            <w:tcMar>
              <w:top w:w="65" w:type="dxa"/>
              <w:left w:w="75" w:type="dxa"/>
              <w:bottom w:w="65" w:type="dxa"/>
              <w:right w:w="75" w:type="dxa"/>
            </w:tcMar>
            <w:vAlign w:val="center"/>
          </w:tcPr>
          <w:p w14:paraId="58CED44C"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FFFFF"/>
            <w:tcMar>
              <w:top w:w="65" w:type="dxa"/>
              <w:left w:w="75" w:type="dxa"/>
              <w:bottom w:w="65" w:type="dxa"/>
              <w:right w:w="75" w:type="dxa"/>
            </w:tcMar>
            <w:vAlign w:val="center"/>
          </w:tcPr>
          <w:p w14:paraId="11B35C93" w14:textId="77777777" w:rsidR="00A83192" w:rsidRPr="000B60F7" w:rsidRDefault="00000000">
            <w:pPr>
              <w:spacing w:after="0" w:line="240" w:lineRule="auto"/>
              <w:jc w:val="center"/>
              <w:rPr>
                <w:rFonts w:cs="Times New Roman"/>
              </w:rPr>
            </w:pPr>
            <w:r w:rsidRPr="000B60F7">
              <w:rPr>
                <w:rFonts w:cs="Times New Roman"/>
                <w:sz w:val="18"/>
              </w:rPr>
              <w:t>25–36</w:t>
            </w:r>
          </w:p>
        </w:tc>
        <w:tc>
          <w:tcPr>
            <w:tcW w:w="2664" w:type="dxa"/>
            <w:shd w:val="clear" w:color="auto" w:fill="FFFFFF"/>
            <w:tcMar>
              <w:top w:w="65" w:type="dxa"/>
              <w:left w:w="75" w:type="dxa"/>
              <w:bottom w:w="65" w:type="dxa"/>
              <w:right w:w="75" w:type="dxa"/>
            </w:tcMar>
            <w:vAlign w:val="center"/>
          </w:tcPr>
          <w:p w14:paraId="28F33BA3" w14:textId="77777777" w:rsidR="00A83192" w:rsidRPr="000B60F7" w:rsidRDefault="00000000">
            <w:pPr>
              <w:spacing w:after="0" w:line="240" w:lineRule="auto"/>
              <w:jc w:val="center"/>
              <w:rPr>
                <w:rFonts w:cs="Times New Roman"/>
              </w:rPr>
            </w:pPr>
            <w:r w:rsidRPr="000B60F7">
              <w:rPr>
                <w:rFonts w:cs="Times New Roman"/>
                <w:sz w:val="18"/>
              </w:rPr>
              <w:t>1.019 [0.728, 1.427]</w:t>
            </w:r>
          </w:p>
        </w:tc>
        <w:tc>
          <w:tcPr>
            <w:tcW w:w="864" w:type="dxa"/>
            <w:shd w:val="clear" w:color="auto" w:fill="FFFFFF"/>
            <w:tcMar>
              <w:top w:w="65" w:type="dxa"/>
              <w:left w:w="75" w:type="dxa"/>
              <w:bottom w:w="65" w:type="dxa"/>
              <w:right w:w="75" w:type="dxa"/>
            </w:tcMar>
            <w:vAlign w:val="center"/>
          </w:tcPr>
          <w:p w14:paraId="16439397" w14:textId="77777777" w:rsidR="00A83192" w:rsidRPr="000B60F7" w:rsidRDefault="00000000">
            <w:pPr>
              <w:spacing w:after="0" w:line="240" w:lineRule="auto"/>
              <w:jc w:val="center"/>
              <w:rPr>
                <w:rFonts w:cs="Times New Roman"/>
              </w:rPr>
            </w:pPr>
            <w:r w:rsidRPr="000B60F7">
              <w:rPr>
                <w:rFonts w:cs="Times New Roman"/>
                <w:sz w:val="18"/>
              </w:rPr>
              <w:t>0.9116</w:t>
            </w:r>
          </w:p>
        </w:tc>
        <w:tc>
          <w:tcPr>
            <w:tcW w:w="936" w:type="dxa"/>
            <w:shd w:val="clear" w:color="auto" w:fill="FFFFFF"/>
            <w:tcMar>
              <w:top w:w="65" w:type="dxa"/>
              <w:left w:w="75" w:type="dxa"/>
              <w:bottom w:w="65" w:type="dxa"/>
              <w:right w:w="75" w:type="dxa"/>
            </w:tcMar>
            <w:vAlign w:val="center"/>
          </w:tcPr>
          <w:p w14:paraId="3981C440" w14:textId="77777777" w:rsidR="00A83192" w:rsidRPr="000B60F7" w:rsidRDefault="00000000">
            <w:pPr>
              <w:spacing w:after="0" w:line="240" w:lineRule="auto"/>
              <w:jc w:val="center"/>
              <w:rPr>
                <w:rFonts w:cs="Times New Roman"/>
              </w:rPr>
            </w:pPr>
            <w:r w:rsidRPr="000B60F7">
              <w:rPr>
                <w:rFonts w:cs="Times New Roman"/>
                <w:sz w:val="18"/>
              </w:rPr>
              <w:t>0.9116</w:t>
            </w:r>
          </w:p>
        </w:tc>
      </w:tr>
      <w:tr w:rsidR="00A83192" w:rsidRPr="000B60F7" w14:paraId="5410D610" w14:textId="77777777">
        <w:trPr>
          <w:cantSplit/>
          <w:jc w:val="center"/>
        </w:trPr>
        <w:tc>
          <w:tcPr>
            <w:tcW w:w="2520" w:type="dxa"/>
            <w:shd w:val="clear" w:color="auto" w:fill="F6F8FA"/>
            <w:tcMar>
              <w:top w:w="65" w:type="dxa"/>
              <w:left w:w="75" w:type="dxa"/>
              <w:bottom w:w="65" w:type="dxa"/>
              <w:right w:w="75" w:type="dxa"/>
            </w:tcMar>
            <w:vAlign w:val="center"/>
          </w:tcPr>
          <w:p w14:paraId="74249C99" w14:textId="77777777" w:rsidR="00A83192" w:rsidRPr="000B60F7" w:rsidRDefault="00000000">
            <w:pPr>
              <w:spacing w:after="0" w:line="240" w:lineRule="auto"/>
              <w:rPr>
                <w:rFonts w:cs="Times New Roman"/>
              </w:rPr>
            </w:pPr>
            <w:r w:rsidRPr="000B60F7">
              <w:rPr>
                <w:rFonts w:cs="Times New Roman"/>
                <w:sz w:val="18"/>
              </w:rPr>
              <w:t>Mixture model, origin 70%</w:t>
            </w:r>
          </w:p>
        </w:tc>
        <w:tc>
          <w:tcPr>
            <w:tcW w:w="1512" w:type="dxa"/>
            <w:shd w:val="clear" w:color="auto" w:fill="F6F8FA"/>
            <w:tcMar>
              <w:top w:w="65" w:type="dxa"/>
              <w:left w:w="75" w:type="dxa"/>
              <w:bottom w:w="65" w:type="dxa"/>
              <w:right w:w="75" w:type="dxa"/>
            </w:tcMar>
            <w:vAlign w:val="center"/>
          </w:tcPr>
          <w:p w14:paraId="3B989464" w14:textId="77777777" w:rsidR="00A83192" w:rsidRPr="000B60F7" w:rsidRDefault="00000000">
            <w:pPr>
              <w:spacing w:after="0" w:line="240" w:lineRule="auto"/>
              <w:jc w:val="center"/>
              <w:rPr>
                <w:rFonts w:cs="Times New Roman"/>
              </w:rPr>
            </w:pPr>
            <w:r w:rsidRPr="000B60F7">
              <w:rPr>
                <w:rFonts w:cs="Times New Roman"/>
                <w:sz w:val="18"/>
              </w:rPr>
              <w:t>Outside</w:t>
            </w:r>
          </w:p>
        </w:tc>
        <w:tc>
          <w:tcPr>
            <w:tcW w:w="864" w:type="dxa"/>
            <w:shd w:val="clear" w:color="auto" w:fill="F6F8FA"/>
            <w:tcMar>
              <w:top w:w="65" w:type="dxa"/>
              <w:left w:w="75" w:type="dxa"/>
              <w:bottom w:w="65" w:type="dxa"/>
              <w:right w:w="75" w:type="dxa"/>
            </w:tcMar>
            <w:vAlign w:val="center"/>
          </w:tcPr>
          <w:p w14:paraId="67818F13" w14:textId="77777777" w:rsidR="00A83192" w:rsidRPr="000B60F7" w:rsidRDefault="00000000">
            <w:pPr>
              <w:spacing w:after="0" w:line="240" w:lineRule="auto"/>
              <w:jc w:val="center"/>
              <w:rPr>
                <w:rFonts w:cs="Times New Roman"/>
              </w:rPr>
            </w:pPr>
            <w:r w:rsidRPr="000B60F7">
              <w:rPr>
                <w:rFonts w:cs="Times New Roman"/>
                <w:sz w:val="18"/>
              </w:rPr>
              <w:t>37–60</w:t>
            </w:r>
          </w:p>
        </w:tc>
        <w:tc>
          <w:tcPr>
            <w:tcW w:w="2664" w:type="dxa"/>
            <w:shd w:val="clear" w:color="auto" w:fill="F6F8FA"/>
            <w:tcMar>
              <w:top w:w="65" w:type="dxa"/>
              <w:left w:w="75" w:type="dxa"/>
              <w:bottom w:w="65" w:type="dxa"/>
              <w:right w:w="75" w:type="dxa"/>
            </w:tcMar>
            <w:vAlign w:val="center"/>
          </w:tcPr>
          <w:p w14:paraId="705AC86E" w14:textId="77777777" w:rsidR="00A83192" w:rsidRPr="000B60F7" w:rsidRDefault="00000000">
            <w:pPr>
              <w:spacing w:after="0" w:line="240" w:lineRule="auto"/>
              <w:jc w:val="center"/>
              <w:rPr>
                <w:rFonts w:cs="Times New Roman"/>
              </w:rPr>
            </w:pPr>
            <w:r w:rsidRPr="000B60F7">
              <w:rPr>
                <w:rFonts w:cs="Times New Roman"/>
                <w:sz w:val="18"/>
              </w:rPr>
              <w:t>1.171 [0.507, 2.706]</w:t>
            </w:r>
          </w:p>
        </w:tc>
        <w:tc>
          <w:tcPr>
            <w:tcW w:w="864" w:type="dxa"/>
            <w:shd w:val="clear" w:color="auto" w:fill="F6F8FA"/>
            <w:tcMar>
              <w:top w:w="65" w:type="dxa"/>
              <w:left w:w="75" w:type="dxa"/>
              <w:bottom w:w="65" w:type="dxa"/>
              <w:right w:w="75" w:type="dxa"/>
            </w:tcMar>
            <w:vAlign w:val="center"/>
          </w:tcPr>
          <w:p w14:paraId="65C81FD1" w14:textId="77777777" w:rsidR="00A83192" w:rsidRPr="000B60F7" w:rsidRDefault="00000000">
            <w:pPr>
              <w:spacing w:after="0" w:line="240" w:lineRule="auto"/>
              <w:jc w:val="center"/>
              <w:rPr>
                <w:rFonts w:cs="Times New Roman"/>
              </w:rPr>
            </w:pPr>
            <w:r w:rsidRPr="000B60F7">
              <w:rPr>
                <w:rFonts w:cs="Times New Roman"/>
                <w:sz w:val="18"/>
              </w:rPr>
              <w:t>0.7112</w:t>
            </w:r>
          </w:p>
        </w:tc>
        <w:tc>
          <w:tcPr>
            <w:tcW w:w="936" w:type="dxa"/>
            <w:shd w:val="clear" w:color="auto" w:fill="F6F8FA"/>
            <w:tcMar>
              <w:top w:w="65" w:type="dxa"/>
              <w:left w:w="75" w:type="dxa"/>
              <w:bottom w:w="65" w:type="dxa"/>
              <w:right w:w="75" w:type="dxa"/>
            </w:tcMar>
            <w:vAlign w:val="center"/>
          </w:tcPr>
          <w:p w14:paraId="49797881" w14:textId="77777777" w:rsidR="00A83192" w:rsidRPr="000B60F7" w:rsidRDefault="00000000">
            <w:pPr>
              <w:spacing w:after="0" w:line="240" w:lineRule="auto"/>
              <w:jc w:val="center"/>
              <w:rPr>
                <w:rFonts w:cs="Times New Roman"/>
              </w:rPr>
            </w:pPr>
            <w:r w:rsidRPr="000B60F7">
              <w:rPr>
                <w:rFonts w:cs="Times New Roman"/>
                <w:sz w:val="18"/>
              </w:rPr>
              <w:t>0.9116</w:t>
            </w:r>
          </w:p>
        </w:tc>
      </w:tr>
      <w:tr w:rsidR="00A83192" w:rsidRPr="000B60F7" w14:paraId="362F7F69" w14:textId="77777777">
        <w:trPr>
          <w:cantSplit/>
          <w:jc w:val="center"/>
        </w:trPr>
        <w:tc>
          <w:tcPr>
            <w:tcW w:w="2520" w:type="dxa"/>
            <w:shd w:val="clear" w:color="auto" w:fill="FFFFFF"/>
            <w:tcMar>
              <w:top w:w="65" w:type="dxa"/>
              <w:left w:w="75" w:type="dxa"/>
              <w:bottom w:w="65" w:type="dxa"/>
              <w:right w:w="75" w:type="dxa"/>
            </w:tcMar>
            <w:vAlign w:val="center"/>
          </w:tcPr>
          <w:p w14:paraId="24F0FE8D" w14:textId="77777777" w:rsidR="00A83192" w:rsidRPr="000B60F7" w:rsidRDefault="00000000">
            <w:pPr>
              <w:spacing w:after="0" w:line="240" w:lineRule="auto"/>
              <w:rPr>
                <w:rFonts w:cs="Times New Roman"/>
              </w:rPr>
            </w:pPr>
            <w:r w:rsidRPr="000B60F7">
              <w:rPr>
                <w:rFonts w:cs="Times New Roman"/>
                <w:sz w:val="18"/>
              </w:rPr>
              <w:t>Mixture model, origin 70%</w:t>
            </w:r>
          </w:p>
        </w:tc>
        <w:tc>
          <w:tcPr>
            <w:tcW w:w="1512" w:type="dxa"/>
            <w:shd w:val="clear" w:color="auto" w:fill="FFFFFF"/>
            <w:tcMar>
              <w:top w:w="65" w:type="dxa"/>
              <w:left w:w="75" w:type="dxa"/>
              <w:bottom w:w="65" w:type="dxa"/>
              <w:right w:w="75" w:type="dxa"/>
            </w:tcMar>
            <w:vAlign w:val="center"/>
          </w:tcPr>
          <w:p w14:paraId="4C623FCA"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FFFFF"/>
            <w:tcMar>
              <w:top w:w="65" w:type="dxa"/>
              <w:left w:w="75" w:type="dxa"/>
              <w:bottom w:w="65" w:type="dxa"/>
              <w:right w:w="75" w:type="dxa"/>
            </w:tcMar>
            <w:vAlign w:val="center"/>
          </w:tcPr>
          <w:p w14:paraId="7035F6AE" w14:textId="77777777" w:rsidR="00A83192" w:rsidRPr="000B60F7" w:rsidRDefault="00000000">
            <w:pPr>
              <w:spacing w:after="0" w:line="240" w:lineRule="auto"/>
              <w:jc w:val="center"/>
              <w:rPr>
                <w:rFonts w:cs="Times New Roman"/>
              </w:rPr>
            </w:pPr>
            <w:r w:rsidRPr="000B60F7">
              <w:rPr>
                <w:rFonts w:cs="Times New Roman"/>
                <w:sz w:val="18"/>
              </w:rPr>
              <w:t>1–12</w:t>
            </w:r>
          </w:p>
        </w:tc>
        <w:tc>
          <w:tcPr>
            <w:tcW w:w="2664" w:type="dxa"/>
            <w:shd w:val="clear" w:color="auto" w:fill="FFFFFF"/>
            <w:tcMar>
              <w:top w:w="65" w:type="dxa"/>
              <w:left w:w="75" w:type="dxa"/>
              <w:bottom w:w="65" w:type="dxa"/>
              <w:right w:w="75" w:type="dxa"/>
            </w:tcMar>
            <w:vAlign w:val="center"/>
          </w:tcPr>
          <w:p w14:paraId="61456A4B" w14:textId="77777777" w:rsidR="00A83192" w:rsidRPr="000B60F7" w:rsidRDefault="00000000">
            <w:pPr>
              <w:spacing w:after="0" w:line="240" w:lineRule="auto"/>
              <w:jc w:val="center"/>
              <w:rPr>
                <w:rFonts w:cs="Times New Roman"/>
              </w:rPr>
            </w:pPr>
            <w:r w:rsidRPr="000B60F7">
              <w:rPr>
                <w:rFonts w:cs="Times New Roman"/>
                <w:sz w:val="18"/>
              </w:rPr>
              <w:t>0.572 [0.371, 0.880]</w:t>
            </w:r>
          </w:p>
        </w:tc>
        <w:tc>
          <w:tcPr>
            <w:tcW w:w="864" w:type="dxa"/>
            <w:shd w:val="clear" w:color="auto" w:fill="FFFFFF"/>
            <w:tcMar>
              <w:top w:w="65" w:type="dxa"/>
              <w:left w:w="75" w:type="dxa"/>
              <w:bottom w:w="65" w:type="dxa"/>
              <w:right w:w="75" w:type="dxa"/>
            </w:tcMar>
            <w:vAlign w:val="center"/>
          </w:tcPr>
          <w:p w14:paraId="3F0BAD77" w14:textId="77777777" w:rsidR="00A83192" w:rsidRPr="000B60F7" w:rsidRDefault="00000000">
            <w:pPr>
              <w:spacing w:after="0" w:line="240" w:lineRule="auto"/>
              <w:jc w:val="center"/>
              <w:rPr>
                <w:rFonts w:cs="Times New Roman"/>
              </w:rPr>
            </w:pPr>
            <w:r w:rsidRPr="000B60F7">
              <w:rPr>
                <w:rFonts w:cs="Times New Roman"/>
                <w:sz w:val="18"/>
              </w:rPr>
              <w:t>0.0112</w:t>
            </w:r>
          </w:p>
        </w:tc>
        <w:tc>
          <w:tcPr>
            <w:tcW w:w="936" w:type="dxa"/>
            <w:shd w:val="clear" w:color="auto" w:fill="FFFFFF"/>
            <w:tcMar>
              <w:top w:w="65" w:type="dxa"/>
              <w:left w:w="75" w:type="dxa"/>
              <w:bottom w:w="65" w:type="dxa"/>
              <w:right w:w="75" w:type="dxa"/>
            </w:tcMar>
            <w:vAlign w:val="center"/>
          </w:tcPr>
          <w:p w14:paraId="3E0A8F7D" w14:textId="77777777" w:rsidR="00A83192" w:rsidRPr="000B60F7" w:rsidRDefault="00000000">
            <w:pPr>
              <w:spacing w:after="0" w:line="240" w:lineRule="auto"/>
              <w:jc w:val="center"/>
              <w:rPr>
                <w:rFonts w:cs="Times New Roman"/>
              </w:rPr>
            </w:pPr>
            <w:r w:rsidRPr="000B60F7">
              <w:rPr>
                <w:rFonts w:cs="Times New Roman"/>
                <w:sz w:val="18"/>
              </w:rPr>
              <w:t>0.0448</w:t>
            </w:r>
          </w:p>
        </w:tc>
      </w:tr>
      <w:tr w:rsidR="00A83192" w:rsidRPr="000B60F7" w14:paraId="3DA865CE" w14:textId="77777777">
        <w:trPr>
          <w:cantSplit/>
          <w:jc w:val="center"/>
        </w:trPr>
        <w:tc>
          <w:tcPr>
            <w:tcW w:w="2520" w:type="dxa"/>
            <w:shd w:val="clear" w:color="auto" w:fill="F6F8FA"/>
            <w:tcMar>
              <w:top w:w="65" w:type="dxa"/>
              <w:left w:w="75" w:type="dxa"/>
              <w:bottom w:w="65" w:type="dxa"/>
              <w:right w:w="75" w:type="dxa"/>
            </w:tcMar>
            <w:vAlign w:val="center"/>
          </w:tcPr>
          <w:p w14:paraId="5737A02E" w14:textId="77777777" w:rsidR="00A83192" w:rsidRPr="000B60F7" w:rsidRDefault="00000000">
            <w:pPr>
              <w:spacing w:after="0" w:line="240" w:lineRule="auto"/>
              <w:rPr>
                <w:rFonts w:cs="Times New Roman"/>
              </w:rPr>
            </w:pPr>
            <w:r w:rsidRPr="000B60F7">
              <w:rPr>
                <w:rFonts w:cs="Times New Roman"/>
                <w:sz w:val="18"/>
              </w:rPr>
              <w:t>Mixture model, origin 70%</w:t>
            </w:r>
          </w:p>
        </w:tc>
        <w:tc>
          <w:tcPr>
            <w:tcW w:w="1512" w:type="dxa"/>
            <w:shd w:val="clear" w:color="auto" w:fill="F6F8FA"/>
            <w:tcMar>
              <w:top w:w="65" w:type="dxa"/>
              <w:left w:w="75" w:type="dxa"/>
              <w:bottom w:w="65" w:type="dxa"/>
              <w:right w:w="75" w:type="dxa"/>
            </w:tcMar>
            <w:vAlign w:val="center"/>
          </w:tcPr>
          <w:p w14:paraId="0C08F807"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6F8FA"/>
            <w:tcMar>
              <w:top w:w="65" w:type="dxa"/>
              <w:left w:w="75" w:type="dxa"/>
              <w:bottom w:w="65" w:type="dxa"/>
              <w:right w:w="75" w:type="dxa"/>
            </w:tcMar>
            <w:vAlign w:val="center"/>
          </w:tcPr>
          <w:p w14:paraId="4F1FECEC" w14:textId="77777777" w:rsidR="00A83192" w:rsidRPr="000B60F7" w:rsidRDefault="00000000">
            <w:pPr>
              <w:spacing w:after="0" w:line="240" w:lineRule="auto"/>
              <w:jc w:val="center"/>
              <w:rPr>
                <w:rFonts w:cs="Times New Roman"/>
              </w:rPr>
            </w:pPr>
            <w:r w:rsidRPr="000B60F7">
              <w:rPr>
                <w:rFonts w:cs="Times New Roman"/>
                <w:sz w:val="18"/>
              </w:rPr>
              <w:t>13–24</w:t>
            </w:r>
          </w:p>
        </w:tc>
        <w:tc>
          <w:tcPr>
            <w:tcW w:w="2664" w:type="dxa"/>
            <w:shd w:val="clear" w:color="auto" w:fill="F6F8FA"/>
            <w:tcMar>
              <w:top w:w="65" w:type="dxa"/>
              <w:left w:w="75" w:type="dxa"/>
              <w:bottom w:w="65" w:type="dxa"/>
              <w:right w:w="75" w:type="dxa"/>
            </w:tcMar>
            <w:vAlign w:val="center"/>
          </w:tcPr>
          <w:p w14:paraId="16D10569" w14:textId="77777777" w:rsidR="00A83192" w:rsidRPr="000B60F7" w:rsidRDefault="00000000">
            <w:pPr>
              <w:spacing w:after="0" w:line="240" w:lineRule="auto"/>
              <w:jc w:val="center"/>
              <w:rPr>
                <w:rFonts w:cs="Times New Roman"/>
              </w:rPr>
            </w:pPr>
            <w:r w:rsidRPr="000B60F7">
              <w:rPr>
                <w:rFonts w:cs="Times New Roman"/>
                <w:sz w:val="18"/>
              </w:rPr>
              <w:t>0.727 [0.467, 1.133]</w:t>
            </w:r>
          </w:p>
        </w:tc>
        <w:tc>
          <w:tcPr>
            <w:tcW w:w="864" w:type="dxa"/>
            <w:shd w:val="clear" w:color="auto" w:fill="F6F8FA"/>
            <w:tcMar>
              <w:top w:w="65" w:type="dxa"/>
              <w:left w:w="75" w:type="dxa"/>
              <w:bottom w:w="65" w:type="dxa"/>
              <w:right w:w="75" w:type="dxa"/>
            </w:tcMar>
            <w:vAlign w:val="center"/>
          </w:tcPr>
          <w:p w14:paraId="6BC9414B" w14:textId="77777777" w:rsidR="00A83192" w:rsidRPr="000B60F7" w:rsidRDefault="00000000">
            <w:pPr>
              <w:spacing w:after="0" w:line="240" w:lineRule="auto"/>
              <w:jc w:val="center"/>
              <w:rPr>
                <w:rFonts w:cs="Times New Roman"/>
              </w:rPr>
            </w:pPr>
            <w:r w:rsidRPr="000B60F7">
              <w:rPr>
                <w:rFonts w:cs="Times New Roman"/>
                <w:sz w:val="18"/>
              </w:rPr>
              <w:t>0.1584</w:t>
            </w:r>
          </w:p>
        </w:tc>
        <w:tc>
          <w:tcPr>
            <w:tcW w:w="936" w:type="dxa"/>
            <w:shd w:val="clear" w:color="auto" w:fill="F6F8FA"/>
            <w:tcMar>
              <w:top w:w="65" w:type="dxa"/>
              <w:left w:w="75" w:type="dxa"/>
              <w:bottom w:w="65" w:type="dxa"/>
              <w:right w:w="75" w:type="dxa"/>
            </w:tcMar>
            <w:vAlign w:val="center"/>
          </w:tcPr>
          <w:p w14:paraId="22DAC446" w14:textId="77777777" w:rsidR="00A83192" w:rsidRPr="000B60F7" w:rsidRDefault="00000000">
            <w:pPr>
              <w:spacing w:after="0" w:line="240" w:lineRule="auto"/>
              <w:jc w:val="center"/>
              <w:rPr>
                <w:rFonts w:cs="Times New Roman"/>
              </w:rPr>
            </w:pPr>
            <w:r w:rsidRPr="000B60F7">
              <w:rPr>
                <w:rFonts w:cs="Times New Roman"/>
                <w:sz w:val="18"/>
              </w:rPr>
              <w:t>0.3167</w:t>
            </w:r>
          </w:p>
        </w:tc>
      </w:tr>
      <w:tr w:rsidR="00A83192" w:rsidRPr="000B60F7" w14:paraId="749AD4DE" w14:textId="77777777">
        <w:trPr>
          <w:cantSplit/>
          <w:jc w:val="center"/>
        </w:trPr>
        <w:tc>
          <w:tcPr>
            <w:tcW w:w="2520" w:type="dxa"/>
            <w:shd w:val="clear" w:color="auto" w:fill="FFFFFF"/>
            <w:tcMar>
              <w:top w:w="65" w:type="dxa"/>
              <w:left w:w="75" w:type="dxa"/>
              <w:bottom w:w="65" w:type="dxa"/>
              <w:right w:w="75" w:type="dxa"/>
            </w:tcMar>
            <w:vAlign w:val="center"/>
          </w:tcPr>
          <w:p w14:paraId="00566868" w14:textId="77777777" w:rsidR="00A83192" w:rsidRPr="000B60F7" w:rsidRDefault="00000000">
            <w:pPr>
              <w:spacing w:after="0" w:line="240" w:lineRule="auto"/>
              <w:rPr>
                <w:rFonts w:cs="Times New Roman"/>
              </w:rPr>
            </w:pPr>
            <w:r w:rsidRPr="000B60F7">
              <w:rPr>
                <w:rFonts w:cs="Times New Roman"/>
                <w:sz w:val="18"/>
              </w:rPr>
              <w:t>Mixture model, origin 70%</w:t>
            </w:r>
          </w:p>
        </w:tc>
        <w:tc>
          <w:tcPr>
            <w:tcW w:w="1512" w:type="dxa"/>
            <w:shd w:val="clear" w:color="auto" w:fill="FFFFFF"/>
            <w:tcMar>
              <w:top w:w="65" w:type="dxa"/>
              <w:left w:w="75" w:type="dxa"/>
              <w:bottom w:w="65" w:type="dxa"/>
              <w:right w:w="75" w:type="dxa"/>
            </w:tcMar>
            <w:vAlign w:val="center"/>
          </w:tcPr>
          <w:p w14:paraId="0DF005B9"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FFFFF"/>
            <w:tcMar>
              <w:top w:w="65" w:type="dxa"/>
              <w:left w:w="75" w:type="dxa"/>
              <w:bottom w:w="65" w:type="dxa"/>
              <w:right w:w="75" w:type="dxa"/>
            </w:tcMar>
            <w:vAlign w:val="center"/>
          </w:tcPr>
          <w:p w14:paraId="4C183691" w14:textId="77777777" w:rsidR="00A83192" w:rsidRPr="000B60F7" w:rsidRDefault="00000000">
            <w:pPr>
              <w:spacing w:after="0" w:line="240" w:lineRule="auto"/>
              <w:jc w:val="center"/>
              <w:rPr>
                <w:rFonts w:cs="Times New Roman"/>
              </w:rPr>
            </w:pPr>
            <w:r w:rsidRPr="000B60F7">
              <w:rPr>
                <w:rFonts w:cs="Times New Roman"/>
                <w:sz w:val="18"/>
              </w:rPr>
              <w:t>25–36</w:t>
            </w:r>
          </w:p>
        </w:tc>
        <w:tc>
          <w:tcPr>
            <w:tcW w:w="2664" w:type="dxa"/>
            <w:shd w:val="clear" w:color="auto" w:fill="FFFFFF"/>
            <w:tcMar>
              <w:top w:w="65" w:type="dxa"/>
              <w:left w:w="75" w:type="dxa"/>
              <w:bottom w:w="65" w:type="dxa"/>
              <w:right w:w="75" w:type="dxa"/>
            </w:tcMar>
            <w:vAlign w:val="center"/>
          </w:tcPr>
          <w:p w14:paraId="57F22EE6" w14:textId="77777777" w:rsidR="00A83192" w:rsidRPr="000B60F7" w:rsidRDefault="00000000">
            <w:pPr>
              <w:spacing w:after="0" w:line="240" w:lineRule="auto"/>
              <w:jc w:val="center"/>
              <w:rPr>
                <w:rFonts w:cs="Times New Roman"/>
              </w:rPr>
            </w:pPr>
            <w:r w:rsidRPr="000B60F7">
              <w:rPr>
                <w:rFonts w:cs="Times New Roman"/>
                <w:sz w:val="18"/>
              </w:rPr>
              <w:t>1.311 [0.772, 2.227]</w:t>
            </w:r>
          </w:p>
        </w:tc>
        <w:tc>
          <w:tcPr>
            <w:tcW w:w="864" w:type="dxa"/>
            <w:shd w:val="clear" w:color="auto" w:fill="FFFFFF"/>
            <w:tcMar>
              <w:top w:w="65" w:type="dxa"/>
              <w:left w:w="75" w:type="dxa"/>
              <w:bottom w:w="65" w:type="dxa"/>
              <w:right w:w="75" w:type="dxa"/>
            </w:tcMar>
            <w:vAlign w:val="center"/>
          </w:tcPr>
          <w:p w14:paraId="00FE11E3" w14:textId="77777777" w:rsidR="00A83192" w:rsidRPr="000B60F7" w:rsidRDefault="00000000">
            <w:pPr>
              <w:spacing w:after="0" w:line="240" w:lineRule="auto"/>
              <w:jc w:val="center"/>
              <w:rPr>
                <w:rFonts w:cs="Times New Roman"/>
              </w:rPr>
            </w:pPr>
            <w:r w:rsidRPr="000B60F7">
              <w:rPr>
                <w:rFonts w:cs="Times New Roman"/>
                <w:sz w:val="18"/>
              </w:rPr>
              <w:t>0.3158</w:t>
            </w:r>
          </w:p>
        </w:tc>
        <w:tc>
          <w:tcPr>
            <w:tcW w:w="936" w:type="dxa"/>
            <w:shd w:val="clear" w:color="auto" w:fill="FFFFFF"/>
            <w:tcMar>
              <w:top w:w="65" w:type="dxa"/>
              <w:left w:w="75" w:type="dxa"/>
              <w:bottom w:w="65" w:type="dxa"/>
              <w:right w:w="75" w:type="dxa"/>
            </w:tcMar>
            <w:vAlign w:val="center"/>
          </w:tcPr>
          <w:p w14:paraId="2E00ED42" w14:textId="77777777" w:rsidR="00A83192" w:rsidRPr="000B60F7" w:rsidRDefault="00000000">
            <w:pPr>
              <w:spacing w:after="0" w:line="240" w:lineRule="auto"/>
              <w:jc w:val="center"/>
              <w:rPr>
                <w:rFonts w:cs="Times New Roman"/>
              </w:rPr>
            </w:pPr>
            <w:r w:rsidRPr="000B60F7">
              <w:rPr>
                <w:rFonts w:cs="Times New Roman"/>
                <w:sz w:val="18"/>
              </w:rPr>
              <w:t>0.4211</w:t>
            </w:r>
          </w:p>
        </w:tc>
      </w:tr>
      <w:tr w:rsidR="00A83192" w:rsidRPr="000B60F7" w14:paraId="6C9BEC14" w14:textId="77777777">
        <w:trPr>
          <w:cantSplit/>
          <w:jc w:val="center"/>
        </w:trPr>
        <w:tc>
          <w:tcPr>
            <w:tcW w:w="2520" w:type="dxa"/>
            <w:shd w:val="clear" w:color="auto" w:fill="F6F8FA"/>
            <w:tcMar>
              <w:top w:w="65" w:type="dxa"/>
              <w:left w:w="75" w:type="dxa"/>
              <w:bottom w:w="65" w:type="dxa"/>
              <w:right w:w="75" w:type="dxa"/>
            </w:tcMar>
            <w:vAlign w:val="center"/>
          </w:tcPr>
          <w:p w14:paraId="72E53075" w14:textId="77777777" w:rsidR="00A83192" w:rsidRPr="000B60F7" w:rsidRDefault="00000000">
            <w:pPr>
              <w:spacing w:after="0" w:line="240" w:lineRule="auto"/>
              <w:rPr>
                <w:rFonts w:cs="Times New Roman"/>
              </w:rPr>
            </w:pPr>
            <w:r w:rsidRPr="000B60F7">
              <w:rPr>
                <w:rFonts w:cs="Times New Roman"/>
                <w:sz w:val="18"/>
              </w:rPr>
              <w:t>Mixture model, origin 70%</w:t>
            </w:r>
          </w:p>
        </w:tc>
        <w:tc>
          <w:tcPr>
            <w:tcW w:w="1512" w:type="dxa"/>
            <w:shd w:val="clear" w:color="auto" w:fill="F6F8FA"/>
            <w:tcMar>
              <w:top w:w="65" w:type="dxa"/>
              <w:left w:w="75" w:type="dxa"/>
              <w:bottom w:w="65" w:type="dxa"/>
              <w:right w:w="75" w:type="dxa"/>
            </w:tcMar>
            <w:vAlign w:val="center"/>
          </w:tcPr>
          <w:p w14:paraId="5D80FF00" w14:textId="77777777" w:rsidR="00A83192" w:rsidRPr="000B60F7" w:rsidRDefault="00000000">
            <w:pPr>
              <w:spacing w:after="0" w:line="240" w:lineRule="auto"/>
              <w:jc w:val="center"/>
              <w:rPr>
                <w:rFonts w:cs="Times New Roman"/>
              </w:rPr>
            </w:pPr>
            <w:r w:rsidRPr="000B60F7">
              <w:rPr>
                <w:rFonts w:cs="Times New Roman"/>
                <w:sz w:val="18"/>
              </w:rPr>
              <w:t>Category / outside</w:t>
            </w:r>
          </w:p>
        </w:tc>
        <w:tc>
          <w:tcPr>
            <w:tcW w:w="864" w:type="dxa"/>
            <w:shd w:val="clear" w:color="auto" w:fill="F6F8FA"/>
            <w:tcMar>
              <w:top w:w="65" w:type="dxa"/>
              <w:left w:w="75" w:type="dxa"/>
              <w:bottom w:w="65" w:type="dxa"/>
              <w:right w:w="75" w:type="dxa"/>
            </w:tcMar>
            <w:vAlign w:val="center"/>
          </w:tcPr>
          <w:p w14:paraId="38C37EA3" w14:textId="77777777" w:rsidR="00A83192" w:rsidRPr="000B60F7" w:rsidRDefault="00000000">
            <w:pPr>
              <w:spacing w:after="0" w:line="240" w:lineRule="auto"/>
              <w:jc w:val="center"/>
              <w:rPr>
                <w:rFonts w:cs="Times New Roman"/>
              </w:rPr>
            </w:pPr>
            <w:r w:rsidRPr="000B60F7">
              <w:rPr>
                <w:rFonts w:cs="Times New Roman"/>
                <w:sz w:val="18"/>
              </w:rPr>
              <w:t>37–60</w:t>
            </w:r>
          </w:p>
        </w:tc>
        <w:tc>
          <w:tcPr>
            <w:tcW w:w="2664" w:type="dxa"/>
            <w:shd w:val="clear" w:color="auto" w:fill="F6F8FA"/>
            <w:tcMar>
              <w:top w:w="65" w:type="dxa"/>
              <w:left w:w="75" w:type="dxa"/>
              <w:bottom w:w="65" w:type="dxa"/>
              <w:right w:w="75" w:type="dxa"/>
            </w:tcMar>
            <w:vAlign w:val="center"/>
          </w:tcPr>
          <w:p w14:paraId="3EDE12AD" w14:textId="77777777" w:rsidR="00A83192" w:rsidRPr="000B60F7" w:rsidRDefault="00000000">
            <w:pPr>
              <w:spacing w:after="0" w:line="240" w:lineRule="auto"/>
              <w:jc w:val="center"/>
              <w:rPr>
                <w:rFonts w:cs="Times New Roman"/>
              </w:rPr>
            </w:pPr>
            <w:r w:rsidRPr="000B60F7">
              <w:rPr>
                <w:rFonts w:cs="Times New Roman"/>
                <w:sz w:val="18"/>
              </w:rPr>
              <w:t>1.533 [0.523, 4.495]</w:t>
            </w:r>
          </w:p>
        </w:tc>
        <w:tc>
          <w:tcPr>
            <w:tcW w:w="864" w:type="dxa"/>
            <w:shd w:val="clear" w:color="auto" w:fill="F6F8FA"/>
            <w:tcMar>
              <w:top w:w="65" w:type="dxa"/>
              <w:left w:w="75" w:type="dxa"/>
              <w:bottom w:w="65" w:type="dxa"/>
              <w:right w:w="75" w:type="dxa"/>
            </w:tcMar>
            <w:vAlign w:val="center"/>
          </w:tcPr>
          <w:p w14:paraId="687F3A0E" w14:textId="77777777" w:rsidR="00A83192" w:rsidRPr="000B60F7" w:rsidRDefault="00000000">
            <w:pPr>
              <w:spacing w:after="0" w:line="240" w:lineRule="auto"/>
              <w:jc w:val="center"/>
              <w:rPr>
                <w:rFonts w:cs="Times New Roman"/>
              </w:rPr>
            </w:pPr>
            <w:r w:rsidRPr="000B60F7">
              <w:rPr>
                <w:rFonts w:cs="Times New Roman"/>
                <w:sz w:val="18"/>
              </w:rPr>
              <w:t>0.4358</w:t>
            </w:r>
          </w:p>
        </w:tc>
        <w:tc>
          <w:tcPr>
            <w:tcW w:w="936" w:type="dxa"/>
            <w:shd w:val="clear" w:color="auto" w:fill="F6F8FA"/>
            <w:tcMar>
              <w:top w:w="65" w:type="dxa"/>
              <w:left w:w="75" w:type="dxa"/>
              <w:bottom w:w="65" w:type="dxa"/>
              <w:right w:w="75" w:type="dxa"/>
            </w:tcMar>
            <w:vAlign w:val="center"/>
          </w:tcPr>
          <w:p w14:paraId="73E328AA" w14:textId="77777777" w:rsidR="00A83192" w:rsidRPr="000B60F7" w:rsidRDefault="00000000">
            <w:pPr>
              <w:spacing w:after="0" w:line="240" w:lineRule="auto"/>
              <w:jc w:val="center"/>
              <w:rPr>
                <w:rFonts w:cs="Times New Roman"/>
              </w:rPr>
            </w:pPr>
            <w:r w:rsidRPr="000B60F7">
              <w:rPr>
                <w:rFonts w:cs="Times New Roman"/>
                <w:sz w:val="18"/>
              </w:rPr>
              <w:t>0.4358</w:t>
            </w:r>
          </w:p>
        </w:tc>
      </w:tr>
    </w:tbl>
    <w:p w14:paraId="34BCB1E1" w14:textId="77777777" w:rsidR="00A83192" w:rsidRPr="000B60F7" w:rsidRDefault="00000000">
      <w:pPr>
        <w:pStyle w:val="TableNotes"/>
        <w:spacing w:after="140" w:line="264" w:lineRule="auto"/>
        <w:rPr>
          <w:rFonts w:cs="Times New Roman"/>
        </w:rPr>
      </w:pPr>
      <w:r w:rsidRPr="000B60F7">
        <w:rPr>
          <w:rFonts w:cs="Times New Roman"/>
          <w:sz w:val="18"/>
        </w:rPr>
        <w:t>Notes: The design, controls and clustering follow Table 2. q(4) adjusts four intervals within each specification, history or contrast. The proportional-history gamma model has a free variance at the numerical zero boundary, with category HR 1.094 [0.941, 1.273] and outside HR 1.112 [0.939, 1.316]. Mixture-model percentages refer to susceptibility at the covariate origin, not the sample-average susceptible fraction. All mixture hazard ratios describe the susceptible group.</w:t>
      </w:r>
    </w:p>
    <w:p w14:paraId="4600CCE5" w14:textId="77777777" w:rsidR="00A83192" w:rsidRPr="000B60F7" w:rsidRDefault="00000000">
      <w:pPr>
        <w:pStyle w:val="1"/>
        <w:rPr>
          <w:rFonts w:ascii="Times New Roman" w:hAnsi="Times New Roman" w:cs="Times New Roman"/>
        </w:rPr>
      </w:pPr>
      <w:r w:rsidRPr="000B60F7">
        <w:rPr>
          <w:rFonts w:ascii="Times New Roman" w:hAnsi="Times New Roman" w:cs="Times New Roman"/>
        </w:rPr>
        <w:br w:type="page"/>
      </w:r>
      <w:r w:rsidRPr="000B60F7">
        <w:rPr>
          <w:rFonts w:ascii="Times New Roman" w:hAnsi="Times New Roman" w:cs="Times New Roman"/>
        </w:rPr>
        <w:lastRenderedPageBreak/>
        <w:t>Table S9. Susceptibility-equation coefficients and log-likelihoods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483"/>
        <w:gridCol w:w="2232"/>
        <w:gridCol w:w="965"/>
        <w:gridCol w:w="893"/>
        <w:gridCol w:w="792"/>
        <w:gridCol w:w="1411"/>
        <w:gridCol w:w="1584"/>
      </w:tblGrid>
      <w:tr w:rsidR="00A83192" w:rsidRPr="000B60F7" w14:paraId="09F1532C" w14:textId="77777777">
        <w:trPr>
          <w:cantSplit/>
          <w:tblHeader/>
          <w:jc w:val="center"/>
        </w:trPr>
        <w:tc>
          <w:tcPr>
            <w:tcW w:w="1483" w:type="dxa"/>
            <w:shd w:val="clear" w:color="auto" w:fill="EDEDED"/>
            <w:tcMar>
              <w:top w:w="65" w:type="dxa"/>
              <w:left w:w="75" w:type="dxa"/>
              <w:bottom w:w="65" w:type="dxa"/>
              <w:right w:w="75" w:type="dxa"/>
            </w:tcMar>
            <w:vAlign w:val="center"/>
          </w:tcPr>
          <w:p w14:paraId="27C143F6" w14:textId="77777777" w:rsidR="00A83192" w:rsidRPr="000B60F7" w:rsidRDefault="00000000">
            <w:pPr>
              <w:spacing w:after="0" w:line="240" w:lineRule="auto"/>
              <w:rPr>
                <w:rFonts w:cs="Times New Roman"/>
              </w:rPr>
            </w:pPr>
            <w:r w:rsidRPr="000B60F7">
              <w:rPr>
                <w:rFonts w:cs="Times New Roman"/>
                <w:b/>
                <w:sz w:val="18"/>
              </w:rPr>
              <w:t>Specification</w:t>
            </w:r>
          </w:p>
        </w:tc>
        <w:tc>
          <w:tcPr>
            <w:tcW w:w="2232" w:type="dxa"/>
            <w:shd w:val="clear" w:color="auto" w:fill="EDEDED"/>
            <w:tcMar>
              <w:top w:w="65" w:type="dxa"/>
              <w:left w:w="75" w:type="dxa"/>
              <w:bottom w:w="65" w:type="dxa"/>
              <w:right w:w="75" w:type="dxa"/>
            </w:tcMar>
            <w:vAlign w:val="center"/>
          </w:tcPr>
          <w:p w14:paraId="3C58F4E2" w14:textId="77777777" w:rsidR="00A83192" w:rsidRPr="000B60F7" w:rsidRDefault="00000000">
            <w:pPr>
              <w:spacing w:after="0" w:line="240" w:lineRule="auto"/>
              <w:jc w:val="center"/>
              <w:rPr>
                <w:rFonts w:cs="Times New Roman"/>
              </w:rPr>
            </w:pPr>
            <w:r w:rsidRPr="000B60F7">
              <w:rPr>
                <w:rFonts w:cs="Times New Roman"/>
                <w:b/>
                <w:sz w:val="18"/>
              </w:rPr>
              <w:t>Susceptibility term</w:t>
            </w:r>
          </w:p>
        </w:tc>
        <w:tc>
          <w:tcPr>
            <w:tcW w:w="965" w:type="dxa"/>
            <w:shd w:val="clear" w:color="auto" w:fill="EDEDED"/>
            <w:tcMar>
              <w:top w:w="65" w:type="dxa"/>
              <w:left w:w="75" w:type="dxa"/>
              <w:bottom w:w="65" w:type="dxa"/>
              <w:right w:w="75" w:type="dxa"/>
            </w:tcMar>
            <w:vAlign w:val="center"/>
          </w:tcPr>
          <w:p w14:paraId="3BB744A3" w14:textId="77777777" w:rsidR="00A83192" w:rsidRPr="000B60F7" w:rsidRDefault="00000000">
            <w:pPr>
              <w:spacing w:after="0" w:line="240" w:lineRule="auto"/>
              <w:jc w:val="center"/>
              <w:rPr>
                <w:rFonts w:cs="Times New Roman"/>
              </w:rPr>
            </w:pPr>
            <w:r w:rsidRPr="000B60F7">
              <w:rPr>
                <w:rFonts w:cs="Times New Roman"/>
                <w:b/>
                <w:sz w:val="18"/>
              </w:rPr>
              <w:t>Log-odds</w:t>
            </w:r>
          </w:p>
        </w:tc>
        <w:tc>
          <w:tcPr>
            <w:tcW w:w="893" w:type="dxa"/>
            <w:shd w:val="clear" w:color="auto" w:fill="EDEDED"/>
            <w:tcMar>
              <w:top w:w="65" w:type="dxa"/>
              <w:left w:w="75" w:type="dxa"/>
              <w:bottom w:w="65" w:type="dxa"/>
              <w:right w:w="75" w:type="dxa"/>
            </w:tcMar>
            <w:vAlign w:val="center"/>
          </w:tcPr>
          <w:p w14:paraId="00D10672" w14:textId="77777777" w:rsidR="00A83192" w:rsidRPr="000B60F7" w:rsidRDefault="00000000">
            <w:pPr>
              <w:spacing w:after="0" w:line="240" w:lineRule="auto"/>
              <w:jc w:val="center"/>
              <w:rPr>
                <w:rFonts w:cs="Times New Roman"/>
              </w:rPr>
            </w:pPr>
            <w:r w:rsidRPr="000B60F7">
              <w:rPr>
                <w:rFonts w:cs="Times New Roman"/>
                <w:b/>
                <w:sz w:val="18"/>
              </w:rPr>
              <w:t>SE</w:t>
            </w:r>
          </w:p>
        </w:tc>
        <w:tc>
          <w:tcPr>
            <w:tcW w:w="792" w:type="dxa"/>
            <w:shd w:val="clear" w:color="auto" w:fill="EDEDED"/>
            <w:tcMar>
              <w:top w:w="65" w:type="dxa"/>
              <w:left w:w="75" w:type="dxa"/>
              <w:bottom w:w="65" w:type="dxa"/>
              <w:right w:w="75" w:type="dxa"/>
            </w:tcMar>
            <w:vAlign w:val="center"/>
          </w:tcPr>
          <w:p w14:paraId="6DF10619" w14:textId="77777777" w:rsidR="00A83192" w:rsidRPr="000B60F7" w:rsidRDefault="00000000">
            <w:pPr>
              <w:spacing w:after="0" w:line="240" w:lineRule="auto"/>
              <w:jc w:val="center"/>
              <w:rPr>
                <w:rFonts w:cs="Times New Roman"/>
              </w:rPr>
            </w:pPr>
            <w:r w:rsidRPr="000B60F7">
              <w:rPr>
                <w:rFonts w:cs="Times New Roman"/>
                <w:b/>
                <w:sz w:val="18"/>
              </w:rPr>
              <w:t>p</w:t>
            </w:r>
          </w:p>
        </w:tc>
        <w:tc>
          <w:tcPr>
            <w:tcW w:w="1411" w:type="dxa"/>
            <w:shd w:val="clear" w:color="auto" w:fill="EDEDED"/>
            <w:tcMar>
              <w:top w:w="65" w:type="dxa"/>
              <w:left w:w="75" w:type="dxa"/>
              <w:bottom w:w="65" w:type="dxa"/>
              <w:right w:w="75" w:type="dxa"/>
            </w:tcMar>
            <w:vAlign w:val="center"/>
          </w:tcPr>
          <w:p w14:paraId="5283E03F" w14:textId="77777777" w:rsidR="00A83192" w:rsidRPr="000B60F7" w:rsidRDefault="00000000">
            <w:pPr>
              <w:spacing w:after="0" w:line="240" w:lineRule="auto"/>
              <w:jc w:val="center"/>
              <w:rPr>
                <w:rFonts w:cs="Times New Roman"/>
              </w:rPr>
            </w:pPr>
            <w:r w:rsidRPr="000B60F7">
              <w:rPr>
                <w:rFonts w:cs="Times New Roman"/>
                <w:b/>
                <w:sz w:val="18"/>
              </w:rPr>
              <w:t>Mean susceptible</w:t>
            </w:r>
          </w:p>
        </w:tc>
        <w:tc>
          <w:tcPr>
            <w:tcW w:w="1584" w:type="dxa"/>
            <w:shd w:val="clear" w:color="auto" w:fill="EDEDED"/>
            <w:tcMar>
              <w:top w:w="65" w:type="dxa"/>
              <w:left w:w="75" w:type="dxa"/>
              <w:bottom w:w="65" w:type="dxa"/>
              <w:right w:w="75" w:type="dxa"/>
            </w:tcMar>
            <w:vAlign w:val="center"/>
          </w:tcPr>
          <w:p w14:paraId="283EBD4F" w14:textId="77777777" w:rsidR="00A83192" w:rsidRPr="000B60F7" w:rsidRDefault="00000000">
            <w:pPr>
              <w:spacing w:after="0" w:line="240" w:lineRule="auto"/>
              <w:jc w:val="center"/>
              <w:rPr>
                <w:rFonts w:cs="Times New Roman"/>
              </w:rPr>
            </w:pPr>
            <w:r w:rsidRPr="000B60F7">
              <w:rPr>
                <w:rFonts w:cs="Times New Roman"/>
                <w:b/>
                <w:sz w:val="18"/>
              </w:rPr>
              <w:t>Log-likelihood</w:t>
            </w:r>
          </w:p>
        </w:tc>
      </w:tr>
      <w:tr w:rsidR="00A83192" w:rsidRPr="000B60F7" w14:paraId="12823767" w14:textId="77777777">
        <w:trPr>
          <w:cantSplit/>
          <w:jc w:val="center"/>
        </w:trPr>
        <w:tc>
          <w:tcPr>
            <w:tcW w:w="1483" w:type="dxa"/>
            <w:shd w:val="clear" w:color="auto" w:fill="FFFFFF"/>
            <w:tcMar>
              <w:top w:w="65" w:type="dxa"/>
              <w:left w:w="75" w:type="dxa"/>
              <w:bottom w:w="65" w:type="dxa"/>
              <w:right w:w="75" w:type="dxa"/>
            </w:tcMar>
            <w:vAlign w:val="center"/>
          </w:tcPr>
          <w:p w14:paraId="0A107FCD" w14:textId="77777777" w:rsidR="00A83192" w:rsidRPr="000B60F7" w:rsidRDefault="00000000">
            <w:pPr>
              <w:spacing w:after="0" w:line="240" w:lineRule="auto"/>
              <w:rPr>
                <w:rFonts w:cs="Times New Roman"/>
              </w:rPr>
            </w:pPr>
            <w:r w:rsidRPr="000B60F7">
              <w:rPr>
                <w:rFonts w:cs="Times New Roman"/>
                <w:sz w:val="18"/>
              </w:rPr>
              <w:t>Mixture model, origin 90%</w:t>
            </w:r>
          </w:p>
        </w:tc>
        <w:tc>
          <w:tcPr>
            <w:tcW w:w="2232" w:type="dxa"/>
            <w:shd w:val="clear" w:color="auto" w:fill="FFFFFF"/>
            <w:tcMar>
              <w:top w:w="65" w:type="dxa"/>
              <w:left w:w="75" w:type="dxa"/>
              <w:bottom w:w="65" w:type="dxa"/>
              <w:right w:w="75" w:type="dxa"/>
            </w:tcMar>
            <w:vAlign w:val="center"/>
          </w:tcPr>
          <w:p w14:paraId="36039385" w14:textId="77777777" w:rsidR="00A83192" w:rsidRPr="000B60F7" w:rsidRDefault="00000000">
            <w:pPr>
              <w:spacing w:after="0" w:line="240" w:lineRule="auto"/>
              <w:jc w:val="center"/>
              <w:rPr>
                <w:rFonts w:cs="Times New Roman"/>
              </w:rPr>
            </w:pPr>
            <w:r w:rsidRPr="000B60F7">
              <w:rPr>
                <w:rFonts w:cs="Times New Roman"/>
                <w:sz w:val="18"/>
              </w:rPr>
              <w:t>Category history (z)</w:t>
            </w:r>
          </w:p>
        </w:tc>
        <w:tc>
          <w:tcPr>
            <w:tcW w:w="965" w:type="dxa"/>
            <w:shd w:val="clear" w:color="auto" w:fill="FFFFFF"/>
            <w:tcMar>
              <w:top w:w="65" w:type="dxa"/>
              <w:left w:w="75" w:type="dxa"/>
              <w:bottom w:w="65" w:type="dxa"/>
              <w:right w:w="75" w:type="dxa"/>
            </w:tcMar>
            <w:vAlign w:val="center"/>
          </w:tcPr>
          <w:p w14:paraId="423F2A0F" w14:textId="77777777" w:rsidR="00A83192" w:rsidRPr="000B60F7" w:rsidRDefault="00000000">
            <w:pPr>
              <w:spacing w:after="0" w:line="240" w:lineRule="auto"/>
              <w:jc w:val="center"/>
              <w:rPr>
                <w:rFonts w:cs="Times New Roman"/>
              </w:rPr>
            </w:pPr>
            <w:r w:rsidRPr="000B60F7">
              <w:rPr>
                <w:rFonts w:cs="Times New Roman"/>
                <w:sz w:val="18"/>
              </w:rPr>
              <w:t>1.076</w:t>
            </w:r>
          </w:p>
        </w:tc>
        <w:tc>
          <w:tcPr>
            <w:tcW w:w="893" w:type="dxa"/>
            <w:shd w:val="clear" w:color="auto" w:fill="FFFFFF"/>
            <w:tcMar>
              <w:top w:w="65" w:type="dxa"/>
              <w:left w:w="75" w:type="dxa"/>
              <w:bottom w:w="65" w:type="dxa"/>
              <w:right w:w="75" w:type="dxa"/>
            </w:tcMar>
            <w:vAlign w:val="center"/>
          </w:tcPr>
          <w:p w14:paraId="0C3D6C00" w14:textId="77777777" w:rsidR="00A83192" w:rsidRPr="000B60F7" w:rsidRDefault="00000000">
            <w:pPr>
              <w:spacing w:after="0" w:line="240" w:lineRule="auto"/>
              <w:jc w:val="center"/>
              <w:rPr>
                <w:rFonts w:cs="Times New Roman"/>
              </w:rPr>
            </w:pPr>
            <w:r w:rsidRPr="000B60F7">
              <w:rPr>
                <w:rFonts w:cs="Times New Roman"/>
                <w:sz w:val="18"/>
              </w:rPr>
              <w:t>0.325</w:t>
            </w:r>
          </w:p>
        </w:tc>
        <w:tc>
          <w:tcPr>
            <w:tcW w:w="792" w:type="dxa"/>
            <w:shd w:val="clear" w:color="auto" w:fill="FFFFFF"/>
            <w:tcMar>
              <w:top w:w="65" w:type="dxa"/>
              <w:left w:w="75" w:type="dxa"/>
              <w:bottom w:w="65" w:type="dxa"/>
              <w:right w:w="75" w:type="dxa"/>
            </w:tcMar>
            <w:vAlign w:val="center"/>
          </w:tcPr>
          <w:p w14:paraId="2B64FAB7" w14:textId="77777777" w:rsidR="00A83192" w:rsidRPr="000B60F7" w:rsidRDefault="00000000">
            <w:pPr>
              <w:spacing w:after="0" w:line="240" w:lineRule="auto"/>
              <w:jc w:val="center"/>
              <w:rPr>
                <w:rFonts w:cs="Times New Roman"/>
              </w:rPr>
            </w:pPr>
            <w:r w:rsidRPr="000B60F7">
              <w:rPr>
                <w:rFonts w:cs="Times New Roman"/>
                <w:sz w:val="18"/>
              </w:rPr>
              <w:t>0.0010</w:t>
            </w:r>
          </w:p>
        </w:tc>
        <w:tc>
          <w:tcPr>
            <w:tcW w:w="1411" w:type="dxa"/>
            <w:shd w:val="clear" w:color="auto" w:fill="FFFFFF"/>
            <w:tcMar>
              <w:top w:w="65" w:type="dxa"/>
              <w:left w:w="75" w:type="dxa"/>
              <w:bottom w:w="65" w:type="dxa"/>
              <w:right w:w="75" w:type="dxa"/>
            </w:tcMar>
            <w:vAlign w:val="center"/>
          </w:tcPr>
          <w:p w14:paraId="5BF31998" w14:textId="77777777" w:rsidR="00A83192" w:rsidRPr="000B60F7" w:rsidRDefault="00000000">
            <w:pPr>
              <w:spacing w:after="0" w:line="240" w:lineRule="auto"/>
              <w:jc w:val="center"/>
              <w:rPr>
                <w:rFonts w:cs="Times New Roman"/>
              </w:rPr>
            </w:pPr>
            <w:r w:rsidRPr="000B60F7">
              <w:rPr>
                <w:rFonts w:cs="Times New Roman"/>
                <w:sz w:val="18"/>
              </w:rPr>
              <w:t>90.5%</w:t>
            </w:r>
          </w:p>
        </w:tc>
        <w:tc>
          <w:tcPr>
            <w:tcW w:w="1584" w:type="dxa"/>
            <w:shd w:val="clear" w:color="auto" w:fill="FFFFFF"/>
            <w:tcMar>
              <w:top w:w="65" w:type="dxa"/>
              <w:left w:w="75" w:type="dxa"/>
              <w:bottom w:w="65" w:type="dxa"/>
              <w:right w:w="75" w:type="dxa"/>
            </w:tcMar>
            <w:vAlign w:val="center"/>
          </w:tcPr>
          <w:p w14:paraId="1829B144" w14:textId="77777777" w:rsidR="00A83192" w:rsidRPr="000B60F7" w:rsidRDefault="00000000">
            <w:pPr>
              <w:spacing w:after="0" w:line="240" w:lineRule="auto"/>
              <w:jc w:val="center"/>
              <w:rPr>
                <w:rFonts w:cs="Times New Roman"/>
              </w:rPr>
            </w:pPr>
            <w:r w:rsidRPr="000B60F7">
              <w:rPr>
                <w:rFonts w:cs="Times New Roman"/>
                <w:sz w:val="18"/>
              </w:rPr>
              <w:t>-1624.83</w:t>
            </w:r>
          </w:p>
        </w:tc>
      </w:tr>
      <w:tr w:rsidR="00A83192" w:rsidRPr="000B60F7" w14:paraId="7C870392" w14:textId="77777777">
        <w:trPr>
          <w:cantSplit/>
          <w:jc w:val="center"/>
        </w:trPr>
        <w:tc>
          <w:tcPr>
            <w:tcW w:w="1483" w:type="dxa"/>
            <w:shd w:val="clear" w:color="auto" w:fill="F6F8FA"/>
            <w:tcMar>
              <w:top w:w="65" w:type="dxa"/>
              <w:left w:w="75" w:type="dxa"/>
              <w:bottom w:w="65" w:type="dxa"/>
              <w:right w:w="75" w:type="dxa"/>
            </w:tcMar>
            <w:vAlign w:val="center"/>
          </w:tcPr>
          <w:p w14:paraId="289418A7" w14:textId="77777777" w:rsidR="00A83192" w:rsidRPr="000B60F7" w:rsidRDefault="00000000">
            <w:pPr>
              <w:spacing w:after="0" w:line="240" w:lineRule="auto"/>
              <w:rPr>
                <w:rFonts w:cs="Times New Roman"/>
              </w:rPr>
            </w:pPr>
            <w:r w:rsidRPr="000B60F7">
              <w:rPr>
                <w:rFonts w:cs="Times New Roman"/>
                <w:sz w:val="18"/>
              </w:rPr>
              <w:t>Mixture model, origin 90%</w:t>
            </w:r>
          </w:p>
        </w:tc>
        <w:tc>
          <w:tcPr>
            <w:tcW w:w="2232" w:type="dxa"/>
            <w:shd w:val="clear" w:color="auto" w:fill="F6F8FA"/>
            <w:tcMar>
              <w:top w:w="65" w:type="dxa"/>
              <w:left w:w="75" w:type="dxa"/>
              <w:bottom w:w="65" w:type="dxa"/>
              <w:right w:w="75" w:type="dxa"/>
            </w:tcMar>
            <w:vAlign w:val="center"/>
          </w:tcPr>
          <w:p w14:paraId="548274EA" w14:textId="77777777" w:rsidR="00A83192" w:rsidRPr="000B60F7" w:rsidRDefault="00000000">
            <w:pPr>
              <w:spacing w:after="0" w:line="240" w:lineRule="auto"/>
              <w:jc w:val="center"/>
              <w:rPr>
                <w:rFonts w:cs="Times New Roman"/>
              </w:rPr>
            </w:pPr>
            <w:r w:rsidRPr="000B60F7">
              <w:rPr>
                <w:rFonts w:cs="Times New Roman"/>
                <w:sz w:val="18"/>
              </w:rPr>
              <w:t>Outside history (z)</w:t>
            </w:r>
          </w:p>
        </w:tc>
        <w:tc>
          <w:tcPr>
            <w:tcW w:w="965" w:type="dxa"/>
            <w:shd w:val="clear" w:color="auto" w:fill="F6F8FA"/>
            <w:tcMar>
              <w:top w:w="65" w:type="dxa"/>
              <w:left w:w="75" w:type="dxa"/>
              <w:bottom w:w="65" w:type="dxa"/>
              <w:right w:w="75" w:type="dxa"/>
            </w:tcMar>
            <w:vAlign w:val="center"/>
          </w:tcPr>
          <w:p w14:paraId="2BCC2254" w14:textId="77777777" w:rsidR="00A83192" w:rsidRPr="000B60F7" w:rsidRDefault="00000000">
            <w:pPr>
              <w:spacing w:after="0" w:line="240" w:lineRule="auto"/>
              <w:jc w:val="center"/>
              <w:rPr>
                <w:rFonts w:cs="Times New Roman"/>
              </w:rPr>
            </w:pPr>
            <w:r w:rsidRPr="000B60F7">
              <w:rPr>
                <w:rFonts w:cs="Times New Roman"/>
                <w:sz w:val="18"/>
              </w:rPr>
              <w:t>-0.760</w:t>
            </w:r>
          </w:p>
        </w:tc>
        <w:tc>
          <w:tcPr>
            <w:tcW w:w="893" w:type="dxa"/>
            <w:shd w:val="clear" w:color="auto" w:fill="F6F8FA"/>
            <w:tcMar>
              <w:top w:w="65" w:type="dxa"/>
              <w:left w:w="75" w:type="dxa"/>
              <w:bottom w:w="65" w:type="dxa"/>
              <w:right w:w="75" w:type="dxa"/>
            </w:tcMar>
            <w:vAlign w:val="center"/>
          </w:tcPr>
          <w:p w14:paraId="514DCAE1" w14:textId="77777777" w:rsidR="00A83192" w:rsidRPr="000B60F7" w:rsidRDefault="00000000">
            <w:pPr>
              <w:spacing w:after="0" w:line="240" w:lineRule="auto"/>
              <w:jc w:val="center"/>
              <w:rPr>
                <w:rFonts w:cs="Times New Roman"/>
              </w:rPr>
            </w:pPr>
            <w:r w:rsidRPr="000B60F7">
              <w:rPr>
                <w:rFonts w:cs="Times New Roman"/>
                <w:sz w:val="18"/>
              </w:rPr>
              <w:t>0.352</w:t>
            </w:r>
          </w:p>
        </w:tc>
        <w:tc>
          <w:tcPr>
            <w:tcW w:w="792" w:type="dxa"/>
            <w:shd w:val="clear" w:color="auto" w:fill="F6F8FA"/>
            <w:tcMar>
              <w:top w:w="65" w:type="dxa"/>
              <w:left w:w="75" w:type="dxa"/>
              <w:bottom w:w="65" w:type="dxa"/>
              <w:right w:w="75" w:type="dxa"/>
            </w:tcMar>
            <w:vAlign w:val="center"/>
          </w:tcPr>
          <w:p w14:paraId="306CF5D4" w14:textId="77777777" w:rsidR="00A83192" w:rsidRPr="000B60F7" w:rsidRDefault="00000000">
            <w:pPr>
              <w:spacing w:after="0" w:line="240" w:lineRule="auto"/>
              <w:jc w:val="center"/>
              <w:rPr>
                <w:rFonts w:cs="Times New Roman"/>
              </w:rPr>
            </w:pPr>
            <w:r w:rsidRPr="000B60F7">
              <w:rPr>
                <w:rFonts w:cs="Times New Roman"/>
                <w:sz w:val="18"/>
              </w:rPr>
              <w:t>0.0315</w:t>
            </w:r>
          </w:p>
        </w:tc>
        <w:tc>
          <w:tcPr>
            <w:tcW w:w="1411" w:type="dxa"/>
            <w:shd w:val="clear" w:color="auto" w:fill="F6F8FA"/>
            <w:tcMar>
              <w:top w:w="65" w:type="dxa"/>
              <w:left w:w="75" w:type="dxa"/>
              <w:bottom w:w="65" w:type="dxa"/>
              <w:right w:w="75" w:type="dxa"/>
            </w:tcMar>
            <w:vAlign w:val="center"/>
          </w:tcPr>
          <w:p w14:paraId="5F1F828E" w14:textId="77777777" w:rsidR="00A83192" w:rsidRPr="000B60F7" w:rsidRDefault="00000000">
            <w:pPr>
              <w:spacing w:after="0" w:line="240" w:lineRule="auto"/>
              <w:jc w:val="center"/>
              <w:rPr>
                <w:rFonts w:cs="Times New Roman"/>
              </w:rPr>
            </w:pPr>
            <w:r w:rsidRPr="000B60F7">
              <w:rPr>
                <w:rFonts w:cs="Times New Roman"/>
                <w:sz w:val="18"/>
              </w:rPr>
              <w:t>90.5%</w:t>
            </w:r>
          </w:p>
        </w:tc>
        <w:tc>
          <w:tcPr>
            <w:tcW w:w="1584" w:type="dxa"/>
            <w:shd w:val="clear" w:color="auto" w:fill="F6F8FA"/>
            <w:tcMar>
              <w:top w:w="65" w:type="dxa"/>
              <w:left w:w="75" w:type="dxa"/>
              <w:bottom w:w="65" w:type="dxa"/>
              <w:right w:w="75" w:type="dxa"/>
            </w:tcMar>
            <w:vAlign w:val="center"/>
          </w:tcPr>
          <w:p w14:paraId="56E078CC" w14:textId="77777777" w:rsidR="00A83192" w:rsidRPr="000B60F7" w:rsidRDefault="00000000">
            <w:pPr>
              <w:spacing w:after="0" w:line="240" w:lineRule="auto"/>
              <w:jc w:val="center"/>
              <w:rPr>
                <w:rFonts w:cs="Times New Roman"/>
              </w:rPr>
            </w:pPr>
            <w:r w:rsidRPr="000B60F7">
              <w:rPr>
                <w:rFonts w:cs="Times New Roman"/>
                <w:sz w:val="18"/>
              </w:rPr>
              <w:t>-1624.83</w:t>
            </w:r>
          </w:p>
        </w:tc>
      </w:tr>
      <w:tr w:rsidR="00A83192" w:rsidRPr="000B60F7" w14:paraId="78088B69" w14:textId="77777777">
        <w:trPr>
          <w:cantSplit/>
          <w:jc w:val="center"/>
        </w:trPr>
        <w:tc>
          <w:tcPr>
            <w:tcW w:w="1483" w:type="dxa"/>
            <w:shd w:val="clear" w:color="auto" w:fill="FFFFFF"/>
            <w:tcMar>
              <w:top w:w="65" w:type="dxa"/>
              <w:left w:w="75" w:type="dxa"/>
              <w:bottom w:w="65" w:type="dxa"/>
              <w:right w:w="75" w:type="dxa"/>
            </w:tcMar>
            <w:vAlign w:val="center"/>
          </w:tcPr>
          <w:p w14:paraId="62A0F398" w14:textId="77777777" w:rsidR="00A83192" w:rsidRPr="000B60F7" w:rsidRDefault="00000000">
            <w:pPr>
              <w:spacing w:after="0" w:line="240" w:lineRule="auto"/>
              <w:rPr>
                <w:rFonts w:cs="Times New Roman"/>
              </w:rPr>
            </w:pPr>
            <w:r w:rsidRPr="000B60F7">
              <w:rPr>
                <w:rFonts w:cs="Times New Roman"/>
                <w:sz w:val="18"/>
              </w:rPr>
              <w:t>Mixture model, origin 90%</w:t>
            </w:r>
          </w:p>
        </w:tc>
        <w:tc>
          <w:tcPr>
            <w:tcW w:w="2232" w:type="dxa"/>
            <w:shd w:val="clear" w:color="auto" w:fill="FFFFFF"/>
            <w:tcMar>
              <w:top w:w="65" w:type="dxa"/>
              <w:left w:w="75" w:type="dxa"/>
              <w:bottom w:w="65" w:type="dxa"/>
              <w:right w:w="75" w:type="dxa"/>
            </w:tcMar>
            <w:vAlign w:val="center"/>
          </w:tcPr>
          <w:p w14:paraId="53ADFC4A" w14:textId="77777777" w:rsidR="00A83192" w:rsidRPr="000B60F7" w:rsidRDefault="00000000">
            <w:pPr>
              <w:spacing w:after="0" w:line="240" w:lineRule="auto"/>
              <w:jc w:val="center"/>
              <w:rPr>
                <w:rFonts w:cs="Times New Roman"/>
              </w:rPr>
            </w:pPr>
            <w:r w:rsidRPr="000B60F7">
              <w:rPr>
                <w:rFonts w:cs="Times New Roman"/>
                <w:sz w:val="18"/>
              </w:rPr>
              <w:t>Focal log capital (z)</w:t>
            </w:r>
          </w:p>
        </w:tc>
        <w:tc>
          <w:tcPr>
            <w:tcW w:w="965" w:type="dxa"/>
            <w:shd w:val="clear" w:color="auto" w:fill="FFFFFF"/>
            <w:tcMar>
              <w:top w:w="65" w:type="dxa"/>
              <w:left w:w="75" w:type="dxa"/>
              <w:bottom w:w="65" w:type="dxa"/>
              <w:right w:w="75" w:type="dxa"/>
            </w:tcMar>
            <w:vAlign w:val="center"/>
          </w:tcPr>
          <w:p w14:paraId="54B47634" w14:textId="77777777" w:rsidR="00A83192" w:rsidRPr="000B60F7" w:rsidRDefault="00000000">
            <w:pPr>
              <w:spacing w:after="0" w:line="240" w:lineRule="auto"/>
              <w:jc w:val="center"/>
              <w:rPr>
                <w:rFonts w:cs="Times New Roman"/>
              </w:rPr>
            </w:pPr>
            <w:r w:rsidRPr="000B60F7">
              <w:rPr>
                <w:rFonts w:cs="Times New Roman"/>
                <w:sz w:val="18"/>
              </w:rPr>
              <w:t>-0.115</w:t>
            </w:r>
          </w:p>
        </w:tc>
        <w:tc>
          <w:tcPr>
            <w:tcW w:w="893" w:type="dxa"/>
            <w:shd w:val="clear" w:color="auto" w:fill="FFFFFF"/>
            <w:tcMar>
              <w:top w:w="65" w:type="dxa"/>
              <w:left w:w="75" w:type="dxa"/>
              <w:bottom w:w="65" w:type="dxa"/>
              <w:right w:w="75" w:type="dxa"/>
            </w:tcMar>
            <w:vAlign w:val="center"/>
          </w:tcPr>
          <w:p w14:paraId="2A278222" w14:textId="77777777" w:rsidR="00A83192" w:rsidRPr="000B60F7" w:rsidRDefault="00000000">
            <w:pPr>
              <w:spacing w:after="0" w:line="240" w:lineRule="auto"/>
              <w:jc w:val="center"/>
              <w:rPr>
                <w:rFonts w:cs="Times New Roman"/>
              </w:rPr>
            </w:pPr>
            <w:r w:rsidRPr="000B60F7">
              <w:rPr>
                <w:rFonts w:cs="Times New Roman"/>
                <w:sz w:val="18"/>
              </w:rPr>
              <w:t>0.192</w:t>
            </w:r>
          </w:p>
        </w:tc>
        <w:tc>
          <w:tcPr>
            <w:tcW w:w="792" w:type="dxa"/>
            <w:shd w:val="clear" w:color="auto" w:fill="FFFFFF"/>
            <w:tcMar>
              <w:top w:w="65" w:type="dxa"/>
              <w:left w:w="75" w:type="dxa"/>
              <w:bottom w:w="65" w:type="dxa"/>
              <w:right w:w="75" w:type="dxa"/>
            </w:tcMar>
            <w:vAlign w:val="center"/>
          </w:tcPr>
          <w:p w14:paraId="48B812A4" w14:textId="77777777" w:rsidR="00A83192" w:rsidRPr="000B60F7" w:rsidRDefault="00000000">
            <w:pPr>
              <w:spacing w:after="0" w:line="240" w:lineRule="auto"/>
              <w:jc w:val="center"/>
              <w:rPr>
                <w:rFonts w:cs="Times New Roman"/>
              </w:rPr>
            </w:pPr>
            <w:r w:rsidRPr="000B60F7">
              <w:rPr>
                <w:rFonts w:cs="Times New Roman"/>
                <w:sz w:val="18"/>
              </w:rPr>
              <w:t>0.5479</w:t>
            </w:r>
          </w:p>
        </w:tc>
        <w:tc>
          <w:tcPr>
            <w:tcW w:w="1411" w:type="dxa"/>
            <w:shd w:val="clear" w:color="auto" w:fill="FFFFFF"/>
            <w:tcMar>
              <w:top w:w="65" w:type="dxa"/>
              <w:left w:w="75" w:type="dxa"/>
              <w:bottom w:w="65" w:type="dxa"/>
              <w:right w:w="75" w:type="dxa"/>
            </w:tcMar>
            <w:vAlign w:val="center"/>
          </w:tcPr>
          <w:p w14:paraId="58AFF192" w14:textId="77777777" w:rsidR="00A83192" w:rsidRPr="000B60F7" w:rsidRDefault="00000000">
            <w:pPr>
              <w:spacing w:after="0" w:line="240" w:lineRule="auto"/>
              <w:jc w:val="center"/>
              <w:rPr>
                <w:rFonts w:cs="Times New Roman"/>
              </w:rPr>
            </w:pPr>
            <w:r w:rsidRPr="000B60F7">
              <w:rPr>
                <w:rFonts w:cs="Times New Roman"/>
                <w:sz w:val="18"/>
              </w:rPr>
              <w:t>90.5%</w:t>
            </w:r>
          </w:p>
        </w:tc>
        <w:tc>
          <w:tcPr>
            <w:tcW w:w="1584" w:type="dxa"/>
            <w:shd w:val="clear" w:color="auto" w:fill="FFFFFF"/>
            <w:tcMar>
              <w:top w:w="65" w:type="dxa"/>
              <w:left w:w="75" w:type="dxa"/>
              <w:bottom w:w="65" w:type="dxa"/>
              <w:right w:w="75" w:type="dxa"/>
            </w:tcMar>
            <w:vAlign w:val="center"/>
          </w:tcPr>
          <w:p w14:paraId="70D35FA1" w14:textId="77777777" w:rsidR="00A83192" w:rsidRPr="000B60F7" w:rsidRDefault="00000000">
            <w:pPr>
              <w:spacing w:after="0" w:line="240" w:lineRule="auto"/>
              <w:jc w:val="center"/>
              <w:rPr>
                <w:rFonts w:cs="Times New Roman"/>
              </w:rPr>
            </w:pPr>
            <w:r w:rsidRPr="000B60F7">
              <w:rPr>
                <w:rFonts w:cs="Times New Roman"/>
                <w:sz w:val="18"/>
              </w:rPr>
              <w:t>-1624.83</w:t>
            </w:r>
          </w:p>
        </w:tc>
      </w:tr>
      <w:tr w:rsidR="00A83192" w:rsidRPr="000B60F7" w14:paraId="4CB8BF99" w14:textId="77777777">
        <w:trPr>
          <w:cantSplit/>
          <w:jc w:val="center"/>
        </w:trPr>
        <w:tc>
          <w:tcPr>
            <w:tcW w:w="1483" w:type="dxa"/>
            <w:shd w:val="clear" w:color="auto" w:fill="F6F8FA"/>
            <w:tcMar>
              <w:top w:w="65" w:type="dxa"/>
              <w:left w:w="75" w:type="dxa"/>
              <w:bottom w:w="65" w:type="dxa"/>
              <w:right w:w="75" w:type="dxa"/>
            </w:tcMar>
            <w:vAlign w:val="center"/>
          </w:tcPr>
          <w:p w14:paraId="7AD938F2" w14:textId="77777777" w:rsidR="00A83192" w:rsidRPr="000B60F7" w:rsidRDefault="00000000">
            <w:pPr>
              <w:spacing w:after="0" w:line="240" w:lineRule="auto"/>
              <w:rPr>
                <w:rFonts w:cs="Times New Roman"/>
              </w:rPr>
            </w:pPr>
            <w:r w:rsidRPr="000B60F7">
              <w:rPr>
                <w:rFonts w:cs="Times New Roman"/>
                <w:sz w:val="18"/>
              </w:rPr>
              <w:t>Mixture model, origin 90%</w:t>
            </w:r>
          </w:p>
        </w:tc>
        <w:tc>
          <w:tcPr>
            <w:tcW w:w="2232" w:type="dxa"/>
            <w:shd w:val="clear" w:color="auto" w:fill="F6F8FA"/>
            <w:tcMar>
              <w:top w:w="65" w:type="dxa"/>
              <w:left w:w="75" w:type="dxa"/>
              <w:bottom w:w="65" w:type="dxa"/>
              <w:right w:w="75" w:type="dxa"/>
            </w:tcMar>
            <w:vAlign w:val="center"/>
          </w:tcPr>
          <w:p w14:paraId="7A6A9B37" w14:textId="77777777" w:rsidR="00A83192" w:rsidRPr="000B60F7" w:rsidRDefault="00000000">
            <w:pPr>
              <w:spacing w:after="0" w:line="240" w:lineRule="auto"/>
              <w:jc w:val="center"/>
              <w:rPr>
                <w:rFonts w:cs="Times New Roman"/>
              </w:rPr>
            </w:pPr>
            <w:r w:rsidRPr="000B60F7">
              <w:rPr>
                <w:rFonts w:cs="Times New Roman"/>
                <w:sz w:val="18"/>
              </w:rPr>
              <w:t>Focal amount missing</w:t>
            </w:r>
          </w:p>
        </w:tc>
        <w:tc>
          <w:tcPr>
            <w:tcW w:w="965" w:type="dxa"/>
            <w:shd w:val="clear" w:color="auto" w:fill="F6F8FA"/>
            <w:tcMar>
              <w:top w:w="65" w:type="dxa"/>
              <w:left w:w="75" w:type="dxa"/>
              <w:bottom w:w="65" w:type="dxa"/>
              <w:right w:w="75" w:type="dxa"/>
            </w:tcMar>
            <w:vAlign w:val="center"/>
          </w:tcPr>
          <w:p w14:paraId="66D17E32" w14:textId="77777777" w:rsidR="00A83192" w:rsidRPr="000B60F7" w:rsidRDefault="00000000">
            <w:pPr>
              <w:spacing w:after="0" w:line="240" w:lineRule="auto"/>
              <w:jc w:val="center"/>
              <w:rPr>
                <w:rFonts w:cs="Times New Roman"/>
              </w:rPr>
            </w:pPr>
            <w:r w:rsidRPr="000B60F7">
              <w:rPr>
                <w:rFonts w:cs="Times New Roman"/>
                <w:sz w:val="18"/>
              </w:rPr>
              <w:t>0.998</w:t>
            </w:r>
          </w:p>
        </w:tc>
        <w:tc>
          <w:tcPr>
            <w:tcW w:w="893" w:type="dxa"/>
            <w:shd w:val="clear" w:color="auto" w:fill="F6F8FA"/>
            <w:tcMar>
              <w:top w:w="65" w:type="dxa"/>
              <w:left w:w="75" w:type="dxa"/>
              <w:bottom w:w="65" w:type="dxa"/>
              <w:right w:w="75" w:type="dxa"/>
            </w:tcMar>
            <w:vAlign w:val="center"/>
          </w:tcPr>
          <w:p w14:paraId="0DE32FB1" w14:textId="77777777" w:rsidR="00A83192" w:rsidRPr="000B60F7" w:rsidRDefault="00000000">
            <w:pPr>
              <w:spacing w:after="0" w:line="240" w:lineRule="auto"/>
              <w:jc w:val="center"/>
              <w:rPr>
                <w:rFonts w:cs="Times New Roman"/>
              </w:rPr>
            </w:pPr>
            <w:r w:rsidRPr="000B60F7">
              <w:rPr>
                <w:rFonts w:cs="Times New Roman"/>
                <w:sz w:val="18"/>
              </w:rPr>
              <w:t>1.358</w:t>
            </w:r>
          </w:p>
        </w:tc>
        <w:tc>
          <w:tcPr>
            <w:tcW w:w="792" w:type="dxa"/>
            <w:shd w:val="clear" w:color="auto" w:fill="F6F8FA"/>
            <w:tcMar>
              <w:top w:w="65" w:type="dxa"/>
              <w:left w:w="75" w:type="dxa"/>
              <w:bottom w:w="65" w:type="dxa"/>
              <w:right w:w="75" w:type="dxa"/>
            </w:tcMar>
            <w:vAlign w:val="center"/>
          </w:tcPr>
          <w:p w14:paraId="5FA93F83" w14:textId="77777777" w:rsidR="00A83192" w:rsidRPr="000B60F7" w:rsidRDefault="00000000">
            <w:pPr>
              <w:spacing w:after="0" w:line="240" w:lineRule="auto"/>
              <w:jc w:val="center"/>
              <w:rPr>
                <w:rFonts w:cs="Times New Roman"/>
              </w:rPr>
            </w:pPr>
            <w:r w:rsidRPr="000B60F7">
              <w:rPr>
                <w:rFonts w:cs="Times New Roman"/>
                <w:sz w:val="18"/>
              </w:rPr>
              <w:t>0.4628</w:t>
            </w:r>
          </w:p>
        </w:tc>
        <w:tc>
          <w:tcPr>
            <w:tcW w:w="1411" w:type="dxa"/>
            <w:shd w:val="clear" w:color="auto" w:fill="F6F8FA"/>
            <w:tcMar>
              <w:top w:w="65" w:type="dxa"/>
              <w:left w:w="75" w:type="dxa"/>
              <w:bottom w:w="65" w:type="dxa"/>
              <w:right w:w="75" w:type="dxa"/>
            </w:tcMar>
            <w:vAlign w:val="center"/>
          </w:tcPr>
          <w:p w14:paraId="7AF676DA" w14:textId="77777777" w:rsidR="00A83192" w:rsidRPr="000B60F7" w:rsidRDefault="00000000">
            <w:pPr>
              <w:spacing w:after="0" w:line="240" w:lineRule="auto"/>
              <w:jc w:val="center"/>
              <w:rPr>
                <w:rFonts w:cs="Times New Roman"/>
              </w:rPr>
            </w:pPr>
            <w:r w:rsidRPr="000B60F7">
              <w:rPr>
                <w:rFonts w:cs="Times New Roman"/>
                <w:sz w:val="18"/>
              </w:rPr>
              <w:t>90.5%</w:t>
            </w:r>
          </w:p>
        </w:tc>
        <w:tc>
          <w:tcPr>
            <w:tcW w:w="1584" w:type="dxa"/>
            <w:shd w:val="clear" w:color="auto" w:fill="F6F8FA"/>
            <w:tcMar>
              <w:top w:w="65" w:type="dxa"/>
              <w:left w:w="75" w:type="dxa"/>
              <w:bottom w:w="65" w:type="dxa"/>
              <w:right w:w="75" w:type="dxa"/>
            </w:tcMar>
            <w:vAlign w:val="center"/>
          </w:tcPr>
          <w:p w14:paraId="5C3A8979" w14:textId="77777777" w:rsidR="00A83192" w:rsidRPr="000B60F7" w:rsidRDefault="00000000">
            <w:pPr>
              <w:spacing w:after="0" w:line="240" w:lineRule="auto"/>
              <w:jc w:val="center"/>
              <w:rPr>
                <w:rFonts w:cs="Times New Roman"/>
              </w:rPr>
            </w:pPr>
            <w:r w:rsidRPr="000B60F7">
              <w:rPr>
                <w:rFonts w:cs="Times New Roman"/>
                <w:sz w:val="18"/>
              </w:rPr>
              <w:t>-1624.83</w:t>
            </w:r>
          </w:p>
        </w:tc>
      </w:tr>
      <w:tr w:rsidR="00A83192" w:rsidRPr="000B60F7" w14:paraId="49521829" w14:textId="77777777">
        <w:trPr>
          <w:cantSplit/>
          <w:jc w:val="center"/>
        </w:trPr>
        <w:tc>
          <w:tcPr>
            <w:tcW w:w="1483" w:type="dxa"/>
            <w:shd w:val="clear" w:color="auto" w:fill="FFFFFF"/>
            <w:tcMar>
              <w:top w:w="65" w:type="dxa"/>
              <w:left w:w="75" w:type="dxa"/>
              <w:bottom w:w="65" w:type="dxa"/>
              <w:right w:w="75" w:type="dxa"/>
            </w:tcMar>
            <w:vAlign w:val="center"/>
          </w:tcPr>
          <w:p w14:paraId="669B25D9" w14:textId="77777777" w:rsidR="00A83192" w:rsidRPr="000B60F7" w:rsidRDefault="00000000">
            <w:pPr>
              <w:spacing w:after="0" w:line="240" w:lineRule="auto"/>
              <w:rPr>
                <w:rFonts w:cs="Times New Roman"/>
              </w:rPr>
            </w:pPr>
            <w:r w:rsidRPr="000B60F7">
              <w:rPr>
                <w:rFonts w:cs="Times New Roman"/>
                <w:sz w:val="18"/>
              </w:rPr>
              <w:t>Mixture model, origin 80%</w:t>
            </w:r>
          </w:p>
        </w:tc>
        <w:tc>
          <w:tcPr>
            <w:tcW w:w="2232" w:type="dxa"/>
            <w:shd w:val="clear" w:color="auto" w:fill="FFFFFF"/>
            <w:tcMar>
              <w:top w:w="65" w:type="dxa"/>
              <w:left w:w="75" w:type="dxa"/>
              <w:bottom w:w="65" w:type="dxa"/>
              <w:right w:w="75" w:type="dxa"/>
            </w:tcMar>
            <w:vAlign w:val="center"/>
          </w:tcPr>
          <w:p w14:paraId="6907EACB" w14:textId="77777777" w:rsidR="00A83192" w:rsidRPr="000B60F7" w:rsidRDefault="00000000">
            <w:pPr>
              <w:spacing w:after="0" w:line="240" w:lineRule="auto"/>
              <w:jc w:val="center"/>
              <w:rPr>
                <w:rFonts w:cs="Times New Roman"/>
              </w:rPr>
            </w:pPr>
            <w:r w:rsidRPr="000B60F7">
              <w:rPr>
                <w:rFonts w:cs="Times New Roman"/>
                <w:sz w:val="18"/>
              </w:rPr>
              <w:t>Category history (z)</w:t>
            </w:r>
          </w:p>
        </w:tc>
        <w:tc>
          <w:tcPr>
            <w:tcW w:w="965" w:type="dxa"/>
            <w:shd w:val="clear" w:color="auto" w:fill="FFFFFF"/>
            <w:tcMar>
              <w:top w:w="65" w:type="dxa"/>
              <w:left w:w="75" w:type="dxa"/>
              <w:bottom w:w="65" w:type="dxa"/>
              <w:right w:w="75" w:type="dxa"/>
            </w:tcMar>
            <w:vAlign w:val="center"/>
          </w:tcPr>
          <w:p w14:paraId="6FC75C56" w14:textId="77777777" w:rsidR="00A83192" w:rsidRPr="000B60F7" w:rsidRDefault="00000000">
            <w:pPr>
              <w:spacing w:after="0" w:line="240" w:lineRule="auto"/>
              <w:jc w:val="center"/>
              <w:rPr>
                <w:rFonts w:cs="Times New Roman"/>
              </w:rPr>
            </w:pPr>
            <w:r w:rsidRPr="000B60F7">
              <w:rPr>
                <w:rFonts w:cs="Times New Roman"/>
                <w:sz w:val="18"/>
              </w:rPr>
              <w:t>0.648</w:t>
            </w:r>
          </w:p>
        </w:tc>
        <w:tc>
          <w:tcPr>
            <w:tcW w:w="893" w:type="dxa"/>
            <w:shd w:val="clear" w:color="auto" w:fill="FFFFFF"/>
            <w:tcMar>
              <w:top w:w="65" w:type="dxa"/>
              <w:left w:w="75" w:type="dxa"/>
              <w:bottom w:w="65" w:type="dxa"/>
              <w:right w:w="75" w:type="dxa"/>
            </w:tcMar>
            <w:vAlign w:val="center"/>
          </w:tcPr>
          <w:p w14:paraId="4E2E5357" w14:textId="77777777" w:rsidR="00A83192" w:rsidRPr="000B60F7" w:rsidRDefault="00000000">
            <w:pPr>
              <w:spacing w:after="0" w:line="240" w:lineRule="auto"/>
              <w:jc w:val="center"/>
              <w:rPr>
                <w:rFonts w:cs="Times New Roman"/>
              </w:rPr>
            </w:pPr>
            <w:r w:rsidRPr="000B60F7">
              <w:rPr>
                <w:rFonts w:cs="Times New Roman"/>
                <w:sz w:val="18"/>
              </w:rPr>
              <w:t>0.231</w:t>
            </w:r>
          </w:p>
        </w:tc>
        <w:tc>
          <w:tcPr>
            <w:tcW w:w="792" w:type="dxa"/>
            <w:shd w:val="clear" w:color="auto" w:fill="FFFFFF"/>
            <w:tcMar>
              <w:top w:w="65" w:type="dxa"/>
              <w:left w:w="75" w:type="dxa"/>
              <w:bottom w:w="65" w:type="dxa"/>
              <w:right w:w="75" w:type="dxa"/>
            </w:tcMar>
            <w:vAlign w:val="center"/>
          </w:tcPr>
          <w:p w14:paraId="6240136F" w14:textId="77777777" w:rsidR="00A83192" w:rsidRPr="000B60F7" w:rsidRDefault="00000000">
            <w:pPr>
              <w:spacing w:after="0" w:line="240" w:lineRule="auto"/>
              <w:jc w:val="center"/>
              <w:rPr>
                <w:rFonts w:cs="Times New Roman"/>
              </w:rPr>
            </w:pPr>
            <w:r w:rsidRPr="000B60F7">
              <w:rPr>
                <w:rFonts w:cs="Times New Roman"/>
                <w:sz w:val="18"/>
              </w:rPr>
              <w:t>0.0052</w:t>
            </w:r>
          </w:p>
        </w:tc>
        <w:tc>
          <w:tcPr>
            <w:tcW w:w="1411" w:type="dxa"/>
            <w:shd w:val="clear" w:color="auto" w:fill="FFFFFF"/>
            <w:tcMar>
              <w:top w:w="65" w:type="dxa"/>
              <w:left w:w="75" w:type="dxa"/>
              <w:bottom w:w="65" w:type="dxa"/>
              <w:right w:w="75" w:type="dxa"/>
            </w:tcMar>
            <w:vAlign w:val="center"/>
          </w:tcPr>
          <w:p w14:paraId="4F367991" w14:textId="77777777" w:rsidR="00A83192" w:rsidRPr="000B60F7" w:rsidRDefault="00000000">
            <w:pPr>
              <w:spacing w:after="0" w:line="240" w:lineRule="auto"/>
              <w:jc w:val="center"/>
              <w:rPr>
                <w:rFonts w:cs="Times New Roman"/>
              </w:rPr>
            </w:pPr>
            <w:r w:rsidRPr="000B60F7">
              <w:rPr>
                <w:rFonts w:cs="Times New Roman"/>
                <w:sz w:val="18"/>
              </w:rPr>
              <w:t>82.3%</w:t>
            </w:r>
          </w:p>
        </w:tc>
        <w:tc>
          <w:tcPr>
            <w:tcW w:w="1584" w:type="dxa"/>
            <w:shd w:val="clear" w:color="auto" w:fill="FFFFFF"/>
            <w:tcMar>
              <w:top w:w="65" w:type="dxa"/>
              <w:left w:w="75" w:type="dxa"/>
              <w:bottom w:w="65" w:type="dxa"/>
              <w:right w:w="75" w:type="dxa"/>
            </w:tcMar>
            <w:vAlign w:val="center"/>
          </w:tcPr>
          <w:p w14:paraId="77E28D42" w14:textId="77777777" w:rsidR="00A83192" w:rsidRPr="000B60F7" w:rsidRDefault="00000000">
            <w:pPr>
              <w:spacing w:after="0" w:line="240" w:lineRule="auto"/>
              <w:jc w:val="center"/>
              <w:rPr>
                <w:rFonts w:cs="Times New Roman"/>
              </w:rPr>
            </w:pPr>
            <w:r w:rsidRPr="000B60F7">
              <w:rPr>
                <w:rFonts w:cs="Times New Roman"/>
                <w:sz w:val="18"/>
              </w:rPr>
              <w:t>-1637.78</w:t>
            </w:r>
          </w:p>
        </w:tc>
      </w:tr>
      <w:tr w:rsidR="00A83192" w:rsidRPr="000B60F7" w14:paraId="3AC84FB7" w14:textId="77777777">
        <w:trPr>
          <w:cantSplit/>
          <w:jc w:val="center"/>
        </w:trPr>
        <w:tc>
          <w:tcPr>
            <w:tcW w:w="1483" w:type="dxa"/>
            <w:shd w:val="clear" w:color="auto" w:fill="F6F8FA"/>
            <w:tcMar>
              <w:top w:w="65" w:type="dxa"/>
              <w:left w:w="75" w:type="dxa"/>
              <w:bottom w:w="65" w:type="dxa"/>
              <w:right w:w="75" w:type="dxa"/>
            </w:tcMar>
            <w:vAlign w:val="center"/>
          </w:tcPr>
          <w:p w14:paraId="6D75A80C" w14:textId="77777777" w:rsidR="00A83192" w:rsidRPr="000B60F7" w:rsidRDefault="00000000">
            <w:pPr>
              <w:spacing w:after="0" w:line="240" w:lineRule="auto"/>
              <w:rPr>
                <w:rFonts w:cs="Times New Roman"/>
              </w:rPr>
            </w:pPr>
            <w:r w:rsidRPr="000B60F7">
              <w:rPr>
                <w:rFonts w:cs="Times New Roman"/>
                <w:sz w:val="18"/>
              </w:rPr>
              <w:t>Mixture model, origin 80%</w:t>
            </w:r>
          </w:p>
        </w:tc>
        <w:tc>
          <w:tcPr>
            <w:tcW w:w="2232" w:type="dxa"/>
            <w:shd w:val="clear" w:color="auto" w:fill="F6F8FA"/>
            <w:tcMar>
              <w:top w:w="65" w:type="dxa"/>
              <w:left w:w="75" w:type="dxa"/>
              <w:bottom w:w="65" w:type="dxa"/>
              <w:right w:w="75" w:type="dxa"/>
            </w:tcMar>
            <w:vAlign w:val="center"/>
          </w:tcPr>
          <w:p w14:paraId="55BCB551" w14:textId="77777777" w:rsidR="00A83192" w:rsidRPr="000B60F7" w:rsidRDefault="00000000">
            <w:pPr>
              <w:spacing w:after="0" w:line="240" w:lineRule="auto"/>
              <w:jc w:val="center"/>
              <w:rPr>
                <w:rFonts w:cs="Times New Roman"/>
              </w:rPr>
            </w:pPr>
            <w:r w:rsidRPr="000B60F7">
              <w:rPr>
                <w:rFonts w:cs="Times New Roman"/>
                <w:sz w:val="18"/>
              </w:rPr>
              <w:t>Outside history (z)</w:t>
            </w:r>
          </w:p>
        </w:tc>
        <w:tc>
          <w:tcPr>
            <w:tcW w:w="965" w:type="dxa"/>
            <w:shd w:val="clear" w:color="auto" w:fill="F6F8FA"/>
            <w:tcMar>
              <w:top w:w="65" w:type="dxa"/>
              <w:left w:w="75" w:type="dxa"/>
              <w:bottom w:w="65" w:type="dxa"/>
              <w:right w:w="75" w:type="dxa"/>
            </w:tcMar>
            <w:vAlign w:val="center"/>
          </w:tcPr>
          <w:p w14:paraId="4384C010" w14:textId="77777777" w:rsidR="00A83192" w:rsidRPr="000B60F7" w:rsidRDefault="00000000">
            <w:pPr>
              <w:spacing w:after="0" w:line="240" w:lineRule="auto"/>
              <w:jc w:val="center"/>
              <w:rPr>
                <w:rFonts w:cs="Times New Roman"/>
              </w:rPr>
            </w:pPr>
            <w:r w:rsidRPr="000B60F7">
              <w:rPr>
                <w:rFonts w:cs="Times New Roman"/>
                <w:sz w:val="18"/>
              </w:rPr>
              <w:t>-0.400</w:t>
            </w:r>
          </w:p>
        </w:tc>
        <w:tc>
          <w:tcPr>
            <w:tcW w:w="893" w:type="dxa"/>
            <w:shd w:val="clear" w:color="auto" w:fill="F6F8FA"/>
            <w:tcMar>
              <w:top w:w="65" w:type="dxa"/>
              <w:left w:w="75" w:type="dxa"/>
              <w:bottom w:w="65" w:type="dxa"/>
              <w:right w:w="75" w:type="dxa"/>
            </w:tcMar>
            <w:vAlign w:val="center"/>
          </w:tcPr>
          <w:p w14:paraId="56C90545" w14:textId="77777777" w:rsidR="00A83192" w:rsidRPr="000B60F7" w:rsidRDefault="00000000">
            <w:pPr>
              <w:spacing w:after="0" w:line="240" w:lineRule="auto"/>
              <w:jc w:val="center"/>
              <w:rPr>
                <w:rFonts w:cs="Times New Roman"/>
              </w:rPr>
            </w:pPr>
            <w:r w:rsidRPr="000B60F7">
              <w:rPr>
                <w:rFonts w:cs="Times New Roman"/>
                <w:sz w:val="18"/>
              </w:rPr>
              <w:t>0.228</w:t>
            </w:r>
          </w:p>
        </w:tc>
        <w:tc>
          <w:tcPr>
            <w:tcW w:w="792" w:type="dxa"/>
            <w:shd w:val="clear" w:color="auto" w:fill="F6F8FA"/>
            <w:tcMar>
              <w:top w:w="65" w:type="dxa"/>
              <w:left w:w="75" w:type="dxa"/>
              <w:bottom w:w="65" w:type="dxa"/>
              <w:right w:w="75" w:type="dxa"/>
            </w:tcMar>
            <w:vAlign w:val="center"/>
          </w:tcPr>
          <w:p w14:paraId="78DC11A3" w14:textId="77777777" w:rsidR="00A83192" w:rsidRPr="000B60F7" w:rsidRDefault="00000000">
            <w:pPr>
              <w:spacing w:after="0" w:line="240" w:lineRule="auto"/>
              <w:jc w:val="center"/>
              <w:rPr>
                <w:rFonts w:cs="Times New Roman"/>
              </w:rPr>
            </w:pPr>
            <w:r w:rsidRPr="000B60F7">
              <w:rPr>
                <w:rFonts w:cs="Times New Roman"/>
                <w:sz w:val="18"/>
              </w:rPr>
              <w:t>0.0805</w:t>
            </w:r>
          </w:p>
        </w:tc>
        <w:tc>
          <w:tcPr>
            <w:tcW w:w="1411" w:type="dxa"/>
            <w:shd w:val="clear" w:color="auto" w:fill="F6F8FA"/>
            <w:tcMar>
              <w:top w:w="65" w:type="dxa"/>
              <w:left w:w="75" w:type="dxa"/>
              <w:bottom w:w="65" w:type="dxa"/>
              <w:right w:w="75" w:type="dxa"/>
            </w:tcMar>
            <w:vAlign w:val="center"/>
          </w:tcPr>
          <w:p w14:paraId="2D9D97CC" w14:textId="77777777" w:rsidR="00A83192" w:rsidRPr="000B60F7" w:rsidRDefault="00000000">
            <w:pPr>
              <w:spacing w:after="0" w:line="240" w:lineRule="auto"/>
              <w:jc w:val="center"/>
              <w:rPr>
                <w:rFonts w:cs="Times New Roman"/>
              </w:rPr>
            </w:pPr>
            <w:r w:rsidRPr="000B60F7">
              <w:rPr>
                <w:rFonts w:cs="Times New Roman"/>
                <w:sz w:val="18"/>
              </w:rPr>
              <w:t>82.3%</w:t>
            </w:r>
          </w:p>
        </w:tc>
        <w:tc>
          <w:tcPr>
            <w:tcW w:w="1584" w:type="dxa"/>
            <w:shd w:val="clear" w:color="auto" w:fill="F6F8FA"/>
            <w:tcMar>
              <w:top w:w="65" w:type="dxa"/>
              <w:left w:w="75" w:type="dxa"/>
              <w:bottom w:w="65" w:type="dxa"/>
              <w:right w:w="75" w:type="dxa"/>
            </w:tcMar>
            <w:vAlign w:val="center"/>
          </w:tcPr>
          <w:p w14:paraId="11D53113" w14:textId="77777777" w:rsidR="00A83192" w:rsidRPr="000B60F7" w:rsidRDefault="00000000">
            <w:pPr>
              <w:spacing w:after="0" w:line="240" w:lineRule="auto"/>
              <w:jc w:val="center"/>
              <w:rPr>
                <w:rFonts w:cs="Times New Roman"/>
              </w:rPr>
            </w:pPr>
            <w:r w:rsidRPr="000B60F7">
              <w:rPr>
                <w:rFonts w:cs="Times New Roman"/>
                <w:sz w:val="18"/>
              </w:rPr>
              <w:t>-1637.78</w:t>
            </w:r>
          </w:p>
        </w:tc>
      </w:tr>
      <w:tr w:rsidR="00A83192" w:rsidRPr="000B60F7" w14:paraId="7C5E0681" w14:textId="77777777">
        <w:trPr>
          <w:cantSplit/>
          <w:jc w:val="center"/>
        </w:trPr>
        <w:tc>
          <w:tcPr>
            <w:tcW w:w="1483" w:type="dxa"/>
            <w:shd w:val="clear" w:color="auto" w:fill="FFFFFF"/>
            <w:tcMar>
              <w:top w:w="65" w:type="dxa"/>
              <w:left w:w="75" w:type="dxa"/>
              <w:bottom w:w="65" w:type="dxa"/>
              <w:right w:w="75" w:type="dxa"/>
            </w:tcMar>
            <w:vAlign w:val="center"/>
          </w:tcPr>
          <w:p w14:paraId="31A6E098" w14:textId="77777777" w:rsidR="00A83192" w:rsidRPr="000B60F7" w:rsidRDefault="00000000">
            <w:pPr>
              <w:spacing w:after="0" w:line="240" w:lineRule="auto"/>
              <w:rPr>
                <w:rFonts w:cs="Times New Roman"/>
              </w:rPr>
            </w:pPr>
            <w:r w:rsidRPr="000B60F7">
              <w:rPr>
                <w:rFonts w:cs="Times New Roman"/>
                <w:sz w:val="18"/>
              </w:rPr>
              <w:t>Mixture model, origin 80%</w:t>
            </w:r>
          </w:p>
        </w:tc>
        <w:tc>
          <w:tcPr>
            <w:tcW w:w="2232" w:type="dxa"/>
            <w:shd w:val="clear" w:color="auto" w:fill="FFFFFF"/>
            <w:tcMar>
              <w:top w:w="65" w:type="dxa"/>
              <w:left w:w="75" w:type="dxa"/>
              <w:bottom w:w="65" w:type="dxa"/>
              <w:right w:w="75" w:type="dxa"/>
            </w:tcMar>
            <w:vAlign w:val="center"/>
          </w:tcPr>
          <w:p w14:paraId="6A02FB23" w14:textId="77777777" w:rsidR="00A83192" w:rsidRPr="000B60F7" w:rsidRDefault="00000000">
            <w:pPr>
              <w:spacing w:after="0" w:line="240" w:lineRule="auto"/>
              <w:jc w:val="center"/>
              <w:rPr>
                <w:rFonts w:cs="Times New Roman"/>
              </w:rPr>
            </w:pPr>
            <w:r w:rsidRPr="000B60F7">
              <w:rPr>
                <w:rFonts w:cs="Times New Roman"/>
                <w:sz w:val="18"/>
              </w:rPr>
              <w:t>Focal log capital (z)</w:t>
            </w:r>
          </w:p>
        </w:tc>
        <w:tc>
          <w:tcPr>
            <w:tcW w:w="965" w:type="dxa"/>
            <w:shd w:val="clear" w:color="auto" w:fill="FFFFFF"/>
            <w:tcMar>
              <w:top w:w="65" w:type="dxa"/>
              <w:left w:w="75" w:type="dxa"/>
              <w:bottom w:w="65" w:type="dxa"/>
              <w:right w:w="75" w:type="dxa"/>
            </w:tcMar>
            <w:vAlign w:val="center"/>
          </w:tcPr>
          <w:p w14:paraId="0F695857" w14:textId="77777777" w:rsidR="00A83192" w:rsidRPr="000B60F7" w:rsidRDefault="00000000">
            <w:pPr>
              <w:spacing w:after="0" w:line="240" w:lineRule="auto"/>
              <w:jc w:val="center"/>
              <w:rPr>
                <w:rFonts w:cs="Times New Roman"/>
              </w:rPr>
            </w:pPr>
            <w:r w:rsidRPr="000B60F7">
              <w:rPr>
                <w:rFonts w:cs="Times New Roman"/>
                <w:sz w:val="18"/>
              </w:rPr>
              <w:t>-0.072</w:t>
            </w:r>
          </w:p>
        </w:tc>
        <w:tc>
          <w:tcPr>
            <w:tcW w:w="893" w:type="dxa"/>
            <w:shd w:val="clear" w:color="auto" w:fill="FFFFFF"/>
            <w:tcMar>
              <w:top w:w="65" w:type="dxa"/>
              <w:left w:w="75" w:type="dxa"/>
              <w:bottom w:w="65" w:type="dxa"/>
              <w:right w:w="75" w:type="dxa"/>
            </w:tcMar>
            <w:vAlign w:val="center"/>
          </w:tcPr>
          <w:p w14:paraId="576EC74A" w14:textId="77777777" w:rsidR="00A83192" w:rsidRPr="000B60F7" w:rsidRDefault="00000000">
            <w:pPr>
              <w:spacing w:after="0" w:line="240" w:lineRule="auto"/>
              <w:jc w:val="center"/>
              <w:rPr>
                <w:rFonts w:cs="Times New Roman"/>
              </w:rPr>
            </w:pPr>
            <w:r w:rsidRPr="000B60F7">
              <w:rPr>
                <w:rFonts w:cs="Times New Roman"/>
                <w:sz w:val="18"/>
              </w:rPr>
              <w:t>0.139</w:t>
            </w:r>
          </w:p>
        </w:tc>
        <w:tc>
          <w:tcPr>
            <w:tcW w:w="792" w:type="dxa"/>
            <w:shd w:val="clear" w:color="auto" w:fill="FFFFFF"/>
            <w:tcMar>
              <w:top w:w="65" w:type="dxa"/>
              <w:left w:w="75" w:type="dxa"/>
              <w:bottom w:w="65" w:type="dxa"/>
              <w:right w:w="75" w:type="dxa"/>
            </w:tcMar>
            <w:vAlign w:val="center"/>
          </w:tcPr>
          <w:p w14:paraId="4FE038E0" w14:textId="77777777" w:rsidR="00A83192" w:rsidRPr="000B60F7" w:rsidRDefault="00000000">
            <w:pPr>
              <w:spacing w:after="0" w:line="240" w:lineRule="auto"/>
              <w:jc w:val="center"/>
              <w:rPr>
                <w:rFonts w:cs="Times New Roman"/>
              </w:rPr>
            </w:pPr>
            <w:r w:rsidRPr="000B60F7">
              <w:rPr>
                <w:rFonts w:cs="Times New Roman"/>
                <w:sz w:val="18"/>
              </w:rPr>
              <w:t>0.6074</w:t>
            </w:r>
          </w:p>
        </w:tc>
        <w:tc>
          <w:tcPr>
            <w:tcW w:w="1411" w:type="dxa"/>
            <w:shd w:val="clear" w:color="auto" w:fill="FFFFFF"/>
            <w:tcMar>
              <w:top w:w="65" w:type="dxa"/>
              <w:left w:w="75" w:type="dxa"/>
              <w:bottom w:w="65" w:type="dxa"/>
              <w:right w:w="75" w:type="dxa"/>
            </w:tcMar>
            <w:vAlign w:val="center"/>
          </w:tcPr>
          <w:p w14:paraId="67F2BECB" w14:textId="77777777" w:rsidR="00A83192" w:rsidRPr="000B60F7" w:rsidRDefault="00000000">
            <w:pPr>
              <w:spacing w:after="0" w:line="240" w:lineRule="auto"/>
              <w:jc w:val="center"/>
              <w:rPr>
                <w:rFonts w:cs="Times New Roman"/>
              </w:rPr>
            </w:pPr>
            <w:r w:rsidRPr="000B60F7">
              <w:rPr>
                <w:rFonts w:cs="Times New Roman"/>
                <w:sz w:val="18"/>
              </w:rPr>
              <w:t>82.3%</w:t>
            </w:r>
          </w:p>
        </w:tc>
        <w:tc>
          <w:tcPr>
            <w:tcW w:w="1584" w:type="dxa"/>
            <w:shd w:val="clear" w:color="auto" w:fill="FFFFFF"/>
            <w:tcMar>
              <w:top w:w="65" w:type="dxa"/>
              <w:left w:w="75" w:type="dxa"/>
              <w:bottom w:w="65" w:type="dxa"/>
              <w:right w:w="75" w:type="dxa"/>
            </w:tcMar>
            <w:vAlign w:val="center"/>
          </w:tcPr>
          <w:p w14:paraId="668E4E48" w14:textId="77777777" w:rsidR="00A83192" w:rsidRPr="000B60F7" w:rsidRDefault="00000000">
            <w:pPr>
              <w:spacing w:after="0" w:line="240" w:lineRule="auto"/>
              <w:jc w:val="center"/>
              <w:rPr>
                <w:rFonts w:cs="Times New Roman"/>
              </w:rPr>
            </w:pPr>
            <w:r w:rsidRPr="000B60F7">
              <w:rPr>
                <w:rFonts w:cs="Times New Roman"/>
                <w:sz w:val="18"/>
              </w:rPr>
              <w:t>-1637.78</w:t>
            </w:r>
          </w:p>
        </w:tc>
      </w:tr>
      <w:tr w:rsidR="00A83192" w:rsidRPr="000B60F7" w14:paraId="1A6CAE0F" w14:textId="77777777">
        <w:trPr>
          <w:cantSplit/>
          <w:jc w:val="center"/>
        </w:trPr>
        <w:tc>
          <w:tcPr>
            <w:tcW w:w="1483" w:type="dxa"/>
            <w:shd w:val="clear" w:color="auto" w:fill="F6F8FA"/>
            <w:tcMar>
              <w:top w:w="65" w:type="dxa"/>
              <w:left w:w="75" w:type="dxa"/>
              <w:bottom w:w="65" w:type="dxa"/>
              <w:right w:w="75" w:type="dxa"/>
            </w:tcMar>
            <w:vAlign w:val="center"/>
          </w:tcPr>
          <w:p w14:paraId="3E2C87B6" w14:textId="77777777" w:rsidR="00A83192" w:rsidRPr="000B60F7" w:rsidRDefault="00000000">
            <w:pPr>
              <w:spacing w:after="0" w:line="240" w:lineRule="auto"/>
              <w:rPr>
                <w:rFonts w:cs="Times New Roman"/>
              </w:rPr>
            </w:pPr>
            <w:r w:rsidRPr="000B60F7">
              <w:rPr>
                <w:rFonts w:cs="Times New Roman"/>
                <w:sz w:val="18"/>
              </w:rPr>
              <w:t>Mixture model, origin 80%</w:t>
            </w:r>
          </w:p>
        </w:tc>
        <w:tc>
          <w:tcPr>
            <w:tcW w:w="2232" w:type="dxa"/>
            <w:shd w:val="clear" w:color="auto" w:fill="F6F8FA"/>
            <w:tcMar>
              <w:top w:w="65" w:type="dxa"/>
              <w:left w:w="75" w:type="dxa"/>
              <w:bottom w:w="65" w:type="dxa"/>
              <w:right w:w="75" w:type="dxa"/>
            </w:tcMar>
            <w:vAlign w:val="center"/>
          </w:tcPr>
          <w:p w14:paraId="4D5F2CE7" w14:textId="77777777" w:rsidR="00A83192" w:rsidRPr="000B60F7" w:rsidRDefault="00000000">
            <w:pPr>
              <w:spacing w:after="0" w:line="240" w:lineRule="auto"/>
              <w:jc w:val="center"/>
              <w:rPr>
                <w:rFonts w:cs="Times New Roman"/>
              </w:rPr>
            </w:pPr>
            <w:r w:rsidRPr="000B60F7">
              <w:rPr>
                <w:rFonts w:cs="Times New Roman"/>
                <w:sz w:val="18"/>
              </w:rPr>
              <w:t>Focal amount missing</w:t>
            </w:r>
          </w:p>
        </w:tc>
        <w:tc>
          <w:tcPr>
            <w:tcW w:w="965" w:type="dxa"/>
            <w:shd w:val="clear" w:color="auto" w:fill="F6F8FA"/>
            <w:tcMar>
              <w:top w:w="65" w:type="dxa"/>
              <w:left w:w="75" w:type="dxa"/>
              <w:bottom w:w="65" w:type="dxa"/>
              <w:right w:w="75" w:type="dxa"/>
            </w:tcMar>
            <w:vAlign w:val="center"/>
          </w:tcPr>
          <w:p w14:paraId="574A8750" w14:textId="77777777" w:rsidR="00A83192" w:rsidRPr="000B60F7" w:rsidRDefault="00000000">
            <w:pPr>
              <w:spacing w:after="0" w:line="240" w:lineRule="auto"/>
              <w:jc w:val="center"/>
              <w:rPr>
                <w:rFonts w:cs="Times New Roman"/>
              </w:rPr>
            </w:pPr>
            <w:r w:rsidRPr="000B60F7">
              <w:rPr>
                <w:rFonts w:cs="Times New Roman"/>
                <w:sz w:val="18"/>
              </w:rPr>
              <w:t>0.761</w:t>
            </w:r>
          </w:p>
        </w:tc>
        <w:tc>
          <w:tcPr>
            <w:tcW w:w="893" w:type="dxa"/>
            <w:shd w:val="clear" w:color="auto" w:fill="F6F8FA"/>
            <w:tcMar>
              <w:top w:w="65" w:type="dxa"/>
              <w:left w:w="75" w:type="dxa"/>
              <w:bottom w:w="65" w:type="dxa"/>
              <w:right w:w="75" w:type="dxa"/>
            </w:tcMar>
            <w:vAlign w:val="center"/>
          </w:tcPr>
          <w:p w14:paraId="6135E965" w14:textId="77777777" w:rsidR="00A83192" w:rsidRPr="000B60F7" w:rsidRDefault="00000000">
            <w:pPr>
              <w:spacing w:after="0" w:line="240" w:lineRule="auto"/>
              <w:jc w:val="center"/>
              <w:rPr>
                <w:rFonts w:cs="Times New Roman"/>
              </w:rPr>
            </w:pPr>
            <w:r w:rsidRPr="000B60F7">
              <w:rPr>
                <w:rFonts w:cs="Times New Roman"/>
                <w:sz w:val="18"/>
              </w:rPr>
              <w:t>0.606</w:t>
            </w:r>
          </w:p>
        </w:tc>
        <w:tc>
          <w:tcPr>
            <w:tcW w:w="792" w:type="dxa"/>
            <w:shd w:val="clear" w:color="auto" w:fill="F6F8FA"/>
            <w:tcMar>
              <w:top w:w="65" w:type="dxa"/>
              <w:left w:w="75" w:type="dxa"/>
              <w:bottom w:w="65" w:type="dxa"/>
              <w:right w:w="75" w:type="dxa"/>
            </w:tcMar>
            <w:vAlign w:val="center"/>
          </w:tcPr>
          <w:p w14:paraId="6C479FA8" w14:textId="77777777" w:rsidR="00A83192" w:rsidRPr="000B60F7" w:rsidRDefault="00000000">
            <w:pPr>
              <w:spacing w:after="0" w:line="240" w:lineRule="auto"/>
              <w:jc w:val="center"/>
              <w:rPr>
                <w:rFonts w:cs="Times New Roman"/>
              </w:rPr>
            </w:pPr>
            <w:r w:rsidRPr="000B60F7">
              <w:rPr>
                <w:rFonts w:cs="Times New Roman"/>
                <w:sz w:val="18"/>
              </w:rPr>
              <w:t>0.2097</w:t>
            </w:r>
          </w:p>
        </w:tc>
        <w:tc>
          <w:tcPr>
            <w:tcW w:w="1411" w:type="dxa"/>
            <w:shd w:val="clear" w:color="auto" w:fill="F6F8FA"/>
            <w:tcMar>
              <w:top w:w="65" w:type="dxa"/>
              <w:left w:w="75" w:type="dxa"/>
              <w:bottom w:w="65" w:type="dxa"/>
              <w:right w:w="75" w:type="dxa"/>
            </w:tcMar>
            <w:vAlign w:val="center"/>
          </w:tcPr>
          <w:p w14:paraId="12C4D350" w14:textId="77777777" w:rsidR="00A83192" w:rsidRPr="000B60F7" w:rsidRDefault="00000000">
            <w:pPr>
              <w:spacing w:after="0" w:line="240" w:lineRule="auto"/>
              <w:jc w:val="center"/>
              <w:rPr>
                <w:rFonts w:cs="Times New Roman"/>
              </w:rPr>
            </w:pPr>
            <w:r w:rsidRPr="000B60F7">
              <w:rPr>
                <w:rFonts w:cs="Times New Roman"/>
                <w:sz w:val="18"/>
              </w:rPr>
              <w:t>82.3%</w:t>
            </w:r>
          </w:p>
        </w:tc>
        <w:tc>
          <w:tcPr>
            <w:tcW w:w="1584" w:type="dxa"/>
            <w:shd w:val="clear" w:color="auto" w:fill="F6F8FA"/>
            <w:tcMar>
              <w:top w:w="65" w:type="dxa"/>
              <w:left w:w="75" w:type="dxa"/>
              <w:bottom w:w="65" w:type="dxa"/>
              <w:right w:w="75" w:type="dxa"/>
            </w:tcMar>
            <w:vAlign w:val="center"/>
          </w:tcPr>
          <w:p w14:paraId="23EB7177" w14:textId="77777777" w:rsidR="00A83192" w:rsidRPr="000B60F7" w:rsidRDefault="00000000">
            <w:pPr>
              <w:spacing w:after="0" w:line="240" w:lineRule="auto"/>
              <w:jc w:val="center"/>
              <w:rPr>
                <w:rFonts w:cs="Times New Roman"/>
              </w:rPr>
            </w:pPr>
            <w:r w:rsidRPr="000B60F7">
              <w:rPr>
                <w:rFonts w:cs="Times New Roman"/>
                <w:sz w:val="18"/>
              </w:rPr>
              <w:t>-1637.78</w:t>
            </w:r>
          </w:p>
        </w:tc>
      </w:tr>
      <w:tr w:rsidR="00A83192" w:rsidRPr="000B60F7" w14:paraId="162336EC" w14:textId="77777777">
        <w:trPr>
          <w:cantSplit/>
          <w:jc w:val="center"/>
        </w:trPr>
        <w:tc>
          <w:tcPr>
            <w:tcW w:w="1483" w:type="dxa"/>
            <w:shd w:val="clear" w:color="auto" w:fill="FFFFFF"/>
            <w:tcMar>
              <w:top w:w="65" w:type="dxa"/>
              <w:left w:w="75" w:type="dxa"/>
              <w:bottom w:w="65" w:type="dxa"/>
              <w:right w:w="75" w:type="dxa"/>
            </w:tcMar>
            <w:vAlign w:val="center"/>
          </w:tcPr>
          <w:p w14:paraId="565E4865" w14:textId="77777777" w:rsidR="00A83192" w:rsidRPr="000B60F7" w:rsidRDefault="00000000">
            <w:pPr>
              <w:spacing w:after="0" w:line="240" w:lineRule="auto"/>
              <w:rPr>
                <w:rFonts w:cs="Times New Roman"/>
              </w:rPr>
            </w:pPr>
            <w:r w:rsidRPr="000B60F7">
              <w:rPr>
                <w:rFonts w:cs="Times New Roman"/>
                <w:sz w:val="18"/>
              </w:rPr>
              <w:t>Mixture model, origin 70%</w:t>
            </w:r>
          </w:p>
        </w:tc>
        <w:tc>
          <w:tcPr>
            <w:tcW w:w="2232" w:type="dxa"/>
            <w:shd w:val="clear" w:color="auto" w:fill="FFFFFF"/>
            <w:tcMar>
              <w:top w:w="65" w:type="dxa"/>
              <w:left w:w="75" w:type="dxa"/>
              <w:bottom w:w="65" w:type="dxa"/>
              <w:right w:w="75" w:type="dxa"/>
            </w:tcMar>
            <w:vAlign w:val="center"/>
          </w:tcPr>
          <w:p w14:paraId="7A0C2773" w14:textId="77777777" w:rsidR="00A83192" w:rsidRPr="000B60F7" w:rsidRDefault="00000000">
            <w:pPr>
              <w:spacing w:after="0" w:line="240" w:lineRule="auto"/>
              <w:jc w:val="center"/>
              <w:rPr>
                <w:rFonts w:cs="Times New Roman"/>
              </w:rPr>
            </w:pPr>
            <w:r w:rsidRPr="000B60F7">
              <w:rPr>
                <w:rFonts w:cs="Times New Roman"/>
                <w:sz w:val="18"/>
              </w:rPr>
              <w:t>Category history (z)</w:t>
            </w:r>
          </w:p>
        </w:tc>
        <w:tc>
          <w:tcPr>
            <w:tcW w:w="965" w:type="dxa"/>
            <w:shd w:val="clear" w:color="auto" w:fill="FFFFFF"/>
            <w:tcMar>
              <w:top w:w="65" w:type="dxa"/>
              <w:left w:w="75" w:type="dxa"/>
              <w:bottom w:w="65" w:type="dxa"/>
              <w:right w:w="75" w:type="dxa"/>
            </w:tcMar>
            <w:vAlign w:val="center"/>
          </w:tcPr>
          <w:p w14:paraId="3F526209" w14:textId="77777777" w:rsidR="00A83192" w:rsidRPr="000B60F7" w:rsidRDefault="00000000">
            <w:pPr>
              <w:spacing w:after="0" w:line="240" w:lineRule="auto"/>
              <w:jc w:val="center"/>
              <w:rPr>
                <w:rFonts w:cs="Times New Roman"/>
              </w:rPr>
            </w:pPr>
            <w:r w:rsidRPr="000B60F7">
              <w:rPr>
                <w:rFonts w:cs="Times New Roman"/>
                <w:sz w:val="18"/>
              </w:rPr>
              <w:t>0.437</w:t>
            </w:r>
          </w:p>
        </w:tc>
        <w:tc>
          <w:tcPr>
            <w:tcW w:w="893" w:type="dxa"/>
            <w:shd w:val="clear" w:color="auto" w:fill="FFFFFF"/>
            <w:tcMar>
              <w:top w:w="65" w:type="dxa"/>
              <w:left w:w="75" w:type="dxa"/>
              <w:bottom w:w="65" w:type="dxa"/>
              <w:right w:w="75" w:type="dxa"/>
            </w:tcMar>
            <w:vAlign w:val="center"/>
          </w:tcPr>
          <w:p w14:paraId="5687C577" w14:textId="77777777" w:rsidR="00A83192" w:rsidRPr="000B60F7" w:rsidRDefault="00000000">
            <w:pPr>
              <w:spacing w:after="0" w:line="240" w:lineRule="auto"/>
              <w:jc w:val="center"/>
              <w:rPr>
                <w:rFonts w:cs="Times New Roman"/>
              </w:rPr>
            </w:pPr>
            <w:r w:rsidRPr="000B60F7">
              <w:rPr>
                <w:rFonts w:cs="Times New Roman"/>
                <w:sz w:val="18"/>
              </w:rPr>
              <w:t>0.171</w:t>
            </w:r>
          </w:p>
        </w:tc>
        <w:tc>
          <w:tcPr>
            <w:tcW w:w="792" w:type="dxa"/>
            <w:shd w:val="clear" w:color="auto" w:fill="FFFFFF"/>
            <w:tcMar>
              <w:top w:w="65" w:type="dxa"/>
              <w:left w:w="75" w:type="dxa"/>
              <w:bottom w:w="65" w:type="dxa"/>
              <w:right w:w="75" w:type="dxa"/>
            </w:tcMar>
            <w:vAlign w:val="center"/>
          </w:tcPr>
          <w:p w14:paraId="31AF4A09" w14:textId="77777777" w:rsidR="00A83192" w:rsidRPr="000B60F7" w:rsidRDefault="00000000">
            <w:pPr>
              <w:spacing w:after="0" w:line="240" w:lineRule="auto"/>
              <w:jc w:val="center"/>
              <w:rPr>
                <w:rFonts w:cs="Times New Roman"/>
              </w:rPr>
            </w:pPr>
            <w:r w:rsidRPr="000B60F7">
              <w:rPr>
                <w:rFonts w:cs="Times New Roman"/>
                <w:sz w:val="18"/>
              </w:rPr>
              <w:t>0.0109</w:t>
            </w:r>
          </w:p>
        </w:tc>
        <w:tc>
          <w:tcPr>
            <w:tcW w:w="1411" w:type="dxa"/>
            <w:shd w:val="clear" w:color="auto" w:fill="FFFFFF"/>
            <w:tcMar>
              <w:top w:w="65" w:type="dxa"/>
              <w:left w:w="75" w:type="dxa"/>
              <w:bottom w:w="65" w:type="dxa"/>
              <w:right w:w="75" w:type="dxa"/>
            </w:tcMar>
            <w:vAlign w:val="center"/>
          </w:tcPr>
          <w:p w14:paraId="2CB81303" w14:textId="77777777" w:rsidR="00A83192" w:rsidRPr="000B60F7" w:rsidRDefault="00000000">
            <w:pPr>
              <w:spacing w:after="0" w:line="240" w:lineRule="auto"/>
              <w:jc w:val="center"/>
              <w:rPr>
                <w:rFonts w:cs="Times New Roman"/>
              </w:rPr>
            </w:pPr>
            <w:r w:rsidRPr="000B60F7">
              <w:rPr>
                <w:rFonts w:cs="Times New Roman"/>
                <w:sz w:val="18"/>
              </w:rPr>
              <w:t>73.4%</w:t>
            </w:r>
          </w:p>
        </w:tc>
        <w:tc>
          <w:tcPr>
            <w:tcW w:w="1584" w:type="dxa"/>
            <w:shd w:val="clear" w:color="auto" w:fill="FFFFFF"/>
            <w:tcMar>
              <w:top w:w="65" w:type="dxa"/>
              <w:left w:w="75" w:type="dxa"/>
              <w:bottom w:w="65" w:type="dxa"/>
              <w:right w:w="75" w:type="dxa"/>
            </w:tcMar>
            <w:vAlign w:val="center"/>
          </w:tcPr>
          <w:p w14:paraId="2CBE2877" w14:textId="77777777" w:rsidR="00A83192" w:rsidRPr="000B60F7" w:rsidRDefault="00000000">
            <w:pPr>
              <w:spacing w:after="0" w:line="240" w:lineRule="auto"/>
              <w:jc w:val="center"/>
              <w:rPr>
                <w:rFonts w:cs="Times New Roman"/>
              </w:rPr>
            </w:pPr>
            <w:r w:rsidRPr="000B60F7">
              <w:rPr>
                <w:rFonts w:cs="Times New Roman"/>
                <w:sz w:val="18"/>
              </w:rPr>
              <w:t>-1654.42</w:t>
            </w:r>
          </w:p>
        </w:tc>
      </w:tr>
      <w:tr w:rsidR="00A83192" w:rsidRPr="000B60F7" w14:paraId="24C2853F" w14:textId="77777777">
        <w:trPr>
          <w:cantSplit/>
          <w:jc w:val="center"/>
        </w:trPr>
        <w:tc>
          <w:tcPr>
            <w:tcW w:w="1483" w:type="dxa"/>
            <w:shd w:val="clear" w:color="auto" w:fill="F6F8FA"/>
            <w:tcMar>
              <w:top w:w="65" w:type="dxa"/>
              <w:left w:w="75" w:type="dxa"/>
              <w:bottom w:w="65" w:type="dxa"/>
              <w:right w:w="75" w:type="dxa"/>
            </w:tcMar>
            <w:vAlign w:val="center"/>
          </w:tcPr>
          <w:p w14:paraId="5FFEBF78" w14:textId="77777777" w:rsidR="00A83192" w:rsidRPr="000B60F7" w:rsidRDefault="00000000">
            <w:pPr>
              <w:spacing w:after="0" w:line="240" w:lineRule="auto"/>
              <w:rPr>
                <w:rFonts w:cs="Times New Roman"/>
              </w:rPr>
            </w:pPr>
            <w:r w:rsidRPr="000B60F7">
              <w:rPr>
                <w:rFonts w:cs="Times New Roman"/>
                <w:sz w:val="18"/>
              </w:rPr>
              <w:t>Mixture model, origin 70%</w:t>
            </w:r>
          </w:p>
        </w:tc>
        <w:tc>
          <w:tcPr>
            <w:tcW w:w="2232" w:type="dxa"/>
            <w:shd w:val="clear" w:color="auto" w:fill="F6F8FA"/>
            <w:tcMar>
              <w:top w:w="65" w:type="dxa"/>
              <w:left w:w="75" w:type="dxa"/>
              <w:bottom w:w="65" w:type="dxa"/>
              <w:right w:w="75" w:type="dxa"/>
            </w:tcMar>
            <w:vAlign w:val="center"/>
          </w:tcPr>
          <w:p w14:paraId="4B04403A" w14:textId="77777777" w:rsidR="00A83192" w:rsidRPr="000B60F7" w:rsidRDefault="00000000">
            <w:pPr>
              <w:spacing w:after="0" w:line="240" w:lineRule="auto"/>
              <w:jc w:val="center"/>
              <w:rPr>
                <w:rFonts w:cs="Times New Roman"/>
              </w:rPr>
            </w:pPr>
            <w:r w:rsidRPr="000B60F7">
              <w:rPr>
                <w:rFonts w:cs="Times New Roman"/>
                <w:sz w:val="18"/>
              </w:rPr>
              <w:t>Outside history (z)</w:t>
            </w:r>
          </w:p>
        </w:tc>
        <w:tc>
          <w:tcPr>
            <w:tcW w:w="965" w:type="dxa"/>
            <w:shd w:val="clear" w:color="auto" w:fill="F6F8FA"/>
            <w:tcMar>
              <w:top w:w="65" w:type="dxa"/>
              <w:left w:w="75" w:type="dxa"/>
              <w:bottom w:w="65" w:type="dxa"/>
              <w:right w:w="75" w:type="dxa"/>
            </w:tcMar>
            <w:vAlign w:val="center"/>
          </w:tcPr>
          <w:p w14:paraId="7D20BE8B" w14:textId="77777777" w:rsidR="00A83192" w:rsidRPr="000B60F7" w:rsidRDefault="00000000">
            <w:pPr>
              <w:spacing w:after="0" w:line="240" w:lineRule="auto"/>
              <w:jc w:val="center"/>
              <w:rPr>
                <w:rFonts w:cs="Times New Roman"/>
              </w:rPr>
            </w:pPr>
            <w:r w:rsidRPr="000B60F7">
              <w:rPr>
                <w:rFonts w:cs="Times New Roman"/>
                <w:sz w:val="18"/>
              </w:rPr>
              <w:t>-0.232</w:t>
            </w:r>
          </w:p>
        </w:tc>
        <w:tc>
          <w:tcPr>
            <w:tcW w:w="893" w:type="dxa"/>
            <w:shd w:val="clear" w:color="auto" w:fill="F6F8FA"/>
            <w:tcMar>
              <w:top w:w="65" w:type="dxa"/>
              <w:left w:w="75" w:type="dxa"/>
              <w:bottom w:w="65" w:type="dxa"/>
              <w:right w:w="75" w:type="dxa"/>
            </w:tcMar>
            <w:vAlign w:val="center"/>
          </w:tcPr>
          <w:p w14:paraId="6C3AD3A7" w14:textId="77777777" w:rsidR="00A83192" w:rsidRPr="000B60F7" w:rsidRDefault="00000000">
            <w:pPr>
              <w:spacing w:after="0" w:line="240" w:lineRule="auto"/>
              <w:jc w:val="center"/>
              <w:rPr>
                <w:rFonts w:cs="Times New Roman"/>
              </w:rPr>
            </w:pPr>
            <w:r w:rsidRPr="000B60F7">
              <w:rPr>
                <w:rFonts w:cs="Times New Roman"/>
                <w:sz w:val="18"/>
              </w:rPr>
              <w:t>0.160</w:t>
            </w:r>
          </w:p>
        </w:tc>
        <w:tc>
          <w:tcPr>
            <w:tcW w:w="792" w:type="dxa"/>
            <w:shd w:val="clear" w:color="auto" w:fill="F6F8FA"/>
            <w:tcMar>
              <w:top w:w="65" w:type="dxa"/>
              <w:left w:w="75" w:type="dxa"/>
              <w:bottom w:w="65" w:type="dxa"/>
              <w:right w:w="75" w:type="dxa"/>
            </w:tcMar>
            <w:vAlign w:val="center"/>
          </w:tcPr>
          <w:p w14:paraId="27D6A2EF" w14:textId="77777777" w:rsidR="00A83192" w:rsidRPr="000B60F7" w:rsidRDefault="00000000">
            <w:pPr>
              <w:spacing w:after="0" w:line="240" w:lineRule="auto"/>
              <w:jc w:val="center"/>
              <w:rPr>
                <w:rFonts w:cs="Times New Roman"/>
              </w:rPr>
            </w:pPr>
            <w:r w:rsidRPr="000B60F7">
              <w:rPr>
                <w:rFonts w:cs="Times New Roman"/>
                <w:sz w:val="18"/>
              </w:rPr>
              <w:t>0.1474</w:t>
            </w:r>
          </w:p>
        </w:tc>
        <w:tc>
          <w:tcPr>
            <w:tcW w:w="1411" w:type="dxa"/>
            <w:shd w:val="clear" w:color="auto" w:fill="F6F8FA"/>
            <w:tcMar>
              <w:top w:w="65" w:type="dxa"/>
              <w:left w:w="75" w:type="dxa"/>
              <w:bottom w:w="65" w:type="dxa"/>
              <w:right w:w="75" w:type="dxa"/>
            </w:tcMar>
            <w:vAlign w:val="center"/>
          </w:tcPr>
          <w:p w14:paraId="703568A3" w14:textId="77777777" w:rsidR="00A83192" w:rsidRPr="000B60F7" w:rsidRDefault="00000000">
            <w:pPr>
              <w:spacing w:after="0" w:line="240" w:lineRule="auto"/>
              <w:jc w:val="center"/>
              <w:rPr>
                <w:rFonts w:cs="Times New Roman"/>
              </w:rPr>
            </w:pPr>
            <w:r w:rsidRPr="000B60F7">
              <w:rPr>
                <w:rFonts w:cs="Times New Roman"/>
                <w:sz w:val="18"/>
              </w:rPr>
              <w:t>73.4%</w:t>
            </w:r>
          </w:p>
        </w:tc>
        <w:tc>
          <w:tcPr>
            <w:tcW w:w="1584" w:type="dxa"/>
            <w:shd w:val="clear" w:color="auto" w:fill="F6F8FA"/>
            <w:tcMar>
              <w:top w:w="65" w:type="dxa"/>
              <w:left w:w="75" w:type="dxa"/>
              <w:bottom w:w="65" w:type="dxa"/>
              <w:right w:w="75" w:type="dxa"/>
            </w:tcMar>
            <w:vAlign w:val="center"/>
          </w:tcPr>
          <w:p w14:paraId="4BFC2FCC" w14:textId="77777777" w:rsidR="00A83192" w:rsidRPr="000B60F7" w:rsidRDefault="00000000">
            <w:pPr>
              <w:spacing w:after="0" w:line="240" w:lineRule="auto"/>
              <w:jc w:val="center"/>
              <w:rPr>
                <w:rFonts w:cs="Times New Roman"/>
              </w:rPr>
            </w:pPr>
            <w:r w:rsidRPr="000B60F7">
              <w:rPr>
                <w:rFonts w:cs="Times New Roman"/>
                <w:sz w:val="18"/>
              </w:rPr>
              <w:t>-1654.42</w:t>
            </w:r>
          </w:p>
        </w:tc>
      </w:tr>
      <w:tr w:rsidR="00A83192" w:rsidRPr="000B60F7" w14:paraId="3572EA23" w14:textId="77777777">
        <w:trPr>
          <w:cantSplit/>
          <w:jc w:val="center"/>
        </w:trPr>
        <w:tc>
          <w:tcPr>
            <w:tcW w:w="1483" w:type="dxa"/>
            <w:shd w:val="clear" w:color="auto" w:fill="FFFFFF"/>
            <w:tcMar>
              <w:top w:w="65" w:type="dxa"/>
              <w:left w:w="75" w:type="dxa"/>
              <w:bottom w:w="65" w:type="dxa"/>
              <w:right w:w="75" w:type="dxa"/>
            </w:tcMar>
            <w:vAlign w:val="center"/>
          </w:tcPr>
          <w:p w14:paraId="557E7716" w14:textId="77777777" w:rsidR="00A83192" w:rsidRPr="000B60F7" w:rsidRDefault="00000000">
            <w:pPr>
              <w:spacing w:after="0" w:line="240" w:lineRule="auto"/>
              <w:rPr>
                <w:rFonts w:cs="Times New Roman"/>
              </w:rPr>
            </w:pPr>
            <w:r w:rsidRPr="000B60F7">
              <w:rPr>
                <w:rFonts w:cs="Times New Roman"/>
                <w:sz w:val="18"/>
              </w:rPr>
              <w:t>Mixture model, origin 70%</w:t>
            </w:r>
          </w:p>
        </w:tc>
        <w:tc>
          <w:tcPr>
            <w:tcW w:w="2232" w:type="dxa"/>
            <w:shd w:val="clear" w:color="auto" w:fill="FFFFFF"/>
            <w:tcMar>
              <w:top w:w="65" w:type="dxa"/>
              <w:left w:w="75" w:type="dxa"/>
              <w:bottom w:w="65" w:type="dxa"/>
              <w:right w:w="75" w:type="dxa"/>
            </w:tcMar>
            <w:vAlign w:val="center"/>
          </w:tcPr>
          <w:p w14:paraId="6FAB5F7B" w14:textId="77777777" w:rsidR="00A83192" w:rsidRPr="000B60F7" w:rsidRDefault="00000000">
            <w:pPr>
              <w:spacing w:after="0" w:line="240" w:lineRule="auto"/>
              <w:jc w:val="center"/>
              <w:rPr>
                <w:rFonts w:cs="Times New Roman"/>
              </w:rPr>
            </w:pPr>
            <w:r w:rsidRPr="000B60F7">
              <w:rPr>
                <w:rFonts w:cs="Times New Roman"/>
                <w:sz w:val="18"/>
              </w:rPr>
              <w:t>Focal log capital (z)</w:t>
            </w:r>
          </w:p>
        </w:tc>
        <w:tc>
          <w:tcPr>
            <w:tcW w:w="965" w:type="dxa"/>
            <w:shd w:val="clear" w:color="auto" w:fill="FFFFFF"/>
            <w:tcMar>
              <w:top w:w="65" w:type="dxa"/>
              <w:left w:w="75" w:type="dxa"/>
              <w:bottom w:w="65" w:type="dxa"/>
              <w:right w:w="75" w:type="dxa"/>
            </w:tcMar>
            <w:vAlign w:val="center"/>
          </w:tcPr>
          <w:p w14:paraId="1C7ADF62" w14:textId="77777777" w:rsidR="00A83192" w:rsidRPr="000B60F7" w:rsidRDefault="00000000">
            <w:pPr>
              <w:spacing w:after="0" w:line="240" w:lineRule="auto"/>
              <w:jc w:val="center"/>
              <w:rPr>
                <w:rFonts w:cs="Times New Roman"/>
              </w:rPr>
            </w:pPr>
            <w:r w:rsidRPr="000B60F7">
              <w:rPr>
                <w:rFonts w:cs="Times New Roman"/>
                <w:sz w:val="18"/>
              </w:rPr>
              <w:t>-0.060</w:t>
            </w:r>
          </w:p>
        </w:tc>
        <w:tc>
          <w:tcPr>
            <w:tcW w:w="893" w:type="dxa"/>
            <w:shd w:val="clear" w:color="auto" w:fill="FFFFFF"/>
            <w:tcMar>
              <w:top w:w="65" w:type="dxa"/>
              <w:left w:w="75" w:type="dxa"/>
              <w:bottom w:w="65" w:type="dxa"/>
              <w:right w:w="75" w:type="dxa"/>
            </w:tcMar>
            <w:vAlign w:val="center"/>
          </w:tcPr>
          <w:p w14:paraId="30D86315" w14:textId="77777777" w:rsidR="00A83192" w:rsidRPr="000B60F7" w:rsidRDefault="00000000">
            <w:pPr>
              <w:spacing w:after="0" w:line="240" w:lineRule="auto"/>
              <w:jc w:val="center"/>
              <w:rPr>
                <w:rFonts w:cs="Times New Roman"/>
              </w:rPr>
            </w:pPr>
            <w:r w:rsidRPr="000B60F7">
              <w:rPr>
                <w:rFonts w:cs="Times New Roman"/>
                <w:sz w:val="18"/>
              </w:rPr>
              <w:t>0.118</w:t>
            </w:r>
          </w:p>
        </w:tc>
        <w:tc>
          <w:tcPr>
            <w:tcW w:w="792" w:type="dxa"/>
            <w:shd w:val="clear" w:color="auto" w:fill="FFFFFF"/>
            <w:tcMar>
              <w:top w:w="65" w:type="dxa"/>
              <w:left w:w="75" w:type="dxa"/>
              <w:bottom w:w="65" w:type="dxa"/>
              <w:right w:w="75" w:type="dxa"/>
            </w:tcMar>
            <w:vAlign w:val="center"/>
          </w:tcPr>
          <w:p w14:paraId="785DE41B" w14:textId="77777777" w:rsidR="00A83192" w:rsidRPr="000B60F7" w:rsidRDefault="00000000">
            <w:pPr>
              <w:spacing w:after="0" w:line="240" w:lineRule="auto"/>
              <w:jc w:val="center"/>
              <w:rPr>
                <w:rFonts w:cs="Times New Roman"/>
              </w:rPr>
            </w:pPr>
            <w:r w:rsidRPr="000B60F7">
              <w:rPr>
                <w:rFonts w:cs="Times New Roman"/>
                <w:sz w:val="18"/>
              </w:rPr>
              <w:t>0.6142</w:t>
            </w:r>
          </w:p>
        </w:tc>
        <w:tc>
          <w:tcPr>
            <w:tcW w:w="1411" w:type="dxa"/>
            <w:shd w:val="clear" w:color="auto" w:fill="FFFFFF"/>
            <w:tcMar>
              <w:top w:w="65" w:type="dxa"/>
              <w:left w:w="75" w:type="dxa"/>
              <w:bottom w:w="65" w:type="dxa"/>
              <w:right w:w="75" w:type="dxa"/>
            </w:tcMar>
            <w:vAlign w:val="center"/>
          </w:tcPr>
          <w:p w14:paraId="4504EAF3" w14:textId="77777777" w:rsidR="00A83192" w:rsidRPr="000B60F7" w:rsidRDefault="00000000">
            <w:pPr>
              <w:spacing w:after="0" w:line="240" w:lineRule="auto"/>
              <w:jc w:val="center"/>
              <w:rPr>
                <w:rFonts w:cs="Times New Roman"/>
              </w:rPr>
            </w:pPr>
            <w:r w:rsidRPr="000B60F7">
              <w:rPr>
                <w:rFonts w:cs="Times New Roman"/>
                <w:sz w:val="18"/>
              </w:rPr>
              <w:t>73.4%</w:t>
            </w:r>
          </w:p>
        </w:tc>
        <w:tc>
          <w:tcPr>
            <w:tcW w:w="1584" w:type="dxa"/>
            <w:shd w:val="clear" w:color="auto" w:fill="FFFFFF"/>
            <w:tcMar>
              <w:top w:w="65" w:type="dxa"/>
              <w:left w:w="75" w:type="dxa"/>
              <w:bottom w:w="65" w:type="dxa"/>
              <w:right w:w="75" w:type="dxa"/>
            </w:tcMar>
            <w:vAlign w:val="center"/>
          </w:tcPr>
          <w:p w14:paraId="68B651F4" w14:textId="77777777" w:rsidR="00A83192" w:rsidRPr="000B60F7" w:rsidRDefault="00000000">
            <w:pPr>
              <w:spacing w:after="0" w:line="240" w:lineRule="auto"/>
              <w:jc w:val="center"/>
              <w:rPr>
                <w:rFonts w:cs="Times New Roman"/>
              </w:rPr>
            </w:pPr>
            <w:r w:rsidRPr="000B60F7">
              <w:rPr>
                <w:rFonts w:cs="Times New Roman"/>
                <w:sz w:val="18"/>
              </w:rPr>
              <w:t>-1654.42</w:t>
            </w:r>
          </w:p>
        </w:tc>
      </w:tr>
      <w:tr w:rsidR="00A83192" w:rsidRPr="000B60F7" w14:paraId="72329470" w14:textId="77777777">
        <w:trPr>
          <w:cantSplit/>
          <w:jc w:val="center"/>
        </w:trPr>
        <w:tc>
          <w:tcPr>
            <w:tcW w:w="1483" w:type="dxa"/>
            <w:shd w:val="clear" w:color="auto" w:fill="F6F8FA"/>
            <w:tcMar>
              <w:top w:w="65" w:type="dxa"/>
              <w:left w:w="75" w:type="dxa"/>
              <w:bottom w:w="65" w:type="dxa"/>
              <w:right w:w="75" w:type="dxa"/>
            </w:tcMar>
            <w:vAlign w:val="center"/>
          </w:tcPr>
          <w:p w14:paraId="148D1B28" w14:textId="77777777" w:rsidR="00A83192" w:rsidRPr="000B60F7" w:rsidRDefault="00000000">
            <w:pPr>
              <w:spacing w:after="0" w:line="240" w:lineRule="auto"/>
              <w:rPr>
                <w:rFonts w:cs="Times New Roman"/>
              </w:rPr>
            </w:pPr>
            <w:r w:rsidRPr="000B60F7">
              <w:rPr>
                <w:rFonts w:cs="Times New Roman"/>
                <w:sz w:val="18"/>
              </w:rPr>
              <w:t>Mixture model, origin 70%</w:t>
            </w:r>
          </w:p>
        </w:tc>
        <w:tc>
          <w:tcPr>
            <w:tcW w:w="2232" w:type="dxa"/>
            <w:shd w:val="clear" w:color="auto" w:fill="F6F8FA"/>
            <w:tcMar>
              <w:top w:w="65" w:type="dxa"/>
              <w:left w:w="75" w:type="dxa"/>
              <w:bottom w:w="65" w:type="dxa"/>
              <w:right w:w="75" w:type="dxa"/>
            </w:tcMar>
            <w:vAlign w:val="center"/>
          </w:tcPr>
          <w:p w14:paraId="04578A3A" w14:textId="77777777" w:rsidR="00A83192" w:rsidRPr="000B60F7" w:rsidRDefault="00000000">
            <w:pPr>
              <w:spacing w:after="0" w:line="240" w:lineRule="auto"/>
              <w:jc w:val="center"/>
              <w:rPr>
                <w:rFonts w:cs="Times New Roman"/>
              </w:rPr>
            </w:pPr>
            <w:r w:rsidRPr="000B60F7">
              <w:rPr>
                <w:rFonts w:cs="Times New Roman"/>
                <w:sz w:val="18"/>
              </w:rPr>
              <w:t>Focal amount missing</w:t>
            </w:r>
          </w:p>
        </w:tc>
        <w:tc>
          <w:tcPr>
            <w:tcW w:w="965" w:type="dxa"/>
            <w:shd w:val="clear" w:color="auto" w:fill="F6F8FA"/>
            <w:tcMar>
              <w:top w:w="65" w:type="dxa"/>
              <w:left w:w="75" w:type="dxa"/>
              <w:bottom w:w="65" w:type="dxa"/>
              <w:right w:w="75" w:type="dxa"/>
            </w:tcMar>
            <w:vAlign w:val="center"/>
          </w:tcPr>
          <w:p w14:paraId="2D5E8B7E" w14:textId="77777777" w:rsidR="00A83192" w:rsidRPr="000B60F7" w:rsidRDefault="00000000">
            <w:pPr>
              <w:spacing w:after="0" w:line="240" w:lineRule="auto"/>
              <w:jc w:val="center"/>
              <w:rPr>
                <w:rFonts w:cs="Times New Roman"/>
              </w:rPr>
            </w:pPr>
            <w:r w:rsidRPr="000B60F7">
              <w:rPr>
                <w:rFonts w:cs="Times New Roman"/>
                <w:sz w:val="18"/>
              </w:rPr>
              <w:t>0.661</w:t>
            </w:r>
          </w:p>
        </w:tc>
        <w:tc>
          <w:tcPr>
            <w:tcW w:w="893" w:type="dxa"/>
            <w:shd w:val="clear" w:color="auto" w:fill="F6F8FA"/>
            <w:tcMar>
              <w:top w:w="65" w:type="dxa"/>
              <w:left w:w="75" w:type="dxa"/>
              <w:bottom w:w="65" w:type="dxa"/>
              <w:right w:w="75" w:type="dxa"/>
            </w:tcMar>
            <w:vAlign w:val="center"/>
          </w:tcPr>
          <w:p w14:paraId="1F1A31FF" w14:textId="77777777" w:rsidR="00A83192" w:rsidRPr="000B60F7" w:rsidRDefault="00000000">
            <w:pPr>
              <w:spacing w:after="0" w:line="240" w:lineRule="auto"/>
              <w:jc w:val="center"/>
              <w:rPr>
                <w:rFonts w:cs="Times New Roman"/>
              </w:rPr>
            </w:pPr>
            <w:r w:rsidRPr="000B60F7">
              <w:rPr>
                <w:rFonts w:cs="Times New Roman"/>
                <w:sz w:val="18"/>
              </w:rPr>
              <w:t>0.422</w:t>
            </w:r>
          </w:p>
        </w:tc>
        <w:tc>
          <w:tcPr>
            <w:tcW w:w="792" w:type="dxa"/>
            <w:shd w:val="clear" w:color="auto" w:fill="F6F8FA"/>
            <w:tcMar>
              <w:top w:w="65" w:type="dxa"/>
              <w:left w:w="75" w:type="dxa"/>
              <w:bottom w:w="65" w:type="dxa"/>
              <w:right w:w="75" w:type="dxa"/>
            </w:tcMar>
            <w:vAlign w:val="center"/>
          </w:tcPr>
          <w:p w14:paraId="4AFCD994" w14:textId="77777777" w:rsidR="00A83192" w:rsidRPr="000B60F7" w:rsidRDefault="00000000">
            <w:pPr>
              <w:spacing w:after="0" w:line="240" w:lineRule="auto"/>
              <w:jc w:val="center"/>
              <w:rPr>
                <w:rFonts w:cs="Times New Roman"/>
              </w:rPr>
            </w:pPr>
            <w:r w:rsidRPr="000B60F7">
              <w:rPr>
                <w:rFonts w:cs="Times New Roman"/>
                <w:sz w:val="18"/>
              </w:rPr>
              <w:t>0.1184</w:t>
            </w:r>
          </w:p>
        </w:tc>
        <w:tc>
          <w:tcPr>
            <w:tcW w:w="1411" w:type="dxa"/>
            <w:shd w:val="clear" w:color="auto" w:fill="F6F8FA"/>
            <w:tcMar>
              <w:top w:w="65" w:type="dxa"/>
              <w:left w:w="75" w:type="dxa"/>
              <w:bottom w:w="65" w:type="dxa"/>
              <w:right w:w="75" w:type="dxa"/>
            </w:tcMar>
            <w:vAlign w:val="center"/>
          </w:tcPr>
          <w:p w14:paraId="6133E9B7" w14:textId="77777777" w:rsidR="00A83192" w:rsidRPr="000B60F7" w:rsidRDefault="00000000">
            <w:pPr>
              <w:spacing w:after="0" w:line="240" w:lineRule="auto"/>
              <w:jc w:val="center"/>
              <w:rPr>
                <w:rFonts w:cs="Times New Roman"/>
              </w:rPr>
            </w:pPr>
            <w:r w:rsidRPr="000B60F7">
              <w:rPr>
                <w:rFonts w:cs="Times New Roman"/>
                <w:sz w:val="18"/>
              </w:rPr>
              <w:t>73.4%</w:t>
            </w:r>
          </w:p>
        </w:tc>
        <w:tc>
          <w:tcPr>
            <w:tcW w:w="1584" w:type="dxa"/>
            <w:shd w:val="clear" w:color="auto" w:fill="F6F8FA"/>
            <w:tcMar>
              <w:top w:w="65" w:type="dxa"/>
              <w:left w:w="75" w:type="dxa"/>
              <w:bottom w:w="65" w:type="dxa"/>
              <w:right w:w="75" w:type="dxa"/>
            </w:tcMar>
            <w:vAlign w:val="center"/>
          </w:tcPr>
          <w:p w14:paraId="1F9A015A" w14:textId="77777777" w:rsidR="00A83192" w:rsidRPr="000B60F7" w:rsidRDefault="00000000">
            <w:pPr>
              <w:spacing w:after="0" w:line="240" w:lineRule="auto"/>
              <w:jc w:val="center"/>
              <w:rPr>
                <w:rFonts w:cs="Times New Roman"/>
              </w:rPr>
            </w:pPr>
            <w:r w:rsidRPr="000B60F7">
              <w:rPr>
                <w:rFonts w:cs="Times New Roman"/>
                <w:sz w:val="18"/>
              </w:rPr>
              <w:t>-1654.42</w:t>
            </w:r>
          </w:p>
        </w:tc>
      </w:tr>
    </w:tbl>
    <w:p w14:paraId="1975761D" w14:textId="77777777" w:rsidR="00A83192" w:rsidRPr="000B60F7" w:rsidRDefault="00000000">
      <w:pPr>
        <w:pStyle w:val="TableNotes"/>
        <w:spacing w:after="140" w:line="264" w:lineRule="auto"/>
        <w:rPr>
          <w:rFonts w:cs="Times New Roman"/>
        </w:rPr>
      </w:pPr>
      <w:r w:rsidRPr="000B60F7">
        <w:rPr>
          <w:rFonts w:cs="Times New Roman"/>
          <w:sz w:val="18"/>
        </w:rPr>
        <w:t>Notes: Positive log-odds coefficients are associated with a higher modeled probability of ever attracting a new investor. The origin value fixes the susceptibility intercept, whereas Mean susceptible averages the fitted probabilities across the sample. Constant-free log-likelihoods are −1618.75 for the primary and free-gamma models. The unconstrained mixture model has log-likelihood −1612.52 but diverging susceptibility coefficients and a nearly singular Hessian; it is not used for population-share inference. Standard errors and p-values use carrier-investor clusters.</w:t>
      </w:r>
    </w:p>
    <w:sectPr w:rsidR="00A83192" w:rsidRPr="000B60F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DFCE5A" w14:textId="77777777" w:rsidR="005D6AD6" w:rsidRDefault="005D6AD6">
      <w:pPr>
        <w:spacing w:after="0" w:line="240" w:lineRule="auto"/>
      </w:pPr>
      <w:r>
        <w:separator/>
      </w:r>
    </w:p>
  </w:endnote>
  <w:endnote w:type="continuationSeparator" w:id="0">
    <w:p w14:paraId="12EB348B" w14:textId="77777777" w:rsidR="005D6AD6" w:rsidRDefault="005D6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13B5E" w14:textId="77777777" w:rsidR="00A83192" w:rsidRDefault="00000000">
    <w:pPr>
      <w:pStyle w:val="a6"/>
      <w:jc w:val="center"/>
    </w:pPr>
    <w:r>
      <w:fldChar w:fldCharType="begin"/>
    </w:r>
    <w:r>
      <w:instrText>PAGE</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62885C" w14:textId="77777777" w:rsidR="005D6AD6" w:rsidRDefault="005D6AD6">
      <w:pPr>
        <w:spacing w:after="0" w:line="240" w:lineRule="auto"/>
      </w:pPr>
      <w:r>
        <w:separator/>
      </w:r>
    </w:p>
  </w:footnote>
  <w:footnote w:type="continuationSeparator" w:id="0">
    <w:p w14:paraId="72A022B3" w14:textId="77777777" w:rsidR="005D6AD6" w:rsidRDefault="005D6A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388506074">
    <w:abstractNumId w:val="8"/>
  </w:num>
  <w:num w:numId="2" w16cid:durableId="839779308">
    <w:abstractNumId w:val="6"/>
  </w:num>
  <w:num w:numId="3" w16cid:durableId="746265484">
    <w:abstractNumId w:val="5"/>
  </w:num>
  <w:num w:numId="4" w16cid:durableId="1818380689">
    <w:abstractNumId w:val="4"/>
  </w:num>
  <w:num w:numId="5" w16cid:durableId="1072434162">
    <w:abstractNumId w:val="7"/>
  </w:num>
  <w:num w:numId="6" w16cid:durableId="1376735139">
    <w:abstractNumId w:val="3"/>
  </w:num>
  <w:num w:numId="7" w16cid:durableId="1755785442">
    <w:abstractNumId w:val="2"/>
  </w:num>
  <w:num w:numId="8" w16cid:durableId="1443568464">
    <w:abstractNumId w:val="1"/>
  </w:num>
  <w:num w:numId="9" w16cid:durableId="135687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60F7"/>
    <w:rsid w:val="0015074B"/>
    <w:rsid w:val="0029639D"/>
    <w:rsid w:val="00326F90"/>
    <w:rsid w:val="004306F5"/>
    <w:rsid w:val="005D6AD6"/>
    <w:rsid w:val="00A83192"/>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971FB8"/>
  <w14:defaultImageDpi w14:val="300"/>
  <w15:docId w15:val="{A7FF43C8-FC44-4575-9F5C-D1444F83E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line="259" w:lineRule="auto"/>
    </w:pPr>
    <w:rPr>
      <w:rFonts w:ascii="Times New Roman" w:eastAsia="Times New Roman" w:hAnsi="Times New Roman"/>
      <w:color w:val="000000"/>
      <w:sz w:val="20"/>
    </w:rPr>
  </w:style>
  <w:style w:type="paragraph" w:styleId="1">
    <w:name w:val="heading 1"/>
    <w:basedOn w:val="a1"/>
    <w:next w:val="a1"/>
    <w:link w:val="1Char"/>
    <w:uiPriority w:val="9"/>
    <w:qFormat/>
    <w:rsid w:val="00FC693F"/>
    <w:pPr>
      <w:spacing w:before="200" w:after="60" w:line="276" w:lineRule="auto"/>
      <w:outlineLvl w:val="0"/>
    </w:pPr>
    <w:rPr>
      <w:rFonts w:asciiTheme="majorHAnsi" w:eastAsiaTheme="majorEastAsia" w:hAnsiTheme="majorHAnsi" w:cstheme="majorBidi"/>
      <w:b/>
      <w:bCs/>
      <w:sz w:val="24"/>
      <w:szCs w:val="28"/>
    </w:rPr>
  </w:style>
  <w:style w:type="paragraph" w:styleId="21">
    <w:name w:val="heading 2"/>
    <w:basedOn w:val="a1"/>
    <w:next w:val="a1"/>
    <w:link w:val="2Char"/>
    <w:uiPriority w:val="9"/>
    <w:unhideWhenUsed/>
    <w:qFormat/>
    <w:rsid w:val="00FC693F"/>
    <w:pPr>
      <w:spacing w:before="160" w:after="40" w:line="276" w:lineRule="auto"/>
      <w:outlineLvl w:val="1"/>
    </w:pPr>
    <w:rPr>
      <w:rFonts w:asciiTheme="majorHAnsi" w:eastAsiaTheme="majorEastAsia" w:hAnsiTheme="majorHAnsi" w:cstheme="majorBidi"/>
      <w:b/>
      <w:bCs/>
      <w:sz w:val="22"/>
      <w:szCs w:val="26"/>
    </w:rPr>
  </w:style>
  <w:style w:type="paragraph" w:styleId="31">
    <w:name w:val="heading 3"/>
    <w:basedOn w:val="a1"/>
    <w:next w:val="a1"/>
    <w:link w:val="3Char"/>
    <w:uiPriority w:val="9"/>
    <w:unhideWhenUsed/>
    <w:qFormat/>
    <w:rsid w:val="00FC693F"/>
    <w:pPr>
      <w:spacing w:before="120" w:after="20" w:line="276" w:lineRule="auto"/>
      <w:outlineLvl w:val="2"/>
    </w:pPr>
    <w:rPr>
      <w:rFonts w:asciiTheme="majorHAnsi" w:eastAsiaTheme="majorEastAsia" w:hAnsiTheme="majorHAnsi" w:cstheme="majorBidi"/>
      <w:bCs/>
      <w:i/>
      <w:sz w:val="21"/>
    </w:rPr>
  </w:style>
  <w:style w:type="paragraph" w:styleId="4">
    <w:name w:val="heading 4"/>
    <w:basedOn w:val="a1"/>
    <w:next w:val="a1"/>
    <w:link w:val="4Char"/>
    <w:uiPriority w:val="9"/>
    <w:semiHidden/>
    <w:unhideWhenUsed/>
    <w:qFormat/>
    <w:rsid w:val="00FC693F"/>
    <w:pPr>
      <w:spacing w:before="200" w:after="0"/>
      <w:outlineLvl w:val="3"/>
    </w:pPr>
    <w:rPr>
      <w:rFonts w:asciiTheme="majorHAnsi" w:eastAsiaTheme="majorEastAsia" w:hAnsiTheme="majorHAnsi" w:cstheme="majorBidi"/>
      <w:b/>
      <w:bCs/>
      <w:i/>
      <w:iCs/>
    </w:rPr>
  </w:style>
  <w:style w:type="paragraph" w:styleId="5">
    <w:name w:val="heading 5"/>
    <w:basedOn w:val="a1"/>
    <w:next w:val="a1"/>
    <w:link w:val="5Char"/>
    <w:uiPriority w:val="9"/>
    <w:semiHidden/>
    <w:unhideWhenUsed/>
    <w:qFormat/>
    <w:rsid w:val="00FC693F"/>
    <w:pPr>
      <w:spacing w:before="200" w:after="0"/>
      <w:outlineLvl w:val="4"/>
    </w:pPr>
    <w:rPr>
      <w:rFonts w:asciiTheme="majorHAnsi" w:eastAsiaTheme="majorEastAsia" w:hAnsiTheme="majorHAnsi" w:cstheme="majorBidi"/>
    </w:rPr>
  </w:style>
  <w:style w:type="paragraph" w:styleId="6">
    <w:name w:val="heading 6"/>
    <w:basedOn w:val="a1"/>
    <w:next w:val="a1"/>
    <w:link w:val="6Char"/>
    <w:uiPriority w:val="9"/>
    <w:semiHidden/>
    <w:unhideWhenUsed/>
    <w:qFormat/>
    <w:rsid w:val="00FC693F"/>
    <w:pPr>
      <w:spacing w:before="200" w:after="0"/>
      <w:outlineLvl w:val="5"/>
    </w:pPr>
    <w:rPr>
      <w:rFonts w:asciiTheme="majorHAnsi" w:eastAsiaTheme="majorEastAsia" w:hAnsiTheme="majorHAnsi" w:cstheme="majorBidi"/>
      <w:i/>
      <w:iCs/>
    </w:rPr>
  </w:style>
  <w:style w:type="paragraph" w:styleId="7">
    <w:name w:val="heading 7"/>
    <w:basedOn w:val="a1"/>
    <w:next w:val="a1"/>
    <w:link w:val="7Char"/>
    <w:uiPriority w:val="9"/>
    <w:semiHidden/>
    <w:unhideWhenUsed/>
    <w:qFormat/>
    <w:rsid w:val="00FC693F"/>
    <w:pPr>
      <w:spacing w:before="200" w:after="0"/>
      <w:outlineLvl w:val="6"/>
    </w:pPr>
    <w:rPr>
      <w:rFonts w:asciiTheme="majorHAnsi" w:eastAsiaTheme="majorEastAsia" w:hAnsiTheme="majorHAnsi" w:cstheme="majorBidi"/>
      <w:i/>
      <w:iCs/>
    </w:rPr>
  </w:style>
  <w:style w:type="paragraph" w:styleId="8">
    <w:name w:val="heading 8"/>
    <w:basedOn w:val="a1"/>
    <w:next w:val="a1"/>
    <w:link w:val="8Char"/>
    <w:uiPriority w:val="9"/>
    <w:semiHidden/>
    <w:unhideWhenUsed/>
    <w:qFormat/>
    <w:rsid w:val="00FC693F"/>
    <w:pPr>
      <w:spacing w:before="200" w:after="0"/>
      <w:outlineLvl w:val="7"/>
    </w:pPr>
    <w:rPr>
      <w:rFonts w:asciiTheme="majorHAnsi" w:eastAsiaTheme="majorEastAsia" w:hAnsiTheme="majorHAnsi" w:cstheme="majorBidi"/>
      <w:szCs w:val="20"/>
    </w:rPr>
  </w:style>
  <w:style w:type="paragraph" w:styleId="9">
    <w:name w:val="heading 9"/>
    <w:basedOn w:val="a1"/>
    <w:next w:val="a1"/>
    <w:link w:val="9Char"/>
    <w:uiPriority w:val="9"/>
    <w:semiHidden/>
    <w:unhideWhenUsed/>
    <w:qFormat/>
    <w:rsid w:val="00FC693F"/>
    <w:pPr>
      <w:spacing w:before="200" w:after="0"/>
      <w:outlineLvl w:val="8"/>
    </w:pPr>
    <w:rPr>
      <w:rFonts w:asciiTheme="majorHAnsi" w:eastAsiaTheme="majorEastAsia" w:hAnsiTheme="majorHAnsi" w:cstheme="majorBidi"/>
      <w:i/>
      <w:iCs/>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000000"/>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000000"/>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000000"/>
    </w:rPr>
  </w:style>
  <w:style w:type="paragraph" w:styleId="a8">
    <w:name w:val="Title"/>
    <w:basedOn w:val="a1"/>
    <w:next w:val="a1"/>
    <w:link w:val="Char1"/>
    <w:uiPriority w:val="10"/>
    <w:qFormat/>
    <w:rsid w:val="00FC693F"/>
    <w:pPr>
      <w:spacing w:after="200" w:line="276" w:lineRule="auto"/>
      <w:contextualSpacing/>
      <w:jc w:val="center"/>
    </w:pPr>
    <w:rPr>
      <w:rFonts w:asciiTheme="majorHAnsi" w:eastAsiaTheme="majorEastAsia" w:hAnsiTheme="majorHAnsi" w:cstheme="majorBidi"/>
      <w:b/>
      <w:spacing w:val="5"/>
      <w:kern w:val="28"/>
      <w:sz w:val="30"/>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spacing w:after="60" w:line="276" w:lineRule="auto"/>
      <w:ind w:left="720"/>
      <w:contextualSpacing/>
    </w:pPr>
    <w:rPr>
      <w:sz w:val="21"/>
    </w:r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spacing w:after="60" w:line="276" w:lineRule="auto"/>
      <w:ind w:left="720"/>
      <w:contextualSpacing/>
    </w:pPr>
    <w:rPr>
      <w:sz w:val="21"/>
    </w:r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000000"/>
    </w:rPr>
  </w:style>
  <w:style w:type="character" w:customStyle="1" w:styleId="5Char">
    <w:name w:val="제목 5 Char"/>
    <w:basedOn w:val="a2"/>
    <w:link w:val="5"/>
    <w:uiPriority w:val="9"/>
    <w:semiHidden/>
    <w:rsid w:val="00FC693F"/>
    <w:rPr>
      <w:rFonts w:asciiTheme="majorHAnsi" w:eastAsiaTheme="majorEastAsia" w:hAnsiTheme="majorHAnsi" w:cstheme="majorBidi"/>
      <w:color w:val="000000"/>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000000"/>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000000"/>
    </w:rPr>
  </w:style>
  <w:style w:type="character" w:customStyle="1" w:styleId="8Char">
    <w:name w:val="제목 8 Char"/>
    <w:basedOn w:val="a2"/>
    <w:link w:val="8"/>
    <w:uiPriority w:val="9"/>
    <w:semiHidden/>
    <w:rsid w:val="00FC693F"/>
    <w:rPr>
      <w:rFonts w:asciiTheme="majorHAnsi" w:eastAsiaTheme="majorEastAsia" w:hAnsiTheme="majorHAnsi" w:cstheme="majorBidi"/>
      <w:color w:val="000000"/>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000000"/>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bstractText">
    <w:name w:val="Abstract Text"/>
    <w:pPr>
      <w:spacing w:after="120" w:line="252" w:lineRule="auto"/>
    </w:pPr>
    <w:rPr>
      <w:rFonts w:ascii="Times New Roman" w:hAnsi="Times New Roman"/>
      <w:color w:val="000000"/>
      <w:sz w:val="21"/>
    </w:rPr>
  </w:style>
  <w:style w:type="paragraph" w:customStyle="1" w:styleId="Keywords">
    <w:name w:val="Keywords"/>
    <w:pPr>
      <w:spacing w:before="40" w:after="80"/>
    </w:pPr>
    <w:rPr>
      <w:rFonts w:ascii="Times New Roman" w:hAnsi="Times New Roman"/>
      <w:color w:val="000000"/>
      <w:sz w:val="21"/>
    </w:rPr>
  </w:style>
  <w:style w:type="paragraph" w:customStyle="1" w:styleId="TableCaption">
    <w:name w:val="Table Caption"/>
    <w:pPr>
      <w:spacing w:after="120" w:line="240" w:lineRule="auto"/>
    </w:pPr>
    <w:rPr>
      <w:rFonts w:ascii="Times New Roman" w:hAnsi="Times New Roman"/>
      <w:b/>
      <w:color w:val="000000"/>
      <w:sz w:val="19"/>
    </w:rPr>
  </w:style>
  <w:style w:type="paragraph" w:customStyle="1" w:styleId="TableNotes">
    <w:name w:val="Table Notes"/>
    <w:pPr>
      <w:spacing w:before="80" w:after="0" w:line="240" w:lineRule="auto"/>
    </w:pPr>
    <w:rPr>
      <w:rFonts w:ascii="Times New Roman" w:hAnsi="Times New Roman"/>
      <w:color w:val="000000"/>
      <w:sz w:val="16"/>
    </w:rPr>
  </w:style>
  <w:style w:type="paragraph" w:customStyle="1" w:styleId="Reference">
    <w:name w:val="Reference"/>
    <w:pPr>
      <w:spacing w:after="60" w:line="240" w:lineRule="auto"/>
      <w:ind w:left="360" w:hanging="360"/>
    </w:pPr>
    <w:rPr>
      <w:rFonts w:ascii="Times New Roman" w:hAnsi="Times New Roman"/>
      <w:color w:val="000000"/>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5224</Words>
  <Characters>29782</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34937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P1 — Supplementary methods and results</dc:title>
  <dc:subject/>
  <dc:creator/>
  <cp:keywords/>
  <dc:description>Supplement revised 11 September 2026: Tables S8-S9 added.</dc:description>
  <cp:lastModifiedBy>hana kim</cp:lastModifiedBy>
  <cp:revision>3</cp:revision>
  <dcterms:created xsi:type="dcterms:W3CDTF">2013-12-23T23:15:00Z</dcterms:created>
  <dcterms:modified xsi:type="dcterms:W3CDTF">2026-09-11T06:57:00Z</dcterms:modified>
  <cp:category/>
</cp:coreProperties>
</file>