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Calibri" w:hAnsi="Calibri"/>
          <w:b/>
          <w:color w:val="1F4E78"/>
          <w:sz w:val="32"/>
        </w:rPr>
        <w:t>PRISMA 2020 Checklist</w:t>
      </w:r>
    </w:p>
    <w:p>
      <w:pPr>
        <w:spacing w:after="360"/>
        <w:jc w:val="center"/>
      </w:pPr>
      <w:r>
        <w:rPr>
          <w:rFonts w:ascii="Calibri" w:hAnsi="Calibri"/>
          <w:i/>
          <w:color w:val="555555"/>
          <w:sz w:val="22"/>
        </w:rPr>
        <w:t>Prevalence, Patterns, and Determinants of Non-Prescription Antibiotic Acquisition and Self-Medication in South Asia: A Systematic Review and Meta-Analysis (PROSPERO: CRD420261465753)</w:t>
      </w:r>
    </w:p>
    <w:tbl>
      <w:tblPr>
        <w:tblW w:type="auto" w:w="0"/>
        <w:jc w:val="center"/>
        <w:tblLayout w:type="fixed"/>
        <w:tblLook w:firstColumn="1" w:firstRow="1" w:lastColumn="0" w:lastRow="0" w:noHBand="0" w:noVBand="1" w:val="04A0"/>
      </w:tblPr>
      <w:tblGrid>
        <w:gridCol w:w="2340"/>
        <w:gridCol w:w="2340"/>
        <w:gridCol w:w="2340"/>
        <w:gridCol w:w="2340"/>
      </w:tblGrid>
      <w:tr>
        <w:tc>
          <w:tcPr>
            <w:tcW w:type="dxa" w:w="1728"/>
            <w:shd w:val="clear" w:color="auto" w:fill="1F4E78"/>
          </w:tcPr>
          <w:p>
            <w:pPr>
              <w:jc w:val="left"/>
            </w:pPr>
            <w:r>
              <w:rPr>
                <w:rFonts w:ascii="Calibri" w:hAnsi="Calibri"/>
                <w:b/>
                <w:color w:val="FFFFFF"/>
                <w:sz w:val="20"/>
              </w:rPr>
              <w:t>Section and Topic</w:t>
            </w:r>
          </w:p>
        </w:tc>
        <w:tc>
          <w:tcPr>
            <w:tcW w:type="dxa" w:w="864"/>
            <w:shd w:val="clear" w:color="auto" w:fill="1F4E78"/>
          </w:tcPr>
          <w:p>
            <w:pPr>
              <w:jc w:val="left"/>
            </w:pPr>
            <w:r>
              <w:rPr>
                <w:rFonts w:ascii="Calibri" w:hAnsi="Calibri"/>
                <w:b/>
                <w:color w:val="FFFFFF"/>
                <w:sz w:val="20"/>
              </w:rPr>
              <w:t>Item #</w:t>
            </w:r>
          </w:p>
        </w:tc>
        <w:tc>
          <w:tcPr>
            <w:tcW w:type="dxa" w:w="5328"/>
            <w:shd w:val="clear" w:color="auto" w:fill="1F4E78"/>
          </w:tcPr>
          <w:p>
            <w:pPr>
              <w:jc w:val="left"/>
            </w:pPr>
            <w:r>
              <w:rPr>
                <w:rFonts w:ascii="Calibri" w:hAnsi="Calibri"/>
                <w:b/>
                <w:color w:val="FFFFFF"/>
                <w:sz w:val="20"/>
              </w:rPr>
              <w:t>Checklist item</w:t>
            </w:r>
          </w:p>
        </w:tc>
        <w:tc>
          <w:tcPr>
            <w:tcW w:type="dxa" w:w="2160"/>
            <w:shd w:val="clear" w:color="auto" w:fill="1F4E78"/>
          </w:tcPr>
          <w:p>
            <w:pPr>
              <w:jc w:val="left"/>
            </w:pPr>
            <w:r>
              <w:rPr>
                <w:rFonts w:ascii="Calibri" w:hAnsi="Calibri"/>
                <w:b/>
                <w:color w:val="FFFFFF"/>
                <w:sz w:val="20"/>
              </w:rPr>
              <w:t>Location where item is reported</w:t>
            </w:r>
          </w:p>
        </w:tc>
      </w:tr>
      <w:tr>
        <w:tc>
          <w:tcPr>
            <w:tcW w:type="dxa" w:w="1728"/>
            <w:shd w:val="clear" w:color="auto" w:fill="D9D9D9"/>
          </w:tcPr>
          <w:p>
            <w:pPr>
              <w:spacing w:after="40" w:line="276" w:lineRule="auto"/>
            </w:pPr>
            <w:r>
              <w:rPr>
                <w:rFonts w:ascii="Calibri" w:hAnsi="Calibri"/>
                <w:b/>
                <w:color w:val="112244"/>
                <w:sz w:val="18"/>
              </w:rPr>
              <w:t>TITLE</w:t>
            </w:r>
          </w:p>
        </w:tc>
        <w:tc>
          <w:tcPr>
            <w:tcW w:type="dxa" w:w="864"/>
            <w:shd w:val="clear" w:color="auto" w:fill="D9D9D9"/>
          </w:tcPr>
          <w:p>
            <w:pPr>
              <w:spacing w:after="40" w:line="276" w:lineRule="auto"/>
            </w:pPr>
            <w:r>
              <w:rPr>
                <w:rFonts w:ascii="Calibri" w:hAnsi="Calibri"/>
                <w:b/>
                <w:color w:val="112244"/>
                <w:sz w:val="18"/>
              </w:rPr>
            </w:r>
          </w:p>
        </w:tc>
        <w:tc>
          <w:tcPr>
            <w:tcW w:type="dxa" w:w="5328"/>
            <w:shd w:val="clear" w:color="auto" w:fill="D9D9D9"/>
          </w:tcPr>
          <w:p>
            <w:pPr>
              <w:spacing w:after="40" w:line="276" w:lineRule="auto"/>
            </w:pPr>
            <w:r>
              <w:rPr>
                <w:rFonts w:ascii="Calibri" w:hAnsi="Calibri"/>
                <w:b/>
                <w:color w:val="112244"/>
                <w:sz w:val="18"/>
              </w:rPr>
            </w:r>
          </w:p>
        </w:tc>
        <w:tc>
          <w:tcPr>
            <w:tcW w:type="dxa" w:w="2160"/>
            <w:shd w:val="clear" w:color="auto" w:fill="D9D9D9"/>
          </w:tcPr>
          <w:p>
            <w:pPr>
              <w:spacing w:after="40" w:line="276" w:lineRule="auto"/>
            </w:pPr>
            <w:r>
              <w:rPr>
                <w:rFonts w:ascii="Calibri" w:hAnsi="Calibri"/>
                <w:b/>
                <w:color w:val="112244"/>
                <w:sz w:val="18"/>
              </w:rPr>
            </w:r>
          </w:p>
        </w:tc>
      </w:tr>
      <w:tr>
        <w:tc>
          <w:tcPr>
            <w:tcW w:type="dxa" w:w="1728"/>
          </w:tcPr>
          <w:p>
            <w:pPr>
              <w:spacing w:after="40" w:line="276" w:lineRule="auto"/>
            </w:pPr>
            <w:r>
              <w:rPr>
                <w:rFonts w:ascii="Calibri" w:hAnsi="Calibri"/>
                <w:color w:val="333333"/>
                <w:sz w:val="18"/>
              </w:rPr>
              <w:t>Title</w:t>
            </w:r>
          </w:p>
        </w:tc>
        <w:tc>
          <w:tcPr>
            <w:tcW w:type="dxa" w:w="864"/>
          </w:tcPr>
          <w:p>
            <w:pPr>
              <w:spacing w:after="40" w:line="276" w:lineRule="auto"/>
            </w:pPr>
            <w:r>
              <w:rPr>
                <w:rFonts w:ascii="Calibri" w:hAnsi="Calibri"/>
                <w:color w:val="333333"/>
                <w:sz w:val="18"/>
              </w:rPr>
              <w:t>1</w:t>
            </w:r>
          </w:p>
        </w:tc>
        <w:tc>
          <w:tcPr>
            <w:tcW w:type="dxa" w:w="5328"/>
          </w:tcPr>
          <w:p>
            <w:pPr>
              <w:spacing w:after="40" w:line="276" w:lineRule="auto"/>
            </w:pPr>
            <w:r>
              <w:rPr>
                <w:rFonts w:ascii="Calibri" w:hAnsi="Calibri"/>
                <w:color w:val="333333"/>
                <w:sz w:val="18"/>
              </w:rPr>
              <w:t>Identify the report as a systematic review.</w:t>
            </w:r>
          </w:p>
        </w:tc>
        <w:tc>
          <w:tcPr>
            <w:tcW w:type="dxa" w:w="2160"/>
          </w:tcPr>
          <w:p>
            <w:pPr>
              <w:spacing w:after="40" w:line="276" w:lineRule="auto"/>
            </w:pPr>
            <w:r>
              <w:rPr>
                <w:rFonts w:ascii="Calibri" w:hAnsi="Calibri"/>
                <w:color w:val="333333"/>
                <w:sz w:val="18"/>
              </w:rPr>
              <w:t>Title page, Page 1</w:t>
            </w:r>
          </w:p>
        </w:tc>
      </w:tr>
      <w:tr>
        <w:tc>
          <w:tcPr>
            <w:tcW w:type="dxa" w:w="1728"/>
            <w:shd w:val="clear" w:color="auto" w:fill="D9D9D9"/>
          </w:tcPr>
          <w:p>
            <w:pPr>
              <w:spacing w:after="40" w:line="276" w:lineRule="auto"/>
            </w:pPr>
            <w:r>
              <w:rPr>
                <w:rFonts w:ascii="Calibri" w:hAnsi="Calibri"/>
                <w:b/>
                <w:color w:val="112244"/>
                <w:sz w:val="18"/>
              </w:rPr>
              <w:t>ABSTRACT</w:t>
            </w:r>
          </w:p>
        </w:tc>
        <w:tc>
          <w:tcPr>
            <w:tcW w:type="dxa" w:w="864"/>
            <w:shd w:val="clear" w:color="auto" w:fill="D9D9D9"/>
          </w:tcPr>
          <w:p>
            <w:pPr>
              <w:spacing w:after="40" w:line="276" w:lineRule="auto"/>
            </w:pPr>
            <w:r>
              <w:rPr>
                <w:rFonts w:ascii="Calibri" w:hAnsi="Calibri"/>
                <w:b/>
                <w:color w:val="112244"/>
                <w:sz w:val="18"/>
              </w:rPr>
            </w:r>
          </w:p>
        </w:tc>
        <w:tc>
          <w:tcPr>
            <w:tcW w:type="dxa" w:w="5328"/>
            <w:shd w:val="clear" w:color="auto" w:fill="D9D9D9"/>
          </w:tcPr>
          <w:p>
            <w:pPr>
              <w:spacing w:after="40" w:line="276" w:lineRule="auto"/>
            </w:pPr>
            <w:r>
              <w:rPr>
                <w:rFonts w:ascii="Calibri" w:hAnsi="Calibri"/>
                <w:b/>
                <w:color w:val="112244"/>
                <w:sz w:val="18"/>
              </w:rPr>
            </w:r>
          </w:p>
        </w:tc>
        <w:tc>
          <w:tcPr>
            <w:tcW w:type="dxa" w:w="2160"/>
            <w:shd w:val="clear" w:color="auto" w:fill="D9D9D9"/>
          </w:tcPr>
          <w:p>
            <w:pPr>
              <w:spacing w:after="40" w:line="276" w:lineRule="auto"/>
            </w:pPr>
            <w:r>
              <w:rPr>
                <w:rFonts w:ascii="Calibri" w:hAnsi="Calibri"/>
                <w:b/>
                <w:color w:val="112244"/>
                <w:sz w:val="18"/>
              </w:rPr>
            </w:r>
          </w:p>
        </w:tc>
      </w:tr>
      <w:tr>
        <w:tc>
          <w:tcPr>
            <w:tcW w:type="dxa" w:w="1728"/>
          </w:tcPr>
          <w:p>
            <w:pPr>
              <w:spacing w:after="40" w:line="276" w:lineRule="auto"/>
            </w:pPr>
            <w:r>
              <w:rPr>
                <w:rFonts w:ascii="Calibri" w:hAnsi="Calibri"/>
                <w:color w:val="333333"/>
                <w:sz w:val="18"/>
              </w:rPr>
              <w:t>Abstract</w:t>
            </w:r>
          </w:p>
        </w:tc>
        <w:tc>
          <w:tcPr>
            <w:tcW w:type="dxa" w:w="864"/>
          </w:tcPr>
          <w:p>
            <w:pPr>
              <w:spacing w:after="40" w:line="276" w:lineRule="auto"/>
            </w:pPr>
            <w:r>
              <w:rPr>
                <w:rFonts w:ascii="Calibri" w:hAnsi="Calibri"/>
                <w:color w:val="333333"/>
                <w:sz w:val="18"/>
              </w:rPr>
              <w:t>2</w:t>
            </w:r>
          </w:p>
        </w:tc>
        <w:tc>
          <w:tcPr>
            <w:tcW w:type="dxa" w:w="5328"/>
          </w:tcPr>
          <w:p>
            <w:pPr>
              <w:spacing w:after="40" w:line="276" w:lineRule="auto"/>
            </w:pPr>
            <w:r>
              <w:rPr>
                <w:rFonts w:ascii="Calibri" w:hAnsi="Calibri"/>
                <w:color w:val="333333"/>
                <w:sz w:val="18"/>
              </w:rPr>
              <w:t>See the PRISMA 2020 for Abstracts checklist.</w:t>
            </w:r>
          </w:p>
        </w:tc>
        <w:tc>
          <w:tcPr>
            <w:tcW w:type="dxa" w:w="2160"/>
          </w:tcPr>
          <w:p>
            <w:pPr>
              <w:spacing w:after="40" w:line="276" w:lineRule="auto"/>
            </w:pPr>
            <w:r>
              <w:rPr>
                <w:rFonts w:ascii="Calibri" w:hAnsi="Calibri"/>
                <w:color w:val="333333"/>
                <w:sz w:val="18"/>
              </w:rPr>
              <w:t>Abstract, Page 1</w:t>
            </w:r>
          </w:p>
        </w:tc>
      </w:tr>
      <w:tr>
        <w:tc>
          <w:tcPr>
            <w:tcW w:type="dxa" w:w="1728"/>
            <w:shd w:val="clear" w:color="auto" w:fill="D9D9D9"/>
          </w:tcPr>
          <w:p>
            <w:pPr>
              <w:spacing w:after="40" w:line="276" w:lineRule="auto"/>
            </w:pPr>
            <w:r>
              <w:rPr>
                <w:rFonts w:ascii="Calibri" w:hAnsi="Calibri"/>
                <w:b/>
                <w:color w:val="112244"/>
                <w:sz w:val="18"/>
              </w:rPr>
              <w:t>INTRODUCTION</w:t>
            </w:r>
          </w:p>
        </w:tc>
        <w:tc>
          <w:tcPr>
            <w:tcW w:type="dxa" w:w="864"/>
            <w:shd w:val="clear" w:color="auto" w:fill="D9D9D9"/>
          </w:tcPr>
          <w:p>
            <w:pPr>
              <w:spacing w:after="40" w:line="276" w:lineRule="auto"/>
            </w:pPr>
            <w:r>
              <w:rPr>
                <w:rFonts w:ascii="Calibri" w:hAnsi="Calibri"/>
                <w:b/>
                <w:color w:val="112244"/>
                <w:sz w:val="18"/>
              </w:rPr>
            </w:r>
          </w:p>
        </w:tc>
        <w:tc>
          <w:tcPr>
            <w:tcW w:type="dxa" w:w="5328"/>
            <w:shd w:val="clear" w:color="auto" w:fill="D9D9D9"/>
          </w:tcPr>
          <w:p>
            <w:pPr>
              <w:spacing w:after="40" w:line="276" w:lineRule="auto"/>
            </w:pPr>
            <w:r>
              <w:rPr>
                <w:rFonts w:ascii="Calibri" w:hAnsi="Calibri"/>
                <w:b/>
                <w:color w:val="112244"/>
                <w:sz w:val="18"/>
              </w:rPr>
            </w:r>
          </w:p>
        </w:tc>
        <w:tc>
          <w:tcPr>
            <w:tcW w:type="dxa" w:w="2160"/>
            <w:shd w:val="clear" w:color="auto" w:fill="D9D9D9"/>
          </w:tcPr>
          <w:p>
            <w:pPr>
              <w:spacing w:after="40" w:line="276" w:lineRule="auto"/>
            </w:pPr>
            <w:r>
              <w:rPr>
                <w:rFonts w:ascii="Calibri" w:hAnsi="Calibri"/>
                <w:b/>
                <w:color w:val="112244"/>
                <w:sz w:val="18"/>
              </w:rPr>
            </w:r>
          </w:p>
        </w:tc>
      </w:tr>
      <w:tr>
        <w:tc>
          <w:tcPr>
            <w:tcW w:type="dxa" w:w="1728"/>
          </w:tcPr>
          <w:p>
            <w:pPr>
              <w:spacing w:after="40" w:line="276" w:lineRule="auto"/>
            </w:pPr>
            <w:r>
              <w:rPr>
                <w:rFonts w:ascii="Calibri" w:hAnsi="Calibri"/>
                <w:color w:val="333333"/>
                <w:sz w:val="18"/>
              </w:rPr>
              <w:t>Rationale</w:t>
            </w:r>
          </w:p>
        </w:tc>
        <w:tc>
          <w:tcPr>
            <w:tcW w:type="dxa" w:w="864"/>
          </w:tcPr>
          <w:p>
            <w:pPr>
              <w:spacing w:after="40" w:line="276" w:lineRule="auto"/>
            </w:pPr>
            <w:r>
              <w:rPr>
                <w:rFonts w:ascii="Calibri" w:hAnsi="Calibri"/>
                <w:color w:val="333333"/>
                <w:sz w:val="18"/>
              </w:rPr>
              <w:t>3</w:t>
            </w:r>
          </w:p>
        </w:tc>
        <w:tc>
          <w:tcPr>
            <w:tcW w:type="dxa" w:w="5328"/>
          </w:tcPr>
          <w:p>
            <w:pPr>
              <w:spacing w:after="40" w:line="276" w:lineRule="auto"/>
            </w:pPr>
            <w:r>
              <w:rPr>
                <w:rFonts w:ascii="Calibri" w:hAnsi="Calibri"/>
                <w:color w:val="333333"/>
                <w:sz w:val="18"/>
              </w:rPr>
              <w:t>Describe the rationale for the review in the context of existing knowledge.</w:t>
            </w:r>
          </w:p>
        </w:tc>
        <w:tc>
          <w:tcPr>
            <w:tcW w:type="dxa" w:w="2160"/>
          </w:tcPr>
          <w:p>
            <w:pPr>
              <w:spacing w:after="40" w:line="276" w:lineRule="auto"/>
            </w:pPr>
            <w:r>
              <w:rPr>
                <w:rFonts w:ascii="Calibri" w:hAnsi="Calibri"/>
                <w:color w:val="333333"/>
                <w:sz w:val="18"/>
              </w:rPr>
              <w:t>Introduction, Page 1–2</w:t>
            </w:r>
          </w:p>
        </w:tc>
      </w:tr>
      <w:tr>
        <w:tc>
          <w:tcPr>
            <w:tcW w:type="dxa" w:w="1728"/>
          </w:tcPr>
          <w:p>
            <w:pPr>
              <w:spacing w:after="40" w:line="276" w:lineRule="auto"/>
            </w:pPr>
            <w:r>
              <w:rPr>
                <w:rFonts w:ascii="Calibri" w:hAnsi="Calibri"/>
                <w:color w:val="333333"/>
                <w:sz w:val="18"/>
              </w:rPr>
              <w:t>Objectives</w:t>
            </w:r>
          </w:p>
        </w:tc>
        <w:tc>
          <w:tcPr>
            <w:tcW w:type="dxa" w:w="864"/>
          </w:tcPr>
          <w:p>
            <w:pPr>
              <w:spacing w:after="40" w:line="276" w:lineRule="auto"/>
            </w:pPr>
            <w:r>
              <w:rPr>
                <w:rFonts w:ascii="Calibri" w:hAnsi="Calibri"/>
                <w:color w:val="333333"/>
                <w:sz w:val="18"/>
              </w:rPr>
              <w:t>4</w:t>
            </w:r>
          </w:p>
        </w:tc>
        <w:tc>
          <w:tcPr>
            <w:tcW w:type="dxa" w:w="5328"/>
          </w:tcPr>
          <w:p>
            <w:pPr>
              <w:spacing w:after="40" w:line="276" w:lineRule="auto"/>
            </w:pPr>
            <w:r>
              <w:rPr>
                <w:rFonts w:ascii="Calibri" w:hAnsi="Calibri"/>
                <w:color w:val="333333"/>
                <w:sz w:val="18"/>
              </w:rPr>
              <w:t>Provide an explicit statement of the objective(s) or question(s) the review addresses.</w:t>
            </w:r>
          </w:p>
        </w:tc>
        <w:tc>
          <w:tcPr>
            <w:tcW w:type="dxa" w:w="2160"/>
          </w:tcPr>
          <w:p>
            <w:pPr>
              <w:spacing w:after="40" w:line="276" w:lineRule="auto"/>
            </w:pPr>
            <w:r>
              <w:rPr>
                <w:rFonts w:ascii="Calibri" w:hAnsi="Calibri"/>
                <w:color w:val="333333"/>
                <w:sz w:val="18"/>
              </w:rPr>
              <w:t>Introduction, Page 2</w:t>
            </w:r>
          </w:p>
        </w:tc>
      </w:tr>
      <w:tr>
        <w:tc>
          <w:tcPr>
            <w:tcW w:type="dxa" w:w="1728"/>
            <w:shd w:val="clear" w:color="auto" w:fill="D9D9D9"/>
          </w:tcPr>
          <w:p>
            <w:pPr>
              <w:spacing w:after="40" w:line="276" w:lineRule="auto"/>
            </w:pPr>
            <w:r>
              <w:rPr>
                <w:rFonts w:ascii="Calibri" w:hAnsi="Calibri"/>
                <w:b/>
                <w:color w:val="112244"/>
                <w:sz w:val="18"/>
              </w:rPr>
              <w:t>METHODS</w:t>
            </w:r>
          </w:p>
        </w:tc>
        <w:tc>
          <w:tcPr>
            <w:tcW w:type="dxa" w:w="864"/>
            <w:shd w:val="clear" w:color="auto" w:fill="D9D9D9"/>
          </w:tcPr>
          <w:p>
            <w:pPr>
              <w:spacing w:after="40" w:line="276" w:lineRule="auto"/>
            </w:pPr>
            <w:r>
              <w:rPr>
                <w:rFonts w:ascii="Calibri" w:hAnsi="Calibri"/>
                <w:b/>
                <w:color w:val="112244"/>
                <w:sz w:val="18"/>
              </w:rPr>
            </w:r>
          </w:p>
        </w:tc>
        <w:tc>
          <w:tcPr>
            <w:tcW w:type="dxa" w:w="5328"/>
            <w:shd w:val="clear" w:color="auto" w:fill="D9D9D9"/>
          </w:tcPr>
          <w:p>
            <w:pPr>
              <w:spacing w:after="40" w:line="276" w:lineRule="auto"/>
            </w:pPr>
            <w:r>
              <w:rPr>
                <w:rFonts w:ascii="Calibri" w:hAnsi="Calibri"/>
                <w:b/>
                <w:color w:val="112244"/>
                <w:sz w:val="18"/>
              </w:rPr>
            </w:r>
          </w:p>
        </w:tc>
        <w:tc>
          <w:tcPr>
            <w:tcW w:type="dxa" w:w="2160"/>
            <w:shd w:val="clear" w:color="auto" w:fill="D9D9D9"/>
          </w:tcPr>
          <w:p>
            <w:pPr>
              <w:spacing w:after="40" w:line="276" w:lineRule="auto"/>
            </w:pPr>
            <w:r>
              <w:rPr>
                <w:rFonts w:ascii="Calibri" w:hAnsi="Calibri"/>
                <w:b/>
                <w:color w:val="112244"/>
                <w:sz w:val="18"/>
              </w:rPr>
            </w:r>
          </w:p>
        </w:tc>
      </w:tr>
      <w:tr>
        <w:tc>
          <w:tcPr>
            <w:tcW w:type="dxa" w:w="1728"/>
          </w:tcPr>
          <w:p>
            <w:pPr>
              <w:spacing w:after="40" w:line="276" w:lineRule="auto"/>
            </w:pPr>
            <w:r>
              <w:rPr>
                <w:rFonts w:ascii="Calibri" w:hAnsi="Calibri"/>
                <w:color w:val="333333"/>
                <w:sz w:val="18"/>
              </w:rPr>
              <w:t>Eligibility criteria</w:t>
            </w:r>
          </w:p>
        </w:tc>
        <w:tc>
          <w:tcPr>
            <w:tcW w:type="dxa" w:w="864"/>
          </w:tcPr>
          <w:p>
            <w:pPr>
              <w:spacing w:after="40" w:line="276" w:lineRule="auto"/>
            </w:pPr>
            <w:r>
              <w:rPr>
                <w:rFonts w:ascii="Calibri" w:hAnsi="Calibri"/>
                <w:color w:val="333333"/>
                <w:sz w:val="18"/>
              </w:rPr>
              <w:t>5</w:t>
            </w:r>
          </w:p>
        </w:tc>
        <w:tc>
          <w:tcPr>
            <w:tcW w:type="dxa" w:w="5328"/>
          </w:tcPr>
          <w:p>
            <w:pPr>
              <w:spacing w:after="40" w:line="276" w:lineRule="auto"/>
            </w:pPr>
            <w:r>
              <w:rPr>
                <w:rFonts w:ascii="Calibri" w:hAnsi="Calibri"/>
                <w:color w:val="333333"/>
                <w:sz w:val="18"/>
              </w:rPr>
              <w:t>Specify the inclusion and exclusion criteria for the review and how studies were grouped for the syntheses.</w:t>
            </w:r>
          </w:p>
        </w:tc>
        <w:tc>
          <w:tcPr>
            <w:tcW w:type="dxa" w:w="2160"/>
          </w:tcPr>
          <w:p>
            <w:pPr>
              <w:spacing w:after="40" w:line="276" w:lineRule="auto"/>
            </w:pPr>
            <w:r>
              <w:rPr>
                <w:rFonts w:ascii="Calibri" w:hAnsi="Calibri"/>
                <w:color w:val="333333"/>
                <w:sz w:val="18"/>
              </w:rPr>
              <w:t>Methods - Section 2.3, Page 2–3</w:t>
            </w:r>
          </w:p>
        </w:tc>
      </w:tr>
      <w:tr>
        <w:tc>
          <w:tcPr>
            <w:tcW w:type="dxa" w:w="1728"/>
          </w:tcPr>
          <w:p>
            <w:pPr>
              <w:spacing w:after="40" w:line="276" w:lineRule="auto"/>
            </w:pPr>
            <w:r>
              <w:rPr>
                <w:rFonts w:ascii="Calibri" w:hAnsi="Calibri"/>
                <w:color w:val="333333"/>
                <w:sz w:val="18"/>
              </w:rPr>
              <w:t>Information sources</w:t>
            </w:r>
          </w:p>
        </w:tc>
        <w:tc>
          <w:tcPr>
            <w:tcW w:type="dxa" w:w="864"/>
          </w:tcPr>
          <w:p>
            <w:pPr>
              <w:spacing w:after="40" w:line="276" w:lineRule="auto"/>
            </w:pPr>
            <w:r>
              <w:rPr>
                <w:rFonts w:ascii="Calibri" w:hAnsi="Calibri"/>
                <w:color w:val="333333"/>
                <w:sz w:val="18"/>
              </w:rPr>
              <w:t>6</w:t>
            </w:r>
          </w:p>
        </w:tc>
        <w:tc>
          <w:tcPr>
            <w:tcW w:type="dxa" w:w="5328"/>
          </w:tcPr>
          <w:p>
            <w:pPr>
              <w:spacing w:after="40" w:line="276" w:lineRule="auto"/>
            </w:pPr>
            <w:r>
              <w:rPr>
                <w:rFonts w:ascii="Calibri" w:hAnsi="Calibri"/>
                <w:color w:val="333333"/>
                <w:sz w:val="18"/>
              </w:rPr>
              <w:t>Specify all databases, registers, websites, organisations, reference lists and other sources searched or consulted to identify studies. Specify the date when each source was last searched or consulted.</w:t>
            </w:r>
          </w:p>
        </w:tc>
        <w:tc>
          <w:tcPr>
            <w:tcW w:type="dxa" w:w="2160"/>
          </w:tcPr>
          <w:p>
            <w:pPr>
              <w:spacing w:after="40" w:line="276" w:lineRule="auto"/>
            </w:pPr>
            <w:r>
              <w:rPr>
                <w:rFonts w:ascii="Calibri" w:hAnsi="Calibri"/>
                <w:color w:val="333333"/>
                <w:sz w:val="18"/>
              </w:rPr>
              <w:t>Methods - Section 2.2, Page 2</w:t>
            </w:r>
          </w:p>
        </w:tc>
      </w:tr>
      <w:tr>
        <w:tc>
          <w:tcPr>
            <w:tcW w:type="dxa" w:w="1728"/>
          </w:tcPr>
          <w:p>
            <w:pPr>
              <w:spacing w:after="40" w:line="276" w:lineRule="auto"/>
            </w:pPr>
            <w:r>
              <w:rPr>
                <w:rFonts w:ascii="Calibri" w:hAnsi="Calibri"/>
                <w:color w:val="333333"/>
                <w:sz w:val="18"/>
              </w:rPr>
              <w:t>Search strategy</w:t>
            </w:r>
          </w:p>
        </w:tc>
        <w:tc>
          <w:tcPr>
            <w:tcW w:type="dxa" w:w="864"/>
          </w:tcPr>
          <w:p>
            <w:pPr>
              <w:spacing w:after="40" w:line="276" w:lineRule="auto"/>
            </w:pPr>
            <w:r>
              <w:rPr>
                <w:rFonts w:ascii="Calibri" w:hAnsi="Calibri"/>
                <w:color w:val="333333"/>
                <w:sz w:val="18"/>
              </w:rPr>
              <w:t>7</w:t>
            </w:r>
          </w:p>
        </w:tc>
        <w:tc>
          <w:tcPr>
            <w:tcW w:type="dxa" w:w="5328"/>
          </w:tcPr>
          <w:p>
            <w:pPr>
              <w:spacing w:after="40" w:line="276" w:lineRule="auto"/>
            </w:pPr>
            <w:r>
              <w:rPr>
                <w:rFonts w:ascii="Calibri" w:hAnsi="Calibri"/>
                <w:color w:val="333333"/>
                <w:sz w:val="18"/>
              </w:rPr>
              <w:t>Present the full search strategies for all databases, registers and websites, including any filters and limits used.</w:t>
            </w:r>
          </w:p>
        </w:tc>
        <w:tc>
          <w:tcPr>
            <w:tcW w:type="dxa" w:w="2160"/>
          </w:tcPr>
          <w:p>
            <w:pPr>
              <w:spacing w:after="40" w:line="276" w:lineRule="auto"/>
            </w:pPr>
            <w:r>
              <w:rPr>
                <w:rFonts w:ascii="Calibri" w:hAnsi="Calibri"/>
                <w:color w:val="333333"/>
                <w:sz w:val="18"/>
              </w:rPr>
              <w:t>Methods - Section 2.2, Page 2</w:t>
            </w:r>
          </w:p>
        </w:tc>
      </w:tr>
      <w:tr>
        <w:tc>
          <w:tcPr>
            <w:tcW w:type="dxa" w:w="1728"/>
          </w:tcPr>
          <w:p>
            <w:pPr>
              <w:spacing w:after="40" w:line="276" w:lineRule="auto"/>
            </w:pPr>
            <w:r>
              <w:rPr>
                <w:rFonts w:ascii="Calibri" w:hAnsi="Calibri"/>
                <w:color w:val="333333"/>
                <w:sz w:val="18"/>
              </w:rPr>
              <w:t>Selection process</w:t>
            </w:r>
          </w:p>
        </w:tc>
        <w:tc>
          <w:tcPr>
            <w:tcW w:type="dxa" w:w="864"/>
          </w:tcPr>
          <w:p>
            <w:pPr>
              <w:spacing w:after="40" w:line="276" w:lineRule="auto"/>
            </w:pPr>
            <w:r>
              <w:rPr>
                <w:rFonts w:ascii="Calibri" w:hAnsi="Calibri"/>
                <w:color w:val="333333"/>
                <w:sz w:val="18"/>
              </w:rPr>
              <w:t>8</w:t>
            </w:r>
          </w:p>
        </w:tc>
        <w:tc>
          <w:tcPr>
            <w:tcW w:type="dxa" w:w="5328"/>
          </w:tcPr>
          <w:p>
            <w:pPr>
              <w:spacing w:after="40" w:line="276" w:lineRule="auto"/>
            </w:pPr>
            <w:r>
              <w:rPr>
                <w:rFonts w:ascii="Calibri" w:hAnsi="Calibri"/>
                <w:color w:val="333333"/>
                <w:sz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type="dxa" w:w="2160"/>
          </w:tcPr>
          <w:p>
            <w:pPr>
              <w:spacing w:after="40" w:line="276" w:lineRule="auto"/>
            </w:pPr>
            <w:r>
              <w:rPr>
                <w:rFonts w:ascii="Calibri" w:hAnsi="Calibri"/>
                <w:color w:val="333333"/>
                <w:sz w:val="18"/>
              </w:rPr>
              <w:t>Methods - Section 2.1 &amp; 2.2; PROSPERO Protocol, Page 2</w:t>
            </w:r>
          </w:p>
        </w:tc>
      </w:tr>
      <w:tr>
        <w:tc>
          <w:tcPr>
            <w:tcW w:type="dxa" w:w="1728"/>
          </w:tcPr>
          <w:p>
            <w:pPr>
              <w:spacing w:after="40" w:line="276" w:lineRule="auto"/>
            </w:pPr>
            <w:r>
              <w:rPr>
                <w:rFonts w:ascii="Calibri" w:hAnsi="Calibri"/>
                <w:color w:val="333333"/>
                <w:sz w:val="18"/>
              </w:rPr>
              <w:t>Data collection process</w:t>
            </w:r>
          </w:p>
        </w:tc>
        <w:tc>
          <w:tcPr>
            <w:tcW w:type="dxa" w:w="864"/>
          </w:tcPr>
          <w:p>
            <w:pPr>
              <w:spacing w:after="40" w:line="276" w:lineRule="auto"/>
            </w:pPr>
            <w:r>
              <w:rPr>
                <w:rFonts w:ascii="Calibri" w:hAnsi="Calibri"/>
                <w:color w:val="333333"/>
                <w:sz w:val="18"/>
              </w:rPr>
              <w:t>9</w:t>
            </w:r>
          </w:p>
        </w:tc>
        <w:tc>
          <w:tcPr>
            <w:tcW w:type="dxa" w:w="5328"/>
          </w:tcPr>
          <w:p>
            <w:pPr>
              <w:spacing w:after="40" w:line="276" w:lineRule="auto"/>
            </w:pPr>
            <w:r>
              <w:rPr>
                <w:rFonts w:ascii="Calibri" w:hAnsi="Calibri"/>
                <w:color w:val="333333"/>
                <w:sz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type="dxa" w:w="2160"/>
          </w:tcPr>
          <w:p>
            <w:pPr>
              <w:spacing w:after="40" w:line="276" w:lineRule="auto"/>
            </w:pPr>
            <w:r>
              <w:rPr>
                <w:rFonts w:ascii="Calibri" w:hAnsi="Calibri"/>
                <w:color w:val="333333"/>
                <w:sz w:val="18"/>
              </w:rPr>
              <w:t>Methods - Section 2.1 &amp; PROSPERO Protocol, Page 2</w:t>
            </w:r>
          </w:p>
        </w:tc>
      </w:tr>
      <w:tr>
        <w:tc>
          <w:tcPr>
            <w:tcW w:type="dxa" w:w="1728"/>
          </w:tcPr>
          <w:p>
            <w:pPr>
              <w:spacing w:after="40" w:line="276" w:lineRule="auto"/>
            </w:pPr>
            <w:r>
              <w:rPr>
                <w:rFonts w:ascii="Calibri" w:hAnsi="Calibri"/>
                <w:color w:val="333333"/>
                <w:sz w:val="18"/>
              </w:rPr>
              <w:t>Data items</w:t>
            </w:r>
          </w:p>
        </w:tc>
        <w:tc>
          <w:tcPr>
            <w:tcW w:type="dxa" w:w="864"/>
          </w:tcPr>
          <w:p>
            <w:pPr>
              <w:spacing w:after="40" w:line="276" w:lineRule="auto"/>
            </w:pPr>
            <w:r>
              <w:rPr>
                <w:rFonts w:ascii="Calibri" w:hAnsi="Calibri"/>
                <w:color w:val="333333"/>
                <w:sz w:val="18"/>
              </w:rPr>
              <w:t>10a</w:t>
            </w:r>
          </w:p>
        </w:tc>
        <w:tc>
          <w:tcPr>
            <w:tcW w:type="dxa" w:w="5328"/>
          </w:tcPr>
          <w:p>
            <w:pPr>
              <w:spacing w:after="40" w:line="276" w:lineRule="auto"/>
            </w:pPr>
            <w:r>
              <w:rPr>
                <w:rFonts w:ascii="Calibri" w:hAnsi="Calibri"/>
                <w:color w:val="333333"/>
                <w:sz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type="dxa" w:w="2160"/>
          </w:tcPr>
          <w:p>
            <w:pPr>
              <w:spacing w:after="40" w:line="276" w:lineRule="auto"/>
            </w:pPr>
            <w:r>
              <w:rPr>
                <w:rFonts w:ascii="Calibri" w:hAnsi="Calibri"/>
                <w:color w:val="333333"/>
                <w:sz w:val="18"/>
              </w:rPr>
              <w:t>Methods - Section 2.3 &amp; PROSPERO Protocol, Page 2–3</w:t>
            </w:r>
          </w:p>
        </w:tc>
      </w:tr>
      <w:tr>
        <w:tc>
          <w:tcPr>
            <w:tcW w:type="dxa" w:w="1728"/>
          </w:tcPr>
          <w:p>
            <w:pPr>
              <w:spacing w:after="40" w:line="276" w:lineRule="auto"/>
            </w:pPr>
            <w:r>
              <w:rPr>
                <w:rFonts w:ascii="Calibri" w:hAnsi="Calibri"/>
                <w:color w:val="333333"/>
                <w:sz w:val="18"/>
              </w:rPr>
              <w:t>Data items</w:t>
            </w:r>
          </w:p>
        </w:tc>
        <w:tc>
          <w:tcPr>
            <w:tcW w:type="dxa" w:w="864"/>
          </w:tcPr>
          <w:p>
            <w:pPr>
              <w:spacing w:after="40" w:line="276" w:lineRule="auto"/>
            </w:pPr>
            <w:r>
              <w:rPr>
                <w:rFonts w:ascii="Calibri" w:hAnsi="Calibri"/>
                <w:color w:val="333333"/>
                <w:sz w:val="18"/>
              </w:rPr>
              <w:t>10b</w:t>
            </w:r>
          </w:p>
        </w:tc>
        <w:tc>
          <w:tcPr>
            <w:tcW w:type="dxa" w:w="5328"/>
          </w:tcPr>
          <w:p>
            <w:pPr>
              <w:spacing w:after="40" w:line="276" w:lineRule="auto"/>
            </w:pPr>
            <w:r>
              <w:rPr>
                <w:rFonts w:ascii="Calibri" w:hAnsi="Calibri"/>
                <w:color w:val="333333"/>
                <w:sz w:val="18"/>
              </w:rPr>
              <w:t>List and define all other variables for which data were sought (e.g. participant and intervention characteristics, funding sources). Describe any assumptions made about any missing or unclear information.</w:t>
            </w:r>
          </w:p>
        </w:tc>
        <w:tc>
          <w:tcPr>
            <w:tcW w:type="dxa" w:w="2160"/>
          </w:tcPr>
          <w:p>
            <w:pPr>
              <w:spacing w:after="40" w:line="276" w:lineRule="auto"/>
            </w:pPr>
            <w:r>
              <w:rPr>
                <w:rFonts w:ascii="Calibri" w:hAnsi="Calibri"/>
                <w:color w:val="333333"/>
                <w:sz w:val="18"/>
              </w:rPr>
              <w:t>Methods - Section 2.3, Page 2–3</w:t>
            </w:r>
          </w:p>
        </w:tc>
      </w:tr>
      <w:tr>
        <w:tc>
          <w:tcPr>
            <w:tcW w:type="dxa" w:w="1728"/>
          </w:tcPr>
          <w:p>
            <w:pPr>
              <w:spacing w:after="40" w:line="276" w:lineRule="auto"/>
            </w:pPr>
            <w:r>
              <w:rPr>
                <w:rFonts w:ascii="Calibri" w:hAnsi="Calibri"/>
                <w:color w:val="333333"/>
                <w:sz w:val="18"/>
              </w:rPr>
              <w:t>Study risk of bias assessment</w:t>
            </w:r>
          </w:p>
        </w:tc>
        <w:tc>
          <w:tcPr>
            <w:tcW w:type="dxa" w:w="864"/>
          </w:tcPr>
          <w:p>
            <w:pPr>
              <w:spacing w:after="40" w:line="276" w:lineRule="auto"/>
            </w:pPr>
            <w:r>
              <w:rPr>
                <w:rFonts w:ascii="Calibri" w:hAnsi="Calibri"/>
                <w:color w:val="333333"/>
                <w:sz w:val="18"/>
              </w:rPr>
              <w:t>11</w:t>
            </w:r>
          </w:p>
        </w:tc>
        <w:tc>
          <w:tcPr>
            <w:tcW w:type="dxa" w:w="5328"/>
          </w:tcPr>
          <w:p>
            <w:pPr>
              <w:spacing w:after="40" w:line="276" w:lineRule="auto"/>
            </w:pPr>
            <w:r>
              <w:rPr>
                <w:rFonts w:ascii="Calibri" w:hAnsi="Calibri"/>
                <w:color w:val="333333"/>
                <w:sz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type="dxa" w:w="2160"/>
          </w:tcPr>
          <w:p>
            <w:pPr>
              <w:spacing w:after="40" w:line="276" w:lineRule="auto"/>
            </w:pPr>
            <w:r>
              <w:rPr>
                <w:rFonts w:ascii="Calibri" w:hAnsi="Calibri"/>
                <w:color w:val="333333"/>
                <w:sz w:val="18"/>
              </w:rPr>
              <w:t>Methods - Section 2.4, Page 3</w:t>
            </w:r>
          </w:p>
        </w:tc>
      </w:tr>
      <w:tr>
        <w:tc>
          <w:tcPr>
            <w:tcW w:type="dxa" w:w="1728"/>
          </w:tcPr>
          <w:p>
            <w:pPr>
              <w:spacing w:after="40" w:line="276" w:lineRule="auto"/>
            </w:pPr>
            <w:r>
              <w:rPr>
                <w:rFonts w:ascii="Calibri" w:hAnsi="Calibri"/>
                <w:color w:val="333333"/>
                <w:sz w:val="18"/>
              </w:rPr>
              <w:t>Effect measures</w:t>
            </w:r>
          </w:p>
        </w:tc>
        <w:tc>
          <w:tcPr>
            <w:tcW w:type="dxa" w:w="864"/>
          </w:tcPr>
          <w:p>
            <w:pPr>
              <w:spacing w:after="40" w:line="276" w:lineRule="auto"/>
            </w:pPr>
            <w:r>
              <w:rPr>
                <w:rFonts w:ascii="Calibri" w:hAnsi="Calibri"/>
                <w:color w:val="333333"/>
                <w:sz w:val="18"/>
              </w:rPr>
              <w:t>12</w:t>
            </w:r>
          </w:p>
        </w:tc>
        <w:tc>
          <w:tcPr>
            <w:tcW w:type="dxa" w:w="5328"/>
          </w:tcPr>
          <w:p>
            <w:pPr>
              <w:spacing w:after="40" w:line="276" w:lineRule="auto"/>
            </w:pPr>
            <w:r>
              <w:rPr>
                <w:rFonts w:ascii="Calibri" w:hAnsi="Calibri"/>
                <w:color w:val="333333"/>
                <w:sz w:val="18"/>
              </w:rPr>
              <w:t>Specify for each outcome the effect measure(s) (e.g. risk ratio, mean difference) used in the synthesis or presentation of results.</w:t>
            </w:r>
          </w:p>
        </w:tc>
        <w:tc>
          <w:tcPr>
            <w:tcW w:type="dxa" w:w="2160"/>
          </w:tcPr>
          <w:p>
            <w:pPr>
              <w:spacing w:after="40" w:line="276" w:lineRule="auto"/>
            </w:pPr>
            <w:r>
              <w:rPr>
                <w:rFonts w:ascii="Calibri" w:hAnsi="Calibri"/>
                <w:color w:val="333333"/>
                <w:sz w:val="18"/>
              </w:rPr>
              <w:t>Methods - Section 2.5, Page 3</w:t>
            </w:r>
          </w:p>
        </w:tc>
      </w:tr>
      <w:tr>
        <w:tc>
          <w:tcPr>
            <w:tcW w:type="dxa" w:w="1728"/>
          </w:tcPr>
          <w:p>
            <w:pPr>
              <w:spacing w:after="40" w:line="276" w:lineRule="auto"/>
            </w:pPr>
            <w:r>
              <w:rPr>
                <w:rFonts w:ascii="Calibri" w:hAnsi="Calibri"/>
                <w:color w:val="333333"/>
                <w:sz w:val="18"/>
              </w:rPr>
              <w:t>Synthesis methods</w:t>
            </w:r>
          </w:p>
        </w:tc>
        <w:tc>
          <w:tcPr>
            <w:tcW w:type="dxa" w:w="864"/>
          </w:tcPr>
          <w:p>
            <w:pPr>
              <w:spacing w:after="40" w:line="276" w:lineRule="auto"/>
            </w:pPr>
            <w:r>
              <w:rPr>
                <w:rFonts w:ascii="Calibri" w:hAnsi="Calibri"/>
                <w:color w:val="333333"/>
                <w:sz w:val="18"/>
              </w:rPr>
              <w:t>13a</w:t>
            </w:r>
          </w:p>
        </w:tc>
        <w:tc>
          <w:tcPr>
            <w:tcW w:type="dxa" w:w="5328"/>
          </w:tcPr>
          <w:p>
            <w:pPr>
              <w:spacing w:after="40" w:line="276" w:lineRule="auto"/>
            </w:pPr>
            <w:r>
              <w:rPr>
                <w:rFonts w:ascii="Calibri" w:hAnsi="Calibri"/>
                <w:color w:val="333333"/>
                <w:sz w:val="18"/>
              </w:rPr>
              <w:t>Describe the processes used to decide which studies were eligible for each synthesis (e.g. tabulating the study intervention characteristics and comparing against the planned groups for each synthesis (item #5)).</w:t>
            </w:r>
          </w:p>
        </w:tc>
        <w:tc>
          <w:tcPr>
            <w:tcW w:type="dxa" w:w="2160"/>
          </w:tcPr>
          <w:p>
            <w:pPr>
              <w:spacing w:after="40" w:line="276" w:lineRule="auto"/>
            </w:pPr>
            <w:r>
              <w:rPr>
                <w:rFonts w:ascii="Calibri" w:hAnsi="Calibri"/>
                <w:color w:val="333333"/>
                <w:sz w:val="18"/>
              </w:rPr>
              <w:t>Methods - Section 2.3 &amp; 2.5, Page 2–3</w:t>
            </w:r>
          </w:p>
        </w:tc>
      </w:tr>
      <w:tr>
        <w:tc>
          <w:tcPr>
            <w:tcW w:type="dxa" w:w="1728"/>
          </w:tcPr>
          <w:p>
            <w:pPr>
              <w:spacing w:after="40" w:line="276" w:lineRule="auto"/>
            </w:pPr>
            <w:r>
              <w:rPr>
                <w:rFonts w:ascii="Calibri" w:hAnsi="Calibri"/>
                <w:color w:val="333333"/>
                <w:sz w:val="18"/>
              </w:rPr>
              <w:t>Synthesis methods</w:t>
            </w:r>
          </w:p>
        </w:tc>
        <w:tc>
          <w:tcPr>
            <w:tcW w:type="dxa" w:w="864"/>
          </w:tcPr>
          <w:p>
            <w:pPr>
              <w:spacing w:after="40" w:line="276" w:lineRule="auto"/>
            </w:pPr>
            <w:r>
              <w:rPr>
                <w:rFonts w:ascii="Calibri" w:hAnsi="Calibri"/>
                <w:color w:val="333333"/>
                <w:sz w:val="18"/>
              </w:rPr>
              <w:t>13b</w:t>
            </w:r>
          </w:p>
        </w:tc>
        <w:tc>
          <w:tcPr>
            <w:tcW w:type="dxa" w:w="5328"/>
          </w:tcPr>
          <w:p>
            <w:pPr>
              <w:spacing w:after="40" w:line="276" w:lineRule="auto"/>
            </w:pPr>
            <w:r>
              <w:rPr>
                <w:rFonts w:ascii="Calibri" w:hAnsi="Calibri"/>
                <w:color w:val="333333"/>
                <w:sz w:val="18"/>
              </w:rPr>
              <w:t>Describe any methods required to prepare the data for presentation or synthesis, such as handling of missing summary statistics, or data conversions.</w:t>
            </w:r>
          </w:p>
        </w:tc>
        <w:tc>
          <w:tcPr>
            <w:tcW w:type="dxa" w:w="2160"/>
          </w:tcPr>
          <w:p>
            <w:pPr>
              <w:spacing w:after="40" w:line="276" w:lineRule="auto"/>
            </w:pPr>
            <w:r>
              <w:rPr>
                <w:rFonts w:ascii="Calibri" w:hAnsi="Calibri"/>
                <w:color w:val="333333"/>
                <w:sz w:val="18"/>
              </w:rPr>
              <w:t>Methods - Section 2.5, Page 3</w:t>
            </w:r>
          </w:p>
        </w:tc>
      </w:tr>
      <w:tr>
        <w:tc>
          <w:tcPr>
            <w:tcW w:type="dxa" w:w="1728"/>
          </w:tcPr>
          <w:p>
            <w:pPr>
              <w:spacing w:after="40" w:line="276" w:lineRule="auto"/>
            </w:pPr>
            <w:r>
              <w:rPr>
                <w:rFonts w:ascii="Calibri" w:hAnsi="Calibri"/>
                <w:color w:val="333333"/>
                <w:sz w:val="18"/>
              </w:rPr>
              <w:t>Synthesis methods</w:t>
            </w:r>
          </w:p>
        </w:tc>
        <w:tc>
          <w:tcPr>
            <w:tcW w:type="dxa" w:w="864"/>
          </w:tcPr>
          <w:p>
            <w:pPr>
              <w:spacing w:after="40" w:line="276" w:lineRule="auto"/>
            </w:pPr>
            <w:r>
              <w:rPr>
                <w:rFonts w:ascii="Calibri" w:hAnsi="Calibri"/>
                <w:color w:val="333333"/>
                <w:sz w:val="18"/>
              </w:rPr>
              <w:t>13c</w:t>
            </w:r>
          </w:p>
        </w:tc>
        <w:tc>
          <w:tcPr>
            <w:tcW w:type="dxa" w:w="5328"/>
          </w:tcPr>
          <w:p>
            <w:pPr>
              <w:spacing w:after="40" w:line="276" w:lineRule="auto"/>
            </w:pPr>
            <w:r>
              <w:rPr>
                <w:rFonts w:ascii="Calibri" w:hAnsi="Calibri"/>
                <w:color w:val="333333"/>
                <w:sz w:val="18"/>
              </w:rPr>
              <w:t>Describe any methods used to tabulate or visually display results of individual studies and syntheses.</w:t>
            </w:r>
          </w:p>
        </w:tc>
        <w:tc>
          <w:tcPr>
            <w:tcW w:type="dxa" w:w="2160"/>
          </w:tcPr>
          <w:p>
            <w:pPr>
              <w:spacing w:after="40" w:line="276" w:lineRule="auto"/>
            </w:pPr>
            <w:r>
              <w:rPr>
                <w:rFonts w:ascii="Calibri" w:hAnsi="Calibri"/>
                <w:color w:val="333333"/>
                <w:sz w:val="18"/>
              </w:rPr>
              <w:t>Methods - Section 2.5 &amp; Results Table 1, Page 3–4</w:t>
            </w:r>
          </w:p>
        </w:tc>
      </w:tr>
      <w:tr>
        <w:tc>
          <w:tcPr>
            <w:tcW w:type="dxa" w:w="1728"/>
          </w:tcPr>
          <w:p>
            <w:pPr>
              <w:spacing w:after="40" w:line="276" w:lineRule="auto"/>
            </w:pPr>
            <w:r>
              <w:rPr>
                <w:rFonts w:ascii="Calibri" w:hAnsi="Calibri"/>
                <w:color w:val="333333"/>
                <w:sz w:val="18"/>
              </w:rPr>
              <w:t>Synthesis methods</w:t>
            </w:r>
          </w:p>
        </w:tc>
        <w:tc>
          <w:tcPr>
            <w:tcW w:type="dxa" w:w="864"/>
          </w:tcPr>
          <w:p>
            <w:pPr>
              <w:spacing w:after="40" w:line="276" w:lineRule="auto"/>
            </w:pPr>
            <w:r>
              <w:rPr>
                <w:rFonts w:ascii="Calibri" w:hAnsi="Calibri"/>
                <w:color w:val="333333"/>
                <w:sz w:val="18"/>
              </w:rPr>
              <w:t>13d</w:t>
            </w:r>
          </w:p>
        </w:tc>
        <w:tc>
          <w:tcPr>
            <w:tcW w:type="dxa" w:w="5328"/>
          </w:tcPr>
          <w:p>
            <w:pPr>
              <w:spacing w:after="40" w:line="276" w:lineRule="auto"/>
            </w:pPr>
            <w:r>
              <w:rPr>
                <w:rFonts w:ascii="Calibri" w:hAnsi="Calibri"/>
                <w:color w:val="333333"/>
                <w:sz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type="dxa" w:w="2160"/>
          </w:tcPr>
          <w:p>
            <w:pPr>
              <w:spacing w:after="40" w:line="276" w:lineRule="auto"/>
            </w:pPr>
            <w:r>
              <w:rPr>
                <w:rFonts w:ascii="Calibri" w:hAnsi="Calibri"/>
                <w:color w:val="333333"/>
                <w:sz w:val="18"/>
              </w:rPr>
              <w:t>Methods - Section 2.5, Page 3</w:t>
            </w:r>
          </w:p>
        </w:tc>
      </w:tr>
      <w:tr>
        <w:tc>
          <w:tcPr>
            <w:tcW w:type="dxa" w:w="1728"/>
          </w:tcPr>
          <w:p>
            <w:pPr>
              <w:spacing w:after="40" w:line="276" w:lineRule="auto"/>
            </w:pPr>
            <w:r>
              <w:rPr>
                <w:rFonts w:ascii="Calibri" w:hAnsi="Calibri"/>
                <w:color w:val="333333"/>
                <w:sz w:val="18"/>
              </w:rPr>
              <w:t>Synthesis methods</w:t>
            </w:r>
          </w:p>
        </w:tc>
        <w:tc>
          <w:tcPr>
            <w:tcW w:type="dxa" w:w="864"/>
          </w:tcPr>
          <w:p>
            <w:pPr>
              <w:spacing w:after="40" w:line="276" w:lineRule="auto"/>
            </w:pPr>
            <w:r>
              <w:rPr>
                <w:rFonts w:ascii="Calibri" w:hAnsi="Calibri"/>
                <w:color w:val="333333"/>
                <w:sz w:val="18"/>
              </w:rPr>
              <w:t>13e</w:t>
            </w:r>
          </w:p>
        </w:tc>
        <w:tc>
          <w:tcPr>
            <w:tcW w:type="dxa" w:w="5328"/>
          </w:tcPr>
          <w:p>
            <w:pPr>
              <w:spacing w:after="40" w:line="276" w:lineRule="auto"/>
            </w:pPr>
            <w:r>
              <w:rPr>
                <w:rFonts w:ascii="Calibri" w:hAnsi="Calibri"/>
                <w:color w:val="333333"/>
                <w:sz w:val="18"/>
              </w:rPr>
              <w:t>Describe any methods used to explore possible causes of heterogeneity among study results (e.g. subgroup analysis, meta-regression).</w:t>
            </w:r>
          </w:p>
        </w:tc>
        <w:tc>
          <w:tcPr>
            <w:tcW w:type="dxa" w:w="2160"/>
          </w:tcPr>
          <w:p>
            <w:pPr>
              <w:spacing w:after="40" w:line="276" w:lineRule="auto"/>
            </w:pPr>
            <w:r>
              <w:rPr>
                <w:rFonts w:ascii="Calibri" w:hAnsi="Calibri"/>
                <w:color w:val="333333"/>
                <w:sz w:val="18"/>
              </w:rPr>
              <w:t>Methods - Section 2.5 &amp; Results Section 3.4, Page 3–4</w:t>
            </w:r>
          </w:p>
        </w:tc>
      </w:tr>
      <w:tr>
        <w:tc>
          <w:tcPr>
            <w:tcW w:type="dxa" w:w="1728"/>
          </w:tcPr>
          <w:p>
            <w:pPr>
              <w:spacing w:after="40" w:line="276" w:lineRule="auto"/>
            </w:pPr>
            <w:r>
              <w:rPr>
                <w:rFonts w:ascii="Calibri" w:hAnsi="Calibri"/>
                <w:color w:val="333333"/>
                <w:sz w:val="18"/>
              </w:rPr>
              <w:t>Synthesis methods</w:t>
            </w:r>
          </w:p>
        </w:tc>
        <w:tc>
          <w:tcPr>
            <w:tcW w:type="dxa" w:w="864"/>
          </w:tcPr>
          <w:p>
            <w:pPr>
              <w:spacing w:after="40" w:line="276" w:lineRule="auto"/>
            </w:pPr>
            <w:r>
              <w:rPr>
                <w:rFonts w:ascii="Calibri" w:hAnsi="Calibri"/>
                <w:color w:val="333333"/>
                <w:sz w:val="18"/>
              </w:rPr>
              <w:t>13f</w:t>
            </w:r>
          </w:p>
        </w:tc>
        <w:tc>
          <w:tcPr>
            <w:tcW w:type="dxa" w:w="5328"/>
          </w:tcPr>
          <w:p>
            <w:pPr>
              <w:spacing w:after="40" w:line="276" w:lineRule="auto"/>
            </w:pPr>
            <w:r>
              <w:rPr>
                <w:rFonts w:ascii="Calibri" w:hAnsi="Calibri"/>
                <w:color w:val="333333"/>
                <w:sz w:val="18"/>
              </w:rPr>
              <w:t>Describe any sensitivity analyses conducted to assess robustness of the synthesized results.</w:t>
            </w:r>
          </w:p>
        </w:tc>
        <w:tc>
          <w:tcPr>
            <w:tcW w:type="dxa" w:w="2160"/>
          </w:tcPr>
          <w:p>
            <w:pPr>
              <w:spacing w:after="40" w:line="276" w:lineRule="auto"/>
            </w:pPr>
            <w:r>
              <w:rPr>
                <w:rFonts w:ascii="Calibri" w:hAnsi="Calibri"/>
                <w:color w:val="333333"/>
                <w:sz w:val="18"/>
              </w:rPr>
              <w:t>Methods - Section 2.5 &amp; Discussion Section 4.4, Page 3 &amp; 5</w:t>
            </w:r>
          </w:p>
        </w:tc>
      </w:tr>
      <w:tr>
        <w:tc>
          <w:tcPr>
            <w:tcW w:type="dxa" w:w="1728"/>
          </w:tcPr>
          <w:p>
            <w:pPr>
              <w:spacing w:after="40" w:line="276" w:lineRule="auto"/>
            </w:pPr>
            <w:r>
              <w:rPr>
                <w:rFonts w:ascii="Calibri" w:hAnsi="Calibri"/>
                <w:color w:val="333333"/>
                <w:sz w:val="18"/>
              </w:rPr>
              <w:t>Reporting bias assessment</w:t>
            </w:r>
          </w:p>
        </w:tc>
        <w:tc>
          <w:tcPr>
            <w:tcW w:type="dxa" w:w="864"/>
          </w:tcPr>
          <w:p>
            <w:pPr>
              <w:spacing w:after="40" w:line="276" w:lineRule="auto"/>
            </w:pPr>
            <w:r>
              <w:rPr>
                <w:rFonts w:ascii="Calibri" w:hAnsi="Calibri"/>
                <w:color w:val="333333"/>
                <w:sz w:val="18"/>
              </w:rPr>
              <w:t>14</w:t>
            </w:r>
          </w:p>
        </w:tc>
        <w:tc>
          <w:tcPr>
            <w:tcW w:type="dxa" w:w="5328"/>
          </w:tcPr>
          <w:p>
            <w:pPr>
              <w:spacing w:after="40" w:line="276" w:lineRule="auto"/>
            </w:pPr>
            <w:r>
              <w:rPr>
                <w:rFonts w:ascii="Calibri" w:hAnsi="Calibri"/>
                <w:color w:val="333333"/>
                <w:sz w:val="18"/>
              </w:rPr>
              <w:t>Describe any methods used to assess risk of bias due to missing results in a synthesis (arising from reporting biases).</w:t>
            </w:r>
          </w:p>
        </w:tc>
        <w:tc>
          <w:tcPr>
            <w:tcW w:type="dxa" w:w="2160"/>
          </w:tcPr>
          <w:p>
            <w:pPr>
              <w:spacing w:after="40" w:line="276" w:lineRule="auto"/>
            </w:pPr>
            <w:r>
              <w:rPr>
                <w:rFonts w:ascii="Calibri" w:hAnsi="Calibri"/>
                <w:color w:val="333333"/>
                <w:sz w:val="18"/>
              </w:rPr>
              <w:t>PROSPERO Protocol; Discussion Section 4.4, Page 5</w:t>
            </w:r>
          </w:p>
        </w:tc>
      </w:tr>
      <w:tr>
        <w:tc>
          <w:tcPr>
            <w:tcW w:type="dxa" w:w="1728"/>
          </w:tcPr>
          <w:p>
            <w:pPr>
              <w:spacing w:after="40" w:line="276" w:lineRule="auto"/>
            </w:pPr>
            <w:r>
              <w:rPr>
                <w:rFonts w:ascii="Calibri" w:hAnsi="Calibri"/>
                <w:color w:val="333333"/>
                <w:sz w:val="18"/>
              </w:rPr>
              <w:t>Certainty assessment</w:t>
            </w:r>
          </w:p>
        </w:tc>
        <w:tc>
          <w:tcPr>
            <w:tcW w:type="dxa" w:w="864"/>
          </w:tcPr>
          <w:p>
            <w:pPr>
              <w:spacing w:after="40" w:line="276" w:lineRule="auto"/>
            </w:pPr>
            <w:r>
              <w:rPr>
                <w:rFonts w:ascii="Calibri" w:hAnsi="Calibri"/>
                <w:color w:val="333333"/>
                <w:sz w:val="18"/>
              </w:rPr>
              <w:t>15</w:t>
            </w:r>
          </w:p>
        </w:tc>
        <w:tc>
          <w:tcPr>
            <w:tcW w:type="dxa" w:w="5328"/>
          </w:tcPr>
          <w:p>
            <w:pPr>
              <w:spacing w:after="40" w:line="276" w:lineRule="auto"/>
            </w:pPr>
            <w:r>
              <w:rPr>
                <w:rFonts w:ascii="Calibri" w:hAnsi="Calibri"/>
                <w:color w:val="333333"/>
                <w:sz w:val="18"/>
              </w:rPr>
              <w:t>Describe any methods used to assess certainty (or confidence) in the body of evidence for an outcome.</w:t>
            </w:r>
          </w:p>
        </w:tc>
        <w:tc>
          <w:tcPr>
            <w:tcW w:type="dxa" w:w="2160"/>
          </w:tcPr>
          <w:p>
            <w:pPr>
              <w:spacing w:after="40" w:line="276" w:lineRule="auto"/>
            </w:pPr>
            <w:r>
              <w:rPr>
                <w:rFonts w:ascii="Calibri" w:hAnsi="Calibri"/>
                <w:color w:val="333333"/>
                <w:sz w:val="18"/>
              </w:rPr>
              <w:t>PROSPERO Protocol; Methods Section 2.4, Page 3</w:t>
            </w:r>
          </w:p>
        </w:tc>
      </w:tr>
      <w:tr>
        <w:tc>
          <w:tcPr>
            <w:tcW w:type="dxa" w:w="1728"/>
            <w:shd w:val="clear" w:color="auto" w:fill="D9D9D9"/>
          </w:tcPr>
          <w:p>
            <w:pPr>
              <w:spacing w:after="40" w:line="276" w:lineRule="auto"/>
            </w:pPr>
            <w:r>
              <w:rPr>
                <w:rFonts w:ascii="Calibri" w:hAnsi="Calibri"/>
                <w:b/>
                <w:color w:val="112244"/>
                <w:sz w:val="18"/>
              </w:rPr>
              <w:t>RESULTS</w:t>
            </w:r>
          </w:p>
        </w:tc>
        <w:tc>
          <w:tcPr>
            <w:tcW w:type="dxa" w:w="864"/>
            <w:shd w:val="clear" w:color="auto" w:fill="D9D9D9"/>
          </w:tcPr>
          <w:p>
            <w:pPr>
              <w:spacing w:after="40" w:line="276" w:lineRule="auto"/>
            </w:pPr>
            <w:r>
              <w:rPr>
                <w:rFonts w:ascii="Calibri" w:hAnsi="Calibri"/>
                <w:b/>
                <w:color w:val="112244"/>
                <w:sz w:val="18"/>
              </w:rPr>
            </w:r>
          </w:p>
        </w:tc>
        <w:tc>
          <w:tcPr>
            <w:tcW w:type="dxa" w:w="5328"/>
            <w:shd w:val="clear" w:color="auto" w:fill="D9D9D9"/>
          </w:tcPr>
          <w:p>
            <w:pPr>
              <w:spacing w:after="40" w:line="276" w:lineRule="auto"/>
            </w:pPr>
            <w:r>
              <w:rPr>
                <w:rFonts w:ascii="Calibri" w:hAnsi="Calibri"/>
                <w:b/>
                <w:color w:val="112244"/>
                <w:sz w:val="18"/>
              </w:rPr>
            </w:r>
          </w:p>
        </w:tc>
        <w:tc>
          <w:tcPr>
            <w:tcW w:type="dxa" w:w="2160"/>
            <w:shd w:val="clear" w:color="auto" w:fill="D9D9D9"/>
          </w:tcPr>
          <w:p>
            <w:pPr>
              <w:spacing w:after="40" w:line="276" w:lineRule="auto"/>
            </w:pPr>
            <w:r>
              <w:rPr>
                <w:rFonts w:ascii="Calibri" w:hAnsi="Calibri"/>
                <w:b/>
                <w:color w:val="112244"/>
                <w:sz w:val="18"/>
              </w:rPr>
            </w:r>
          </w:p>
        </w:tc>
      </w:tr>
      <w:tr>
        <w:tc>
          <w:tcPr>
            <w:tcW w:type="dxa" w:w="1728"/>
          </w:tcPr>
          <w:p>
            <w:pPr>
              <w:spacing w:after="40" w:line="276" w:lineRule="auto"/>
            </w:pPr>
            <w:r>
              <w:rPr>
                <w:rFonts w:ascii="Calibri" w:hAnsi="Calibri"/>
                <w:color w:val="333333"/>
                <w:sz w:val="18"/>
              </w:rPr>
              <w:t>Study selection</w:t>
            </w:r>
          </w:p>
        </w:tc>
        <w:tc>
          <w:tcPr>
            <w:tcW w:type="dxa" w:w="864"/>
          </w:tcPr>
          <w:p>
            <w:pPr>
              <w:spacing w:after="40" w:line="276" w:lineRule="auto"/>
            </w:pPr>
            <w:r>
              <w:rPr>
                <w:rFonts w:ascii="Calibri" w:hAnsi="Calibri"/>
                <w:color w:val="333333"/>
                <w:sz w:val="18"/>
              </w:rPr>
              <w:t>16a</w:t>
            </w:r>
          </w:p>
        </w:tc>
        <w:tc>
          <w:tcPr>
            <w:tcW w:type="dxa" w:w="5328"/>
          </w:tcPr>
          <w:p>
            <w:pPr>
              <w:spacing w:after="40" w:line="276" w:lineRule="auto"/>
            </w:pPr>
            <w:r>
              <w:rPr>
                <w:rFonts w:ascii="Calibri" w:hAnsi="Calibri"/>
                <w:color w:val="333333"/>
                <w:sz w:val="18"/>
              </w:rPr>
              <w:t>Describe the results of the search and selection process, from the number of records identified in the search to the number of studies included in the review, ideally using a flow diagram.</w:t>
            </w:r>
          </w:p>
        </w:tc>
        <w:tc>
          <w:tcPr>
            <w:tcW w:type="dxa" w:w="2160"/>
          </w:tcPr>
          <w:p>
            <w:pPr>
              <w:spacing w:after="40" w:line="276" w:lineRule="auto"/>
            </w:pPr>
            <w:r>
              <w:rPr>
                <w:rFonts w:ascii="Calibri" w:hAnsi="Calibri"/>
                <w:color w:val="333333"/>
                <w:sz w:val="18"/>
              </w:rPr>
              <w:t>Results - Section 3.1, Page 3</w:t>
            </w:r>
          </w:p>
        </w:tc>
      </w:tr>
      <w:tr>
        <w:tc>
          <w:tcPr>
            <w:tcW w:type="dxa" w:w="1728"/>
          </w:tcPr>
          <w:p>
            <w:pPr>
              <w:spacing w:after="40" w:line="276" w:lineRule="auto"/>
            </w:pPr>
            <w:r>
              <w:rPr>
                <w:rFonts w:ascii="Calibri" w:hAnsi="Calibri"/>
                <w:color w:val="333333"/>
                <w:sz w:val="18"/>
              </w:rPr>
              <w:t>Study selection</w:t>
            </w:r>
          </w:p>
        </w:tc>
        <w:tc>
          <w:tcPr>
            <w:tcW w:type="dxa" w:w="864"/>
          </w:tcPr>
          <w:p>
            <w:pPr>
              <w:spacing w:after="40" w:line="276" w:lineRule="auto"/>
            </w:pPr>
            <w:r>
              <w:rPr>
                <w:rFonts w:ascii="Calibri" w:hAnsi="Calibri"/>
                <w:color w:val="333333"/>
                <w:sz w:val="18"/>
              </w:rPr>
              <w:t>16b</w:t>
            </w:r>
          </w:p>
        </w:tc>
        <w:tc>
          <w:tcPr>
            <w:tcW w:type="dxa" w:w="5328"/>
          </w:tcPr>
          <w:p>
            <w:pPr>
              <w:spacing w:after="40" w:line="276" w:lineRule="auto"/>
            </w:pPr>
            <w:r>
              <w:rPr>
                <w:rFonts w:ascii="Calibri" w:hAnsi="Calibri"/>
                <w:color w:val="333333"/>
                <w:sz w:val="18"/>
              </w:rPr>
              <w:t>Cite studies that might appear to meet the inclusion criteria, but which were excluded, and explain why they were excluded.</w:t>
            </w:r>
          </w:p>
        </w:tc>
        <w:tc>
          <w:tcPr>
            <w:tcW w:type="dxa" w:w="2160"/>
          </w:tcPr>
          <w:p>
            <w:pPr>
              <w:spacing w:after="40" w:line="276" w:lineRule="auto"/>
            </w:pPr>
            <w:r>
              <w:rPr>
                <w:rFonts w:ascii="Calibri" w:hAnsi="Calibri"/>
                <w:color w:val="333333"/>
                <w:sz w:val="18"/>
              </w:rPr>
              <w:t>Results - Section 3.1, Page 3</w:t>
            </w:r>
          </w:p>
        </w:tc>
      </w:tr>
      <w:tr>
        <w:tc>
          <w:tcPr>
            <w:tcW w:type="dxa" w:w="1728"/>
          </w:tcPr>
          <w:p>
            <w:pPr>
              <w:spacing w:after="40" w:line="276" w:lineRule="auto"/>
            </w:pPr>
            <w:r>
              <w:rPr>
                <w:rFonts w:ascii="Calibri" w:hAnsi="Calibri"/>
                <w:color w:val="333333"/>
                <w:sz w:val="18"/>
              </w:rPr>
              <w:t>Study characteristics</w:t>
            </w:r>
          </w:p>
        </w:tc>
        <w:tc>
          <w:tcPr>
            <w:tcW w:type="dxa" w:w="864"/>
          </w:tcPr>
          <w:p>
            <w:pPr>
              <w:spacing w:after="40" w:line="276" w:lineRule="auto"/>
            </w:pPr>
            <w:r>
              <w:rPr>
                <w:rFonts w:ascii="Calibri" w:hAnsi="Calibri"/>
                <w:color w:val="333333"/>
                <w:sz w:val="18"/>
              </w:rPr>
              <w:t>17</w:t>
            </w:r>
          </w:p>
        </w:tc>
        <w:tc>
          <w:tcPr>
            <w:tcW w:type="dxa" w:w="5328"/>
          </w:tcPr>
          <w:p>
            <w:pPr>
              <w:spacing w:after="40" w:line="276" w:lineRule="auto"/>
            </w:pPr>
            <w:r>
              <w:rPr>
                <w:rFonts w:ascii="Calibri" w:hAnsi="Calibri"/>
                <w:color w:val="333333"/>
                <w:sz w:val="18"/>
              </w:rPr>
              <w:t>Cite each included study and present its characteristics.</w:t>
            </w:r>
          </w:p>
        </w:tc>
        <w:tc>
          <w:tcPr>
            <w:tcW w:type="dxa" w:w="2160"/>
          </w:tcPr>
          <w:p>
            <w:pPr>
              <w:spacing w:after="40" w:line="276" w:lineRule="auto"/>
            </w:pPr>
            <w:r>
              <w:rPr>
                <w:rFonts w:ascii="Calibri" w:hAnsi="Calibri"/>
                <w:color w:val="333333"/>
                <w:sz w:val="18"/>
              </w:rPr>
              <w:t>Results - Section 3.2 &amp; Table 1, Page 3–4</w:t>
            </w:r>
          </w:p>
        </w:tc>
      </w:tr>
      <w:tr>
        <w:tc>
          <w:tcPr>
            <w:tcW w:type="dxa" w:w="1728"/>
          </w:tcPr>
          <w:p>
            <w:pPr>
              <w:spacing w:after="40" w:line="276" w:lineRule="auto"/>
            </w:pPr>
            <w:r>
              <w:rPr>
                <w:rFonts w:ascii="Calibri" w:hAnsi="Calibri"/>
                <w:color w:val="333333"/>
                <w:sz w:val="18"/>
              </w:rPr>
              <w:t>Risk of bias in studies</w:t>
            </w:r>
          </w:p>
        </w:tc>
        <w:tc>
          <w:tcPr>
            <w:tcW w:type="dxa" w:w="864"/>
          </w:tcPr>
          <w:p>
            <w:pPr>
              <w:spacing w:after="40" w:line="276" w:lineRule="auto"/>
            </w:pPr>
            <w:r>
              <w:rPr>
                <w:rFonts w:ascii="Calibri" w:hAnsi="Calibri"/>
                <w:color w:val="333333"/>
                <w:sz w:val="18"/>
              </w:rPr>
              <w:t>18</w:t>
            </w:r>
          </w:p>
        </w:tc>
        <w:tc>
          <w:tcPr>
            <w:tcW w:type="dxa" w:w="5328"/>
          </w:tcPr>
          <w:p>
            <w:pPr>
              <w:spacing w:after="40" w:line="276" w:lineRule="auto"/>
            </w:pPr>
            <w:r>
              <w:rPr>
                <w:rFonts w:ascii="Calibri" w:hAnsi="Calibri"/>
                <w:color w:val="333333"/>
                <w:sz w:val="18"/>
              </w:rPr>
              <w:t>Present assessments of risk of bias for each included study.</w:t>
            </w:r>
          </w:p>
        </w:tc>
        <w:tc>
          <w:tcPr>
            <w:tcW w:type="dxa" w:w="2160"/>
          </w:tcPr>
          <w:p>
            <w:pPr>
              <w:spacing w:after="40" w:line="276" w:lineRule="auto"/>
            </w:pPr>
            <w:r>
              <w:rPr>
                <w:rFonts w:ascii="Calibri" w:hAnsi="Calibri"/>
                <w:color w:val="333333"/>
                <w:sz w:val="18"/>
              </w:rPr>
              <w:t>Results - Section 3.2 &amp; Table 1, Page 3–4</w:t>
            </w:r>
          </w:p>
        </w:tc>
      </w:tr>
      <w:tr>
        <w:tc>
          <w:tcPr>
            <w:tcW w:type="dxa" w:w="1728"/>
          </w:tcPr>
          <w:p>
            <w:pPr>
              <w:spacing w:after="40" w:line="276" w:lineRule="auto"/>
            </w:pPr>
            <w:r>
              <w:rPr>
                <w:rFonts w:ascii="Calibri" w:hAnsi="Calibri"/>
                <w:color w:val="333333"/>
                <w:sz w:val="18"/>
              </w:rPr>
              <w:t>Results of individual studies</w:t>
            </w:r>
          </w:p>
        </w:tc>
        <w:tc>
          <w:tcPr>
            <w:tcW w:type="dxa" w:w="864"/>
          </w:tcPr>
          <w:p>
            <w:pPr>
              <w:spacing w:after="40" w:line="276" w:lineRule="auto"/>
            </w:pPr>
            <w:r>
              <w:rPr>
                <w:rFonts w:ascii="Calibri" w:hAnsi="Calibri"/>
                <w:color w:val="333333"/>
                <w:sz w:val="18"/>
              </w:rPr>
              <w:t>19</w:t>
            </w:r>
          </w:p>
        </w:tc>
        <w:tc>
          <w:tcPr>
            <w:tcW w:type="dxa" w:w="5328"/>
          </w:tcPr>
          <w:p>
            <w:pPr>
              <w:spacing w:after="40" w:line="276" w:lineRule="auto"/>
            </w:pPr>
            <w:r>
              <w:rPr>
                <w:rFonts w:ascii="Calibri" w:hAnsi="Calibri"/>
                <w:color w:val="333333"/>
                <w:sz w:val="18"/>
              </w:rPr>
              <w:t>For all outcomes, present, for each study: (a) summary statistics for each group (where appropriate) and (b) an effect estimate and its precision (e.g. confidence/credible interval), ideally using structured tables or plots.</w:t>
            </w:r>
          </w:p>
        </w:tc>
        <w:tc>
          <w:tcPr>
            <w:tcW w:type="dxa" w:w="2160"/>
          </w:tcPr>
          <w:p>
            <w:pPr>
              <w:spacing w:after="40" w:line="276" w:lineRule="auto"/>
            </w:pPr>
            <w:r>
              <w:rPr>
                <w:rFonts w:ascii="Calibri" w:hAnsi="Calibri"/>
                <w:color w:val="333333"/>
                <w:sz w:val="18"/>
              </w:rPr>
              <w:t>Results - Section 3.3, 3.4 &amp; Forest Plot, Page 4</w:t>
            </w:r>
          </w:p>
        </w:tc>
      </w:tr>
      <w:tr>
        <w:tc>
          <w:tcPr>
            <w:tcW w:type="dxa" w:w="1728"/>
          </w:tcPr>
          <w:p>
            <w:pPr>
              <w:spacing w:after="40" w:line="276" w:lineRule="auto"/>
            </w:pPr>
            <w:r>
              <w:rPr>
                <w:rFonts w:ascii="Calibri" w:hAnsi="Calibri"/>
                <w:color w:val="333333"/>
                <w:sz w:val="18"/>
              </w:rPr>
              <w:t>Results of syntheses</w:t>
            </w:r>
          </w:p>
        </w:tc>
        <w:tc>
          <w:tcPr>
            <w:tcW w:type="dxa" w:w="864"/>
          </w:tcPr>
          <w:p>
            <w:pPr>
              <w:spacing w:after="40" w:line="276" w:lineRule="auto"/>
            </w:pPr>
            <w:r>
              <w:rPr>
                <w:rFonts w:ascii="Calibri" w:hAnsi="Calibri"/>
                <w:color w:val="333333"/>
                <w:sz w:val="18"/>
              </w:rPr>
              <w:t>20a</w:t>
            </w:r>
          </w:p>
        </w:tc>
        <w:tc>
          <w:tcPr>
            <w:tcW w:type="dxa" w:w="5328"/>
          </w:tcPr>
          <w:p>
            <w:pPr>
              <w:spacing w:after="40" w:line="276" w:lineRule="auto"/>
            </w:pPr>
            <w:r>
              <w:rPr>
                <w:rFonts w:ascii="Calibri" w:hAnsi="Calibri"/>
                <w:color w:val="333333"/>
                <w:sz w:val="18"/>
              </w:rPr>
              <w:t>For each synthesis, briefly summarise the characteristics and risk of bias among contributing studies.</w:t>
            </w:r>
          </w:p>
        </w:tc>
        <w:tc>
          <w:tcPr>
            <w:tcW w:type="dxa" w:w="2160"/>
          </w:tcPr>
          <w:p>
            <w:pPr>
              <w:spacing w:after="40" w:line="276" w:lineRule="auto"/>
            </w:pPr>
            <w:r>
              <w:rPr>
                <w:rFonts w:ascii="Calibri" w:hAnsi="Calibri"/>
                <w:color w:val="333333"/>
                <w:sz w:val="18"/>
              </w:rPr>
              <w:t>Results - Section 3.2 &amp; 3.3, Page 3–4</w:t>
            </w:r>
          </w:p>
        </w:tc>
      </w:tr>
      <w:tr>
        <w:tc>
          <w:tcPr>
            <w:tcW w:type="dxa" w:w="1728"/>
          </w:tcPr>
          <w:p>
            <w:pPr>
              <w:spacing w:after="40" w:line="276" w:lineRule="auto"/>
            </w:pPr>
            <w:r>
              <w:rPr>
                <w:rFonts w:ascii="Calibri" w:hAnsi="Calibri"/>
                <w:color w:val="333333"/>
                <w:sz w:val="18"/>
              </w:rPr>
              <w:t>Results of syntheses</w:t>
            </w:r>
          </w:p>
        </w:tc>
        <w:tc>
          <w:tcPr>
            <w:tcW w:type="dxa" w:w="864"/>
          </w:tcPr>
          <w:p>
            <w:pPr>
              <w:spacing w:after="40" w:line="276" w:lineRule="auto"/>
            </w:pPr>
            <w:r>
              <w:rPr>
                <w:rFonts w:ascii="Calibri" w:hAnsi="Calibri"/>
                <w:color w:val="333333"/>
                <w:sz w:val="18"/>
              </w:rPr>
              <w:t>20b</w:t>
            </w:r>
          </w:p>
        </w:tc>
        <w:tc>
          <w:tcPr>
            <w:tcW w:type="dxa" w:w="5328"/>
          </w:tcPr>
          <w:p>
            <w:pPr>
              <w:spacing w:after="40" w:line="276" w:lineRule="auto"/>
            </w:pPr>
            <w:r>
              <w:rPr>
                <w:rFonts w:ascii="Calibri" w:hAnsi="Calibri"/>
                <w:color w:val="333333"/>
                <w:sz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type="dxa" w:w="2160"/>
          </w:tcPr>
          <w:p>
            <w:pPr>
              <w:spacing w:after="40" w:line="276" w:lineRule="auto"/>
            </w:pPr>
            <w:r>
              <w:rPr>
                <w:rFonts w:ascii="Calibri" w:hAnsi="Calibri"/>
                <w:color w:val="333333"/>
                <w:sz w:val="18"/>
              </w:rPr>
              <w:t>Results - Section 3.3, Page 4</w:t>
            </w:r>
          </w:p>
        </w:tc>
      </w:tr>
      <w:tr>
        <w:tc>
          <w:tcPr>
            <w:tcW w:type="dxa" w:w="1728"/>
          </w:tcPr>
          <w:p>
            <w:pPr>
              <w:spacing w:after="40" w:line="276" w:lineRule="auto"/>
            </w:pPr>
            <w:r>
              <w:rPr>
                <w:rFonts w:ascii="Calibri" w:hAnsi="Calibri"/>
                <w:color w:val="333333"/>
                <w:sz w:val="18"/>
              </w:rPr>
              <w:t>Results of syntheses</w:t>
            </w:r>
          </w:p>
        </w:tc>
        <w:tc>
          <w:tcPr>
            <w:tcW w:type="dxa" w:w="864"/>
          </w:tcPr>
          <w:p>
            <w:pPr>
              <w:spacing w:after="40" w:line="276" w:lineRule="auto"/>
            </w:pPr>
            <w:r>
              <w:rPr>
                <w:rFonts w:ascii="Calibri" w:hAnsi="Calibri"/>
                <w:color w:val="333333"/>
                <w:sz w:val="18"/>
              </w:rPr>
              <w:t>20c</w:t>
            </w:r>
          </w:p>
        </w:tc>
        <w:tc>
          <w:tcPr>
            <w:tcW w:type="dxa" w:w="5328"/>
          </w:tcPr>
          <w:p>
            <w:pPr>
              <w:spacing w:after="40" w:line="276" w:lineRule="auto"/>
            </w:pPr>
            <w:r>
              <w:rPr>
                <w:rFonts w:ascii="Calibri" w:hAnsi="Calibri"/>
                <w:color w:val="333333"/>
                <w:sz w:val="18"/>
              </w:rPr>
              <w:t>Present results of all investigations of possible causes of heterogeneity among study results.</w:t>
            </w:r>
          </w:p>
        </w:tc>
        <w:tc>
          <w:tcPr>
            <w:tcW w:type="dxa" w:w="2160"/>
          </w:tcPr>
          <w:p>
            <w:pPr>
              <w:spacing w:after="40" w:line="276" w:lineRule="auto"/>
            </w:pPr>
            <w:r>
              <w:rPr>
                <w:rFonts w:ascii="Calibri" w:hAnsi="Calibri"/>
                <w:color w:val="333333"/>
                <w:sz w:val="18"/>
              </w:rPr>
              <w:t>Results - Section 3.4 &amp; 3.5, Page 4</w:t>
            </w:r>
          </w:p>
        </w:tc>
      </w:tr>
      <w:tr>
        <w:tc>
          <w:tcPr>
            <w:tcW w:type="dxa" w:w="1728"/>
          </w:tcPr>
          <w:p>
            <w:pPr>
              <w:spacing w:after="40" w:line="276" w:lineRule="auto"/>
            </w:pPr>
            <w:r>
              <w:rPr>
                <w:rFonts w:ascii="Calibri" w:hAnsi="Calibri"/>
                <w:color w:val="333333"/>
                <w:sz w:val="18"/>
              </w:rPr>
              <w:t>Results of syntheses</w:t>
            </w:r>
          </w:p>
        </w:tc>
        <w:tc>
          <w:tcPr>
            <w:tcW w:type="dxa" w:w="864"/>
          </w:tcPr>
          <w:p>
            <w:pPr>
              <w:spacing w:after="40" w:line="276" w:lineRule="auto"/>
            </w:pPr>
            <w:r>
              <w:rPr>
                <w:rFonts w:ascii="Calibri" w:hAnsi="Calibri"/>
                <w:color w:val="333333"/>
                <w:sz w:val="18"/>
              </w:rPr>
              <w:t>20d</w:t>
            </w:r>
          </w:p>
        </w:tc>
        <w:tc>
          <w:tcPr>
            <w:tcW w:type="dxa" w:w="5328"/>
          </w:tcPr>
          <w:p>
            <w:pPr>
              <w:spacing w:after="40" w:line="276" w:lineRule="auto"/>
            </w:pPr>
            <w:r>
              <w:rPr>
                <w:rFonts w:ascii="Calibri" w:hAnsi="Calibri"/>
                <w:color w:val="333333"/>
                <w:sz w:val="18"/>
              </w:rPr>
              <w:t>Present results of all sensitivity analyses conducted to assess the robustness of the synthesized results.</w:t>
            </w:r>
          </w:p>
        </w:tc>
        <w:tc>
          <w:tcPr>
            <w:tcW w:type="dxa" w:w="2160"/>
          </w:tcPr>
          <w:p>
            <w:pPr>
              <w:spacing w:after="40" w:line="276" w:lineRule="auto"/>
            </w:pPr>
            <w:r>
              <w:rPr>
                <w:rFonts w:ascii="Calibri" w:hAnsi="Calibri"/>
                <w:color w:val="333333"/>
                <w:sz w:val="18"/>
              </w:rPr>
              <w:t>Discussion - Section 4.4, Page 5</w:t>
            </w:r>
          </w:p>
        </w:tc>
      </w:tr>
      <w:tr>
        <w:tc>
          <w:tcPr>
            <w:tcW w:type="dxa" w:w="1728"/>
          </w:tcPr>
          <w:p>
            <w:pPr>
              <w:spacing w:after="40" w:line="276" w:lineRule="auto"/>
            </w:pPr>
            <w:r>
              <w:rPr>
                <w:rFonts w:ascii="Calibri" w:hAnsi="Calibri"/>
                <w:color w:val="333333"/>
                <w:sz w:val="18"/>
              </w:rPr>
              <w:t>Reporting biases</w:t>
            </w:r>
          </w:p>
        </w:tc>
        <w:tc>
          <w:tcPr>
            <w:tcW w:type="dxa" w:w="864"/>
          </w:tcPr>
          <w:p>
            <w:pPr>
              <w:spacing w:after="40" w:line="276" w:lineRule="auto"/>
            </w:pPr>
            <w:r>
              <w:rPr>
                <w:rFonts w:ascii="Calibri" w:hAnsi="Calibri"/>
                <w:color w:val="333333"/>
                <w:sz w:val="18"/>
              </w:rPr>
              <w:t>21</w:t>
            </w:r>
          </w:p>
        </w:tc>
        <w:tc>
          <w:tcPr>
            <w:tcW w:type="dxa" w:w="5328"/>
          </w:tcPr>
          <w:p>
            <w:pPr>
              <w:spacing w:after="40" w:line="276" w:lineRule="auto"/>
            </w:pPr>
            <w:r>
              <w:rPr>
                <w:rFonts w:ascii="Calibri" w:hAnsi="Calibri"/>
                <w:color w:val="333333"/>
                <w:sz w:val="18"/>
              </w:rPr>
              <w:t>Present assessments of risk of bias due to missing results (arising from reporting biases) for each synthesis assessed.</w:t>
            </w:r>
          </w:p>
        </w:tc>
        <w:tc>
          <w:tcPr>
            <w:tcW w:type="dxa" w:w="2160"/>
          </w:tcPr>
          <w:p>
            <w:pPr>
              <w:spacing w:after="40" w:line="276" w:lineRule="auto"/>
            </w:pPr>
            <w:r>
              <w:rPr>
                <w:rFonts w:ascii="Calibri" w:hAnsi="Calibri"/>
                <w:color w:val="333333"/>
                <w:sz w:val="18"/>
              </w:rPr>
              <w:t>Discussion - Section 4.4, Page 5</w:t>
            </w:r>
          </w:p>
        </w:tc>
      </w:tr>
      <w:tr>
        <w:tc>
          <w:tcPr>
            <w:tcW w:type="dxa" w:w="1728"/>
          </w:tcPr>
          <w:p>
            <w:pPr>
              <w:spacing w:after="40" w:line="276" w:lineRule="auto"/>
            </w:pPr>
            <w:r>
              <w:rPr>
                <w:rFonts w:ascii="Calibri" w:hAnsi="Calibri"/>
                <w:color w:val="333333"/>
                <w:sz w:val="18"/>
              </w:rPr>
              <w:t>Certainty of evidence</w:t>
            </w:r>
          </w:p>
        </w:tc>
        <w:tc>
          <w:tcPr>
            <w:tcW w:type="dxa" w:w="864"/>
          </w:tcPr>
          <w:p>
            <w:pPr>
              <w:spacing w:after="40" w:line="276" w:lineRule="auto"/>
            </w:pPr>
            <w:r>
              <w:rPr>
                <w:rFonts w:ascii="Calibri" w:hAnsi="Calibri"/>
                <w:color w:val="333333"/>
                <w:sz w:val="18"/>
              </w:rPr>
              <w:t>22</w:t>
            </w:r>
          </w:p>
        </w:tc>
        <w:tc>
          <w:tcPr>
            <w:tcW w:type="dxa" w:w="5328"/>
          </w:tcPr>
          <w:p>
            <w:pPr>
              <w:spacing w:after="40" w:line="276" w:lineRule="auto"/>
            </w:pPr>
            <w:r>
              <w:rPr>
                <w:rFonts w:ascii="Calibri" w:hAnsi="Calibri"/>
                <w:color w:val="333333"/>
                <w:sz w:val="18"/>
              </w:rPr>
              <w:t>Present assessments of certainty (or confidence) in the body of evidence for each outcome assessed.</w:t>
            </w:r>
          </w:p>
        </w:tc>
        <w:tc>
          <w:tcPr>
            <w:tcW w:type="dxa" w:w="2160"/>
          </w:tcPr>
          <w:p>
            <w:pPr>
              <w:spacing w:after="40" w:line="276" w:lineRule="auto"/>
            </w:pPr>
            <w:r>
              <w:rPr>
                <w:rFonts w:ascii="Calibri" w:hAnsi="Calibri"/>
                <w:color w:val="333333"/>
                <w:sz w:val="18"/>
              </w:rPr>
              <w:t>Discussion - Section 4.4, Page 5</w:t>
            </w:r>
          </w:p>
        </w:tc>
      </w:tr>
      <w:tr>
        <w:tc>
          <w:tcPr>
            <w:tcW w:type="dxa" w:w="1728"/>
            <w:shd w:val="clear" w:color="auto" w:fill="D9D9D9"/>
          </w:tcPr>
          <w:p>
            <w:pPr>
              <w:spacing w:after="40" w:line="276" w:lineRule="auto"/>
            </w:pPr>
            <w:r>
              <w:rPr>
                <w:rFonts w:ascii="Calibri" w:hAnsi="Calibri"/>
                <w:b/>
                <w:color w:val="112244"/>
                <w:sz w:val="18"/>
              </w:rPr>
              <w:t>DISCUSSION</w:t>
            </w:r>
          </w:p>
        </w:tc>
        <w:tc>
          <w:tcPr>
            <w:tcW w:type="dxa" w:w="864"/>
            <w:shd w:val="clear" w:color="auto" w:fill="D9D9D9"/>
          </w:tcPr>
          <w:p>
            <w:pPr>
              <w:spacing w:after="40" w:line="276" w:lineRule="auto"/>
            </w:pPr>
            <w:r>
              <w:rPr>
                <w:rFonts w:ascii="Calibri" w:hAnsi="Calibri"/>
                <w:b/>
                <w:color w:val="112244"/>
                <w:sz w:val="18"/>
              </w:rPr>
            </w:r>
          </w:p>
        </w:tc>
        <w:tc>
          <w:tcPr>
            <w:tcW w:type="dxa" w:w="5328"/>
            <w:shd w:val="clear" w:color="auto" w:fill="D9D9D9"/>
          </w:tcPr>
          <w:p>
            <w:pPr>
              <w:spacing w:after="40" w:line="276" w:lineRule="auto"/>
            </w:pPr>
            <w:r>
              <w:rPr>
                <w:rFonts w:ascii="Calibri" w:hAnsi="Calibri"/>
                <w:b/>
                <w:color w:val="112244"/>
                <w:sz w:val="18"/>
              </w:rPr>
            </w:r>
          </w:p>
        </w:tc>
        <w:tc>
          <w:tcPr>
            <w:tcW w:type="dxa" w:w="2160"/>
            <w:shd w:val="clear" w:color="auto" w:fill="D9D9D9"/>
          </w:tcPr>
          <w:p>
            <w:pPr>
              <w:spacing w:after="40" w:line="276" w:lineRule="auto"/>
            </w:pPr>
            <w:r>
              <w:rPr>
                <w:rFonts w:ascii="Calibri" w:hAnsi="Calibri"/>
                <w:b/>
                <w:color w:val="112244"/>
                <w:sz w:val="18"/>
              </w:rPr>
            </w:r>
          </w:p>
        </w:tc>
      </w:tr>
      <w:tr>
        <w:tc>
          <w:tcPr>
            <w:tcW w:type="dxa" w:w="1728"/>
          </w:tcPr>
          <w:p>
            <w:pPr>
              <w:spacing w:after="40" w:line="276" w:lineRule="auto"/>
            </w:pPr>
            <w:r>
              <w:rPr>
                <w:rFonts w:ascii="Calibri" w:hAnsi="Calibri"/>
                <w:color w:val="333333"/>
                <w:sz w:val="18"/>
              </w:rPr>
              <w:t>Discussion</w:t>
            </w:r>
          </w:p>
        </w:tc>
        <w:tc>
          <w:tcPr>
            <w:tcW w:type="dxa" w:w="864"/>
          </w:tcPr>
          <w:p>
            <w:pPr>
              <w:spacing w:after="40" w:line="276" w:lineRule="auto"/>
            </w:pPr>
            <w:r>
              <w:rPr>
                <w:rFonts w:ascii="Calibri" w:hAnsi="Calibri"/>
                <w:color w:val="333333"/>
                <w:sz w:val="18"/>
              </w:rPr>
              <w:t>23a</w:t>
            </w:r>
          </w:p>
        </w:tc>
        <w:tc>
          <w:tcPr>
            <w:tcW w:type="dxa" w:w="5328"/>
          </w:tcPr>
          <w:p>
            <w:pPr>
              <w:spacing w:after="40" w:line="276" w:lineRule="auto"/>
            </w:pPr>
            <w:r>
              <w:rPr>
                <w:rFonts w:ascii="Calibri" w:hAnsi="Calibri"/>
                <w:color w:val="333333"/>
                <w:sz w:val="18"/>
              </w:rPr>
              <w:t>Provide a general interpretation of the results in the context of other evidence.</w:t>
            </w:r>
          </w:p>
        </w:tc>
        <w:tc>
          <w:tcPr>
            <w:tcW w:type="dxa" w:w="2160"/>
          </w:tcPr>
          <w:p>
            <w:pPr>
              <w:spacing w:after="40" w:line="276" w:lineRule="auto"/>
            </w:pPr>
            <w:r>
              <w:rPr>
                <w:rFonts w:ascii="Calibri" w:hAnsi="Calibri"/>
                <w:color w:val="333333"/>
                <w:sz w:val="18"/>
              </w:rPr>
              <w:t>Discussion - Section 4.1, Page 4–5</w:t>
            </w:r>
          </w:p>
        </w:tc>
      </w:tr>
      <w:tr>
        <w:tc>
          <w:tcPr>
            <w:tcW w:type="dxa" w:w="1728"/>
          </w:tcPr>
          <w:p>
            <w:pPr>
              <w:spacing w:after="40" w:line="276" w:lineRule="auto"/>
            </w:pPr>
            <w:r>
              <w:rPr>
                <w:rFonts w:ascii="Calibri" w:hAnsi="Calibri"/>
                <w:color w:val="333333"/>
                <w:sz w:val="18"/>
              </w:rPr>
              <w:t>Discussion</w:t>
            </w:r>
          </w:p>
        </w:tc>
        <w:tc>
          <w:tcPr>
            <w:tcW w:type="dxa" w:w="864"/>
          </w:tcPr>
          <w:p>
            <w:pPr>
              <w:spacing w:after="40" w:line="276" w:lineRule="auto"/>
            </w:pPr>
            <w:r>
              <w:rPr>
                <w:rFonts w:ascii="Calibri" w:hAnsi="Calibri"/>
                <w:color w:val="333333"/>
                <w:sz w:val="18"/>
              </w:rPr>
              <w:t>23b</w:t>
            </w:r>
          </w:p>
        </w:tc>
        <w:tc>
          <w:tcPr>
            <w:tcW w:type="dxa" w:w="5328"/>
          </w:tcPr>
          <w:p>
            <w:pPr>
              <w:spacing w:after="40" w:line="276" w:lineRule="auto"/>
            </w:pPr>
            <w:r>
              <w:rPr>
                <w:rFonts w:ascii="Calibri" w:hAnsi="Calibri"/>
                <w:color w:val="333333"/>
                <w:sz w:val="18"/>
              </w:rPr>
              <w:t>Discuss any limitations of the evidence included in the review.</w:t>
            </w:r>
          </w:p>
        </w:tc>
        <w:tc>
          <w:tcPr>
            <w:tcW w:type="dxa" w:w="2160"/>
          </w:tcPr>
          <w:p>
            <w:pPr>
              <w:spacing w:after="40" w:line="276" w:lineRule="auto"/>
            </w:pPr>
            <w:r>
              <w:rPr>
                <w:rFonts w:ascii="Calibri" w:hAnsi="Calibri"/>
                <w:color w:val="333333"/>
                <w:sz w:val="18"/>
              </w:rPr>
              <w:t>Discussion - Section 4.4, Page 5</w:t>
            </w:r>
          </w:p>
        </w:tc>
      </w:tr>
      <w:tr>
        <w:tc>
          <w:tcPr>
            <w:tcW w:type="dxa" w:w="1728"/>
          </w:tcPr>
          <w:p>
            <w:pPr>
              <w:spacing w:after="40" w:line="276" w:lineRule="auto"/>
            </w:pPr>
            <w:r>
              <w:rPr>
                <w:rFonts w:ascii="Calibri" w:hAnsi="Calibri"/>
                <w:color w:val="333333"/>
                <w:sz w:val="18"/>
              </w:rPr>
              <w:t>Discussion</w:t>
            </w:r>
          </w:p>
        </w:tc>
        <w:tc>
          <w:tcPr>
            <w:tcW w:type="dxa" w:w="864"/>
          </w:tcPr>
          <w:p>
            <w:pPr>
              <w:spacing w:after="40" w:line="276" w:lineRule="auto"/>
            </w:pPr>
            <w:r>
              <w:rPr>
                <w:rFonts w:ascii="Calibri" w:hAnsi="Calibri"/>
                <w:color w:val="333333"/>
                <w:sz w:val="18"/>
              </w:rPr>
              <w:t>23c</w:t>
            </w:r>
          </w:p>
        </w:tc>
        <w:tc>
          <w:tcPr>
            <w:tcW w:type="dxa" w:w="5328"/>
          </w:tcPr>
          <w:p>
            <w:pPr>
              <w:spacing w:after="40" w:line="276" w:lineRule="auto"/>
            </w:pPr>
            <w:r>
              <w:rPr>
                <w:rFonts w:ascii="Calibri" w:hAnsi="Calibri"/>
                <w:color w:val="333333"/>
                <w:sz w:val="18"/>
              </w:rPr>
              <w:t>Discuss any limitations of the review processes used.</w:t>
            </w:r>
          </w:p>
        </w:tc>
        <w:tc>
          <w:tcPr>
            <w:tcW w:type="dxa" w:w="2160"/>
          </w:tcPr>
          <w:p>
            <w:pPr>
              <w:spacing w:after="40" w:line="276" w:lineRule="auto"/>
            </w:pPr>
            <w:r>
              <w:rPr>
                <w:rFonts w:ascii="Calibri" w:hAnsi="Calibri"/>
                <w:color w:val="333333"/>
                <w:sz w:val="18"/>
              </w:rPr>
              <w:t>Discussion - Section 4.4, Page 5</w:t>
            </w:r>
          </w:p>
        </w:tc>
      </w:tr>
      <w:tr>
        <w:tc>
          <w:tcPr>
            <w:tcW w:type="dxa" w:w="1728"/>
          </w:tcPr>
          <w:p>
            <w:pPr>
              <w:spacing w:after="40" w:line="276" w:lineRule="auto"/>
            </w:pPr>
            <w:r>
              <w:rPr>
                <w:rFonts w:ascii="Calibri" w:hAnsi="Calibri"/>
                <w:color w:val="333333"/>
                <w:sz w:val="18"/>
              </w:rPr>
              <w:t>Discussion</w:t>
            </w:r>
          </w:p>
        </w:tc>
        <w:tc>
          <w:tcPr>
            <w:tcW w:type="dxa" w:w="864"/>
          </w:tcPr>
          <w:p>
            <w:pPr>
              <w:spacing w:after="40" w:line="276" w:lineRule="auto"/>
            </w:pPr>
            <w:r>
              <w:rPr>
                <w:rFonts w:ascii="Calibri" w:hAnsi="Calibri"/>
                <w:color w:val="333333"/>
                <w:sz w:val="18"/>
              </w:rPr>
              <w:t>23d</w:t>
            </w:r>
          </w:p>
        </w:tc>
        <w:tc>
          <w:tcPr>
            <w:tcW w:type="dxa" w:w="5328"/>
          </w:tcPr>
          <w:p>
            <w:pPr>
              <w:spacing w:after="40" w:line="276" w:lineRule="auto"/>
            </w:pPr>
            <w:r>
              <w:rPr>
                <w:rFonts w:ascii="Calibri" w:hAnsi="Calibri"/>
                <w:color w:val="333333"/>
                <w:sz w:val="18"/>
              </w:rPr>
              <w:t>Discuss implications of the results for practice, policy, and future research.</w:t>
            </w:r>
          </w:p>
        </w:tc>
        <w:tc>
          <w:tcPr>
            <w:tcW w:type="dxa" w:w="2160"/>
          </w:tcPr>
          <w:p>
            <w:pPr>
              <w:spacing w:after="40" w:line="276" w:lineRule="auto"/>
            </w:pPr>
            <w:r>
              <w:rPr>
                <w:rFonts w:ascii="Calibri" w:hAnsi="Calibri"/>
                <w:color w:val="333333"/>
                <w:sz w:val="18"/>
              </w:rPr>
              <w:t>Discussion - Section 4.2 &amp; 4.3, Page 5</w:t>
            </w:r>
          </w:p>
        </w:tc>
      </w:tr>
      <w:tr>
        <w:tc>
          <w:tcPr>
            <w:tcW w:type="dxa" w:w="1728"/>
            <w:shd w:val="clear" w:color="auto" w:fill="D9D9D9"/>
          </w:tcPr>
          <w:p>
            <w:pPr>
              <w:spacing w:after="40" w:line="276" w:lineRule="auto"/>
            </w:pPr>
            <w:r>
              <w:rPr>
                <w:rFonts w:ascii="Calibri" w:hAnsi="Calibri"/>
                <w:b/>
                <w:color w:val="112244"/>
                <w:sz w:val="18"/>
              </w:rPr>
              <w:t>OTHER INFORMATION</w:t>
            </w:r>
          </w:p>
        </w:tc>
        <w:tc>
          <w:tcPr>
            <w:tcW w:type="dxa" w:w="864"/>
            <w:shd w:val="clear" w:color="auto" w:fill="D9D9D9"/>
          </w:tcPr>
          <w:p>
            <w:pPr>
              <w:spacing w:after="40" w:line="276" w:lineRule="auto"/>
            </w:pPr>
            <w:r>
              <w:rPr>
                <w:rFonts w:ascii="Calibri" w:hAnsi="Calibri"/>
                <w:b/>
                <w:color w:val="112244"/>
                <w:sz w:val="18"/>
              </w:rPr>
            </w:r>
          </w:p>
        </w:tc>
        <w:tc>
          <w:tcPr>
            <w:tcW w:type="dxa" w:w="5328"/>
            <w:shd w:val="clear" w:color="auto" w:fill="D9D9D9"/>
          </w:tcPr>
          <w:p>
            <w:pPr>
              <w:spacing w:after="40" w:line="276" w:lineRule="auto"/>
            </w:pPr>
            <w:r>
              <w:rPr>
                <w:rFonts w:ascii="Calibri" w:hAnsi="Calibri"/>
                <w:b/>
                <w:color w:val="112244"/>
                <w:sz w:val="18"/>
              </w:rPr>
            </w:r>
          </w:p>
        </w:tc>
        <w:tc>
          <w:tcPr>
            <w:tcW w:type="dxa" w:w="2160"/>
            <w:shd w:val="clear" w:color="auto" w:fill="D9D9D9"/>
          </w:tcPr>
          <w:p>
            <w:pPr>
              <w:spacing w:after="40" w:line="276" w:lineRule="auto"/>
            </w:pPr>
            <w:r>
              <w:rPr>
                <w:rFonts w:ascii="Calibri" w:hAnsi="Calibri"/>
                <w:b/>
                <w:color w:val="112244"/>
                <w:sz w:val="18"/>
              </w:rPr>
            </w:r>
          </w:p>
        </w:tc>
      </w:tr>
      <w:tr>
        <w:tc>
          <w:tcPr>
            <w:tcW w:type="dxa" w:w="1728"/>
          </w:tcPr>
          <w:p>
            <w:pPr>
              <w:spacing w:after="40" w:line="276" w:lineRule="auto"/>
            </w:pPr>
            <w:r>
              <w:rPr>
                <w:rFonts w:ascii="Calibri" w:hAnsi="Calibri"/>
                <w:color w:val="333333"/>
                <w:sz w:val="18"/>
              </w:rPr>
              <w:t>Registration and protocol</w:t>
            </w:r>
          </w:p>
        </w:tc>
        <w:tc>
          <w:tcPr>
            <w:tcW w:type="dxa" w:w="864"/>
          </w:tcPr>
          <w:p>
            <w:pPr>
              <w:spacing w:after="40" w:line="276" w:lineRule="auto"/>
            </w:pPr>
            <w:r>
              <w:rPr>
                <w:rFonts w:ascii="Calibri" w:hAnsi="Calibri"/>
                <w:color w:val="333333"/>
                <w:sz w:val="18"/>
              </w:rPr>
              <w:t>24a</w:t>
            </w:r>
          </w:p>
        </w:tc>
        <w:tc>
          <w:tcPr>
            <w:tcW w:type="dxa" w:w="5328"/>
          </w:tcPr>
          <w:p>
            <w:pPr>
              <w:spacing w:after="40" w:line="276" w:lineRule="auto"/>
            </w:pPr>
            <w:r>
              <w:rPr>
                <w:rFonts w:ascii="Calibri" w:hAnsi="Calibri"/>
                <w:color w:val="333333"/>
                <w:sz w:val="18"/>
              </w:rPr>
              <w:t>Provide registration information for the review, including register name and registration number, or state that the review was not registered.</w:t>
            </w:r>
          </w:p>
        </w:tc>
        <w:tc>
          <w:tcPr>
            <w:tcW w:type="dxa" w:w="2160"/>
          </w:tcPr>
          <w:p>
            <w:pPr>
              <w:spacing w:after="40" w:line="276" w:lineRule="auto"/>
            </w:pPr>
            <w:r>
              <w:rPr>
                <w:rFonts w:ascii="Calibri" w:hAnsi="Calibri"/>
                <w:color w:val="333333"/>
                <w:sz w:val="18"/>
              </w:rPr>
              <w:t>Title Page &amp; Methods Section 2.1, Page 1–2</w:t>
            </w:r>
          </w:p>
        </w:tc>
      </w:tr>
      <w:tr>
        <w:tc>
          <w:tcPr>
            <w:tcW w:type="dxa" w:w="1728"/>
          </w:tcPr>
          <w:p>
            <w:pPr>
              <w:spacing w:after="40" w:line="276" w:lineRule="auto"/>
            </w:pPr>
            <w:r>
              <w:rPr>
                <w:rFonts w:ascii="Calibri" w:hAnsi="Calibri"/>
                <w:color w:val="333333"/>
                <w:sz w:val="18"/>
              </w:rPr>
              <w:t>Registration and protocol</w:t>
            </w:r>
          </w:p>
        </w:tc>
        <w:tc>
          <w:tcPr>
            <w:tcW w:type="dxa" w:w="864"/>
          </w:tcPr>
          <w:p>
            <w:pPr>
              <w:spacing w:after="40" w:line="276" w:lineRule="auto"/>
            </w:pPr>
            <w:r>
              <w:rPr>
                <w:rFonts w:ascii="Calibri" w:hAnsi="Calibri"/>
                <w:color w:val="333333"/>
                <w:sz w:val="18"/>
              </w:rPr>
              <w:t>24b</w:t>
            </w:r>
          </w:p>
        </w:tc>
        <w:tc>
          <w:tcPr>
            <w:tcW w:type="dxa" w:w="5328"/>
          </w:tcPr>
          <w:p>
            <w:pPr>
              <w:spacing w:after="40" w:line="276" w:lineRule="auto"/>
            </w:pPr>
            <w:r>
              <w:rPr>
                <w:rFonts w:ascii="Calibri" w:hAnsi="Calibri"/>
                <w:color w:val="333333"/>
                <w:sz w:val="18"/>
              </w:rPr>
              <w:t>Indicate where the review protocol can be accessed, or state that a protocol was not prepared.</w:t>
            </w:r>
          </w:p>
        </w:tc>
        <w:tc>
          <w:tcPr>
            <w:tcW w:type="dxa" w:w="2160"/>
          </w:tcPr>
          <w:p>
            <w:pPr>
              <w:spacing w:after="40" w:line="276" w:lineRule="auto"/>
            </w:pPr>
            <w:r>
              <w:rPr>
                <w:rFonts w:ascii="Calibri" w:hAnsi="Calibri"/>
                <w:color w:val="333333"/>
                <w:sz w:val="18"/>
              </w:rPr>
              <w:t>Methods - Section 2.1, Page 2</w:t>
            </w:r>
          </w:p>
        </w:tc>
      </w:tr>
      <w:tr>
        <w:tc>
          <w:tcPr>
            <w:tcW w:type="dxa" w:w="1728"/>
          </w:tcPr>
          <w:p>
            <w:pPr>
              <w:spacing w:after="40" w:line="276" w:lineRule="auto"/>
            </w:pPr>
            <w:r>
              <w:rPr>
                <w:rFonts w:ascii="Calibri" w:hAnsi="Calibri"/>
                <w:color w:val="333333"/>
                <w:sz w:val="18"/>
              </w:rPr>
              <w:t>Registration and protocol</w:t>
            </w:r>
          </w:p>
        </w:tc>
        <w:tc>
          <w:tcPr>
            <w:tcW w:type="dxa" w:w="864"/>
          </w:tcPr>
          <w:p>
            <w:pPr>
              <w:spacing w:after="40" w:line="276" w:lineRule="auto"/>
            </w:pPr>
            <w:r>
              <w:rPr>
                <w:rFonts w:ascii="Calibri" w:hAnsi="Calibri"/>
                <w:color w:val="333333"/>
                <w:sz w:val="18"/>
              </w:rPr>
              <w:t>24c</w:t>
            </w:r>
          </w:p>
        </w:tc>
        <w:tc>
          <w:tcPr>
            <w:tcW w:type="dxa" w:w="5328"/>
          </w:tcPr>
          <w:p>
            <w:pPr>
              <w:spacing w:after="40" w:line="276" w:lineRule="auto"/>
            </w:pPr>
            <w:r>
              <w:rPr>
                <w:rFonts w:ascii="Calibri" w:hAnsi="Calibri"/>
                <w:color w:val="333333"/>
                <w:sz w:val="18"/>
              </w:rPr>
              <w:t>Describe and explain any amendments to information provided at registration or in the protocol.</w:t>
            </w:r>
          </w:p>
        </w:tc>
        <w:tc>
          <w:tcPr>
            <w:tcW w:type="dxa" w:w="2160"/>
          </w:tcPr>
          <w:p>
            <w:pPr>
              <w:spacing w:after="40" w:line="276" w:lineRule="auto"/>
            </w:pPr>
            <w:r>
              <w:rPr>
                <w:rFonts w:ascii="Calibri" w:hAnsi="Calibri"/>
                <w:color w:val="333333"/>
                <w:sz w:val="18"/>
              </w:rPr>
              <w:t>Methods - Section 2.1, Page 2</w:t>
            </w:r>
          </w:p>
        </w:tc>
      </w:tr>
      <w:tr>
        <w:tc>
          <w:tcPr>
            <w:tcW w:type="dxa" w:w="1728"/>
          </w:tcPr>
          <w:p>
            <w:pPr>
              <w:spacing w:after="40" w:line="276" w:lineRule="auto"/>
            </w:pPr>
            <w:r>
              <w:rPr>
                <w:rFonts w:ascii="Calibri" w:hAnsi="Calibri"/>
                <w:color w:val="333333"/>
                <w:sz w:val="18"/>
              </w:rPr>
              <w:t>Support</w:t>
            </w:r>
          </w:p>
        </w:tc>
        <w:tc>
          <w:tcPr>
            <w:tcW w:type="dxa" w:w="864"/>
          </w:tcPr>
          <w:p>
            <w:pPr>
              <w:spacing w:after="40" w:line="276" w:lineRule="auto"/>
            </w:pPr>
            <w:r>
              <w:rPr>
                <w:rFonts w:ascii="Calibri" w:hAnsi="Calibri"/>
                <w:color w:val="333333"/>
                <w:sz w:val="18"/>
              </w:rPr>
              <w:t>25</w:t>
            </w:r>
          </w:p>
        </w:tc>
        <w:tc>
          <w:tcPr>
            <w:tcW w:type="dxa" w:w="5328"/>
          </w:tcPr>
          <w:p>
            <w:pPr>
              <w:spacing w:after="40" w:line="276" w:lineRule="auto"/>
            </w:pPr>
            <w:r>
              <w:rPr>
                <w:rFonts w:ascii="Calibri" w:hAnsi="Calibri"/>
                <w:color w:val="333333"/>
                <w:sz w:val="18"/>
              </w:rPr>
              <w:t>Describe sources of financial or non-financial support for the review, and the role of the funders or sponsors in the review.</w:t>
            </w:r>
          </w:p>
        </w:tc>
        <w:tc>
          <w:tcPr>
            <w:tcW w:type="dxa" w:w="2160"/>
          </w:tcPr>
          <w:p>
            <w:pPr>
              <w:spacing w:after="40" w:line="276" w:lineRule="auto"/>
            </w:pPr>
            <w:r>
              <w:rPr>
                <w:rFonts w:ascii="Calibri" w:hAnsi="Calibri"/>
                <w:color w:val="333333"/>
                <w:sz w:val="18"/>
              </w:rPr>
              <w:t>Declarations - Funding, Page 5</w:t>
            </w:r>
          </w:p>
        </w:tc>
      </w:tr>
      <w:tr>
        <w:tc>
          <w:tcPr>
            <w:tcW w:type="dxa" w:w="1728"/>
          </w:tcPr>
          <w:p>
            <w:pPr>
              <w:spacing w:after="40" w:line="276" w:lineRule="auto"/>
            </w:pPr>
            <w:r>
              <w:rPr>
                <w:rFonts w:ascii="Calibri" w:hAnsi="Calibri"/>
                <w:color w:val="333333"/>
                <w:sz w:val="18"/>
              </w:rPr>
              <w:t>Competing interests</w:t>
            </w:r>
          </w:p>
        </w:tc>
        <w:tc>
          <w:tcPr>
            <w:tcW w:type="dxa" w:w="864"/>
          </w:tcPr>
          <w:p>
            <w:pPr>
              <w:spacing w:after="40" w:line="276" w:lineRule="auto"/>
            </w:pPr>
            <w:r>
              <w:rPr>
                <w:rFonts w:ascii="Calibri" w:hAnsi="Calibri"/>
                <w:color w:val="333333"/>
                <w:sz w:val="18"/>
              </w:rPr>
              <w:t>26</w:t>
            </w:r>
          </w:p>
        </w:tc>
        <w:tc>
          <w:tcPr>
            <w:tcW w:type="dxa" w:w="5328"/>
          </w:tcPr>
          <w:p>
            <w:pPr>
              <w:spacing w:after="40" w:line="276" w:lineRule="auto"/>
            </w:pPr>
            <w:r>
              <w:rPr>
                <w:rFonts w:ascii="Calibri" w:hAnsi="Calibri"/>
                <w:color w:val="333333"/>
                <w:sz w:val="18"/>
              </w:rPr>
              <w:t>Declare any competing interests of review authors.</w:t>
            </w:r>
          </w:p>
        </w:tc>
        <w:tc>
          <w:tcPr>
            <w:tcW w:type="dxa" w:w="2160"/>
          </w:tcPr>
          <w:p>
            <w:pPr>
              <w:spacing w:after="40" w:line="276" w:lineRule="auto"/>
            </w:pPr>
            <w:r>
              <w:rPr>
                <w:rFonts w:ascii="Calibri" w:hAnsi="Calibri"/>
                <w:color w:val="333333"/>
                <w:sz w:val="18"/>
              </w:rPr>
              <w:t>Declarations - Competing Interests, Page 5</w:t>
            </w:r>
          </w:p>
        </w:tc>
      </w:tr>
      <w:tr>
        <w:tc>
          <w:tcPr>
            <w:tcW w:type="dxa" w:w="1728"/>
          </w:tcPr>
          <w:p>
            <w:pPr>
              <w:spacing w:after="40" w:line="276" w:lineRule="auto"/>
            </w:pPr>
            <w:r>
              <w:rPr>
                <w:rFonts w:ascii="Calibri" w:hAnsi="Calibri"/>
                <w:color w:val="333333"/>
                <w:sz w:val="18"/>
              </w:rPr>
              <w:t>Availability of data, code and other materials</w:t>
            </w:r>
          </w:p>
        </w:tc>
        <w:tc>
          <w:tcPr>
            <w:tcW w:type="dxa" w:w="864"/>
          </w:tcPr>
          <w:p>
            <w:pPr>
              <w:spacing w:after="40" w:line="276" w:lineRule="auto"/>
            </w:pPr>
            <w:r>
              <w:rPr>
                <w:rFonts w:ascii="Calibri" w:hAnsi="Calibri"/>
                <w:color w:val="333333"/>
                <w:sz w:val="18"/>
              </w:rPr>
              <w:t>27</w:t>
            </w:r>
          </w:p>
        </w:tc>
        <w:tc>
          <w:tcPr>
            <w:tcW w:type="dxa" w:w="5328"/>
          </w:tcPr>
          <w:p>
            <w:pPr>
              <w:spacing w:after="40" w:line="276" w:lineRule="auto"/>
            </w:pPr>
            <w:r>
              <w:rPr>
                <w:rFonts w:ascii="Calibri" w:hAnsi="Calibri"/>
                <w:color w:val="333333"/>
                <w:sz w:val="18"/>
              </w:rPr>
              <w:t>Report which of the following are publicly available and where they can be found: template data collection forms; data extracted from included studies; data used for all analyses; analytic code; any other materials used in the review.</w:t>
            </w:r>
          </w:p>
        </w:tc>
        <w:tc>
          <w:tcPr>
            <w:tcW w:type="dxa" w:w="2160"/>
          </w:tcPr>
          <w:p>
            <w:pPr>
              <w:spacing w:after="40" w:line="276" w:lineRule="auto"/>
            </w:pPr>
            <w:r>
              <w:rPr>
                <w:rFonts w:ascii="Calibri" w:hAnsi="Calibri"/>
                <w:color w:val="333333"/>
                <w:sz w:val="18"/>
              </w:rPr>
              <w:t>Declarations - Data Availability, Page 5</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